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concuadrcula"/>
        <w:tblpPr w:leftFromText="141" w:rightFromText="141" w:horzAnchor="margin" w:tblpY="450"/>
        <w:tblW w:w="8828" w:type="dxa"/>
        <w:tblLook w:val="04A0" w:firstRow="1" w:lastRow="0" w:firstColumn="1" w:lastColumn="0" w:noHBand="0" w:noVBand="1"/>
      </w:tblPr>
      <w:tblGrid>
        <w:gridCol w:w="1350"/>
        <w:gridCol w:w="1622"/>
        <w:gridCol w:w="5856"/>
      </w:tblGrid>
      <w:tr w:rsidR="00993EEE" w14:paraId="431E15E3" w14:textId="77777777" w:rsidTr="00993EEE">
        <w:tc>
          <w:tcPr>
            <w:tcW w:w="8828" w:type="dxa"/>
            <w:gridSpan w:val="3"/>
          </w:tcPr>
          <w:p w14:paraId="08947A22" w14:textId="4B8B4B15" w:rsidR="00993EEE" w:rsidRDefault="00D40442" w:rsidP="00086557">
            <w:pPr>
              <w:jc w:val="center"/>
            </w:pPr>
            <w:r>
              <w:rPr>
                <w:b/>
                <w:bCs/>
              </w:rPr>
              <w:t xml:space="preserve">FORMATO 14 - </w:t>
            </w:r>
            <w:r w:rsidR="00993EEE" w:rsidRPr="000A3D70">
              <w:rPr>
                <w:b/>
                <w:bCs/>
              </w:rPr>
              <w:t xml:space="preserve">FICHA TÉCNICA DE LA PROPUESTA PEDAGÓGICA  </w:t>
            </w:r>
          </w:p>
        </w:tc>
      </w:tr>
      <w:tr w:rsidR="00993EEE" w14:paraId="0083A3EC" w14:textId="77777777" w:rsidTr="00993EEE">
        <w:tc>
          <w:tcPr>
            <w:tcW w:w="8828" w:type="dxa"/>
            <w:gridSpan w:val="3"/>
          </w:tcPr>
          <w:p w14:paraId="743A6D65" w14:textId="77777777" w:rsidR="00993EEE" w:rsidRDefault="00993EEE" w:rsidP="00086557">
            <w:pPr>
              <w:jc w:val="center"/>
            </w:pPr>
            <w:r>
              <w:t xml:space="preserve">DATOS DEL PROPONENTE </w:t>
            </w:r>
          </w:p>
        </w:tc>
      </w:tr>
      <w:tr w:rsidR="00993EEE" w14:paraId="2C2C038B" w14:textId="77777777" w:rsidTr="00993EEE">
        <w:tc>
          <w:tcPr>
            <w:tcW w:w="2972" w:type="dxa"/>
            <w:gridSpan w:val="2"/>
          </w:tcPr>
          <w:p w14:paraId="55343B52" w14:textId="77777777" w:rsidR="00993EEE" w:rsidRDefault="00993EEE" w:rsidP="00086557">
            <w:r>
              <w:t>Nombre del Proponente</w:t>
            </w:r>
          </w:p>
        </w:tc>
        <w:tc>
          <w:tcPr>
            <w:tcW w:w="5856" w:type="dxa"/>
          </w:tcPr>
          <w:p w14:paraId="4FD4A789" w14:textId="77777777" w:rsidR="00993EEE" w:rsidRDefault="00993EEE" w:rsidP="00086557"/>
        </w:tc>
      </w:tr>
      <w:tr w:rsidR="00993EEE" w14:paraId="4265721D" w14:textId="77777777" w:rsidTr="00993EEE">
        <w:tc>
          <w:tcPr>
            <w:tcW w:w="2972" w:type="dxa"/>
            <w:gridSpan w:val="2"/>
          </w:tcPr>
          <w:p w14:paraId="2F90BDFE" w14:textId="77777777" w:rsidR="00993EEE" w:rsidRDefault="00993EEE" w:rsidP="00086557">
            <w:r>
              <w:t>NIT / Cédula</w:t>
            </w:r>
          </w:p>
        </w:tc>
        <w:tc>
          <w:tcPr>
            <w:tcW w:w="5856" w:type="dxa"/>
          </w:tcPr>
          <w:p w14:paraId="5ED59296" w14:textId="77777777" w:rsidR="00993EEE" w:rsidRDefault="00993EEE" w:rsidP="00086557"/>
        </w:tc>
      </w:tr>
      <w:tr w:rsidR="00993EEE" w14:paraId="769C30CA" w14:textId="77777777" w:rsidTr="00993EEE">
        <w:tc>
          <w:tcPr>
            <w:tcW w:w="2972" w:type="dxa"/>
            <w:gridSpan w:val="2"/>
          </w:tcPr>
          <w:p w14:paraId="48D79269" w14:textId="77777777" w:rsidR="00993EEE" w:rsidRDefault="00993EEE" w:rsidP="00086557">
            <w:r>
              <w:t>Razón Social</w:t>
            </w:r>
          </w:p>
        </w:tc>
        <w:tc>
          <w:tcPr>
            <w:tcW w:w="5856" w:type="dxa"/>
          </w:tcPr>
          <w:p w14:paraId="111891C0" w14:textId="77777777" w:rsidR="00993EEE" w:rsidRDefault="00993EEE" w:rsidP="00086557"/>
        </w:tc>
      </w:tr>
      <w:tr w:rsidR="00993EEE" w14:paraId="2FF05732" w14:textId="77777777" w:rsidTr="00993EEE">
        <w:tc>
          <w:tcPr>
            <w:tcW w:w="2972" w:type="dxa"/>
            <w:gridSpan w:val="2"/>
          </w:tcPr>
          <w:p w14:paraId="61089E81" w14:textId="77777777" w:rsidR="00993EEE" w:rsidRDefault="00993EEE" w:rsidP="00086557">
            <w:r>
              <w:t xml:space="preserve">Correo Electrónico </w:t>
            </w:r>
          </w:p>
        </w:tc>
        <w:tc>
          <w:tcPr>
            <w:tcW w:w="5856" w:type="dxa"/>
          </w:tcPr>
          <w:p w14:paraId="22B5B513" w14:textId="77777777" w:rsidR="00993EEE" w:rsidRDefault="00993EEE" w:rsidP="00086557"/>
        </w:tc>
      </w:tr>
      <w:tr w:rsidR="00993EEE" w14:paraId="71091AB5" w14:textId="77777777" w:rsidTr="00993EEE">
        <w:tc>
          <w:tcPr>
            <w:tcW w:w="8828" w:type="dxa"/>
            <w:gridSpan w:val="3"/>
          </w:tcPr>
          <w:p w14:paraId="324DE2F8" w14:textId="77777777" w:rsidR="00993EEE" w:rsidRDefault="00993EEE" w:rsidP="00086557">
            <w:pPr>
              <w:jc w:val="center"/>
            </w:pPr>
            <w:r>
              <w:t>PROPUESTA PEDAGÓGICA</w:t>
            </w:r>
          </w:p>
        </w:tc>
      </w:tr>
      <w:tr w:rsidR="00993EEE" w14:paraId="4B93B74D" w14:textId="77777777" w:rsidTr="00993EEE">
        <w:tc>
          <w:tcPr>
            <w:tcW w:w="8828" w:type="dxa"/>
            <w:gridSpan w:val="3"/>
          </w:tcPr>
          <w:p w14:paraId="05529110" w14:textId="77777777" w:rsidR="00993EEE" w:rsidRDefault="00993EEE" w:rsidP="00086557">
            <w:r>
              <w:t xml:space="preserve">Categoría: </w:t>
            </w:r>
          </w:p>
        </w:tc>
      </w:tr>
      <w:tr w:rsidR="00993EEE" w14:paraId="027324D9" w14:textId="77777777" w:rsidTr="00993EEE">
        <w:tc>
          <w:tcPr>
            <w:tcW w:w="8828" w:type="dxa"/>
            <w:gridSpan w:val="3"/>
          </w:tcPr>
          <w:p w14:paraId="7CEBF06B" w14:textId="77777777" w:rsidR="00993EEE" w:rsidRDefault="00993EEE" w:rsidP="00086557">
            <w:r>
              <w:t xml:space="preserve">Titulo: </w:t>
            </w:r>
          </w:p>
        </w:tc>
      </w:tr>
      <w:tr w:rsidR="00993EEE" w14:paraId="795B952F" w14:textId="77777777" w:rsidTr="00993EEE">
        <w:tc>
          <w:tcPr>
            <w:tcW w:w="8828" w:type="dxa"/>
            <w:gridSpan w:val="3"/>
          </w:tcPr>
          <w:p w14:paraId="16594292" w14:textId="77777777" w:rsidR="00993EEE" w:rsidRDefault="00993EEE" w:rsidP="00086557">
            <w:r>
              <w:t xml:space="preserve">Tabla de contenido: </w:t>
            </w:r>
          </w:p>
        </w:tc>
      </w:tr>
      <w:tr w:rsidR="00993EEE" w14:paraId="79582F3A" w14:textId="77777777" w:rsidTr="00993EEE">
        <w:tc>
          <w:tcPr>
            <w:tcW w:w="8828" w:type="dxa"/>
            <w:gridSpan w:val="3"/>
          </w:tcPr>
          <w:p w14:paraId="49771B1E" w14:textId="77777777" w:rsidR="00993EEE" w:rsidRDefault="00993EEE" w:rsidP="00086557">
            <w:r>
              <w:t xml:space="preserve">Justificación: </w:t>
            </w:r>
          </w:p>
        </w:tc>
      </w:tr>
      <w:tr w:rsidR="00993EEE" w14:paraId="084917C3" w14:textId="77777777" w:rsidTr="00993EEE">
        <w:tc>
          <w:tcPr>
            <w:tcW w:w="1350" w:type="dxa"/>
            <w:vMerge w:val="restart"/>
          </w:tcPr>
          <w:p w14:paraId="4718C266" w14:textId="77777777" w:rsidR="00993EEE" w:rsidRDefault="00993EEE" w:rsidP="00086557">
            <w:pPr>
              <w:jc w:val="center"/>
            </w:pPr>
          </w:p>
          <w:p w14:paraId="1BE6A67D" w14:textId="77777777" w:rsidR="00993EEE" w:rsidRDefault="00993EEE" w:rsidP="00086557">
            <w:pPr>
              <w:jc w:val="center"/>
            </w:pPr>
            <w:r>
              <w:t>Objetivo</w:t>
            </w:r>
          </w:p>
          <w:p w14:paraId="7A8DBE4E" w14:textId="77777777" w:rsidR="00993EEE" w:rsidRDefault="00993EEE" w:rsidP="00086557"/>
        </w:tc>
        <w:tc>
          <w:tcPr>
            <w:tcW w:w="7478" w:type="dxa"/>
            <w:gridSpan w:val="2"/>
          </w:tcPr>
          <w:p w14:paraId="2ACABFAE" w14:textId="77777777" w:rsidR="00993EEE" w:rsidRDefault="00993EEE" w:rsidP="00086557">
            <w:r>
              <w:t xml:space="preserve">General: </w:t>
            </w:r>
          </w:p>
          <w:p w14:paraId="3F284E1A" w14:textId="77777777" w:rsidR="00993EEE" w:rsidRDefault="00993EEE" w:rsidP="00086557"/>
        </w:tc>
      </w:tr>
      <w:tr w:rsidR="00993EEE" w14:paraId="7C3D04DD" w14:textId="77777777" w:rsidTr="00993EEE">
        <w:tc>
          <w:tcPr>
            <w:tcW w:w="1350" w:type="dxa"/>
            <w:vMerge/>
          </w:tcPr>
          <w:p w14:paraId="77213EEC" w14:textId="77777777" w:rsidR="00993EEE" w:rsidRDefault="00993EEE" w:rsidP="00086557"/>
        </w:tc>
        <w:tc>
          <w:tcPr>
            <w:tcW w:w="7478" w:type="dxa"/>
            <w:gridSpan w:val="2"/>
          </w:tcPr>
          <w:p w14:paraId="1B031353" w14:textId="77777777" w:rsidR="00993EEE" w:rsidRDefault="00993EEE" w:rsidP="00086557">
            <w:r>
              <w:t>Específicos:</w:t>
            </w:r>
          </w:p>
          <w:p w14:paraId="5177CE95" w14:textId="77777777" w:rsidR="003C1FDB" w:rsidRDefault="003C1FDB" w:rsidP="00086557"/>
        </w:tc>
      </w:tr>
      <w:tr w:rsidR="00993EEE" w14:paraId="66FFB96E" w14:textId="77777777" w:rsidTr="00993EEE">
        <w:tc>
          <w:tcPr>
            <w:tcW w:w="8828" w:type="dxa"/>
            <w:gridSpan w:val="3"/>
          </w:tcPr>
          <w:p w14:paraId="57622338" w14:textId="77777777" w:rsidR="00993EEE" w:rsidRDefault="00993EEE" w:rsidP="00086557">
            <w:r>
              <w:t xml:space="preserve">Descripción de la propuesta: Detalle de las acciones orientadas a los ajustes y apoyos que la población requiere según la categoría elegida. </w:t>
            </w:r>
          </w:p>
          <w:p w14:paraId="4BF09137" w14:textId="77777777" w:rsidR="003C1FDB" w:rsidRDefault="003C1FDB" w:rsidP="00086557"/>
        </w:tc>
      </w:tr>
      <w:tr w:rsidR="00993EEE" w14:paraId="01D44061" w14:textId="77777777" w:rsidTr="00993EEE">
        <w:tc>
          <w:tcPr>
            <w:tcW w:w="8828" w:type="dxa"/>
            <w:gridSpan w:val="3"/>
          </w:tcPr>
          <w:p w14:paraId="4568434F" w14:textId="77777777" w:rsidR="00993EEE" w:rsidRDefault="00993EEE" w:rsidP="00086557">
            <w:r>
              <w:t xml:space="preserve">Ejes de la propuesta:  Marco conceptual </w:t>
            </w:r>
          </w:p>
          <w:p w14:paraId="7B79919D" w14:textId="77777777" w:rsidR="003C1FDB" w:rsidRDefault="003C1FDB" w:rsidP="00086557"/>
        </w:tc>
      </w:tr>
      <w:tr w:rsidR="00993EEE" w14:paraId="63177BED" w14:textId="77777777" w:rsidTr="00993EEE">
        <w:tc>
          <w:tcPr>
            <w:tcW w:w="8828" w:type="dxa"/>
            <w:gridSpan w:val="3"/>
          </w:tcPr>
          <w:p w14:paraId="104E24AC" w14:textId="77777777" w:rsidR="00993EEE" w:rsidRDefault="00993EEE" w:rsidP="00086557">
            <w:r>
              <w:t xml:space="preserve">Metodología:  Descripción de los momentos para la ejecución de la propuesta. </w:t>
            </w:r>
          </w:p>
          <w:p w14:paraId="46B684F5" w14:textId="77777777" w:rsidR="003C1FDB" w:rsidRDefault="003C1FDB" w:rsidP="00086557"/>
        </w:tc>
      </w:tr>
      <w:tr w:rsidR="00993EEE" w14:paraId="163E91C7" w14:textId="77777777" w:rsidTr="00993EEE">
        <w:tc>
          <w:tcPr>
            <w:tcW w:w="8828" w:type="dxa"/>
            <w:gridSpan w:val="3"/>
          </w:tcPr>
          <w:p w14:paraId="0AC788BF" w14:textId="77777777" w:rsidR="00993EEE" w:rsidRDefault="00993EEE" w:rsidP="00086557">
            <w:r>
              <w:t>Cronograma y tiempos:</w:t>
            </w:r>
          </w:p>
          <w:p w14:paraId="16FA2A89" w14:textId="77777777" w:rsidR="003C1FDB" w:rsidRDefault="003C1FDB" w:rsidP="00086557"/>
        </w:tc>
      </w:tr>
      <w:tr w:rsidR="00993EEE" w14:paraId="23BABC62" w14:textId="77777777" w:rsidTr="00993EEE">
        <w:tc>
          <w:tcPr>
            <w:tcW w:w="8828" w:type="dxa"/>
            <w:gridSpan w:val="3"/>
          </w:tcPr>
          <w:p w14:paraId="59630279" w14:textId="77777777" w:rsidR="00993EEE" w:rsidRDefault="00993EEE" w:rsidP="00086557">
            <w:r>
              <w:t>Responsables:</w:t>
            </w:r>
          </w:p>
          <w:p w14:paraId="796B481F" w14:textId="77777777" w:rsidR="003C1FDB" w:rsidRDefault="003C1FDB" w:rsidP="00086557"/>
        </w:tc>
      </w:tr>
      <w:tr w:rsidR="00993EEE" w14:paraId="35464B1C" w14:textId="77777777" w:rsidTr="00993EEE">
        <w:tc>
          <w:tcPr>
            <w:tcW w:w="8828" w:type="dxa"/>
            <w:gridSpan w:val="3"/>
          </w:tcPr>
          <w:p w14:paraId="564C491B" w14:textId="77777777" w:rsidR="00993EEE" w:rsidRDefault="00993EEE" w:rsidP="00086557">
            <w:r>
              <w:t xml:space="preserve">Criterios para la evaluación:  Qué, cómo y el cuándo evaluó </w:t>
            </w:r>
          </w:p>
          <w:p w14:paraId="4DD9BD77" w14:textId="77777777" w:rsidR="003C1FDB" w:rsidRDefault="003C1FDB" w:rsidP="00086557"/>
        </w:tc>
      </w:tr>
      <w:tr w:rsidR="00993EEE" w14:paraId="22ED6DED" w14:textId="77777777" w:rsidTr="00993EEE">
        <w:tc>
          <w:tcPr>
            <w:tcW w:w="8828" w:type="dxa"/>
            <w:gridSpan w:val="3"/>
          </w:tcPr>
          <w:p w14:paraId="7D1133F9" w14:textId="77777777" w:rsidR="00993EEE" w:rsidRDefault="00993EEE" w:rsidP="00086557">
            <w:r>
              <w:t xml:space="preserve">Recursos y dispositivos didácticos: Elementos a utilizar durante el desarrollo de la propuesta. </w:t>
            </w:r>
          </w:p>
          <w:p w14:paraId="64BC3295" w14:textId="77777777" w:rsidR="003C1FDB" w:rsidRDefault="003C1FDB" w:rsidP="00086557"/>
        </w:tc>
      </w:tr>
    </w:tbl>
    <w:p w14:paraId="099ED0E0" w14:textId="77777777" w:rsidR="00993EEE" w:rsidRDefault="00993EEE" w:rsidP="00993EEE"/>
    <w:p w14:paraId="2CBFE88F" w14:textId="77777777" w:rsidR="00993EEE" w:rsidRDefault="00993EEE" w:rsidP="00993EEE"/>
    <w:p w14:paraId="59497EDA" w14:textId="77777777" w:rsidR="00993EEE" w:rsidRDefault="00993EEE" w:rsidP="00993EEE"/>
    <w:p w14:paraId="73013489" w14:textId="3916E08B" w:rsidR="00401383" w:rsidRDefault="00401383" w:rsidP="00401383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3DB0FBC1" w14:textId="77777777" w:rsidR="00993EEE" w:rsidRPr="00993C46" w:rsidRDefault="00993EEE" w:rsidP="00401383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sectPr w:rsidR="00993EEE" w:rsidRPr="00993C46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990592888">
    <w:abstractNumId w:val="8"/>
  </w:num>
  <w:num w:numId="2" w16cid:durableId="1282565539">
    <w:abstractNumId w:val="6"/>
  </w:num>
  <w:num w:numId="3" w16cid:durableId="800077911">
    <w:abstractNumId w:val="5"/>
  </w:num>
  <w:num w:numId="4" w16cid:durableId="208031504">
    <w:abstractNumId w:val="4"/>
  </w:num>
  <w:num w:numId="5" w16cid:durableId="1351101558">
    <w:abstractNumId w:val="7"/>
  </w:num>
  <w:num w:numId="6" w16cid:durableId="1205676085">
    <w:abstractNumId w:val="3"/>
  </w:num>
  <w:num w:numId="7" w16cid:durableId="334693823">
    <w:abstractNumId w:val="2"/>
  </w:num>
  <w:num w:numId="8" w16cid:durableId="265774248">
    <w:abstractNumId w:val="1"/>
  </w:num>
  <w:num w:numId="9" w16cid:durableId="3468344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D67C5"/>
    <w:rsid w:val="0015074B"/>
    <w:rsid w:val="001E3BD3"/>
    <w:rsid w:val="0029639D"/>
    <w:rsid w:val="00326F90"/>
    <w:rsid w:val="003C1FDB"/>
    <w:rsid w:val="00401383"/>
    <w:rsid w:val="005531EF"/>
    <w:rsid w:val="007101AC"/>
    <w:rsid w:val="008D6596"/>
    <w:rsid w:val="00982CE9"/>
    <w:rsid w:val="00993C46"/>
    <w:rsid w:val="00993EEE"/>
    <w:rsid w:val="00AA1D8D"/>
    <w:rsid w:val="00B47730"/>
    <w:rsid w:val="00B853DA"/>
    <w:rsid w:val="00CA7FF7"/>
    <w:rsid w:val="00CB0664"/>
    <w:rsid w:val="00D40442"/>
    <w:rsid w:val="00DD2DEB"/>
    <w:rsid w:val="00F05802"/>
    <w:rsid w:val="00F3071A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D5B4C25"/>
  <w14:defaultImageDpi w14:val="300"/>
  <w15:docId w15:val="{2BCA9C39-3D34-FB44-A935-735E04532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lang w:val="es-CO"/>
    </w:rPr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Textoennegrita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3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115</Words>
  <Characters>638</Characters>
  <Application>Microsoft Office Word</Application>
  <DocSecurity>0</DocSecurity>
  <Lines>5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752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Jessica Daniela Perez Jimenez</cp:lastModifiedBy>
  <cp:revision>3</cp:revision>
  <dcterms:created xsi:type="dcterms:W3CDTF">2025-10-09T17:50:00Z</dcterms:created>
  <dcterms:modified xsi:type="dcterms:W3CDTF">2025-10-14T07:47:00Z</dcterms:modified>
  <cp:category/>
</cp:coreProperties>
</file>