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19BA85" w14:textId="77777777" w:rsidR="000A0F68" w:rsidRPr="00315751" w:rsidRDefault="00000000">
      <w:pPr>
        <w:jc w:val="center"/>
        <w:rPr>
          <w:lang w:val="es-CO"/>
        </w:rPr>
      </w:pPr>
      <w:r w:rsidRPr="00315751">
        <w:rPr>
          <w:b/>
          <w:lang w:val="es-CO"/>
        </w:rPr>
        <w:t>ANEXO – FORMULARIO DE OBSERVACIONES AL EVENTO DE COTIZACIÓN</w:t>
      </w:r>
    </w:p>
    <w:p w14:paraId="1A157282" w14:textId="77777777" w:rsidR="000A0F68" w:rsidRPr="00315751" w:rsidRDefault="000A0F68">
      <w:pPr>
        <w:rPr>
          <w:lang w:val="es-CO"/>
        </w:rPr>
      </w:pPr>
    </w:p>
    <w:p w14:paraId="43D6B82C" w14:textId="77777777" w:rsidR="000A0F68" w:rsidRPr="00315751" w:rsidRDefault="00000000" w:rsidP="00B97628">
      <w:pPr>
        <w:rPr>
          <w:lang w:val="es-CO"/>
        </w:rPr>
      </w:pPr>
      <w:r w:rsidRPr="00315751">
        <w:rPr>
          <w:b/>
          <w:lang w:val="es-CO"/>
        </w:rPr>
        <w:t>OBJETO DEL PROCESO:</w:t>
      </w:r>
      <w:r w:rsidRPr="00315751">
        <w:rPr>
          <w:b/>
          <w:lang w:val="es-CO"/>
        </w:rPr>
        <w:br/>
      </w:r>
    </w:p>
    <w:p w14:paraId="383B5A3A" w14:textId="77777777" w:rsidR="00B97628" w:rsidRPr="00B97628" w:rsidRDefault="00B97628" w:rsidP="00B97628">
      <w:pPr>
        <w:jc w:val="both"/>
        <w:rPr>
          <w:lang w:val="es-CO"/>
        </w:rPr>
      </w:pPr>
      <w:r w:rsidRPr="00B97628">
        <w:rPr>
          <w:lang w:val="es-CO"/>
        </w:rPr>
        <w:t>CONTRATAR LA EJECUCIÓN DE OBRAS DE MODERNIZACIÓN, ADECUACIÓN Y PUESTA EN SERVICIO DE LOS LOCALES COMERCIALES SOBRE LA CARRERA 13 DEL CENTRO INTERNACIONAL TEQUENDAMA, BAJO LA MODALIDAD DE PRECIO GLOBAL FIJO POR UNIDAD FUNCIONAL, INCLUYENDO EL SUMINISTRO DE MATERIALES, MANO DE OBRA, EQUIPOS Y TODAS LAS ACTIVIDADES NECESARIAS PARA SU ADECUADA OPERACIÓN Y APROVECHAMIENTO ECONÓMICO”</w:t>
      </w:r>
    </w:p>
    <w:p w14:paraId="65E11047" w14:textId="77777777" w:rsidR="000A0F68" w:rsidRPr="00315751" w:rsidRDefault="000A0F68">
      <w:pPr>
        <w:rPr>
          <w:lang w:val="es-CO"/>
        </w:rPr>
      </w:pPr>
    </w:p>
    <w:p w14:paraId="063A6C48" w14:textId="77777777" w:rsidR="000A0F68" w:rsidRPr="00315751" w:rsidRDefault="00000000">
      <w:pPr>
        <w:rPr>
          <w:lang w:val="es-CO"/>
        </w:rPr>
      </w:pPr>
      <w:r w:rsidRPr="00315751">
        <w:rPr>
          <w:b/>
          <w:lang w:val="es-CO"/>
        </w:rPr>
        <w:t>1. IDENTIFICACIÓN DEL INTERESADO</w:t>
      </w:r>
    </w:p>
    <w:p w14:paraId="0A58BCA2" w14:textId="1CB615EB" w:rsidR="000A0F68" w:rsidRPr="00315751" w:rsidRDefault="00000000">
      <w:pPr>
        <w:rPr>
          <w:lang w:val="es-CO"/>
        </w:rPr>
      </w:pPr>
      <w:r w:rsidRPr="00315751">
        <w:rPr>
          <w:lang w:val="es-CO"/>
        </w:rPr>
        <w:t xml:space="preserve">Nombre o razón social: </w:t>
      </w:r>
    </w:p>
    <w:p w14:paraId="0949485B" w14:textId="5AAC3D3C" w:rsidR="000A0F68" w:rsidRPr="00315751" w:rsidRDefault="00000000">
      <w:pPr>
        <w:rPr>
          <w:lang w:val="es-CO"/>
        </w:rPr>
      </w:pPr>
      <w:r w:rsidRPr="00315751">
        <w:rPr>
          <w:lang w:val="es-CO"/>
        </w:rPr>
        <w:t>NIT / Cédula:</w:t>
      </w:r>
    </w:p>
    <w:p w14:paraId="5B6972B2" w14:textId="12802F88" w:rsidR="000A0F68" w:rsidRPr="00315751" w:rsidRDefault="00000000">
      <w:pPr>
        <w:rPr>
          <w:lang w:val="es-CO"/>
        </w:rPr>
      </w:pPr>
      <w:r w:rsidRPr="00315751">
        <w:rPr>
          <w:lang w:val="es-CO"/>
        </w:rPr>
        <w:t>Representante legal (si aplica):</w:t>
      </w:r>
    </w:p>
    <w:p w14:paraId="7761F3DF" w14:textId="6096C13D" w:rsidR="000A0F68" w:rsidRPr="00315751" w:rsidRDefault="00000000">
      <w:pPr>
        <w:rPr>
          <w:lang w:val="es-CO"/>
        </w:rPr>
      </w:pPr>
      <w:r w:rsidRPr="00315751">
        <w:rPr>
          <w:lang w:val="es-CO"/>
        </w:rPr>
        <w:t xml:space="preserve">Correo electrónico: </w:t>
      </w:r>
    </w:p>
    <w:p w14:paraId="03D5B0B8" w14:textId="2822F827" w:rsidR="000A0F68" w:rsidRPr="00315751" w:rsidRDefault="00000000">
      <w:pPr>
        <w:rPr>
          <w:lang w:val="es-CO"/>
        </w:rPr>
      </w:pPr>
      <w:r w:rsidRPr="00315751">
        <w:rPr>
          <w:lang w:val="es-CO"/>
        </w:rPr>
        <w:t xml:space="preserve">Teléfono de contacto: </w:t>
      </w:r>
    </w:p>
    <w:p w14:paraId="37E93C51" w14:textId="77777777" w:rsidR="000A0F68" w:rsidRPr="00315751" w:rsidRDefault="000A0F68">
      <w:pPr>
        <w:rPr>
          <w:lang w:val="es-CO"/>
        </w:rPr>
      </w:pPr>
    </w:p>
    <w:p w14:paraId="09BBAF1E" w14:textId="77777777" w:rsidR="000A0F68" w:rsidRPr="00315751" w:rsidRDefault="00000000">
      <w:pPr>
        <w:rPr>
          <w:lang w:val="es-CO"/>
        </w:rPr>
      </w:pPr>
      <w:r w:rsidRPr="00315751">
        <w:rPr>
          <w:b/>
          <w:lang w:val="es-CO"/>
        </w:rPr>
        <w:t>2. OBSERVACIONES AL PROCESO</w:t>
      </w:r>
    </w:p>
    <w:tbl>
      <w:tblPr>
        <w:tblStyle w:val="Tablaconcuadrcula"/>
        <w:tblW w:w="9701" w:type="dxa"/>
        <w:tblInd w:w="38" w:type="dxa"/>
        <w:tblLook w:val="04A0" w:firstRow="1" w:lastRow="0" w:firstColumn="1" w:lastColumn="0" w:noHBand="0" w:noVBand="1"/>
      </w:tblPr>
      <w:tblGrid>
        <w:gridCol w:w="9701"/>
      </w:tblGrid>
      <w:tr w:rsidR="00315751" w14:paraId="012D5C90" w14:textId="77777777" w:rsidTr="00315751">
        <w:trPr>
          <w:trHeight w:val="4292"/>
        </w:trPr>
        <w:tc>
          <w:tcPr>
            <w:tcW w:w="9701" w:type="dxa"/>
          </w:tcPr>
          <w:p w14:paraId="3100A7AD" w14:textId="77777777" w:rsidR="00315751" w:rsidRDefault="00315751">
            <w:pPr>
              <w:rPr>
                <w:lang w:val="es-CO"/>
              </w:rPr>
            </w:pPr>
          </w:p>
        </w:tc>
      </w:tr>
    </w:tbl>
    <w:p w14:paraId="00FB8723" w14:textId="77777777" w:rsidR="00315751" w:rsidRDefault="00315751">
      <w:pPr>
        <w:rPr>
          <w:lang w:val="es-CO"/>
        </w:rPr>
      </w:pPr>
    </w:p>
    <w:p w14:paraId="6896613E" w14:textId="65C63C13" w:rsidR="000A0F68" w:rsidRPr="00315751" w:rsidRDefault="00000000">
      <w:pPr>
        <w:rPr>
          <w:lang w:val="es-CO"/>
        </w:rPr>
      </w:pPr>
      <w:r w:rsidRPr="00315751">
        <w:rPr>
          <w:b/>
          <w:lang w:val="es-CO"/>
        </w:rPr>
        <w:lastRenderedPageBreak/>
        <w:t>3. SOPORTES (SI APLICA)</w:t>
      </w:r>
    </w:p>
    <w:p w14:paraId="6C1D6601" w14:textId="77777777" w:rsidR="000A0F68" w:rsidRPr="00315751" w:rsidRDefault="00000000">
      <w:pPr>
        <w:rPr>
          <w:lang w:val="es-CO"/>
        </w:rPr>
      </w:pPr>
      <w:r w:rsidRPr="00315751">
        <w:rPr>
          <w:lang w:val="es-CO"/>
        </w:rPr>
        <w:t>Relacione los documentos adjuntos:</w:t>
      </w:r>
    </w:p>
    <w:tbl>
      <w:tblPr>
        <w:tblStyle w:val="Tablaconcuadrcula"/>
        <w:tblW w:w="9103" w:type="dxa"/>
        <w:tblInd w:w="38" w:type="dxa"/>
        <w:tblLook w:val="04A0" w:firstRow="1" w:lastRow="0" w:firstColumn="1" w:lastColumn="0" w:noHBand="0" w:noVBand="1"/>
      </w:tblPr>
      <w:tblGrid>
        <w:gridCol w:w="9103"/>
      </w:tblGrid>
      <w:tr w:rsidR="00315751" w14:paraId="6FDA1D30" w14:textId="77777777" w:rsidTr="00315751">
        <w:trPr>
          <w:trHeight w:val="1953"/>
        </w:trPr>
        <w:tc>
          <w:tcPr>
            <w:tcW w:w="9103" w:type="dxa"/>
          </w:tcPr>
          <w:p w14:paraId="740145A7" w14:textId="77777777" w:rsidR="00315751" w:rsidRDefault="00315751" w:rsidP="00315751">
            <w:pPr>
              <w:rPr>
                <w:lang w:val="es-CO"/>
              </w:rPr>
            </w:pPr>
          </w:p>
        </w:tc>
      </w:tr>
    </w:tbl>
    <w:p w14:paraId="19568B19" w14:textId="77777777" w:rsidR="00315751" w:rsidRPr="00315751" w:rsidRDefault="00315751">
      <w:pPr>
        <w:rPr>
          <w:lang w:val="es-CO"/>
        </w:rPr>
      </w:pPr>
    </w:p>
    <w:p w14:paraId="63915F80" w14:textId="77777777" w:rsidR="000A0F68" w:rsidRPr="00315751" w:rsidRDefault="00000000">
      <w:pPr>
        <w:rPr>
          <w:lang w:val="es-CO"/>
        </w:rPr>
      </w:pPr>
      <w:r w:rsidRPr="00315751">
        <w:rPr>
          <w:b/>
          <w:lang w:val="es-CO"/>
        </w:rPr>
        <w:t>4. DECLARACIÓN</w:t>
      </w:r>
    </w:p>
    <w:p w14:paraId="5B09984D" w14:textId="77777777" w:rsidR="000A0F68" w:rsidRPr="00315751" w:rsidRDefault="5276CF92" w:rsidP="40D872F3">
      <w:pPr>
        <w:jc w:val="both"/>
        <w:rPr>
          <w:lang w:val="es-CO"/>
        </w:rPr>
      </w:pPr>
      <w:r w:rsidRPr="40D872F3">
        <w:rPr>
          <w:lang w:val="es-CO"/>
        </w:rPr>
        <w:t>El suscrito manifiesta que la información suministrada corresponde a observaciones realizadas de buena fe.</w:t>
      </w:r>
    </w:p>
    <w:p w14:paraId="1A24A3E8" w14:textId="77777777" w:rsidR="000A0F68" w:rsidRDefault="00000000">
      <w:proofErr w:type="spellStart"/>
      <w:r>
        <w:t>Firma</w:t>
      </w:r>
      <w:proofErr w:type="spellEnd"/>
      <w:r>
        <w:t>: ___________________________</w:t>
      </w:r>
    </w:p>
    <w:p w14:paraId="0AB0BE45" w14:textId="77777777" w:rsidR="000A0F68" w:rsidRDefault="00000000">
      <w:r>
        <w:t>Fecha: ___________________________</w:t>
      </w:r>
    </w:p>
    <w:sectPr w:rsidR="000A0F6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1754663861">
    <w:abstractNumId w:val="8"/>
  </w:num>
  <w:num w:numId="2" w16cid:durableId="718166835">
    <w:abstractNumId w:val="6"/>
  </w:num>
  <w:num w:numId="3" w16cid:durableId="1073353055">
    <w:abstractNumId w:val="5"/>
  </w:num>
  <w:num w:numId="4" w16cid:durableId="1319919355">
    <w:abstractNumId w:val="4"/>
  </w:num>
  <w:num w:numId="5" w16cid:durableId="34089210">
    <w:abstractNumId w:val="7"/>
  </w:num>
  <w:num w:numId="6" w16cid:durableId="215967935">
    <w:abstractNumId w:val="3"/>
  </w:num>
  <w:num w:numId="7" w16cid:durableId="2011249842">
    <w:abstractNumId w:val="2"/>
  </w:num>
  <w:num w:numId="8" w16cid:durableId="382565491">
    <w:abstractNumId w:val="1"/>
  </w:num>
  <w:num w:numId="9" w16cid:durableId="2051420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A0F68"/>
    <w:rsid w:val="000D4B36"/>
    <w:rsid w:val="0015074B"/>
    <w:rsid w:val="0029639D"/>
    <w:rsid w:val="00315751"/>
    <w:rsid w:val="00326F90"/>
    <w:rsid w:val="0095076F"/>
    <w:rsid w:val="00AA1D8D"/>
    <w:rsid w:val="00B47730"/>
    <w:rsid w:val="00B97628"/>
    <w:rsid w:val="00CB0664"/>
    <w:rsid w:val="00FC693F"/>
    <w:rsid w:val="1C731647"/>
    <w:rsid w:val="2F016888"/>
    <w:rsid w:val="40D872F3"/>
    <w:rsid w:val="5276CF92"/>
    <w:rsid w:val="70103618"/>
    <w:rsid w:val="7AA543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312E77"/>
  <w14:defaultImageDpi w14:val="300"/>
  <w15:docId w15:val="{0FC9AF23-91AF-485C-A5C3-379CD1F96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7305191">
      <w:bodyDiv w:val="1"/>
      <w:marLeft w:val="0"/>
      <w:marRight w:val="0"/>
      <w:marTop w:val="0"/>
      <w:marBottom w:val="0"/>
      <w:divBdr>
        <w:top w:val="none" w:sz="0" w:space="0" w:color="auto"/>
        <w:left w:val="none" w:sz="0" w:space="0" w:color="auto"/>
        <w:bottom w:val="none" w:sz="0" w:space="0" w:color="auto"/>
        <w:right w:val="none" w:sz="0" w:space="0" w:color="auto"/>
      </w:divBdr>
    </w:div>
    <w:div w:id="213401474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138</Words>
  <Characters>760</Characters>
  <Application>Microsoft Office Word</Application>
  <DocSecurity>0</DocSecurity>
  <Lines>6</Lines>
  <Paragraphs>1</Paragraphs>
  <ScaleCrop>false</ScaleCrop>
  <Manager/>
  <Company/>
  <LinksUpToDate>false</LinksUpToDate>
  <CharactersWithSpaces>897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Johanna Teresa Vanegas Rozo</cp:lastModifiedBy>
  <cp:revision>4</cp:revision>
  <dcterms:created xsi:type="dcterms:W3CDTF">2026-04-22T14:45:00Z</dcterms:created>
  <dcterms:modified xsi:type="dcterms:W3CDTF">2026-04-24T19:36:00Z</dcterms:modified>
  <cp:category/>
</cp:coreProperties>
</file>