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3F1C30" w14:textId="77777777" w:rsidR="006F76F5" w:rsidRDefault="00000000" w:rsidP="006F76F5">
      <w:pPr>
        <w:spacing w:after="0" w:line="240" w:lineRule="auto"/>
        <w:jc w:val="center"/>
        <w:rPr>
          <w:rFonts w:ascii="Arial Narrow" w:hAnsi="Arial Narrow"/>
          <w:b/>
          <w:bCs/>
          <w:color w:val="000000" w:themeColor="text1"/>
          <w:sz w:val="24"/>
          <w:szCs w:val="24"/>
          <w:lang w:val="es-CO"/>
        </w:rPr>
      </w:pPr>
      <w:r w:rsidRPr="006F76F5">
        <w:rPr>
          <w:rFonts w:ascii="Arial Narrow" w:hAnsi="Arial Narrow"/>
          <w:b/>
          <w:bCs/>
          <w:color w:val="000000" w:themeColor="text1"/>
          <w:sz w:val="24"/>
          <w:szCs w:val="24"/>
          <w:lang w:val="es-CO"/>
        </w:rPr>
        <w:t xml:space="preserve">ANEXO DE FIRMA A RUEGO </w:t>
      </w:r>
    </w:p>
    <w:p w14:paraId="6A88D34E" w14:textId="4F5BBA0D" w:rsidR="006F76F5" w:rsidRDefault="00000000" w:rsidP="006F76F5">
      <w:pPr>
        <w:spacing w:after="0" w:line="240" w:lineRule="auto"/>
        <w:jc w:val="center"/>
        <w:rPr>
          <w:rFonts w:ascii="Arial Narrow" w:hAnsi="Arial Narrow"/>
          <w:b/>
          <w:bCs/>
          <w:color w:val="000000" w:themeColor="text1"/>
          <w:sz w:val="24"/>
          <w:szCs w:val="24"/>
          <w:lang w:val="es-CO"/>
        </w:rPr>
      </w:pPr>
      <w:r w:rsidRPr="006F76F5">
        <w:rPr>
          <w:rFonts w:ascii="Arial Narrow" w:hAnsi="Arial Narrow"/>
          <w:b/>
          <w:bCs/>
          <w:color w:val="000000" w:themeColor="text1"/>
          <w:sz w:val="24"/>
          <w:szCs w:val="24"/>
          <w:lang w:val="es-CO"/>
        </w:rPr>
        <w:t>PAGARÉ</w:t>
      </w:r>
      <w:r w:rsidR="006F76F5" w:rsidRPr="006F76F5">
        <w:rPr>
          <w:rFonts w:ascii="Arial Narrow" w:hAnsi="Arial Narrow"/>
          <w:b/>
          <w:bCs/>
          <w:color w:val="000000" w:themeColor="text1"/>
          <w:sz w:val="24"/>
          <w:szCs w:val="24"/>
          <w:lang w:val="es-CO"/>
        </w:rPr>
        <w:t>_______</w:t>
      </w:r>
      <w:r w:rsidR="006F76F5">
        <w:rPr>
          <w:rFonts w:ascii="Arial Narrow" w:hAnsi="Arial Narrow"/>
          <w:b/>
          <w:bCs/>
          <w:color w:val="000000" w:themeColor="text1"/>
          <w:sz w:val="24"/>
          <w:szCs w:val="24"/>
          <w:lang w:val="es-CO"/>
        </w:rPr>
        <w:t>__</w:t>
      </w:r>
      <w:r w:rsidR="006F76F5" w:rsidRPr="006F76F5">
        <w:rPr>
          <w:rFonts w:ascii="Arial Narrow" w:hAnsi="Arial Narrow"/>
          <w:b/>
          <w:bCs/>
          <w:color w:val="000000" w:themeColor="text1"/>
          <w:sz w:val="24"/>
          <w:szCs w:val="24"/>
          <w:lang w:val="es-CO"/>
        </w:rPr>
        <w:t>_</w:t>
      </w:r>
      <w:r w:rsidR="006F76F5">
        <w:rPr>
          <w:rFonts w:ascii="Arial Narrow" w:hAnsi="Arial Narrow"/>
          <w:b/>
          <w:bCs/>
          <w:color w:val="000000" w:themeColor="text1"/>
          <w:sz w:val="24"/>
          <w:szCs w:val="24"/>
          <w:lang w:val="es-CO"/>
        </w:rPr>
        <w:t>__</w:t>
      </w:r>
      <w:r w:rsidRPr="006F76F5">
        <w:rPr>
          <w:rFonts w:ascii="Arial Narrow" w:hAnsi="Arial Narrow"/>
          <w:b/>
          <w:bCs/>
          <w:color w:val="000000" w:themeColor="text1"/>
          <w:sz w:val="24"/>
          <w:szCs w:val="24"/>
          <w:lang w:val="es-CO"/>
        </w:rPr>
        <w:t xml:space="preserve"> Y CARTA DE INSTRUCCIONES</w:t>
      </w:r>
      <w:r w:rsidR="006F76F5" w:rsidRPr="006F76F5">
        <w:rPr>
          <w:rFonts w:ascii="Arial Narrow" w:hAnsi="Arial Narrow"/>
          <w:b/>
          <w:bCs/>
          <w:color w:val="000000" w:themeColor="text1"/>
          <w:sz w:val="24"/>
          <w:szCs w:val="24"/>
          <w:lang w:val="es-CO"/>
        </w:rPr>
        <w:t>___</w:t>
      </w:r>
      <w:r w:rsidR="006F76F5">
        <w:rPr>
          <w:rFonts w:ascii="Arial Narrow" w:hAnsi="Arial Narrow"/>
          <w:b/>
          <w:bCs/>
          <w:color w:val="000000" w:themeColor="text1"/>
          <w:sz w:val="24"/>
          <w:szCs w:val="24"/>
          <w:lang w:val="es-CO"/>
        </w:rPr>
        <w:t>____</w:t>
      </w:r>
      <w:r w:rsidR="006F76F5" w:rsidRPr="006F76F5">
        <w:rPr>
          <w:rFonts w:ascii="Arial Narrow" w:hAnsi="Arial Narrow"/>
          <w:b/>
          <w:bCs/>
          <w:color w:val="000000" w:themeColor="text1"/>
          <w:sz w:val="24"/>
          <w:szCs w:val="24"/>
          <w:lang w:val="es-CO"/>
        </w:rPr>
        <w:t>______</w:t>
      </w:r>
    </w:p>
    <w:p w14:paraId="3189A9A2" w14:textId="763C8B30" w:rsidR="006F76F5" w:rsidRDefault="00000000" w:rsidP="006F76F5">
      <w:pPr>
        <w:spacing w:after="0" w:line="240" w:lineRule="auto"/>
        <w:jc w:val="both"/>
        <w:rPr>
          <w:rFonts w:ascii="Arial Narrow" w:hAnsi="Arial Narrow"/>
          <w:color w:val="000000" w:themeColor="text1"/>
          <w:sz w:val="24"/>
          <w:szCs w:val="24"/>
          <w:lang w:val="es-CO"/>
        </w:rPr>
      </w:pPr>
      <w:r w:rsidRPr="006F76F5">
        <w:rPr>
          <w:rFonts w:ascii="Arial Narrow" w:hAnsi="Arial Narrow"/>
          <w:color w:val="000000" w:themeColor="text1"/>
          <w:sz w:val="24"/>
          <w:szCs w:val="24"/>
          <w:lang w:val="es-CO"/>
        </w:rPr>
        <w:br/>
      </w:r>
      <w:r w:rsidRPr="006F76F5">
        <w:rPr>
          <w:rFonts w:ascii="Arial Narrow" w:hAnsi="Arial Narrow"/>
          <w:b/>
          <w:bCs/>
          <w:color w:val="000000" w:themeColor="text1"/>
          <w:sz w:val="24"/>
          <w:szCs w:val="24"/>
          <w:lang w:val="es-CO"/>
        </w:rPr>
        <w:t>Ciudad</w:t>
      </w:r>
      <w:r w:rsidRPr="006F76F5">
        <w:rPr>
          <w:rFonts w:ascii="Arial Narrow" w:hAnsi="Arial Narrow"/>
          <w:color w:val="000000" w:themeColor="text1"/>
          <w:sz w:val="24"/>
          <w:szCs w:val="24"/>
          <w:lang w:val="es-CO"/>
        </w:rPr>
        <w:t>: ___________________________</w:t>
      </w:r>
    </w:p>
    <w:p w14:paraId="6AA78489" w14:textId="7D026758" w:rsidR="006F76F5" w:rsidRDefault="00000000" w:rsidP="006F76F5">
      <w:pPr>
        <w:spacing w:after="0" w:line="240" w:lineRule="auto"/>
        <w:jc w:val="both"/>
        <w:rPr>
          <w:rFonts w:ascii="Arial Narrow" w:hAnsi="Arial Narrow"/>
          <w:color w:val="000000" w:themeColor="text1"/>
          <w:sz w:val="24"/>
          <w:szCs w:val="24"/>
          <w:lang w:val="es-CO"/>
        </w:rPr>
      </w:pPr>
      <w:r w:rsidRPr="006F76F5">
        <w:rPr>
          <w:rFonts w:ascii="Arial Narrow" w:hAnsi="Arial Narrow"/>
          <w:b/>
          <w:bCs/>
          <w:color w:val="000000" w:themeColor="text1"/>
          <w:sz w:val="24"/>
          <w:szCs w:val="24"/>
          <w:lang w:val="es-CO"/>
        </w:rPr>
        <w:t>Fecha</w:t>
      </w:r>
      <w:r w:rsidRPr="006F76F5">
        <w:rPr>
          <w:rFonts w:ascii="Arial Narrow" w:hAnsi="Arial Narrow"/>
          <w:color w:val="000000" w:themeColor="text1"/>
          <w:sz w:val="24"/>
          <w:szCs w:val="24"/>
          <w:lang w:val="es-CO"/>
        </w:rPr>
        <w:t>: ___</w:t>
      </w:r>
      <w:r w:rsidR="006F76F5">
        <w:rPr>
          <w:rFonts w:ascii="Arial Narrow" w:hAnsi="Arial Narrow"/>
          <w:color w:val="000000" w:themeColor="text1"/>
          <w:sz w:val="24"/>
          <w:szCs w:val="24"/>
          <w:lang w:val="es-CO"/>
        </w:rPr>
        <w:t>_</w:t>
      </w:r>
      <w:r w:rsidRPr="006F76F5">
        <w:rPr>
          <w:rFonts w:ascii="Arial Narrow" w:hAnsi="Arial Narrow"/>
          <w:color w:val="000000" w:themeColor="text1"/>
          <w:sz w:val="24"/>
          <w:szCs w:val="24"/>
          <w:lang w:val="es-CO"/>
        </w:rPr>
        <w:t>_ / __</w:t>
      </w:r>
      <w:r w:rsidR="006F76F5">
        <w:rPr>
          <w:rFonts w:ascii="Arial Narrow" w:hAnsi="Arial Narrow"/>
          <w:color w:val="000000" w:themeColor="text1"/>
          <w:sz w:val="24"/>
          <w:szCs w:val="24"/>
          <w:lang w:val="es-CO"/>
        </w:rPr>
        <w:t>__</w:t>
      </w:r>
      <w:r w:rsidRPr="006F76F5">
        <w:rPr>
          <w:rFonts w:ascii="Arial Narrow" w:hAnsi="Arial Narrow"/>
          <w:color w:val="000000" w:themeColor="text1"/>
          <w:sz w:val="24"/>
          <w:szCs w:val="24"/>
          <w:lang w:val="es-CO"/>
        </w:rPr>
        <w:t>__ / ___</w:t>
      </w:r>
      <w:r w:rsidR="006F76F5">
        <w:rPr>
          <w:rFonts w:ascii="Arial Narrow" w:hAnsi="Arial Narrow"/>
          <w:color w:val="000000" w:themeColor="text1"/>
          <w:sz w:val="24"/>
          <w:szCs w:val="24"/>
          <w:lang w:val="es-CO"/>
        </w:rPr>
        <w:t>___</w:t>
      </w:r>
      <w:r w:rsidR="00E765DD">
        <w:rPr>
          <w:rFonts w:ascii="Arial Narrow" w:hAnsi="Arial Narrow"/>
          <w:color w:val="000000" w:themeColor="text1"/>
          <w:sz w:val="24"/>
          <w:szCs w:val="24"/>
          <w:lang w:val="es-CO"/>
        </w:rPr>
        <w:t>____</w:t>
      </w:r>
      <w:r w:rsidRPr="006F76F5">
        <w:rPr>
          <w:rFonts w:ascii="Arial Narrow" w:hAnsi="Arial Narrow"/>
          <w:color w:val="000000" w:themeColor="text1"/>
          <w:sz w:val="24"/>
          <w:szCs w:val="24"/>
          <w:lang w:val="es-CO"/>
        </w:rPr>
        <w:t>___</w:t>
      </w:r>
    </w:p>
    <w:p w14:paraId="47A2E4F8" w14:textId="2BE52E99" w:rsidR="00D20F38" w:rsidRPr="00E765DD" w:rsidRDefault="00000000" w:rsidP="006F76F5">
      <w:pPr>
        <w:spacing w:after="0" w:line="240" w:lineRule="auto"/>
        <w:jc w:val="both"/>
        <w:rPr>
          <w:rFonts w:ascii="Arial Narrow" w:hAnsi="Arial Narrow"/>
          <w:i/>
          <w:iCs/>
          <w:color w:val="000000" w:themeColor="text1"/>
          <w:sz w:val="24"/>
          <w:szCs w:val="24"/>
          <w:u w:val="single"/>
          <w:lang w:val="es-CO"/>
        </w:rPr>
      </w:pPr>
      <w:r w:rsidRPr="006F76F5">
        <w:rPr>
          <w:rFonts w:ascii="Arial Narrow" w:hAnsi="Arial Narrow"/>
          <w:color w:val="000000" w:themeColor="text1"/>
          <w:sz w:val="24"/>
          <w:szCs w:val="24"/>
          <w:lang w:val="es-CO"/>
        </w:rPr>
        <w:br/>
      </w:r>
    </w:p>
    <w:p w14:paraId="4F36C832" w14:textId="55FC684D" w:rsidR="00D20F38" w:rsidRPr="00E765DD" w:rsidRDefault="00000000" w:rsidP="006F76F5">
      <w:pPr>
        <w:pStyle w:val="Ttulo2"/>
        <w:numPr>
          <w:ilvl w:val="0"/>
          <w:numId w:val="10"/>
        </w:numPr>
        <w:spacing w:before="0" w:line="240" w:lineRule="auto"/>
        <w:rPr>
          <w:rFonts w:ascii="Arial Narrow" w:hAnsi="Arial Narrow"/>
          <w:i/>
          <w:iCs/>
          <w:color w:val="000000" w:themeColor="text1"/>
          <w:sz w:val="24"/>
          <w:szCs w:val="24"/>
          <w:u w:val="single"/>
          <w:lang w:val="es-CO"/>
        </w:rPr>
      </w:pPr>
      <w:r w:rsidRPr="00E765DD">
        <w:rPr>
          <w:rFonts w:ascii="Arial Narrow" w:hAnsi="Arial Narrow"/>
          <w:i/>
          <w:iCs/>
          <w:color w:val="000000" w:themeColor="text1"/>
          <w:sz w:val="24"/>
          <w:szCs w:val="24"/>
          <w:u w:val="single"/>
          <w:lang w:val="es-CO"/>
        </w:rPr>
        <w:t>IDENTIFICACIÓN DEL DEUDOR QUE NO SABE O NO PUEDE FIRMAR</w:t>
      </w:r>
    </w:p>
    <w:p w14:paraId="77E97BBB" w14:textId="77777777" w:rsidR="006F76F5" w:rsidRPr="00E765DD" w:rsidRDefault="006F76F5" w:rsidP="006F76F5">
      <w:pPr>
        <w:spacing w:after="0" w:line="240" w:lineRule="auto"/>
        <w:rPr>
          <w:rFonts w:ascii="Arial Narrow" w:hAnsi="Arial Narrow"/>
          <w:b/>
          <w:bCs/>
          <w:i/>
          <w:iCs/>
          <w:color w:val="000000" w:themeColor="text1"/>
          <w:sz w:val="24"/>
          <w:szCs w:val="24"/>
          <w:lang w:val="es-CO"/>
        </w:rPr>
      </w:pPr>
    </w:p>
    <w:p w14:paraId="743448E6" w14:textId="6754D0F2" w:rsidR="006F76F5" w:rsidRDefault="00000000" w:rsidP="006F76F5">
      <w:pPr>
        <w:spacing w:after="0" w:line="240" w:lineRule="auto"/>
        <w:rPr>
          <w:rFonts w:ascii="Arial Narrow" w:hAnsi="Arial Narrow"/>
          <w:color w:val="000000" w:themeColor="text1"/>
          <w:sz w:val="24"/>
          <w:szCs w:val="24"/>
          <w:lang w:val="es-CO"/>
        </w:rPr>
      </w:pPr>
      <w:r w:rsidRPr="006F76F5">
        <w:rPr>
          <w:rFonts w:ascii="Arial Narrow" w:hAnsi="Arial Narrow"/>
          <w:b/>
          <w:bCs/>
          <w:color w:val="000000" w:themeColor="text1"/>
          <w:sz w:val="24"/>
          <w:szCs w:val="24"/>
          <w:lang w:val="es-CO"/>
        </w:rPr>
        <w:t>Nombre completo</w:t>
      </w:r>
      <w:r w:rsidRPr="006F76F5">
        <w:rPr>
          <w:rFonts w:ascii="Arial Narrow" w:hAnsi="Arial Narrow"/>
          <w:color w:val="000000" w:themeColor="text1"/>
          <w:sz w:val="24"/>
          <w:szCs w:val="24"/>
          <w:lang w:val="es-CO"/>
        </w:rPr>
        <w:t>: _________________________________</w:t>
      </w:r>
      <w:r w:rsidRPr="006F76F5">
        <w:rPr>
          <w:rFonts w:ascii="Arial Narrow" w:hAnsi="Arial Narrow"/>
          <w:color w:val="000000" w:themeColor="text1"/>
          <w:sz w:val="24"/>
          <w:szCs w:val="24"/>
          <w:lang w:val="es-CO"/>
        </w:rPr>
        <w:br/>
      </w:r>
      <w:r w:rsidRPr="006F76F5">
        <w:rPr>
          <w:rFonts w:ascii="Arial Narrow" w:hAnsi="Arial Narrow"/>
          <w:b/>
          <w:bCs/>
          <w:color w:val="000000" w:themeColor="text1"/>
          <w:sz w:val="24"/>
          <w:szCs w:val="24"/>
          <w:lang w:val="es-CO"/>
        </w:rPr>
        <w:t>Cédula de ciudadanía No</w:t>
      </w:r>
      <w:r w:rsidRPr="006F76F5">
        <w:rPr>
          <w:rFonts w:ascii="Arial Narrow" w:hAnsi="Arial Narrow"/>
          <w:color w:val="000000" w:themeColor="text1"/>
          <w:sz w:val="24"/>
          <w:szCs w:val="24"/>
          <w:lang w:val="es-CO"/>
        </w:rPr>
        <w:t>.: ___________________________</w:t>
      </w:r>
      <w:r w:rsidRPr="006F76F5">
        <w:rPr>
          <w:rFonts w:ascii="Arial Narrow" w:hAnsi="Arial Narrow"/>
          <w:color w:val="000000" w:themeColor="text1"/>
          <w:sz w:val="24"/>
          <w:szCs w:val="24"/>
          <w:lang w:val="es-CO"/>
        </w:rPr>
        <w:br/>
      </w:r>
      <w:r w:rsidRPr="006F76F5">
        <w:rPr>
          <w:rFonts w:ascii="Arial Narrow" w:hAnsi="Arial Narrow"/>
          <w:b/>
          <w:bCs/>
          <w:color w:val="000000" w:themeColor="text1"/>
          <w:sz w:val="24"/>
          <w:szCs w:val="24"/>
          <w:lang w:val="es-CO"/>
        </w:rPr>
        <w:t>Lugar de expedición</w:t>
      </w:r>
      <w:r w:rsidRPr="006F76F5">
        <w:rPr>
          <w:rFonts w:ascii="Arial Narrow" w:hAnsi="Arial Narrow"/>
          <w:color w:val="000000" w:themeColor="text1"/>
          <w:sz w:val="24"/>
          <w:szCs w:val="24"/>
          <w:lang w:val="es-CO"/>
        </w:rPr>
        <w:t>: ________________________________</w:t>
      </w:r>
      <w:r w:rsidRPr="006F76F5">
        <w:rPr>
          <w:rFonts w:ascii="Arial Narrow" w:hAnsi="Arial Narrow"/>
          <w:color w:val="000000" w:themeColor="text1"/>
          <w:sz w:val="24"/>
          <w:szCs w:val="24"/>
          <w:lang w:val="es-CO"/>
        </w:rPr>
        <w:br/>
      </w:r>
      <w:r w:rsidRPr="006F76F5">
        <w:rPr>
          <w:rFonts w:ascii="Arial Narrow" w:hAnsi="Arial Narrow"/>
          <w:b/>
          <w:bCs/>
          <w:color w:val="000000" w:themeColor="text1"/>
          <w:sz w:val="24"/>
          <w:szCs w:val="24"/>
          <w:lang w:val="es-CO"/>
        </w:rPr>
        <w:t>Dirección</w:t>
      </w:r>
      <w:r w:rsidRPr="006F76F5">
        <w:rPr>
          <w:rFonts w:ascii="Arial Narrow" w:hAnsi="Arial Narrow"/>
          <w:color w:val="000000" w:themeColor="text1"/>
          <w:sz w:val="24"/>
          <w:szCs w:val="24"/>
          <w:lang w:val="es-CO"/>
        </w:rPr>
        <w:t>: _________________________________________</w:t>
      </w:r>
    </w:p>
    <w:p w14:paraId="03AB18A9" w14:textId="27373E67" w:rsidR="00D20F38" w:rsidRPr="006F76F5" w:rsidRDefault="006F76F5" w:rsidP="006F76F5">
      <w:pPr>
        <w:spacing w:after="0" w:line="240" w:lineRule="auto"/>
        <w:rPr>
          <w:rFonts w:ascii="Arial Narrow" w:hAnsi="Arial Narrow"/>
          <w:color w:val="000000" w:themeColor="text1"/>
          <w:sz w:val="24"/>
          <w:szCs w:val="24"/>
          <w:lang w:val="es-CO"/>
        </w:rPr>
      </w:pPr>
      <w:r>
        <w:rPr>
          <w:rFonts w:ascii="Arial Narrow" w:hAnsi="Arial Narrow"/>
          <w:b/>
          <w:bCs/>
          <w:color w:val="000000" w:themeColor="text1"/>
          <w:sz w:val="24"/>
          <w:szCs w:val="24"/>
          <w:lang w:val="es-CO"/>
        </w:rPr>
        <w:t>Email</w:t>
      </w:r>
      <w:r w:rsidRPr="006F76F5">
        <w:rPr>
          <w:rFonts w:ascii="Arial Narrow" w:hAnsi="Arial Narrow"/>
          <w:color w:val="000000" w:themeColor="text1"/>
          <w:sz w:val="24"/>
          <w:szCs w:val="24"/>
          <w:lang w:val="es-CO"/>
        </w:rPr>
        <w:t>: _________________________________________</w:t>
      </w:r>
      <w:r w:rsidRPr="006F76F5">
        <w:rPr>
          <w:rFonts w:ascii="Arial Narrow" w:hAnsi="Arial Narrow"/>
          <w:color w:val="000000" w:themeColor="text1"/>
          <w:sz w:val="24"/>
          <w:szCs w:val="24"/>
          <w:lang w:val="es-CO"/>
        </w:rPr>
        <w:br/>
      </w:r>
      <w:r w:rsidR="00000000" w:rsidRPr="006F76F5">
        <w:rPr>
          <w:rFonts w:ascii="Arial Narrow" w:hAnsi="Arial Narrow"/>
          <w:b/>
          <w:bCs/>
          <w:color w:val="000000" w:themeColor="text1"/>
          <w:sz w:val="24"/>
          <w:szCs w:val="24"/>
          <w:lang w:val="es-CO"/>
        </w:rPr>
        <w:t>Teléfono</w:t>
      </w:r>
      <w:r w:rsidR="00000000" w:rsidRPr="006F76F5">
        <w:rPr>
          <w:rFonts w:ascii="Arial Narrow" w:hAnsi="Arial Narrow"/>
          <w:color w:val="000000" w:themeColor="text1"/>
          <w:sz w:val="24"/>
          <w:szCs w:val="24"/>
          <w:lang w:val="es-CO"/>
        </w:rPr>
        <w:t>: __________________________________________</w:t>
      </w:r>
      <w:r w:rsidR="00000000" w:rsidRPr="006F76F5">
        <w:rPr>
          <w:rFonts w:ascii="Arial Narrow" w:hAnsi="Arial Narrow"/>
          <w:color w:val="000000" w:themeColor="text1"/>
          <w:sz w:val="24"/>
          <w:szCs w:val="24"/>
          <w:lang w:val="es-CO"/>
        </w:rPr>
        <w:br/>
      </w:r>
    </w:p>
    <w:p w14:paraId="55DDAD7C" w14:textId="64D5C09A" w:rsidR="00D20F38" w:rsidRPr="00E765DD" w:rsidRDefault="00000000" w:rsidP="006F76F5">
      <w:pPr>
        <w:pStyle w:val="Ttulo2"/>
        <w:numPr>
          <w:ilvl w:val="0"/>
          <w:numId w:val="10"/>
        </w:numPr>
        <w:spacing w:before="0" w:line="240" w:lineRule="auto"/>
        <w:rPr>
          <w:rFonts w:ascii="Arial Narrow" w:hAnsi="Arial Narrow"/>
          <w:i/>
          <w:iCs/>
          <w:color w:val="000000" w:themeColor="text1"/>
          <w:sz w:val="24"/>
          <w:szCs w:val="24"/>
          <w:u w:val="single"/>
          <w:lang w:val="es-CO"/>
        </w:rPr>
      </w:pPr>
      <w:r w:rsidRPr="00E765DD">
        <w:rPr>
          <w:rFonts w:ascii="Arial Narrow" w:hAnsi="Arial Narrow"/>
          <w:i/>
          <w:iCs/>
          <w:color w:val="000000" w:themeColor="text1"/>
          <w:sz w:val="24"/>
          <w:szCs w:val="24"/>
          <w:u w:val="single"/>
          <w:lang w:val="es-CO"/>
        </w:rPr>
        <w:t>DECLARACIÓN DEL DEUDOR</w:t>
      </w:r>
    </w:p>
    <w:p w14:paraId="0891F755" w14:textId="77777777" w:rsidR="006F76F5" w:rsidRDefault="006F76F5" w:rsidP="006F76F5">
      <w:pPr>
        <w:spacing w:after="0" w:line="240" w:lineRule="auto"/>
        <w:rPr>
          <w:rFonts w:ascii="Arial Narrow" w:hAnsi="Arial Narrow"/>
          <w:color w:val="000000" w:themeColor="text1"/>
          <w:sz w:val="24"/>
          <w:szCs w:val="24"/>
          <w:lang w:val="es-CO"/>
        </w:rPr>
      </w:pPr>
    </w:p>
    <w:p w14:paraId="345560B0" w14:textId="4AC0E510" w:rsidR="00D20F38" w:rsidRPr="006F76F5" w:rsidRDefault="006F76F5" w:rsidP="006F76F5">
      <w:pPr>
        <w:spacing w:after="0" w:line="240" w:lineRule="auto"/>
        <w:jc w:val="both"/>
        <w:rPr>
          <w:rFonts w:ascii="Arial Narrow" w:hAnsi="Arial Narrow"/>
          <w:color w:val="000000" w:themeColor="text1"/>
          <w:sz w:val="24"/>
          <w:szCs w:val="24"/>
          <w:lang w:val="es-CO"/>
        </w:rPr>
      </w:pPr>
      <w:r>
        <w:rPr>
          <w:rFonts w:ascii="Arial Narrow" w:hAnsi="Arial Narrow"/>
          <w:noProof/>
          <w:color w:val="000000" w:themeColor="text1"/>
          <w:sz w:val="24"/>
          <w:szCs w:val="24"/>
          <w:lang w:val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8C10F3" wp14:editId="67395AAC">
                <wp:simplePos x="0" y="0"/>
                <wp:positionH relativeFrom="column">
                  <wp:posOffset>2324100</wp:posOffset>
                </wp:positionH>
                <wp:positionV relativeFrom="paragraph">
                  <wp:posOffset>861060</wp:posOffset>
                </wp:positionV>
                <wp:extent cx="914400" cy="914400"/>
                <wp:effectExtent l="57150" t="19050" r="76200" b="95250"/>
                <wp:wrapNone/>
                <wp:docPr id="718499630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EDC1DC5" id="Rectángulo 1" o:spid="_x0000_s1026" style="position:absolute;margin-left:183pt;margin-top:67.8pt;width:1in;height:1in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" fillcolor="white [3212]" strokecolor="#4579b8 [3044]">
                <v:shadow on="t" color="black" opacity="22937f" origin=",.5" offset="0,.63889mm"/>
              </v:rect>
            </w:pict>
          </mc:Fallback>
        </mc:AlternateContent>
      </w:r>
      <w:r w:rsidR="00000000" w:rsidRPr="006F76F5">
        <w:rPr>
          <w:rFonts w:ascii="Arial Narrow" w:hAnsi="Arial Narrow"/>
          <w:color w:val="000000" w:themeColor="text1"/>
          <w:sz w:val="24"/>
          <w:szCs w:val="24"/>
          <w:lang w:val="es-CO"/>
        </w:rPr>
        <w:t xml:space="preserve">El deudor antes identificado manifiesta que </w:t>
      </w:r>
      <w:r w:rsidR="00000000" w:rsidRPr="006F76F5">
        <w:rPr>
          <w:rFonts w:ascii="Arial Narrow" w:hAnsi="Arial Narrow"/>
          <w:b/>
          <w:bCs/>
          <w:color w:val="000000" w:themeColor="text1"/>
          <w:sz w:val="24"/>
          <w:szCs w:val="24"/>
          <w:lang w:val="es-CO"/>
        </w:rPr>
        <w:t>NO SABE o NO PUEDE FIRMAR</w:t>
      </w:r>
      <w:r w:rsidR="00000000" w:rsidRPr="006F76F5">
        <w:rPr>
          <w:rFonts w:ascii="Arial Narrow" w:hAnsi="Arial Narrow"/>
          <w:color w:val="000000" w:themeColor="text1"/>
          <w:sz w:val="24"/>
          <w:szCs w:val="24"/>
          <w:lang w:val="es-CO"/>
        </w:rPr>
        <w:t>. Declara que el contenido del pagaré y de la carta de instrucciones le fue leído o explicado en su totalidad, que comprende plenamente su alcance jurídico, que acepta las obligaciones allí contenidas y que autoriza expresamente a otra persona para firmar a su ruego, procediendo a estampar su huella dactilar como señal de aceptación.</w:t>
      </w:r>
    </w:p>
    <w:p w14:paraId="7F672551" w14:textId="77777777" w:rsidR="006F76F5" w:rsidRDefault="006F76F5" w:rsidP="006F76F5">
      <w:pPr>
        <w:spacing w:after="0" w:line="240" w:lineRule="auto"/>
        <w:rPr>
          <w:rFonts w:ascii="Arial Narrow" w:hAnsi="Arial Narrow"/>
          <w:color w:val="000000" w:themeColor="text1"/>
          <w:sz w:val="24"/>
          <w:szCs w:val="24"/>
          <w:lang w:val="es-CO"/>
        </w:rPr>
      </w:pPr>
    </w:p>
    <w:p w14:paraId="5134FA87" w14:textId="77777777" w:rsidR="006F76F5" w:rsidRDefault="006F76F5" w:rsidP="006F76F5">
      <w:pPr>
        <w:spacing w:after="0" w:line="240" w:lineRule="auto"/>
        <w:rPr>
          <w:rFonts w:ascii="Arial Narrow" w:hAnsi="Arial Narrow"/>
          <w:color w:val="000000" w:themeColor="text1"/>
          <w:sz w:val="24"/>
          <w:szCs w:val="24"/>
          <w:lang w:val="es-CO"/>
        </w:rPr>
      </w:pPr>
    </w:p>
    <w:p w14:paraId="4A6B1654" w14:textId="3D9D28DA" w:rsidR="00D20F38" w:rsidRDefault="00000000" w:rsidP="006F76F5">
      <w:pPr>
        <w:spacing w:after="0" w:line="240" w:lineRule="auto"/>
        <w:rPr>
          <w:rFonts w:ascii="Arial Narrow" w:hAnsi="Arial Narrow"/>
          <w:color w:val="000000" w:themeColor="text1"/>
          <w:sz w:val="24"/>
          <w:szCs w:val="24"/>
          <w:lang w:val="es-CO"/>
        </w:rPr>
      </w:pPr>
      <w:r w:rsidRPr="006F76F5">
        <w:rPr>
          <w:rFonts w:ascii="Arial Narrow" w:hAnsi="Arial Narrow"/>
          <w:b/>
          <w:bCs/>
          <w:color w:val="000000" w:themeColor="text1"/>
          <w:sz w:val="24"/>
          <w:szCs w:val="24"/>
          <w:lang w:val="es-CO"/>
        </w:rPr>
        <w:t>HUELLA DACTILAR DEL DEUDOR</w:t>
      </w:r>
      <w:r w:rsidRPr="006F76F5">
        <w:rPr>
          <w:rFonts w:ascii="Arial Narrow" w:hAnsi="Arial Narrow"/>
          <w:color w:val="000000" w:themeColor="text1"/>
          <w:sz w:val="24"/>
          <w:szCs w:val="24"/>
          <w:lang w:val="es-CO"/>
        </w:rPr>
        <w:t xml:space="preserve">: </w:t>
      </w:r>
    </w:p>
    <w:p w14:paraId="0B86D841" w14:textId="77777777" w:rsidR="006F76F5" w:rsidRDefault="006F76F5" w:rsidP="006F76F5">
      <w:pPr>
        <w:spacing w:after="0" w:line="240" w:lineRule="auto"/>
        <w:rPr>
          <w:rFonts w:ascii="Arial Narrow" w:hAnsi="Arial Narrow"/>
          <w:color w:val="000000" w:themeColor="text1"/>
          <w:sz w:val="24"/>
          <w:szCs w:val="24"/>
          <w:lang w:val="es-CO"/>
        </w:rPr>
      </w:pPr>
    </w:p>
    <w:p w14:paraId="43E242F2" w14:textId="77777777" w:rsidR="006F76F5" w:rsidRDefault="006F76F5" w:rsidP="006F76F5">
      <w:pPr>
        <w:spacing w:after="0" w:line="240" w:lineRule="auto"/>
        <w:rPr>
          <w:rFonts w:ascii="Arial Narrow" w:hAnsi="Arial Narrow"/>
          <w:color w:val="000000" w:themeColor="text1"/>
          <w:sz w:val="24"/>
          <w:szCs w:val="24"/>
          <w:lang w:val="es-CO"/>
        </w:rPr>
      </w:pPr>
    </w:p>
    <w:p w14:paraId="64FAF1B1" w14:textId="77777777" w:rsidR="006F76F5" w:rsidRPr="006F76F5" w:rsidRDefault="006F76F5" w:rsidP="006F76F5">
      <w:pPr>
        <w:spacing w:after="0" w:line="240" w:lineRule="auto"/>
        <w:rPr>
          <w:rFonts w:ascii="Arial Narrow" w:hAnsi="Arial Narrow"/>
          <w:color w:val="000000" w:themeColor="text1"/>
          <w:sz w:val="24"/>
          <w:szCs w:val="24"/>
          <w:lang w:val="es-CO"/>
        </w:rPr>
      </w:pPr>
    </w:p>
    <w:p w14:paraId="09447EEB" w14:textId="1273FF0F" w:rsidR="00D20F38" w:rsidRPr="00E765DD" w:rsidRDefault="00000000" w:rsidP="006F76F5">
      <w:pPr>
        <w:pStyle w:val="Ttulo2"/>
        <w:numPr>
          <w:ilvl w:val="0"/>
          <w:numId w:val="10"/>
        </w:numPr>
        <w:spacing w:before="0" w:line="240" w:lineRule="auto"/>
        <w:rPr>
          <w:rFonts w:ascii="Arial Narrow" w:hAnsi="Arial Narrow"/>
          <w:i/>
          <w:iCs/>
          <w:color w:val="000000" w:themeColor="text1"/>
          <w:sz w:val="24"/>
          <w:szCs w:val="24"/>
          <w:u w:val="single"/>
          <w:lang w:val="es-CO"/>
        </w:rPr>
      </w:pPr>
      <w:r w:rsidRPr="00E765DD">
        <w:rPr>
          <w:rFonts w:ascii="Arial Narrow" w:hAnsi="Arial Narrow"/>
          <w:i/>
          <w:iCs/>
          <w:color w:val="000000" w:themeColor="text1"/>
          <w:sz w:val="24"/>
          <w:szCs w:val="24"/>
          <w:u w:val="single"/>
          <w:lang w:val="es-CO"/>
        </w:rPr>
        <w:t>PERSONA QUE FIRMA A RUEGO</w:t>
      </w:r>
    </w:p>
    <w:p w14:paraId="6CA130EF" w14:textId="77777777" w:rsidR="006F76F5" w:rsidRDefault="006F76F5" w:rsidP="006F76F5">
      <w:pPr>
        <w:spacing w:after="0" w:line="240" w:lineRule="auto"/>
        <w:rPr>
          <w:lang w:val="es-CO"/>
        </w:rPr>
      </w:pPr>
    </w:p>
    <w:p w14:paraId="7C32A722" w14:textId="3265DAE5" w:rsidR="006F76F5" w:rsidRPr="006F76F5" w:rsidRDefault="006F76F5" w:rsidP="006F76F5">
      <w:pPr>
        <w:spacing w:after="0" w:line="240" w:lineRule="auto"/>
        <w:rPr>
          <w:rFonts w:ascii="Arial Narrow" w:hAnsi="Arial Narrow"/>
          <w:color w:val="000000" w:themeColor="text1"/>
          <w:sz w:val="24"/>
          <w:szCs w:val="24"/>
          <w:lang w:val="es-CO"/>
        </w:rPr>
      </w:pPr>
      <w:r w:rsidRPr="006F76F5">
        <w:rPr>
          <w:rFonts w:ascii="Arial Narrow" w:hAnsi="Arial Narrow"/>
          <w:b/>
          <w:bCs/>
          <w:color w:val="000000" w:themeColor="text1"/>
          <w:sz w:val="24"/>
          <w:szCs w:val="24"/>
          <w:lang w:val="es-CO"/>
        </w:rPr>
        <w:t>Nombre completo</w:t>
      </w:r>
      <w:r w:rsidRPr="006F76F5">
        <w:rPr>
          <w:rFonts w:ascii="Arial Narrow" w:hAnsi="Arial Narrow"/>
          <w:color w:val="000000" w:themeColor="text1"/>
          <w:sz w:val="24"/>
          <w:szCs w:val="24"/>
          <w:lang w:val="es-CO"/>
        </w:rPr>
        <w:t>: __________________________________</w:t>
      </w:r>
      <w:r w:rsidRPr="006F76F5">
        <w:rPr>
          <w:rFonts w:ascii="Arial Narrow" w:hAnsi="Arial Narrow"/>
          <w:color w:val="000000" w:themeColor="text1"/>
          <w:sz w:val="24"/>
          <w:szCs w:val="24"/>
          <w:lang w:val="es-CO"/>
        </w:rPr>
        <w:br/>
      </w:r>
      <w:r w:rsidRPr="006F76F5">
        <w:rPr>
          <w:rFonts w:ascii="Arial Narrow" w:hAnsi="Arial Narrow"/>
          <w:b/>
          <w:bCs/>
          <w:color w:val="000000" w:themeColor="text1"/>
          <w:sz w:val="24"/>
          <w:szCs w:val="24"/>
          <w:lang w:val="es-CO"/>
        </w:rPr>
        <w:t>Cédula de ciudadanía No</w:t>
      </w:r>
      <w:r w:rsidRPr="006F76F5">
        <w:rPr>
          <w:rFonts w:ascii="Arial Narrow" w:hAnsi="Arial Narrow"/>
          <w:color w:val="000000" w:themeColor="text1"/>
          <w:sz w:val="24"/>
          <w:szCs w:val="24"/>
          <w:lang w:val="es-CO"/>
        </w:rPr>
        <w:t>.: ___________________________</w:t>
      </w:r>
      <w:r w:rsidRPr="006F76F5">
        <w:rPr>
          <w:rFonts w:ascii="Arial Narrow" w:hAnsi="Arial Narrow"/>
          <w:color w:val="000000" w:themeColor="text1"/>
          <w:sz w:val="24"/>
          <w:szCs w:val="24"/>
          <w:lang w:val="es-CO"/>
        </w:rPr>
        <w:br/>
      </w:r>
      <w:r w:rsidRPr="006F76F5">
        <w:rPr>
          <w:rFonts w:ascii="Arial Narrow" w:hAnsi="Arial Narrow"/>
          <w:b/>
          <w:bCs/>
          <w:color w:val="000000" w:themeColor="text1"/>
          <w:sz w:val="24"/>
          <w:szCs w:val="24"/>
          <w:lang w:val="es-CO"/>
        </w:rPr>
        <w:t>Lugar de expedición</w:t>
      </w:r>
      <w:r w:rsidRPr="006F76F5">
        <w:rPr>
          <w:rFonts w:ascii="Arial Narrow" w:hAnsi="Arial Narrow"/>
          <w:color w:val="000000" w:themeColor="text1"/>
          <w:sz w:val="24"/>
          <w:szCs w:val="24"/>
          <w:lang w:val="es-CO"/>
        </w:rPr>
        <w:t>: ________________________________</w:t>
      </w:r>
      <w:r w:rsidRPr="006F76F5">
        <w:rPr>
          <w:rFonts w:ascii="Arial Narrow" w:hAnsi="Arial Narrow"/>
          <w:color w:val="000000" w:themeColor="text1"/>
          <w:sz w:val="24"/>
          <w:szCs w:val="24"/>
          <w:lang w:val="es-CO"/>
        </w:rPr>
        <w:br/>
      </w:r>
      <w:r w:rsidRPr="006F76F5">
        <w:rPr>
          <w:rFonts w:ascii="Arial Narrow" w:hAnsi="Arial Narrow"/>
          <w:b/>
          <w:bCs/>
          <w:color w:val="000000" w:themeColor="text1"/>
          <w:sz w:val="24"/>
          <w:szCs w:val="24"/>
          <w:lang w:val="es-CO"/>
        </w:rPr>
        <w:t>Dirección</w:t>
      </w:r>
      <w:r w:rsidRPr="006F76F5">
        <w:rPr>
          <w:rFonts w:ascii="Arial Narrow" w:hAnsi="Arial Narrow"/>
          <w:color w:val="000000" w:themeColor="text1"/>
          <w:sz w:val="24"/>
          <w:szCs w:val="24"/>
          <w:lang w:val="es-CO"/>
        </w:rPr>
        <w:t>: _________________________________________</w:t>
      </w:r>
    </w:p>
    <w:p w14:paraId="3E42ABE1" w14:textId="4195A0D4" w:rsidR="006F76F5" w:rsidRPr="006F76F5" w:rsidRDefault="006F76F5" w:rsidP="006F76F5">
      <w:pPr>
        <w:spacing w:after="0" w:line="240" w:lineRule="auto"/>
        <w:rPr>
          <w:rFonts w:ascii="Arial Narrow" w:hAnsi="Arial Narrow"/>
          <w:color w:val="000000" w:themeColor="text1"/>
          <w:sz w:val="24"/>
          <w:szCs w:val="24"/>
          <w:lang w:val="es-CO"/>
        </w:rPr>
      </w:pPr>
      <w:r w:rsidRPr="006F76F5">
        <w:rPr>
          <w:rFonts w:ascii="Arial Narrow" w:hAnsi="Arial Narrow"/>
          <w:b/>
          <w:bCs/>
          <w:color w:val="000000" w:themeColor="text1"/>
          <w:sz w:val="24"/>
          <w:szCs w:val="24"/>
          <w:lang w:val="es-CO"/>
        </w:rPr>
        <w:t>Email</w:t>
      </w:r>
      <w:r w:rsidRPr="006F76F5">
        <w:rPr>
          <w:rFonts w:ascii="Arial Narrow" w:hAnsi="Arial Narrow"/>
          <w:color w:val="000000" w:themeColor="text1"/>
          <w:sz w:val="24"/>
          <w:szCs w:val="24"/>
          <w:lang w:val="es-CO"/>
        </w:rPr>
        <w:t>: _______________________________________</w:t>
      </w:r>
      <w:r w:rsidR="00E765DD">
        <w:rPr>
          <w:rFonts w:ascii="Arial Narrow" w:hAnsi="Arial Narrow"/>
          <w:color w:val="000000" w:themeColor="text1"/>
          <w:sz w:val="24"/>
          <w:szCs w:val="24"/>
          <w:lang w:val="es-CO"/>
        </w:rPr>
        <w:t>___</w:t>
      </w:r>
      <w:r w:rsidRPr="006F76F5">
        <w:rPr>
          <w:rFonts w:ascii="Arial Narrow" w:hAnsi="Arial Narrow"/>
          <w:color w:val="000000" w:themeColor="text1"/>
          <w:sz w:val="24"/>
          <w:szCs w:val="24"/>
          <w:lang w:val="es-CO"/>
        </w:rPr>
        <w:t>__</w:t>
      </w:r>
      <w:r w:rsidRPr="006F76F5">
        <w:rPr>
          <w:rFonts w:ascii="Arial Narrow" w:hAnsi="Arial Narrow"/>
          <w:color w:val="000000" w:themeColor="text1"/>
          <w:sz w:val="24"/>
          <w:szCs w:val="24"/>
          <w:lang w:val="es-CO"/>
        </w:rPr>
        <w:br/>
      </w:r>
      <w:r w:rsidRPr="006F76F5">
        <w:rPr>
          <w:rFonts w:ascii="Arial Narrow" w:hAnsi="Arial Narrow"/>
          <w:b/>
          <w:bCs/>
          <w:color w:val="000000" w:themeColor="text1"/>
          <w:sz w:val="24"/>
          <w:szCs w:val="24"/>
          <w:lang w:val="es-CO"/>
        </w:rPr>
        <w:t>Teléfono</w:t>
      </w:r>
      <w:r w:rsidRPr="006F76F5">
        <w:rPr>
          <w:rFonts w:ascii="Arial Narrow" w:hAnsi="Arial Narrow"/>
          <w:color w:val="000000" w:themeColor="text1"/>
          <w:sz w:val="24"/>
          <w:szCs w:val="24"/>
          <w:lang w:val="es-CO"/>
        </w:rPr>
        <w:t>: __________________________________________</w:t>
      </w:r>
      <w:r w:rsidRPr="006F76F5">
        <w:rPr>
          <w:rFonts w:ascii="Arial Narrow" w:hAnsi="Arial Narrow"/>
          <w:color w:val="000000" w:themeColor="text1"/>
          <w:sz w:val="24"/>
          <w:szCs w:val="24"/>
          <w:lang w:val="es-CO"/>
        </w:rPr>
        <w:br/>
      </w:r>
    </w:p>
    <w:p w14:paraId="71B6CB28" w14:textId="77777777" w:rsidR="00D20F38" w:rsidRPr="006F76F5" w:rsidRDefault="00000000" w:rsidP="006F76F5">
      <w:pPr>
        <w:spacing w:after="0" w:line="240" w:lineRule="auto"/>
        <w:jc w:val="both"/>
        <w:rPr>
          <w:rFonts w:ascii="Arial Narrow" w:hAnsi="Arial Narrow"/>
          <w:color w:val="000000" w:themeColor="text1"/>
          <w:sz w:val="24"/>
          <w:szCs w:val="24"/>
          <w:lang w:val="es-CO"/>
        </w:rPr>
      </w:pPr>
      <w:r w:rsidRPr="006F76F5">
        <w:rPr>
          <w:rFonts w:ascii="Arial Narrow" w:hAnsi="Arial Narrow"/>
          <w:color w:val="000000" w:themeColor="text1"/>
          <w:sz w:val="24"/>
          <w:szCs w:val="24"/>
          <w:lang w:val="es-CO"/>
        </w:rPr>
        <w:t>Declaro que firmo el pagaré y la carta de instrucciones a solicitud expresa del deudor anteriormente identificado, en su presencia y con su autorización.</w:t>
      </w:r>
    </w:p>
    <w:p w14:paraId="0307E244" w14:textId="77777777" w:rsidR="006F76F5" w:rsidRDefault="006F76F5" w:rsidP="006F76F5">
      <w:pPr>
        <w:spacing w:after="0" w:line="240" w:lineRule="auto"/>
        <w:rPr>
          <w:rFonts w:ascii="Arial Narrow" w:hAnsi="Arial Narrow"/>
          <w:color w:val="000000" w:themeColor="text1"/>
          <w:sz w:val="24"/>
          <w:szCs w:val="24"/>
          <w:lang w:val="es-CO"/>
        </w:rPr>
      </w:pPr>
    </w:p>
    <w:p w14:paraId="0C9CB831" w14:textId="70A4E87F" w:rsidR="00D20F38" w:rsidRPr="006F76F5" w:rsidRDefault="006F76F5" w:rsidP="006F76F5">
      <w:pPr>
        <w:spacing w:after="0" w:line="240" w:lineRule="auto"/>
        <w:rPr>
          <w:rFonts w:ascii="Arial Narrow" w:hAnsi="Arial Narrow"/>
          <w:color w:val="000000" w:themeColor="text1"/>
          <w:sz w:val="24"/>
          <w:szCs w:val="24"/>
          <w:lang w:val="es-CO"/>
        </w:rPr>
      </w:pPr>
      <w:r>
        <w:rPr>
          <w:rFonts w:ascii="Arial Narrow" w:hAnsi="Arial Narrow"/>
          <w:noProof/>
          <w:color w:val="000000" w:themeColor="text1"/>
          <w:sz w:val="24"/>
          <w:szCs w:val="24"/>
          <w:lang w:val="es-C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469D622" wp14:editId="36038612">
                <wp:simplePos x="0" y="0"/>
                <wp:positionH relativeFrom="column">
                  <wp:posOffset>3162300</wp:posOffset>
                </wp:positionH>
                <wp:positionV relativeFrom="paragraph">
                  <wp:posOffset>163195</wp:posOffset>
                </wp:positionV>
                <wp:extent cx="914400" cy="914400"/>
                <wp:effectExtent l="57150" t="19050" r="76200" b="95250"/>
                <wp:wrapNone/>
                <wp:docPr id="881285405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7E9A06D" id="Rectángulo 1" o:spid="_x0000_s1026" style="position:absolute;margin-left:249pt;margin-top:12.85pt;width:1in;height:1in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" fillcolor="white [3212]" strokecolor="#4579b8 [3044]">
                <v:shadow on="t" color="black" opacity="22937f" origin=",.5" offset="0,.63889mm"/>
              </v:rect>
            </w:pict>
          </mc:Fallback>
        </mc:AlternateContent>
      </w:r>
      <w:r w:rsidR="00000000" w:rsidRPr="006F76F5">
        <w:rPr>
          <w:rFonts w:ascii="Arial Narrow" w:hAnsi="Arial Narrow"/>
          <w:b/>
          <w:bCs/>
          <w:color w:val="000000" w:themeColor="text1"/>
          <w:sz w:val="24"/>
          <w:szCs w:val="24"/>
          <w:lang w:val="es-CO"/>
        </w:rPr>
        <w:t>Firma</w:t>
      </w:r>
      <w:r w:rsidR="00000000" w:rsidRPr="006F76F5">
        <w:rPr>
          <w:rFonts w:ascii="Arial Narrow" w:hAnsi="Arial Narrow"/>
          <w:color w:val="000000" w:themeColor="text1"/>
          <w:sz w:val="24"/>
          <w:szCs w:val="24"/>
          <w:lang w:val="es-CO"/>
        </w:rPr>
        <w:t>: __________________________________</w:t>
      </w:r>
    </w:p>
    <w:p w14:paraId="51B54A91" w14:textId="77777777" w:rsidR="006F76F5" w:rsidRDefault="006F76F5" w:rsidP="006F76F5">
      <w:pPr>
        <w:spacing w:after="0" w:line="240" w:lineRule="auto"/>
        <w:rPr>
          <w:rFonts w:ascii="Arial Narrow" w:hAnsi="Arial Narrow"/>
          <w:color w:val="000000" w:themeColor="text1"/>
          <w:sz w:val="24"/>
          <w:szCs w:val="24"/>
          <w:lang w:val="es-CO"/>
        </w:rPr>
      </w:pPr>
    </w:p>
    <w:p w14:paraId="6E0D0290" w14:textId="52ADCD2C" w:rsidR="006F76F5" w:rsidRDefault="006F76F5" w:rsidP="006F76F5">
      <w:pPr>
        <w:spacing w:after="0" w:line="240" w:lineRule="auto"/>
        <w:rPr>
          <w:rFonts w:ascii="Arial Narrow" w:hAnsi="Arial Narrow"/>
          <w:color w:val="000000" w:themeColor="text1"/>
          <w:sz w:val="24"/>
          <w:szCs w:val="24"/>
          <w:lang w:val="es-CO"/>
        </w:rPr>
      </w:pPr>
      <w:r w:rsidRPr="006F76F5">
        <w:rPr>
          <w:rFonts w:ascii="Arial Narrow" w:hAnsi="Arial Narrow"/>
          <w:b/>
          <w:bCs/>
          <w:color w:val="000000" w:themeColor="text1"/>
          <w:sz w:val="24"/>
          <w:szCs w:val="24"/>
          <w:lang w:val="es-CO"/>
        </w:rPr>
        <w:t>HUELLA DACTILAR DE QUIEN FIRMA A RUEGO</w:t>
      </w:r>
      <w:r>
        <w:rPr>
          <w:rFonts w:ascii="Arial Narrow" w:hAnsi="Arial Narrow"/>
          <w:color w:val="000000" w:themeColor="text1"/>
          <w:sz w:val="24"/>
          <w:szCs w:val="24"/>
          <w:lang w:val="es-CO"/>
        </w:rPr>
        <w:t xml:space="preserve">: </w:t>
      </w:r>
    </w:p>
    <w:p w14:paraId="50DD5261" w14:textId="75F8443B" w:rsidR="006F76F5" w:rsidRDefault="006F76F5" w:rsidP="006F76F5">
      <w:pPr>
        <w:spacing w:after="0" w:line="240" w:lineRule="auto"/>
        <w:rPr>
          <w:rFonts w:ascii="Arial Narrow" w:hAnsi="Arial Narrow"/>
          <w:color w:val="000000" w:themeColor="text1"/>
          <w:sz w:val="24"/>
          <w:szCs w:val="24"/>
          <w:lang w:val="es-CO"/>
        </w:rPr>
      </w:pPr>
    </w:p>
    <w:p w14:paraId="164EE694" w14:textId="77777777" w:rsidR="006F76F5" w:rsidRPr="006F76F5" w:rsidRDefault="006F76F5" w:rsidP="006F76F5">
      <w:pPr>
        <w:spacing w:after="0" w:line="240" w:lineRule="auto"/>
        <w:rPr>
          <w:rFonts w:ascii="Arial Narrow" w:hAnsi="Arial Narrow"/>
          <w:color w:val="000000" w:themeColor="text1"/>
          <w:sz w:val="24"/>
          <w:szCs w:val="24"/>
          <w:lang w:val="es-CO"/>
        </w:rPr>
      </w:pPr>
    </w:p>
    <w:p w14:paraId="4FE59572" w14:textId="0290302F" w:rsidR="00D20F38" w:rsidRPr="00E765DD" w:rsidRDefault="00000000" w:rsidP="00E765DD">
      <w:pPr>
        <w:pStyle w:val="Ttulo2"/>
        <w:numPr>
          <w:ilvl w:val="0"/>
          <w:numId w:val="10"/>
        </w:numPr>
        <w:spacing w:before="0" w:line="240" w:lineRule="auto"/>
        <w:rPr>
          <w:rFonts w:ascii="Arial Narrow" w:hAnsi="Arial Narrow"/>
          <w:i/>
          <w:iCs/>
          <w:color w:val="000000" w:themeColor="text1"/>
          <w:sz w:val="24"/>
          <w:szCs w:val="24"/>
          <w:u w:val="single"/>
          <w:lang w:val="es-CO"/>
        </w:rPr>
      </w:pPr>
      <w:r w:rsidRPr="00E765DD">
        <w:rPr>
          <w:rFonts w:ascii="Arial Narrow" w:hAnsi="Arial Narrow"/>
          <w:i/>
          <w:iCs/>
          <w:color w:val="000000" w:themeColor="text1"/>
          <w:sz w:val="24"/>
          <w:szCs w:val="24"/>
          <w:u w:val="single"/>
          <w:lang w:val="es-CO"/>
        </w:rPr>
        <w:lastRenderedPageBreak/>
        <w:t>TESTIGOS DEL ACTO</w:t>
      </w:r>
    </w:p>
    <w:p w14:paraId="6DBFFBE4" w14:textId="77777777" w:rsidR="006F76F5" w:rsidRDefault="006F76F5" w:rsidP="006F76F5">
      <w:pPr>
        <w:spacing w:after="0" w:line="240" w:lineRule="auto"/>
        <w:rPr>
          <w:rFonts w:ascii="Arial Narrow" w:hAnsi="Arial Narrow"/>
          <w:color w:val="000000" w:themeColor="text1"/>
          <w:sz w:val="24"/>
          <w:szCs w:val="24"/>
          <w:lang w:val="es-CO"/>
        </w:rPr>
      </w:pPr>
    </w:p>
    <w:p w14:paraId="24060BA0" w14:textId="77777777" w:rsidR="006F76F5" w:rsidRDefault="00000000" w:rsidP="006F76F5">
      <w:pPr>
        <w:spacing w:after="0" w:line="240" w:lineRule="auto"/>
        <w:rPr>
          <w:rFonts w:ascii="Arial Narrow" w:hAnsi="Arial Narrow"/>
          <w:color w:val="000000" w:themeColor="text1"/>
          <w:sz w:val="24"/>
          <w:szCs w:val="24"/>
          <w:lang w:val="es-CO"/>
        </w:rPr>
      </w:pPr>
      <w:r w:rsidRPr="006F76F5">
        <w:rPr>
          <w:rFonts w:ascii="Arial Narrow" w:hAnsi="Arial Narrow"/>
          <w:color w:val="000000" w:themeColor="text1"/>
          <w:sz w:val="24"/>
          <w:szCs w:val="24"/>
          <w:lang w:val="es-CO"/>
        </w:rPr>
        <w:t>Los testigos abajo firmantes declaramos que:</w:t>
      </w:r>
    </w:p>
    <w:p w14:paraId="2316869F" w14:textId="77777777" w:rsidR="006F76F5" w:rsidRDefault="006F76F5" w:rsidP="006F76F5">
      <w:pPr>
        <w:pStyle w:val="Prrafodelista"/>
        <w:spacing w:after="0" w:line="240" w:lineRule="auto"/>
        <w:rPr>
          <w:rFonts w:ascii="Arial Narrow" w:hAnsi="Arial Narrow"/>
          <w:color w:val="000000" w:themeColor="text1"/>
          <w:sz w:val="24"/>
          <w:szCs w:val="24"/>
          <w:lang w:val="es-CO"/>
        </w:rPr>
      </w:pPr>
    </w:p>
    <w:p w14:paraId="45FF1C0B" w14:textId="77777777" w:rsidR="006F76F5" w:rsidRDefault="00000000" w:rsidP="006F76F5">
      <w:pPr>
        <w:pStyle w:val="Prrafodelista"/>
        <w:numPr>
          <w:ilvl w:val="0"/>
          <w:numId w:val="12"/>
        </w:numPr>
        <w:spacing w:after="0" w:line="240" w:lineRule="auto"/>
        <w:rPr>
          <w:rFonts w:ascii="Arial Narrow" w:hAnsi="Arial Narrow"/>
          <w:color w:val="000000" w:themeColor="text1"/>
          <w:sz w:val="24"/>
          <w:szCs w:val="24"/>
          <w:lang w:val="es-CO"/>
        </w:rPr>
      </w:pPr>
      <w:r w:rsidRPr="006F76F5">
        <w:rPr>
          <w:rFonts w:ascii="Arial Narrow" w:hAnsi="Arial Narrow"/>
          <w:color w:val="000000" w:themeColor="text1"/>
          <w:sz w:val="24"/>
          <w:szCs w:val="24"/>
          <w:lang w:val="es-CO"/>
        </w:rPr>
        <w:t>El deudor fue plenamente identificado.</w:t>
      </w:r>
    </w:p>
    <w:p w14:paraId="33E9E402" w14:textId="77777777" w:rsidR="006F76F5" w:rsidRDefault="00000000" w:rsidP="006F76F5">
      <w:pPr>
        <w:pStyle w:val="Prrafodelista"/>
        <w:numPr>
          <w:ilvl w:val="0"/>
          <w:numId w:val="12"/>
        </w:numPr>
        <w:spacing w:after="0" w:line="240" w:lineRule="auto"/>
        <w:rPr>
          <w:rFonts w:ascii="Arial Narrow" w:hAnsi="Arial Narrow"/>
          <w:color w:val="000000" w:themeColor="text1"/>
          <w:sz w:val="24"/>
          <w:szCs w:val="24"/>
          <w:lang w:val="es-CO"/>
        </w:rPr>
      </w:pPr>
      <w:r w:rsidRPr="006F76F5">
        <w:rPr>
          <w:rFonts w:ascii="Arial Narrow" w:hAnsi="Arial Narrow"/>
          <w:color w:val="000000" w:themeColor="text1"/>
          <w:sz w:val="24"/>
          <w:szCs w:val="24"/>
          <w:lang w:val="es-CO"/>
        </w:rPr>
        <w:t>Manifestó su voluntad de obligarse.</w:t>
      </w:r>
    </w:p>
    <w:p w14:paraId="57E36D6E" w14:textId="77777777" w:rsidR="006F76F5" w:rsidRDefault="00000000" w:rsidP="006F76F5">
      <w:pPr>
        <w:pStyle w:val="Prrafodelista"/>
        <w:numPr>
          <w:ilvl w:val="0"/>
          <w:numId w:val="12"/>
        </w:numPr>
        <w:spacing w:after="0" w:line="240" w:lineRule="auto"/>
        <w:rPr>
          <w:rFonts w:ascii="Arial Narrow" w:hAnsi="Arial Narrow"/>
          <w:color w:val="000000" w:themeColor="text1"/>
          <w:sz w:val="24"/>
          <w:szCs w:val="24"/>
          <w:lang w:val="es-CO"/>
        </w:rPr>
      </w:pPr>
      <w:r w:rsidRPr="006F76F5">
        <w:rPr>
          <w:rFonts w:ascii="Arial Narrow" w:hAnsi="Arial Narrow"/>
          <w:color w:val="000000" w:themeColor="text1"/>
          <w:sz w:val="24"/>
          <w:szCs w:val="24"/>
          <w:lang w:val="es-CO"/>
        </w:rPr>
        <w:t>Autorizó la firma a ruego.</w:t>
      </w:r>
    </w:p>
    <w:p w14:paraId="35A30B29" w14:textId="28E798F3" w:rsidR="00D20F38" w:rsidRPr="006F76F5" w:rsidRDefault="00000000" w:rsidP="006F76F5">
      <w:pPr>
        <w:pStyle w:val="Prrafodelista"/>
        <w:numPr>
          <w:ilvl w:val="0"/>
          <w:numId w:val="12"/>
        </w:numPr>
        <w:spacing w:after="0" w:line="240" w:lineRule="auto"/>
        <w:rPr>
          <w:rFonts w:ascii="Arial Narrow" w:hAnsi="Arial Narrow"/>
          <w:color w:val="000000" w:themeColor="text1"/>
          <w:sz w:val="24"/>
          <w:szCs w:val="24"/>
          <w:lang w:val="es-CO"/>
        </w:rPr>
      </w:pPr>
      <w:r w:rsidRPr="006F76F5">
        <w:rPr>
          <w:rFonts w:ascii="Arial Narrow" w:hAnsi="Arial Narrow"/>
          <w:color w:val="000000" w:themeColor="text1"/>
          <w:sz w:val="24"/>
          <w:szCs w:val="24"/>
          <w:lang w:val="es-CO"/>
        </w:rPr>
        <w:t>Estampó su huella en nuestra presencia.</w:t>
      </w:r>
      <w:r w:rsidRPr="006F76F5">
        <w:rPr>
          <w:rFonts w:ascii="Arial Narrow" w:hAnsi="Arial Narrow"/>
          <w:color w:val="000000" w:themeColor="text1"/>
          <w:sz w:val="24"/>
          <w:szCs w:val="24"/>
          <w:lang w:val="es-CO"/>
        </w:rPr>
        <w:br/>
      </w:r>
    </w:p>
    <w:p w14:paraId="4AD950C7" w14:textId="77777777" w:rsidR="006F76F5" w:rsidRPr="00E765DD" w:rsidRDefault="00000000" w:rsidP="006F76F5">
      <w:pPr>
        <w:spacing w:after="0" w:line="240" w:lineRule="auto"/>
        <w:rPr>
          <w:rFonts w:ascii="Arial Narrow" w:hAnsi="Arial Narrow"/>
          <w:b/>
          <w:bCs/>
          <w:color w:val="000000" w:themeColor="text1"/>
          <w:sz w:val="24"/>
          <w:szCs w:val="24"/>
          <w:u w:val="single"/>
          <w:lang w:val="es-CO"/>
        </w:rPr>
      </w:pPr>
      <w:r w:rsidRPr="00E765DD">
        <w:rPr>
          <w:rFonts w:ascii="Arial Narrow" w:hAnsi="Arial Narrow"/>
          <w:b/>
          <w:bCs/>
          <w:color w:val="000000" w:themeColor="text1"/>
          <w:sz w:val="24"/>
          <w:szCs w:val="24"/>
          <w:u w:val="single"/>
          <w:lang w:val="es-CO"/>
        </w:rPr>
        <w:t>TESTIGO 1</w:t>
      </w:r>
    </w:p>
    <w:p w14:paraId="34E379F0" w14:textId="4C5557EB" w:rsidR="006F76F5" w:rsidRPr="006F76F5" w:rsidRDefault="00000000" w:rsidP="006F76F5">
      <w:pPr>
        <w:spacing w:after="0" w:line="240" w:lineRule="auto"/>
        <w:rPr>
          <w:rFonts w:ascii="Arial Narrow" w:hAnsi="Arial Narrow"/>
          <w:color w:val="000000" w:themeColor="text1"/>
          <w:sz w:val="24"/>
          <w:szCs w:val="24"/>
          <w:lang w:val="es-CO"/>
        </w:rPr>
      </w:pPr>
      <w:r w:rsidRPr="006F76F5">
        <w:rPr>
          <w:rFonts w:ascii="Arial Narrow" w:hAnsi="Arial Narrow"/>
          <w:color w:val="000000" w:themeColor="text1"/>
          <w:sz w:val="24"/>
          <w:szCs w:val="24"/>
          <w:lang w:val="es-CO"/>
        </w:rPr>
        <w:br/>
      </w:r>
      <w:r w:rsidR="006F76F5" w:rsidRPr="006F76F5">
        <w:rPr>
          <w:rFonts w:ascii="Arial Narrow" w:hAnsi="Arial Narrow"/>
          <w:b/>
          <w:bCs/>
          <w:color w:val="000000" w:themeColor="text1"/>
          <w:sz w:val="24"/>
          <w:szCs w:val="24"/>
          <w:lang w:val="es-CO"/>
        </w:rPr>
        <w:t>Nombre completo</w:t>
      </w:r>
      <w:r w:rsidR="006F76F5" w:rsidRPr="006F76F5">
        <w:rPr>
          <w:rFonts w:ascii="Arial Narrow" w:hAnsi="Arial Narrow"/>
          <w:color w:val="000000" w:themeColor="text1"/>
          <w:sz w:val="24"/>
          <w:szCs w:val="24"/>
          <w:lang w:val="es-CO"/>
        </w:rPr>
        <w:t>: __________________________________</w:t>
      </w:r>
      <w:r w:rsidR="006F76F5" w:rsidRPr="006F76F5">
        <w:rPr>
          <w:rFonts w:ascii="Arial Narrow" w:hAnsi="Arial Narrow"/>
          <w:color w:val="000000" w:themeColor="text1"/>
          <w:sz w:val="24"/>
          <w:szCs w:val="24"/>
          <w:lang w:val="es-CO"/>
        </w:rPr>
        <w:br/>
      </w:r>
      <w:r w:rsidR="006F76F5" w:rsidRPr="006F76F5">
        <w:rPr>
          <w:rFonts w:ascii="Arial Narrow" w:hAnsi="Arial Narrow"/>
          <w:b/>
          <w:bCs/>
          <w:color w:val="000000" w:themeColor="text1"/>
          <w:sz w:val="24"/>
          <w:szCs w:val="24"/>
          <w:lang w:val="es-CO"/>
        </w:rPr>
        <w:t>Cédula de ciudadanía No</w:t>
      </w:r>
      <w:r w:rsidR="006F76F5" w:rsidRPr="006F76F5">
        <w:rPr>
          <w:rFonts w:ascii="Arial Narrow" w:hAnsi="Arial Narrow"/>
          <w:color w:val="000000" w:themeColor="text1"/>
          <w:sz w:val="24"/>
          <w:szCs w:val="24"/>
          <w:lang w:val="es-CO"/>
        </w:rPr>
        <w:t>.: ___________________________</w:t>
      </w:r>
      <w:r w:rsidR="006F76F5" w:rsidRPr="006F76F5">
        <w:rPr>
          <w:rFonts w:ascii="Arial Narrow" w:hAnsi="Arial Narrow"/>
          <w:color w:val="000000" w:themeColor="text1"/>
          <w:sz w:val="24"/>
          <w:szCs w:val="24"/>
          <w:lang w:val="es-CO"/>
        </w:rPr>
        <w:br/>
      </w:r>
      <w:r w:rsidR="006F76F5" w:rsidRPr="006F76F5">
        <w:rPr>
          <w:rFonts w:ascii="Arial Narrow" w:hAnsi="Arial Narrow"/>
          <w:b/>
          <w:bCs/>
          <w:color w:val="000000" w:themeColor="text1"/>
          <w:sz w:val="24"/>
          <w:szCs w:val="24"/>
          <w:lang w:val="es-CO"/>
        </w:rPr>
        <w:t>Lugar de expedición</w:t>
      </w:r>
      <w:r w:rsidR="006F76F5" w:rsidRPr="006F76F5">
        <w:rPr>
          <w:rFonts w:ascii="Arial Narrow" w:hAnsi="Arial Narrow"/>
          <w:color w:val="000000" w:themeColor="text1"/>
          <w:sz w:val="24"/>
          <w:szCs w:val="24"/>
          <w:lang w:val="es-CO"/>
        </w:rPr>
        <w:t>: ________________________________</w:t>
      </w:r>
      <w:r w:rsidR="006F76F5" w:rsidRPr="006F76F5">
        <w:rPr>
          <w:rFonts w:ascii="Arial Narrow" w:hAnsi="Arial Narrow"/>
          <w:color w:val="000000" w:themeColor="text1"/>
          <w:sz w:val="24"/>
          <w:szCs w:val="24"/>
          <w:lang w:val="es-CO"/>
        </w:rPr>
        <w:br/>
      </w:r>
      <w:r w:rsidR="006F76F5" w:rsidRPr="006F76F5">
        <w:rPr>
          <w:rFonts w:ascii="Arial Narrow" w:hAnsi="Arial Narrow"/>
          <w:b/>
          <w:bCs/>
          <w:color w:val="000000" w:themeColor="text1"/>
          <w:sz w:val="24"/>
          <w:szCs w:val="24"/>
          <w:lang w:val="es-CO"/>
        </w:rPr>
        <w:t>Dirección</w:t>
      </w:r>
      <w:r w:rsidR="006F76F5" w:rsidRPr="006F76F5">
        <w:rPr>
          <w:rFonts w:ascii="Arial Narrow" w:hAnsi="Arial Narrow"/>
          <w:color w:val="000000" w:themeColor="text1"/>
          <w:sz w:val="24"/>
          <w:szCs w:val="24"/>
          <w:lang w:val="es-CO"/>
        </w:rPr>
        <w:t>: _________________________________________</w:t>
      </w:r>
    </w:p>
    <w:p w14:paraId="15C9A92C" w14:textId="74AA1340" w:rsidR="006F76F5" w:rsidRPr="006F76F5" w:rsidRDefault="006F76F5" w:rsidP="006F76F5">
      <w:pPr>
        <w:spacing w:after="0" w:line="240" w:lineRule="auto"/>
        <w:rPr>
          <w:rFonts w:ascii="Arial Narrow" w:hAnsi="Arial Narrow"/>
          <w:color w:val="000000" w:themeColor="text1"/>
          <w:sz w:val="24"/>
          <w:szCs w:val="24"/>
          <w:lang w:val="es-CO"/>
        </w:rPr>
      </w:pPr>
      <w:r w:rsidRPr="006F76F5">
        <w:rPr>
          <w:rFonts w:ascii="Arial Narrow" w:hAnsi="Arial Narrow"/>
          <w:b/>
          <w:bCs/>
          <w:color w:val="000000" w:themeColor="text1"/>
          <w:sz w:val="24"/>
          <w:szCs w:val="24"/>
          <w:lang w:val="es-CO"/>
        </w:rPr>
        <w:t>Email</w:t>
      </w:r>
      <w:r w:rsidRPr="006F76F5">
        <w:rPr>
          <w:rFonts w:ascii="Arial Narrow" w:hAnsi="Arial Narrow"/>
          <w:color w:val="000000" w:themeColor="text1"/>
          <w:sz w:val="24"/>
          <w:szCs w:val="24"/>
          <w:lang w:val="es-CO"/>
        </w:rPr>
        <w:t>: ______________________________________</w:t>
      </w:r>
      <w:r w:rsidR="00E765DD">
        <w:rPr>
          <w:rFonts w:ascii="Arial Narrow" w:hAnsi="Arial Narrow"/>
          <w:color w:val="000000" w:themeColor="text1"/>
          <w:sz w:val="24"/>
          <w:szCs w:val="24"/>
          <w:lang w:val="es-CO"/>
        </w:rPr>
        <w:t>___</w:t>
      </w:r>
      <w:r w:rsidRPr="006F76F5">
        <w:rPr>
          <w:rFonts w:ascii="Arial Narrow" w:hAnsi="Arial Narrow"/>
          <w:color w:val="000000" w:themeColor="text1"/>
          <w:sz w:val="24"/>
          <w:szCs w:val="24"/>
          <w:lang w:val="es-CO"/>
        </w:rPr>
        <w:t>___</w:t>
      </w:r>
      <w:r w:rsidRPr="006F76F5">
        <w:rPr>
          <w:rFonts w:ascii="Arial Narrow" w:hAnsi="Arial Narrow"/>
          <w:color w:val="000000" w:themeColor="text1"/>
          <w:sz w:val="24"/>
          <w:szCs w:val="24"/>
          <w:lang w:val="es-CO"/>
        </w:rPr>
        <w:br/>
      </w:r>
      <w:r w:rsidRPr="006F76F5">
        <w:rPr>
          <w:rFonts w:ascii="Arial Narrow" w:hAnsi="Arial Narrow"/>
          <w:b/>
          <w:bCs/>
          <w:color w:val="000000" w:themeColor="text1"/>
          <w:sz w:val="24"/>
          <w:szCs w:val="24"/>
          <w:lang w:val="es-CO"/>
        </w:rPr>
        <w:t>Teléfono</w:t>
      </w:r>
      <w:r w:rsidRPr="006F76F5">
        <w:rPr>
          <w:rFonts w:ascii="Arial Narrow" w:hAnsi="Arial Narrow"/>
          <w:color w:val="000000" w:themeColor="text1"/>
          <w:sz w:val="24"/>
          <w:szCs w:val="24"/>
          <w:lang w:val="es-CO"/>
        </w:rPr>
        <w:t>: __________________________________________</w:t>
      </w:r>
      <w:r w:rsidRPr="006F76F5">
        <w:rPr>
          <w:rFonts w:ascii="Arial Narrow" w:hAnsi="Arial Narrow"/>
          <w:color w:val="000000" w:themeColor="text1"/>
          <w:sz w:val="24"/>
          <w:szCs w:val="24"/>
          <w:lang w:val="es-CO"/>
        </w:rPr>
        <w:br/>
      </w:r>
    </w:p>
    <w:p w14:paraId="746BC207" w14:textId="04EF9EB4" w:rsidR="006F76F5" w:rsidRPr="006F76F5" w:rsidRDefault="006F76F5" w:rsidP="006F76F5">
      <w:pPr>
        <w:spacing w:after="0" w:line="240" w:lineRule="auto"/>
        <w:jc w:val="both"/>
        <w:rPr>
          <w:rFonts w:ascii="Arial Narrow" w:hAnsi="Arial Narrow"/>
          <w:color w:val="000000" w:themeColor="text1"/>
          <w:sz w:val="24"/>
          <w:szCs w:val="24"/>
          <w:lang w:val="es-CO"/>
        </w:rPr>
      </w:pPr>
    </w:p>
    <w:p w14:paraId="64FF8236" w14:textId="77777777" w:rsidR="006F76F5" w:rsidRDefault="006F76F5" w:rsidP="006F76F5">
      <w:pPr>
        <w:spacing w:after="0" w:line="240" w:lineRule="auto"/>
        <w:rPr>
          <w:rFonts w:ascii="Arial Narrow" w:hAnsi="Arial Narrow"/>
          <w:color w:val="000000" w:themeColor="text1"/>
          <w:sz w:val="24"/>
          <w:szCs w:val="24"/>
          <w:lang w:val="es-CO"/>
        </w:rPr>
      </w:pPr>
    </w:p>
    <w:p w14:paraId="393336FF" w14:textId="77777777" w:rsidR="006F76F5" w:rsidRPr="006F76F5" w:rsidRDefault="006F76F5" w:rsidP="006F76F5">
      <w:pPr>
        <w:spacing w:after="0" w:line="240" w:lineRule="auto"/>
        <w:rPr>
          <w:rFonts w:ascii="Arial Narrow" w:hAnsi="Arial Narrow"/>
          <w:color w:val="000000" w:themeColor="text1"/>
          <w:sz w:val="24"/>
          <w:szCs w:val="24"/>
          <w:lang w:val="es-CO"/>
        </w:rPr>
      </w:pPr>
      <w:r>
        <w:rPr>
          <w:rFonts w:ascii="Arial Narrow" w:hAnsi="Arial Narrow"/>
          <w:noProof/>
          <w:color w:val="000000" w:themeColor="text1"/>
          <w:sz w:val="24"/>
          <w:szCs w:val="24"/>
          <w:lang w:val="es-C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FF5C5CE" wp14:editId="32B23EA9">
                <wp:simplePos x="0" y="0"/>
                <wp:positionH relativeFrom="column">
                  <wp:posOffset>3162300</wp:posOffset>
                </wp:positionH>
                <wp:positionV relativeFrom="paragraph">
                  <wp:posOffset>163195</wp:posOffset>
                </wp:positionV>
                <wp:extent cx="914400" cy="914400"/>
                <wp:effectExtent l="57150" t="19050" r="76200" b="95250"/>
                <wp:wrapNone/>
                <wp:docPr id="998942738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DC446A8" id="Rectángulo 1" o:spid="_x0000_s1026" style="position:absolute;margin-left:249pt;margin-top:12.85pt;width:1in;height:1in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" fillcolor="white [3212]" strokecolor="#4579b8 [3044]">
                <v:shadow on="t" color="black" opacity="22937f" origin=",.5" offset="0,.63889mm"/>
              </v:rect>
            </w:pict>
          </mc:Fallback>
        </mc:AlternateContent>
      </w:r>
      <w:r w:rsidRPr="006F76F5">
        <w:rPr>
          <w:rFonts w:ascii="Arial Narrow" w:hAnsi="Arial Narrow"/>
          <w:b/>
          <w:bCs/>
          <w:color w:val="000000" w:themeColor="text1"/>
          <w:sz w:val="24"/>
          <w:szCs w:val="24"/>
          <w:lang w:val="es-CO"/>
        </w:rPr>
        <w:t>Firma</w:t>
      </w:r>
      <w:r w:rsidRPr="006F76F5">
        <w:rPr>
          <w:rFonts w:ascii="Arial Narrow" w:hAnsi="Arial Narrow"/>
          <w:color w:val="000000" w:themeColor="text1"/>
          <w:sz w:val="24"/>
          <w:szCs w:val="24"/>
          <w:lang w:val="es-CO"/>
        </w:rPr>
        <w:t>: __________________________________</w:t>
      </w:r>
    </w:p>
    <w:p w14:paraId="7CD1A542" w14:textId="77777777" w:rsidR="006F76F5" w:rsidRDefault="006F76F5" w:rsidP="006F76F5">
      <w:pPr>
        <w:spacing w:after="0" w:line="240" w:lineRule="auto"/>
        <w:rPr>
          <w:rFonts w:ascii="Arial Narrow" w:hAnsi="Arial Narrow"/>
          <w:color w:val="000000" w:themeColor="text1"/>
          <w:sz w:val="24"/>
          <w:szCs w:val="24"/>
          <w:lang w:val="es-CO"/>
        </w:rPr>
      </w:pPr>
    </w:p>
    <w:p w14:paraId="11BDBFE7" w14:textId="77A813D6" w:rsidR="006F76F5" w:rsidRDefault="006F76F5" w:rsidP="006F76F5">
      <w:pPr>
        <w:spacing w:after="0" w:line="240" w:lineRule="auto"/>
        <w:rPr>
          <w:rFonts w:ascii="Arial Narrow" w:hAnsi="Arial Narrow"/>
          <w:color w:val="000000" w:themeColor="text1"/>
          <w:sz w:val="24"/>
          <w:szCs w:val="24"/>
          <w:lang w:val="es-CO"/>
        </w:rPr>
      </w:pPr>
      <w:r w:rsidRPr="006F76F5">
        <w:rPr>
          <w:rFonts w:ascii="Arial Narrow" w:hAnsi="Arial Narrow"/>
          <w:b/>
          <w:bCs/>
          <w:color w:val="000000" w:themeColor="text1"/>
          <w:sz w:val="24"/>
          <w:szCs w:val="24"/>
          <w:lang w:val="es-CO"/>
        </w:rPr>
        <w:t>HUELLA DACTILAR</w:t>
      </w:r>
      <w:r>
        <w:rPr>
          <w:rFonts w:ascii="Arial Narrow" w:hAnsi="Arial Narrow"/>
          <w:color w:val="000000" w:themeColor="text1"/>
          <w:sz w:val="24"/>
          <w:szCs w:val="24"/>
          <w:lang w:val="es-CO"/>
        </w:rPr>
        <w:t xml:space="preserve">: </w:t>
      </w:r>
    </w:p>
    <w:p w14:paraId="3777BC30" w14:textId="77777777" w:rsidR="006F76F5" w:rsidRDefault="006F76F5" w:rsidP="006F76F5">
      <w:pPr>
        <w:spacing w:after="0" w:line="240" w:lineRule="auto"/>
        <w:rPr>
          <w:rFonts w:ascii="Arial Narrow" w:hAnsi="Arial Narrow"/>
          <w:color w:val="000000" w:themeColor="text1"/>
          <w:sz w:val="24"/>
          <w:szCs w:val="24"/>
          <w:lang w:val="es-CO"/>
        </w:rPr>
      </w:pPr>
    </w:p>
    <w:p w14:paraId="4AEFE814" w14:textId="077B4AEB" w:rsidR="00D20F38" w:rsidRPr="006F76F5" w:rsidRDefault="00D20F38" w:rsidP="006F76F5">
      <w:pPr>
        <w:spacing w:after="0" w:line="240" w:lineRule="auto"/>
        <w:rPr>
          <w:rFonts w:ascii="Arial Narrow" w:hAnsi="Arial Narrow"/>
          <w:color w:val="000000" w:themeColor="text1"/>
          <w:sz w:val="24"/>
          <w:szCs w:val="24"/>
          <w:lang w:val="es-CO"/>
        </w:rPr>
      </w:pPr>
    </w:p>
    <w:p w14:paraId="61EEA3D5" w14:textId="77777777" w:rsidR="006F76F5" w:rsidRDefault="006F76F5" w:rsidP="006F76F5">
      <w:pPr>
        <w:spacing w:after="0" w:line="240" w:lineRule="auto"/>
        <w:rPr>
          <w:rFonts w:ascii="Arial Narrow" w:hAnsi="Arial Narrow"/>
          <w:b/>
          <w:bCs/>
          <w:color w:val="000000" w:themeColor="text1"/>
          <w:sz w:val="24"/>
          <w:szCs w:val="24"/>
          <w:lang w:val="es-CO"/>
        </w:rPr>
      </w:pPr>
    </w:p>
    <w:p w14:paraId="4F5461A1" w14:textId="77777777" w:rsidR="006F76F5" w:rsidRDefault="006F76F5" w:rsidP="006F76F5">
      <w:pPr>
        <w:spacing w:after="0" w:line="240" w:lineRule="auto"/>
        <w:rPr>
          <w:rFonts w:ascii="Arial Narrow" w:hAnsi="Arial Narrow"/>
          <w:b/>
          <w:bCs/>
          <w:color w:val="000000" w:themeColor="text1"/>
          <w:sz w:val="24"/>
          <w:szCs w:val="24"/>
          <w:lang w:val="es-CO"/>
        </w:rPr>
      </w:pPr>
    </w:p>
    <w:p w14:paraId="05C2DB40" w14:textId="77777777" w:rsidR="006F76F5" w:rsidRPr="00E765DD" w:rsidRDefault="00000000" w:rsidP="006F76F5">
      <w:pPr>
        <w:spacing w:after="0" w:line="240" w:lineRule="auto"/>
        <w:rPr>
          <w:rFonts w:ascii="Arial Narrow" w:hAnsi="Arial Narrow"/>
          <w:b/>
          <w:bCs/>
          <w:color w:val="000000" w:themeColor="text1"/>
          <w:sz w:val="24"/>
          <w:szCs w:val="24"/>
          <w:u w:val="single"/>
          <w:lang w:val="es-CO"/>
        </w:rPr>
      </w:pPr>
      <w:r w:rsidRPr="00E765DD">
        <w:rPr>
          <w:rFonts w:ascii="Arial Narrow" w:hAnsi="Arial Narrow"/>
          <w:b/>
          <w:bCs/>
          <w:color w:val="000000" w:themeColor="text1"/>
          <w:sz w:val="24"/>
          <w:szCs w:val="24"/>
          <w:u w:val="single"/>
          <w:lang w:val="es-CO"/>
        </w:rPr>
        <w:t>TESTIGO 2</w:t>
      </w:r>
      <w:r w:rsidRPr="00E765DD">
        <w:rPr>
          <w:rFonts w:ascii="Arial Narrow" w:hAnsi="Arial Narrow"/>
          <w:color w:val="000000" w:themeColor="text1"/>
          <w:sz w:val="24"/>
          <w:szCs w:val="24"/>
          <w:u w:val="single"/>
          <w:lang w:val="es-CO"/>
        </w:rPr>
        <w:br/>
      </w:r>
    </w:p>
    <w:p w14:paraId="4FF03BA7" w14:textId="77777777" w:rsidR="00E765DD" w:rsidRPr="006F76F5" w:rsidRDefault="00E765DD" w:rsidP="00E765DD">
      <w:pPr>
        <w:spacing w:after="0" w:line="240" w:lineRule="auto"/>
        <w:rPr>
          <w:rFonts w:ascii="Arial Narrow" w:hAnsi="Arial Narrow"/>
          <w:color w:val="000000" w:themeColor="text1"/>
          <w:sz w:val="24"/>
          <w:szCs w:val="24"/>
          <w:lang w:val="es-CO"/>
        </w:rPr>
      </w:pPr>
      <w:r w:rsidRPr="006F76F5">
        <w:rPr>
          <w:rFonts w:ascii="Arial Narrow" w:hAnsi="Arial Narrow"/>
          <w:b/>
          <w:bCs/>
          <w:color w:val="000000" w:themeColor="text1"/>
          <w:sz w:val="24"/>
          <w:szCs w:val="24"/>
          <w:lang w:val="es-CO"/>
        </w:rPr>
        <w:t>Nombre completo</w:t>
      </w:r>
      <w:r w:rsidRPr="006F76F5">
        <w:rPr>
          <w:rFonts w:ascii="Arial Narrow" w:hAnsi="Arial Narrow"/>
          <w:color w:val="000000" w:themeColor="text1"/>
          <w:sz w:val="24"/>
          <w:szCs w:val="24"/>
          <w:lang w:val="es-CO"/>
        </w:rPr>
        <w:t>: __________________________________</w:t>
      </w:r>
      <w:r w:rsidRPr="006F76F5">
        <w:rPr>
          <w:rFonts w:ascii="Arial Narrow" w:hAnsi="Arial Narrow"/>
          <w:color w:val="000000" w:themeColor="text1"/>
          <w:sz w:val="24"/>
          <w:szCs w:val="24"/>
          <w:lang w:val="es-CO"/>
        </w:rPr>
        <w:br/>
      </w:r>
      <w:r w:rsidRPr="006F76F5">
        <w:rPr>
          <w:rFonts w:ascii="Arial Narrow" w:hAnsi="Arial Narrow"/>
          <w:b/>
          <w:bCs/>
          <w:color w:val="000000" w:themeColor="text1"/>
          <w:sz w:val="24"/>
          <w:szCs w:val="24"/>
          <w:lang w:val="es-CO"/>
        </w:rPr>
        <w:t>Cédula de ciudadanía No</w:t>
      </w:r>
      <w:r w:rsidRPr="006F76F5">
        <w:rPr>
          <w:rFonts w:ascii="Arial Narrow" w:hAnsi="Arial Narrow"/>
          <w:color w:val="000000" w:themeColor="text1"/>
          <w:sz w:val="24"/>
          <w:szCs w:val="24"/>
          <w:lang w:val="es-CO"/>
        </w:rPr>
        <w:t>.: ___________________________</w:t>
      </w:r>
      <w:r w:rsidRPr="006F76F5">
        <w:rPr>
          <w:rFonts w:ascii="Arial Narrow" w:hAnsi="Arial Narrow"/>
          <w:color w:val="000000" w:themeColor="text1"/>
          <w:sz w:val="24"/>
          <w:szCs w:val="24"/>
          <w:lang w:val="es-CO"/>
        </w:rPr>
        <w:br/>
      </w:r>
      <w:r w:rsidRPr="006F76F5">
        <w:rPr>
          <w:rFonts w:ascii="Arial Narrow" w:hAnsi="Arial Narrow"/>
          <w:b/>
          <w:bCs/>
          <w:color w:val="000000" w:themeColor="text1"/>
          <w:sz w:val="24"/>
          <w:szCs w:val="24"/>
          <w:lang w:val="es-CO"/>
        </w:rPr>
        <w:t>Lugar de expedición</w:t>
      </w:r>
      <w:r w:rsidRPr="006F76F5">
        <w:rPr>
          <w:rFonts w:ascii="Arial Narrow" w:hAnsi="Arial Narrow"/>
          <w:color w:val="000000" w:themeColor="text1"/>
          <w:sz w:val="24"/>
          <w:szCs w:val="24"/>
          <w:lang w:val="es-CO"/>
        </w:rPr>
        <w:t>: ________________________________</w:t>
      </w:r>
      <w:r w:rsidRPr="006F76F5">
        <w:rPr>
          <w:rFonts w:ascii="Arial Narrow" w:hAnsi="Arial Narrow"/>
          <w:color w:val="000000" w:themeColor="text1"/>
          <w:sz w:val="24"/>
          <w:szCs w:val="24"/>
          <w:lang w:val="es-CO"/>
        </w:rPr>
        <w:br/>
      </w:r>
      <w:r w:rsidRPr="006F76F5">
        <w:rPr>
          <w:rFonts w:ascii="Arial Narrow" w:hAnsi="Arial Narrow"/>
          <w:b/>
          <w:bCs/>
          <w:color w:val="000000" w:themeColor="text1"/>
          <w:sz w:val="24"/>
          <w:szCs w:val="24"/>
          <w:lang w:val="es-CO"/>
        </w:rPr>
        <w:t>Dirección</w:t>
      </w:r>
      <w:r w:rsidRPr="006F76F5">
        <w:rPr>
          <w:rFonts w:ascii="Arial Narrow" w:hAnsi="Arial Narrow"/>
          <w:color w:val="000000" w:themeColor="text1"/>
          <w:sz w:val="24"/>
          <w:szCs w:val="24"/>
          <w:lang w:val="es-CO"/>
        </w:rPr>
        <w:t>: _________________________________________</w:t>
      </w:r>
    </w:p>
    <w:p w14:paraId="790939D4" w14:textId="5B6A61AE" w:rsidR="006F76F5" w:rsidRDefault="00E765DD" w:rsidP="00E765DD">
      <w:pPr>
        <w:spacing w:after="0" w:line="240" w:lineRule="auto"/>
        <w:jc w:val="both"/>
        <w:rPr>
          <w:rFonts w:ascii="Arial Narrow" w:hAnsi="Arial Narrow"/>
          <w:color w:val="000000" w:themeColor="text1"/>
          <w:sz w:val="24"/>
          <w:szCs w:val="24"/>
          <w:lang w:val="es-CO"/>
        </w:rPr>
      </w:pPr>
      <w:r w:rsidRPr="006F76F5">
        <w:rPr>
          <w:rFonts w:ascii="Arial Narrow" w:hAnsi="Arial Narrow"/>
          <w:b/>
          <w:bCs/>
          <w:color w:val="000000" w:themeColor="text1"/>
          <w:sz w:val="24"/>
          <w:szCs w:val="24"/>
          <w:lang w:val="es-CO"/>
        </w:rPr>
        <w:t>Email</w:t>
      </w:r>
      <w:r w:rsidRPr="006F76F5">
        <w:rPr>
          <w:rFonts w:ascii="Arial Narrow" w:hAnsi="Arial Narrow"/>
          <w:color w:val="000000" w:themeColor="text1"/>
          <w:sz w:val="24"/>
          <w:szCs w:val="24"/>
          <w:lang w:val="es-CO"/>
        </w:rPr>
        <w:t>:______________________________________</w:t>
      </w:r>
      <w:r>
        <w:rPr>
          <w:rFonts w:ascii="Arial Narrow" w:hAnsi="Arial Narrow"/>
          <w:color w:val="000000" w:themeColor="text1"/>
          <w:sz w:val="24"/>
          <w:szCs w:val="24"/>
          <w:lang w:val="es-CO"/>
        </w:rPr>
        <w:t>___</w:t>
      </w:r>
      <w:r>
        <w:rPr>
          <w:rFonts w:ascii="Arial Narrow" w:hAnsi="Arial Narrow"/>
          <w:color w:val="000000" w:themeColor="text1"/>
          <w:sz w:val="24"/>
          <w:szCs w:val="24"/>
          <w:lang w:val="es-CO"/>
        </w:rPr>
        <w:t>_</w:t>
      </w:r>
      <w:r w:rsidRPr="006F76F5">
        <w:rPr>
          <w:rFonts w:ascii="Arial Narrow" w:hAnsi="Arial Narrow"/>
          <w:color w:val="000000" w:themeColor="text1"/>
          <w:sz w:val="24"/>
          <w:szCs w:val="24"/>
          <w:lang w:val="es-CO"/>
        </w:rPr>
        <w:t>___</w:t>
      </w:r>
      <w:r w:rsidRPr="006F76F5">
        <w:rPr>
          <w:rFonts w:ascii="Arial Narrow" w:hAnsi="Arial Narrow"/>
          <w:color w:val="000000" w:themeColor="text1"/>
          <w:sz w:val="24"/>
          <w:szCs w:val="24"/>
          <w:lang w:val="es-CO"/>
        </w:rPr>
        <w:br/>
      </w:r>
      <w:r w:rsidRPr="006F76F5">
        <w:rPr>
          <w:rFonts w:ascii="Arial Narrow" w:hAnsi="Arial Narrow"/>
          <w:b/>
          <w:bCs/>
          <w:color w:val="000000" w:themeColor="text1"/>
          <w:sz w:val="24"/>
          <w:szCs w:val="24"/>
          <w:lang w:val="es-CO"/>
        </w:rPr>
        <w:t>Teléfono</w:t>
      </w:r>
      <w:r w:rsidRPr="006F76F5">
        <w:rPr>
          <w:rFonts w:ascii="Arial Narrow" w:hAnsi="Arial Narrow"/>
          <w:color w:val="000000" w:themeColor="text1"/>
          <w:sz w:val="24"/>
          <w:szCs w:val="24"/>
          <w:lang w:val="es-CO"/>
        </w:rPr>
        <w:t>: __________________________________________</w:t>
      </w:r>
    </w:p>
    <w:p w14:paraId="0CCDA024" w14:textId="77777777" w:rsidR="00E765DD" w:rsidRPr="006F76F5" w:rsidRDefault="00E765DD" w:rsidP="00E765DD">
      <w:pPr>
        <w:spacing w:after="0" w:line="240" w:lineRule="auto"/>
        <w:jc w:val="both"/>
        <w:rPr>
          <w:rFonts w:ascii="Arial Narrow" w:hAnsi="Arial Narrow"/>
          <w:color w:val="000000" w:themeColor="text1"/>
          <w:sz w:val="24"/>
          <w:szCs w:val="24"/>
          <w:lang w:val="es-CO"/>
        </w:rPr>
      </w:pPr>
    </w:p>
    <w:p w14:paraId="71FC7D36" w14:textId="77777777" w:rsidR="006F76F5" w:rsidRDefault="006F76F5" w:rsidP="006F76F5">
      <w:pPr>
        <w:spacing w:after="0" w:line="240" w:lineRule="auto"/>
        <w:rPr>
          <w:rFonts w:ascii="Arial Narrow" w:hAnsi="Arial Narrow"/>
          <w:color w:val="000000" w:themeColor="text1"/>
          <w:sz w:val="24"/>
          <w:szCs w:val="24"/>
          <w:lang w:val="es-CO"/>
        </w:rPr>
      </w:pPr>
    </w:p>
    <w:p w14:paraId="7E5C82EA" w14:textId="77777777" w:rsidR="006F76F5" w:rsidRPr="006F76F5" w:rsidRDefault="006F76F5" w:rsidP="006F76F5">
      <w:pPr>
        <w:spacing w:after="0" w:line="240" w:lineRule="auto"/>
        <w:rPr>
          <w:rFonts w:ascii="Arial Narrow" w:hAnsi="Arial Narrow"/>
          <w:color w:val="000000" w:themeColor="text1"/>
          <w:sz w:val="24"/>
          <w:szCs w:val="24"/>
          <w:lang w:val="es-CO"/>
        </w:rPr>
      </w:pPr>
      <w:r>
        <w:rPr>
          <w:rFonts w:ascii="Arial Narrow" w:hAnsi="Arial Narrow"/>
          <w:noProof/>
          <w:color w:val="000000" w:themeColor="text1"/>
          <w:sz w:val="24"/>
          <w:szCs w:val="24"/>
          <w:lang w:val="es-CO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5EC5B5B" wp14:editId="4779798A">
                <wp:simplePos x="0" y="0"/>
                <wp:positionH relativeFrom="column">
                  <wp:posOffset>3162300</wp:posOffset>
                </wp:positionH>
                <wp:positionV relativeFrom="paragraph">
                  <wp:posOffset>163195</wp:posOffset>
                </wp:positionV>
                <wp:extent cx="914400" cy="914400"/>
                <wp:effectExtent l="57150" t="19050" r="76200" b="95250"/>
                <wp:wrapNone/>
                <wp:docPr id="483564433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B9DC3C1" id="Rectángulo 1" o:spid="_x0000_s1026" style="position:absolute;margin-left:249pt;margin-top:12.85pt;width:1in;height:1in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" fillcolor="white [3212]" strokecolor="#4579b8 [3044]">
                <v:shadow on="t" color="black" opacity="22937f" origin=",.5" offset="0,.63889mm"/>
              </v:rect>
            </w:pict>
          </mc:Fallback>
        </mc:AlternateContent>
      </w:r>
      <w:r w:rsidRPr="006F76F5">
        <w:rPr>
          <w:rFonts w:ascii="Arial Narrow" w:hAnsi="Arial Narrow"/>
          <w:b/>
          <w:bCs/>
          <w:color w:val="000000" w:themeColor="text1"/>
          <w:sz w:val="24"/>
          <w:szCs w:val="24"/>
          <w:lang w:val="es-CO"/>
        </w:rPr>
        <w:t>Firma</w:t>
      </w:r>
      <w:r w:rsidRPr="006F76F5">
        <w:rPr>
          <w:rFonts w:ascii="Arial Narrow" w:hAnsi="Arial Narrow"/>
          <w:color w:val="000000" w:themeColor="text1"/>
          <w:sz w:val="24"/>
          <w:szCs w:val="24"/>
          <w:lang w:val="es-CO"/>
        </w:rPr>
        <w:t>: __________________________________</w:t>
      </w:r>
    </w:p>
    <w:p w14:paraId="3E17466A" w14:textId="77777777" w:rsidR="006F76F5" w:rsidRDefault="006F76F5" w:rsidP="006F76F5">
      <w:pPr>
        <w:spacing w:after="0" w:line="240" w:lineRule="auto"/>
        <w:rPr>
          <w:rFonts w:ascii="Arial Narrow" w:hAnsi="Arial Narrow"/>
          <w:color w:val="000000" w:themeColor="text1"/>
          <w:sz w:val="24"/>
          <w:szCs w:val="24"/>
          <w:lang w:val="es-CO"/>
        </w:rPr>
      </w:pPr>
    </w:p>
    <w:p w14:paraId="1DF530A5" w14:textId="77777777" w:rsidR="006F76F5" w:rsidRDefault="006F76F5" w:rsidP="006F76F5">
      <w:pPr>
        <w:spacing w:after="0" w:line="240" w:lineRule="auto"/>
        <w:rPr>
          <w:rFonts w:ascii="Arial Narrow" w:hAnsi="Arial Narrow"/>
          <w:color w:val="000000" w:themeColor="text1"/>
          <w:sz w:val="24"/>
          <w:szCs w:val="24"/>
          <w:lang w:val="es-CO"/>
        </w:rPr>
      </w:pPr>
      <w:r w:rsidRPr="006F76F5">
        <w:rPr>
          <w:rFonts w:ascii="Arial Narrow" w:hAnsi="Arial Narrow"/>
          <w:b/>
          <w:bCs/>
          <w:color w:val="000000" w:themeColor="text1"/>
          <w:sz w:val="24"/>
          <w:szCs w:val="24"/>
          <w:lang w:val="es-CO"/>
        </w:rPr>
        <w:t>HUELLA DACTILAR</w:t>
      </w:r>
      <w:r>
        <w:rPr>
          <w:rFonts w:ascii="Arial Narrow" w:hAnsi="Arial Narrow"/>
          <w:color w:val="000000" w:themeColor="text1"/>
          <w:sz w:val="24"/>
          <w:szCs w:val="24"/>
          <w:lang w:val="es-CO"/>
        </w:rPr>
        <w:t xml:space="preserve">: </w:t>
      </w:r>
    </w:p>
    <w:p w14:paraId="6257DF24" w14:textId="77777777" w:rsidR="006F76F5" w:rsidRDefault="006F76F5" w:rsidP="006F76F5">
      <w:pPr>
        <w:spacing w:after="0" w:line="240" w:lineRule="auto"/>
        <w:rPr>
          <w:rFonts w:ascii="Arial Narrow" w:hAnsi="Arial Narrow"/>
          <w:color w:val="000000" w:themeColor="text1"/>
          <w:sz w:val="24"/>
          <w:szCs w:val="24"/>
          <w:lang w:val="es-CO"/>
        </w:rPr>
      </w:pPr>
    </w:p>
    <w:p w14:paraId="60184091" w14:textId="77777777" w:rsidR="006F76F5" w:rsidRPr="006F76F5" w:rsidRDefault="006F76F5" w:rsidP="006F76F5">
      <w:pPr>
        <w:spacing w:after="0" w:line="240" w:lineRule="auto"/>
        <w:rPr>
          <w:rFonts w:ascii="Arial Narrow" w:hAnsi="Arial Narrow"/>
          <w:color w:val="000000" w:themeColor="text1"/>
          <w:sz w:val="24"/>
          <w:szCs w:val="24"/>
          <w:lang w:val="es-CO"/>
        </w:rPr>
      </w:pPr>
    </w:p>
    <w:p w14:paraId="12DEEC8D" w14:textId="77777777" w:rsidR="006F76F5" w:rsidRDefault="00000000" w:rsidP="006F76F5">
      <w:pPr>
        <w:spacing w:after="0" w:line="240" w:lineRule="auto"/>
        <w:rPr>
          <w:rFonts w:ascii="Arial Narrow" w:hAnsi="Arial Narrow"/>
          <w:color w:val="000000" w:themeColor="text1"/>
          <w:sz w:val="24"/>
          <w:szCs w:val="24"/>
          <w:lang w:val="es-CO"/>
        </w:rPr>
      </w:pPr>
      <w:r w:rsidRPr="006F76F5">
        <w:rPr>
          <w:rFonts w:ascii="Arial Narrow" w:hAnsi="Arial Narrow"/>
          <w:color w:val="000000" w:themeColor="text1"/>
          <w:sz w:val="24"/>
          <w:szCs w:val="24"/>
          <w:lang w:val="es-CO"/>
        </w:rPr>
        <w:br/>
      </w:r>
    </w:p>
    <w:p w14:paraId="73F0D9ED" w14:textId="77777777" w:rsidR="006F76F5" w:rsidRDefault="006F76F5" w:rsidP="006F76F5">
      <w:pPr>
        <w:spacing w:after="0" w:line="240" w:lineRule="auto"/>
        <w:rPr>
          <w:rFonts w:ascii="Arial Narrow" w:hAnsi="Arial Narrow"/>
          <w:color w:val="000000" w:themeColor="text1"/>
          <w:sz w:val="24"/>
          <w:szCs w:val="24"/>
          <w:lang w:val="es-CO"/>
        </w:rPr>
      </w:pPr>
    </w:p>
    <w:p w14:paraId="3B9F2980" w14:textId="77777777" w:rsidR="00E765DD" w:rsidRDefault="00E765DD" w:rsidP="006F76F5">
      <w:pPr>
        <w:spacing w:after="0" w:line="240" w:lineRule="auto"/>
        <w:rPr>
          <w:rFonts w:ascii="Arial Narrow" w:hAnsi="Arial Narrow"/>
          <w:color w:val="000000" w:themeColor="text1"/>
          <w:sz w:val="24"/>
          <w:szCs w:val="24"/>
          <w:lang w:val="es-CO"/>
        </w:rPr>
      </w:pPr>
    </w:p>
    <w:p w14:paraId="585D0715" w14:textId="26E46A33" w:rsidR="00D20F38" w:rsidRPr="00E765DD" w:rsidRDefault="00000000" w:rsidP="006F76F5">
      <w:pPr>
        <w:pStyle w:val="Prrafodelista"/>
        <w:numPr>
          <w:ilvl w:val="0"/>
          <w:numId w:val="13"/>
        </w:numPr>
        <w:spacing w:after="0" w:line="240" w:lineRule="auto"/>
        <w:rPr>
          <w:rFonts w:ascii="Arial Narrow" w:hAnsi="Arial Narrow"/>
          <w:b/>
          <w:bCs/>
          <w:i/>
          <w:iCs/>
          <w:color w:val="000000" w:themeColor="text1"/>
          <w:sz w:val="24"/>
          <w:szCs w:val="24"/>
          <w:u w:val="single"/>
          <w:lang w:val="es-CO"/>
        </w:rPr>
      </w:pPr>
      <w:r w:rsidRPr="00E765DD">
        <w:rPr>
          <w:rFonts w:ascii="Arial Narrow" w:hAnsi="Arial Narrow"/>
          <w:b/>
          <w:bCs/>
          <w:i/>
          <w:iCs/>
          <w:color w:val="000000" w:themeColor="text1"/>
          <w:sz w:val="24"/>
          <w:szCs w:val="24"/>
          <w:u w:val="single"/>
          <w:lang w:val="es-CO"/>
        </w:rPr>
        <w:lastRenderedPageBreak/>
        <w:t>VALIDACIÓN DEL INTERMEDIARIO FINANCIERO</w:t>
      </w:r>
    </w:p>
    <w:p w14:paraId="4752759F" w14:textId="77777777" w:rsidR="006F76F5" w:rsidRDefault="006F76F5" w:rsidP="006F76F5">
      <w:pPr>
        <w:spacing w:after="0" w:line="240" w:lineRule="auto"/>
        <w:rPr>
          <w:rFonts w:ascii="Arial Narrow" w:hAnsi="Arial Narrow"/>
          <w:color w:val="000000" w:themeColor="text1"/>
          <w:sz w:val="24"/>
          <w:szCs w:val="24"/>
          <w:lang w:val="es-CO"/>
        </w:rPr>
      </w:pPr>
    </w:p>
    <w:p w14:paraId="0BBCBBA9" w14:textId="77777777" w:rsidR="006F76F5" w:rsidRDefault="00000000" w:rsidP="006F76F5">
      <w:pPr>
        <w:spacing w:after="0" w:line="240" w:lineRule="auto"/>
        <w:rPr>
          <w:rFonts w:ascii="Arial Narrow" w:hAnsi="Arial Narrow"/>
          <w:color w:val="000000" w:themeColor="text1"/>
          <w:sz w:val="24"/>
          <w:szCs w:val="24"/>
          <w:lang w:val="es-CO"/>
        </w:rPr>
      </w:pPr>
      <w:r w:rsidRPr="006F76F5">
        <w:rPr>
          <w:rFonts w:ascii="Arial Narrow" w:hAnsi="Arial Narrow"/>
          <w:color w:val="000000" w:themeColor="text1"/>
          <w:sz w:val="24"/>
          <w:szCs w:val="24"/>
          <w:lang w:val="es-CO"/>
        </w:rPr>
        <w:t>Funcionario que verifica identidad del deudor:</w:t>
      </w:r>
      <w:r w:rsidRPr="006F76F5">
        <w:rPr>
          <w:rFonts w:ascii="Arial Narrow" w:hAnsi="Arial Narrow"/>
          <w:color w:val="000000" w:themeColor="text1"/>
          <w:sz w:val="24"/>
          <w:szCs w:val="24"/>
          <w:lang w:val="es-CO"/>
        </w:rPr>
        <w:br/>
      </w:r>
    </w:p>
    <w:p w14:paraId="2F7C398C" w14:textId="77777777" w:rsidR="006F76F5" w:rsidRDefault="00000000" w:rsidP="006F76F5">
      <w:pPr>
        <w:spacing w:after="0" w:line="240" w:lineRule="auto"/>
        <w:rPr>
          <w:rFonts w:ascii="Arial Narrow" w:hAnsi="Arial Narrow"/>
          <w:b/>
          <w:bCs/>
          <w:color w:val="000000" w:themeColor="text1"/>
          <w:sz w:val="24"/>
          <w:szCs w:val="24"/>
          <w:lang w:val="es-CO"/>
        </w:rPr>
      </w:pPr>
      <w:r w:rsidRPr="006F76F5">
        <w:rPr>
          <w:rFonts w:ascii="Arial Narrow" w:hAnsi="Arial Narrow"/>
          <w:b/>
          <w:bCs/>
          <w:color w:val="000000" w:themeColor="text1"/>
          <w:sz w:val="24"/>
          <w:szCs w:val="24"/>
          <w:lang w:val="es-CO"/>
        </w:rPr>
        <w:t>Nombre</w:t>
      </w:r>
      <w:r w:rsidRPr="006F76F5">
        <w:rPr>
          <w:rFonts w:ascii="Arial Narrow" w:hAnsi="Arial Narrow"/>
          <w:color w:val="000000" w:themeColor="text1"/>
          <w:sz w:val="24"/>
          <w:szCs w:val="24"/>
          <w:lang w:val="es-CO"/>
        </w:rPr>
        <w:t>: __________________________________</w:t>
      </w:r>
      <w:r w:rsidRPr="006F76F5">
        <w:rPr>
          <w:rFonts w:ascii="Arial Narrow" w:hAnsi="Arial Narrow"/>
          <w:color w:val="000000" w:themeColor="text1"/>
          <w:sz w:val="24"/>
          <w:szCs w:val="24"/>
          <w:lang w:val="es-CO"/>
        </w:rPr>
        <w:br/>
      </w:r>
      <w:r w:rsidRPr="006F76F5">
        <w:rPr>
          <w:rFonts w:ascii="Arial Narrow" w:hAnsi="Arial Narrow"/>
          <w:b/>
          <w:bCs/>
          <w:color w:val="000000" w:themeColor="text1"/>
          <w:sz w:val="24"/>
          <w:szCs w:val="24"/>
          <w:lang w:val="es-CO"/>
        </w:rPr>
        <w:t>Cargo</w:t>
      </w:r>
      <w:r w:rsidRPr="006F76F5">
        <w:rPr>
          <w:rFonts w:ascii="Arial Narrow" w:hAnsi="Arial Narrow"/>
          <w:color w:val="000000" w:themeColor="text1"/>
          <w:sz w:val="24"/>
          <w:szCs w:val="24"/>
          <w:lang w:val="es-CO"/>
        </w:rPr>
        <w:t>: ___________________________________</w:t>
      </w:r>
      <w:r w:rsidRPr="006F76F5">
        <w:rPr>
          <w:rFonts w:ascii="Arial Narrow" w:hAnsi="Arial Narrow"/>
          <w:color w:val="000000" w:themeColor="text1"/>
          <w:sz w:val="24"/>
          <w:szCs w:val="24"/>
          <w:lang w:val="es-CO"/>
        </w:rPr>
        <w:br/>
      </w:r>
    </w:p>
    <w:p w14:paraId="03E585AD" w14:textId="6277F844" w:rsidR="00D20F38" w:rsidRPr="006F76F5" w:rsidRDefault="00000000" w:rsidP="006F76F5">
      <w:pPr>
        <w:spacing w:after="0" w:line="240" w:lineRule="auto"/>
        <w:rPr>
          <w:rFonts w:ascii="Arial Narrow" w:hAnsi="Arial Narrow"/>
          <w:color w:val="000000" w:themeColor="text1"/>
          <w:sz w:val="24"/>
          <w:szCs w:val="24"/>
          <w:lang w:val="es-CO"/>
        </w:rPr>
      </w:pPr>
      <w:r w:rsidRPr="006F76F5">
        <w:rPr>
          <w:rFonts w:ascii="Arial Narrow" w:hAnsi="Arial Narrow"/>
          <w:b/>
          <w:bCs/>
          <w:color w:val="000000" w:themeColor="text1"/>
          <w:sz w:val="24"/>
          <w:szCs w:val="24"/>
          <w:lang w:val="es-CO"/>
        </w:rPr>
        <w:t>Firma</w:t>
      </w:r>
      <w:r w:rsidRPr="006F76F5">
        <w:rPr>
          <w:rFonts w:ascii="Arial Narrow" w:hAnsi="Arial Narrow"/>
          <w:color w:val="000000" w:themeColor="text1"/>
          <w:sz w:val="24"/>
          <w:szCs w:val="24"/>
          <w:lang w:val="es-CO"/>
        </w:rPr>
        <w:t>: ___________________________________</w:t>
      </w:r>
      <w:r w:rsidRPr="006F76F5">
        <w:rPr>
          <w:rFonts w:ascii="Arial Narrow" w:hAnsi="Arial Narrow"/>
          <w:color w:val="000000" w:themeColor="text1"/>
          <w:sz w:val="24"/>
          <w:szCs w:val="24"/>
          <w:lang w:val="es-CO"/>
        </w:rPr>
        <w:br/>
      </w:r>
    </w:p>
    <w:p w14:paraId="1745F78C" w14:textId="77777777" w:rsidR="00D20F38" w:rsidRPr="006F76F5" w:rsidRDefault="00000000" w:rsidP="006F76F5">
      <w:pPr>
        <w:spacing w:after="0" w:line="240" w:lineRule="auto"/>
        <w:jc w:val="both"/>
        <w:rPr>
          <w:rFonts w:ascii="Arial Narrow" w:hAnsi="Arial Narrow"/>
          <w:color w:val="000000" w:themeColor="text1"/>
          <w:sz w:val="24"/>
          <w:szCs w:val="24"/>
          <w:lang w:val="es-CO"/>
        </w:rPr>
      </w:pPr>
      <w:r w:rsidRPr="006F76F5">
        <w:rPr>
          <w:rFonts w:ascii="Arial Narrow" w:hAnsi="Arial Narrow"/>
          <w:color w:val="000000" w:themeColor="text1"/>
          <w:sz w:val="24"/>
          <w:szCs w:val="24"/>
          <w:lang w:val="es-CO"/>
        </w:rPr>
        <w:t>Se deja constancia de que el presente formato se suscribe como anexo al pagaré y a la carta de instrucciones correspondientes, y forma parte integral de dichos documentos para efectos probatorios y de exigibilidad del título valor.</w:t>
      </w:r>
    </w:p>
    <w:sectPr w:rsidR="00D20F38" w:rsidRPr="006F76F5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EAD7CC5"/>
    <w:multiLevelType w:val="hybridMultilevel"/>
    <w:tmpl w:val="AEF21552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B541FEC"/>
    <w:multiLevelType w:val="hybridMultilevel"/>
    <w:tmpl w:val="C1EE63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94418F"/>
    <w:multiLevelType w:val="hybridMultilevel"/>
    <w:tmpl w:val="AF1C7A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704597"/>
    <w:multiLevelType w:val="hybridMultilevel"/>
    <w:tmpl w:val="78D4BCFE"/>
    <w:lvl w:ilvl="0" w:tplc="240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1556509">
    <w:abstractNumId w:val="8"/>
  </w:num>
  <w:num w:numId="2" w16cid:durableId="541552194">
    <w:abstractNumId w:val="6"/>
  </w:num>
  <w:num w:numId="3" w16cid:durableId="450826892">
    <w:abstractNumId w:val="5"/>
  </w:num>
  <w:num w:numId="4" w16cid:durableId="501429110">
    <w:abstractNumId w:val="4"/>
  </w:num>
  <w:num w:numId="5" w16cid:durableId="1049037613">
    <w:abstractNumId w:val="7"/>
  </w:num>
  <w:num w:numId="6" w16cid:durableId="1321151831">
    <w:abstractNumId w:val="3"/>
  </w:num>
  <w:num w:numId="7" w16cid:durableId="1291394763">
    <w:abstractNumId w:val="2"/>
  </w:num>
  <w:num w:numId="8" w16cid:durableId="1926183007">
    <w:abstractNumId w:val="1"/>
  </w:num>
  <w:num w:numId="9" w16cid:durableId="426001034">
    <w:abstractNumId w:val="0"/>
  </w:num>
  <w:num w:numId="10" w16cid:durableId="1514370674">
    <w:abstractNumId w:val="11"/>
  </w:num>
  <w:num w:numId="11" w16cid:durableId="1016227995">
    <w:abstractNumId w:val="10"/>
  </w:num>
  <w:num w:numId="12" w16cid:durableId="1314216496">
    <w:abstractNumId w:val="9"/>
  </w:num>
  <w:num w:numId="13" w16cid:durableId="124429621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387FA8"/>
    <w:rsid w:val="006F76F5"/>
    <w:rsid w:val="00913ADA"/>
    <w:rsid w:val="00AA1D8D"/>
    <w:rsid w:val="00B47730"/>
    <w:rsid w:val="00BB3560"/>
    <w:rsid w:val="00CB0664"/>
    <w:rsid w:val="00D20F38"/>
    <w:rsid w:val="00E765D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68C8C17"/>
  <w14:defaultImageDpi w14:val="300"/>
  <w15:docId w15:val="{8DED615B-652C-48EE-8D8A-CD109F269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uerte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338</Words>
  <Characters>2701</Characters>
  <Application>Microsoft Office Word</Application>
  <DocSecurity>0</DocSecurity>
  <Lines>69</Lines>
  <Paragraphs>25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3014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Eliyojana Arciniegas L.</cp:lastModifiedBy>
  <cp:revision>3</cp:revision>
  <dcterms:created xsi:type="dcterms:W3CDTF">2026-03-16T21:08:00Z</dcterms:created>
  <dcterms:modified xsi:type="dcterms:W3CDTF">2026-03-18T18:14:00Z</dcterms:modified>
  <cp:category/>
</cp:coreProperties>
</file>