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020A4" w14:textId="77777777" w:rsidR="00B9355B" w:rsidRPr="005264AE" w:rsidRDefault="00000000">
      <w:pPr>
        <w:spacing w:after="120" w:line="240" w:lineRule="auto"/>
        <w:jc w:val="center"/>
        <w:rPr>
          <w:rFonts w:ascii="Arial" w:hAnsi="Arial" w:cs="Arial"/>
          <w:sz w:val="22"/>
          <w:lang w:val="es-CO"/>
        </w:rPr>
      </w:pPr>
      <w:r w:rsidRPr="005264AE">
        <w:rPr>
          <w:rFonts w:ascii="Arial" w:hAnsi="Arial" w:cs="Arial"/>
          <w:b/>
          <w:sz w:val="22"/>
          <w:lang w:val="es-CO"/>
        </w:rPr>
        <w:t>CONTRATO MODIFICATORIO DE ADICIÓN No. 001</w:t>
      </w:r>
      <w:r w:rsidRPr="005264AE">
        <w:rPr>
          <w:rFonts w:ascii="Arial" w:hAnsi="Arial" w:cs="Arial"/>
          <w:b/>
          <w:sz w:val="22"/>
          <w:lang w:val="es-CO"/>
        </w:rPr>
        <w:br/>
        <w:t>AL CONTRATO INTERINSTITUCIONAL CON ENTIDAD PRIVADA SIN ÁNIMO</w:t>
      </w:r>
      <w:r w:rsidRPr="005264AE">
        <w:rPr>
          <w:rFonts w:ascii="Arial" w:hAnsi="Arial" w:cs="Arial"/>
          <w:b/>
          <w:sz w:val="22"/>
          <w:lang w:val="es-CO"/>
        </w:rPr>
        <w:br/>
        <w:t>DE LUCRO No. MED - CIA 002 DE 2026</w:t>
      </w:r>
    </w:p>
    <w:p w14:paraId="5CACCCA2" w14:textId="2B512C15" w:rsidR="00B9355B" w:rsidRPr="005264AE" w:rsidRDefault="00000000" w:rsidP="005264AE">
      <w:pPr>
        <w:spacing w:after="0" w:line="240" w:lineRule="auto"/>
        <w:jc w:val="both"/>
        <w:rPr>
          <w:rFonts w:ascii="Arial" w:hAnsi="Arial" w:cs="Arial"/>
          <w:sz w:val="22"/>
          <w:lang w:val="es-CO"/>
        </w:rPr>
      </w:pPr>
      <w:r w:rsidRPr="005264AE">
        <w:rPr>
          <w:rFonts w:ascii="Arial" w:hAnsi="Arial" w:cs="Arial"/>
          <w:sz w:val="22"/>
          <w:lang w:val="es-CO"/>
        </w:rPr>
        <w:t xml:space="preserve">Que </w:t>
      </w:r>
      <w:bookmarkStart w:id="0" w:name="_Hlk156391439"/>
      <w:r w:rsidR="005264AE" w:rsidRPr="005264AE">
        <w:rPr>
          <w:rFonts w:ascii="Arial" w:hAnsi="Arial" w:cs="Arial"/>
          <w:b/>
          <w:bCs/>
          <w:spacing w:val="-2"/>
          <w:sz w:val="22"/>
          <w:lang w:val="es-CO"/>
        </w:rPr>
        <w:t>HECTOR ENRIQUE DE LA TORRE BENITEZ</w:t>
      </w:r>
      <w:r w:rsidR="005264AE" w:rsidRPr="005264AE">
        <w:rPr>
          <w:rFonts w:ascii="Arial" w:hAnsi="Arial" w:cs="Arial"/>
          <w:sz w:val="22"/>
          <w:lang w:val="es-CO"/>
        </w:rPr>
        <w:t xml:space="preserve">, identificado con la cédula de ciudadanía número </w:t>
      </w:r>
      <w:r w:rsidR="005264AE" w:rsidRPr="005264AE">
        <w:rPr>
          <w:rFonts w:ascii="Arial" w:hAnsi="Arial" w:cs="Arial"/>
          <w:spacing w:val="-2"/>
          <w:sz w:val="22"/>
          <w:lang w:val="es-CO"/>
        </w:rPr>
        <w:t>94.386.712</w:t>
      </w:r>
      <w:r w:rsidR="005264AE" w:rsidRPr="005264AE">
        <w:rPr>
          <w:rFonts w:ascii="Arial" w:hAnsi="Arial" w:cs="Arial"/>
          <w:sz w:val="22"/>
          <w:lang w:val="es-CO"/>
        </w:rPr>
        <w:t xml:space="preserve"> expedida en el Municipio de </w:t>
      </w:r>
      <w:r w:rsidR="005264AE" w:rsidRPr="005264AE">
        <w:rPr>
          <w:rFonts w:ascii="Arial" w:eastAsia="Arial Unicode MS" w:hAnsi="Arial" w:cs="Arial"/>
          <w:sz w:val="22"/>
          <w:lang w:val="es-CO"/>
        </w:rPr>
        <w:t>Bolívar -Valle del Cauca</w:t>
      </w:r>
      <w:r w:rsidR="005264AE" w:rsidRPr="005264AE">
        <w:rPr>
          <w:rFonts w:ascii="Arial" w:hAnsi="Arial" w:cs="Arial"/>
          <w:sz w:val="22"/>
          <w:lang w:val="es-CO"/>
        </w:rPr>
        <w:t xml:space="preserve"> en su calidad de Alcalde Municipal, posesionado mediante </w:t>
      </w:r>
      <w:r w:rsidR="005264AE" w:rsidRPr="005264AE">
        <w:rPr>
          <w:rFonts w:ascii="Arial" w:eastAsia="Arial Unicode MS" w:hAnsi="Arial" w:cs="Arial"/>
          <w:spacing w:val="-2"/>
          <w:sz w:val="22"/>
          <w:lang w:val="es-CO"/>
        </w:rPr>
        <w:t>Acta número 01 de</w:t>
      </w:r>
      <w:r w:rsidR="005264AE" w:rsidRPr="005264AE">
        <w:rPr>
          <w:rFonts w:ascii="Arial" w:hAnsi="Arial" w:cs="Arial"/>
          <w:sz w:val="22"/>
          <w:lang w:val="es-CO"/>
        </w:rPr>
        <w:t xml:space="preserve"> fechada </w:t>
      </w:r>
      <w:r w:rsidR="005264AE" w:rsidRPr="005264AE">
        <w:rPr>
          <w:rFonts w:ascii="Arial" w:eastAsia="Arial Unicode MS" w:hAnsi="Arial" w:cs="Arial"/>
          <w:spacing w:val="-2"/>
          <w:sz w:val="22"/>
          <w:lang w:val="es-CO"/>
        </w:rPr>
        <w:t>treinta (30)</w:t>
      </w:r>
      <w:r w:rsidR="005264AE" w:rsidRPr="005264AE">
        <w:rPr>
          <w:rFonts w:ascii="Arial" w:hAnsi="Arial" w:cs="Arial"/>
          <w:sz w:val="22"/>
          <w:lang w:val="es-CO"/>
        </w:rPr>
        <w:t xml:space="preserve"> de </w:t>
      </w:r>
      <w:r w:rsidR="005264AE" w:rsidRPr="005264AE">
        <w:rPr>
          <w:rFonts w:ascii="Arial" w:eastAsia="Arial Unicode MS" w:hAnsi="Arial" w:cs="Arial"/>
          <w:spacing w:val="-2"/>
          <w:sz w:val="22"/>
          <w:lang w:val="es-CO"/>
        </w:rPr>
        <w:t xml:space="preserve">diciembre de 2023, </w:t>
      </w:r>
      <w:r w:rsidR="005264AE" w:rsidRPr="005264AE">
        <w:rPr>
          <w:rFonts w:ascii="Arial" w:hAnsi="Arial" w:cs="Arial"/>
          <w:sz w:val="22"/>
          <w:lang w:val="es-CO"/>
        </w:rPr>
        <w:t>suscrita ante el notario único de El Dovio – Valle del Cauca, cargo para el que fue elegido mediante votación popular para el periodo comprendido entre el primero (1) de enero del año 2024 y el treinta y uno (31) de diciembre de 2027</w:t>
      </w:r>
      <w:bookmarkEnd w:id="0"/>
      <w:r w:rsidR="005264AE" w:rsidRPr="005264AE">
        <w:rPr>
          <w:rFonts w:ascii="Arial" w:hAnsi="Arial" w:cs="Arial"/>
          <w:sz w:val="22"/>
          <w:lang w:val="es-CO"/>
        </w:rPr>
        <w:t xml:space="preserve"> y en ejercicio de la competencia para contratar otorgada por la Ley 80 de 1993 en su artículo 11, numeral 3º, literal b), actuando en nombre y representación del Municipio de </w:t>
      </w:r>
      <w:r w:rsidR="005264AE" w:rsidRPr="005264AE">
        <w:rPr>
          <w:rFonts w:ascii="Arial" w:eastAsia="Arial Unicode MS" w:hAnsi="Arial" w:cs="Arial"/>
          <w:spacing w:val="-2"/>
          <w:sz w:val="22"/>
          <w:lang w:val="es-CO"/>
        </w:rPr>
        <w:t>El Dovio - Valle del Cauca</w:t>
      </w:r>
      <w:r w:rsidR="005264AE" w:rsidRPr="005264AE">
        <w:rPr>
          <w:rFonts w:ascii="Arial" w:hAnsi="Arial" w:cs="Arial"/>
          <w:sz w:val="22"/>
          <w:lang w:val="es-CO"/>
        </w:rPr>
        <w:t xml:space="preserve"> - con NIT </w:t>
      </w:r>
      <w:r w:rsidR="005264AE" w:rsidRPr="005264AE">
        <w:rPr>
          <w:rFonts w:ascii="Arial" w:hAnsi="Arial" w:cs="Arial"/>
          <w:bCs/>
          <w:noProof/>
          <w:sz w:val="22"/>
          <w:lang w:val="es-CO"/>
        </w:rPr>
        <w:t>891.901.223-5</w:t>
      </w:r>
      <w:r w:rsidR="005264AE" w:rsidRPr="005264AE">
        <w:rPr>
          <w:rFonts w:ascii="Arial" w:hAnsi="Arial" w:cs="Arial"/>
          <w:sz w:val="22"/>
          <w:lang w:val="es-CO"/>
        </w:rPr>
        <w:t xml:space="preserve">, en uso de las atribuciones legales conferidas por la ley 136 de 1994, quien para efectos del presente contrato se denominará EL MUNICIPIO, por una parte; y por otra, la </w:t>
      </w:r>
      <w:r w:rsidR="005264AE" w:rsidRPr="005264AE">
        <w:rPr>
          <w:rFonts w:ascii="Arial" w:hAnsi="Arial" w:cs="Arial"/>
          <w:b/>
          <w:bCs/>
          <w:sz w:val="22"/>
          <w:lang w:val="es-CO"/>
        </w:rPr>
        <w:fldChar w:fldCharType="begin"/>
      </w:r>
      <w:r w:rsidR="005264AE" w:rsidRPr="005264AE">
        <w:rPr>
          <w:rFonts w:ascii="Arial" w:hAnsi="Arial" w:cs="Arial"/>
          <w:b/>
          <w:bCs/>
          <w:sz w:val="22"/>
          <w:lang w:val="es-CO"/>
        </w:rPr>
        <w:instrText xml:space="preserve"> MERGEFIELD NOMBRE_RAZON_SOCIAL_CONTRATISTA </w:instrText>
      </w:r>
      <w:r w:rsidR="005264AE" w:rsidRPr="005264AE">
        <w:rPr>
          <w:rFonts w:ascii="Arial" w:hAnsi="Arial" w:cs="Arial"/>
          <w:b/>
          <w:bCs/>
          <w:sz w:val="22"/>
          <w:lang w:val="es-CO"/>
        </w:rPr>
        <w:fldChar w:fldCharType="separate"/>
      </w:r>
      <w:r w:rsidR="005264AE" w:rsidRPr="005264AE">
        <w:rPr>
          <w:rFonts w:ascii="Arial" w:hAnsi="Arial" w:cs="Arial"/>
          <w:b/>
          <w:bCs/>
          <w:noProof/>
          <w:sz w:val="22"/>
          <w:lang w:val="es-CO"/>
        </w:rPr>
        <w:t>FUNDACION PARA EL DESARROLLO ECONOMICO SOCIAL Y CULTURAL VALLECAUCANO - FUNDESCUVAL</w:t>
      </w:r>
      <w:r w:rsidR="005264AE" w:rsidRPr="005264AE">
        <w:rPr>
          <w:rFonts w:ascii="Arial" w:hAnsi="Arial" w:cs="Arial"/>
          <w:b/>
          <w:bCs/>
          <w:sz w:val="22"/>
          <w:lang w:val="es-CO"/>
        </w:rPr>
        <w:fldChar w:fldCharType="end"/>
      </w:r>
      <w:r w:rsidR="005264AE" w:rsidRPr="005264AE">
        <w:rPr>
          <w:rFonts w:ascii="Arial" w:hAnsi="Arial" w:cs="Arial"/>
          <w:b/>
          <w:bCs/>
          <w:sz w:val="22"/>
          <w:lang w:val="es-CO"/>
        </w:rPr>
        <w:t xml:space="preserve"> </w:t>
      </w:r>
      <w:r w:rsidR="005264AE" w:rsidRPr="005264AE">
        <w:rPr>
          <w:rFonts w:ascii="Arial" w:hAnsi="Arial" w:cs="Arial"/>
          <w:sz w:val="22"/>
          <w:lang w:val="es-CO"/>
        </w:rPr>
        <w:t xml:space="preserve">con NIT. </w:t>
      </w:r>
      <w:r w:rsidR="005264AE" w:rsidRPr="005264AE">
        <w:rPr>
          <w:rFonts w:ascii="Arial" w:hAnsi="Arial" w:cs="Arial"/>
          <w:sz w:val="22"/>
          <w:lang w:val="es-CO"/>
        </w:rPr>
        <w:fldChar w:fldCharType="begin"/>
      </w:r>
      <w:r w:rsidR="005264AE" w:rsidRPr="005264AE">
        <w:rPr>
          <w:rFonts w:ascii="Arial" w:hAnsi="Arial" w:cs="Arial"/>
          <w:sz w:val="22"/>
          <w:lang w:val="es-CO"/>
        </w:rPr>
        <w:instrText xml:space="preserve"> MERGEFIELD CEDULA_ </w:instrText>
      </w:r>
      <w:r w:rsidR="005264AE" w:rsidRPr="005264AE">
        <w:rPr>
          <w:rFonts w:ascii="Arial" w:hAnsi="Arial" w:cs="Arial"/>
          <w:sz w:val="22"/>
          <w:lang w:val="es-CO"/>
        </w:rPr>
        <w:fldChar w:fldCharType="separate"/>
      </w:r>
      <w:r w:rsidR="005264AE" w:rsidRPr="005264AE">
        <w:rPr>
          <w:rFonts w:ascii="Arial" w:hAnsi="Arial" w:cs="Arial"/>
          <w:noProof/>
          <w:sz w:val="22"/>
          <w:lang w:val="es-CO"/>
        </w:rPr>
        <w:t>900260028</w:t>
      </w:r>
      <w:r w:rsidR="005264AE" w:rsidRPr="005264AE">
        <w:rPr>
          <w:rFonts w:ascii="Arial" w:hAnsi="Arial" w:cs="Arial"/>
          <w:sz w:val="22"/>
          <w:lang w:val="es-CO"/>
        </w:rPr>
        <w:fldChar w:fldCharType="end"/>
      </w:r>
      <w:r w:rsidR="005264AE" w:rsidRPr="005264AE">
        <w:rPr>
          <w:rFonts w:ascii="Arial" w:hAnsi="Arial" w:cs="Arial"/>
          <w:sz w:val="22"/>
          <w:lang w:val="es-CO"/>
        </w:rPr>
        <w:t xml:space="preserve">, Representada por la señora MARIA CRISTINA BURGOS GARCIA, identificado con la cédula de ciudadanía No. </w:t>
      </w:r>
      <w:r w:rsidR="005264AE" w:rsidRPr="005264AE">
        <w:rPr>
          <w:rFonts w:ascii="Arial" w:hAnsi="Arial" w:cs="Arial"/>
          <w:sz w:val="22"/>
          <w:lang w:val="es-CO"/>
        </w:rPr>
        <w:fldChar w:fldCharType="begin"/>
      </w:r>
      <w:r w:rsidR="005264AE" w:rsidRPr="005264AE">
        <w:rPr>
          <w:rFonts w:ascii="Arial" w:hAnsi="Arial" w:cs="Arial"/>
          <w:sz w:val="22"/>
          <w:lang w:val="es-CO"/>
        </w:rPr>
        <w:instrText xml:space="preserve"> MERGEFIELD CEDULA_REP_LEGAL </w:instrText>
      </w:r>
      <w:r w:rsidR="005264AE" w:rsidRPr="005264AE">
        <w:rPr>
          <w:rFonts w:ascii="Arial" w:hAnsi="Arial" w:cs="Arial"/>
          <w:sz w:val="22"/>
          <w:lang w:val="es-CO"/>
        </w:rPr>
        <w:fldChar w:fldCharType="separate"/>
      </w:r>
      <w:r w:rsidR="005264AE" w:rsidRPr="005264AE">
        <w:rPr>
          <w:rFonts w:ascii="Arial" w:hAnsi="Arial" w:cs="Arial"/>
          <w:noProof/>
          <w:sz w:val="22"/>
          <w:lang w:val="es-CO"/>
        </w:rPr>
        <w:t>1113779</w:t>
      </w:r>
      <w:r w:rsidR="005264AE" w:rsidRPr="005264AE">
        <w:rPr>
          <w:rFonts w:ascii="Arial" w:hAnsi="Arial" w:cs="Arial"/>
          <w:sz w:val="22"/>
          <w:lang w:val="es-CO"/>
        </w:rPr>
        <w:fldChar w:fldCharType="end"/>
      </w:r>
      <w:r w:rsidR="005264AE" w:rsidRPr="005264AE">
        <w:rPr>
          <w:rFonts w:ascii="Arial" w:hAnsi="Arial" w:cs="Arial"/>
          <w:sz w:val="22"/>
          <w:lang w:val="es-CO"/>
        </w:rPr>
        <w:t xml:space="preserve">189 expedida en </w:t>
      </w:r>
      <w:r w:rsidR="005264AE" w:rsidRPr="005264AE">
        <w:rPr>
          <w:rFonts w:ascii="Arial" w:hAnsi="Arial" w:cs="Arial"/>
          <w:sz w:val="22"/>
          <w:lang w:val="es-CO"/>
        </w:rPr>
        <w:fldChar w:fldCharType="begin"/>
      </w:r>
      <w:r w:rsidR="005264AE" w:rsidRPr="005264AE">
        <w:rPr>
          <w:rFonts w:ascii="Arial" w:hAnsi="Arial" w:cs="Arial"/>
          <w:sz w:val="22"/>
          <w:lang w:val="es-CO"/>
        </w:rPr>
        <w:instrText xml:space="preserve"> MERGEFIELD LUGAR_EXP_CEDULA_REP_LEGAL </w:instrText>
      </w:r>
      <w:r w:rsidR="005264AE" w:rsidRPr="005264AE">
        <w:rPr>
          <w:rFonts w:ascii="Arial" w:hAnsi="Arial" w:cs="Arial"/>
          <w:sz w:val="22"/>
          <w:lang w:val="es-CO"/>
        </w:rPr>
        <w:fldChar w:fldCharType="separate"/>
      </w:r>
      <w:r w:rsidR="005264AE" w:rsidRPr="005264AE">
        <w:rPr>
          <w:rFonts w:ascii="Arial" w:hAnsi="Arial" w:cs="Arial"/>
          <w:noProof/>
          <w:sz w:val="22"/>
          <w:lang w:val="es-CO"/>
        </w:rPr>
        <w:t>Roldanillo</w:t>
      </w:r>
      <w:r w:rsidR="005264AE" w:rsidRPr="005264AE">
        <w:rPr>
          <w:rFonts w:ascii="Arial" w:hAnsi="Arial" w:cs="Arial"/>
          <w:sz w:val="22"/>
          <w:lang w:val="es-CO"/>
        </w:rPr>
        <w:fldChar w:fldCharType="end"/>
      </w:r>
      <w:r w:rsidR="005264AE" w:rsidRPr="005264AE">
        <w:rPr>
          <w:rFonts w:ascii="Arial" w:hAnsi="Arial" w:cs="Arial"/>
          <w:sz w:val="22"/>
          <w:lang w:val="es-CO"/>
        </w:rPr>
        <w:t xml:space="preserve"> </w:t>
      </w:r>
      <w:r w:rsidRPr="005264AE">
        <w:rPr>
          <w:rFonts w:ascii="Arial" w:hAnsi="Arial" w:cs="Arial"/>
          <w:sz w:val="22"/>
          <w:lang w:val="es-CO"/>
        </w:rPr>
        <w:t>, cuyo objeto es “PRESTACIÓN DE LOS SERVICIOS DE APOYO INTEGRAL A LA POBLACIÓN ADULTO MAYOR EN EL CENTRO VIDA EN EL MUNICIPIO DE EL DOVIO - VALLE DEL CAUCA EN CUMPLIMIENTO DE LAS LÍNEAS DE ACCIÓN ESTABLECIDAS EN LA LEY 1276 DE 2009”, se encuentra vigente y en ejecución.</w:t>
      </w:r>
      <w:r w:rsidR="005264AE" w:rsidRPr="005264AE">
        <w:rPr>
          <w:rFonts w:ascii="Arial" w:hAnsi="Arial" w:cs="Arial"/>
          <w:sz w:val="22"/>
          <w:lang w:val="es-CO"/>
        </w:rPr>
        <w:t xml:space="preserve"> </w:t>
      </w:r>
      <w:r w:rsidRPr="005264AE">
        <w:rPr>
          <w:rFonts w:ascii="Arial" w:hAnsi="Arial" w:cs="Arial"/>
          <w:sz w:val="22"/>
          <w:lang w:val="es-CO"/>
        </w:rPr>
        <w:t>2) Que mediante solicitud presentada por la supervisión del contrato y la Secretaría de Bienestar Social, radicada bajo No. 0.374 del 08 de mayo de 2026, se justificó la necesidad de garantizar la continuidad y cobertura del programa Centro Vida, por el tiempo estrictamente necesario, hasta agotar presupuesto, sin que exceda el 31 de diciembre de 2026.</w:t>
      </w:r>
      <w:r w:rsidR="005264AE" w:rsidRPr="005264AE">
        <w:rPr>
          <w:rFonts w:ascii="Arial" w:hAnsi="Arial" w:cs="Arial"/>
          <w:sz w:val="22"/>
          <w:lang w:val="es-CO"/>
        </w:rPr>
        <w:t xml:space="preserve"> </w:t>
      </w:r>
      <w:r w:rsidRPr="005264AE">
        <w:rPr>
          <w:rFonts w:ascii="Arial" w:hAnsi="Arial" w:cs="Arial"/>
          <w:sz w:val="22"/>
          <w:lang w:val="es-CO"/>
        </w:rPr>
        <w:t>3) Que el programa Centro Vida permite brindar atención integral a la población adulta mayor del municipio, mediante talento humano, alimentación, actividades cognitivas, productivas, recreativas, culturales, encuentros intergeneracionales, insumos de aseo y gastos operativos básicos, en procura de garantizar condiciones dignas de bienestar, protección y participación social.</w:t>
      </w:r>
      <w:r w:rsidR="005264AE" w:rsidRPr="005264AE">
        <w:rPr>
          <w:rFonts w:ascii="Arial" w:hAnsi="Arial" w:cs="Arial"/>
          <w:sz w:val="22"/>
          <w:lang w:val="es-CO"/>
        </w:rPr>
        <w:t xml:space="preserve"> </w:t>
      </w:r>
      <w:r w:rsidRPr="005264AE">
        <w:rPr>
          <w:rFonts w:ascii="Arial" w:hAnsi="Arial" w:cs="Arial"/>
          <w:sz w:val="22"/>
          <w:lang w:val="es-CO"/>
        </w:rPr>
        <w:t>4) Que de conformidad con el parágrafo del artículo 40 de la Ley 80 de 1993, los contratos estatales podrán adicionarse en valor sin exceder el cincuenta por ciento (50%) de su valor inicial expresado en salarios mínimos legales mensuales, y la presente adición se encuentra dentro del límite legal permitido.</w:t>
      </w:r>
      <w:r w:rsidR="005264AE" w:rsidRPr="005264AE">
        <w:rPr>
          <w:rFonts w:ascii="Arial" w:hAnsi="Arial" w:cs="Arial"/>
          <w:sz w:val="22"/>
          <w:lang w:val="es-CO"/>
        </w:rPr>
        <w:t xml:space="preserve"> </w:t>
      </w:r>
      <w:r w:rsidRPr="005264AE">
        <w:rPr>
          <w:rFonts w:ascii="Arial" w:hAnsi="Arial" w:cs="Arial"/>
          <w:sz w:val="22"/>
          <w:lang w:val="es-CO"/>
        </w:rPr>
        <w:t>5) Que existe disponibilidad presupuestal para respaldar la presente adición, conforme al Certificado de Disponibilidad Presupuestal CD-000289 de fecha 08 de mayo de 2026, por valor de CINCUENTA Y SIETE MILLONES QUINIENTOS SETENTA Y OCHO MIL PESOS ($57.578.000) M/CTE.</w:t>
      </w:r>
      <w:r w:rsidR="005264AE" w:rsidRPr="005264AE">
        <w:rPr>
          <w:rFonts w:ascii="Arial" w:hAnsi="Arial" w:cs="Arial"/>
          <w:sz w:val="22"/>
          <w:lang w:val="es-CO"/>
        </w:rPr>
        <w:t xml:space="preserve"> </w:t>
      </w:r>
      <w:r w:rsidRPr="005264AE">
        <w:rPr>
          <w:rFonts w:ascii="Arial" w:hAnsi="Arial" w:cs="Arial"/>
          <w:sz w:val="22"/>
          <w:lang w:val="es-CO"/>
        </w:rPr>
        <w:t>6) Que las partes consideran procedente realizar la presente adición, con el fin de garantizar la continuidad del servicio y el cumplimiento de los fines estatales.</w:t>
      </w:r>
      <w:r w:rsidR="005264AE" w:rsidRPr="005264AE">
        <w:rPr>
          <w:rFonts w:ascii="Arial" w:hAnsi="Arial" w:cs="Arial"/>
          <w:sz w:val="22"/>
          <w:lang w:val="es-CO"/>
        </w:rPr>
        <w:t xml:space="preserve"> </w:t>
      </w:r>
      <w:r w:rsidRPr="005264AE">
        <w:rPr>
          <w:rFonts w:ascii="Arial" w:hAnsi="Arial" w:cs="Arial"/>
          <w:b/>
          <w:sz w:val="22"/>
          <w:lang w:val="es-CO"/>
        </w:rPr>
        <w:t>CLÁUSULAS</w:t>
      </w:r>
      <w:r w:rsidR="005264AE" w:rsidRPr="005264AE">
        <w:rPr>
          <w:rFonts w:ascii="Arial" w:hAnsi="Arial" w:cs="Arial"/>
          <w:b/>
          <w:sz w:val="22"/>
          <w:lang w:val="es-CO"/>
        </w:rPr>
        <w:t xml:space="preserve"> </w:t>
      </w:r>
      <w:r w:rsidRPr="005264AE">
        <w:rPr>
          <w:rFonts w:ascii="Arial" w:hAnsi="Arial" w:cs="Arial"/>
          <w:b/>
          <w:sz w:val="22"/>
          <w:lang w:val="es-CO"/>
        </w:rPr>
        <w:t xml:space="preserve">PRIMERA - ADICIÓN AL VALOR: </w:t>
      </w:r>
      <w:r w:rsidRPr="005264AE">
        <w:rPr>
          <w:rFonts w:ascii="Arial" w:hAnsi="Arial" w:cs="Arial"/>
          <w:sz w:val="22"/>
          <w:lang w:val="es-CO"/>
        </w:rPr>
        <w:t>Adicionar al valor del CONTRATO INTERINSTITUCIONAL CON ENTIDAD PRIVADA SIN ÁNIMO DE LUCRO No. MED - CIA 002 DE 2026 la suma de CINCUENTA Y SIETE MILLONES QUINIENTOS SETENTA Y OCHO MIL PESOS ($57.578.000) M/CTE, quedando el valor total del contrato en la suma de CIENTO SETENTA Y DOS MILLONES NOVECIENTOS SETENTA Y CUATRO MIL PESOS ($172.974.000) M/CTE, representados en las siguientes actividades:</w:t>
      </w:r>
    </w:p>
    <w:tbl>
      <w:tblPr>
        <w:tblW w:w="899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46"/>
        <w:gridCol w:w="2266"/>
        <w:gridCol w:w="1348"/>
        <w:gridCol w:w="1347"/>
        <w:gridCol w:w="1346"/>
        <w:gridCol w:w="1346"/>
      </w:tblGrid>
      <w:tr w:rsidR="00C83D3A" w:rsidRPr="007B632F" w14:paraId="1FF608D5" w14:textId="77777777" w:rsidTr="00C83D3A">
        <w:trPr>
          <w:trHeight w:val="475"/>
        </w:trPr>
        <w:tc>
          <w:tcPr>
            <w:tcW w:w="1346" w:type="dxa"/>
          </w:tcPr>
          <w:p w14:paraId="7752CADC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proofErr w:type="spellStart"/>
            <w:r w:rsidRPr="007B632F">
              <w:rPr>
                <w:b/>
                <w:bCs/>
                <w:sz w:val="22"/>
              </w:rPr>
              <w:t>ítem</w:t>
            </w:r>
            <w:proofErr w:type="spellEnd"/>
          </w:p>
        </w:tc>
        <w:tc>
          <w:tcPr>
            <w:tcW w:w="2266" w:type="dxa"/>
          </w:tcPr>
          <w:p w14:paraId="3E3D52A2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proofErr w:type="spellStart"/>
            <w:r w:rsidRPr="007B632F">
              <w:rPr>
                <w:b/>
                <w:bCs/>
                <w:sz w:val="22"/>
              </w:rPr>
              <w:t>Actividad</w:t>
            </w:r>
            <w:proofErr w:type="spellEnd"/>
          </w:p>
        </w:tc>
        <w:tc>
          <w:tcPr>
            <w:tcW w:w="1346" w:type="dxa"/>
          </w:tcPr>
          <w:p w14:paraId="5197DC4E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>Tiempo</w:t>
            </w:r>
          </w:p>
          <w:p w14:paraId="49EB72CE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>Días</w:t>
            </w:r>
          </w:p>
        </w:tc>
        <w:tc>
          <w:tcPr>
            <w:tcW w:w="1347" w:type="dxa"/>
          </w:tcPr>
          <w:p w14:paraId="68A013D6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proofErr w:type="spellStart"/>
            <w:r w:rsidRPr="007B632F">
              <w:rPr>
                <w:b/>
                <w:bCs/>
                <w:sz w:val="22"/>
              </w:rPr>
              <w:t>Cantidad</w:t>
            </w:r>
            <w:proofErr w:type="spellEnd"/>
          </w:p>
        </w:tc>
        <w:tc>
          <w:tcPr>
            <w:tcW w:w="1346" w:type="dxa"/>
          </w:tcPr>
          <w:p w14:paraId="6025F220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 xml:space="preserve"> Valor </w:t>
            </w:r>
            <w:proofErr w:type="spellStart"/>
            <w:r w:rsidRPr="007B632F">
              <w:rPr>
                <w:b/>
                <w:bCs/>
                <w:sz w:val="22"/>
              </w:rPr>
              <w:t>Unitario</w:t>
            </w:r>
            <w:proofErr w:type="spellEnd"/>
            <w:r w:rsidRPr="007B632F">
              <w:rPr>
                <w:b/>
                <w:bCs/>
                <w:sz w:val="22"/>
              </w:rPr>
              <w:t xml:space="preserve"> </w:t>
            </w:r>
          </w:p>
        </w:tc>
        <w:tc>
          <w:tcPr>
            <w:tcW w:w="1346" w:type="dxa"/>
          </w:tcPr>
          <w:p w14:paraId="2AC6995B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 xml:space="preserve"> Valor Total Mes </w:t>
            </w:r>
          </w:p>
        </w:tc>
      </w:tr>
      <w:tr w:rsidR="00C83D3A" w:rsidRPr="00CC2001" w14:paraId="2D775C8F" w14:textId="77777777" w:rsidTr="00C83D3A">
        <w:trPr>
          <w:trHeight w:val="312"/>
        </w:trPr>
        <w:tc>
          <w:tcPr>
            <w:tcW w:w="1346" w:type="dxa"/>
          </w:tcPr>
          <w:p w14:paraId="3CBDA5E0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7653" w:type="dxa"/>
            <w:gridSpan w:val="5"/>
          </w:tcPr>
          <w:p w14:paraId="52915BB0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 xml:space="preserve">Talento Humano para la </w:t>
            </w:r>
            <w:proofErr w:type="spellStart"/>
            <w:r w:rsidRPr="007B632F">
              <w:rPr>
                <w:b/>
                <w:bCs/>
                <w:sz w:val="22"/>
              </w:rPr>
              <w:t>Atención</w:t>
            </w:r>
            <w:proofErr w:type="spellEnd"/>
            <w:r w:rsidRPr="007B632F">
              <w:rPr>
                <w:b/>
                <w:bCs/>
                <w:sz w:val="22"/>
              </w:rPr>
              <w:t xml:space="preserve"> de las personas </w:t>
            </w:r>
            <w:proofErr w:type="spellStart"/>
            <w:r w:rsidRPr="007B632F">
              <w:rPr>
                <w:b/>
                <w:bCs/>
                <w:sz w:val="22"/>
              </w:rPr>
              <w:t>mayore</w:t>
            </w:r>
            <w:proofErr w:type="spellEnd"/>
            <w:r w:rsidRPr="007B632F">
              <w:rPr>
                <w:b/>
                <w:bCs/>
                <w:sz w:val="22"/>
              </w:rPr>
              <w:t xml:space="preserve"> </w:t>
            </w:r>
            <w:proofErr w:type="spellStart"/>
            <w:r w:rsidRPr="007B632F">
              <w:rPr>
                <w:b/>
                <w:bCs/>
                <w:sz w:val="22"/>
              </w:rPr>
              <w:t>en</w:t>
            </w:r>
            <w:proofErr w:type="spellEnd"/>
            <w:r w:rsidRPr="007B632F">
              <w:rPr>
                <w:b/>
                <w:bCs/>
                <w:sz w:val="22"/>
              </w:rPr>
              <w:t xml:space="preserve"> </w:t>
            </w:r>
            <w:proofErr w:type="spellStart"/>
            <w:r w:rsidRPr="007B632F">
              <w:rPr>
                <w:b/>
                <w:bCs/>
                <w:sz w:val="22"/>
              </w:rPr>
              <w:t>centro</w:t>
            </w:r>
            <w:proofErr w:type="spellEnd"/>
            <w:r w:rsidRPr="007B632F">
              <w:rPr>
                <w:b/>
                <w:bCs/>
                <w:sz w:val="22"/>
              </w:rPr>
              <w:t xml:space="preserve"> </w:t>
            </w:r>
            <w:proofErr w:type="spellStart"/>
            <w:r w:rsidRPr="007B632F">
              <w:rPr>
                <w:b/>
                <w:bCs/>
                <w:sz w:val="22"/>
              </w:rPr>
              <w:t>vida</w:t>
            </w:r>
            <w:proofErr w:type="spellEnd"/>
          </w:p>
        </w:tc>
      </w:tr>
      <w:tr w:rsidR="00C83D3A" w:rsidRPr="007B632F" w14:paraId="2E0FF0B6" w14:textId="77777777" w:rsidTr="00C83D3A">
        <w:trPr>
          <w:trHeight w:val="475"/>
        </w:trPr>
        <w:tc>
          <w:tcPr>
            <w:tcW w:w="1346" w:type="dxa"/>
          </w:tcPr>
          <w:p w14:paraId="5726A9D2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>1</w:t>
            </w:r>
          </w:p>
        </w:tc>
        <w:tc>
          <w:tcPr>
            <w:tcW w:w="2266" w:type="dxa"/>
          </w:tcPr>
          <w:p w14:paraId="014DCF42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proofErr w:type="spellStart"/>
            <w:r w:rsidRPr="007B632F">
              <w:rPr>
                <w:sz w:val="22"/>
              </w:rPr>
              <w:t>Coordinación</w:t>
            </w:r>
            <w:proofErr w:type="spellEnd"/>
            <w:r w:rsidRPr="007B632F">
              <w:rPr>
                <w:sz w:val="22"/>
              </w:rPr>
              <w:t xml:space="preserve"> General</w:t>
            </w:r>
          </w:p>
        </w:tc>
        <w:tc>
          <w:tcPr>
            <w:tcW w:w="1346" w:type="dxa"/>
          </w:tcPr>
          <w:p w14:paraId="2114D505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56</w:t>
            </w:r>
          </w:p>
        </w:tc>
        <w:tc>
          <w:tcPr>
            <w:tcW w:w="1347" w:type="dxa"/>
          </w:tcPr>
          <w:p w14:paraId="373CE394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1</w:t>
            </w:r>
          </w:p>
        </w:tc>
        <w:tc>
          <w:tcPr>
            <w:tcW w:w="1346" w:type="dxa"/>
          </w:tcPr>
          <w:p w14:paraId="35F3840A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78.000</w:t>
            </w:r>
          </w:p>
        </w:tc>
        <w:tc>
          <w:tcPr>
            <w:tcW w:w="1346" w:type="dxa"/>
          </w:tcPr>
          <w:p w14:paraId="5A1D3891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4.368.000</w:t>
            </w:r>
          </w:p>
        </w:tc>
      </w:tr>
      <w:tr w:rsidR="00C83D3A" w:rsidRPr="007B632F" w14:paraId="5CA923ED" w14:textId="77777777" w:rsidTr="00E666B7">
        <w:trPr>
          <w:trHeight w:val="1139"/>
        </w:trPr>
        <w:tc>
          <w:tcPr>
            <w:tcW w:w="1346" w:type="dxa"/>
          </w:tcPr>
          <w:p w14:paraId="34924E62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lastRenderedPageBreak/>
              <w:t>2</w:t>
            </w:r>
          </w:p>
        </w:tc>
        <w:tc>
          <w:tcPr>
            <w:tcW w:w="2266" w:type="dxa"/>
          </w:tcPr>
          <w:p w14:paraId="6BD5DE64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proofErr w:type="spellStart"/>
            <w:r w:rsidRPr="007B632F">
              <w:rPr>
                <w:sz w:val="22"/>
              </w:rPr>
              <w:t>Profesional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en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Psicología</w:t>
            </w:r>
            <w:proofErr w:type="spellEnd"/>
            <w:r w:rsidRPr="007B632F">
              <w:rPr>
                <w:sz w:val="22"/>
              </w:rPr>
              <w:t xml:space="preserve">: Se </w:t>
            </w:r>
            <w:proofErr w:type="spellStart"/>
            <w:r w:rsidRPr="007B632F">
              <w:rPr>
                <w:sz w:val="22"/>
              </w:rPr>
              <w:t>realizará</w:t>
            </w:r>
            <w:proofErr w:type="spellEnd"/>
            <w:r w:rsidRPr="007B632F">
              <w:rPr>
                <w:sz w:val="22"/>
              </w:rPr>
              <w:t xml:space="preserve"> la </w:t>
            </w:r>
            <w:proofErr w:type="spellStart"/>
            <w:r w:rsidRPr="007B632F">
              <w:rPr>
                <w:sz w:val="22"/>
              </w:rPr>
              <w:t>contratación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una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psicóloga</w:t>
            </w:r>
            <w:proofErr w:type="spellEnd"/>
            <w:r w:rsidRPr="007B632F">
              <w:rPr>
                <w:sz w:val="22"/>
              </w:rPr>
              <w:t xml:space="preserve"> que se </w:t>
            </w:r>
            <w:proofErr w:type="spellStart"/>
            <w:r w:rsidRPr="007B632F">
              <w:rPr>
                <w:sz w:val="22"/>
              </w:rPr>
              <w:t>encargará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hacer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actividades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acuerdo</w:t>
            </w:r>
            <w:proofErr w:type="spellEnd"/>
            <w:r w:rsidRPr="007B632F">
              <w:rPr>
                <w:sz w:val="22"/>
              </w:rPr>
              <w:t xml:space="preserve"> a </w:t>
            </w:r>
            <w:proofErr w:type="spellStart"/>
            <w:r w:rsidRPr="007B632F">
              <w:rPr>
                <w:sz w:val="22"/>
              </w:rPr>
              <w:t>su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profesión</w:t>
            </w:r>
            <w:proofErr w:type="spellEnd"/>
            <w:r w:rsidRPr="007B632F">
              <w:rPr>
                <w:sz w:val="22"/>
              </w:rPr>
              <w:t xml:space="preserve">. </w:t>
            </w:r>
          </w:p>
        </w:tc>
        <w:tc>
          <w:tcPr>
            <w:tcW w:w="1346" w:type="dxa"/>
          </w:tcPr>
          <w:p w14:paraId="06C18589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56</w:t>
            </w:r>
          </w:p>
        </w:tc>
        <w:tc>
          <w:tcPr>
            <w:tcW w:w="1347" w:type="dxa"/>
          </w:tcPr>
          <w:p w14:paraId="492C9F21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1</w:t>
            </w:r>
          </w:p>
        </w:tc>
        <w:tc>
          <w:tcPr>
            <w:tcW w:w="1346" w:type="dxa"/>
          </w:tcPr>
          <w:p w14:paraId="4FE17DF8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   77.000 </w:t>
            </w:r>
          </w:p>
        </w:tc>
        <w:tc>
          <w:tcPr>
            <w:tcW w:w="1346" w:type="dxa"/>
          </w:tcPr>
          <w:p w14:paraId="18AA69CA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4.312.000</w:t>
            </w:r>
          </w:p>
        </w:tc>
      </w:tr>
      <w:tr w:rsidR="00C83D3A" w:rsidRPr="007B632F" w14:paraId="0DFC3B3A" w14:textId="77777777" w:rsidTr="00C83D3A">
        <w:trPr>
          <w:trHeight w:val="475"/>
        </w:trPr>
        <w:tc>
          <w:tcPr>
            <w:tcW w:w="1346" w:type="dxa"/>
          </w:tcPr>
          <w:p w14:paraId="5FD4281E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>3</w:t>
            </w:r>
          </w:p>
        </w:tc>
        <w:tc>
          <w:tcPr>
            <w:tcW w:w="2266" w:type="dxa"/>
          </w:tcPr>
          <w:p w14:paraId="6913EBC0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proofErr w:type="spellStart"/>
            <w:r w:rsidRPr="007B632F">
              <w:rPr>
                <w:sz w:val="22"/>
              </w:rPr>
              <w:t>Profesional</w:t>
            </w:r>
            <w:proofErr w:type="spellEnd"/>
            <w:r w:rsidRPr="007B632F">
              <w:rPr>
                <w:sz w:val="22"/>
              </w:rPr>
              <w:t xml:space="preserve"> en </w:t>
            </w:r>
            <w:proofErr w:type="spellStart"/>
            <w:r w:rsidRPr="007B632F">
              <w:rPr>
                <w:sz w:val="22"/>
              </w:rPr>
              <w:t>Gerontología</w:t>
            </w:r>
            <w:proofErr w:type="spellEnd"/>
            <w:r w:rsidRPr="007B632F">
              <w:rPr>
                <w:sz w:val="22"/>
              </w:rPr>
              <w:t xml:space="preserve">. </w:t>
            </w:r>
          </w:p>
        </w:tc>
        <w:tc>
          <w:tcPr>
            <w:tcW w:w="1346" w:type="dxa"/>
          </w:tcPr>
          <w:p w14:paraId="3C481152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56</w:t>
            </w:r>
          </w:p>
        </w:tc>
        <w:tc>
          <w:tcPr>
            <w:tcW w:w="1347" w:type="dxa"/>
          </w:tcPr>
          <w:p w14:paraId="33CD5832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1</w:t>
            </w:r>
          </w:p>
        </w:tc>
        <w:tc>
          <w:tcPr>
            <w:tcW w:w="1346" w:type="dxa"/>
          </w:tcPr>
          <w:p w14:paraId="67BD5519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   77.000 </w:t>
            </w:r>
          </w:p>
        </w:tc>
        <w:tc>
          <w:tcPr>
            <w:tcW w:w="1346" w:type="dxa"/>
          </w:tcPr>
          <w:p w14:paraId="65767F3D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4.312.000</w:t>
            </w:r>
          </w:p>
        </w:tc>
      </w:tr>
      <w:tr w:rsidR="00C83D3A" w:rsidRPr="007B632F" w14:paraId="6D3C4D7D" w14:textId="77777777" w:rsidTr="00E666B7">
        <w:trPr>
          <w:trHeight w:val="1201"/>
        </w:trPr>
        <w:tc>
          <w:tcPr>
            <w:tcW w:w="1346" w:type="dxa"/>
          </w:tcPr>
          <w:p w14:paraId="2078E169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>4</w:t>
            </w:r>
          </w:p>
        </w:tc>
        <w:tc>
          <w:tcPr>
            <w:tcW w:w="2266" w:type="dxa"/>
          </w:tcPr>
          <w:p w14:paraId="586C3B9B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Auxiliar de </w:t>
            </w:r>
            <w:proofErr w:type="spellStart"/>
            <w:r w:rsidRPr="007B632F">
              <w:rPr>
                <w:sz w:val="22"/>
              </w:rPr>
              <w:t>Enfermería</w:t>
            </w:r>
            <w:proofErr w:type="spellEnd"/>
            <w:r w:rsidRPr="007B632F">
              <w:rPr>
                <w:sz w:val="22"/>
              </w:rPr>
              <w:t xml:space="preserve">: </w:t>
            </w:r>
            <w:proofErr w:type="spellStart"/>
            <w:r w:rsidRPr="007B632F">
              <w:rPr>
                <w:sz w:val="22"/>
              </w:rPr>
              <w:t>Realizar</w:t>
            </w:r>
            <w:proofErr w:type="spellEnd"/>
            <w:r w:rsidRPr="007B632F">
              <w:rPr>
                <w:sz w:val="22"/>
              </w:rPr>
              <w:t xml:space="preserve"> la </w:t>
            </w:r>
            <w:proofErr w:type="spellStart"/>
            <w:r w:rsidRPr="007B632F">
              <w:rPr>
                <w:sz w:val="22"/>
              </w:rPr>
              <w:t>contratación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una</w:t>
            </w:r>
            <w:proofErr w:type="spellEnd"/>
            <w:r w:rsidRPr="007B632F">
              <w:rPr>
                <w:sz w:val="22"/>
              </w:rPr>
              <w:t xml:space="preserve"> auxiliar de </w:t>
            </w:r>
            <w:proofErr w:type="spellStart"/>
            <w:r w:rsidRPr="007B632F">
              <w:rPr>
                <w:sz w:val="22"/>
              </w:rPr>
              <w:t>enfermería</w:t>
            </w:r>
            <w:proofErr w:type="spellEnd"/>
            <w:r w:rsidRPr="007B632F">
              <w:rPr>
                <w:sz w:val="22"/>
              </w:rPr>
              <w:t xml:space="preserve"> para la </w:t>
            </w:r>
            <w:proofErr w:type="spellStart"/>
            <w:r w:rsidRPr="007B632F">
              <w:rPr>
                <w:sz w:val="22"/>
              </w:rPr>
              <w:t>atención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primaria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en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salud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los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beneficiarios</w:t>
            </w:r>
            <w:proofErr w:type="spellEnd"/>
            <w:r w:rsidRPr="007B632F">
              <w:rPr>
                <w:sz w:val="22"/>
              </w:rPr>
              <w:t xml:space="preserve"> del CV. </w:t>
            </w:r>
          </w:p>
        </w:tc>
        <w:tc>
          <w:tcPr>
            <w:tcW w:w="1346" w:type="dxa"/>
          </w:tcPr>
          <w:p w14:paraId="4B378791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56</w:t>
            </w:r>
          </w:p>
        </w:tc>
        <w:tc>
          <w:tcPr>
            <w:tcW w:w="1347" w:type="dxa"/>
          </w:tcPr>
          <w:p w14:paraId="2C58B2D9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1</w:t>
            </w:r>
          </w:p>
        </w:tc>
        <w:tc>
          <w:tcPr>
            <w:tcW w:w="1346" w:type="dxa"/>
          </w:tcPr>
          <w:p w14:paraId="61D1FB42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   76.000 </w:t>
            </w:r>
          </w:p>
        </w:tc>
        <w:tc>
          <w:tcPr>
            <w:tcW w:w="1346" w:type="dxa"/>
          </w:tcPr>
          <w:p w14:paraId="4FA0F74E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4.256.000</w:t>
            </w:r>
          </w:p>
        </w:tc>
      </w:tr>
      <w:tr w:rsidR="00C83D3A" w:rsidRPr="007B632F" w14:paraId="08ECFA79" w14:textId="77777777" w:rsidTr="00E666B7">
        <w:trPr>
          <w:trHeight w:val="1557"/>
        </w:trPr>
        <w:tc>
          <w:tcPr>
            <w:tcW w:w="1346" w:type="dxa"/>
          </w:tcPr>
          <w:p w14:paraId="3D75B2AA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>5</w:t>
            </w:r>
          </w:p>
        </w:tc>
        <w:tc>
          <w:tcPr>
            <w:tcW w:w="2266" w:type="dxa"/>
          </w:tcPr>
          <w:p w14:paraId="67540024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proofErr w:type="spellStart"/>
            <w:r w:rsidRPr="007B632F">
              <w:rPr>
                <w:sz w:val="22"/>
              </w:rPr>
              <w:t>Manipulador</w:t>
            </w:r>
            <w:proofErr w:type="spellEnd"/>
            <w:r w:rsidRPr="007B632F">
              <w:rPr>
                <w:sz w:val="22"/>
              </w:rPr>
              <w:t xml:space="preserve"> de Alimentos: </w:t>
            </w:r>
            <w:proofErr w:type="spellStart"/>
            <w:r w:rsidRPr="007B632F">
              <w:rPr>
                <w:sz w:val="22"/>
              </w:rPr>
              <w:t>Realizar</w:t>
            </w:r>
            <w:proofErr w:type="spellEnd"/>
            <w:r w:rsidRPr="007B632F">
              <w:rPr>
                <w:sz w:val="22"/>
              </w:rPr>
              <w:t xml:space="preserve"> la </w:t>
            </w:r>
            <w:proofErr w:type="spellStart"/>
            <w:r w:rsidRPr="007B632F">
              <w:rPr>
                <w:sz w:val="22"/>
              </w:rPr>
              <w:t>contratación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una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manipuladora</w:t>
            </w:r>
            <w:proofErr w:type="spellEnd"/>
            <w:r w:rsidRPr="007B632F">
              <w:rPr>
                <w:sz w:val="22"/>
              </w:rPr>
              <w:t xml:space="preserve"> que se </w:t>
            </w:r>
            <w:proofErr w:type="spellStart"/>
            <w:r w:rsidRPr="007B632F">
              <w:rPr>
                <w:sz w:val="22"/>
              </w:rPr>
              <w:t>encargará</w:t>
            </w:r>
            <w:proofErr w:type="spellEnd"/>
            <w:r w:rsidRPr="007B632F">
              <w:rPr>
                <w:sz w:val="22"/>
              </w:rPr>
              <w:t xml:space="preserve"> de la </w:t>
            </w:r>
            <w:proofErr w:type="spellStart"/>
            <w:r w:rsidRPr="007B632F">
              <w:rPr>
                <w:sz w:val="22"/>
              </w:rPr>
              <w:t>preparación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los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alimentos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en</w:t>
            </w:r>
            <w:proofErr w:type="spellEnd"/>
            <w:r w:rsidRPr="007B632F">
              <w:rPr>
                <w:sz w:val="22"/>
              </w:rPr>
              <w:t xml:space="preserve"> CV.  </w:t>
            </w:r>
          </w:p>
        </w:tc>
        <w:tc>
          <w:tcPr>
            <w:tcW w:w="1346" w:type="dxa"/>
          </w:tcPr>
          <w:p w14:paraId="1C9663DC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56</w:t>
            </w:r>
          </w:p>
        </w:tc>
        <w:tc>
          <w:tcPr>
            <w:tcW w:w="1347" w:type="dxa"/>
          </w:tcPr>
          <w:p w14:paraId="5081AF49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1</w:t>
            </w:r>
          </w:p>
        </w:tc>
        <w:tc>
          <w:tcPr>
            <w:tcW w:w="1346" w:type="dxa"/>
          </w:tcPr>
          <w:p w14:paraId="1A2E5E7C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   76.000 </w:t>
            </w:r>
          </w:p>
        </w:tc>
        <w:tc>
          <w:tcPr>
            <w:tcW w:w="1346" w:type="dxa"/>
          </w:tcPr>
          <w:p w14:paraId="7FEB8226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4.256.000</w:t>
            </w:r>
          </w:p>
        </w:tc>
      </w:tr>
      <w:tr w:rsidR="00C83D3A" w:rsidRPr="007B632F" w14:paraId="1C08659A" w14:textId="77777777" w:rsidTr="00C83D3A">
        <w:trPr>
          <w:trHeight w:val="713"/>
        </w:trPr>
        <w:tc>
          <w:tcPr>
            <w:tcW w:w="1346" w:type="dxa"/>
          </w:tcPr>
          <w:p w14:paraId="0651A171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>6</w:t>
            </w:r>
          </w:p>
        </w:tc>
        <w:tc>
          <w:tcPr>
            <w:tcW w:w="2266" w:type="dxa"/>
          </w:tcPr>
          <w:p w14:paraId="04AB2959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Auxiliar </w:t>
            </w:r>
            <w:proofErr w:type="spellStart"/>
            <w:r w:rsidRPr="007B632F">
              <w:rPr>
                <w:sz w:val="22"/>
              </w:rPr>
              <w:t>en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servicios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Generales</w:t>
            </w:r>
            <w:proofErr w:type="spellEnd"/>
          </w:p>
        </w:tc>
        <w:tc>
          <w:tcPr>
            <w:tcW w:w="1346" w:type="dxa"/>
          </w:tcPr>
          <w:p w14:paraId="355DDEC6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56</w:t>
            </w:r>
          </w:p>
        </w:tc>
        <w:tc>
          <w:tcPr>
            <w:tcW w:w="1347" w:type="dxa"/>
            <w:shd w:val="solid" w:color="FFFFFF" w:fill="auto"/>
          </w:tcPr>
          <w:p w14:paraId="6D38288B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1</w:t>
            </w:r>
          </w:p>
        </w:tc>
        <w:tc>
          <w:tcPr>
            <w:tcW w:w="1346" w:type="dxa"/>
          </w:tcPr>
          <w:p w14:paraId="1E785BCD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   76.000 </w:t>
            </w:r>
          </w:p>
        </w:tc>
        <w:tc>
          <w:tcPr>
            <w:tcW w:w="1346" w:type="dxa"/>
          </w:tcPr>
          <w:p w14:paraId="0A669254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4.256.000</w:t>
            </w:r>
          </w:p>
        </w:tc>
      </w:tr>
      <w:tr w:rsidR="00C83D3A" w:rsidRPr="007B632F" w14:paraId="4CEE302C" w14:textId="77777777" w:rsidTr="00E666B7">
        <w:trPr>
          <w:trHeight w:val="1934"/>
        </w:trPr>
        <w:tc>
          <w:tcPr>
            <w:tcW w:w="1346" w:type="dxa"/>
          </w:tcPr>
          <w:p w14:paraId="092E8A8F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>7</w:t>
            </w:r>
          </w:p>
        </w:tc>
        <w:tc>
          <w:tcPr>
            <w:tcW w:w="2266" w:type="dxa"/>
          </w:tcPr>
          <w:p w14:paraId="5986399C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Instructor de </w:t>
            </w:r>
            <w:proofErr w:type="spellStart"/>
            <w:r w:rsidRPr="007B632F">
              <w:rPr>
                <w:sz w:val="22"/>
              </w:rPr>
              <w:t>actividad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física</w:t>
            </w:r>
            <w:proofErr w:type="spellEnd"/>
            <w:r w:rsidRPr="007B632F">
              <w:rPr>
                <w:sz w:val="22"/>
              </w:rPr>
              <w:t xml:space="preserve">: </w:t>
            </w:r>
            <w:proofErr w:type="spellStart"/>
            <w:r w:rsidRPr="007B632F">
              <w:rPr>
                <w:sz w:val="22"/>
              </w:rPr>
              <w:t>Realizar</w:t>
            </w:r>
            <w:proofErr w:type="spellEnd"/>
            <w:r w:rsidRPr="007B632F">
              <w:rPr>
                <w:sz w:val="22"/>
              </w:rPr>
              <w:t xml:space="preserve"> la </w:t>
            </w:r>
            <w:proofErr w:type="spellStart"/>
            <w:r w:rsidRPr="007B632F">
              <w:rPr>
                <w:sz w:val="22"/>
              </w:rPr>
              <w:t>contratación</w:t>
            </w:r>
            <w:proofErr w:type="spellEnd"/>
            <w:r w:rsidRPr="007B632F">
              <w:rPr>
                <w:sz w:val="22"/>
              </w:rPr>
              <w:t xml:space="preserve"> de un instructor para </w:t>
            </w:r>
            <w:proofErr w:type="spellStart"/>
            <w:r w:rsidRPr="007B632F">
              <w:rPr>
                <w:sz w:val="22"/>
              </w:rPr>
              <w:t>programas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ejercicio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físico</w:t>
            </w:r>
            <w:proofErr w:type="spellEnd"/>
            <w:r w:rsidRPr="007B632F">
              <w:rPr>
                <w:sz w:val="22"/>
              </w:rPr>
              <w:t xml:space="preserve">, con </w:t>
            </w:r>
            <w:proofErr w:type="spellStart"/>
            <w:r w:rsidRPr="007B632F">
              <w:rPr>
                <w:sz w:val="22"/>
              </w:rPr>
              <w:t>el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objetivo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mejorar</w:t>
            </w:r>
            <w:proofErr w:type="spellEnd"/>
            <w:r w:rsidRPr="007B632F">
              <w:rPr>
                <w:sz w:val="22"/>
              </w:rPr>
              <w:t xml:space="preserve"> la </w:t>
            </w:r>
            <w:proofErr w:type="spellStart"/>
            <w:r w:rsidRPr="007B632F">
              <w:rPr>
                <w:sz w:val="22"/>
              </w:rPr>
              <w:t>condición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física</w:t>
            </w:r>
            <w:proofErr w:type="spellEnd"/>
            <w:r w:rsidRPr="007B632F">
              <w:rPr>
                <w:sz w:val="22"/>
              </w:rPr>
              <w:t xml:space="preserve">, la </w:t>
            </w:r>
            <w:proofErr w:type="spellStart"/>
            <w:r w:rsidRPr="007B632F">
              <w:rPr>
                <w:sz w:val="22"/>
              </w:rPr>
              <w:t>salud</w:t>
            </w:r>
            <w:proofErr w:type="spellEnd"/>
            <w:r w:rsidRPr="007B632F">
              <w:rPr>
                <w:sz w:val="22"/>
              </w:rPr>
              <w:t xml:space="preserve"> y </w:t>
            </w:r>
            <w:proofErr w:type="spellStart"/>
            <w:r w:rsidRPr="007B632F">
              <w:rPr>
                <w:sz w:val="22"/>
              </w:rPr>
              <w:t>el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bienestar</w:t>
            </w:r>
            <w:proofErr w:type="spellEnd"/>
            <w:r w:rsidRPr="007B632F">
              <w:rPr>
                <w:sz w:val="22"/>
              </w:rPr>
              <w:t xml:space="preserve"> de las personas </w:t>
            </w:r>
            <w:proofErr w:type="spellStart"/>
            <w:r w:rsidRPr="007B632F">
              <w:rPr>
                <w:sz w:val="22"/>
              </w:rPr>
              <w:t>mayores</w:t>
            </w:r>
            <w:proofErr w:type="spellEnd"/>
            <w:r w:rsidRPr="007B632F">
              <w:rPr>
                <w:sz w:val="22"/>
              </w:rPr>
              <w:t>.</w:t>
            </w:r>
          </w:p>
        </w:tc>
        <w:tc>
          <w:tcPr>
            <w:tcW w:w="1346" w:type="dxa"/>
          </w:tcPr>
          <w:p w14:paraId="0D5CEF37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56</w:t>
            </w:r>
          </w:p>
        </w:tc>
        <w:tc>
          <w:tcPr>
            <w:tcW w:w="1347" w:type="dxa"/>
            <w:shd w:val="solid" w:color="FFFFFF" w:fill="auto"/>
          </w:tcPr>
          <w:p w14:paraId="4151C6C7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1</w:t>
            </w:r>
          </w:p>
        </w:tc>
        <w:tc>
          <w:tcPr>
            <w:tcW w:w="1346" w:type="dxa"/>
          </w:tcPr>
          <w:p w14:paraId="7943AA2A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   76.000 </w:t>
            </w:r>
          </w:p>
        </w:tc>
        <w:tc>
          <w:tcPr>
            <w:tcW w:w="1346" w:type="dxa"/>
          </w:tcPr>
          <w:p w14:paraId="33E40059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4.256.000</w:t>
            </w:r>
          </w:p>
        </w:tc>
      </w:tr>
      <w:tr w:rsidR="00C83D3A" w:rsidRPr="007B632F" w14:paraId="4C5D74D5" w14:textId="77777777" w:rsidTr="00E666B7">
        <w:trPr>
          <w:trHeight w:val="2833"/>
        </w:trPr>
        <w:tc>
          <w:tcPr>
            <w:tcW w:w="1346" w:type="dxa"/>
          </w:tcPr>
          <w:p w14:paraId="68BAD9A7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>8</w:t>
            </w:r>
          </w:p>
        </w:tc>
        <w:tc>
          <w:tcPr>
            <w:tcW w:w="2266" w:type="dxa"/>
          </w:tcPr>
          <w:p w14:paraId="633CDB6B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Instructor </w:t>
            </w:r>
            <w:proofErr w:type="spellStart"/>
            <w:r w:rsidRPr="007B632F">
              <w:rPr>
                <w:sz w:val="22"/>
              </w:rPr>
              <w:t>en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actividades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Recreativas</w:t>
            </w:r>
            <w:proofErr w:type="spellEnd"/>
            <w:r w:rsidRPr="007B632F">
              <w:rPr>
                <w:sz w:val="22"/>
              </w:rPr>
              <w:t xml:space="preserve"> y </w:t>
            </w:r>
            <w:proofErr w:type="spellStart"/>
            <w:r w:rsidRPr="007B632F">
              <w:rPr>
                <w:sz w:val="22"/>
              </w:rPr>
              <w:t>culturales</w:t>
            </w:r>
            <w:proofErr w:type="spellEnd"/>
            <w:r w:rsidRPr="007B632F">
              <w:rPr>
                <w:sz w:val="22"/>
              </w:rPr>
              <w:t xml:space="preserve">: </w:t>
            </w:r>
            <w:proofErr w:type="spellStart"/>
            <w:r w:rsidRPr="007B632F">
              <w:rPr>
                <w:sz w:val="22"/>
              </w:rPr>
              <w:t>Realizar</w:t>
            </w:r>
            <w:proofErr w:type="spellEnd"/>
            <w:r w:rsidRPr="007B632F">
              <w:rPr>
                <w:sz w:val="22"/>
              </w:rPr>
              <w:t xml:space="preserve"> la </w:t>
            </w:r>
            <w:proofErr w:type="spellStart"/>
            <w:r w:rsidRPr="007B632F">
              <w:rPr>
                <w:sz w:val="22"/>
              </w:rPr>
              <w:t>contratación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una</w:t>
            </w:r>
            <w:proofErr w:type="spellEnd"/>
            <w:r w:rsidRPr="007B632F">
              <w:rPr>
                <w:sz w:val="22"/>
              </w:rPr>
              <w:t xml:space="preserve"> persona que se </w:t>
            </w:r>
            <w:proofErr w:type="spellStart"/>
            <w:r w:rsidRPr="007B632F">
              <w:rPr>
                <w:sz w:val="22"/>
              </w:rPr>
              <w:t>encargue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promover</w:t>
            </w:r>
            <w:proofErr w:type="spellEnd"/>
            <w:r w:rsidRPr="007B632F">
              <w:rPr>
                <w:sz w:val="22"/>
              </w:rPr>
              <w:t xml:space="preserve"> la </w:t>
            </w:r>
            <w:proofErr w:type="spellStart"/>
            <w:r w:rsidRPr="007B632F">
              <w:rPr>
                <w:sz w:val="22"/>
              </w:rPr>
              <w:t>integración</w:t>
            </w:r>
            <w:proofErr w:type="spellEnd"/>
            <w:r w:rsidRPr="007B632F">
              <w:rPr>
                <w:sz w:val="22"/>
              </w:rPr>
              <w:t xml:space="preserve"> social y </w:t>
            </w:r>
            <w:proofErr w:type="spellStart"/>
            <w:r w:rsidRPr="007B632F">
              <w:rPr>
                <w:sz w:val="22"/>
              </w:rPr>
              <w:t>comunitaria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mejore</w:t>
            </w:r>
            <w:proofErr w:type="spellEnd"/>
            <w:r w:rsidRPr="007B632F">
              <w:rPr>
                <w:sz w:val="22"/>
              </w:rPr>
              <w:t xml:space="preserve"> la </w:t>
            </w:r>
            <w:proofErr w:type="spellStart"/>
            <w:r w:rsidRPr="007B632F">
              <w:rPr>
                <w:sz w:val="22"/>
              </w:rPr>
              <w:t>movilidad</w:t>
            </w:r>
            <w:proofErr w:type="spellEnd"/>
            <w:r w:rsidRPr="007B632F">
              <w:rPr>
                <w:sz w:val="22"/>
              </w:rPr>
              <w:t xml:space="preserve">, y </w:t>
            </w:r>
            <w:proofErr w:type="spellStart"/>
            <w:r w:rsidRPr="007B632F">
              <w:rPr>
                <w:sz w:val="22"/>
              </w:rPr>
              <w:t>contribuya</w:t>
            </w:r>
            <w:proofErr w:type="spellEnd"/>
            <w:r w:rsidRPr="007B632F">
              <w:rPr>
                <w:sz w:val="22"/>
              </w:rPr>
              <w:t xml:space="preserve"> a </w:t>
            </w:r>
            <w:proofErr w:type="spellStart"/>
            <w:r w:rsidRPr="007B632F">
              <w:rPr>
                <w:sz w:val="22"/>
              </w:rPr>
              <w:t>una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vida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más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saludable</w:t>
            </w:r>
            <w:proofErr w:type="spellEnd"/>
            <w:r w:rsidRPr="007B632F">
              <w:rPr>
                <w:sz w:val="22"/>
              </w:rPr>
              <w:t xml:space="preserve"> y </w:t>
            </w:r>
            <w:proofErr w:type="spellStart"/>
            <w:r w:rsidRPr="007B632F">
              <w:rPr>
                <w:sz w:val="22"/>
              </w:rPr>
              <w:t>satisfactoria</w:t>
            </w:r>
            <w:proofErr w:type="spellEnd"/>
            <w:r w:rsidRPr="007B632F">
              <w:rPr>
                <w:sz w:val="22"/>
              </w:rPr>
              <w:t>.</w:t>
            </w:r>
          </w:p>
        </w:tc>
        <w:tc>
          <w:tcPr>
            <w:tcW w:w="1346" w:type="dxa"/>
          </w:tcPr>
          <w:p w14:paraId="30BA8C76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56</w:t>
            </w:r>
          </w:p>
        </w:tc>
        <w:tc>
          <w:tcPr>
            <w:tcW w:w="1347" w:type="dxa"/>
          </w:tcPr>
          <w:p w14:paraId="7FAB569E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1</w:t>
            </w:r>
          </w:p>
        </w:tc>
        <w:tc>
          <w:tcPr>
            <w:tcW w:w="1346" w:type="dxa"/>
          </w:tcPr>
          <w:p w14:paraId="6B26DDBD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   76.000 </w:t>
            </w:r>
          </w:p>
        </w:tc>
        <w:tc>
          <w:tcPr>
            <w:tcW w:w="1346" w:type="dxa"/>
          </w:tcPr>
          <w:p w14:paraId="4D157CB1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4.256.000</w:t>
            </w:r>
          </w:p>
        </w:tc>
      </w:tr>
      <w:tr w:rsidR="00C83D3A" w:rsidRPr="007B632F" w14:paraId="4B138370" w14:textId="77777777" w:rsidTr="00C83D3A">
        <w:trPr>
          <w:trHeight w:val="312"/>
        </w:trPr>
        <w:tc>
          <w:tcPr>
            <w:tcW w:w="1346" w:type="dxa"/>
          </w:tcPr>
          <w:p w14:paraId="3857E3C0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2266" w:type="dxa"/>
          </w:tcPr>
          <w:p w14:paraId="1EC90475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20BCCFD4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7" w:type="dxa"/>
          </w:tcPr>
          <w:p w14:paraId="067DAAE5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1E11D37B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2CEAE9AE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 xml:space="preserve">      34.272.000 </w:t>
            </w:r>
          </w:p>
        </w:tc>
      </w:tr>
      <w:tr w:rsidR="00C83D3A" w:rsidRPr="00CC2001" w14:paraId="29AFA028" w14:textId="77777777" w:rsidTr="00C83D3A">
        <w:trPr>
          <w:trHeight w:val="312"/>
        </w:trPr>
        <w:tc>
          <w:tcPr>
            <w:tcW w:w="1346" w:type="dxa"/>
          </w:tcPr>
          <w:p w14:paraId="46A6479D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4961" w:type="dxa"/>
            <w:gridSpan w:val="3"/>
          </w:tcPr>
          <w:p w14:paraId="74162966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proofErr w:type="spellStart"/>
            <w:r w:rsidRPr="007B632F">
              <w:rPr>
                <w:b/>
                <w:bCs/>
                <w:sz w:val="22"/>
              </w:rPr>
              <w:t>Alimentación</w:t>
            </w:r>
            <w:proofErr w:type="spellEnd"/>
            <w:r w:rsidRPr="007B632F">
              <w:rPr>
                <w:b/>
                <w:bCs/>
                <w:sz w:val="22"/>
              </w:rPr>
              <w:t xml:space="preserve"> Diaria para </w:t>
            </w:r>
            <w:proofErr w:type="spellStart"/>
            <w:r w:rsidRPr="007B632F">
              <w:rPr>
                <w:b/>
                <w:bCs/>
                <w:sz w:val="22"/>
              </w:rPr>
              <w:t>los</w:t>
            </w:r>
            <w:proofErr w:type="spellEnd"/>
            <w:r w:rsidRPr="007B632F">
              <w:rPr>
                <w:b/>
                <w:bCs/>
                <w:sz w:val="22"/>
              </w:rPr>
              <w:t xml:space="preserve"> AM.</w:t>
            </w:r>
          </w:p>
        </w:tc>
        <w:tc>
          <w:tcPr>
            <w:tcW w:w="1346" w:type="dxa"/>
          </w:tcPr>
          <w:p w14:paraId="113F2651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3EADB96F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</w:tr>
      <w:tr w:rsidR="00C83D3A" w:rsidRPr="007B632F" w14:paraId="2EB21067" w14:textId="77777777" w:rsidTr="00E666B7">
        <w:trPr>
          <w:trHeight w:val="1960"/>
        </w:trPr>
        <w:tc>
          <w:tcPr>
            <w:tcW w:w="1346" w:type="dxa"/>
          </w:tcPr>
          <w:p w14:paraId="519FE749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lastRenderedPageBreak/>
              <w:t>9</w:t>
            </w:r>
          </w:p>
        </w:tc>
        <w:tc>
          <w:tcPr>
            <w:tcW w:w="2266" w:type="dxa"/>
          </w:tcPr>
          <w:p w14:paraId="7E78C3AB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proofErr w:type="spellStart"/>
            <w:r w:rsidRPr="007B632F">
              <w:rPr>
                <w:sz w:val="22"/>
              </w:rPr>
              <w:t>Alimentación</w:t>
            </w:r>
            <w:proofErr w:type="spellEnd"/>
            <w:r w:rsidRPr="007B632F">
              <w:rPr>
                <w:sz w:val="22"/>
              </w:rPr>
              <w:t xml:space="preserve">: </w:t>
            </w:r>
            <w:proofErr w:type="spellStart"/>
            <w:r w:rsidRPr="007B632F">
              <w:rPr>
                <w:sz w:val="22"/>
              </w:rPr>
              <w:t>Realizar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una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compra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víveres</w:t>
            </w:r>
            <w:proofErr w:type="spellEnd"/>
            <w:r w:rsidRPr="007B632F">
              <w:rPr>
                <w:sz w:val="22"/>
              </w:rPr>
              <w:t xml:space="preserve"> y </w:t>
            </w:r>
            <w:proofErr w:type="spellStart"/>
            <w:r w:rsidRPr="007B632F">
              <w:rPr>
                <w:sz w:val="22"/>
              </w:rPr>
              <w:t>abarrotes</w:t>
            </w:r>
            <w:proofErr w:type="spellEnd"/>
            <w:r w:rsidRPr="007B632F">
              <w:rPr>
                <w:sz w:val="22"/>
              </w:rPr>
              <w:t xml:space="preserve"> para </w:t>
            </w:r>
            <w:proofErr w:type="spellStart"/>
            <w:r w:rsidRPr="007B632F">
              <w:rPr>
                <w:sz w:val="22"/>
              </w:rPr>
              <w:t>brindar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desayuno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refrigerio</w:t>
            </w:r>
            <w:proofErr w:type="spellEnd"/>
            <w:r w:rsidRPr="007B632F">
              <w:rPr>
                <w:sz w:val="22"/>
              </w:rPr>
              <w:t xml:space="preserve"> y almuerzo, con </w:t>
            </w:r>
            <w:proofErr w:type="spellStart"/>
            <w:r w:rsidRPr="007B632F">
              <w:rPr>
                <w:sz w:val="22"/>
              </w:rPr>
              <w:t>el</w:t>
            </w:r>
            <w:proofErr w:type="spellEnd"/>
            <w:r w:rsidRPr="007B632F">
              <w:rPr>
                <w:sz w:val="22"/>
              </w:rPr>
              <w:t xml:space="preserve"> fin de </w:t>
            </w:r>
            <w:proofErr w:type="spellStart"/>
            <w:r w:rsidRPr="007B632F">
              <w:rPr>
                <w:sz w:val="22"/>
              </w:rPr>
              <w:t>brindar</w:t>
            </w:r>
            <w:proofErr w:type="spellEnd"/>
            <w:r w:rsidRPr="007B632F">
              <w:rPr>
                <w:sz w:val="22"/>
              </w:rPr>
              <w:t xml:space="preserve"> a </w:t>
            </w:r>
            <w:proofErr w:type="spellStart"/>
            <w:r w:rsidRPr="007B632F">
              <w:rPr>
                <w:sz w:val="22"/>
              </w:rPr>
              <w:t>los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beneficiarios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los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productos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esenciales</w:t>
            </w:r>
            <w:proofErr w:type="spellEnd"/>
            <w:r w:rsidRPr="007B632F">
              <w:rPr>
                <w:sz w:val="22"/>
              </w:rPr>
              <w:t xml:space="preserve"> y de </w:t>
            </w:r>
            <w:proofErr w:type="spellStart"/>
            <w:r w:rsidRPr="007B632F">
              <w:rPr>
                <w:sz w:val="22"/>
              </w:rPr>
              <w:t>consumo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diario</w:t>
            </w:r>
            <w:proofErr w:type="spellEnd"/>
            <w:r w:rsidRPr="007B632F">
              <w:rPr>
                <w:sz w:val="22"/>
              </w:rPr>
              <w:t>.</w:t>
            </w:r>
          </w:p>
        </w:tc>
        <w:tc>
          <w:tcPr>
            <w:tcW w:w="1346" w:type="dxa"/>
          </w:tcPr>
          <w:p w14:paraId="79F76364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40</w:t>
            </w:r>
          </w:p>
        </w:tc>
        <w:tc>
          <w:tcPr>
            <w:tcW w:w="1347" w:type="dxa"/>
          </w:tcPr>
          <w:p w14:paraId="22ACDF4D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25</w:t>
            </w:r>
          </w:p>
        </w:tc>
        <w:tc>
          <w:tcPr>
            <w:tcW w:w="1346" w:type="dxa"/>
          </w:tcPr>
          <w:p w14:paraId="5CFF5D12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   16.000 </w:t>
            </w:r>
          </w:p>
        </w:tc>
        <w:tc>
          <w:tcPr>
            <w:tcW w:w="1346" w:type="dxa"/>
          </w:tcPr>
          <w:p w14:paraId="4BA25C0C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16.000.000 </w:t>
            </w:r>
          </w:p>
        </w:tc>
      </w:tr>
      <w:tr w:rsidR="00C83D3A" w:rsidRPr="007B632F" w14:paraId="44B6A321" w14:textId="77777777" w:rsidTr="00C83D3A">
        <w:trPr>
          <w:trHeight w:val="312"/>
        </w:trPr>
        <w:tc>
          <w:tcPr>
            <w:tcW w:w="1346" w:type="dxa"/>
          </w:tcPr>
          <w:p w14:paraId="002C034F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2266" w:type="dxa"/>
          </w:tcPr>
          <w:p w14:paraId="3387908B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72C0E9BB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7" w:type="dxa"/>
          </w:tcPr>
          <w:p w14:paraId="6DD38CDD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67CFE3B5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2D5F8679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 xml:space="preserve">      16.000.000 </w:t>
            </w:r>
          </w:p>
        </w:tc>
      </w:tr>
      <w:tr w:rsidR="00C83D3A" w:rsidRPr="00CC2001" w14:paraId="28469410" w14:textId="77777777" w:rsidTr="00C83D3A">
        <w:trPr>
          <w:trHeight w:val="312"/>
        </w:trPr>
        <w:tc>
          <w:tcPr>
            <w:tcW w:w="1346" w:type="dxa"/>
          </w:tcPr>
          <w:p w14:paraId="2D9CF44B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4961" w:type="dxa"/>
            <w:gridSpan w:val="3"/>
          </w:tcPr>
          <w:p w14:paraId="7954A9C6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proofErr w:type="spellStart"/>
            <w:r w:rsidRPr="007B632F">
              <w:rPr>
                <w:b/>
                <w:bCs/>
                <w:sz w:val="22"/>
              </w:rPr>
              <w:t>Actividades</w:t>
            </w:r>
            <w:proofErr w:type="spellEnd"/>
            <w:r w:rsidRPr="007B632F">
              <w:rPr>
                <w:b/>
                <w:bCs/>
                <w:sz w:val="22"/>
              </w:rPr>
              <w:t xml:space="preserve"> </w:t>
            </w:r>
            <w:proofErr w:type="spellStart"/>
            <w:r w:rsidRPr="007B632F">
              <w:rPr>
                <w:b/>
                <w:bCs/>
                <w:sz w:val="22"/>
              </w:rPr>
              <w:t>Congnitivas</w:t>
            </w:r>
            <w:proofErr w:type="spellEnd"/>
            <w:r w:rsidRPr="007B632F">
              <w:rPr>
                <w:b/>
                <w:bCs/>
                <w:sz w:val="22"/>
              </w:rPr>
              <w:t xml:space="preserve"> y </w:t>
            </w:r>
            <w:proofErr w:type="spellStart"/>
            <w:r w:rsidRPr="007B632F">
              <w:rPr>
                <w:b/>
                <w:bCs/>
                <w:sz w:val="22"/>
              </w:rPr>
              <w:t>Productivas</w:t>
            </w:r>
            <w:proofErr w:type="spellEnd"/>
            <w:r w:rsidRPr="007B632F">
              <w:rPr>
                <w:b/>
                <w:bCs/>
                <w:sz w:val="22"/>
              </w:rPr>
              <w:t>.</w:t>
            </w:r>
          </w:p>
        </w:tc>
        <w:tc>
          <w:tcPr>
            <w:tcW w:w="1346" w:type="dxa"/>
          </w:tcPr>
          <w:p w14:paraId="40020A8A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295B227B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</w:tr>
      <w:tr w:rsidR="00C83D3A" w:rsidRPr="007B632F" w14:paraId="16117E3E" w14:textId="77777777" w:rsidTr="00C83D3A">
        <w:trPr>
          <w:trHeight w:val="7130"/>
        </w:trPr>
        <w:tc>
          <w:tcPr>
            <w:tcW w:w="1346" w:type="dxa"/>
          </w:tcPr>
          <w:p w14:paraId="36AAF950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>10</w:t>
            </w:r>
          </w:p>
        </w:tc>
        <w:tc>
          <w:tcPr>
            <w:tcW w:w="2266" w:type="dxa"/>
          </w:tcPr>
          <w:p w14:paraId="582B4130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Instructor de </w:t>
            </w:r>
            <w:proofErr w:type="spellStart"/>
            <w:r w:rsidRPr="007B632F">
              <w:rPr>
                <w:sz w:val="22"/>
              </w:rPr>
              <w:t>actividades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cognitivas</w:t>
            </w:r>
            <w:proofErr w:type="spellEnd"/>
            <w:r w:rsidRPr="007B632F">
              <w:rPr>
                <w:sz w:val="22"/>
              </w:rPr>
              <w:t xml:space="preserve"> y </w:t>
            </w:r>
            <w:proofErr w:type="spellStart"/>
            <w:r w:rsidRPr="007B632F">
              <w:rPr>
                <w:sz w:val="22"/>
              </w:rPr>
              <w:t>productivas</w:t>
            </w:r>
            <w:proofErr w:type="spellEnd"/>
            <w:r w:rsidRPr="007B632F">
              <w:rPr>
                <w:sz w:val="22"/>
              </w:rPr>
              <w:t xml:space="preserve">: </w:t>
            </w:r>
            <w:proofErr w:type="spellStart"/>
            <w:r w:rsidRPr="007B632F">
              <w:rPr>
                <w:sz w:val="22"/>
              </w:rPr>
              <w:t>Realizar</w:t>
            </w:r>
            <w:proofErr w:type="spellEnd"/>
            <w:r w:rsidRPr="007B632F">
              <w:rPr>
                <w:sz w:val="22"/>
              </w:rPr>
              <w:t xml:space="preserve"> la </w:t>
            </w:r>
            <w:proofErr w:type="spellStart"/>
            <w:r w:rsidRPr="007B632F">
              <w:rPr>
                <w:sz w:val="22"/>
              </w:rPr>
              <w:t>contratación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una</w:t>
            </w:r>
            <w:proofErr w:type="spellEnd"/>
            <w:r w:rsidRPr="007B632F">
              <w:rPr>
                <w:sz w:val="22"/>
              </w:rPr>
              <w:t xml:space="preserve"> persona </w:t>
            </w:r>
            <w:proofErr w:type="spellStart"/>
            <w:r w:rsidRPr="007B632F">
              <w:rPr>
                <w:sz w:val="22"/>
              </w:rPr>
              <w:t>encargada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diseñar</w:t>
            </w:r>
            <w:proofErr w:type="spellEnd"/>
            <w:r w:rsidRPr="007B632F">
              <w:rPr>
                <w:sz w:val="22"/>
              </w:rPr>
              <w:t xml:space="preserve"> y </w:t>
            </w:r>
            <w:proofErr w:type="spellStart"/>
            <w:r w:rsidRPr="007B632F">
              <w:rPr>
                <w:sz w:val="22"/>
              </w:rPr>
              <w:t>facilitar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actividades</w:t>
            </w:r>
            <w:proofErr w:type="spellEnd"/>
            <w:r w:rsidRPr="007B632F">
              <w:rPr>
                <w:sz w:val="22"/>
              </w:rPr>
              <w:t xml:space="preserve"> que </w:t>
            </w:r>
            <w:proofErr w:type="spellStart"/>
            <w:r w:rsidRPr="007B632F">
              <w:rPr>
                <w:sz w:val="22"/>
              </w:rPr>
              <w:t>estimulan</w:t>
            </w:r>
            <w:proofErr w:type="spellEnd"/>
            <w:r w:rsidRPr="007B632F">
              <w:rPr>
                <w:sz w:val="22"/>
              </w:rPr>
              <w:t xml:space="preserve"> las </w:t>
            </w:r>
            <w:proofErr w:type="spellStart"/>
            <w:r w:rsidRPr="007B632F">
              <w:rPr>
                <w:sz w:val="22"/>
              </w:rPr>
              <w:t>capacidades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mentales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cognitivas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sociales</w:t>
            </w:r>
            <w:proofErr w:type="spellEnd"/>
            <w:r w:rsidRPr="007B632F">
              <w:rPr>
                <w:sz w:val="22"/>
              </w:rPr>
              <w:t xml:space="preserve"> y </w:t>
            </w:r>
            <w:proofErr w:type="spellStart"/>
            <w:r w:rsidRPr="007B632F">
              <w:rPr>
                <w:sz w:val="22"/>
              </w:rPr>
              <w:t>creativas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los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adultos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mayores</w:t>
            </w:r>
            <w:proofErr w:type="spellEnd"/>
            <w:r w:rsidRPr="007B632F">
              <w:rPr>
                <w:sz w:val="22"/>
              </w:rPr>
              <w:t xml:space="preserve">, con </w:t>
            </w:r>
            <w:proofErr w:type="spellStart"/>
            <w:r w:rsidRPr="007B632F">
              <w:rPr>
                <w:sz w:val="22"/>
              </w:rPr>
              <w:t>el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objetivo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mantener</w:t>
            </w:r>
            <w:proofErr w:type="spellEnd"/>
            <w:r w:rsidRPr="007B632F">
              <w:rPr>
                <w:sz w:val="22"/>
              </w:rPr>
              <w:t xml:space="preserve"> o </w:t>
            </w:r>
            <w:proofErr w:type="spellStart"/>
            <w:r w:rsidRPr="007B632F">
              <w:rPr>
                <w:sz w:val="22"/>
              </w:rPr>
              <w:t>mejorar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su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bienestar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calidad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vida</w:t>
            </w:r>
            <w:proofErr w:type="spellEnd"/>
            <w:r w:rsidRPr="007B632F">
              <w:rPr>
                <w:sz w:val="22"/>
              </w:rPr>
              <w:t xml:space="preserve"> y </w:t>
            </w:r>
            <w:proofErr w:type="spellStart"/>
            <w:r w:rsidRPr="007B632F">
              <w:rPr>
                <w:sz w:val="22"/>
              </w:rPr>
              <w:t>funcionamiento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en</w:t>
            </w:r>
            <w:proofErr w:type="spellEnd"/>
            <w:r w:rsidRPr="007B632F">
              <w:rPr>
                <w:sz w:val="22"/>
              </w:rPr>
              <w:t xml:space="preserve"> la </w:t>
            </w:r>
            <w:proofErr w:type="spellStart"/>
            <w:r w:rsidRPr="007B632F">
              <w:rPr>
                <w:sz w:val="22"/>
              </w:rPr>
              <w:t>vida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diaria</w:t>
            </w:r>
            <w:proofErr w:type="spellEnd"/>
            <w:r w:rsidRPr="007B632F">
              <w:rPr>
                <w:sz w:val="22"/>
              </w:rPr>
              <w:t>.</w:t>
            </w:r>
          </w:p>
        </w:tc>
        <w:tc>
          <w:tcPr>
            <w:tcW w:w="1346" w:type="dxa"/>
          </w:tcPr>
          <w:p w14:paraId="0E70A116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56</w:t>
            </w:r>
          </w:p>
        </w:tc>
        <w:tc>
          <w:tcPr>
            <w:tcW w:w="1347" w:type="dxa"/>
          </w:tcPr>
          <w:p w14:paraId="11E089E2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1</w:t>
            </w:r>
          </w:p>
        </w:tc>
        <w:tc>
          <w:tcPr>
            <w:tcW w:w="1346" w:type="dxa"/>
          </w:tcPr>
          <w:p w14:paraId="6E16621D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   76.000 </w:t>
            </w:r>
          </w:p>
        </w:tc>
        <w:tc>
          <w:tcPr>
            <w:tcW w:w="1346" w:type="dxa"/>
          </w:tcPr>
          <w:p w14:paraId="6BBEE985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4.256.000 </w:t>
            </w:r>
          </w:p>
        </w:tc>
      </w:tr>
      <w:tr w:rsidR="00C83D3A" w:rsidRPr="007B632F" w14:paraId="5E648C96" w14:textId="77777777" w:rsidTr="00C83D3A">
        <w:trPr>
          <w:trHeight w:val="1426"/>
        </w:trPr>
        <w:tc>
          <w:tcPr>
            <w:tcW w:w="1346" w:type="dxa"/>
          </w:tcPr>
          <w:p w14:paraId="3824CBCB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>11</w:t>
            </w:r>
          </w:p>
        </w:tc>
        <w:tc>
          <w:tcPr>
            <w:tcW w:w="2266" w:type="dxa"/>
          </w:tcPr>
          <w:p w14:paraId="76AAF838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proofErr w:type="spellStart"/>
            <w:r w:rsidRPr="007B632F">
              <w:rPr>
                <w:sz w:val="22"/>
              </w:rPr>
              <w:t>Materiales</w:t>
            </w:r>
            <w:proofErr w:type="spellEnd"/>
            <w:r w:rsidRPr="007B632F">
              <w:rPr>
                <w:sz w:val="22"/>
              </w:rPr>
              <w:t xml:space="preserve"> para </w:t>
            </w:r>
            <w:proofErr w:type="spellStart"/>
            <w:r w:rsidRPr="007B632F">
              <w:rPr>
                <w:sz w:val="22"/>
              </w:rPr>
              <w:t>el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desarrollo</w:t>
            </w:r>
            <w:proofErr w:type="spellEnd"/>
            <w:r w:rsidRPr="007B632F">
              <w:rPr>
                <w:sz w:val="22"/>
              </w:rPr>
              <w:t xml:space="preserve"> de las </w:t>
            </w:r>
            <w:proofErr w:type="spellStart"/>
            <w:r w:rsidRPr="007B632F">
              <w:rPr>
                <w:sz w:val="22"/>
              </w:rPr>
              <w:t>activiades</w:t>
            </w:r>
            <w:proofErr w:type="spellEnd"/>
            <w:r w:rsidRPr="007B632F">
              <w:rPr>
                <w:sz w:val="22"/>
              </w:rPr>
              <w:t xml:space="preserve"> del </w:t>
            </w:r>
            <w:proofErr w:type="spellStart"/>
            <w:r w:rsidRPr="007B632F">
              <w:rPr>
                <w:sz w:val="22"/>
              </w:rPr>
              <w:t>componente</w:t>
            </w:r>
            <w:proofErr w:type="spellEnd"/>
            <w:r w:rsidRPr="007B632F">
              <w:rPr>
                <w:sz w:val="22"/>
              </w:rPr>
              <w:t>.</w:t>
            </w:r>
          </w:p>
        </w:tc>
        <w:tc>
          <w:tcPr>
            <w:tcW w:w="1346" w:type="dxa"/>
          </w:tcPr>
          <w:p w14:paraId="18017581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0</w:t>
            </w:r>
          </w:p>
        </w:tc>
        <w:tc>
          <w:tcPr>
            <w:tcW w:w="1347" w:type="dxa"/>
          </w:tcPr>
          <w:p w14:paraId="0B05A4C4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0</w:t>
            </w:r>
          </w:p>
        </w:tc>
        <w:tc>
          <w:tcPr>
            <w:tcW w:w="1346" w:type="dxa"/>
          </w:tcPr>
          <w:p w14:paraId="728EB0F1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600.000 </w:t>
            </w:r>
          </w:p>
        </w:tc>
        <w:tc>
          <w:tcPr>
            <w:tcW w:w="1346" w:type="dxa"/>
          </w:tcPr>
          <w:p w14:paraId="6727012A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            -   </w:t>
            </w:r>
          </w:p>
        </w:tc>
      </w:tr>
      <w:tr w:rsidR="00C83D3A" w:rsidRPr="007B632F" w14:paraId="74D81E1F" w14:textId="77777777" w:rsidTr="00C83D3A">
        <w:trPr>
          <w:trHeight w:val="312"/>
        </w:trPr>
        <w:tc>
          <w:tcPr>
            <w:tcW w:w="1346" w:type="dxa"/>
          </w:tcPr>
          <w:p w14:paraId="527238A6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2266" w:type="dxa"/>
          </w:tcPr>
          <w:p w14:paraId="02F41033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681E2A79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7" w:type="dxa"/>
          </w:tcPr>
          <w:p w14:paraId="68505BC4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6DDD700D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63209A9B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 xml:space="preserve">        4.256.000 </w:t>
            </w:r>
          </w:p>
        </w:tc>
      </w:tr>
      <w:tr w:rsidR="00C83D3A" w:rsidRPr="00CC2001" w14:paraId="081DD0A8" w14:textId="77777777" w:rsidTr="00C83D3A">
        <w:trPr>
          <w:trHeight w:val="312"/>
        </w:trPr>
        <w:tc>
          <w:tcPr>
            <w:tcW w:w="1346" w:type="dxa"/>
          </w:tcPr>
          <w:p w14:paraId="22088818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4961" w:type="dxa"/>
            <w:gridSpan w:val="3"/>
          </w:tcPr>
          <w:p w14:paraId="3C59CBDF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 xml:space="preserve">Encuentros </w:t>
            </w:r>
            <w:proofErr w:type="spellStart"/>
            <w:r w:rsidRPr="007B632F">
              <w:rPr>
                <w:b/>
                <w:bCs/>
                <w:sz w:val="22"/>
              </w:rPr>
              <w:t>Intergeneracionales</w:t>
            </w:r>
            <w:proofErr w:type="spellEnd"/>
            <w:r w:rsidRPr="007B632F">
              <w:rPr>
                <w:b/>
                <w:bCs/>
                <w:sz w:val="22"/>
              </w:rPr>
              <w:t>.</w:t>
            </w:r>
          </w:p>
        </w:tc>
        <w:tc>
          <w:tcPr>
            <w:tcW w:w="1346" w:type="dxa"/>
          </w:tcPr>
          <w:p w14:paraId="5BEF0AF8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7C84A794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</w:tr>
      <w:tr w:rsidR="00C83D3A" w:rsidRPr="00CC2001" w14:paraId="387807BA" w14:textId="77777777" w:rsidTr="00C83D3A">
        <w:trPr>
          <w:trHeight w:val="4992"/>
        </w:trPr>
        <w:tc>
          <w:tcPr>
            <w:tcW w:w="1346" w:type="dxa"/>
          </w:tcPr>
          <w:p w14:paraId="7ADA621E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lastRenderedPageBreak/>
              <w:t>12</w:t>
            </w:r>
          </w:p>
        </w:tc>
        <w:tc>
          <w:tcPr>
            <w:tcW w:w="3614" w:type="dxa"/>
            <w:gridSpan w:val="2"/>
          </w:tcPr>
          <w:p w14:paraId="26F315BB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5.1. </w:t>
            </w:r>
            <w:proofErr w:type="spellStart"/>
            <w:r w:rsidRPr="007B632F">
              <w:rPr>
                <w:sz w:val="22"/>
              </w:rPr>
              <w:t>Generar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espacios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articulación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interinstitucional</w:t>
            </w:r>
            <w:proofErr w:type="spellEnd"/>
            <w:r w:rsidRPr="007B632F">
              <w:rPr>
                <w:sz w:val="22"/>
              </w:rPr>
              <w:t xml:space="preserve"> e </w:t>
            </w:r>
            <w:proofErr w:type="spellStart"/>
            <w:r w:rsidRPr="007B632F">
              <w:rPr>
                <w:sz w:val="22"/>
              </w:rPr>
              <w:t>institucional</w:t>
            </w:r>
            <w:proofErr w:type="spellEnd"/>
            <w:r w:rsidRPr="007B632F">
              <w:rPr>
                <w:sz w:val="22"/>
              </w:rPr>
              <w:t xml:space="preserve"> para </w:t>
            </w:r>
            <w:proofErr w:type="spellStart"/>
            <w:r w:rsidRPr="007B632F">
              <w:rPr>
                <w:sz w:val="22"/>
              </w:rPr>
              <w:t>el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desarrollo</w:t>
            </w:r>
            <w:proofErr w:type="spellEnd"/>
            <w:r w:rsidRPr="007B632F">
              <w:rPr>
                <w:sz w:val="22"/>
              </w:rPr>
              <w:t xml:space="preserve"> de Encuentros </w:t>
            </w:r>
            <w:proofErr w:type="spellStart"/>
            <w:r w:rsidRPr="007B632F">
              <w:rPr>
                <w:sz w:val="22"/>
              </w:rPr>
              <w:t>Intergeneracionales</w:t>
            </w:r>
            <w:proofErr w:type="spellEnd"/>
            <w:r w:rsidRPr="007B632F">
              <w:rPr>
                <w:sz w:val="22"/>
              </w:rPr>
              <w:t xml:space="preserve"> con </w:t>
            </w:r>
            <w:proofErr w:type="spellStart"/>
            <w:r w:rsidRPr="007B632F">
              <w:rPr>
                <w:sz w:val="22"/>
              </w:rPr>
              <w:t>los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Adultos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Mayores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mantiniendo</w:t>
            </w:r>
            <w:proofErr w:type="spellEnd"/>
            <w:r w:rsidRPr="007B632F">
              <w:rPr>
                <w:sz w:val="22"/>
              </w:rPr>
              <w:t xml:space="preserve"> las </w:t>
            </w:r>
            <w:proofErr w:type="spellStart"/>
            <w:r w:rsidRPr="007B632F">
              <w:rPr>
                <w:sz w:val="22"/>
              </w:rPr>
              <w:t>medidaes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bioseguridad</w:t>
            </w:r>
            <w:proofErr w:type="spellEnd"/>
            <w:r w:rsidRPr="007B632F">
              <w:rPr>
                <w:sz w:val="22"/>
              </w:rPr>
              <w:t xml:space="preserve"> para </w:t>
            </w:r>
            <w:proofErr w:type="spellStart"/>
            <w:r w:rsidRPr="007B632F">
              <w:rPr>
                <w:sz w:val="22"/>
              </w:rPr>
              <w:t>salvaguardar</w:t>
            </w:r>
            <w:proofErr w:type="spellEnd"/>
            <w:r w:rsidRPr="007B632F">
              <w:rPr>
                <w:sz w:val="22"/>
              </w:rPr>
              <w:t xml:space="preserve"> la </w:t>
            </w:r>
            <w:proofErr w:type="spellStart"/>
            <w:r w:rsidRPr="007B632F">
              <w:rPr>
                <w:sz w:val="22"/>
              </w:rPr>
              <w:t>salud</w:t>
            </w:r>
            <w:proofErr w:type="spellEnd"/>
            <w:r w:rsidRPr="007B632F">
              <w:rPr>
                <w:sz w:val="22"/>
              </w:rPr>
              <w:t xml:space="preserve"> de los </w:t>
            </w:r>
            <w:proofErr w:type="spellStart"/>
            <w:r w:rsidRPr="007B632F">
              <w:rPr>
                <w:sz w:val="22"/>
              </w:rPr>
              <w:t>beneficiarios</w:t>
            </w:r>
            <w:proofErr w:type="spellEnd"/>
            <w:r w:rsidRPr="007B632F">
              <w:rPr>
                <w:sz w:val="22"/>
              </w:rPr>
              <w:t>.</w:t>
            </w:r>
          </w:p>
        </w:tc>
        <w:tc>
          <w:tcPr>
            <w:tcW w:w="1347" w:type="dxa"/>
          </w:tcPr>
          <w:p w14:paraId="56957216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1</w:t>
            </w:r>
          </w:p>
        </w:tc>
        <w:tc>
          <w:tcPr>
            <w:tcW w:w="1346" w:type="dxa"/>
          </w:tcPr>
          <w:p w14:paraId="3E4696F3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250.000 </w:t>
            </w:r>
          </w:p>
        </w:tc>
        <w:tc>
          <w:tcPr>
            <w:tcW w:w="1346" w:type="dxa"/>
          </w:tcPr>
          <w:p w14:paraId="3519C3C4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250.000 </w:t>
            </w:r>
          </w:p>
        </w:tc>
      </w:tr>
      <w:tr w:rsidR="00C83D3A" w:rsidRPr="007B632F" w14:paraId="52B29795" w14:textId="77777777" w:rsidTr="00C83D3A">
        <w:trPr>
          <w:trHeight w:val="312"/>
        </w:trPr>
        <w:tc>
          <w:tcPr>
            <w:tcW w:w="1346" w:type="dxa"/>
          </w:tcPr>
          <w:p w14:paraId="6FCD3605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2266" w:type="dxa"/>
          </w:tcPr>
          <w:p w14:paraId="2E9E5AA6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0C085D76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7" w:type="dxa"/>
          </w:tcPr>
          <w:p w14:paraId="37F63276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7AFAB45A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7EE5D894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 xml:space="preserve">           250.000 </w:t>
            </w:r>
          </w:p>
        </w:tc>
      </w:tr>
      <w:tr w:rsidR="00C83D3A" w:rsidRPr="00CC2001" w14:paraId="38CCE2B7" w14:textId="77777777" w:rsidTr="00C83D3A">
        <w:trPr>
          <w:trHeight w:val="312"/>
        </w:trPr>
        <w:tc>
          <w:tcPr>
            <w:tcW w:w="1346" w:type="dxa"/>
          </w:tcPr>
          <w:p w14:paraId="286E05AC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3614" w:type="dxa"/>
            <w:gridSpan w:val="2"/>
          </w:tcPr>
          <w:p w14:paraId="1FDC6975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 xml:space="preserve">Insumos y </w:t>
            </w:r>
            <w:proofErr w:type="spellStart"/>
            <w:r w:rsidRPr="007B632F">
              <w:rPr>
                <w:b/>
                <w:bCs/>
                <w:sz w:val="22"/>
              </w:rPr>
              <w:t>Elementos</w:t>
            </w:r>
            <w:proofErr w:type="spellEnd"/>
            <w:r w:rsidRPr="007B632F">
              <w:rPr>
                <w:b/>
                <w:bCs/>
                <w:sz w:val="22"/>
              </w:rPr>
              <w:t xml:space="preserve"> de </w:t>
            </w:r>
            <w:proofErr w:type="spellStart"/>
            <w:r w:rsidRPr="007B632F">
              <w:rPr>
                <w:b/>
                <w:bCs/>
                <w:sz w:val="22"/>
              </w:rPr>
              <w:t>Aseo</w:t>
            </w:r>
            <w:proofErr w:type="spellEnd"/>
            <w:r w:rsidRPr="007B632F">
              <w:rPr>
                <w:b/>
                <w:bCs/>
                <w:sz w:val="22"/>
              </w:rPr>
              <w:t>.</w:t>
            </w:r>
          </w:p>
        </w:tc>
        <w:tc>
          <w:tcPr>
            <w:tcW w:w="1347" w:type="dxa"/>
          </w:tcPr>
          <w:p w14:paraId="65C67C67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0A9F5F87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1F2064EF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</w:tr>
      <w:tr w:rsidR="00C83D3A" w:rsidRPr="007B632F" w14:paraId="79D2A2F9" w14:textId="77777777" w:rsidTr="00C83D3A">
        <w:trPr>
          <w:trHeight w:val="312"/>
        </w:trPr>
        <w:tc>
          <w:tcPr>
            <w:tcW w:w="1346" w:type="dxa"/>
          </w:tcPr>
          <w:p w14:paraId="272261AC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>13</w:t>
            </w:r>
          </w:p>
        </w:tc>
        <w:tc>
          <w:tcPr>
            <w:tcW w:w="2266" w:type="dxa"/>
          </w:tcPr>
          <w:p w14:paraId="6D09B921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proofErr w:type="spellStart"/>
            <w:r w:rsidRPr="007B632F">
              <w:rPr>
                <w:sz w:val="22"/>
              </w:rPr>
              <w:t>Hipoclorito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Esponjas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brillo</w:t>
            </w:r>
            <w:proofErr w:type="spellEnd"/>
            <w:r w:rsidRPr="007B632F">
              <w:rPr>
                <w:sz w:val="22"/>
              </w:rPr>
              <w:t xml:space="preserve"> y de alambre, </w:t>
            </w:r>
            <w:proofErr w:type="spellStart"/>
            <w:r w:rsidRPr="007B632F">
              <w:rPr>
                <w:sz w:val="22"/>
              </w:rPr>
              <w:t>jabón</w:t>
            </w:r>
            <w:proofErr w:type="spellEnd"/>
            <w:r w:rsidRPr="007B632F">
              <w:rPr>
                <w:sz w:val="22"/>
              </w:rPr>
              <w:t xml:space="preserve"> lava </w:t>
            </w:r>
            <w:proofErr w:type="spellStart"/>
            <w:r w:rsidRPr="007B632F">
              <w:rPr>
                <w:sz w:val="22"/>
              </w:rPr>
              <w:t>loza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jabón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en</w:t>
            </w:r>
            <w:proofErr w:type="spellEnd"/>
            <w:r w:rsidRPr="007B632F">
              <w:rPr>
                <w:sz w:val="22"/>
              </w:rPr>
              <w:t xml:space="preserve"> barra, </w:t>
            </w:r>
            <w:proofErr w:type="spellStart"/>
            <w:r w:rsidRPr="007B632F">
              <w:rPr>
                <w:sz w:val="22"/>
              </w:rPr>
              <w:t>líquido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desengrasante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limpiones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escobas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traperos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guantes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tapabocas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bolsas</w:t>
            </w:r>
            <w:proofErr w:type="spellEnd"/>
            <w:r w:rsidRPr="007B632F">
              <w:rPr>
                <w:sz w:val="22"/>
              </w:rPr>
              <w:t xml:space="preserve"> para la </w:t>
            </w:r>
            <w:proofErr w:type="spellStart"/>
            <w:r w:rsidRPr="007B632F">
              <w:rPr>
                <w:sz w:val="22"/>
              </w:rPr>
              <w:t>basura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recogedor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jabón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en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polvo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cepillo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lavar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pisos</w:t>
            </w:r>
            <w:proofErr w:type="spellEnd"/>
            <w:r w:rsidRPr="007B632F">
              <w:rPr>
                <w:sz w:val="22"/>
              </w:rPr>
              <w:t xml:space="preserve">, </w:t>
            </w:r>
            <w:proofErr w:type="spellStart"/>
            <w:r w:rsidRPr="007B632F">
              <w:rPr>
                <w:sz w:val="22"/>
              </w:rPr>
              <w:t>ambientador</w:t>
            </w:r>
            <w:proofErr w:type="spellEnd"/>
            <w:r w:rsidRPr="007B632F">
              <w:rPr>
                <w:sz w:val="22"/>
              </w:rPr>
              <w:t xml:space="preserve"> de </w:t>
            </w:r>
            <w:proofErr w:type="spellStart"/>
            <w:r w:rsidRPr="007B632F">
              <w:rPr>
                <w:sz w:val="22"/>
              </w:rPr>
              <w:t>piso</w:t>
            </w:r>
            <w:proofErr w:type="spellEnd"/>
            <w:r w:rsidRPr="007B632F">
              <w:rPr>
                <w:sz w:val="22"/>
              </w:rPr>
              <w:t xml:space="preserve">. </w:t>
            </w:r>
          </w:p>
        </w:tc>
        <w:tc>
          <w:tcPr>
            <w:tcW w:w="1346" w:type="dxa"/>
          </w:tcPr>
          <w:p w14:paraId="2910294A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56</w:t>
            </w:r>
          </w:p>
        </w:tc>
        <w:tc>
          <w:tcPr>
            <w:tcW w:w="1347" w:type="dxa"/>
          </w:tcPr>
          <w:p w14:paraId="6C0CD0ED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2</w:t>
            </w:r>
          </w:p>
        </w:tc>
        <w:tc>
          <w:tcPr>
            <w:tcW w:w="1346" w:type="dxa"/>
          </w:tcPr>
          <w:p w14:paraId="42B7F428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400.000 </w:t>
            </w:r>
          </w:p>
        </w:tc>
        <w:tc>
          <w:tcPr>
            <w:tcW w:w="1346" w:type="dxa"/>
          </w:tcPr>
          <w:p w14:paraId="261E7747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800.000 </w:t>
            </w:r>
          </w:p>
        </w:tc>
      </w:tr>
      <w:tr w:rsidR="00C83D3A" w:rsidRPr="007B632F" w14:paraId="2DE75CD3" w14:textId="77777777" w:rsidTr="00C83D3A">
        <w:trPr>
          <w:trHeight w:val="1322"/>
        </w:trPr>
        <w:tc>
          <w:tcPr>
            <w:tcW w:w="1346" w:type="dxa"/>
          </w:tcPr>
          <w:p w14:paraId="20C335E7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2266" w:type="dxa"/>
          </w:tcPr>
          <w:p w14:paraId="7BF793BD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346" w:type="dxa"/>
          </w:tcPr>
          <w:p w14:paraId="63EBBC09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347" w:type="dxa"/>
          </w:tcPr>
          <w:p w14:paraId="65998134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346" w:type="dxa"/>
          </w:tcPr>
          <w:p w14:paraId="4CFEA339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346" w:type="dxa"/>
          </w:tcPr>
          <w:p w14:paraId="5FC89ACC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</w:p>
        </w:tc>
      </w:tr>
      <w:tr w:rsidR="00C83D3A" w:rsidRPr="007B632F" w14:paraId="027DBD7F" w14:textId="77777777" w:rsidTr="00C83D3A">
        <w:trPr>
          <w:trHeight w:val="1188"/>
        </w:trPr>
        <w:tc>
          <w:tcPr>
            <w:tcW w:w="1346" w:type="dxa"/>
          </w:tcPr>
          <w:p w14:paraId="1FE0E6E4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>16</w:t>
            </w:r>
          </w:p>
        </w:tc>
        <w:tc>
          <w:tcPr>
            <w:tcW w:w="2266" w:type="dxa"/>
          </w:tcPr>
          <w:p w14:paraId="1206834F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proofErr w:type="spellStart"/>
            <w:r w:rsidRPr="007B632F">
              <w:rPr>
                <w:sz w:val="22"/>
              </w:rPr>
              <w:t>Materiales</w:t>
            </w:r>
            <w:proofErr w:type="spellEnd"/>
            <w:r w:rsidRPr="007B632F">
              <w:rPr>
                <w:sz w:val="22"/>
              </w:rPr>
              <w:t xml:space="preserve"> para la persona </w:t>
            </w:r>
            <w:proofErr w:type="spellStart"/>
            <w:r w:rsidRPr="007B632F">
              <w:rPr>
                <w:sz w:val="22"/>
              </w:rPr>
              <w:t>profesional</w:t>
            </w:r>
            <w:proofErr w:type="spellEnd"/>
            <w:r w:rsidRPr="007B632F">
              <w:rPr>
                <w:sz w:val="22"/>
              </w:rPr>
              <w:t xml:space="preserve"> en </w:t>
            </w:r>
            <w:proofErr w:type="spellStart"/>
            <w:r w:rsidRPr="007B632F">
              <w:rPr>
                <w:sz w:val="22"/>
              </w:rPr>
              <w:t>psicologia</w:t>
            </w:r>
            <w:proofErr w:type="spellEnd"/>
            <w:r w:rsidRPr="007B632F">
              <w:rPr>
                <w:sz w:val="22"/>
              </w:rPr>
              <w:t xml:space="preserve"> </w:t>
            </w:r>
          </w:p>
        </w:tc>
        <w:tc>
          <w:tcPr>
            <w:tcW w:w="1346" w:type="dxa"/>
          </w:tcPr>
          <w:p w14:paraId="1EE8364F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0</w:t>
            </w:r>
          </w:p>
        </w:tc>
        <w:tc>
          <w:tcPr>
            <w:tcW w:w="1347" w:type="dxa"/>
          </w:tcPr>
          <w:p w14:paraId="4D78288D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0</w:t>
            </w:r>
          </w:p>
        </w:tc>
        <w:tc>
          <w:tcPr>
            <w:tcW w:w="1346" w:type="dxa"/>
          </w:tcPr>
          <w:p w14:paraId="15B87760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650.000 </w:t>
            </w:r>
          </w:p>
        </w:tc>
        <w:tc>
          <w:tcPr>
            <w:tcW w:w="1346" w:type="dxa"/>
          </w:tcPr>
          <w:p w14:paraId="60C862A8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               -   </w:t>
            </w:r>
          </w:p>
        </w:tc>
      </w:tr>
      <w:tr w:rsidR="00C83D3A" w:rsidRPr="007B632F" w14:paraId="5F3C39B3" w14:textId="77777777" w:rsidTr="00C83D3A">
        <w:trPr>
          <w:trHeight w:val="312"/>
        </w:trPr>
        <w:tc>
          <w:tcPr>
            <w:tcW w:w="1346" w:type="dxa"/>
          </w:tcPr>
          <w:p w14:paraId="2CDB6B48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2266" w:type="dxa"/>
          </w:tcPr>
          <w:p w14:paraId="78AF8132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7FFC5C69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7" w:type="dxa"/>
          </w:tcPr>
          <w:p w14:paraId="0F723517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2B6B5A18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506C2109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 xml:space="preserve">           800.000 </w:t>
            </w:r>
          </w:p>
        </w:tc>
      </w:tr>
      <w:tr w:rsidR="00C83D3A" w:rsidRPr="00CC2001" w14:paraId="3D9282F4" w14:textId="77777777" w:rsidTr="00C83D3A">
        <w:trPr>
          <w:trHeight w:val="312"/>
        </w:trPr>
        <w:tc>
          <w:tcPr>
            <w:tcW w:w="1346" w:type="dxa"/>
          </w:tcPr>
          <w:p w14:paraId="247E634B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4961" w:type="dxa"/>
            <w:gridSpan w:val="3"/>
          </w:tcPr>
          <w:p w14:paraId="1FB3F0DE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proofErr w:type="spellStart"/>
            <w:r w:rsidRPr="007B632F">
              <w:rPr>
                <w:b/>
                <w:bCs/>
                <w:sz w:val="22"/>
              </w:rPr>
              <w:t>Gastos</w:t>
            </w:r>
            <w:proofErr w:type="spellEnd"/>
            <w:r w:rsidRPr="007B632F">
              <w:rPr>
                <w:b/>
                <w:bCs/>
                <w:sz w:val="22"/>
              </w:rPr>
              <w:t xml:space="preserve"> Operativos </w:t>
            </w:r>
            <w:proofErr w:type="spellStart"/>
            <w:r w:rsidRPr="007B632F">
              <w:rPr>
                <w:b/>
                <w:bCs/>
                <w:sz w:val="22"/>
              </w:rPr>
              <w:t>Generales</w:t>
            </w:r>
            <w:proofErr w:type="spellEnd"/>
            <w:r w:rsidRPr="007B632F">
              <w:rPr>
                <w:b/>
                <w:bCs/>
                <w:sz w:val="22"/>
              </w:rPr>
              <w:t xml:space="preserve"> </w:t>
            </w:r>
            <w:proofErr w:type="spellStart"/>
            <w:r w:rsidRPr="007B632F">
              <w:rPr>
                <w:b/>
                <w:bCs/>
                <w:sz w:val="22"/>
              </w:rPr>
              <w:t>Básicos</w:t>
            </w:r>
            <w:proofErr w:type="spellEnd"/>
            <w:r w:rsidRPr="007B632F">
              <w:rPr>
                <w:b/>
                <w:bCs/>
                <w:sz w:val="22"/>
              </w:rPr>
              <w:t>.</w:t>
            </w:r>
          </w:p>
        </w:tc>
        <w:tc>
          <w:tcPr>
            <w:tcW w:w="1346" w:type="dxa"/>
          </w:tcPr>
          <w:p w14:paraId="552C261A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19BE88CB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</w:tr>
      <w:tr w:rsidR="00C83D3A" w:rsidRPr="007B632F" w14:paraId="2E36C36A" w14:textId="77777777" w:rsidTr="00C83D3A">
        <w:trPr>
          <w:trHeight w:val="2851"/>
        </w:trPr>
        <w:tc>
          <w:tcPr>
            <w:tcW w:w="1346" w:type="dxa"/>
          </w:tcPr>
          <w:p w14:paraId="38B68EC0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lastRenderedPageBreak/>
              <w:t>17</w:t>
            </w:r>
          </w:p>
        </w:tc>
        <w:tc>
          <w:tcPr>
            <w:tcW w:w="2266" w:type="dxa"/>
          </w:tcPr>
          <w:p w14:paraId="4E8F39DC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proofErr w:type="spellStart"/>
            <w:r w:rsidRPr="007B632F">
              <w:rPr>
                <w:sz w:val="22"/>
              </w:rPr>
              <w:t>Mantenimiento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básico</w:t>
            </w:r>
            <w:proofErr w:type="spellEnd"/>
            <w:r w:rsidRPr="007B632F">
              <w:rPr>
                <w:sz w:val="22"/>
              </w:rPr>
              <w:t xml:space="preserve"> del CV.</w:t>
            </w:r>
          </w:p>
          <w:p w14:paraId="67AB8C27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proofErr w:type="spellStart"/>
            <w:r w:rsidRPr="007B632F">
              <w:rPr>
                <w:sz w:val="22"/>
              </w:rPr>
              <w:t>Dotación</w:t>
            </w:r>
            <w:proofErr w:type="spellEnd"/>
            <w:r w:rsidRPr="007B632F">
              <w:rPr>
                <w:sz w:val="22"/>
              </w:rPr>
              <w:t xml:space="preserve"> del Talento Humano que </w:t>
            </w:r>
            <w:proofErr w:type="spellStart"/>
            <w:r w:rsidRPr="007B632F">
              <w:rPr>
                <w:sz w:val="22"/>
              </w:rPr>
              <w:t>atiende</w:t>
            </w:r>
            <w:proofErr w:type="spellEnd"/>
            <w:r w:rsidRPr="007B632F">
              <w:rPr>
                <w:sz w:val="22"/>
              </w:rPr>
              <w:t xml:space="preserve"> a </w:t>
            </w:r>
            <w:proofErr w:type="spellStart"/>
            <w:r w:rsidRPr="007B632F">
              <w:rPr>
                <w:sz w:val="22"/>
              </w:rPr>
              <w:t>los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Adultos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Mayores</w:t>
            </w:r>
            <w:proofErr w:type="spellEnd"/>
            <w:r w:rsidRPr="007B632F">
              <w:rPr>
                <w:sz w:val="22"/>
              </w:rPr>
              <w:t>.</w:t>
            </w:r>
          </w:p>
          <w:p w14:paraId="3B2CAF33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proofErr w:type="spellStart"/>
            <w:r w:rsidRPr="007B632F">
              <w:rPr>
                <w:sz w:val="22"/>
              </w:rPr>
              <w:t>Auxilio</w:t>
            </w:r>
            <w:proofErr w:type="spellEnd"/>
            <w:r w:rsidRPr="007B632F">
              <w:rPr>
                <w:sz w:val="22"/>
              </w:rPr>
              <w:t xml:space="preserve"> Exequial para </w:t>
            </w:r>
            <w:proofErr w:type="spellStart"/>
            <w:r w:rsidRPr="007B632F">
              <w:rPr>
                <w:sz w:val="22"/>
              </w:rPr>
              <w:t>los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Adultos</w:t>
            </w:r>
            <w:proofErr w:type="spellEnd"/>
            <w:r w:rsidRPr="007B632F">
              <w:rPr>
                <w:sz w:val="22"/>
              </w:rPr>
              <w:t xml:space="preserve"> </w:t>
            </w:r>
            <w:proofErr w:type="spellStart"/>
            <w:r w:rsidRPr="007B632F">
              <w:rPr>
                <w:sz w:val="22"/>
              </w:rPr>
              <w:t>Mayores</w:t>
            </w:r>
            <w:proofErr w:type="spellEnd"/>
            <w:r w:rsidRPr="007B632F">
              <w:rPr>
                <w:sz w:val="22"/>
              </w:rPr>
              <w:t>.</w:t>
            </w:r>
          </w:p>
        </w:tc>
        <w:tc>
          <w:tcPr>
            <w:tcW w:w="1346" w:type="dxa"/>
          </w:tcPr>
          <w:p w14:paraId="3C4A1B1C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56</w:t>
            </w:r>
          </w:p>
        </w:tc>
        <w:tc>
          <w:tcPr>
            <w:tcW w:w="1347" w:type="dxa"/>
          </w:tcPr>
          <w:p w14:paraId="01FEC403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>2</w:t>
            </w:r>
          </w:p>
        </w:tc>
        <w:tc>
          <w:tcPr>
            <w:tcW w:w="1346" w:type="dxa"/>
          </w:tcPr>
          <w:p w14:paraId="25B25B77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1.000.000 </w:t>
            </w:r>
          </w:p>
        </w:tc>
        <w:tc>
          <w:tcPr>
            <w:tcW w:w="1346" w:type="dxa"/>
          </w:tcPr>
          <w:p w14:paraId="466BBCCC" w14:textId="77777777" w:rsidR="00C83D3A" w:rsidRPr="007B632F" w:rsidRDefault="00C83D3A" w:rsidP="00FF5596">
            <w:pPr>
              <w:spacing w:after="160" w:line="259" w:lineRule="auto"/>
              <w:rPr>
                <w:sz w:val="22"/>
              </w:rPr>
            </w:pPr>
            <w:r w:rsidRPr="007B632F">
              <w:rPr>
                <w:sz w:val="22"/>
              </w:rPr>
              <w:t xml:space="preserve">        2.000.000 </w:t>
            </w:r>
          </w:p>
        </w:tc>
      </w:tr>
      <w:tr w:rsidR="00C83D3A" w:rsidRPr="007B632F" w14:paraId="480F9A93" w14:textId="77777777" w:rsidTr="00C83D3A">
        <w:trPr>
          <w:trHeight w:val="312"/>
        </w:trPr>
        <w:tc>
          <w:tcPr>
            <w:tcW w:w="1346" w:type="dxa"/>
          </w:tcPr>
          <w:p w14:paraId="05F3832B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2266" w:type="dxa"/>
          </w:tcPr>
          <w:p w14:paraId="69FBAAF0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76D99A5E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7" w:type="dxa"/>
          </w:tcPr>
          <w:p w14:paraId="1503F88B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5462B1A7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6946469B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 xml:space="preserve">        2.000.000 </w:t>
            </w:r>
          </w:p>
        </w:tc>
      </w:tr>
      <w:tr w:rsidR="00C83D3A" w:rsidRPr="007B632F" w14:paraId="4B55C974" w14:textId="77777777" w:rsidTr="00C83D3A">
        <w:trPr>
          <w:trHeight w:val="312"/>
        </w:trPr>
        <w:tc>
          <w:tcPr>
            <w:tcW w:w="1346" w:type="dxa"/>
          </w:tcPr>
          <w:p w14:paraId="19A9D352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2266" w:type="dxa"/>
          </w:tcPr>
          <w:p w14:paraId="231CA311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1CA89872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7" w:type="dxa"/>
          </w:tcPr>
          <w:p w14:paraId="0AED1C04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</w:p>
        </w:tc>
        <w:tc>
          <w:tcPr>
            <w:tcW w:w="1346" w:type="dxa"/>
          </w:tcPr>
          <w:p w14:paraId="45588DAF" w14:textId="339F38C6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VALOR</w:t>
            </w:r>
          </w:p>
        </w:tc>
        <w:tc>
          <w:tcPr>
            <w:tcW w:w="1346" w:type="dxa"/>
          </w:tcPr>
          <w:p w14:paraId="7140504F" w14:textId="77777777" w:rsidR="00C83D3A" w:rsidRPr="007B632F" w:rsidRDefault="00C83D3A" w:rsidP="00FF5596">
            <w:pPr>
              <w:spacing w:after="160" w:line="259" w:lineRule="auto"/>
              <w:rPr>
                <w:b/>
                <w:bCs/>
                <w:sz w:val="22"/>
              </w:rPr>
            </w:pPr>
            <w:r w:rsidRPr="007B632F">
              <w:rPr>
                <w:b/>
                <w:bCs/>
                <w:sz w:val="22"/>
              </w:rPr>
              <w:t xml:space="preserve">      57.578.000 </w:t>
            </w:r>
          </w:p>
        </w:tc>
      </w:tr>
    </w:tbl>
    <w:p w14:paraId="495CB388" w14:textId="77777777" w:rsidR="005264AE" w:rsidRDefault="005264AE" w:rsidP="005264AE">
      <w:pPr>
        <w:spacing w:after="0" w:line="240" w:lineRule="auto"/>
        <w:jc w:val="both"/>
        <w:rPr>
          <w:rFonts w:ascii="Arial" w:hAnsi="Arial" w:cs="Arial"/>
          <w:b/>
          <w:sz w:val="22"/>
          <w:lang w:val="es-CO"/>
        </w:rPr>
      </w:pPr>
    </w:p>
    <w:p w14:paraId="32C2E485" w14:textId="15070522" w:rsidR="00B9355B" w:rsidRPr="005264AE" w:rsidRDefault="00000000" w:rsidP="005264AE">
      <w:pPr>
        <w:spacing w:after="0" w:line="240" w:lineRule="auto"/>
        <w:jc w:val="both"/>
        <w:rPr>
          <w:rFonts w:ascii="Arial" w:hAnsi="Arial" w:cs="Arial"/>
          <w:sz w:val="22"/>
          <w:lang w:val="es-CO"/>
        </w:rPr>
      </w:pPr>
      <w:r w:rsidRPr="005264AE">
        <w:rPr>
          <w:rFonts w:ascii="Arial" w:hAnsi="Arial" w:cs="Arial"/>
          <w:b/>
          <w:sz w:val="22"/>
          <w:lang w:val="es-CO"/>
        </w:rPr>
        <w:t xml:space="preserve">SEGUNDA - IMPUTACIÓN PRESUPUESTAL: </w:t>
      </w:r>
      <w:r w:rsidRPr="005264AE">
        <w:rPr>
          <w:rFonts w:ascii="Arial" w:hAnsi="Arial" w:cs="Arial"/>
          <w:sz w:val="22"/>
          <w:lang w:val="es-CO"/>
        </w:rPr>
        <w:t>La presente adición se encuentra respaldada presupuestalmente con el Certificado de Disponibilidad Presupuestal CD-000289 de fecha 08 de mayo de 2026, por valor de CINCUENTA Y SIETE MILLONES QUINIENTOS SETENTA Y OCHO MIL PESOS ($57.578.000) M/CTE.</w:t>
      </w:r>
      <w:r w:rsidR="005264AE" w:rsidRPr="005264AE">
        <w:rPr>
          <w:rFonts w:ascii="Arial" w:hAnsi="Arial" w:cs="Arial"/>
          <w:sz w:val="22"/>
          <w:lang w:val="es-CO"/>
        </w:rPr>
        <w:t xml:space="preserve"> </w:t>
      </w:r>
      <w:r w:rsidRPr="005264AE">
        <w:rPr>
          <w:rFonts w:ascii="Arial" w:hAnsi="Arial" w:cs="Arial"/>
          <w:b/>
          <w:sz w:val="22"/>
          <w:lang w:val="es-CO"/>
        </w:rPr>
        <w:t xml:space="preserve">TERCERA - PLAZO: </w:t>
      </w:r>
      <w:r w:rsidRPr="005264AE">
        <w:rPr>
          <w:rFonts w:ascii="Arial" w:hAnsi="Arial" w:cs="Arial"/>
          <w:sz w:val="22"/>
          <w:lang w:val="es-CO"/>
        </w:rPr>
        <w:t>El plazo contractual continuará conforme a lo pactado inicialmente, hasta agotar presupuesto sin exceder el 31 de diciembre de 2026.</w:t>
      </w:r>
      <w:r w:rsidR="005264AE">
        <w:rPr>
          <w:rFonts w:ascii="Arial" w:hAnsi="Arial" w:cs="Arial"/>
          <w:sz w:val="22"/>
          <w:lang w:val="es-CO"/>
        </w:rPr>
        <w:t xml:space="preserve"> </w:t>
      </w:r>
      <w:r w:rsidRPr="005264AE">
        <w:rPr>
          <w:rFonts w:ascii="Arial" w:hAnsi="Arial" w:cs="Arial"/>
          <w:b/>
          <w:sz w:val="22"/>
          <w:lang w:val="es-CO"/>
        </w:rPr>
        <w:t xml:space="preserve">CUARTA - DEMÁS CLÁUSULAS: </w:t>
      </w:r>
      <w:r w:rsidRPr="005264AE">
        <w:rPr>
          <w:rFonts w:ascii="Arial" w:hAnsi="Arial" w:cs="Arial"/>
          <w:sz w:val="22"/>
          <w:lang w:val="es-CO"/>
        </w:rPr>
        <w:t>Las demás cláusulas y condiciones del contrato principal continúan vigentes y sin modificación.</w:t>
      </w:r>
      <w:r w:rsidR="005264AE">
        <w:rPr>
          <w:rFonts w:ascii="Arial" w:hAnsi="Arial" w:cs="Arial"/>
          <w:sz w:val="22"/>
          <w:lang w:val="es-CO"/>
        </w:rPr>
        <w:t xml:space="preserve"> </w:t>
      </w:r>
      <w:r w:rsidRPr="005264AE">
        <w:rPr>
          <w:rFonts w:ascii="Arial" w:hAnsi="Arial" w:cs="Arial"/>
          <w:b/>
          <w:sz w:val="22"/>
          <w:lang w:val="es-CO"/>
        </w:rPr>
        <w:t xml:space="preserve">QUINTA - PERFECCIONAMIENTO: </w:t>
      </w:r>
      <w:r w:rsidRPr="005264AE">
        <w:rPr>
          <w:rFonts w:ascii="Arial" w:hAnsi="Arial" w:cs="Arial"/>
          <w:sz w:val="22"/>
          <w:lang w:val="es-CO"/>
        </w:rPr>
        <w:t>La presente adición se perfecciona con la firma de las partes y requiere para su ejecución el cumplimiento de los requisitos legales correspondientes, incluida la expedición del registro presupuestal y la aprobación en SECOP II.</w:t>
      </w:r>
    </w:p>
    <w:p w14:paraId="290685AB" w14:textId="77777777" w:rsidR="005264AE" w:rsidRPr="005264AE" w:rsidRDefault="005264AE">
      <w:pPr>
        <w:spacing w:after="0" w:line="240" w:lineRule="auto"/>
        <w:rPr>
          <w:rFonts w:ascii="Arial" w:hAnsi="Arial" w:cs="Arial"/>
          <w:sz w:val="22"/>
          <w:lang w:val="es-CO"/>
        </w:rPr>
      </w:pPr>
    </w:p>
    <w:p w14:paraId="6B4F40A1" w14:textId="77777777" w:rsidR="005264AE" w:rsidRPr="005264AE" w:rsidRDefault="005264AE">
      <w:pPr>
        <w:spacing w:after="0" w:line="240" w:lineRule="auto"/>
        <w:rPr>
          <w:rFonts w:ascii="Arial" w:hAnsi="Arial" w:cs="Arial"/>
          <w:sz w:val="22"/>
          <w:lang w:val="es-CO"/>
        </w:rPr>
      </w:pPr>
    </w:p>
    <w:p w14:paraId="79C5891F" w14:textId="77777777" w:rsidR="00B9355B" w:rsidRDefault="00000000">
      <w:pPr>
        <w:spacing w:after="0" w:line="240" w:lineRule="auto"/>
        <w:rPr>
          <w:rFonts w:ascii="Arial" w:hAnsi="Arial" w:cs="Arial"/>
          <w:b/>
          <w:bCs/>
          <w:sz w:val="22"/>
          <w:lang w:val="es-CO"/>
        </w:rPr>
      </w:pPr>
      <w:r w:rsidRPr="005264AE">
        <w:rPr>
          <w:rFonts w:ascii="Arial" w:hAnsi="Arial" w:cs="Arial"/>
          <w:b/>
          <w:bCs/>
          <w:sz w:val="22"/>
          <w:lang w:val="es-CO"/>
        </w:rPr>
        <w:t>El presente documento se entiende firmado electrónicamente una vez aprobado por el ordenador del gasto y el contratista, a través del Sistema Electrónico para la Contratación Pública - SECOP II.</w:t>
      </w:r>
    </w:p>
    <w:p w14:paraId="09613BE7" w14:textId="77777777" w:rsidR="00A74D76" w:rsidRDefault="00A74D76">
      <w:pPr>
        <w:spacing w:after="0" w:line="240" w:lineRule="auto"/>
        <w:rPr>
          <w:rFonts w:ascii="Arial" w:hAnsi="Arial" w:cs="Arial"/>
          <w:b/>
          <w:bCs/>
          <w:sz w:val="22"/>
          <w:lang w:val="es-CO"/>
        </w:rPr>
      </w:pPr>
    </w:p>
    <w:p w14:paraId="2B7DDCC5" w14:textId="77777777" w:rsidR="00A74D76" w:rsidRDefault="00A74D76">
      <w:pPr>
        <w:spacing w:after="0" w:line="240" w:lineRule="auto"/>
        <w:rPr>
          <w:rFonts w:ascii="Arial" w:hAnsi="Arial" w:cs="Arial"/>
          <w:b/>
          <w:bCs/>
          <w:sz w:val="22"/>
          <w:lang w:val="es-CO"/>
        </w:rPr>
      </w:pPr>
    </w:p>
    <w:p w14:paraId="78B06843" w14:textId="77777777" w:rsidR="00A74D76" w:rsidRPr="005264AE" w:rsidRDefault="00A74D76">
      <w:pPr>
        <w:spacing w:after="0" w:line="240" w:lineRule="auto"/>
        <w:rPr>
          <w:rFonts w:ascii="Arial" w:hAnsi="Arial" w:cs="Arial"/>
          <w:b/>
          <w:bCs/>
          <w:sz w:val="22"/>
          <w:lang w:val="es-CO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320"/>
        <w:gridCol w:w="4320"/>
      </w:tblGrid>
      <w:tr w:rsidR="00B9355B" w:rsidRPr="005264AE" w14:paraId="6848F4E0" w14:textId="77777777">
        <w:trPr>
          <w:jc w:val="center"/>
        </w:trPr>
        <w:tc>
          <w:tcPr>
            <w:tcW w:w="4320" w:type="dxa"/>
            <w:vAlign w:val="bottom"/>
          </w:tcPr>
          <w:p w14:paraId="2A2A5D0E" w14:textId="095C50CB" w:rsidR="00B9355B" w:rsidRPr="005264AE" w:rsidRDefault="00000000">
            <w:pPr>
              <w:spacing w:after="0"/>
              <w:jc w:val="center"/>
              <w:rPr>
                <w:rFonts w:ascii="Arial" w:hAnsi="Arial" w:cs="Arial"/>
                <w:sz w:val="22"/>
                <w:lang w:val="es-CO"/>
              </w:rPr>
            </w:pPr>
            <w:r w:rsidRPr="005264AE">
              <w:rPr>
                <w:rFonts w:ascii="Arial" w:hAnsi="Arial" w:cs="Arial"/>
                <w:b/>
                <w:sz w:val="22"/>
                <w:lang w:val="es-CO"/>
              </w:rPr>
              <w:br/>
            </w:r>
            <w:r w:rsidRPr="005264AE">
              <w:rPr>
                <w:rFonts w:ascii="Arial" w:hAnsi="Arial" w:cs="Arial"/>
                <w:b/>
                <w:sz w:val="22"/>
                <w:lang w:val="es-CO"/>
              </w:rPr>
              <w:br/>
              <w:t>HECTOR ENRIQUE DE LA TORRE BENITEZ</w:t>
            </w:r>
            <w:r w:rsidRPr="005264AE">
              <w:rPr>
                <w:rFonts w:ascii="Arial" w:hAnsi="Arial" w:cs="Arial"/>
                <w:b/>
                <w:sz w:val="22"/>
                <w:lang w:val="es-CO"/>
              </w:rPr>
              <w:br/>
            </w:r>
            <w:r w:rsidR="00A74D76" w:rsidRPr="005264AE">
              <w:rPr>
                <w:rFonts w:ascii="Arial" w:hAnsi="Arial" w:cs="Arial"/>
                <w:b/>
                <w:sz w:val="22"/>
                <w:lang w:val="es-CO"/>
              </w:rPr>
              <w:t>alcalde</w:t>
            </w:r>
            <w:r w:rsidRPr="005264AE">
              <w:rPr>
                <w:rFonts w:ascii="Arial" w:hAnsi="Arial" w:cs="Arial"/>
                <w:b/>
                <w:sz w:val="22"/>
                <w:lang w:val="es-CO"/>
              </w:rPr>
              <w:t xml:space="preserve"> Municipal</w:t>
            </w:r>
          </w:p>
        </w:tc>
        <w:tc>
          <w:tcPr>
            <w:tcW w:w="4320" w:type="dxa"/>
            <w:vAlign w:val="bottom"/>
          </w:tcPr>
          <w:p w14:paraId="3640A00D" w14:textId="77777777" w:rsidR="00B9355B" w:rsidRPr="005264AE" w:rsidRDefault="00000000">
            <w:pPr>
              <w:spacing w:after="0"/>
              <w:jc w:val="center"/>
              <w:rPr>
                <w:rFonts w:ascii="Arial" w:hAnsi="Arial" w:cs="Arial"/>
                <w:sz w:val="22"/>
                <w:lang w:val="es-CO"/>
              </w:rPr>
            </w:pPr>
            <w:r w:rsidRPr="005264AE">
              <w:rPr>
                <w:rFonts w:ascii="Arial" w:hAnsi="Arial" w:cs="Arial"/>
                <w:b/>
                <w:sz w:val="22"/>
                <w:lang w:val="es-CO"/>
              </w:rPr>
              <w:br/>
            </w:r>
            <w:r w:rsidRPr="005264AE">
              <w:rPr>
                <w:rFonts w:ascii="Arial" w:hAnsi="Arial" w:cs="Arial"/>
                <w:b/>
                <w:sz w:val="22"/>
                <w:lang w:val="es-CO"/>
              </w:rPr>
              <w:br/>
              <w:t>MARIA CRISTINA BURGOS GARCIA</w:t>
            </w:r>
            <w:r w:rsidRPr="005264AE">
              <w:rPr>
                <w:rFonts w:ascii="Arial" w:hAnsi="Arial" w:cs="Arial"/>
                <w:b/>
                <w:sz w:val="22"/>
                <w:lang w:val="es-CO"/>
              </w:rPr>
              <w:br/>
              <w:t>Representante Legal FUNDESCUVAL</w:t>
            </w:r>
          </w:p>
        </w:tc>
      </w:tr>
    </w:tbl>
    <w:p w14:paraId="51E733A1" w14:textId="77777777" w:rsidR="00906AD2" w:rsidRPr="005264AE" w:rsidRDefault="00906AD2">
      <w:pPr>
        <w:rPr>
          <w:rFonts w:ascii="Arial" w:hAnsi="Arial" w:cs="Arial"/>
          <w:sz w:val="22"/>
          <w:lang w:val="es-CO"/>
        </w:rPr>
      </w:pPr>
    </w:p>
    <w:sectPr w:rsidR="00906AD2" w:rsidRPr="005264AE" w:rsidSect="00A74D76">
      <w:headerReference w:type="default" r:id="rId8"/>
      <w:footerReference w:type="default" r:id="rId9"/>
      <w:pgSz w:w="12240" w:h="18720" w:code="14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0C14D" w14:textId="77777777" w:rsidR="006F7598" w:rsidRDefault="006F7598" w:rsidP="00EB65A4">
      <w:pPr>
        <w:spacing w:after="0" w:line="240" w:lineRule="auto"/>
      </w:pPr>
      <w:r>
        <w:separator/>
      </w:r>
    </w:p>
  </w:endnote>
  <w:endnote w:type="continuationSeparator" w:id="0">
    <w:p w14:paraId="52D4AEF3" w14:textId="77777777" w:rsidR="006F7598" w:rsidRDefault="006F7598" w:rsidP="00EB6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man 12cpi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FF96C" w14:textId="77777777" w:rsidR="00EB65A4" w:rsidRPr="00DA4814" w:rsidRDefault="00EB65A4" w:rsidP="00EB65A4">
    <w:pPr>
      <w:suppressAutoHyphens/>
      <w:overflowPunct w:val="0"/>
      <w:autoSpaceDE w:val="0"/>
      <w:autoSpaceDN w:val="0"/>
      <w:adjustRightInd w:val="0"/>
      <w:spacing w:after="0" w:line="1" w:lineRule="atLeast"/>
      <w:ind w:leftChars="-1" w:hangingChars="1" w:hanging="2"/>
      <w:jc w:val="center"/>
      <w:textDirection w:val="btLr"/>
      <w:textAlignment w:val="top"/>
      <w:outlineLvl w:val="0"/>
      <w:rPr>
        <w:rFonts w:ascii="Roman 12cpi" w:eastAsia="Times New Roman" w:hAnsi="Roman 12cpi" w:cs="Roman 12cpi"/>
        <w:b/>
        <w:bCs/>
        <w:position w:val="-1"/>
        <w:szCs w:val="18"/>
        <w:lang w:val="es-ES" w:eastAsia="es-ES"/>
      </w:rPr>
    </w:pPr>
    <w:bookmarkStart w:id="1" w:name="_Hlk157167022"/>
    <w:r w:rsidRPr="00DA4814">
      <w:rPr>
        <w:rFonts w:ascii="Roman 12cpi" w:eastAsia="Times New Roman" w:hAnsi="Roman 12cpi" w:cs="Roman 12cpi"/>
        <w:b/>
        <w:bCs/>
        <w:position w:val="-1"/>
        <w:szCs w:val="18"/>
        <w:lang w:val="es-ES" w:eastAsia="es-ES"/>
      </w:rPr>
      <w:t>Calle 7 # 6-52 Palacio Municipal -El Dovio- Valle del Cauca- Colombia</w:t>
    </w:r>
  </w:p>
  <w:p w14:paraId="39D059CF" w14:textId="77777777" w:rsidR="00EB65A4" w:rsidRPr="00DA4814" w:rsidRDefault="00EB65A4" w:rsidP="00EB65A4">
    <w:pPr>
      <w:suppressAutoHyphens/>
      <w:overflowPunct w:val="0"/>
      <w:autoSpaceDE w:val="0"/>
      <w:autoSpaceDN w:val="0"/>
      <w:adjustRightInd w:val="0"/>
      <w:spacing w:after="0" w:line="1" w:lineRule="atLeast"/>
      <w:ind w:leftChars="-1" w:hangingChars="1" w:hanging="2"/>
      <w:jc w:val="center"/>
      <w:textDirection w:val="btLr"/>
      <w:textAlignment w:val="top"/>
      <w:outlineLvl w:val="0"/>
      <w:rPr>
        <w:rFonts w:ascii="Roman 12cpi" w:eastAsia="Times New Roman" w:hAnsi="Roman 12cpi" w:cs="Roman 12cpi"/>
        <w:b/>
        <w:bCs/>
        <w:position w:val="-1"/>
        <w:szCs w:val="18"/>
        <w:lang w:val="es-ES" w:eastAsia="es-ES"/>
      </w:rPr>
    </w:pPr>
    <w:r w:rsidRPr="00DA4814">
      <w:rPr>
        <w:rFonts w:ascii="Roman 12cpi" w:eastAsia="Times New Roman" w:hAnsi="Roman 12cpi" w:cs="Roman 12cpi"/>
        <w:b/>
        <w:bCs/>
        <w:position w:val="-1"/>
        <w:szCs w:val="18"/>
        <w:lang w:val="es-ES" w:eastAsia="es-ES"/>
      </w:rPr>
      <w:t>Teléfono: 3206651898</w:t>
    </w:r>
  </w:p>
  <w:p w14:paraId="09122F2C" w14:textId="77777777" w:rsidR="00EB65A4" w:rsidRPr="00DA4814" w:rsidRDefault="00EB65A4" w:rsidP="00EB65A4">
    <w:pPr>
      <w:suppressAutoHyphens/>
      <w:overflowPunct w:val="0"/>
      <w:autoSpaceDE w:val="0"/>
      <w:autoSpaceDN w:val="0"/>
      <w:adjustRightInd w:val="0"/>
      <w:spacing w:after="0" w:line="1" w:lineRule="atLeast"/>
      <w:ind w:leftChars="-1" w:hangingChars="1" w:hanging="2"/>
      <w:jc w:val="center"/>
      <w:textDirection w:val="btLr"/>
      <w:textAlignment w:val="top"/>
      <w:outlineLvl w:val="0"/>
      <w:rPr>
        <w:rFonts w:ascii="Roman 12cpi" w:eastAsia="Times New Roman" w:hAnsi="Roman 12cpi" w:cs="Roman 12cpi"/>
        <w:b/>
        <w:bCs/>
        <w:color w:val="FF0000"/>
        <w:position w:val="-1"/>
        <w:szCs w:val="18"/>
        <w:lang w:val="es-ES" w:eastAsia="es-ES"/>
      </w:rPr>
    </w:pPr>
    <w:r w:rsidRPr="00DA4814">
      <w:rPr>
        <w:rFonts w:ascii="Roman 12cpi" w:eastAsia="Times New Roman" w:hAnsi="Roman 12cpi" w:cs="Roman 12cpi"/>
        <w:b/>
        <w:bCs/>
        <w:position w:val="-1"/>
        <w:szCs w:val="18"/>
        <w:lang w:val="es-ES" w:eastAsia="es-ES"/>
      </w:rPr>
      <w:t xml:space="preserve">Correos: </w:t>
    </w:r>
    <w:hyperlink r:id="rId1" w:history="1">
      <w:r w:rsidRPr="00DA4814">
        <w:rPr>
          <w:rFonts w:ascii="Roman 12cpi" w:eastAsia="Times New Roman" w:hAnsi="Roman 12cpi" w:cs="Roman 12cpi"/>
          <w:color w:val="0000FF"/>
          <w:position w:val="-1"/>
          <w:szCs w:val="18"/>
          <w:u w:val="single"/>
          <w:lang w:val="es-ES" w:eastAsia="es-ES"/>
        </w:rPr>
        <w:t>bienestarsocial@eldovio-valle.gov.co</w:t>
      </w:r>
    </w:hyperlink>
    <w:r w:rsidRPr="00DA4814">
      <w:rPr>
        <w:rFonts w:ascii="Roman 12cpi" w:eastAsia="Times New Roman" w:hAnsi="Roman 12cpi" w:cs="Roman 12cpi"/>
        <w:position w:val="-1"/>
        <w:szCs w:val="18"/>
        <w:lang w:val="es-ES" w:eastAsia="es-ES"/>
      </w:rPr>
      <w:t xml:space="preserve"> </w:t>
    </w:r>
    <w:r w:rsidRPr="00DA4814">
      <w:rPr>
        <w:rFonts w:ascii="Roman 12cpi" w:eastAsia="Times New Roman" w:hAnsi="Roman 12cpi" w:cs="Roman 12cpi"/>
        <w:b/>
        <w:bCs/>
        <w:color w:val="FF0000"/>
        <w:position w:val="-1"/>
        <w:szCs w:val="18"/>
        <w:lang w:val="es-ES" w:eastAsia="es-ES"/>
      </w:rPr>
      <w:t xml:space="preserve"> </w:t>
    </w:r>
  </w:p>
  <w:p w14:paraId="19A85DB7" w14:textId="77777777" w:rsidR="00EB65A4" w:rsidRPr="00DA4814" w:rsidRDefault="00EB65A4" w:rsidP="00EB65A4">
    <w:pPr>
      <w:suppressAutoHyphens/>
      <w:overflowPunct w:val="0"/>
      <w:autoSpaceDE w:val="0"/>
      <w:autoSpaceDN w:val="0"/>
      <w:adjustRightInd w:val="0"/>
      <w:spacing w:after="0" w:line="1" w:lineRule="atLeast"/>
      <w:ind w:leftChars="-1" w:hangingChars="1" w:hanging="2"/>
      <w:jc w:val="center"/>
      <w:textDirection w:val="btLr"/>
      <w:textAlignment w:val="top"/>
      <w:outlineLvl w:val="0"/>
      <w:rPr>
        <w:rFonts w:ascii="Roman 12cpi" w:eastAsia="Times New Roman" w:hAnsi="Roman 12cpi" w:cs="Roman 12cpi"/>
        <w:b/>
        <w:bCs/>
        <w:position w:val="-1"/>
        <w:szCs w:val="18"/>
        <w:lang w:val="es-ES" w:eastAsia="es-ES"/>
      </w:rPr>
    </w:pPr>
    <w:r w:rsidRPr="00DA4814">
      <w:rPr>
        <w:rFonts w:ascii="Roman 12cpi" w:eastAsia="Times New Roman" w:hAnsi="Roman 12cpi" w:cs="Roman 12cpi"/>
        <w:b/>
        <w:bCs/>
        <w:position w:val="-1"/>
        <w:szCs w:val="18"/>
        <w:lang w:val="es-ES" w:eastAsia="es-ES"/>
      </w:rPr>
      <w:t>Código Postal: 761560</w:t>
    </w:r>
  </w:p>
  <w:bookmarkEnd w:id="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5BD48" w14:textId="77777777" w:rsidR="006F7598" w:rsidRDefault="006F7598" w:rsidP="00EB65A4">
      <w:pPr>
        <w:spacing w:after="0" w:line="240" w:lineRule="auto"/>
      </w:pPr>
      <w:r>
        <w:separator/>
      </w:r>
    </w:p>
  </w:footnote>
  <w:footnote w:type="continuationSeparator" w:id="0">
    <w:p w14:paraId="70B144E5" w14:textId="77777777" w:rsidR="006F7598" w:rsidRDefault="006F7598" w:rsidP="00EB6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9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71"/>
      <w:gridCol w:w="4931"/>
      <w:gridCol w:w="2398"/>
    </w:tblGrid>
    <w:tr w:rsidR="00EB65A4" w:rsidRPr="00E923FC" w14:paraId="69B1BE20" w14:textId="77777777" w:rsidTr="0042266E">
      <w:trPr>
        <w:cantSplit/>
        <w:trHeight w:val="514"/>
        <w:jc w:val="center"/>
      </w:trPr>
      <w:tc>
        <w:tcPr>
          <w:tcW w:w="1060" w:type="pct"/>
          <w:vMerge w:val="restart"/>
          <w:vAlign w:val="center"/>
        </w:tcPr>
        <w:p w14:paraId="521AB311" w14:textId="77777777" w:rsidR="00EB65A4" w:rsidRPr="00E923FC" w:rsidRDefault="00EB65A4" w:rsidP="00EB65A4">
          <w:pPr>
            <w:ind w:right="112"/>
            <w:jc w:val="center"/>
          </w:pPr>
          <w:r>
            <w:rPr>
              <w:noProof/>
            </w:rPr>
            <w:drawing>
              <wp:inline distT="0" distB="0" distL="0" distR="0" wp14:anchorId="29C6A669" wp14:editId="44EAC051">
                <wp:extent cx="1078865" cy="939165"/>
                <wp:effectExtent l="0" t="0" r="6985" b="0"/>
                <wp:docPr id="1148796018" name="Imagen 1" descr="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4100515" name="Imagen 1" descr="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8865" cy="9391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1" w:type="pct"/>
          <w:vMerge w:val="restart"/>
          <w:vAlign w:val="center"/>
        </w:tcPr>
        <w:p w14:paraId="6554631F" w14:textId="77777777" w:rsidR="00EB65A4" w:rsidRPr="00E12FFE" w:rsidRDefault="00EB65A4" w:rsidP="00EB65A4">
          <w:pPr>
            <w:jc w:val="center"/>
            <w:rPr>
              <w:rFonts w:ascii="Arial" w:hAnsi="Arial" w:cs="Arial"/>
              <w:b/>
            </w:rPr>
          </w:pPr>
          <w:r w:rsidRPr="00E12FFE">
            <w:rPr>
              <w:rFonts w:ascii="Arial" w:hAnsi="Arial" w:cs="Arial"/>
              <w:b/>
            </w:rPr>
            <w:t>ALCALDÍA MUNICIPAL</w:t>
          </w:r>
        </w:p>
        <w:p w14:paraId="716B9531" w14:textId="77777777" w:rsidR="00EB65A4" w:rsidRPr="00E12FFE" w:rsidRDefault="00EB65A4" w:rsidP="00EB65A4">
          <w:pPr>
            <w:jc w:val="center"/>
            <w:rPr>
              <w:rFonts w:ascii="Arial" w:hAnsi="Arial" w:cs="Arial"/>
              <w:b/>
            </w:rPr>
          </w:pPr>
          <w:r w:rsidRPr="00E12FFE">
            <w:rPr>
              <w:rFonts w:ascii="Arial" w:hAnsi="Arial" w:cs="Arial"/>
              <w:b/>
            </w:rPr>
            <w:t>EL DOVIO – VALLE DEL CAUCA</w:t>
          </w:r>
        </w:p>
        <w:p w14:paraId="47477F72" w14:textId="77777777" w:rsidR="00EB65A4" w:rsidRPr="00E923FC" w:rsidRDefault="00EB65A4" w:rsidP="00EB65A4">
          <w:pPr>
            <w:jc w:val="center"/>
            <w:rPr>
              <w:b/>
            </w:rPr>
          </w:pPr>
          <w:r w:rsidRPr="00E12FFE">
            <w:rPr>
              <w:rFonts w:ascii="Arial" w:hAnsi="Arial" w:cs="Arial"/>
              <w:b/>
            </w:rPr>
            <w:t>NIT: 891901223-5</w:t>
          </w:r>
        </w:p>
      </w:tc>
      <w:tc>
        <w:tcPr>
          <w:tcW w:w="1289" w:type="pct"/>
          <w:vAlign w:val="center"/>
        </w:tcPr>
        <w:p w14:paraId="1CF121FE" w14:textId="77777777" w:rsidR="00EB65A4" w:rsidRPr="003F2C5B" w:rsidRDefault="00EB65A4" w:rsidP="00EB65A4">
          <w:pPr>
            <w:rPr>
              <w:rFonts w:ascii="Arial" w:hAnsi="Arial" w:cs="Arial"/>
              <w:sz w:val="20"/>
              <w:szCs w:val="20"/>
            </w:rPr>
          </w:pPr>
          <w:r w:rsidRPr="003F2C5B">
            <w:rPr>
              <w:rFonts w:ascii="Arial" w:hAnsi="Arial" w:cs="Arial"/>
              <w:sz w:val="20"/>
              <w:szCs w:val="20"/>
            </w:rPr>
            <w:t xml:space="preserve">PAGINA   Página </w:t>
          </w:r>
          <w:r w:rsidRPr="003F2C5B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3F2C5B">
            <w:rPr>
              <w:rFonts w:ascii="Arial" w:hAnsi="Arial" w:cs="Arial"/>
              <w:b/>
              <w:bCs/>
              <w:sz w:val="20"/>
              <w:szCs w:val="20"/>
            </w:rPr>
            <w:instrText>PAGE  \* Arabic  \* MERGEFORMAT</w:instrText>
          </w:r>
          <w:r w:rsidRPr="003F2C5B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3F2C5B">
            <w:rPr>
              <w:rFonts w:ascii="Arial" w:hAnsi="Arial" w:cs="Arial"/>
              <w:b/>
              <w:bCs/>
              <w:noProof/>
              <w:sz w:val="20"/>
              <w:szCs w:val="20"/>
            </w:rPr>
            <w:t>31</w:t>
          </w:r>
          <w:r w:rsidRPr="003F2C5B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3F2C5B">
            <w:rPr>
              <w:rFonts w:ascii="Arial" w:hAnsi="Arial" w:cs="Arial"/>
              <w:sz w:val="20"/>
              <w:szCs w:val="20"/>
            </w:rPr>
            <w:t xml:space="preserve"> de </w:t>
          </w:r>
          <w:r w:rsidRPr="003F2C5B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3F2C5B">
            <w:rPr>
              <w:rFonts w:ascii="Arial" w:hAnsi="Arial" w:cs="Arial"/>
              <w:b/>
              <w:bCs/>
              <w:sz w:val="20"/>
              <w:szCs w:val="20"/>
            </w:rPr>
            <w:instrText>NUMPAGES  \* Arabic  \* MERGEFORMAT</w:instrText>
          </w:r>
          <w:r w:rsidRPr="003F2C5B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3F2C5B">
            <w:rPr>
              <w:rFonts w:ascii="Arial" w:hAnsi="Arial" w:cs="Arial"/>
              <w:b/>
              <w:bCs/>
              <w:noProof/>
              <w:sz w:val="20"/>
              <w:szCs w:val="20"/>
            </w:rPr>
            <w:t>31</w:t>
          </w:r>
          <w:r w:rsidRPr="003F2C5B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  <w:tr w:rsidR="00EB65A4" w:rsidRPr="00E923FC" w14:paraId="7F027988" w14:textId="77777777" w:rsidTr="0042266E">
      <w:trPr>
        <w:cantSplit/>
        <w:trHeight w:val="372"/>
        <w:jc w:val="center"/>
      </w:trPr>
      <w:tc>
        <w:tcPr>
          <w:tcW w:w="1060" w:type="pct"/>
          <w:vMerge/>
        </w:tcPr>
        <w:p w14:paraId="62D7BBF2" w14:textId="77777777" w:rsidR="00EB65A4" w:rsidRPr="00E923FC" w:rsidRDefault="00EB65A4" w:rsidP="00EB65A4"/>
      </w:tc>
      <w:tc>
        <w:tcPr>
          <w:tcW w:w="2651" w:type="pct"/>
          <w:vMerge/>
        </w:tcPr>
        <w:p w14:paraId="09522974" w14:textId="77777777" w:rsidR="00EB65A4" w:rsidRPr="00E923FC" w:rsidRDefault="00EB65A4" w:rsidP="00EB65A4">
          <w:pPr>
            <w:rPr>
              <w:b/>
            </w:rPr>
          </w:pPr>
        </w:p>
      </w:tc>
      <w:tc>
        <w:tcPr>
          <w:tcW w:w="1289" w:type="pct"/>
          <w:tcBorders>
            <w:bottom w:val="single" w:sz="4" w:space="0" w:color="auto"/>
          </w:tcBorders>
          <w:vAlign w:val="center"/>
        </w:tcPr>
        <w:p w14:paraId="300D0841" w14:textId="77777777" w:rsidR="00EB65A4" w:rsidRPr="003F2C5B" w:rsidRDefault="00EB65A4" w:rsidP="00EB65A4">
          <w:pPr>
            <w:rPr>
              <w:rFonts w:ascii="Arial" w:hAnsi="Arial" w:cs="Arial"/>
              <w:sz w:val="20"/>
              <w:szCs w:val="20"/>
            </w:rPr>
          </w:pPr>
          <w:r w:rsidRPr="003F2C5B">
            <w:rPr>
              <w:rFonts w:ascii="Arial" w:hAnsi="Arial" w:cs="Arial"/>
              <w:sz w:val="20"/>
              <w:szCs w:val="20"/>
            </w:rPr>
            <w:t>TRD: 100.1</w:t>
          </w:r>
          <w:r>
            <w:rPr>
              <w:rFonts w:ascii="Arial" w:hAnsi="Arial" w:cs="Arial"/>
              <w:sz w:val="20"/>
              <w:szCs w:val="20"/>
            </w:rPr>
            <w:t>9</w:t>
          </w:r>
          <w:r w:rsidRPr="003F2C5B">
            <w:rPr>
              <w:rFonts w:ascii="Arial" w:hAnsi="Arial" w:cs="Arial"/>
              <w:sz w:val="20"/>
              <w:szCs w:val="20"/>
            </w:rPr>
            <w:t>.</w:t>
          </w:r>
          <w:r>
            <w:rPr>
              <w:rFonts w:ascii="Arial" w:hAnsi="Arial" w:cs="Arial"/>
              <w:sz w:val="20"/>
              <w:szCs w:val="20"/>
            </w:rPr>
            <w:t>2</w:t>
          </w:r>
        </w:p>
      </w:tc>
    </w:tr>
    <w:tr w:rsidR="00EB65A4" w:rsidRPr="00E923FC" w14:paraId="3DC9FC24" w14:textId="77777777" w:rsidTr="0042266E">
      <w:trPr>
        <w:cantSplit/>
        <w:trHeight w:val="350"/>
        <w:jc w:val="center"/>
      </w:trPr>
      <w:tc>
        <w:tcPr>
          <w:tcW w:w="1060" w:type="pct"/>
          <w:vMerge/>
        </w:tcPr>
        <w:p w14:paraId="1CFD4108" w14:textId="77777777" w:rsidR="00EB65A4" w:rsidRPr="00E923FC" w:rsidRDefault="00EB65A4" w:rsidP="00EB65A4"/>
      </w:tc>
      <w:tc>
        <w:tcPr>
          <w:tcW w:w="2651" w:type="pct"/>
          <w:vMerge/>
        </w:tcPr>
        <w:p w14:paraId="3AB495AA" w14:textId="77777777" w:rsidR="00EB65A4" w:rsidRPr="00E923FC" w:rsidRDefault="00EB65A4" w:rsidP="00EB65A4">
          <w:pPr>
            <w:rPr>
              <w:b/>
            </w:rPr>
          </w:pPr>
        </w:p>
      </w:tc>
      <w:tc>
        <w:tcPr>
          <w:tcW w:w="1289" w:type="pct"/>
          <w:tcBorders>
            <w:bottom w:val="single" w:sz="4" w:space="0" w:color="auto"/>
          </w:tcBorders>
          <w:vAlign w:val="center"/>
        </w:tcPr>
        <w:p w14:paraId="3CDE78B8" w14:textId="77777777" w:rsidR="00EB65A4" w:rsidRPr="003F2C5B" w:rsidRDefault="00EB65A4" w:rsidP="00EB65A4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CODIGO</w:t>
          </w:r>
          <w:r w:rsidRPr="003F2C5B">
            <w:rPr>
              <w:rFonts w:ascii="Arial" w:hAnsi="Arial" w:cs="Arial"/>
              <w:sz w:val="20"/>
              <w:szCs w:val="20"/>
            </w:rPr>
            <w:t xml:space="preserve">: </w:t>
          </w:r>
          <w:r w:rsidRPr="002706DD">
            <w:rPr>
              <w:rFonts w:ascii="Arial" w:hAnsi="Arial" w:cs="Arial"/>
              <w:sz w:val="20"/>
              <w:szCs w:val="20"/>
            </w:rPr>
            <w:t>GCT-FO-0</w:t>
          </w:r>
          <w:r>
            <w:rPr>
              <w:rFonts w:ascii="Arial" w:hAnsi="Arial" w:cs="Arial"/>
              <w:sz w:val="20"/>
              <w:szCs w:val="20"/>
            </w:rPr>
            <w:t>2</w:t>
          </w:r>
        </w:p>
      </w:tc>
    </w:tr>
    <w:tr w:rsidR="00EB65A4" w:rsidRPr="00E923FC" w14:paraId="3BE4A281" w14:textId="77777777" w:rsidTr="0042266E">
      <w:trPr>
        <w:cantSplit/>
        <w:trHeight w:val="566"/>
        <w:jc w:val="center"/>
      </w:trPr>
      <w:tc>
        <w:tcPr>
          <w:tcW w:w="1060" w:type="pct"/>
          <w:vMerge/>
        </w:tcPr>
        <w:p w14:paraId="08DACDFE" w14:textId="77777777" w:rsidR="00EB65A4" w:rsidRPr="00E923FC" w:rsidRDefault="00EB65A4" w:rsidP="00EB65A4"/>
      </w:tc>
      <w:tc>
        <w:tcPr>
          <w:tcW w:w="2651" w:type="pct"/>
          <w:tcBorders>
            <w:right w:val="single" w:sz="4" w:space="0" w:color="auto"/>
          </w:tcBorders>
          <w:vAlign w:val="center"/>
        </w:tcPr>
        <w:p w14:paraId="4D1D45BD" w14:textId="77777777" w:rsidR="00EB65A4" w:rsidRPr="00A11A02" w:rsidRDefault="00EB65A4" w:rsidP="00EB65A4">
          <w:pPr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/>
              <w:b/>
              <w:lang w:val="es-MX"/>
            </w:rPr>
            <w:t>CONVENIOS INTERINSTITUCIONALES</w:t>
          </w:r>
        </w:p>
      </w:tc>
      <w:tc>
        <w:tcPr>
          <w:tcW w:w="128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70953E6" w14:textId="77777777" w:rsidR="00EB65A4" w:rsidRPr="003F2C5B" w:rsidRDefault="00EB65A4" w:rsidP="00EB65A4">
          <w:pPr>
            <w:rPr>
              <w:rFonts w:ascii="Arial" w:hAnsi="Arial" w:cs="Arial"/>
              <w:sz w:val="20"/>
              <w:szCs w:val="20"/>
            </w:rPr>
          </w:pPr>
          <w:r w:rsidRPr="003F2C5B">
            <w:rPr>
              <w:rFonts w:ascii="Arial" w:hAnsi="Arial" w:cs="Arial"/>
              <w:sz w:val="20"/>
              <w:szCs w:val="20"/>
            </w:rPr>
            <w:t>FECHA: 02/01/2024</w:t>
          </w:r>
        </w:p>
      </w:tc>
    </w:tr>
  </w:tbl>
  <w:p w14:paraId="4D3B03C2" w14:textId="77777777" w:rsidR="00EB65A4" w:rsidRDefault="00EB65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71049159">
    <w:abstractNumId w:val="8"/>
  </w:num>
  <w:num w:numId="2" w16cid:durableId="209346225">
    <w:abstractNumId w:val="6"/>
  </w:num>
  <w:num w:numId="3" w16cid:durableId="2098402958">
    <w:abstractNumId w:val="5"/>
  </w:num>
  <w:num w:numId="4" w16cid:durableId="1894197883">
    <w:abstractNumId w:val="4"/>
  </w:num>
  <w:num w:numId="5" w16cid:durableId="1394624657">
    <w:abstractNumId w:val="7"/>
  </w:num>
  <w:num w:numId="6" w16cid:durableId="1958564898">
    <w:abstractNumId w:val="3"/>
  </w:num>
  <w:num w:numId="7" w16cid:durableId="1134563501">
    <w:abstractNumId w:val="2"/>
  </w:num>
  <w:num w:numId="8" w16cid:durableId="132069107">
    <w:abstractNumId w:val="1"/>
  </w:num>
  <w:num w:numId="9" w16cid:durableId="1682315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D23FA"/>
    <w:rsid w:val="0029639D"/>
    <w:rsid w:val="00326F90"/>
    <w:rsid w:val="00342053"/>
    <w:rsid w:val="005264AE"/>
    <w:rsid w:val="006F7598"/>
    <w:rsid w:val="00906AD2"/>
    <w:rsid w:val="00A74D76"/>
    <w:rsid w:val="00AA1D8D"/>
    <w:rsid w:val="00B47730"/>
    <w:rsid w:val="00B9355B"/>
    <w:rsid w:val="00C83D3A"/>
    <w:rsid w:val="00CB0664"/>
    <w:rsid w:val="00CD7E2E"/>
    <w:rsid w:val="00E666B7"/>
    <w:rsid w:val="00EB65A4"/>
    <w:rsid w:val="00F9656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455D37"/>
  <w14:defaultImageDpi w14:val="300"/>
  <w15:docId w15:val="{392BD203-2B1D-4CB8-A623-A6376DD0B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 Narrow" w:eastAsia="Arial Narrow" w:hAnsi="Arial Narrow"/>
      <w:sz w:val="18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aliases w:val="Ha,Normal. Viñetas,Bullet List,FooterText,numbered,Paragraphe de liste1,Bulletr List Paragraph,列出段落,列出段落1,List Paragraph21,Listeafsnit1,Parágrafo da Lista1,Sombreado vistoso - Énfasis 31,Cuadrícula clara - Énfasis 31,Cita textual,Bolita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ienestarsocial@eldovio-vall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1250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CONTRATACION</cp:lastModifiedBy>
  <cp:revision>6</cp:revision>
  <cp:lastPrinted>2026-05-13T21:03:00Z</cp:lastPrinted>
  <dcterms:created xsi:type="dcterms:W3CDTF">2013-12-23T23:15:00Z</dcterms:created>
  <dcterms:modified xsi:type="dcterms:W3CDTF">2026-05-13T21:03:00Z</dcterms:modified>
  <cp:category/>
</cp:coreProperties>
</file>