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07F61C" w14:textId="77777777" w:rsidR="00CD7E2E" w:rsidRPr="00EB65A4" w:rsidRDefault="00000000">
      <w:pPr>
        <w:jc w:val="center"/>
        <w:rPr>
          <w:rFonts w:ascii="Arial" w:hAnsi="Arial" w:cs="Arial"/>
        </w:rPr>
      </w:pPr>
      <w:r w:rsidRPr="00EB65A4">
        <w:rPr>
          <w:rFonts w:ascii="Arial" w:hAnsi="Arial" w:cs="Arial"/>
          <w:b/>
          <w:sz w:val="28"/>
        </w:rPr>
        <w:t>CONTRATO MODIFICATORIO DE ADICIÓN No. 001</w:t>
      </w:r>
      <w:r w:rsidRPr="00EB65A4">
        <w:rPr>
          <w:rFonts w:ascii="Arial" w:hAnsi="Arial" w:cs="Arial"/>
          <w:b/>
          <w:sz w:val="28"/>
        </w:rPr>
        <w:br/>
      </w:r>
      <w:r w:rsidRPr="00EB65A4">
        <w:rPr>
          <w:rFonts w:ascii="Arial" w:hAnsi="Arial" w:cs="Arial"/>
          <w:b/>
          <w:sz w:val="24"/>
        </w:rPr>
        <w:t>AL CONTRATO INTERINSTITUCIONAL CON ENTIDAD PRIVADA SIN ÁNIMO DE LUCRO No. MED - CIA 003 DE 2026</w:t>
      </w:r>
    </w:p>
    <w:p w14:paraId="0D0C5056" w14:textId="795E7C38" w:rsidR="00CD7E2E" w:rsidRPr="00EB65A4" w:rsidRDefault="00000000" w:rsidP="00EB65A4">
      <w:pPr>
        <w:jc w:val="both"/>
        <w:rPr>
          <w:rFonts w:ascii="Arial" w:hAnsi="Arial" w:cs="Arial"/>
        </w:rPr>
      </w:pPr>
      <w:r w:rsidRPr="00EB65A4">
        <w:rPr>
          <w:rFonts w:ascii="Arial" w:hAnsi="Arial" w:cs="Arial"/>
        </w:rPr>
        <w:t xml:space="preserve">Entre </w:t>
      </w:r>
      <w:proofErr w:type="spellStart"/>
      <w:r w:rsidRPr="00EB65A4">
        <w:rPr>
          <w:rFonts w:ascii="Arial" w:hAnsi="Arial" w:cs="Arial"/>
        </w:rPr>
        <w:t>los</w:t>
      </w:r>
      <w:proofErr w:type="spellEnd"/>
      <w:r w:rsidRPr="00EB65A4">
        <w:rPr>
          <w:rFonts w:ascii="Arial" w:hAnsi="Arial" w:cs="Arial"/>
        </w:rPr>
        <w:t xml:space="preserve"> </w:t>
      </w:r>
      <w:proofErr w:type="spellStart"/>
      <w:r w:rsidRPr="00EB65A4">
        <w:rPr>
          <w:rFonts w:ascii="Arial" w:hAnsi="Arial" w:cs="Arial"/>
        </w:rPr>
        <w:t>suscritos</w:t>
      </w:r>
      <w:proofErr w:type="spellEnd"/>
      <w:r w:rsidRPr="00EB65A4">
        <w:rPr>
          <w:rFonts w:ascii="Arial" w:hAnsi="Arial" w:cs="Arial"/>
        </w:rPr>
        <w:t>: HECTOR ENRIQUE DE LA TORRE BENITEZ, identificado con la cédula de ciudadanía No. 94.386.712 expedida en Bolívar Valle del Cauca, en su calidad de Alcalde Municipal de El Dovio Valle del Cauca, actuando en nombre y representación del MUNICIPIO DE EL DOVIO - VALLE DEL CAUCA, con NIT 891.901.223-5, quien para efectos del presente contrato se denominará LA ENTIDAD ESTATAL CONTRATANTE; y por la otra, MARIA CRISTINA BURGOS GARCIA, identificada con cédula de ciudadanía No. 1.113.779.189 expedida en Roldanillo Valle, en calidad de representante legal de la FUNDACION PARA EL DESARROLLO ECONOMICO SOCIAL Y CULTURAL VALLECAUCANO - FUNDESCUVAL, con NIT 900260028, quien para efectos del presente contrato se denominará EL CONTRATISTA, hemos decidido adicionar recursos al CONTRATO INTERINSTITUCIONAL CON ENTIDAD PRIVADA SIN ÁNIMO DE LUCRO No. MED - CIA 003 DE 2026.</w:t>
      </w:r>
      <w:r w:rsidR="00EB65A4" w:rsidRPr="00EB65A4">
        <w:rPr>
          <w:rFonts w:ascii="Arial" w:hAnsi="Arial" w:cs="Arial"/>
        </w:rPr>
        <w:t xml:space="preserve"> </w:t>
      </w:r>
      <w:r w:rsidRPr="00EB65A4">
        <w:rPr>
          <w:rFonts w:ascii="Arial" w:hAnsi="Arial" w:cs="Arial"/>
        </w:rPr>
        <w:t xml:space="preserve">1) Que el </w:t>
      </w:r>
      <w:proofErr w:type="spellStart"/>
      <w:r w:rsidRPr="00EB65A4">
        <w:rPr>
          <w:rFonts w:ascii="Arial" w:hAnsi="Arial" w:cs="Arial"/>
        </w:rPr>
        <w:t>contrato</w:t>
      </w:r>
      <w:proofErr w:type="spellEnd"/>
      <w:r w:rsidRPr="00EB65A4">
        <w:rPr>
          <w:rFonts w:ascii="Arial" w:hAnsi="Arial" w:cs="Arial"/>
        </w:rPr>
        <w:t xml:space="preserve"> principal se </w:t>
      </w:r>
      <w:proofErr w:type="spellStart"/>
      <w:r w:rsidRPr="00EB65A4">
        <w:rPr>
          <w:rFonts w:ascii="Arial" w:hAnsi="Arial" w:cs="Arial"/>
        </w:rPr>
        <w:t>encuentra</w:t>
      </w:r>
      <w:proofErr w:type="spellEnd"/>
      <w:r w:rsidRPr="00EB65A4">
        <w:rPr>
          <w:rFonts w:ascii="Arial" w:hAnsi="Arial" w:cs="Arial"/>
        </w:rPr>
        <w:t xml:space="preserve"> </w:t>
      </w:r>
      <w:proofErr w:type="spellStart"/>
      <w:r w:rsidRPr="00EB65A4">
        <w:rPr>
          <w:rFonts w:ascii="Arial" w:hAnsi="Arial" w:cs="Arial"/>
        </w:rPr>
        <w:t>vigente</w:t>
      </w:r>
      <w:proofErr w:type="spellEnd"/>
      <w:r w:rsidRPr="00EB65A4">
        <w:rPr>
          <w:rFonts w:ascii="Arial" w:hAnsi="Arial" w:cs="Arial"/>
        </w:rPr>
        <w:t>.</w:t>
      </w:r>
      <w:r w:rsidR="00EB65A4" w:rsidRPr="00EB65A4">
        <w:rPr>
          <w:rFonts w:ascii="Arial" w:hAnsi="Arial" w:cs="Arial"/>
        </w:rPr>
        <w:t xml:space="preserve"> </w:t>
      </w:r>
      <w:r w:rsidRPr="00EB65A4">
        <w:rPr>
          <w:rFonts w:ascii="Arial" w:hAnsi="Arial" w:cs="Arial"/>
        </w:rPr>
        <w:t xml:space="preserve">2) Que mediante solicitud presentada por la supervisión del contrato se justificó la necesidad de garantizar la continuidad y cobertura del servicio del Centro de </w:t>
      </w:r>
      <w:proofErr w:type="spellStart"/>
      <w:r w:rsidRPr="00EB65A4">
        <w:rPr>
          <w:rFonts w:ascii="Arial" w:hAnsi="Arial" w:cs="Arial"/>
        </w:rPr>
        <w:t>Protección</w:t>
      </w:r>
      <w:proofErr w:type="spellEnd"/>
      <w:r w:rsidRPr="00EB65A4">
        <w:rPr>
          <w:rFonts w:ascii="Arial" w:hAnsi="Arial" w:cs="Arial"/>
        </w:rPr>
        <w:t xml:space="preserve"> Emma Grajales Cardona.</w:t>
      </w:r>
      <w:r w:rsidR="00EB65A4" w:rsidRPr="00EB65A4">
        <w:rPr>
          <w:rFonts w:ascii="Arial" w:hAnsi="Arial" w:cs="Arial"/>
        </w:rPr>
        <w:t xml:space="preserve"> </w:t>
      </w:r>
      <w:r w:rsidRPr="00EB65A4">
        <w:rPr>
          <w:rFonts w:ascii="Arial" w:hAnsi="Arial" w:cs="Arial"/>
        </w:rPr>
        <w:t xml:space="preserve">3) Que los adultos mayores requieren </w:t>
      </w:r>
      <w:proofErr w:type="spellStart"/>
      <w:r w:rsidRPr="00EB65A4">
        <w:rPr>
          <w:rFonts w:ascii="Arial" w:hAnsi="Arial" w:cs="Arial"/>
        </w:rPr>
        <w:t>atención</w:t>
      </w:r>
      <w:proofErr w:type="spellEnd"/>
      <w:r w:rsidRPr="00EB65A4">
        <w:rPr>
          <w:rFonts w:ascii="Arial" w:hAnsi="Arial" w:cs="Arial"/>
        </w:rPr>
        <w:t xml:space="preserve"> integral, </w:t>
      </w:r>
      <w:proofErr w:type="spellStart"/>
      <w:r w:rsidRPr="00EB65A4">
        <w:rPr>
          <w:rFonts w:ascii="Arial" w:hAnsi="Arial" w:cs="Arial"/>
        </w:rPr>
        <w:t>alimentación</w:t>
      </w:r>
      <w:proofErr w:type="spellEnd"/>
      <w:r w:rsidRPr="00EB65A4">
        <w:rPr>
          <w:rFonts w:ascii="Arial" w:hAnsi="Arial" w:cs="Arial"/>
        </w:rPr>
        <w:t xml:space="preserve">, </w:t>
      </w:r>
      <w:proofErr w:type="spellStart"/>
      <w:r w:rsidRPr="00EB65A4">
        <w:rPr>
          <w:rFonts w:ascii="Arial" w:hAnsi="Arial" w:cs="Arial"/>
        </w:rPr>
        <w:t>acompañamiento</w:t>
      </w:r>
      <w:proofErr w:type="spellEnd"/>
      <w:r w:rsidRPr="00EB65A4">
        <w:rPr>
          <w:rFonts w:ascii="Arial" w:hAnsi="Arial" w:cs="Arial"/>
        </w:rPr>
        <w:t xml:space="preserve"> y </w:t>
      </w:r>
      <w:proofErr w:type="spellStart"/>
      <w:r w:rsidRPr="00EB65A4">
        <w:rPr>
          <w:rFonts w:ascii="Arial" w:hAnsi="Arial" w:cs="Arial"/>
        </w:rPr>
        <w:t>cuidado</w:t>
      </w:r>
      <w:proofErr w:type="spellEnd"/>
      <w:r w:rsidRPr="00EB65A4">
        <w:rPr>
          <w:rFonts w:ascii="Arial" w:hAnsi="Arial" w:cs="Arial"/>
        </w:rPr>
        <w:t xml:space="preserve"> </w:t>
      </w:r>
      <w:proofErr w:type="spellStart"/>
      <w:r w:rsidRPr="00EB65A4">
        <w:rPr>
          <w:rFonts w:ascii="Arial" w:hAnsi="Arial" w:cs="Arial"/>
        </w:rPr>
        <w:t>permanente</w:t>
      </w:r>
      <w:proofErr w:type="spellEnd"/>
      <w:r w:rsidRPr="00EB65A4">
        <w:rPr>
          <w:rFonts w:ascii="Arial" w:hAnsi="Arial" w:cs="Arial"/>
        </w:rPr>
        <w:t>.</w:t>
      </w:r>
      <w:r w:rsidR="00EB65A4" w:rsidRPr="00EB65A4">
        <w:rPr>
          <w:rFonts w:ascii="Arial" w:hAnsi="Arial" w:cs="Arial"/>
        </w:rPr>
        <w:t xml:space="preserve"> </w:t>
      </w:r>
      <w:r w:rsidRPr="00EB65A4">
        <w:rPr>
          <w:rFonts w:ascii="Arial" w:hAnsi="Arial" w:cs="Arial"/>
        </w:rPr>
        <w:t xml:space="preserve">4) Que existe disponibilidad presupuestal para respaldar la presente adición, conforme al Certificado de Disponibilidad Presupuestal CD-000264 de fecha 29 de abril de 2026, por valor de CINCUENTA Y NUEVE MILLONES CIENTO CINCUENTA Y DOS MIL PESOS ($59.152.000) M/CTE, y un </w:t>
      </w:r>
      <w:proofErr w:type="spellStart"/>
      <w:r w:rsidRPr="00EB65A4">
        <w:rPr>
          <w:rFonts w:ascii="Arial" w:hAnsi="Arial" w:cs="Arial"/>
        </w:rPr>
        <w:t>segundo</w:t>
      </w:r>
      <w:proofErr w:type="spellEnd"/>
      <w:r w:rsidRPr="00EB65A4">
        <w:rPr>
          <w:rFonts w:ascii="Arial" w:hAnsi="Arial" w:cs="Arial"/>
        </w:rPr>
        <w:t xml:space="preserve"> </w:t>
      </w:r>
      <w:proofErr w:type="spellStart"/>
      <w:r w:rsidRPr="00EB65A4">
        <w:rPr>
          <w:rFonts w:ascii="Arial" w:hAnsi="Arial" w:cs="Arial"/>
        </w:rPr>
        <w:t>Certificado</w:t>
      </w:r>
      <w:proofErr w:type="spellEnd"/>
      <w:r w:rsidRPr="00EB65A4">
        <w:rPr>
          <w:rFonts w:ascii="Arial" w:hAnsi="Arial" w:cs="Arial"/>
        </w:rPr>
        <w:t xml:space="preserve"> de </w:t>
      </w:r>
      <w:proofErr w:type="spellStart"/>
      <w:r w:rsidRPr="00EB65A4">
        <w:rPr>
          <w:rFonts w:ascii="Arial" w:hAnsi="Arial" w:cs="Arial"/>
        </w:rPr>
        <w:t>Disponibilidad</w:t>
      </w:r>
      <w:proofErr w:type="spellEnd"/>
      <w:r w:rsidRPr="00EB65A4">
        <w:rPr>
          <w:rFonts w:ascii="Arial" w:hAnsi="Arial" w:cs="Arial"/>
        </w:rPr>
        <w:t xml:space="preserve"> </w:t>
      </w:r>
      <w:proofErr w:type="spellStart"/>
      <w:r w:rsidRPr="00EB65A4">
        <w:rPr>
          <w:rFonts w:ascii="Arial" w:hAnsi="Arial" w:cs="Arial"/>
        </w:rPr>
        <w:t>Presupuestal</w:t>
      </w:r>
      <w:proofErr w:type="spellEnd"/>
      <w:r w:rsidRPr="00EB65A4">
        <w:rPr>
          <w:rFonts w:ascii="Arial" w:hAnsi="Arial" w:cs="Arial"/>
        </w:rPr>
        <w:t xml:space="preserve"> </w:t>
      </w:r>
      <w:r w:rsidR="00EB65A4" w:rsidRPr="00EB65A4">
        <w:rPr>
          <w:rFonts w:ascii="Arial" w:hAnsi="Arial" w:cs="Arial"/>
        </w:rPr>
        <w:t xml:space="preserve">CD-000194 de </w:t>
      </w:r>
      <w:proofErr w:type="spellStart"/>
      <w:r w:rsidR="00EB65A4" w:rsidRPr="00EB65A4">
        <w:rPr>
          <w:rFonts w:ascii="Arial" w:hAnsi="Arial" w:cs="Arial"/>
        </w:rPr>
        <w:t>fecha</w:t>
      </w:r>
      <w:proofErr w:type="spellEnd"/>
      <w:r w:rsidR="00EB65A4" w:rsidRPr="00EB65A4">
        <w:rPr>
          <w:rFonts w:ascii="Arial" w:hAnsi="Arial" w:cs="Arial"/>
        </w:rPr>
        <w:t xml:space="preserve"> 20 de </w:t>
      </w:r>
      <w:proofErr w:type="spellStart"/>
      <w:r w:rsidR="00EB65A4" w:rsidRPr="00EB65A4">
        <w:rPr>
          <w:rFonts w:ascii="Arial" w:hAnsi="Arial" w:cs="Arial"/>
        </w:rPr>
        <w:t>marzo</w:t>
      </w:r>
      <w:proofErr w:type="spellEnd"/>
      <w:r w:rsidR="00EB65A4" w:rsidRPr="00EB65A4">
        <w:rPr>
          <w:rFonts w:ascii="Arial" w:hAnsi="Arial" w:cs="Arial"/>
        </w:rPr>
        <w:t xml:space="preserve"> de 2026 </w:t>
      </w:r>
      <w:proofErr w:type="spellStart"/>
      <w:r w:rsidRPr="00EB65A4">
        <w:rPr>
          <w:rFonts w:ascii="Arial" w:hAnsi="Arial" w:cs="Arial"/>
        </w:rPr>
        <w:t>por</w:t>
      </w:r>
      <w:proofErr w:type="spellEnd"/>
      <w:r w:rsidRPr="00EB65A4">
        <w:rPr>
          <w:rFonts w:ascii="Arial" w:hAnsi="Arial" w:cs="Arial"/>
        </w:rPr>
        <w:t xml:space="preserve"> valor de CINCO MILLONES TRESCIENTOS VEINTE MIL PESOS ($5.320.000) M/CTE, para un respaldo presupuestal total de SESENTA Y CUATRO MILLONES CUATROCIENTOS SETENTA Y DOS MIL PESOS ($64.472.000) M/CTE.</w:t>
      </w:r>
      <w:r w:rsidR="00EB65A4" w:rsidRPr="00EB65A4">
        <w:rPr>
          <w:rFonts w:ascii="Arial" w:hAnsi="Arial" w:cs="Arial"/>
        </w:rPr>
        <w:t xml:space="preserve"> </w:t>
      </w:r>
      <w:r w:rsidRPr="00EB65A4">
        <w:rPr>
          <w:rFonts w:ascii="Arial" w:hAnsi="Arial" w:cs="Arial"/>
        </w:rPr>
        <w:t xml:space="preserve">5) Que las </w:t>
      </w:r>
      <w:proofErr w:type="spellStart"/>
      <w:r w:rsidRPr="00EB65A4">
        <w:rPr>
          <w:rFonts w:ascii="Arial" w:hAnsi="Arial" w:cs="Arial"/>
        </w:rPr>
        <w:t>partes</w:t>
      </w:r>
      <w:proofErr w:type="spellEnd"/>
      <w:r w:rsidRPr="00EB65A4">
        <w:rPr>
          <w:rFonts w:ascii="Arial" w:hAnsi="Arial" w:cs="Arial"/>
        </w:rPr>
        <w:t xml:space="preserve"> </w:t>
      </w:r>
      <w:proofErr w:type="spellStart"/>
      <w:r w:rsidRPr="00EB65A4">
        <w:rPr>
          <w:rFonts w:ascii="Arial" w:hAnsi="Arial" w:cs="Arial"/>
        </w:rPr>
        <w:t>consideran</w:t>
      </w:r>
      <w:proofErr w:type="spellEnd"/>
      <w:r w:rsidRPr="00EB65A4">
        <w:rPr>
          <w:rFonts w:ascii="Arial" w:hAnsi="Arial" w:cs="Arial"/>
        </w:rPr>
        <w:t xml:space="preserve"> </w:t>
      </w:r>
      <w:proofErr w:type="spellStart"/>
      <w:r w:rsidRPr="00EB65A4">
        <w:rPr>
          <w:rFonts w:ascii="Arial" w:hAnsi="Arial" w:cs="Arial"/>
        </w:rPr>
        <w:t>procedente</w:t>
      </w:r>
      <w:proofErr w:type="spellEnd"/>
      <w:r w:rsidRPr="00EB65A4">
        <w:rPr>
          <w:rFonts w:ascii="Arial" w:hAnsi="Arial" w:cs="Arial"/>
        </w:rPr>
        <w:t xml:space="preserve"> </w:t>
      </w:r>
      <w:proofErr w:type="spellStart"/>
      <w:r w:rsidRPr="00EB65A4">
        <w:rPr>
          <w:rFonts w:ascii="Arial" w:hAnsi="Arial" w:cs="Arial"/>
        </w:rPr>
        <w:t>realizar</w:t>
      </w:r>
      <w:proofErr w:type="spellEnd"/>
      <w:r w:rsidRPr="00EB65A4">
        <w:rPr>
          <w:rFonts w:ascii="Arial" w:hAnsi="Arial" w:cs="Arial"/>
        </w:rPr>
        <w:t xml:space="preserve"> la </w:t>
      </w:r>
      <w:proofErr w:type="spellStart"/>
      <w:r w:rsidRPr="00EB65A4">
        <w:rPr>
          <w:rFonts w:ascii="Arial" w:hAnsi="Arial" w:cs="Arial"/>
        </w:rPr>
        <w:t>presente</w:t>
      </w:r>
      <w:proofErr w:type="spellEnd"/>
      <w:r w:rsidRPr="00EB65A4">
        <w:rPr>
          <w:rFonts w:ascii="Arial" w:hAnsi="Arial" w:cs="Arial"/>
        </w:rPr>
        <w:t xml:space="preserve"> </w:t>
      </w:r>
      <w:proofErr w:type="spellStart"/>
      <w:r w:rsidRPr="00EB65A4">
        <w:rPr>
          <w:rFonts w:ascii="Arial" w:hAnsi="Arial" w:cs="Arial"/>
        </w:rPr>
        <w:t>adición</w:t>
      </w:r>
      <w:proofErr w:type="spellEnd"/>
      <w:r w:rsidRPr="00EB65A4">
        <w:rPr>
          <w:rFonts w:ascii="Arial" w:hAnsi="Arial" w:cs="Arial"/>
        </w:rPr>
        <w:t>.</w:t>
      </w:r>
      <w:r w:rsidR="00EB65A4" w:rsidRPr="00EB65A4">
        <w:rPr>
          <w:rFonts w:ascii="Arial" w:hAnsi="Arial" w:cs="Arial"/>
        </w:rPr>
        <w:t xml:space="preserve"> </w:t>
      </w:r>
      <w:r w:rsidRPr="00EB65A4">
        <w:rPr>
          <w:rFonts w:ascii="Arial" w:hAnsi="Arial" w:cs="Arial"/>
          <w:b/>
        </w:rPr>
        <w:t>CLÁUSULAS</w:t>
      </w:r>
      <w:r w:rsidRPr="00EB65A4">
        <w:rPr>
          <w:rFonts w:ascii="Arial" w:hAnsi="Arial" w:cs="Arial"/>
          <w:b/>
        </w:rPr>
        <w:br/>
        <w:t xml:space="preserve">PRIMERA - ADICIÓN AL VALOR: </w:t>
      </w:r>
      <w:r w:rsidRPr="00EB65A4">
        <w:rPr>
          <w:rFonts w:ascii="Arial" w:hAnsi="Arial" w:cs="Arial"/>
        </w:rPr>
        <w:t>Adicionar al valor del contrato la suma de SESENTA Y CUATRO MILLONES CUATROCIENTOS SETENTA Y DOS MIL PESOS ($64.472.000) M/CTE, quedando un valor total de DOSCIENTOS CUATRO MILLONES CUATROCIENTOS CINCUENTA Y OCHO MIL PESOS ($204.458.000) M/CTE.</w:t>
      </w:r>
      <w:r w:rsidR="00EB65A4" w:rsidRPr="00EB65A4">
        <w:rPr>
          <w:rFonts w:ascii="Arial" w:hAnsi="Arial" w:cs="Arial"/>
        </w:rPr>
        <w:t xml:space="preserve"> </w:t>
      </w:r>
      <w:proofErr w:type="spellStart"/>
      <w:r w:rsidR="00EB65A4" w:rsidRPr="00EB65A4">
        <w:rPr>
          <w:rFonts w:ascii="Arial" w:hAnsi="Arial" w:cs="Arial"/>
        </w:rPr>
        <w:t>Representado</w:t>
      </w:r>
      <w:proofErr w:type="spellEnd"/>
      <w:r w:rsidR="00EB65A4" w:rsidRPr="00EB65A4">
        <w:rPr>
          <w:rFonts w:ascii="Arial" w:hAnsi="Arial" w:cs="Arial"/>
        </w:rPr>
        <w:t xml:space="preserve"> </w:t>
      </w:r>
      <w:proofErr w:type="spellStart"/>
      <w:r w:rsidR="00EB65A4" w:rsidRPr="00EB65A4">
        <w:rPr>
          <w:rFonts w:ascii="Arial" w:hAnsi="Arial" w:cs="Arial"/>
        </w:rPr>
        <w:t>en</w:t>
      </w:r>
      <w:proofErr w:type="spellEnd"/>
      <w:r w:rsidR="00EB65A4" w:rsidRPr="00EB65A4">
        <w:rPr>
          <w:rFonts w:ascii="Arial" w:hAnsi="Arial" w:cs="Arial"/>
        </w:rPr>
        <w:t xml:space="preserve"> las </w:t>
      </w:r>
      <w:proofErr w:type="spellStart"/>
      <w:r w:rsidR="00EB65A4" w:rsidRPr="00EB65A4">
        <w:rPr>
          <w:rFonts w:ascii="Arial" w:hAnsi="Arial" w:cs="Arial"/>
        </w:rPr>
        <w:t>siguientes</w:t>
      </w:r>
      <w:proofErr w:type="spellEnd"/>
      <w:r w:rsidR="00EB65A4" w:rsidRPr="00EB65A4">
        <w:rPr>
          <w:rFonts w:ascii="Arial" w:hAnsi="Arial" w:cs="Arial"/>
        </w:rPr>
        <w:t xml:space="preserve"> </w:t>
      </w:r>
      <w:proofErr w:type="spellStart"/>
      <w:r w:rsidR="00EB65A4" w:rsidRPr="00EB65A4">
        <w:rPr>
          <w:rFonts w:ascii="Arial" w:hAnsi="Arial" w:cs="Arial"/>
        </w:rPr>
        <w:t>actividades</w:t>
      </w:r>
      <w:proofErr w:type="spellEnd"/>
      <w:r w:rsidR="00EB65A4" w:rsidRPr="00EB65A4">
        <w:rPr>
          <w:rFonts w:ascii="Arial" w:hAnsi="Arial" w:cs="Arial"/>
        </w:rPr>
        <w:t xml:space="preserve">: </w:t>
      </w:r>
    </w:p>
    <w:tbl>
      <w:tblPr>
        <w:tblW w:w="7920" w:type="dxa"/>
        <w:jc w:val="center"/>
        <w:tblCellMar>
          <w:left w:w="70" w:type="dxa"/>
          <w:right w:w="70" w:type="dxa"/>
        </w:tblCellMar>
        <w:tblLook w:val="04A0" w:firstRow="1" w:lastRow="0" w:firstColumn="1" w:lastColumn="0" w:noHBand="0" w:noVBand="1"/>
      </w:tblPr>
      <w:tblGrid>
        <w:gridCol w:w="1306"/>
        <w:gridCol w:w="1521"/>
        <w:gridCol w:w="1320"/>
        <w:gridCol w:w="1133"/>
        <w:gridCol w:w="1320"/>
        <w:gridCol w:w="1320"/>
      </w:tblGrid>
      <w:tr w:rsidR="00EB65A4" w:rsidRPr="00EB65A4" w14:paraId="50B83553" w14:textId="77777777" w:rsidTr="00EB65A4">
        <w:trPr>
          <w:trHeight w:val="315"/>
          <w:jc w:val="center"/>
        </w:trPr>
        <w:tc>
          <w:tcPr>
            <w:tcW w:w="1320" w:type="dxa"/>
            <w:vMerge w:val="restart"/>
            <w:tcBorders>
              <w:top w:val="nil"/>
              <w:left w:val="single" w:sz="4" w:space="0" w:color="auto"/>
              <w:bottom w:val="single" w:sz="4" w:space="0" w:color="auto"/>
              <w:right w:val="single" w:sz="4" w:space="0" w:color="auto"/>
            </w:tcBorders>
            <w:shd w:val="clear" w:color="000000" w:fill="70AD47"/>
            <w:vAlign w:val="center"/>
            <w:hideMark/>
          </w:tcPr>
          <w:p w14:paraId="7D51AAFD" w14:textId="77777777" w:rsidR="00EB65A4" w:rsidRPr="00EB65A4" w:rsidRDefault="00EB65A4" w:rsidP="0042266E">
            <w:pPr>
              <w:jc w:val="center"/>
              <w:rPr>
                <w:rFonts w:ascii="Arial" w:hAnsi="Arial" w:cs="Arial"/>
                <w:b/>
                <w:bCs/>
                <w:color w:val="000000"/>
                <w:sz w:val="18"/>
                <w:szCs w:val="18"/>
                <w:lang w:eastAsia="es-CO"/>
              </w:rPr>
            </w:pPr>
            <w:proofErr w:type="spellStart"/>
            <w:r w:rsidRPr="00EB65A4">
              <w:rPr>
                <w:rFonts w:ascii="Arial" w:hAnsi="Arial" w:cs="Arial"/>
                <w:b/>
                <w:bCs/>
                <w:color w:val="000000"/>
                <w:sz w:val="18"/>
                <w:szCs w:val="18"/>
                <w:lang w:eastAsia="es-CO"/>
              </w:rPr>
              <w:t>Ítem</w:t>
            </w:r>
            <w:proofErr w:type="spellEnd"/>
          </w:p>
        </w:tc>
        <w:tc>
          <w:tcPr>
            <w:tcW w:w="1474" w:type="dxa"/>
            <w:vMerge w:val="restart"/>
            <w:tcBorders>
              <w:top w:val="nil"/>
              <w:left w:val="single" w:sz="4" w:space="0" w:color="auto"/>
              <w:bottom w:val="single" w:sz="4" w:space="0" w:color="auto"/>
              <w:right w:val="single" w:sz="4" w:space="0" w:color="auto"/>
            </w:tcBorders>
            <w:shd w:val="clear" w:color="000000" w:fill="70AD47"/>
            <w:vAlign w:val="center"/>
            <w:hideMark/>
          </w:tcPr>
          <w:p w14:paraId="4119A405" w14:textId="77777777" w:rsidR="00EB65A4" w:rsidRPr="00EB65A4" w:rsidRDefault="00EB65A4" w:rsidP="0042266E">
            <w:pPr>
              <w:jc w:val="center"/>
              <w:rPr>
                <w:rFonts w:ascii="Arial" w:hAnsi="Arial" w:cs="Arial"/>
                <w:b/>
                <w:bCs/>
                <w:color w:val="000000"/>
                <w:sz w:val="18"/>
                <w:szCs w:val="18"/>
                <w:lang w:eastAsia="es-CO"/>
              </w:rPr>
            </w:pPr>
            <w:proofErr w:type="spellStart"/>
            <w:r w:rsidRPr="00EB65A4">
              <w:rPr>
                <w:rFonts w:ascii="Arial" w:hAnsi="Arial" w:cs="Arial"/>
                <w:b/>
                <w:bCs/>
                <w:color w:val="000000"/>
                <w:sz w:val="18"/>
                <w:szCs w:val="18"/>
                <w:lang w:eastAsia="es-CO"/>
              </w:rPr>
              <w:t>Descripción</w:t>
            </w:r>
            <w:proofErr w:type="spellEnd"/>
            <w:r w:rsidRPr="00EB65A4">
              <w:rPr>
                <w:rFonts w:ascii="Arial" w:hAnsi="Arial" w:cs="Arial"/>
                <w:b/>
                <w:bCs/>
                <w:color w:val="000000"/>
                <w:sz w:val="18"/>
                <w:szCs w:val="18"/>
                <w:lang w:eastAsia="es-CO"/>
              </w:rPr>
              <w:t xml:space="preserve"> o </w:t>
            </w:r>
            <w:proofErr w:type="spellStart"/>
            <w:r w:rsidRPr="00EB65A4">
              <w:rPr>
                <w:rFonts w:ascii="Arial" w:hAnsi="Arial" w:cs="Arial"/>
                <w:b/>
                <w:bCs/>
                <w:color w:val="000000"/>
                <w:sz w:val="18"/>
                <w:szCs w:val="18"/>
                <w:lang w:eastAsia="es-CO"/>
              </w:rPr>
              <w:t>Detalle</w:t>
            </w:r>
            <w:proofErr w:type="spellEnd"/>
            <w:r w:rsidRPr="00EB65A4">
              <w:rPr>
                <w:rFonts w:ascii="Arial" w:hAnsi="Arial" w:cs="Arial"/>
                <w:b/>
                <w:bCs/>
                <w:color w:val="000000"/>
                <w:sz w:val="18"/>
                <w:szCs w:val="18"/>
                <w:lang w:eastAsia="es-CO"/>
              </w:rPr>
              <w:t>.</w:t>
            </w:r>
          </w:p>
        </w:tc>
        <w:tc>
          <w:tcPr>
            <w:tcW w:w="1320" w:type="dxa"/>
            <w:tcBorders>
              <w:top w:val="nil"/>
              <w:left w:val="nil"/>
              <w:bottom w:val="single" w:sz="4" w:space="0" w:color="auto"/>
              <w:right w:val="single" w:sz="4" w:space="0" w:color="auto"/>
            </w:tcBorders>
            <w:shd w:val="clear" w:color="000000" w:fill="70AD47"/>
            <w:vAlign w:val="center"/>
            <w:hideMark/>
          </w:tcPr>
          <w:p w14:paraId="0FB63441" w14:textId="77777777" w:rsidR="00EB65A4" w:rsidRPr="00EB65A4" w:rsidRDefault="00EB65A4" w:rsidP="0042266E">
            <w:pPr>
              <w:jc w:val="center"/>
              <w:rPr>
                <w:rFonts w:ascii="Arial" w:hAnsi="Arial" w:cs="Arial"/>
                <w:b/>
                <w:bCs/>
                <w:color w:val="000000"/>
                <w:sz w:val="18"/>
                <w:szCs w:val="18"/>
                <w:lang w:eastAsia="es-CO"/>
              </w:rPr>
            </w:pPr>
            <w:r w:rsidRPr="00EB65A4">
              <w:rPr>
                <w:rFonts w:ascii="Arial" w:hAnsi="Arial" w:cs="Arial"/>
                <w:b/>
                <w:bCs/>
                <w:color w:val="000000"/>
                <w:sz w:val="18"/>
                <w:szCs w:val="18"/>
                <w:lang w:eastAsia="es-CO"/>
              </w:rPr>
              <w:t>Tiempo</w:t>
            </w:r>
          </w:p>
        </w:tc>
        <w:tc>
          <w:tcPr>
            <w:tcW w:w="1166" w:type="dxa"/>
            <w:vMerge w:val="restart"/>
            <w:tcBorders>
              <w:top w:val="nil"/>
              <w:left w:val="single" w:sz="4" w:space="0" w:color="auto"/>
              <w:bottom w:val="single" w:sz="4" w:space="0" w:color="auto"/>
              <w:right w:val="single" w:sz="4" w:space="0" w:color="auto"/>
            </w:tcBorders>
            <w:shd w:val="clear" w:color="000000" w:fill="70AD47"/>
            <w:vAlign w:val="center"/>
            <w:hideMark/>
          </w:tcPr>
          <w:p w14:paraId="5BFF4C52" w14:textId="77777777" w:rsidR="00EB65A4" w:rsidRPr="00EB65A4" w:rsidRDefault="00EB65A4" w:rsidP="0042266E">
            <w:pPr>
              <w:jc w:val="center"/>
              <w:rPr>
                <w:rFonts w:ascii="Arial" w:hAnsi="Arial" w:cs="Arial"/>
                <w:b/>
                <w:bCs/>
                <w:color w:val="000000"/>
                <w:sz w:val="18"/>
                <w:szCs w:val="18"/>
                <w:lang w:eastAsia="es-CO"/>
              </w:rPr>
            </w:pPr>
            <w:r w:rsidRPr="00EB65A4">
              <w:rPr>
                <w:rFonts w:ascii="Arial" w:hAnsi="Arial" w:cs="Arial"/>
                <w:b/>
                <w:bCs/>
                <w:color w:val="000000"/>
                <w:sz w:val="18"/>
                <w:szCs w:val="18"/>
                <w:lang w:eastAsia="es-CO"/>
              </w:rPr>
              <w:t>Cant.</w:t>
            </w:r>
          </w:p>
        </w:tc>
        <w:tc>
          <w:tcPr>
            <w:tcW w:w="1320" w:type="dxa"/>
            <w:vMerge w:val="restart"/>
            <w:tcBorders>
              <w:top w:val="nil"/>
              <w:left w:val="single" w:sz="4" w:space="0" w:color="auto"/>
              <w:bottom w:val="single" w:sz="4" w:space="0" w:color="auto"/>
              <w:right w:val="single" w:sz="4" w:space="0" w:color="auto"/>
            </w:tcBorders>
            <w:shd w:val="clear" w:color="000000" w:fill="70AD47"/>
            <w:vAlign w:val="center"/>
            <w:hideMark/>
          </w:tcPr>
          <w:p w14:paraId="6C1FD428" w14:textId="77777777" w:rsidR="00EB65A4" w:rsidRPr="00EB65A4" w:rsidRDefault="00EB65A4" w:rsidP="0042266E">
            <w:pPr>
              <w:jc w:val="center"/>
              <w:rPr>
                <w:rFonts w:ascii="Arial" w:hAnsi="Arial" w:cs="Arial"/>
                <w:b/>
                <w:bCs/>
                <w:color w:val="000000"/>
                <w:sz w:val="18"/>
                <w:szCs w:val="18"/>
                <w:lang w:eastAsia="es-CO"/>
              </w:rPr>
            </w:pPr>
            <w:r w:rsidRPr="00EB65A4">
              <w:rPr>
                <w:rFonts w:ascii="Arial" w:hAnsi="Arial" w:cs="Arial"/>
                <w:b/>
                <w:bCs/>
                <w:color w:val="000000"/>
                <w:sz w:val="18"/>
                <w:szCs w:val="18"/>
                <w:lang w:eastAsia="es-CO"/>
              </w:rPr>
              <w:t xml:space="preserve"> Valor </w:t>
            </w:r>
            <w:proofErr w:type="spellStart"/>
            <w:r w:rsidRPr="00EB65A4">
              <w:rPr>
                <w:rFonts w:ascii="Arial" w:hAnsi="Arial" w:cs="Arial"/>
                <w:b/>
                <w:bCs/>
                <w:color w:val="000000"/>
                <w:sz w:val="18"/>
                <w:szCs w:val="18"/>
                <w:lang w:eastAsia="es-CO"/>
              </w:rPr>
              <w:t>Unitario</w:t>
            </w:r>
            <w:proofErr w:type="spellEnd"/>
            <w:r w:rsidRPr="00EB65A4">
              <w:rPr>
                <w:rFonts w:ascii="Arial" w:hAnsi="Arial" w:cs="Arial"/>
                <w:b/>
                <w:bCs/>
                <w:color w:val="000000"/>
                <w:sz w:val="18"/>
                <w:szCs w:val="18"/>
                <w:lang w:eastAsia="es-CO"/>
              </w:rPr>
              <w:t xml:space="preserve"> </w:t>
            </w:r>
          </w:p>
        </w:tc>
        <w:tc>
          <w:tcPr>
            <w:tcW w:w="1320" w:type="dxa"/>
            <w:vMerge w:val="restart"/>
            <w:tcBorders>
              <w:top w:val="nil"/>
              <w:left w:val="single" w:sz="4" w:space="0" w:color="auto"/>
              <w:bottom w:val="single" w:sz="4" w:space="0" w:color="auto"/>
              <w:right w:val="single" w:sz="4" w:space="0" w:color="auto"/>
            </w:tcBorders>
            <w:shd w:val="clear" w:color="000000" w:fill="70AD47"/>
            <w:vAlign w:val="center"/>
            <w:hideMark/>
          </w:tcPr>
          <w:p w14:paraId="1C1AF1BA" w14:textId="77777777" w:rsidR="00EB65A4" w:rsidRPr="00EB65A4" w:rsidRDefault="00EB65A4" w:rsidP="0042266E">
            <w:pPr>
              <w:jc w:val="center"/>
              <w:rPr>
                <w:rFonts w:ascii="Arial" w:hAnsi="Arial" w:cs="Arial"/>
                <w:b/>
                <w:bCs/>
                <w:color w:val="000000"/>
                <w:sz w:val="18"/>
                <w:szCs w:val="18"/>
                <w:lang w:eastAsia="es-CO"/>
              </w:rPr>
            </w:pPr>
            <w:r w:rsidRPr="00EB65A4">
              <w:rPr>
                <w:rFonts w:ascii="Arial" w:hAnsi="Arial" w:cs="Arial"/>
                <w:b/>
                <w:bCs/>
                <w:color w:val="000000"/>
                <w:sz w:val="18"/>
                <w:szCs w:val="18"/>
                <w:lang w:eastAsia="es-CO"/>
              </w:rPr>
              <w:t xml:space="preserve"> Valor Mes </w:t>
            </w:r>
          </w:p>
        </w:tc>
      </w:tr>
      <w:tr w:rsidR="00EB65A4" w:rsidRPr="00EB65A4" w14:paraId="025258A1" w14:textId="77777777" w:rsidTr="00EB65A4">
        <w:trPr>
          <w:trHeight w:val="315"/>
          <w:jc w:val="center"/>
        </w:trPr>
        <w:tc>
          <w:tcPr>
            <w:tcW w:w="1320" w:type="dxa"/>
            <w:vMerge/>
            <w:tcBorders>
              <w:top w:val="nil"/>
              <w:left w:val="single" w:sz="4" w:space="0" w:color="auto"/>
              <w:bottom w:val="single" w:sz="4" w:space="0" w:color="auto"/>
              <w:right w:val="single" w:sz="4" w:space="0" w:color="auto"/>
            </w:tcBorders>
            <w:vAlign w:val="center"/>
            <w:hideMark/>
          </w:tcPr>
          <w:p w14:paraId="45E2994D" w14:textId="77777777" w:rsidR="00EB65A4" w:rsidRPr="00EB65A4" w:rsidRDefault="00EB65A4" w:rsidP="0042266E">
            <w:pPr>
              <w:rPr>
                <w:rFonts w:ascii="Arial" w:hAnsi="Arial" w:cs="Arial"/>
                <w:b/>
                <w:bCs/>
                <w:color w:val="000000"/>
                <w:sz w:val="18"/>
                <w:szCs w:val="18"/>
                <w:lang w:eastAsia="es-CO"/>
              </w:rPr>
            </w:pPr>
          </w:p>
        </w:tc>
        <w:tc>
          <w:tcPr>
            <w:tcW w:w="1474" w:type="dxa"/>
            <w:vMerge/>
            <w:tcBorders>
              <w:top w:val="nil"/>
              <w:left w:val="single" w:sz="4" w:space="0" w:color="auto"/>
              <w:bottom w:val="single" w:sz="4" w:space="0" w:color="auto"/>
              <w:right w:val="single" w:sz="4" w:space="0" w:color="auto"/>
            </w:tcBorders>
            <w:vAlign w:val="center"/>
            <w:hideMark/>
          </w:tcPr>
          <w:p w14:paraId="21200B3F" w14:textId="77777777" w:rsidR="00EB65A4" w:rsidRPr="00EB65A4" w:rsidRDefault="00EB65A4" w:rsidP="0042266E">
            <w:pPr>
              <w:rPr>
                <w:rFonts w:ascii="Arial" w:hAnsi="Arial" w:cs="Arial"/>
                <w:b/>
                <w:bCs/>
                <w:color w:val="000000"/>
                <w:sz w:val="18"/>
                <w:szCs w:val="18"/>
                <w:lang w:eastAsia="es-CO"/>
              </w:rPr>
            </w:pPr>
          </w:p>
        </w:tc>
        <w:tc>
          <w:tcPr>
            <w:tcW w:w="1320" w:type="dxa"/>
            <w:tcBorders>
              <w:top w:val="nil"/>
              <w:left w:val="nil"/>
              <w:bottom w:val="single" w:sz="4" w:space="0" w:color="auto"/>
              <w:right w:val="single" w:sz="4" w:space="0" w:color="auto"/>
            </w:tcBorders>
            <w:shd w:val="clear" w:color="000000" w:fill="70AD47"/>
            <w:vAlign w:val="center"/>
            <w:hideMark/>
          </w:tcPr>
          <w:p w14:paraId="655C356B" w14:textId="77777777" w:rsidR="00EB65A4" w:rsidRPr="00EB65A4" w:rsidRDefault="00EB65A4" w:rsidP="0042266E">
            <w:pPr>
              <w:jc w:val="center"/>
              <w:rPr>
                <w:rFonts w:ascii="Arial" w:hAnsi="Arial" w:cs="Arial"/>
                <w:b/>
                <w:bCs/>
                <w:color w:val="000000"/>
                <w:sz w:val="18"/>
                <w:szCs w:val="18"/>
                <w:lang w:eastAsia="es-CO"/>
              </w:rPr>
            </w:pPr>
            <w:r w:rsidRPr="00EB65A4">
              <w:rPr>
                <w:rFonts w:ascii="Arial" w:hAnsi="Arial" w:cs="Arial"/>
                <w:b/>
                <w:bCs/>
                <w:color w:val="000000"/>
                <w:sz w:val="18"/>
                <w:szCs w:val="18"/>
                <w:lang w:eastAsia="es-CO"/>
              </w:rPr>
              <w:t>Día/Mes</w:t>
            </w:r>
          </w:p>
        </w:tc>
        <w:tc>
          <w:tcPr>
            <w:tcW w:w="1166" w:type="dxa"/>
            <w:vMerge/>
            <w:tcBorders>
              <w:top w:val="nil"/>
              <w:left w:val="single" w:sz="4" w:space="0" w:color="auto"/>
              <w:bottom w:val="single" w:sz="4" w:space="0" w:color="auto"/>
              <w:right w:val="single" w:sz="4" w:space="0" w:color="auto"/>
            </w:tcBorders>
            <w:vAlign w:val="center"/>
            <w:hideMark/>
          </w:tcPr>
          <w:p w14:paraId="1D7A394B" w14:textId="77777777" w:rsidR="00EB65A4" w:rsidRPr="00EB65A4" w:rsidRDefault="00EB65A4" w:rsidP="0042266E">
            <w:pPr>
              <w:rPr>
                <w:rFonts w:ascii="Arial" w:hAnsi="Arial" w:cs="Arial"/>
                <w:b/>
                <w:bCs/>
                <w:color w:val="000000"/>
                <w:sz w:val="18"/>
                <w:szCs w:val="18"/>
                <w:lang w:eastAsia="es-CO"/>
              </w:rPr>
            </w:pPr>
          </w:p>
        </w:tc>
        <w:tc>
          <w:tcPr>
            <w:tcW w:w="1320" w:type="dxa"/>
            <w:vMerge/>
            <w:tcBorders>
              <w:top w:val="nil"/>
              <w:left w:val="single" w:sz="4" w:space="0" w:color="auto"/>
              <w:bottom w:val="single" w:sz="4" w:space="0" w:color="auto"/>
              <w:right w:val="single" w:sz="4" w:space="0" w:color="auto"/>
            </w:tcBorders>
            <w:vAlign w:val="center"/>
            <w:hideMark/>
          </w:tcPr>
          <w:p w14:paraId="74F4A98A" w14:textId="77777777" w:rsidR="00EB65A4" w:rsidRPr="00EB65A4" w:rsidRDefault="00EB65A4" w:rsidP="0042266E">
            <w:pPr>
              <w:rPr>
                <w:rFonts w:ascii="Arial" w:hAnsi="Arial" w:cs="Arial"/>
                <w:b/>
                <w:bCs/>
                <w:color w:val="000000"/>
                <w:sz w:val="18"/>
                <w:szCs w:val="18"/>
                <w:lang w:eastAsia="es-CO"/>
              </w:rPr>
            </w:pPr>
          </w:p>
        </w:tc>
        <w:tc>
          <w:tcPr>
            <w:tcW w:w="1320" w:type="dxa"/>
            <w:vMerge/>
            <w:tcBorders>
              <w:top w:val="nil"/>
              <w:left w:val="single" w:sz="4" w:space="0" w:color="auto"/>
              <w:bottom w:val="single" w:sz="4" w:space="0" w:color="auto"/>
              <w:right w:val="single" w:sz="4" w:space="0" w:color="auto"/>
            </w:tcBorders>
            <w:vAlign w:val="center"/>
            <w:hideMark/>
          </w:tcPr>
          <w:p w14:paraId="69191548" w14:textId="77777777" w:rsidR="00EB65A4" w:rsidRPr="00EB65A4" w:rsidRDefault="00EB65A4" w:rsidP="0042266E">
            <w:pPr>
              <w:rPr>
                <w:rFonts w:ascii="Arial" w:hAnsi="Arial" w:cs="Arial"/>
                <w:b/>
                <w:bCs/>
                <w:color w:val="000000"/>
                <w:sz w:val="18"/>
                <w:szCs w:val="18"/>
                <w:lang w:eastAsia="es-CO"/>
              </w:rPr>
            </w:pPr>
          </w:p>
        </w:tc>
      </w:tr>
      <w:tr w:rsidR="00EB65A4" w:rsidRPr="00EB65A4" w14:paraId="59F6F8B5" w14:textId="77777777" w:rsidTr="00EB65A4">
        <w:trPr>
          <w:trHeight w:val="315"/>
          <w:jc w:val="center"/>
        </w:trPr>
        <w:tc>
          <w:tcPr>
            <w:tcW w:w="1320" w:type="dxa"/>
            <w:vMerge w:val="restart"/>
            <w:tcBorders>
              <w:top w:val="nil"/>
              <w:left w:val="single" w:sz="4" w:space="0" w:color="auto"/>
              <w:bottom w:val="single" w:sz="4" w:space="0" w:color="auto"/>
              <w:right w:val="single" w:sz="4" w:space="0" w:color="auto"/>
            </w:tcBorders>
            <w:shd w:val="clear" w:color="000000" w:fill="70AD47"/>
            <w:vAlign w:val="center"/>
            <w:hideMark/>
          </w:tcPr>
          <w:p w14:paraId="2C1EDA6D" w14:textId="77777777" w:rsidR="00EB65A4" w:rsidRPr="00EB65A4" w:rsidRDefault="00EB65A4" w:rsidP="0042266E">
            <w:pPr>
              <w:jc w:val="center"/>
              <w:rPr>
                <w:rFonts w:ascii="Arial" w:hAnsi="Arial" w:cs="Arial"/>
                <w:b/>
                <w:bCs/>
                <w:color w:val="000000"/>
                <w:sz w:val="18"/>
                <w:szCs w:val="18"/>
                <w:lang w:eastAsia="es-CO"/>
              </w:rPr>
            </w:pPr>
            <w:r w:rsidRPr="00EB65A4">
              <w:rPr>
                <w:rFonts w:ascii="Arial" w:hAnsi="Arial" w:cs="Arial"/>
                <w:b/>
                <w:bCs/>
                <w:color w:val="000000"/>
                <w:sz w:val="18"/>
                <w:szCs w:val="18"/>
                <w:lang w:eastAsia="es-CO"/>
              </w:rPr>
              <w:t>1</w:t>
            </w:r>
          </w:p>
        </w:tc>
        <w:tc>
          <w:tcPr>
            <w:tcW w:w="6600" w:type="dxa"/>
            <w:gridSpan w:val="5"/>
            <w:tcBorders>
              <w:top w:val="single" w:sz="4" w:space="0" w:color="auto"/>
              <w:left w:val="nil"/>
              <w:bottom w:val="single" w:sz="4" w:space="0" w:color="auto"/>
              <w:right w:val="single" w:sz="4" w:space="0" w:color="auto"/>
            </w:tcBorders>
            <w:shd w:val="clear" w:color="000000" w:fill="70AD47"/>
            <w:vAlign w:val="center"/>
            <w:hideMark/>
          </w:tcPr>
          <w:p w14:paraId="36AE5B72" w14:textId="77777777" w:rsidR="00EB65A4" w:rsidRPr="00EB65A4" w:rsidRDefault="00EB65A4" w:rsidP="0042266E">
            <w:pPr>
              <w:rPr>
                <w:rFonts w:ascii="Arial" w:hAnsi="Arial" w:cs="Arial"/>
                <w:b/>
                <w:bCs/>
                <w:color w:val="000000"/>
                <w:sz w:val="18"/>
                <w:szCs w:val="18"/>
                <w:lang w:eastAsia="es-CO"/>
              </w:rPr>
            </w:pPr>
            <w:r w:rsidRPr="00EB65A4">
              <w:rPr>
                <w:rFonts w:ascii="Arial" w:hAnsi="Arial" w:cs="Arial"/>
                <w:b/>
                <w:bCs/>
                <w:color w:val="000000"/>
                <w:sz w:val="18"/>
                <w:szCs w:val="18"/>
                <w:lang w:eastAsia="es-CO"/>
              </w:rPr>
              <w:t xml:space="preserve">Talento Humano para la </w:t>
            </w:r>
            <w:proofErr w:type="spellStart"/>
            <w:r w:rsidRPr="00EB65A4">
              <w:rPr>
                <w:rFonts w:ascii="Arial" w:hAnsi="Arial" w:cs="Arial"/>
                <w:b/>
                <w:bCs/>
                <w:color w:val="000000"/>
                <w:sz w:val="18"/>
                <w:szCs w:val="18"/>
                <w:lang w:eastAsia="es-CO"/>
              </w:rPr>
              <w:t>Atención</w:t>
            </w:r>
            <w:proofErr w:type="spellEnd"/>
            <w:r w:rsidRPr="00EB65A4">
              <w:rPr>
                <w:rFonts w:ascii="Arial" w:hAnsi="Arial" w:cs="Arial"/>
                <w:b/>
                <w:bCs/>
                <w:color w:val="000000"/>
                <w:sz w:val="18"/>
                <w:szCs w:val="18"/>
                <w:lang w:eastAsia="es-CO"/>
              </w:rPr>
              <w:t xml:space="preserve"> de </w:t>
            </w:r>
            <w:proofErr w:type="spellStart"/>
            <w:r w:rsidRPr="00EB65A4">
              <w:rPr>
                <w:rFonts w:ascii="Arial" w:hAnsi="Arial" w:cs="Arial"/>
                <w:b/>
                <w:bCs/>
                <w:color w:val="000000"/>
                <w:sz w:val="18"/>
                <w:szCs w:val="18"/>
                <w:lang w:eastAsia="es-CO"/>
              </w:rPr>
              <w:t>los</w:t>
            </w:r>
            <w:proofErr w:type="spellEnd"/>
            <w:r w:rsidRPr="00EB65A4">
              <w:rPr>
                <w:rFonts w:ascii="Arial" w:hAnsi="Arial" w:cs="Arial"/>
                <w:b/>
                <w:bCs/>
                <w:color w:val="000000"/>
                <w:sz w:val="18"/>
                <w:szCs w:val="18"/>
                <w:lang w:eastAsia="es-CO"/>
              </w:rPr>
              <w:t xml:space="preserve"> AM </w:t>
            </w:r>
            <w:proofErr w:type="spellStart"/>
            <w:r w:rsidRPr="00EB65A4">
              <w:rPr>
                <w:rFonts w:ascii="Arial" w:hAnsi="Arial" w:cs="Arial"/>
                <w:b/>
                <w:bCs/>
                <w:color w:val="000000"/>
                <w:sz w:val="18"/>
                <w:szCs w:val="18"/>
                <w:lang w:eastAsia="es-CO"/>
              </w:rPr>
              <w:t>en</w:t>
            </w:r>
            <w:proofErr w:type="spellEnd"/>
            <w:r w:rsidRPr="00EB65A4">
              <w:rPr>
                <w:rFonts w:ascii="Arial" w:hAnsi="Arial" w:cs="Arial"/>
                <w:b/>
                <w:bCs/>
                <w:color w:val="000000"/>
                <w:sz w:val="18"/>
                <w:szCs w:val="18"/>
                <w:lang w:eastAsia="es-CO"/>
              </w:rPr>
              <w:t xml:space="preserve"> </w:t>
            </w:r>
            <w:proofErr w:type="spellStart"/>
            <w:r w:rsidRPr="00EB65A4">
              <w:rPr>
                <w:rFonts w:ascii="Arial" w:hAnsi="Arial" w:cs="Arial"/>
                <w:b/>
                <w:bCs/>
                <w:color w:val="000000"/>
                <w:sz w:val="18"/>
                <w:szCs w:val="18"/>
                <w:lang w:eastAsia="es-CO"/>
              </w:rPr>
              <w:t>el</w:t>
            </w:r>
            <w:proofErr w:type="spellEnd"/>
            <w:r w:rsidRPr="00EB65A4">
              <w:rPr>
                <w:rFonts w:ascii="Arial" w:hAnsi="Arial" w:cs="Arial"/>
                <w:b/>
                <w:bCs/>
                <w:color w:val="000000"/>
                <w:sz w:val="18"/>
                <w:szCs w:val="18"/>
                <w:lang w:eastAsia="es-CO"/>
              </w:rPr>
              <w:t xml:space="preserve"> CBA:</w:t>
            </w:r>
          </w:p>
        </w:tc>
      </w:tr>
      <w:tr w:rsidR="00EB65A4" w:rsidRPr="00EB65A4" w14:paraId="5141F2CC" w14:textId="77777777" w:rsidTr="00EB65A4">
        <w:trPr>
          <w:trHeight w:val="2160"/>
          <w:jc w:val="center"/>
        </w:trPr>
        <w:tc>
          <w:tcPr>
            <w:tcW w:w="1320" w:type="dxa"/>
            <w:vMerge/>
            <w:tcBorders>
              <w:top w:val="nil"/>
              <w:left w:val="single" w:sz="4" w:space="0" w:color="auto"/>
              <w:bottom w:val="single" w:sz="4" w:space="0" w:color="auto"/>
              <w:right w:val="single" w:sz="4" w:space="0" w:color="auto"/>
            </w:tcBorders>
            <w:vAlign w:val="center"/>
            <w:hideMark/>
          </w:tcPr>
          <w:p w14:paraId="72B01EDA" w14:textId="77777777" w:rsidR="00EB65A4" w:rsidRPr="00EB65A4" w:rsidRDefault="00EB65A4" w:rsidP="0042266E">
            <w:pPr>
              <w:rPr>
                <w:rFonts w:ascii="Arial" w:hAnsi="Arial" w:cs="Arial"/>
                <w:b/>
                <w:bCs/>
                <w:color w:val="000000"/>
                <w:sz w:val="18"/>
                <w:szCs w:val="18"/>
                <w:lang w:eastAsia="es-CO"/>
              </w:rPr>
            </w:pPr>
          </w:p>
        </w:tc>
        <w:tc>
          <w:tcPr>
            <w:tcW w:w="1474" w:type="dxa"/>
            <w:tcBorders>
              <w:top w:val="nil"/>
              <w:left w:val="nil"/>
              <w:bottom w:val="single" w:sz="4" w:space="0" w:color="auto"/>
              <w:right w:val="single" w:sz="4" w:space="0" w:color="auto"/>
            </w:tcBorders>
            <w:shd w:val="clear" w:color="000000" w:fill="FFFFFF"/>
            <w:vAlign w:val="center"/>
            <w:hideMark/>
          </w:tcPr>
          <w:p w14:paraId="699C8EFF" w14:textId="77777777" w:rsidR="00EB65A4" w:rsidRPr="00EB65A4" w:rsidRDefault="00EB65A4" w:rsidP="0042266E">
            <w:pPr>
              <w:rPr>
                <w:rFonts w:ascii="Arial" w:hAnsi="Arial" w:cs="Arial"/>
                <w:color w:val="000000"/>
                <w:sz w:val="18"/>
                <w:szCs w:val="18"/>
                <w:lang w:eastAsia="es-CO"/>
              </w:rPr>
            </w:pPr>
            <w:r w:rsidRPr="00EB65A4">
              <w:rPr>
                <w:rFonts w:ascii="Arial" w:hAnsi="Arial" w:cs="Arial"/>
                <w:color w:val="000000"/>
                <w:sz w:val="18"/>
                <w:szCs w:val="18"/>
                <w:lang w:eastAsia="es-CO"/>
              </w:rPr>
              <w:t xml:space="preserve">1.1. Talento Humano para la </w:t>
            </w:r>
            <w:proofErr w:type="spellStart"/>
            <w:r w:rsidRPr="00EB65A4">
              <w:rPr>
                <w:rFonts w:ascii="Arial" w:hAnsi="Arial" w:cs="Arial"/>
                <w:b/>
                <w:bCs/>
                <w:color w:val="000000"/>
                <w:sz w:val="18"/>
                <w:szCs w:val="18"/>
                <w:lang w:eastAsia="es-CO"/>
              </w:rPr>
              <w:t>Coordinacion</w:t>
            </w:r>
            <w:proofErr w:type="spellEnd"/>
            <w:r w:rsidRPr="00EB65A4">
              <w:rPr>
                <w:rFonts w:ascii="Arial" w:hAnsi="Arial" w:cs="Arial"/>
                <w:b/>
                <w:bCs/>
                <w:color w:val="000000"/>
                <w:sz w:val="18"/>
                <w:szCs w:val="18"/>
                <w:lang w:eastAsia="es-CO"/>
              </w:rPr>
              <w:t xml:space="preserve"> General </w:t>
            </w:r>
            <w:r w:rsidRPr="00EB65A4">
              <w:rPr>
                <w:rFonts w:ascii="Arial" w:hAnsi="Arial" w:cs="Arial"/>
                <w:color w:val="000000"/>
                <w:sz w:val="18"/>
                <w:szCs w:val="18"/>
                <w:lang w:eastAsia="es-CO"/>
              </w:rPr>
              <w:t>del CBA. (</w:t>
            </w:r>
            <w:proofErr w:type="spellStart"/>
            <w:r w:rsidRPr="00EB65A4">
              <w:rPr>
                <w:rFonts w:ascii="Arial" w:hAnsi="Arial" w:cs="Arial"/>
                <w:color w:val="000000"/>
                <w:sz w:val="18"/>
                <w:szCs w:val="18"/>
                <w:lang w:eastAsia="es-CO"/>
              </w:rPr>
              <w:t>Honorarios</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por</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Prestación</w:t>
            </w:r>
            <w:proofErr w:type="spellEnd"/>
            <w:r w:rsidRPr="00EB65A4">
              <w:rPr>
                <w:rFonts w:ascii="Arial" w:hAnsi="Arial" w:cs="Arial"/>
                <w:color w:val="000000"/>
                <w:sz w:val="18"/>
                <w:szCs w:val="18"/>
                <w:lang w:eastAsia="es-CO"/>
              </w:rPr>
              <w:t xml:space="preserve"> de </w:t>
            </w:r>
            <w:proofErr w:type="spellStart"/>
            <w:r w:rsidRPr="00EB65A4">
              <w:rPr>
                <w:rFonts w:ascii="Arial" w:hAnsi="Arial" w:cs="Arial"/>
                <w:color w:val="000000"/>
                <w:sz w:val="18"/>
                <w:szCs w:val="18"/>
                <w:lang w:eastAsia="es-CO"/>
              </w:rPr>
              <w:t>Servicios</w:t>
            </w:r>
            <w:proofErr w:type="spellEnd"/>
            <w:r w:rsidRPr="00EB65A4">
              <w:rPr>
                <w:rFonts w:ascii="Arial" w:hAnsi="Arial" w:cs="Arial"/>
                <w:color w:val="000000"/>
                <w:sz w:val="18"/>
                <w:szCs w:val="18"/>
                <w:lang w:eastAsia="es-CO"/>
              </w:rPr>
              <w:t>).</w:t>
            </w:r>
          </w:p>
        </w:tc>
        <w:tc>
          <w:tcPr>
            <w:tcW w:w="1320" w:type="dxa"/>
            <w:tcBorders>
              <w:top w:val="nil"/>
              <w:left w:val="nil"/>
              <w:bottom w:val="single" w:sz="4" w:space="0" w:color="auto"/>
              <w:right w:val="single" w:sz="4" w:space="0" w:color="auto"/>
            </w:tcBorders>
            <w:shd w:val="clear" w:color="000000" w:fill="FFFFFF"/>
            <w:vAlign w:val="center"/>
            <w:hideMark/>
          </w:tcPr>
          <w:p w14:paraId="3626CBF1" w14:textId="77777777" w:rsidR="00EB65A4" w:rsidRPr="00EB65A4" w:rsidRDefault="00EB65A4" w:rsidP="0042266E">
            <w:pPr>
              <w:jc w:val="center"/>
              <w:rPr>
                <w:rFonts w:ascii="Arial" w:hAnsi="Arial" w:cs="Arial"/>
                <w:color w:val="000000"/>
                <w:sz w:val="18"/>
                <w:szCs w:val="18"/>
                <w:lang w:eastAsia="es-CO"/>
              </w:rPr>
            </w:pPr>
            <w:r w:rsidRPr="00EB65A4">
              <w:rPr>
                <w:rFonts w:ascii="Arial" w:hAnsi="Arial" w:cs="Arial"/>
                <w:color w:val="000000"/>
                <w:sz w:val="18"/>
                <w:szCs w:val="18"/>
                <w:lang w:eastAsia="es-CO"/>
              </w:rPr>
              <w:t>53</w:t>
            </w:r>
          </w:p>
        </w:tc>
        <w:tc>
          <w:tcPr>
            <w:tcW w:w="1166" w:type="dxa"/>
            <w:tcBorders>
              <w:top w:val="nil"/>
              <w:left w:val="nil"/>
              <w:bottom w:val="single" w:sz="4" w:space="0" w:color="auto"/>
              <w:right w:val="single" w:sz="4" w:space="0" w:color="auto"/>
            </w:tcBorders>
            <w:shd w:val="clear" w:color="000000" w:fill="FFFFFF"/>
            <w:vAlign w:val="center"/>
            <w:hideMark/>
          </w:tcPr>
          <w:p w14:paraId="096AA755" w14:textId="77777777" w:rsidR="00EB65A4" w:rsidRPr="00EB65A4" w:rsidRDefault="00EB65A4" w:rsidP="0042266E">
            <w:pPr>
              <w:jc w:val="center"/>
              <w:rPr>
                <w:rFonts w:ascii="Arial" w:hAnsi="Arial" w:cs="Arial"/>
                <w:color w:val="000000"/>
                <w:sz w:val="18"/>
                <w:szCs w:val="18"/>
                <w:lang w:eastAsia="es-CO"/>
              </w:rPr>
            </w:pPr>
            <w:r w:rsidRPr="00EB65A4">
              <w:rPr>
                <w:rFonts w:ascii="Arial" w:hAnsi="Arial" w:cs="Arial"/>
                <w:color w:val="000000"/>
                <w:sz w:val="18"/>
                <w:szCs w:val="18"/>
                <w:lang w:eastAsia="es-CO"/>
              </w:rPr>
              <w:t>1</w:t>
            </w:r>
          </w:p>
        </w:tc>
        <w:tc>
          <w:tcPr>
            <w:tcW w:w="1320" w:type="dxa"/>
            <w:tcBorders>
              <w:top w:val="nil"/>
              <w:left w:val="nil"/>
              <w:bottom w:val="single" w:sz="4" w:space="0" w:color="auto"/>
              <w:right w:val="single" w:sz="4" w:space="0" w:color="auto"/>
            </w:tcBorders>
            <w:shd w:val="clear" w:color="000000" w:fill="FFFFFF"/>
            <w:vAlign w:val="center"/>
            <w:hideMark/>
          </w:tcPr>
          <w:p w14:paraId="5BA225FE" w14:textId="77777777" w:rsidR="00EB65A4" w:rsidRPr="00EB65A4" w:rsidRDefault="00EB65A4" w:rsidP="0042266E">
            <w:pPr>
              <w:jc w:val="right"/>
              <w:rPr>
                <w:rFonts w:ascii="Arial" w:hAnsi="Arial" w:cs="Arial"/>
                <w:color w:val="000000"/>
                <w:sz w:val="18"/>
                <w:szCs w:val="18"/>
                <w:lang w:eastAsia="es-CO"/>
              </w:rPr>
            </w:pPr>
            <w:r w:rsidRPr="00EB65A4">
              <w:rPr>
                <w:rFonts w:ascii="Arial" w:hAnsi="Arial" w:cs="Arial"/>
                <w:color w:val="000000"/>
                <w:sz w:val="18"/>
                <w:szCs w:val="18"/>
                <w:lang w:eastAsia="es-CO"/>
              </w:rPr>
              <w:t>86.000</w:t>
            </w:r>
          </w:p>
        </w:tc>
        <w:tc>
          <w:tcPr>
            <w:tcW w:w="1320" w:type="dxa"/>
            <w:tcBorders>
              <w:top w:val="nil"/>
              <w:left w:val="nil"/>
              <w:bottom w:val="single" w:sz="4" w:space="0" w:color="auto"/>
              <w:right w:val="single" w:sz="4" w:space="0" w:color="auto"/>
            </w:tcBorders>
            <w:vAlign w:val="center"/>
            <w:hideMark/>
          </w:tcPr>
          <w:p w14:paraId="7698715D" w14:textId="77777777" w:rsidR="00EB65A4" w:rsidRPr="00EB65A4" w:rsidRDefault="00EB65A4" w:rsidP="0042266E">
            <w:pPr>
              <w:jc w:val="right"/>
              <w:rPr>
                <w:rFonts w:ascii="Arial" w:hAnsi="Arial" w:cs="Arial"/>
                <w:color w:val="000000"/>
                <w:sz w:val="18"/>
                <w:szCs w:val="18"/>
                <w:lang w:eastAsia="es-CO"/>
              </w:rPr>
            </w:pPr>
            <w:r w:rsidRPr="00EB65A4">
              <w:rPr>
                <w:rFonts w:ascii="Arial" w:hAnsi="Arial" w:cs="Arial"/>
                <w:color w:val="000000"/>
                <w:sz w:val="18"/>
                <w:szCs w:val="18"/>
                <w:lang w:eastAsia="es-CO"/>
              </w:rPr>
              <w:t xml:space="preserve">        4.558.000 </w:t>
            </w:r>
          </w:p>
        </w:tc>
      </w:tr>
      <w:tr w:rsidR="00EB65A4" w:rsidRPr="00EB65A4" w14:paraId="02F933FB" w14:textId="77777777" w:rsidTr="00EB65A4">
        <w:trPr>
          <w:trHeight w:val="3360"/>
          <w:jc w:val="center"/>
        </w:trPr>
        <w:tc>
          <w:tcPr>
            <w:tcW w:w="1320" w:type="dxa"/>
            <w:vMerge/>
            <w:tcBorders>
              <w:top w:val="nil"/>
              <w:left w:val="single" w:sz="4" w:space="0" w:color="auto"/>
              <w:bottom w:val="single" w:sz="4" w:space="0" w:color="auto"/>
              <w:right w:val="single" w:sz="4" w:space="0" w:color="auto"/>
            </w:tcBorders>
            <w:vAlign w:val="center"/>
            <w:hideMark/>
          </w:tcPr>
          <w:p w14:paraId="6A0C593E" w14:textId="77777777" w:rsidR="00EB65A4" w:rsidRPr="00EB65A4" w:rsidRDefault="00EB65A4" w:rsidP="0042266E">
            <w:pPr>
              <w:rPr>
                <w:rFonts w:ascii="Arial" w:hAnsi="Arial" w:cs="Arial"/>
                <w:b/>
                <w:bCs/>
                <w:color w:val="000000"/>
                <w:sz w:val="18"/>
                <w:szCs w:val="18"/>
                <w:lang w:eastAsia="es-CO"/>
              </w:rPr>
            </w:pPr>
          </w:p>
        </w:tc>
        <w:tc>
          <w:tcPr>
            <w:tcW w:w="1474" w:type="dxa"/>
            <w:tcBorders>
              <w:top w:val="nil"/>
              <w:left w:val="nil"/>
              <w:bottom w:val="single" w:sz="4" w:space="0" w:color="auto"/>
              <w:right w:val="single" w:sz="4" w:space="0" w:color="auto"/>
            </w:tcBorders>
            <w:shd w:val="clear" w:color="000000" w:fill="FFFFFF"/>
            <w:vAlign w:val="center"/>
            <w:hideMark/>
          </w:tcPr>
          <w:p w14:paraId="76C89741" w14:textId="77777777" w:rsidR="00EB65A4" w:rsidRPr="00EB65A4" w:rsidRDefault="00EB65A4" w:rsidP="0042266E">
            <w:pPr>
              <w:rPr>
                <w:rFonts w:ascii="Arial" w:hAnsi="Arial" w:cs="Arial"/>
                <w:color w:val="000000"/>
                <w:sz w:val="18"/>
                <w:szCs w:val="18"/>
                <w:lang w:eastAsia="es-CO"/>
              </w:rPr>
            </w:pPr>
            <w:r w:rsidRPr="00EB65A4">
              <w:rPr>
                <w:rFonts w:ascii="Arial" w:hAnsi="Arial" w:cs="Arial"/>
                <w:color w:val="000000"/>
                <w:sz w:val="18"/>
                <w:szCs w:val="18"/>
                <w:lang w:eastAsia="es-CO"/>
              </w:rPr>
              <w:t xml:space="preserve">1.2. Talento Humano para </w:t>
            </w:r>
            <w:proofErr w:type="spellStart"/>
            <w:r w:rsidRPr="00EB65A4">
              <w:rPr>
                <w:rFonts w:ascii="Arial" w:hAnsi="Arial" w:cs="Arial"/>
                <w:color w:val="000000"/>
                <w:sz w:val="18"/>
                <w:szCs w:val="18"/>
                <w:lang w:eastAsia="es-CO"/>
              </w:rPr>
              <w:t>el</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acompañamiento</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Diurno</w:t>
            </w:r>
            <w:proofErr w:type="spellEnd"/>
            <w:r w:rsidRPr="00EB65A4">
              <w:rPr>
                <w:rFonts w:ascii="Arial" w:hAnsi="Arial" w:cs="Arial"/>
                <w:color w:val="000000"/>
                <w:sz w:val="18"/>
                <w:szCs w:val="18"/>
                <w:lang w:eastAsia="es-CO"/>
              </w:rPr>
              <w:t xml:space="preserve"> y </w:t>
            </w:r>
            <w:proofErr w:type="spellStart"/>
            <w:r w:rsidRPr="00EB65A4">
              <w:rPr>
                <w:rFonts w:ascii="Arial" w:hAnsi="Arial" w:cs="Arial"/>
                <w:color w:val="000000"/>
                <w:sz w:val="18"/>
                <w:szCs w:val="18"/>
                <w:lang w:eastAsia="es-CO"/>
              </w:rPr>
              <w:t>Nuturno</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en</w:t>
            </w:r>
            <w:proofErr w:type="spellEnd"/>
            <w:r w:rsidRPr="00EB65A4">
              <w:rPr>
                <w:rFonts w:ascii="Arial" w:hAnsi="Arial" w:cs="Arial"/>
                <w:color w:val="000000"/>
                <w:sz w:val="18"/>
                <w:szCs w:val="18"/>
                <w:lang w:eastAsia="es-CO"/>
              </w:rPr>
              <w:t xml:space="preserve"> la </w:t>
            </w:r>
            <w:proofErr w:type="spellStart"/>
            <w:r w:rsidRPr="00EB65A4">
              <w:rPr>
                <w:rFonts w:ascii="Arial" w:hAnsi="Arial" w:cs="Arial"/>
                <w:color w:val="000000"/>
                <w:sz w:val="18"/>
                <w:szCs w:val="18"/>
                <w:lang w:eastAsia="es-CO"/>
              </w:rPr>
              <w:t>atención</w:t>
            </w:r>
            <w:proofErr w:type="spellEnd"/>
            <w:r w:rsidRPr="00EB65A4">
              <w:rPr>
                <w:rFonts w:ascii="Arial" w:hAnsi="Arial" w:cs="Arial"/>
                <w:color w:val="000000"/>
                <w:sz w:val="18"/>
                <w:szCs w:val="18"/>
                <w:lang w:eastAsia="es-CO"/>
              </w:rPr>
              <w:t xml:space="preserve"> Primaria </w:t>
            </w:r>
            <w:proofErr w:type="spellStart"/>
            <w:r w:rsidRPr="00EB65A4">
              <w:rPr>
                <w:rFonts w:ascii="Arial" w:hAnsi="Arial" w:cs="Arial"/>
                <w:color w:val="000000"/>
                <w:sz w:val="18"/>
                <w:szCs w:val="18"/>
                <w:lang w:eastAsia="es-CO"/>
              </w:rPr>
              <w:t>en</w:t>
            </w:r>
            <w:proofErr w:type="spellEnd"/>
            <w:r w:rsidRPr="00EB65A4">
              <w:rPr>
                <w:rFonts w:ascii="Arial" w:hAnsi="Arial" w:cs="Arial"/>
                <w:color w:val="000000"/>
                <w:sz w:val="18"/>
                <w:szCs w:val="18"/>
                <w:lang w:eastAsia="es-CO"/>
              </w:rPr>
              <w:t xml:space="preserve"> Salud. (</w:t>
            </w:r>
            <w:proofErr w:type="spellStart"/>
            <w:r w:rsidRPr="00EB65A4">
              <w:rPr>
                <w:rFonts w:ascii="Arial" w:hAnsi="Arial" w:cs="Arial"/>
                <w:b/>
                <w:bCs/>
                <w:color w:val="000000"/>
                <w:sz w:val="18"/>
                <w:szCs w:val="18"/>
                <w:lang w:eastAsia="es-CO"/>
              </w:rPr>
              <w:t>Auxiliares</w:t>
            </w:r>
            <w:proofErr w:type="spellEnd"/>
            <w:r w:rsidRPr="00EB65A4">
              <w:rPr>
                <w:rFonts w:ascii="Arial" w:hAnsi="Arial" w:cs="Arial"/>
                <w:b/>
                <w:bCs/>
                <w:color w:val="000000"/>
                <w:sz w:val="18"/>
                <w:szCs w:val="18"/>
                <w:lang w:eastAsia="es-CO"/>
              </w:rPr>
              <w:t xml:space="preserve"> de </w:t>
            </w:r>
            <w:proofErr w:type="spellStart"/>
            <w:r w:rsidRPr="00EB65A4">
              <w:rPr>
                <w:rFonts w:ascii="Arial" w:hAnsi="Arial" w:cs="Arial"/>
                <w:b/>
                <w:bCs/>
                <w:color w:val="000000"/>
                <w:sz w:val="18"/>
                <w:szCs w:val="18"/>
                <w:lang w:eastAsia="es-CO"/>
              </w:rPr>
              <w:t>Enfermería</w:t>
            </w:r>
            <w:proofErr w:type="spellEnd"/>
            <w:r w:rsidRPr="00EB65A4">
              <w:rPr>
                <w:rFonts w:ascii="Arial" w:hAnsi="Arial" w:cs="Arial"/>
                <w:color w:val="000000"/>
                <w:sz w:val="18"/>
                <w:szCs w:val="18"/>
                <w:lang w:eastAsia="es-CO"/>
              </w:rPr>
              <w:t>). (</w:t>
            </w:r>
            <w:proofErr w:type="spellStart"/>
            <w:r w:rsidRPr="00EB65A4">
              <w:rPr>
                <w:rFonts w:ascii="Arial" w:hAnsi="Arial" w:cs="Arial"/>
                <w:color w:val="000000"/>
                <w:sz w:val="18"/>
                <w:szCs w:val="18"/>
                <w:lang w:eastAsia="es-CO"/>
              </w:rPr>
              <w:t>Honorarios</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por</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Prestación</w:t>
            </w:r>
            <w:proofErr w:type="spellEnd"/>
            <w:r w:rsidRPr="00EB65A4">
              <w:rPr>
                <w:rFonts w:ascii="Arial" w:hAnsi="Arial" w:cs="Arial"/>
                <w:color w:val="000000"/>
                <w:sz w:val="18"/>
                <w:szCs w:val="18"/>
                <w:lang w:eastAsia="es-CO"/>
              </w:rPr>
              <w:t xml:space="preserve"> de </w:t>
            </w:r>
            <w:proofErr w:type="spellStart"/>
            <w:r w:rsidRPr="00EB65A4">
              <w:rPr>
                <w:rFonts w:ascii="Arial" w:hAnsi="Arial" w:cs="Arial"/>
                <w:color w:val="000000"/>
                <w:sz w:val="18"/>
                <w:szCs w:val="18"/>
                <w:lang w:eastAsia="es-CO"/>
              </w:rPr>
              <w:t>Servicios</w:t>
            </w:r>
            <w:proofErr w:type="spellEnd"/>
            <w:r w:rsidRPr="00EB65A4">
              <w:rPr>
                <w:rFonts w:ascii="Arial" w:hAnsi="Arial" w:cs="Arial"/>
                <w:color w:val="000000"/>
                <w:sz w:val="18"/>
                <w:szCs w:val="18"/>
                <w:lang w:eastAsia="es-CO"/>
              </w:rPr>
              <w:t>).</w:t>
            </w:r>
          </w:p>
        </w:tc>
        <w:tc>
          <w:tcPr>
            <w:tcW w:w="1320" w:type="dxa"/>
            <w:tcBorders>
              <w:top w:val="nil"/>
              <w:left w:val="nil"/>
              <w:bottom w:val="single" w:sz="4" w:space="0" w:color="auto"/>
              <w:right w:val="single" w:sz="4" w:space="0" w:color="auto"/>
            </w:tcBorders>
            <w:shd w:val="clear" w:color="000000" w:fill="FFFFFF"/>
            <w:vAlign w:val="center"/>
            <w:hideMark/>
          </w:tcPr>
          <w:p w14:paraId="085FA2DC" w14:textId="77777777" w:rsidR="00EB65A4" w:rsidRPr="00EB65A4" w:rsidRDefault="00EB65A4" w:rsidP="0042266E">
            <w:pPr>
              <w:jc w:val="center"/>
              <w:rPr>
                <w:rFonts w:ascii="Arial" w:hAnsi="Arial" w:cs="Arial"/>
                <w:color w:val="000000"/>
                <w:sz w:val="18"/>
                <w:szCs w:val="18"/>
                <w:lang w:eastAsia="es-CO"/>
              </w:rPr>
            </w:pPr>
            <w:r w:rsidRPr="00EB65A4">
              <w:rPr>
                <w:rFonts w:ascii="Arial" w:hAnsi="Arial" w:cs="Arial"/>
                <w:color w:val="000000"/>
                <w:sz w:val="18"/>
                <w:szCs w:val="18"/>
                <w:lang w:eastAsia="es-CO"/>
              </w:rPr>
              <w:t>53</w:t>
            </w:r>
          </w:p>
        </w:tc>
        <w:tc>
          <w:tcPr>
            <w:tcW w:w="1166" w:type="dxa"/>
            <w:tcBorders>
              <w:top w:val="nil"/>
              <w:left w:val="nil"/>
              <w:bottom w:val="single" w:sz="4" w:space="0" w:color="auto"/>
              <w:right w:val="single" w:sz="4" w:space="0" w:color="auto"/>
            </w:tcBorders>
            <w:shd w:val="clear" w:color="000000" w:fill="FFFFFF"/>
            <w:vAlign w:val="center"/>
            <w:hideMark/>
          </w:tcPr>
          <w:p w14:paraId="57F78A57" w14:textId="77777777" w:rsidR="00EB65A4" w:rsidRPr="00EB65A4" w:rsidRDefault="00EB65A4" w:rsidP="0042266E">
            <w:pPr>
              <w:jc w:val="center"/>
              <w:rPr>
                <w:rFonts w:ascii="Arial" w:hAnsi="Arial" w:cs="Arial"/>
                <w:color w:val="000000"/>
                <w:sz w:val="18"/>
                <w:szCs w:val="18"/>
                <w:lang w:eastAsia="es-CO"/>
              </w:rPr>
            </w:pPr>
            <w:r w:rsidRPr="00EB65A4">
              <w:rPr>
                <w:rFonts w:ascii="Arial" w:hAnsi="Arial" w:cs="Arial"/>
                <w:color w:val="000000"/>
                <w:sz w:val="18"/>
                <w:szCs w:val="18"/>
                <w:lang w:eastAsia="es-CO"/>
              </w:rPr>
              <w:t>2</w:t>
            </w:r>
          </w:p>
        </w:tc>
        <w:tc>
          <w:tcPr>
            <w:tcW w:w="1320" w:type="dxa"/>
            <w:tcBorders>
              <w:top w:val="nil"/>
              <w:left w:val="nil"/>
              <w:bottom w:val="single" w:sz="4" w:space="0" w:color="auto"/>
              <w:right w:val="single" w:sz="4" w:space="0" w:color="auto"/>
            </w:tcBorders>
            <w:shd w:val="clear" w:color="000000" w:fill="FFFFFF"/>
            <w:vAlign w:val="center"/>
            <w:hideMark/>
          </w:tcPr>
          <w:p w14:paraId="4E832331" w14:textId="77777777" w:rsidR="00EB65A4" w:rsidRPr="00EB65A4" w:rsidRDefault="00EB65A4" w:rsidP="0042266E">
            <w:pPr>
              <w:jc w:val="right"/>
              <w:rPr>
                <w:rFonts w:ascii="Arial" w:hAnsi="Arial" w:cs="Arial"/>
                <w:color w:val="000000"/>
                <w:sz w:val="18"/>
                <w:szCs w:val="18"/>
                <w:lang w:eastAsia="es-CO"/>
              </w:rPr>
            </w:pPr>
            <w:r w:rsidRPr="00EB65A4">
              <w:rPr>
                <w:rFonts w:ascii="Arial" w:hAnsi="Arial" w:cs="Arial"/>
                <w:color w:val="000000"/>
                <w:sz w:val="18"/>
                <w:szCs w:val="18"/>
                <w:lang w:eastAsia="es-CO"/>
              </w:rPr>
              <w:t>82.000</w:t>
            </w:r>
          </w:p>
        </w:tc>
        <w:tc>
          <w:tcPr>
            <w:tcW w:w="1320" w:type="dxa"/>
            <w:tcBorders>
              <w:top w:val="nil"/>
              <w:left w:val="nil"/>
              <w:bottom w:val="single" w:sz="4" w:space="0" w:color="auto"/>
              <w:right w:val="single" w:sz="4" w:space="0" w:color="auto"/>
            </w:tcBorders>
            <w:vAlign w:val="center"/>
            <w:hideMark/>
          </w:tcPr>
          <w:p w14:paraId="17E9E4BF" w14:textId="77777777" w:rsidR="00EB65A4" w:rsidRPr="00EB65A4" w:rsidRDefault="00EB65A4" w:rsidP="0042266E">
            <w:pPr>
              <w:jc w:val="right"/>
              <w:rPr>
                <w:rFonts w:ascii="Arial" w:hAnsi="Arial" w:cs="Arial"/>
                <w:color w:val="000000"/>
                <w:sz w:val="18"/>
                <w:szCs w:val="18"/>
                <w:lang w:eastAsia="es-CO"/>
              </w:rPr>
            </w:pPr>
            <w:r w:rsidRPr="00EB65A4">
              <w:rPr>
                <w:rFonts w:ascii="Arial" w:hAnsi="Arial" w:cs="Arial"/>
                <w:color w:val="000000"/>
                <w:sz w:val="18"/>
                <w:szCs w:val="18"/>
                <w:lang w:eastAsia="es-CO"/>
              </w:rPr>
              <w:t xml:space="preserve">        8.692.000 </w:t>
            </w:r>
          </w:p>
        </w:tc>
      </w:tr>
      <w:tr w:rsidR="00EB65A4" w:rsidRPr="00EB65A4" w14:paraId="11780C5D" w14:textId="77777777" w:rsidTr="00EB65A4">
        <w:trPr>
          <w:trHeight w:val="2880"/>
          <w:jc w:val="center"/>
        </w:trPr>
        <w:tc>
          <w:tcPr>
            <w:tcW w:w="1320" w:type="dxa"/>
            <w:vMerge/>
            <w:tcBorders>
              <w:top w:val="nil"/>
              <w:left w:val="single" w:sz="4" w:space="0" w:color="auto"/>
              <w:bottom w:val="single" w:sz="4" w:space="0" w:color="auto"/>
              <w:right w:val="single" w:sz="4" w:space="0" w:color="auto"/>
            </w:tcBorders>
            <w:vAlign w:val="center"/>
            <w:hideMark/>
          </w:tcPr>
          <w:p w14:paraId="2D4BC754" w14:textId="77777777" w:rsidR="00EB65A4" w:rsidRPr="00EB65A4" w:rsidRDefault="00EB65A4" w:rsidP="0042266E">
            <w:pPr>
              <w:rPr>
                <w:rFonts w:ascii="Arial" w:hAnsi="Arial" w:cs="Arial"/>
                <w:b/>
                <w:bCs/>
                <w:color w:val="000000"/>
                <w:sz w:val="18"/>
                <w:szCs w:val="18"/>
                <w:lang w:eastAsia="es-CO"/>
              </w:rPr>
            </w:pPr>
          </w:p>
        </w:tc>
        <w:tc>
          <w:tcPr>
            <w:tcW w:w="1474" w:type="dxa"/>
            <w:tcBorders>
              <w:top w:val="nil"/>
              <w:left w:val="nil"/>
              <w:bottom w:val="single" w:sz="4" w:space="0" w:color="auto"/>
              <w:right w:val="single" w:sz="4" w:space="0" w:color="auto"/>
            </w:tcBorders>
            <w:shd w:val="clear" w:color="000000" w:fill="FFFFFF"/>
            <w:vAlign w:val="center"/>
            <w:hideMark/>
          </w:tcPr>
          <w:p w14:paraId="4F2A9C43" w14:textId="77777777" w:rsidR="00EB65A4" w:rsidRPr="00EB65A4" w:rsidRDefault="00EB65A4" w:rsidP="0042266E">
            <w:pPr>
              <w:rPr>
                <w:rFonts w:ascii="Arial" w:hAnsi="Arial" w:cs="Arial"/>
                <w:color w:val="000000"/>
                <w:sz w:val="18"/>
                <w:szCs w:val="18"/>
                <w:lang w:eastAsia="es-CO"/>
              </w:rPr>
            </w:pPr>
            <w:r w:rsidRPr="00EB65A4">
              <w:rPr>
                <w:rFonts w:ascii="Arial" w:hAnsi="Arial" w:cs="Arial"/>
                <w:color w:val="000000"/>
                <w:sz w:val="18"/>
                <w:szCs w:val="18"/>
                <w:lang w:eastAsia="es-CO"/>
              </w:rPr>
              <w:t xml:space="preserve">1.3. Talento Humano para </w:t>
            </w:r>
            <w:proofErr w:type="spellStart"/>
            <w:r w:rsidRPr="00EB65A4">
              <w:rPr>
                <w:rFonts w:ascii="Arial" w:hAnsi="Arial" w:cs="Arial"/>
                <w:color w:val="000000"/>
                <w:sz w:val="18"/>
                <w:szCs w:val="18"/>
                <w:lang w:eastAsia="es-CO"/>
              </w:rPr>
              <w:t>el</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acompañamiento</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Diurno</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en</w:t>
            </w:r>
            <w:proofErr w:type="spellEnd"/>
            <w:r w:rsidRPr="00EB65A4">
              <w:rPr>
                <w:rFonts w:ascii="Arial" w:hAnsi="Arial" w:cs="Arial"/>
                <w:color w:val="000000"/>
                <w:sz w:val="18"/>
                <w:szCs w:val="18"/>
                <w:lang w:eastAsia="es-CO"/>
              </w:rPr>
              <w:t xml:space="preserve"> la </w:t>
            </w:r>
            <w:proofErr w:type="spellStart"/>
            <w:r w:rsidRPr="00EB65A4">
              <w:rPr>
                <w:rFonts w:ascii="Arial" w:hAnsi="Arial" w:cs="Arial"/>
                <w:color w:val="000000"/>
                <w:sz w:val="18"/>
                <w:szCs w:val="18"/>
                <w:lang w:eastAsia="es-CO"/>
              </w:rPr>
              <w:t>atención</w:t>
            </w:r>
            <w:proofErr w:type="spellEnd"/>
            <w:r w:rsidRPr="00EB65A4">
              <w:rPr>
                <w:rFonts w:ascii="Arial" w:hAnsi="Arial" w:cs="Arial"/>
                <w:color w:val="000000"/>
                <w:sz w:val="18"/>
                <w:szCs w:val="18"/>
                <w:lang w:eastAsia="es-CO"/>
              </w:rPr>
              <w:t xml:space="preserve"> a </w:t>
            </w:r>
            <w:proofErr w:type="spellStart"/>
            <w:r w:rsidRPr="00EB65A4">
              <w:rPr>
                <w:rFonts w:ascii="Arial" w:hAnsi="Arial" w:cs="Arial"/>
                <w:color w:val="000000"/>
                <w:sz w:val="18"/>
                <w:szCs w:val="18"/>
                <w:lang w:eastAsia="es-CO"/>
              </w:rPr>
              <w:t>los</w:t>
            </w:r>
            <w:proofErr w:type="spellEnd"/>
            <w:r w:rsidRPr="00EB65A4">
              <w:rPr>
                <w:rFonts w:ascii="Arial" w:hAnsi="Arial" w:cs="Arial"/>
                <w:color w:val="000000"/>
                <w:sz w:val="18"/>
                <w:szCs w:val="18"/>
                <w:lang w:eastAsia="es-CO"/>
              </w:rPr>
              <w:t xml:space="preserve"> AM. (</w:t>
            </w:r>
            <w:proofErr w:type="spellStart"/>
            <w:r w:rsidRPr="00EB65A4">
              <w:rPr>
                <w:rFonts w:ascii="Arial" w:hAnsi="Arial" w:cs="Arial"/>
                <w:b/>
                <w:bCs/>
                <w:color w:val="000000"/>
                <w:sz w:val="18"/>
                <w:szCs w:val="18"/>
                <w:lang w:eastAsia="es-CO"/>
              </w:rPr>
              <w:t>Cuidadora</w:t>
            </w:r>
            <w:proofErr w:type="spellEnd"/>
            <w:r w:rsidRPr="00EB65A4">
              <w:rPr>
                <w:rFonts w:ascii="Arial" w:hAnsi="Arial" w:cs="Arial"/>
                <w:b/>
                <w:bCs/>
                <w:color w:val="000000"/>
                <w:sz w:val="18"/>
                <w:szCs w:val="18"/>
                <w:lang w:eastAsia="es-CO"/>
              </w:rPr>
              <w:t xml:space="preserve"> </w:t>
            </w:r>
            <w:proofErr w:type="spellStart"/>
            <w:r w:rsidRPr="00EB65A4">
              <w:rPr>
                <w:rFonts w:ascii="Arial" w:hAnsi="Arial" w:cs="Arial"/>
                <w:b/>
                <w:bCs/>
                <w:color w:val="000000"/>
                <w:sz w:val="18"/>
                <w:szCs w:val="18"/>
                <w:lang w:eastAsia="es-CO"/>
              </w:rPr>
              <w:t>Diurna</w:t>
            </w:r>
            <w:proofErr w:type="spellEnd"/>
            <w:r w:rsidRPr="00EB65A4">
              <w:rPr>
                <w:rFonts w:ascii="Arial" w:hAnsi="Arial" w:cs="Arial"/>
                <w:color w:val="000000"/>
                <w:sz w:val="18"/>
                <w:szCs w:val="18"/>
                <w:lang w:eastAsia="es-CO"/>
              </w:rPr>
              <w:t>). (</w:t>
            </w:r>
            <w:proofErr w:type="spellStart"/>
            <w:r w:rsidRPr="00EB65A4">
              <w:rPr>
                <w:rFonts w:ascii="Arial" w:hAnsi="Arial" w:cs="Arial"/>
                <w:color w:val="000000"/>
                <w:sz w:val="18"/>
                <w:szCs w:val="18"/>
                <w:lang w:eastAsia="es-CO"/>
              </w:rPr>
              <w:t>Honorarios</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por</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Prestación</w:t>
            </w:r>
            <w:proofErr w:type="spellEnd"/>
            <w:r w:rsidRPr="00EB65A4">
              <w:rPr>
                <w:rFonts w:ascii="Arial" w:hAnsi="Arial" w:cs="Arial"/>
                <w:color w:val="000000"/>
                <w:sz w:val="18"/>
                <w:szCs w:val="18"/>
                <w:lang w:eastAsia="es-CO"/>
              </w:rPr>
              <w:t xml:space="preserve"> de </w:t>
            </w:r>
            <w:proofErr w:type="spellStart"/>
            <w:r w:rsidRPr="00EB65A4">
              <w:rPr>
                <w:rFonts w:ascii="Arial" w:hAnsi="Arial" w:cs="Arial"/>
                <w:color w:val="000000"/>
                <w:sz w:val="18"/>
                <w:szCs w:val="18"/>
                <w:lang w:eastAsia="es-CO"/>
              </w:rPr>
              <w:t>Servicios</w:t>
            </w:r>
            <w:proofErr w:type="spellEnd"/>
            <w:r w:rsidRPr="00EB65A4">
              <w:rPr>
                <w:rFonts w:ascii="Arial" w:hAnsi="Arial" w:cs="Arial"/>
                <w:color w:val="000000"/>
                <w:sz w:val="18"/>
                <w:szCs w:val="18"/>
                <w:lang w:eastAsia="es-CO"/>
              </w:rPr>
              <w:t>).</w:t>
            </w:r>
          </w:p>
        </w:tc>
        <w:tc>
          <w:tcPr>
            <w:tcW w:w="1320" w:type="dxa"/>
            <w:tcBorders>
              <w:top w:val="nil"/>
              <w:left w:val="nil"/>
              <w:bottom w:val="single" w:sz="4" w:space="0" w:color="auto"/>
              <w:right w:val="single" w:sz="4" w:space="0" w:color="auto"/>
            </w:tcBorders>
            <w:shd w:val="clear" w:color="000000" w:fill="FFFFFF"/>
            <w:vAlign w:val="center"/>
            <w:hideMark/>
          </w:tcPr>
          <w:p w14:paraId="30B99068" w14:textId="77777777" w:rsidR="00EB65A4" w:rsidRPr="00EB65A4" w:rsidRDefault="00EB65A4" w:rsidP="0042266E">
            <w:pPr>
              <w:jc w:val="center"/>
              <w:rPr>
                <w:rFonts w:ascii="Arial" w:hAnsi="Arial" w:cs="Arial"/>
                <w:color w:val="000000"/>
                <w:sz w:val="18"/>
                <w:szCs w:val="18"/>
                <w:lang w:eastAsia="es-CO"/>
              </w:rPr>
            </w:pPr>
            <w:r w:rsidRPr="00EB65A4">
              <w:rPr>
                <w:rFonts w:ascii="Arial" w:hAnsi="Arial" w:cs="Arial"/>
                <w:color w:val="000000"/>
                <w:sz w:val="18"/>
                <w:szCs w:val="18"/>
                <w:lang w:eastAsia="es-CO"/>
              </w:rPr>
              <w:t>53</w:t>
            </w:r>
          </w:p>
        </w:tc>
        <w:tc>
          <w:tcPr>
            <w:tcW w:w="1166" w:type="dxa"/>
            <w:tcBorders>
              <w:top w:val="nil"/>
              <w:left w:val="nil"/>
              <w:bottom w:val="single" w:sz="4" w:space="0" w:color="auto"/>
              <w:right w:val="single" w:sz="4" w:space="0" w:color="auto"/>
            </w:tcBorders>
            <w:shd w:val="clear" w:color="000000" w:fill="FFFFFF"/>
            <w:vAlign w:val="center"/>
            <w:hideMark/>
          </w:tcPr>
          <w:p w14:paraId="59E5A5FE" w14:textId="77777777" w:rsidR="00EB65A4" w:rsidRPr="00EB65A4" w:rsidRDefault="00EB65A4" w:rsidP="0042266E">
            <w:pPr>
              <w:jc w:val="center"/>
              <w:rPr>
                <w:rFonts w:ascii="Arial" w:hAnsi="Arial" w:cs="Arial"/>
                <w:color w:val="000000"/>
                <w:sz w:val="18"/>
                <w:szCs w:val="18"/>
                <w:lang w:eastAsia="es-CO"/>
              </w:rPr>
            </w:pPr>
            <w:r w:rsidRPr="00EB65A4">
              <w:rPr>
                <w:rFonts w:ascii="Arial" w:hAnsi="Arial" w:cs="Arial"/>
                <w:color w:val="000000"/>
                <w:sz w:val="18"/>
                <w:szCs w:val="18"/>
                <w:lang w:eastAsia="es-CO"/>
              </w:rPr>
              <w:t>2</w:t>
            </w:r>
          </w:p>
        </w:tc>
        <w:tc>
          <w:tcPr>
            <w:tcW w:w="1320" w:type="dxa"/>
            <w:tcBorders>
              <w:top w:val="nil"/>
              <w:left w:val="nil"/>
              <w:bottom w:val="single" w:sz="4" w:space="0" w:color="auto"/>
              <w:right w:val="single" w:sz="4" w:space="0" w:color="auto"/>
            </w:tcBorders>
            <w:shd w:val="clear" w:color="000000" w:fill="FFFFFF"/>
            <w:vAlign w:val="center"/>
            <w:hideMark/>
          </w:tcPr>
          <w:p w14:paraId="5A1DF4A9" w14:textId="77777777" w:rsidR="00EB65A4" w:rsidRPr="00EB65A4" w:rsidRDefault="00EB65A4" w:rsidP="0042266E">
            <w:pPr>
              <w:jc w:val="right"/>
              <w:rPr>
                <w:rFonts w:ascii="Arial" w:hAnsi="Arial" w:cs="Arial"/>
                <w:color w:val="000000"/>
                <w:sz w:val="18"/>
                <w:szCs w:val="18"/>
                <w:lang w:eastAsia="es-CO"/>
              </w:rPr>
            </w:pPr>
            <w:r w:rsidRPr="00EB65A4">
              <w:rPr>
                <w:rFonts w:ascii="Arial" w:hAnsi="Arial" w:cs="Arial"/>
                <w:color w:val="000000"/>
                <w:sz w:val="18"/>
                <w:szCs w:val="18"/>
                <w:lang w:eastAsia="es-CO"/>
              </w:rPr>
              <w:t>76.000</w:t>
            </w:r>
          </w:p>
        </w:tc>
        <w:tc>
          <w:tcPr>
            <w:tcW w:w="1320" w:type="dxa"/>
            <w:tcBorders>
              <w:top w:val="nil"/>
              <w:left w:val="nil"/>
              <w:bottom w:val="single" w:sz="4" w:space="0" w:color="auto"/>
              <w:right w:val="single" w:sz="4" w:space="0" w:color="auto"/>
            </w:tcBorders>
            <w:vAlign w:val="center"/>
            <w:hideMark/>
          </w:tcPr>
          <w:p w14:paraId="4A3FED1B" w14:textId="77777777" w:rsidR="00EB65A4" w:rsidRPr="00EB65A4" w:rsidRDefault="00EB65A4" w:rsidP="0042266E">
            <w:pPr>
              <w:jc w:val="right"/>
              <w:rPr>
                <w:rFonts w:ascii="Arial" w:hAnsi="Arial" w:cs="Arial"/>
                <w:color w:val="000000"/>
                <w:sz w:val="18"/>
                <w:szCs w:val="18"/>
                <w:lang w:eastAsia="es-CO"/>
              </w:rPr>
            </w:pPr>
            <w:r w:rsidRPr="00EB65A4">
              <w:rPr>
                <w:rFonts w:ascii="Arial" w:hAnsi="Arial" w:cs="Arial"/>
                <w:color w:val="000000"/>
                <w:sz w:val="18"/>
                <w:szCs w:val="18"/>
                <w:lang w:eastAsia="es-CO"/>
              </w:rPr>
              <w:t xml:space="preserve">        8.056.000 </w:t>
            </w:r>
          </w:p>
        </w:tc>
      </w:tr>
      <w:tr w:rsidR="00EB65A4" w:rsidRPr="00EB65A4" w14:paraId="3E1EBBBC" w14:textId="77777777" w:rsidTr="00EB65A4">
        <w:trPr>
          <w:trHeight w:val="1920"/>
          <w:jc w:val="center"/>
        </w:trPr>
        <w:tc>
          <w:tcPr>
            <w:tcW w:w="1320" w:type="dxa"/>
            <w:vMerge/>
            <w:tcBorders>
              <w:top w:val="nil"/>
              <w:left w:val="single" w:sz="4" w:space="0" w:color="auto"/>
              <w:bottom w:val="single" w:sz="4" w:space="0" w:color="auto"/>
              <w:right w:val="single" w:sz="4" w:space="0" w:color="auto"/>
            </w:tcBorders>
            <w:vAlign w:val="center"/>
            <w:hideMark/>
          </w:tcPr>
          <w:p w14:paraId="457F004F" w14:textId="77777777" w:rsidR="00EB65A4" w:rsidRPr="00EB65A4" w:rsidRDefault="00EB65A4" w:rsidP="0042266E">
            <w:pPr>
              <w:rPr>
                <w:rFonts w:ascii="Arial" w:hAnsi="Arial" w:cs="Arial"/>
                <w:b/>
                <w:bCs/>
                <w:color w:val="000000"/>
                <w:sz w:val="18"/>
                <w:szCs w:val="18"/>
                <w:lang w:eastAsia="es-CO"/>
              </w:rPr>
            </w:pPr>
          </w:p>
        </w:tc>
        <w:tc>
          <w:tcPr>
            <w:tcW w:w="1474" w:type="dxa"/>
            <w:tcBorders>
              <w:top w:val="nil"/>
              <w:left w:val="nil"/>
              <w:bottom w:val="single" w:sz="4" w:space="0" w:color="auto"/>
              <w:right w:val="single" w:sz="4" w:space="0" w:color="auto"/>
            </w:tcBorders>
            <w:shd w:val="clear" w:color="000000" w:fill="FFFFFF"/>
            <w:vAlign w:val="center"/>
            <w:hideMark/>
          </w:tcPr>
          <w:p w14:paraId="343BBD34" w14:textId="77777777" w:rsidR="00EB65A4" w:rsidRPr="00EB65A4" w:rsidRDefault="00EB65A4" w:rsidP="0042266E">
            <w:pPr>
              <w:rPr>
                <w:rFonts w:ascii="Arial" w:hAnsi="Arial" w:cs="Arial"/>
                <w:color w:val="000000"/>
                <w:sz w:val="18"/>
                <w:szCs w:val="18"/>
                <w:lang w:eastAsia="es-CO"/>
              </w:rPr>
            </w:pPr>
            <w:r w:rsidRPr="00EB65A4">
              <w:rPr>
                <w:rFonts w:ascii="Arial" w:hAnsi="Arial" w:cs="Arial"/>
                <w:color w:val="000000"/>
                <w:sz w:val="18"/>
                <w:szCs w:val="18"/>
                <w:lang w:eastAsia="es-CO"/>
              </w:rPr>
              <w:t xml:space="preserve">1.4. Talento Humano para </w:t>
            </w:r>
            <w:proofErr w:type="spellStart"/>
            <w:r w:rsidRPr="00EB65A4">
              <w:rPr>
                <w:rFonts w:ascii="Arial" w:hAnsi="Arial" w:cs="Arial"/>
                <w:color w:val="000000"/>
                <w:sz w:val="18"/>
                <w:szCs w:val="18"/>
                <w:lang w:eastAsia="es-CO"/>
              </w:rPr>
              <w:t>el</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proceso</w:t>
            </w:r>
            <w:proofErr w:type="spellEnd"/>
            <w:r w:rsidRPr="00EB65A4">
              <w:rPr>
                <w:rFonts w:ascii="Arial" w:hAnsi="Arial" w:cs="Arial"/>
                <w:color w:val="000000"/>
                <w:sz w:val="18"/>
                <w:szCs w:val="18"/>
                <w:lang w:eastAsia="es-CO"/>
              </w:rPr>
              <w:t xml:space="preserve"> de</w:t>
            </w:r>
            <w:r w:rsidRPr="00EB65A4">
              <w:rPr>
                <w:rFonts w:ascii="Arial" w:hAnsi="Arial" w:cs="Arial"/>
                <w:b/>
                <w:bCs/>
                <w:color w:val="000000"/>
                <w:sz w:val="18"/>
                <w:szCs w:val="18"/>
                <w:lang w:eastAsia="es-CO"/>
              </w:rPr>
              <w:t xml:space="preserve"> </w:t>
            </w:r>
            <w:proofErr w:type="spellStart"/>
            <w:r w:rsidRPr="00EB65A4">
              <w:rPr>
                <w:rFonts w:ascii="Arial" w:hAnsi="Arial" w:cs="Arial"/>
                <w:b/>
                <w:bCs/>
                <w:color w:val="000000"/>
                <w:sz w:val="18"/>
                <w:szCs w:val="18"/>
                <w:lang w:eastAsia="es-CO"/>
              </w:rPr>
              <w:t>Manipulación</w:t>
            </w:r>
            <w:proofErr w:type="spellEnd"/>
            <w:r w:rsidRPr="00EB65A4">
              <w:rPr>
                <w:rFonts w:ascii="Arial" w:hAnsi="Arial" w:cs="Arial"/>
                <w:b/>
                <w:bCs/>
                <w:color w:val="000000"/>
                <w:sz w:val="18"/>
                <w:szCs w:val="18"/>
                <w:lang w:eastAsia="es-CO"/>
              </w:rPr>
              <w:t xml:space="preserve"> de Alimentos</w:t>
            </w:r>
            <w:r w:rsidRPr="00EB65A4">
              <w:rPr>
                <w:rFonts w:ascii="Arial" w:hAnsi="Arial" w:cs="Arial"/>
                <w:color w:val="000000"/>
                <w:sz w:val="18"/>
                <w:szCs w:val="18"/>
                <w:lang w:eastAsia="es-CO"/>
              </w:rPr>
              <w:t>. (</w:t>
            </w:r>
            <w:proofErr w:type="spellStart"/>
            <w:r w:rsidRPr="00EB65A4">
              <w:rPr>
                <w:rFonts w:ascii="Arial" w:hAnsi="Arial" w:cs="Arial"/>
                <w:color w:val="000000"/>
                <w:sz w:val="18"/>
                <w:szCs w:val="18"/>
                <w:lang w:eastAsia="es-CO"/>
              </w:rPr>
              <w:t>Honorarios</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por</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Prestación</w:t>
            </w:r>
            <w:proofErr w:type="spellEnd"/>
            <w:r w:rsidRPr="00EB65A4">
              <w:rPr>
                <w:rFonts w:ascii="Arial" w:hAnsi="Arial" w:cs="Arial"/>
                <w:color w:val="000000"/>
                <w:sz w:val="18"/>
                <w:szCs w:val="18"/>
                <w:lang w:eastAsia="es-CO"/>
              </w:rPr>
              <w:t xml:space="preserve"> de </w:t>
            </w:r>
            <w:proofErr w:type="spellStart"/>
            <w:r w:rsidRPr="00EB65A4">
              <w:rPr>
                <w:rFonts w:ascii="Arial" w:hAnsi="Arial" w:cs="Arial"/>
                <w:color w:val="000000"/>
                <w:sz w:val="18"/>
                <w:szCs w:val="18"/>
                <w:lang w:eastAsia="es-CO"/>
              </w:rPr>
              <w:t>Servicios</w:t>
            </w:r>
            <w:proofErr w:type="spellEnd"/>
            <w:r w:rsidRPr="00EB65A4">
              <w:rPr>
                <w:rFonts w:ascii="Arial" w:hAnsi="Arial" w:cs="Arial"/>
                <w:color w:val="000000"/>
                <w:sz w:val="18"/>
                <w:szCs w:val="18"/>
                <w:lang w:eastAsia="es-CO"/>
              </w:rPr>
              <w:t>).</w:t>
            </w:r>
          </w:p>
        </w:tc>
        <w:tc>
          <w:tcPr>
            <w:tcW w:w="1320" w:type="dxa"/>
            <w:tcBorders>
              <w:top w:val="nil"/>
              <w:left w:val="nil"/>
              <w:bottom w:val="single" w:sz="4" w:space="0" w:color="auto"/>
              <w:right w:val="single" w:sz="4" w:space="0" w:color="auto"/>
            </w:tcBorders>
            <w:shd w:val="clear" w:color="000000" w:fill="FFFFFF"/>
            <w:vAlign w:val="center"/>
            <w:hideMark/>
          </w:tcPr>
          <w:p w14:paraId="72D639F2" w14:textId="77777777" w:rsidR="00EB65A4" w:rsidRPr="00EB65A4" w:rsidRDefault="00EB65A4" w:rsidP="0042266E">
            <w:pPr>
              <w:jc w:val="center"/>
              <w:rPr>
                <w:rFonts w:ascii="Arial" w:hAnsi="Arial" w:cs="Arial"/>
                <w:color w:val="000000"/>
                <w:sz w:val="18"/>
                <w:szCs w:val="18"/>
                <w:lang w:eastAsia="es-CO"/>
              </w:rPr>
            </w:pPr>
            <w:r w:rsidRPr="00EB65A4">
              <w:rPr>
                <w:rFonts w:ascii="Arial" w:hAnsi="Arial" w:cs="Arial"/>
                <w:color w:val="000000"/>
                <w:sz w:val="18"/>
                <w:szCs w:val="18"/>
                <w:lang w:eastAsia="es-CO"/>
              </w:rPr>
              <w:t>53</w:t>
            </w:r>
          </w:p>
        </w:tc>
        <w:tc>
          <w:tcPr>
            <w:tcW w:w="1166" w:type="dxa"/>
            <w:tcBorders>
              <w:top w:val="nil"/>
              <w:left w:val="nil"/>
              <w:bottom w:val="single" w:sz="4" w:space="0" w:color="auto"/>
              <w:right w:val="single" w:sz="4" w:space="0" w:color="auto"/>
            </w:tcBorders>
            <w:shd w:val="clear" w:color="000000" w:fill="FFFFFF"/>
            <w:vAlign w:val="center"/>
            <w:hideMark/>
          </w:tcPr>
          <w:p w14:paraId="1F79F2C0" w14:textId="77777777" w:rsidR="00EB65A4" w:rsidRPr="00EB65A4" w:rsidRDefault="00EB65A4" w:rsidP="0042266E">
            <w:pPr>
              <w:jc w:val="center"/>
              <w:rPr>
                <w:rFonts w:ascii="Arial" w:hAnsi="Arial" w:cs="Arial"/>
                <w:color w:val="000000"/>
                <w:sz w:val="18"/>
                <w:szCs w:val="18"/>
                <w:lang w:eastAsia="es-CO"/>
              </w:rPr>
            </w:pPr>
            <w:r w:rsidRPr="00EB65A4">
              <w:rPr>
                <w:rFonts w:ascii="Arial" w:hAnsi="Arial" w:cs="Arial"/>
                <w:color w:val="000000"/>
                <w:sz w:val="18"/>
                <w:szCs w:val="18"/>
                <w:lang w:eastAsia="es-CO"/>
              </w:rPr>
              <w:t>1</w:t>
            </w:r>
          </w:p>
        </w:tc>
        <w:tc>
          <w:tcPr>
            <w:tcW w:w="1320" w:type="dxa"/>
            <w:tcBorders>
              <w:top w:val="nil"/>
              <w:left w:val="nil"/>
              <w:bottom w:val="single" w:sz="4" w:space="0" w:color="auto"/>
              <w:right w:val="single" w:sz="4" w:space="0" w:color="auto"/>
            </w:tcBorders>
            <w:shd w:val="clear" w:color="000000" w:fill="FFFFFF"/>
            <w:vAlign w:val="center"/>
            <w:hideMark/>
          </w:tcPr>
          <w:p w14:paraId="246270B7" w14:textId="77777777" w:rsidR="00EB65A4" w:rsidRPr="00EB65A4" w:rsidRDefault="00EB65A4" w:rsidP="0042266E">
            <w:pPr>
              <w:jc w:val="right"/>
              <w:rPr>
                <w:rFonts w:ascii="Arial" w:hAnsi="Arial" w:cs="Arial"/>
                <w:color w:val="000000"/>
                <w:sz w:val="18"/>
                <w:szCs w:val="18"/>
                <w:lang w:eastAsia="es-CO"/>
              </w:rPr>
            </w:pPr>
            <w:r w:rsidRPr="00EB65A4">
              <w:rPr>
                <w:rFonts w:ascii="Arial" w:hAnsi="Arial" w:cs="Arial"/>
                <w:color w:val="000000"/>
                <w:sz w:val="18"/>
                <w:szCs w:val="18"/>
                <w:lang w:eastAsia="es-CO"/>
              </w:rPr>
              <w:t>76.000</w:t>
            </w:r>
          </w:p>
        </w:tc>
        <w:tc>
          <w:tcPr>
            <w:tcW w:w="1320" w:type="dxa"/>
            <w:tcBorders>
              <w:top w:val="nil"/>
              <w:left w:val="nil"/>
              <w:bottom w:val="single" w:sz="4" w:space="0" w:color="auto"/>
              <w:right w:val="single" w:sz="4" w:space="0" w:color="auto"/>
            </w:tcBorders>
            <w:vAlign w:val="center"/>
            <w:hideMark/>
          </w:tcPr>
          <w:p w14:paraId="6F8AE276" w14:textId="77777777" w:rsidR="00EB65A4" w:rsidRPr="00EB65A4" w:rsidRDefault="00EB65A4" w:rsidP="0042266E">
            <w:pPr>
              <w:jc w:val="right"/>
              <w:rPr>
                <w:rFonts w:ascii="Arial" w:hAnsi="Arial" w:cs="Arial"/>
                <w:color w:val="000000"/>
                <w:sz w:val="18"/>
                <w:szCs w:val="18"/>
                <w:lang w:eastAsia="es-CO"/>
              </w:rPr>
            </w:pPr>
            <w:r w:rsidRPr="00EB65A4">
              <w:rPr>
                <w:rFonts w:ascii="Arial" w:hAnsi="Arial" w:cs="Arial"/>
                <w:color w:val="000000"/>
                <w:sz w:val="18"/>
                <w:szCs w:val="18"/>
                <w:lang w:eastAsia="es-CO"/>
              </w:rPr>
              <w:t xml:space="preserve">        4.028.000 </w:t>
            </w:r>
          </w:p>
        </w:tc>
      </w:tr>
      <w:tr w:rsidR="00EB65A4" w:rsidRPr="00EB65A4" w14:paraId="27B49D99" w14:textId="77777777" w:rsidTr="00EB65A4">
        <w:trPr>
          <w:trHeight w:val="2640"/>
          <w:jc w:val="center"/>
        </w:trPr>
        <w:tc>
          <w:tcPr>
            <w:tcW w:w="1320" w:type="dxa"/>
            <w:vMerge/>
            <w:tcBorders>
              <w:top w:val="nil"/>
              <w:left w:val="single" w:sz="4" w:space="0" w:color="auto"/>
              <w:bottom w:val="single" w:sz="4" w:space="0" w:color="auto"/>
              <w:right w:val="single" w:sz="4" w:space="0" w:color="auto"/>
            </w:tcBorders>
            <w:vAlign w:val="center"/>
            <w:hideMark/>
          </w:tcPr>
          <w:p w14:paraId="3C14E04E" w14:textId="77777777" w:rsidR="00EB65A4" w:rsidRPr="00EB65A4" w:rsidRDefault="00EB65A4" w:rsidP="0042266E">
            <w:pPr>
              <w:rPr>
                <w:rFonts w:ascii="Arial" w:hAnsi="Arial" w:cs="Arial"/>
                <w:b/>
                <w:bCs/>
                <w:color w:val="000000"/>
                <w:sz w:val="18"/>
                <w:szCs w:val="18"/>
                <w:lang w:eastAsia="es-CO"/>
              </w:rPr>
            </w:pPr>
          </w:p>
        </w:tc>
        <w:tc>
          <w:tcPr>
            <w:tcW w:w="1474" w:type="dxa"/>
            <w:tcBorders>
              <w:top w:val="nil"/>
              <w:left w:val="nil"/>
              <w:bottom w:val="single" w:sz="4" w:space="0" w:color="auto"/>
              <w:right w:val="single" w:sz="4" w:space="0" w:color="auto"/>
            </w:tcBorders>
            <w:shd w:val="clear" w:color="000000" w:fill="FFFFFF"/>
            <w:vAlign w:val="center"/>
            <w:hideMark/>
          </w:tcPr>
          <w:p w14:paraId="07EDF558" w14:textId="77777777" w:rsidR="00EB65A4" w:rsidRPr="00EB65A4" w:rsidRDefault="00EB65A4" w:rsidP="0042266E">
            <w:pPr>
              <w:rPr>
                <w:rFonts w:ascii="Arial" w:hAnsi="Arial" w:cs="Arial"/>
                <w:color w:val="000000"/>
                <w:sz w:val="18"/>
                <w:szCs w:val="18"/>
                <w:lang w:eastAsia="es-CO"/>
              </w:rPr>
            </w:pPr>
            <w:r w:rsidRPr="00EB65A4">
              <w:rPr>
                <w:rFonts w:ascii="Arial" w:hAnsi="Arial" w:cs="Arial"/>
                <w:color w:val="000000"/>
                <w:sz w:val="18"/>
                <w:szCs w:val="18"/>
                <w:lang w:eastAsia="es-CO"/>
              </w:rPr>
              <w:t xml:space="preserve">1.5. Talento Humano para la </w:t>
            </w:r>
            <w:proofErr w:type="spellStart"/>
            <w:r w:rsidRPr="00EB65A4">
              <w:rPr>
                <w:rFonts w:ascii="Arial" w:hAnsi="Arial" w:cs="Arial"/>
                <w:color w:val="000000"/>
                <w:sz w:val="18"/>
                <w:szCs w:val="18"/>
                <w:lang w:eastAsia="es-CO"/>
              </w:rPr>
              <w:t>atención</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en</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el</w:t>
            </w:r>
            <w:proofErr w:type="spellEnd"/>
            <w:r w:rsidRPr="00EB65A4">
              <w:rPr>
                <w:rFonts w:ascii="Arial" w:hAnsi="Arial" w:cs="Arial"/>
                <w:color w:val="000000"/>
                <w:sz w:val="18"/>
                <w:szCs w:val="18"/>
                <w:lang w:eastAsia="es-CO"/>
              </w:rPr>
              <w:t xml:space="preserve"> CPS </w:t>
            </w:r>
            <w:proofErr w:type="spellStart"/>
            <w:r w:rsidRPr="00EB65A4">
              <w:rPr>
                <w:rFonts w:ascii="Arial" w:hAnsi="Arial" w:cs="Arial"/>
                <w:color w:val="000000"/>
                <w:sz w:val="18"/>
                <w:szCs w:val="18"/>
                <w:lang w:eastAsia="es-CO"/>
              </w:rPr>
              <w:t>en</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los</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Servicios</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Generales</w:t>
            </w:r>
            <w:proofErr w:type="spellEnd"/>
            <w:r w:rsidRPr="00EB65A4">
              <w:rPr>
                <w:rFonts w:ascii="Arial" w:hAnsi="Arial" w:cs="Arial"/>
                <w:color w:val="000000"/>
                <w:sz w:val="18"/>
                <w:szCs w:val="18"/>
                <w:lang w:eastAsia="es-CO"/>
              </w:rPr>
              <w:t>. (</w:t>
            </w:r>
            <w:proofErr w:type="spellStart"/>
            <w:r w:rsidRPr="00EB65A4">
              <w:rPr>
                <w:rFonts w:ascii="Arial" w:hAnsi="Arial" w:cs="Arial"/>
                <w:b/>
                <w:bCs/>
                <w:color w:val="000000"/>
                <w:sz w:val="18"/>
                <w:szCs w:val="18"/>
                <w:lang w:eastAsia="es-CO"/>
              </w:rPr>
              <w:t>Aseo</w:t>
            </w:r>
            <w:proofErr w:type="spellEnd"/>
            <w:r w:rsidRPr="00EB65A4">
              <w:rPr>
                <w:rFonts w:ascii="Arial" w:hAnsi="Arial" w:cs="Arial"/>
                <w:b/>
                <w:bCs/>
                <w:color w:val="000000"/>
                <w:sz w:val="18"/>
                <w:szCs w:val="18"/>
                <w:lang w:eastAsia="es-CO"/>
              </w:rPr>
              <w:t xml:space="preserve"> y </w:t>
            </w:r>
            <w:proofErr w:type="spellStart"/>
            <w:r w:rsidRPr="00EB65A4">
              <w:rPr>
                <w:rFonts w:ascii="Arial" w:hAnsi="Arial" w:cs="Arial"/>
                <w:b/>
                <w:bCs/>
                <w:color w:val="000000"/>
                <w:sz w:val="18"/>
                <w:szCs w:val="18"/>
                <w:lang w:eastAsia="es-CO"/>
              </w:rPr>
              <w:t>limpieza</w:t>
            </w:r>
            <w:proofErr w:type="spellEnd"/>
            <w:r w:rsidRPr="00EB65A4">
              <w:rPr>
                <w:rFonts w:ascii="Arial" w:hAnsi="Arial" w:cs="Arial"/>
                <w:color w:val="000000"/>
                <w:sz w:val="18"/>
                <w:szCs w:val="18"/>
                <w:lang w:eastAsia="es-CO"/>
              </w:rPr>
              <w:t>). (</w:t>
            </w:r>
            <w:proofErr w:type="spellStart"/>
            <w:r w:rsidRPr="00EB65A4">
              <w:rPr>
                <w:rFonts w:ascii="Arial" w:hAnsi="Arial" w:cs="Arial"/>
                <w:color w:val="000000"/>
                <w:sz w:val="18"/>
                <w:szCs w:val="18"/>
                <w:lang w:eastAsia="es-CO"/>
              </w:rPr>
              <w:t>Honorarios</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por</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Prestación</w:t>
            </w:r>
            <w:proofErr w:type="spellEnd"/>
            <w:r w:rsidRPr="00EB65A4">
              <w:rPr>
                <w:rFonts w:ascii="Arial" w:hAnsi="Arial" w:cs="Arial"/>
                <w:color w:val="000000"/>
                <w:sz w:val="18"/>
                <w:szCs w:val="18"/>
                <w:lang w:eastAsia="es-CO"/>
              </w:rPr>
              <w:t xml:space="preserve"> de </w:t>
            </w:r>
            <w:proofErr w:type="spellStart"/>
            <w:r w:rsidRPr="00EB65A4">
              <w:rPr>
                <w:rFonts w:ascii="Arial" w:hAnsi="Arial" w:cs="Arial"/>
                <w:color w:val="000000"/>
                <w:sz w:val="18"/>
                <w:szCs w:val="18"/>
                <w:lang w:eastAsia="es-CO"/>
              </w:rPr>
              <w:t>Servicios</w:t>
            </w:r>
            <w:proofErr w:type="spellEnd"/>
            <w:r w:rsidRPr="00EB65A4">
              <w:rPr>
                <w:rFonts w:ascii="Arial" w:hAnsi="Arial" w:cs="Arial"/>
                <w:color w:val="000000"/>
                <w:sz w:val="18"/>
                <w:szCs w:val="18"/>
                <w:lang w:eastAsia="es-CO"/>
              </w:rPr>
              <w:t>).</w:t>
            </w:r>
          </w:p>
        </w:tc>
        <w:tc>
          <w:tcPr>
            <w:tcW w:w="1320" w:type="dxa"/>
            <w:tcBorders>
              <w:top w:val="nil"/>
              <w:left w:val="nil"/>
              <w:bottom w:val="single" w:sz="4" w:space="0" w:color="auto"/>
              <w:right w:val="single" w:sz="4" w:space="0" w:color="auto"/>
            </w:tcBorders>
            <w:shd w:val="clear" w:color="000000" w:fill="FFFFFF"/>
            <w:vAlign w:val="center"/>
            <w:hideMark/>
          </w:tcPr>
          <w:p w14:paraId="4EE9DEC0" w14:textId="77777777" w:rsidR="00EB65A4" w:rsidRPr="00EB65A4" w:rsidRDefault="00EB65A4" w:rsidP="0042266E">
            <w:pPr>
              <w:jc w:val="center"/>
              <w:rPr>
                <w:rFonts w:ascii="Arial" w:hAnsi="Arial" w:cs="Arial"/>
                <w:color w:val="000000"/>
                <w:sz w:val="18"/>
                <w:szCs w:val="18"/>
                <w:lang w:eastAsia="es-CO"/>
              </w:rPr>
            </w:pPr>
            <w:r w:rsidRPr="00EB65A4">
              <w:rPr>
                <w:rFonts w:ascii="Arial" w:hAnsi="Arial" w:cs="Arial"/>
                <w:color w:val="000000"/>
                <w:sz w:val="18"/>
                <w:szCs w:val="18"/>
                <w:lang w:eastAsia="es-CO"/>
              </w:rPr>
              <w:t>53</w:t>
            </w:r>
          </w:p>
        </w:tc>
        <w:tc>
          <w:tcPr>
            <w:tcW w:w="1166" w:type="dxa"/>
            <w:tcBorders>
              <w:top w:val="nil"/>
              <w:left w:val="nil"/>
              <w:bottom w:val="single" w:sz="4" w:space="0" w:color="auto"/>
              <w:right w:val="single" w:sz="4" w:space="0" w:color="auto"/>
            </w:tcBorders>
            <w:shd w:val="clear" w:color="000000" w:fill="FFFFFF"/>
            <w:vAlign w:val="center"/>
            <w:hideMark/>
          </w:tcPr>
          <w:p w14:paraId="7D1344E9" w14:textId="77777777" w:rsidR="00EB65A4" w:rsidRPr="00EB65A4" w:rsidRDefault="00EB65A4" w:rsidP="0042266E">
            <w:pPr>
              <w:jc w:val="center"/>
              <w:rPr>
                <w:rFonts w:ascii="Arial" w:hAnsi="Arial" w:cs="Arial"/>
                <w:color w:val="000000"/>
                <w:sz w:val="18"/>
                <w:szCs w:val="18"/>
                <w:lang w:eastAsia="es-CO"/>
              </w:rPr>
            </w:pPr>
            <w:r w:rsidRPr="00EB65A4">
              <w:rPr>
                <w:rFonts w:ascii="Arial" w:hAnsi="Arial" w:cs="Arial"/>
                <w:color w:val="000000"/>
                <w:sz w:val="18"/>
                <w:szCs w:val="18"/>
                <w:lang w:eastAsia="es-CO"/>
              </w:rPr>
              <w:t>1</w:t>
            </w:r>
          </w:p>
        </w:tc>
        <w:tc>
          <w:tcPr>
            <w:tcW w:w="1320" w:type="dxa"/>
            <w:tcBorders>
              <w:top w:val="nil"/>
              <w:left w:val="nil"/>
              <w:bottom w:val="single" w:sz="4" w:space="0" w:color="auto"/>
              <w:right w:val="single" w:sz="4" w:space="0" w:color="auto"/>
            </w:tcBorders>
            <w:shd w:val="clear" w:color="000000" w:fill="FFFFFF"/>
            <w:vAlign w:val="center"/>
            <w:hideMark/>
          </w:tcPr>
          <w:p w14:paraId="6747A4B0" w14:textId="77777777" w:rsidR="00EB65A4" w:rsidRPr="00EB65A4" w:rsidRDefault="00EB65A4" w:rsidP="0042266E">
            <w:pPr>
              <w:jc w:val="right"/>
              <w:rPr>
                <w:rFonts w:ascii="Arial" w:hAnsi="Arial" w:cs="Arial"/>
                <w:color w:val="000000"/>
                <w:sz w:val="18"/>
                <w:szCs w:val="18"/>
                <w:lang w:eastAsia="es-CO"/>
              </w:rPr>
            </w:pPr>
            <w:r w:rsidRPr="00EB65A4">
              <w:rPr>
                <w:rFonts w:ascii="Arial" w:hAnsi="Arial" w:cs="Arial"/>
                <w:color w:val="000000"/>
                <w:sz w:val="18"/>
                <w:szCs w:val="18"/>
                <w:lang w:eastAsia="es-CO"/>
              </w:rPr>
              <w:t>76.000</w:t>
            </w:r>
          </w:p>
        </w:tc>
        <w:tc>
          <w:tcPr>
            <w:tcW w:w="1320" w:type="dxa"/>
            <w:tcBorders>
              <w:top w:val="nil"/>
              <w:left w:val="nil"/>
              <w:bottom w:val="single" w:sz="4" w:space="0" w:color="auto"/>
              <w:right w:val="single" w:sz="4" w:space="0" w:color="auto"/>
            </w:tcBorders>
            <w:vAlign w:val="center"/>
            <w:hideMark/>
          </w:tcPr>
          <w:p w14:paraId="4285F27E" w14:textId="77777777" w:rsidR="00EB65A4" w:rsidRPr="00EB65A4" w:rsidRDefault="00EB65A4" w:rsidP="0042266E">
            <w:pPr>
              <w:jc w:val="right"/>
              <w:rPr>
                <w:rFonts w:ascii="Arial" w:hAnsi="Arial" w:cs="Arial"/>
                <w:color w:val="000000"/>
                <w:sz w:val="18"/>
                <w:szCs w:val="18"/>
                <w:lang w:eastAsia="es-CO"/>
              </w:rPr>
            </w:pPr>
            <w:r w:rsidRPr="00EB65A4">
              <w:rPr>
                <w:rFonts w:ascii="Arial" w:hAnsi="Arial" w:cs="Arial"/>
                <w:color w:val="000000"/>
                <w:sz w:val="18"/>
                <w:szCs w:val="18"/>
                <w:lang w:eastAsia="es-CO"/>
              </w:rPr>
              <w:t xml:space="preserve">        4.028.000 </w:t>
            </w:r>
          </w:p>
        </w:tc>
      </w:tr>
      <w:tr w:rsidR="00EB65A4" w:rsidRPr="00EB65A4" w14:paraId="6ECFEFA9" w14:textId="77777777" w:rsidTr="00EB65A4">
        <w:trPr>
          <w:trHeight w:val="2400"/>
          <w:jc w:val="center"/>
        </w:trPr>
        <w:tc>
          <w:tcPr>
            <w:tcW w:w="1320" w:type="dxa"/>
            <w:vMerge/>
            <w:tcBorders>
              <w:top w:val="nil"/>
              <w:left w:val="single" w:sz="4" w:space="0" w:color="auto"/>
              <w:bottom w:val="single" w:sz="4" w:space="0" w:color="auto"/>
              <w:right w:val="single" w:sz="4" w:space="0" w:color="auto"/>
            </w:tcBorders>
            <w:vAlign w:val="center"/>
            <w:hideMark/>
          </w:tcPr>
          <w:p w14:paraId="570EB78B" w14:textId="77777777" w:rsidR="00EB65A4" w:rsidRPr="00EB65A4" w:rsidRDefault="00EB65A4" w:rsidP="0042266E">
            <w:pPr>
              <w:rPr>
                <w:rFonts w:ascii="Arial" w:hAnsi="Arial" w:cs="Arial"/>
                <w:b/>
                <w:bCs/>
                <w:color w:val="000000"/>
                <w:sz w:val="18"/>
                <w:szCs w:val="18"/>
                <w:lang w:eastAsia="es-CO"/>
              </w:rPr>
            </w:pPr>
          </w:p>
        </w:tc>
        <w:tc>
          <w:tcPr>
            <w:tcW w:w="1474" w:type="dxa"/>
            <w:tcBorders>
              <w:top w:val="nil"/>
              <w:left w:val="nil"/>
              <w:bottom w:val="single" w:sz="4" w:space="0" w:color="auto"/>
              <w:right w:val="single" w:sz="4" w:space="0" w:color="auto"/>
            </w:tcBorders>
            <w:shd w:val="clear" w:color="000000" w:fill="FFFFFF"/>
            <w:vAlign w:val="center"/>
            <w:hideMark/>
          </w:tcPr>
          <w:p w14:paraId="6AA43BD7" w14:textId="77777777" w:rsidR="00EB65A4" w:rsidRPr="00EB65A4" w:rsidRDefault="00EB65A4" w:rsidP="0042266E">
            <w:pPr>
              <w:rPr>
                <w:rFonts w:ascii="Arial" w:hAnsi="Arial" w:cs="Arial"/>
                <w:color w:val="000000"/>
                <w:sz w:val="18"/>
                <w:szCs w:val="18"/>
                <w:lang w:eastAsia="es-CO"/>
              </w:rPr>
            </w:pPr>
            <w:r w:rsidRPr="00EB65A4">
              <w:rPr>
                <w:rFonts w:ascii="Arial" w:hAnsi="Arial" w:cs="Arial"/>
                <w:color w:val="000000"/>
                <w:sz w:val="18"/>
                <w:szCs w:val="18"/>
                <w:lang w:eastAsia="es-CO"/>
              </w:rPr>
              <w:t xml:space="preserve">1.6. Pago de </w:t>
            </w:r>
            <w:proofErr w:type="spellStart"/>
            <w:r w:rsidRPr="00EB65A4">
              <w:rPr>
                <w:rFonts w:ascii="Arial" w:hAnsi="Arial" w:cs="Arial"/>
                <w:b/>
                <w:bCs/>
                <w:color w:val="000000"/>
                <w:sz w:val="18"/>
                <w:szCs w:val="18"/>
                <w:lang w:eastAsia="es-CO"/>
              </w:rPr>
              <w:t>Turnos</w:t>
            </w:r>
            <w:proofErr w:type="spellEnd"/>
            <w:r w:rsidRPr="00EB65A4">
              <w:rPr>
                <w:rFonts w:ascii="Arial" w:hAnsi="Arial" w:cs="Arial"/>
                <w:b/>
                <w:bCs/>
                <w:color w:val="000000"/>
                <w:sz w:val="18"/>
                <w:szCs w:val="18"/>
                <w:lang w:eastAsia="es-CO"/>
              </w:rPr>
              <w:t xml:space="preserve"> de Descanso</w:t>
            </w:r>
            <w:r w:rsidRPr="00EB65A4">
              <w:rPr>
                <w:rFonts w:ascii="Arial" w:hAnsi="Arial" w:cs="Arial"/>
                <w:color w:val="000000"/>
                <w:sz w:val="18"/>
                <w:szCs w:val="18"/>
                <w:lang w:eastAsia="es-CO"/>
              </w:rPr>
              <w:t xml:space="preserve"> del personal de </w:t>
            </w:r>
            <w:proofErr w:type="spellStart"/>
            <w:r w:rsidRPr="00EB65A4">
              <w:rPr>
                <w:rFonts w:ascii="Arial" w:hAnsi="Arial" w:cs="Arial"/>
                <w:color w:val="000000"/>
                <w:sz w:val="18"/>
                <w:szCs w:val="18"/>
                <w:lang w:eastAsia="es-CO"/>
              </w:rPr>
              <w:t>Manipulación</w:t>
            </w:r>
            <w:proofErr w:type="spellEnd"/>
            <w:r w:rsidRPr="00EB65A4">
              <w:rPr>
                <w:rFonts w:ascii="Arial" w:hAnsi="Arial" w:cs="Arial"/>
                <w:color w:val="000000"/>
                <w:sz w:val="18"/>
                <w:szCs w:val="18"/>
                <w:lang w:eastAsia="es-CO"/>
              </w:rPr>
              <w:t xml:space="preserve"> de Alimentos. (</w:t>
            </w:r>
            <w:proofErr w:type="spellStart"/>
            <w:r w:rsidRPr="00EB65A4">
              <w:rPr>
                <w:rFonts w:ascii="Arial" w:hAnsi="Arial" w:cs="Arial"/>
                <w:color w:val="000000"/>
                <w:sz w:val="18"/>
                <w:szCs w:val="18"/>
                <w:lang w:eastAsia="es-CO"/>
              </w:rPr>
              <w:t>Salario</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Vinculación</w:t>
            </w:r>
            <w:proofErr w:type="spellEnd"/>
            <w:r w:rsidRPr="00EB65A4">
              <w:rPr>
                <w:rFonts w:ascii="Arial" w:hAnsi="Arial" w:cs="Arial"/>
                <w:color w:val="000000"/>
                <w:sz w:val="18"/>
                <w:szCs w:val="18"/>
                <w:lang w:eastAsia="es-CO"/>
              </w:rPr>
              <w:t xml:space="preserve"> Tiempo </w:t>
            </w:r>
            <w:proofErr w:type="spellStart"/>
            <w:r w:rsidRPr="00EB65A4">
              <w:rPr>
                <w:rFonts w:ascii="Arial" w:hAnsi="Arial" w:cs="Arial"/>
                <w:color w:val="000000"/>
                <w:sz w:val="18"/>
                <w:szCs w:val="18"/>
                <w:lang w:eastAsia="es-CO"/>
              </w:rPr>
              <w:t>Parcial</w:t>
            </w:r>
            <w:proofErr w:type="spellEnd"/>
            <w:r w:rsidRPr="00EB65A4">
              <w:rPr>
                <w:rFonts w:ascii="Arial" w:hAnsi="Arial" w:cs="Arial"/>
                <w:color w:val="000000"/>
                <w:sz w:val="18"/>
                <w:szCs w:val="18"/>
                <w:lang w:eastAsia="es-CO"/>
              </w:rPr>
              <w:t>).</w:t>
            </w:r>
          </w:p>
        </w:tc>
        <w:tc>
          <w:tcPr>
            <w:tcW w:w="1320" w:type="dxa"/>
            <w:tcBorders>
              <w:top w:val="nil"/>
              <w:left w:val="nil"/>
              <w:bottom w:val="single" w:sz="4" w:space="0" w:color="auto"/>
              <w:right w:val="single" w:sz="4" w:space="0" w:color="auto"/>
            </w:tcBorders>
            <w:shd w:val="clear" w:color="000000" w:fill="FFFFFF"/>
            <w:vAlign w:val="center"/>
            <w:hideMark/>
          </w:tcPr>
          <w:p w14:paraId="399899F9" w14:textId="77777777" w:rsidR="00EB65A4" w:rsidRPr="00EB65A4" w:rsidRDefault="00EB65A4" w:rsidP="0042266E">
            <w:pPr>
              <w:jc w:val="center"/>
              <w:rPr>
                <w:rFonts w:ascii="Arial" w:hAnsi="Arial" w:cs="Arial"/>
                <w:color w:val="000000"/>
                <w:sz w:val="18"/>
                <w:szCs w:val="18"/>
                <w:lang w:eastAsia="es-CO"/>
              </w:rPr>
            </w:pPr>
            <w:r w:rsidRPr="00EB65A4">
              <w:rPr>
                <w:rFonts w:ascii="Arial" w:hAnsi="Arial" w:cs="Arial"/>
                <w:color w:val="000000"/>
                <w:sz w:val="18"/>
                <w:szCs w:val="18"/>
                <w:lang w:eastAsia="es-CO"/>
              </w:rPr>
              <w:t>21</w:t>
            </w:r>
          </w:p>
        </w:tc>
        <w:tc>
          <w:tcPr>
            <w:tcW w:w="1166" w:type="dxa"/>
            <w:tcBorders>
              <w:top w:val="nil"/>
              <w:left w:val="nil"/>
              <w:bottom w:val="single" w:sz="4" w:space="0" w:color="auto"/>
              <w:right w:val="single" w:sz="4" w:space="0" w:color="auto"/>
            </w:tcBorders>
            <w:shd w:val="clear" w:color="000000" w:fill="FFFFFF"/>
            <w:vAlign w:val="center"/>
            <w:hideMark/>
          </w:tcPr>
          <w:p w14:paraId="2E57AA64" w14:textId="77777777" w:rsidR="00EB65A4" w:rsidRPr="00EB65A4" w:rsidRDefault="00EB65A4" w:rsidP="0042266E">
            <w:pPr>
              <w:jc w:val="center"/>
              <w:rPr>
                <w:rFonts w:ascii="Arial" w:hAnsi="Arial" w:cs="Arial"/>
                <w:color w:val="000000"/>
                <w:sz w:val="18"/>
                <w:szCs w:val="18"/>
                <w:lang w:eastAsia="es-CO"/>
              </w:rPr>
            </w:pPr>
            <w:r w:rsidRPr="00EB65A4">
              <w:rPr>
                <w:rFonts w:ascii="Arial" w:hAnsi="Arial" w:cs="Arial"/>
                <w:color w:val="000000"/>
                <w:sz w:val="18"/>
                <w:szCs w:val="18"/>
                <w:lang w:eastAsia="es-CO"/>
              </w:rPr>
              <w:t>1</w:t>
            </w:r>
          </w:p>
        </w:tc>
        <w:tc>
          <w:tcPr>
            <w:tcW w:w="1320" w:type="dxa"/>
            <w:tcBorders>
              <w:top w:val="nil"/>
              <w:left w:val="nil"/>
              <w:bottom w:val="single" w:sz="4" w:space="0" w:color="auto"/>
              <w:right w:val="single" w:sz="4" w:space="0" w:color="auto"/>
            </w:tcBorders>
            <w:shd w:val="clear" w:color="000000" w:fill="FFFFFF"/>
            <w:vAlign w:val="center"/>
            <w:hideMark/>
          </w:tcPr>
          <w:p w14:paraId="74309C5C" w14:textId="77777777" w:rsidR="00EB65A4" w:rsidRPr="00EB65A4" w:rsidRDefault="00EB65A4" w:rsidP="0042266E">
            <w:pPr>
              <w:jc w:val="right"/>
              <w:rPr>
                <w:rFonts w:ascii="Arial" w:hAnsi="Arial" w:cs="Arial"/>
                <w:color w:val="000000"/>
                <w:sz w:val="18"/>
                <w:szCs w:val="18"/>
                <w:lang w:eastAsia="es-CO"/>
              </w:rPr>
            </w:pPr>
            <w:r w:rsidRPr="00EB65A4">
              <w:rPr>
                <w:rFonts w:ascii="Arial" w:hAnsi="Arial" w:cs="Arial"/>
                <w:color w:val="000000"/>
                <w:sz w:val="18"/>
                <w:szCs w:val="18"/>
                <w:lang w:eastAsia="es-CO"/>
              </w:rPr>
              <w:t>110.000</w:t>
            </w:r>
          </w:p>
        </w:tc>
        <w:tc>
          <w:tcPr>
            <w:tcW w:w="1320" w:type="dxa"/>
            <w:tcBorders>
              <w:top w:val="nil"/>
              <w:left w:val="nil"/>
              <w:bottom w:val="single" w:sz="4" w:space="0" w:color="auto"/>
              <w:right w:val="single" w:sz="4" w:space="0" w:color="auto"/>
            </w:tcBorders>
            <w:vAlign w:val="center"/>
            <w:hideMark/>
          </w:tcPr>
          <w:p w14:paraId="07EB740E" w14:textId="77777777" w:rsidR="00EB65A4" w:rsidRPr="00EB65A4" w:rsidRDefault="00EB65A4" w:rsidP="0042266E">
            <w:pPr>
              <w:jc w:val="right"/>
              <w:rPr>
                <w:rFonts w:ascii="Arial" w:hAnsi="Arial" w:cs="Arial"/>
                <w:color w:val="000000"/>
                <w:sz w:val="18"/>
                <w:szCs w:val="18"/>
                <w:lang w:eastAsia="es-CO"/>
              </w:rPr>
            </w:pPr>
            <w:r w:rsidRPr="00EB65A4">
              <w:rPr>
                <w:rFonts w:ascii="Arial" w:hAnsi="Arial" w:cs="Arial"/>
                <w:color w:val="000000"/>
                <w:sz w:val="18"/>
                <w:szCs w:val="18"/>
                <w:lang w:eastAsia="es-CO"/>
              </w:rPr>
              <w:t xml:space="preserve">        2.310.000 </w:t>
            </w:r>
          </w:p>
        </w:tc>
      </w:tr>
      <w:tr w:rsidR="00EB65A4" w:rsidRPr="00EB65A4" w14:paraId="06E4645D" w14:textId="77777777" w:rsidTr="00EB65A4">
        <w:trPr>
          <w:trHeight w:val="2400"/>
          <w:jc w:val="center"/>
        </w:trPr>
        <w:tc>
          <w:tcPr>
            <w:tcW w:w="1320" w:type="dxa"/>
            <w:vMerge/>
            <w:tcBorders>
              <w:top w:val="nil"/>
              <w:left w:val="single" w:sz="4" w:space="0" w:color="auto"/>
              <w:bottom w:val="single" w:sz="4" w:space="0" w:color="auto"/>
              <w:right w:val="single" w:sz="4" w:space="0" w:color="auto"/>
            </w:tcBorders>
            <w:vAlign w:val="center"/>
            <w:hideMark/>
          </w:tcPr>
          <w:p w14:paraId="3A2A1789" w14:textId="77777777" w:rsidR="00EB65A4" w:rsidRPr="00EB65A4" w:rsidRDefault="00EB65A4" w:rsidP="0042266E">
            <w:pPr>
              <w:rPr>
                <w:rFonts w:ascii="Arial" w:hAnsi="Arial" w:cs="Arial"/>
                <w:b/>
                <w:bCs/>
                <w:color w:val="000000"/>
                <w:sz w:val="18"/>
                <w:szCs w:val="18"/>
                <w:lang w:eastAsia="es-CO"/>
              </w:rPr>
            </w:pPr>
          </w:p>
        </w:tc>
        <w:tc>
          <w:tcPr>
            <w:tcW w:w="1474" w:type="dxa"/>
            <w:tcBorders>
              <w:top w:val="nil"/>
              <w:left w:val="nil"/>
              <w:bottom w:val="single" w:sz="4" w:space="0" w:color="auto"/>
              <w:right w:val="single" w:sz="4" w:space="0" w:color="auto"/>
            </w:tcBorders>
            <w:shd w:val="clear" w:color="000000" w:fill="FFFFFF"/>
            <w:vAlign w:val="center"/>
            <w:hideMark/>
          </w:tcPr>
          <w:p w14:paraId="7BD5C765" w14:textId="77777777" w:rsidR="00EB65A4" w:rsidRPr="00EB65A4" w:rsidRDefault="00EB65A4" w:rsidP="0042266E">
            <w:pPr>
              <w:rPr>
                <w:rFonts w:ascii="Arial" w:hAnsi="Arial" w:cs="Arial"/>
                <w:color w:val="000000"/>
                <w:sz w:val="18"/>
                <w:szCs w:val="18"/>
                <w:lang w:eastAsia="es-CO"/>
              </w:rPr>
            </w:pPr>
            <w:r w:rsidRPr="00EB65A4">
              <w:rPr>
                <w:rFonts w:ascii="Arial" w:hAnsi="Arial" w:cs="Arial"/>
                <w:color w:val="000000"/>
                <w:sz w:val="18"/>
                <w:szCs w:val="18"/>
                <w:lang w:eastAsia="es-CO"/>
              </w:rPr>
              <w:t xml:space="preserve">1.7. Pago de </w:t>
            </w:r>
            <w:proofErr w:type="spellStart"/>
            <w:r w:rsidRPr="00EB65A4">
              <w:rPr>
                <w:rFonts w:ascii="Arial" w:hAnsi="Arial" w:cs="Arial"/>
                <w:b/>
                <w:bCs/>
                <w:color w:val="000000"/>
                <w:sz w:val="18"/>
                <w:szCs w:val="18"/>
                <w:lang w:eastAsia="es-CO"/>
              </w:rPr>
              <w:t>Turnos</w:t>
            </w:r>
            <w:proofErr w:type="spellEnd"/>
            <w:r w:rsidRPr="00EB65A4">
              <w:rPr>
                <w:rFonts w:ascii="Arial" w:hAnsi="Arial" w:cs="Arial"/>
                <w:b/>
                <w:bCs/>
                <w:color w:val="000000"/>
                <w:sz w:val="18"/>
                <w:szCs w:val="18"/>
                <w:lang w:eastAsia="es-CO"/>
              </w:rPr>
              <w:t xml:space="preserve"> de Descanso</w:t>
            </w:r>
            <w:r w:rsidRPr="00EB65A4">
              <w:rPr>
                <w:rFonts w:ascii="Arial" w:hAnsi="Arial" w:cs="Arial"/>
                <w:color w:val="000000"/>
                <w:sz w:val="18"/>
                <w:szCs w:val="18"/>
                <w:lang w:eastAsia="es-CO"/>
              </w:rPr>
              <w:t xml:space="preserve"> del personal de </w:t>
            </w:r>
            <w:proofErr w:type="spellStart"/>
            <w:r w:rsidRPr="00EB65A4">
              <w:rPr>
                <w:rFonts w:ascii="Arial" w:hAnsi="Arial" w:cs="Arial"/>
                <w:color w:val="000000"/>
                <w:sz w:val="18"/>
                <w:szCs w:val="18"/>
                <w:lang w:eastAsia="es-CO"/>
              </w:rPr>
              <w:t>Servicios</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Generales</w:t>
            </w:r>
            <w:proofErr w:type="spellEnd"/>
            <w:r w:rsidRPr="00EB65A4">
              <w:rPr>
                <w:rFonts w:ascii="Arial" w:hAnsi="Arial" w:cs="Arial"/>
                <w:color w:val="000000"/>
                <w:sz w:val="18"/>
                <w:szCs w:val="18"/>
                <w:lang w:eastAsia="es-CO"/>
              </w:rPr>
              <w:t>. (</w:t>
            </w:r>
            <w:proofErr w:type="spellStart"/>
            <w:r w:rsidRPr="00EB65A4">
              <w:rPr>
                <w:rFonts w:ascii="Arial" w:hAnsi="Arial" w:cs="Arial"/>
                <w:color w:val="000000"/>
                <w:sz w:val="18"/>
                <w:szCs w:val="18"/>
                <w:lang w:eastAsia="es-CO"/>
              </w:rPr>
              <w:t>Salario</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Vinculación</w:t>
            </w:r>
            <w:proofErr w:type="spellEnd"/>
            <w:r w:rsidRPr="00EB65A4">
              <w:rPr>
                <w:rFonts w:ascii="Arial" w:hAnsi="Arial" w:cs="Arial"/>
                <w:color w:val="000000"/>
                <w:sz w:val="18"/>
                <w:szCs w:val="18"/>
                <w:lang w:eastAsia="es-CO"/>
              </w:rPr>
              <w:t xml:space="preserve"> Tiempo </w:t>
            </w:r>
            <w:proofErr w:type="spellStart"/>
            <w:r w:rsidRPr="00EB65A4">
              <w:rPr>
                <w:rFonts w:ascii="Arial" w:hAnsi="Arial" w:cs="Arial"/>
                <w:color w:val="000000"/>
                <w:sz w:val="18"/>
                <w:szCs w:val="18"/>
                <w:lang w:eastAsia="es-CO"/>
              </w:rPr>
              <w:t>Parcial</w:t>
            </w:r>
            <w:proofErr w:type="spellEnd"/>
            <w:r w:rsidRPr="00EB65A4">
              <w:rPr>
                <w:rFonts w:ascii="Arial" w:hAnsi="Arial" w:cs="Arial"/>
                <w:color w:val="000000"/>
                <w:sz w:val="18"/>
                <w:szCs w:val="18"/>
                <w:lang w:eastAsia="es-CO"/>
              </w:rPr>
              <w:t>).</w:t>
            </w:r>
          </w:p>
        </w:tc>
        <w:tc>
          <w:tcPr>
            <w:tcW w:w="1320" w:type="dxa"/>
            <w:tcBorders>
              <w:top w:val="nil"/>
              <w:left w:val="nil"/>
              <w:bottom w:val="single" w:sz="4" w:space="0" w:color="auto"/>
              <w:right w:val="single" w:sz="4" w:space="0" w:color="auto"/>
            </w:tcBorders>
            <w:shd w:val="clear" w:color="000000" w:fill="FFFFFF"/>
            <w:vAlign w:val="center"/>
            <w:hideMark/>
          </w:tcPr>
          <w:p w14:paraId="534F6BB8" w14:textId="77777777" w:rsidR="00EB65A4" w:rsidRPr="00EB65A4" w:rsidRDefault="00EB65A4" w:rsidP="0042266E">
            <w:pPr>
              <w:jc w:val="center"/>
              <w:rPr>
                <w:rFonts w:ascii="Arial" w:hAnsi="Arial" w:cs="Arial"/>
                <w:color w:val="000000"/>
                <w:sz w:val="18"/>
                <w:szCs w:val="18"/>
                <w:lang w:eastAsia="es-CO"/>
              </w:rPr>
            </w:pPr>
            <w:r w:rsidRPr="00EB65A4">
              <w:rPr>
                <w:rFonts w:ascii="Arial" w:hAnsi="Arial" w:cs="Arial"/>
                <w:color w:val="000000"/>
                <w:sz w:val="18"/>
                <w:szCs w:val="18"/>
                <w:lang w:eastAsia="es-CO"/>
              </w:rPr>
              <w:t>21</w:t>
            </w:r>
          </w:p>
        </w:tc>
        <w:tc>
          <w:tcPr>
            <w:tcW w:w="1166" w:type="dxa"/>
            <w:tcBorders>
              <w:top w:val="nil"/>
              <w:left w:val="nil"/>
              <w:bottom w:val="single" w:sz="4" w:space="0" w:color="auto"/>
              <w:right w:val="single" w:sz="4" w:space="0" w:color="auto"/>
            </w:tcBorders>
            <w:shd w:val="clear" w:color="000000" w:fill="FFFFFF"/>
            <w:vAlign w:val="center"/>
            <w:hideMark/>
          </w:tcPr>
          <w:p w14:paraId="28E45FC4" w14:textId="77777777" w:rsidR="00EB65A4" w:rsidRPr="00EB65A4" w:rsidRDefault="00EB65A4" w:rsidP="0042266E">
            <w:pPr>
              <w:jc w:val="center"/>
              <w:rPr>
                <w:rFonts w:ascii="Arial" w:hAnsi="Arial" w:cs="Arial"/>
                <w:color w:val="000000"/>
                <w:sz w:val="18"/>
                <w:szCs w:val="18"/>
                <w:lang w:eastAsia="es-CO"/>
              </w:rPr>
            </w:pPr>
            <w:r w:rsidRPr="00EB65A4">
              <w:rPr>
                <w:rFonts w:ascii="Arial" w:hAnsi="Arial" w:cs="Arial"/>
                <w:color w:val="000000"/>
                <w:sz w:val="18"/>
                <w:szCs w:val="18"/>
                <w:lang w:eastAsia="es-CO"/>
              </w:rPr>
              <w:t>1</w:t>
            </w:r>
          </w:p>
        </w:tc>
        <w:tc>
          <w:tcPr>
            <w:tcW w:w="1320" w:type="dxa"/>
            <w:tcBorders>
              <w:top w:val="nil"/>
              <w:left w:val="nil"/>
              <w:bottom w:val="single" w:sz="4" w:space="0" w:color="auto"/>
              <w:right w:val="single" w:sz="4" w:space="0" w:color="auto"/>
            </w:tcBorders>
            <w:shd w:val="clear" w:color="000000" w:fill="FFFFFF"/>
            <w:vAlign w:val="center"/>
            <w:hideMark/>
          </w:tcPr>
          <w:p w14:paraId="5C3AA796" w14:textId="77777777" w:rsidR="00EB65A4" w:rsidRPr="00EB65A4" w:rsidRDefault="00EB65A4" w:rsidP="0042266E">
            <w:pPr>
              <w:jc w:val="right"/>
              <w:rPr>
                <w:rFonts w:ascii="Arial" w:hAnsi="Arial" w:cs="Arial"/>
                <w:color w:val="000000"/>
                <w:sz w:val="18"/>
                <w:szCs w:val="18"/>
                <w:lang w:eastAsia="es-CO"/>
              </w:rPr>
            </w:pPr>
            <w:r w:rsidRPr="00EB65A4">
              <w:rPr>
                <w:rFonts w:ascii="Arial" w:hAnsi="Arial" w:cs="Arial"/>
                <w:color w:val="000000"/>
                <w:sz w:val="18"/>
                <w:szCs w:val="18"/>
                <w:lang w:eastAsia="es-CO"/>
              </w:rPr>
              <w:t>120.000</w:t>
            </w:r>
          </w:p>
        </w:tc>
        <w:tc>
          <w:tcPr>
            <w:tcW w:w="1320" w:type="dxa"/>
            <w:tcBorders>
              <w:top w:val="nil"/>
              <w:left w:val="nil"/>
              <w:bottom w:val="single" w:sz="4" w:space="0" w:color="auto"/>
              <w:right w:val="single" w:sz="4" w:space="0" w:color="auto"/>
            </w:tcBorders>
            <w:vAlign w:val="center"/>
            <w:hideMark/>
          </w:tcPr>
          <w:p w14:paraId="513C06F9" w14:textId="77777777" w:rsidR="00EB65A4" w:rsidRPr="00EB65A4" w:rsidRDefault="00EB65A4" w:rsidP="0042266E">
            <w:pPr>
              <w:jc w:val="right"/>
              <w:rPr>
                <w:rFonts w:ascii="Arial" w:hAnsi="Arial" w:cs="Arial"/>
                <w:color w:val="000000"/>
                <w:sz w:val="18"/>
                <w:szCs w:val="18"/>
                <w:lang w:eastAsia="es-CO"/>
              </w:rPr>
            </w:pPr>
            <w:r w:rsidRPr="00EB65A4">
              <w:rPr>
                <w:rFonts w:ascii="Arial" w:hAnsi="Arial" w:cs="Arial"/>
                <w:color w:val="000000"/>
                <w:sz w:val="18"/>
                <w:szCs w:val="18"/>
                <w:lang w:eastAsia="es-CO"/>
              </w:rPr>
              <w:t xml:space="preserve">        2.520.000 </w:t>
            </w:r>
          </w:p>
        </w:tc>
      </w:tr>
      <w:tr w:rsidR="00EB65A4" w:rsidRPr="00EB65A4" w14:paraId="4740C5BB" w14:textId="77777777" w:rsidTr="00EB65A4">
        <w:trPr>
          <w:trHeight w:val="315"/>
          <w:jc w:val="center"/>
        </w:trPr>
        <w:tc>
          <w:tcPr>
            <w:tcW w:w="6600"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02EAF877" w14:textId="77777777" w:rsidR="00EB65A4" w:rsidRPr="00EB65A4" w:rsidRDefault="00EB65A4" w:rsidP="0042266E">
            <w:pPr>
              <w:jc w:val="right"/>
              <w:rPr>
                <w:rFonts w:ascii="Arial" w:hAnsi="Arial" w:cs="Arial"/>
                <w:b/>
                <w:bCs/>
                <w:color w:val="000000"/>
                <w:sz w:val="18"/>
                <w:szCs w:val="18"/>
                <w:lang w:eastAsia="es-CO"/>
              </w:rPr>
            </w:pPr>
            <w:r w:rsidRPr="00EB65A4">
              <w:rPr>
                <w:rFonts w:ascii="Arial" w:hAnsi="Arial" w:cs="Arial"/>
                <w:b/>
                <w:bCs/>
                <w:color w:val="000000"/>
                <w:sz w:val="18"/>
                <w:szCs w:val="18"/>
                <w:lang w:eastAsia="es-CO"/>
              </w:rPr>
              <w:t xml:space="preserve">Sub Total </w:t>
            </w:r>
            <w:proofErr w:type="spellStart"/>
            <w:r w:rsidRPr="00EB65A4">
              <w:rPr>
                <w:rFonts w:ascii="Arial" w:hAnsi="Arial" w:cs="Arial"/>
                <w:b/>
                <w:bCs/>
                <w:color w:val="000000"/>
                <w:sz w:val="18"/>
                <w:szCs w:val="18"/>
                <w:lang w:eastAsia="es-CO"/>
              </w:rPr>
              <w:t>Ítem</w:t>
            </w:r>
            <w:proofErr w:type="spellEnd"/>
            <w:r w:rsidRPr="00EB65A4">
              <w:rPr>
                <w:rFonts w:ascii="Arial" w:hAnsi="Arial" w:cs="Arial"/>
                <w:b/>
                <w:bCs/>
                <w:color w:val="000000"/>
                <w:sz w:val="18"/>
                <w:szCs w:val="18"/>
                <w:lang w:eastAsia="es-CO"/>
              </w:rPr>
              <w:t xml:space="preserve"> 1.</w:t>
            </w:r>
          </w:p>
        </w:tc>
        <w:tc>
          <w:tcPr>
            <w:tcW w:w="1320" w:type="dxa"/>
            <w:tcBorders>
              <w:top w:val="nil"/>
              <w:left w:val="nil"/>
              <w:bottom w:val="single" w:sz="4" w:space="0" w:color="auto"/>
              <w:right w:val="single" w:sz="4" w:space="0" w:color="auto"/>
            </w:tcBorders>
            <w:shd w:val="clear" w:color="000000" w:fill="D9D9D9"/>
            <w:vAlign w:val="center"/>
            <w:hideMark/>
          </w:tcPr>
          <w:p w14:paraId="0B4A94F2" w14:textId="77777777" w:rsidR="00EB65A4" w:rsidRPr="00EB65A4" w:rsidRDefault="00EB65A4" w:rsidP="0042266E">
            <w:pPr>
              <w:jc w:val="right"/>
              <w:rPr>
                <w:rFonts w:ascii="Arial" w:hAnsi="Arial" w:cs="Arial"/>
                <w:b/>
                <w:bCs/>
                <w:color w:val="000000"/>
                <w:sz w:val="18"/>
                <w:szCs w:val="18"/>
                <w:lang w:eastAsia="es-CO"/>
              </w:rPr>
            </w:pPr>
            <w:r w:rsidRPr="00EB65A4">
              <w:rPr>
                <w:rFonts w:ascii="Arial" w:hAnsi="Arial" w:cs="Arial"/>
                <w:b/>
                <w:bCs/>
                <w:color w:val="000000"/>
                <w:sz w:val="18"/>
                <w:szCs w:val="18"/>
                <w:lang w:eastAsia="es-CO"/>
              </w:rPr>
              <w:t xml:space="preserve">      34.192.000 </w:t>
            </w:r>
          </w:p>
        </w:tc>
      </w:tr>
      <w:tr w:rsidR="00EB65A4" w:rsidRPr="00EB65A4" w14:paraId="680D5BC7" w14:textId="77777777" w:rsidTr="00EB65A4">
        <w:trPr>
          <w:trHeight w:val="315"/>
          <w:jc w:val="center"/>
        </w:trPr>
        <w:tc>
          <w:tcPr>
            <w:tcW w:w="1320" w:type="dxa"/>
            <w:vMerge w:val="restart"/>
            <w:tcBorders>
              <w:top w:val="nil"/>
              <w:left w:val="single" w:sz="4" w:space="0" w:color="auto"/>
              <w:bottom w:val="single" w:sz="4" w:space="0" w:color="auto"/>
              <w:right w:val="single" w:sz="4" w:space="0" w:color="auto"/>
            </w:tcBorders>
            <w:shd w:val="clear" w:color="000000" w:fill="70AD47"/>
            <w:vAlign w:val="center"/>
            <w:hideMark/>
          </w:tcPr>
          <w:p w14:paraId="1AEE8226" w14:textId="77777777" w:rsidR="00EB65A4" w:rsidRPr="00EB65A4" w:rsidRDefault="00EB65A4" w:rsidP="0042266E">
            <w:pPr>
              <w:jc w:val="center"/>
              <w:rPr>
                <w:rFonts w:ascii="Arial" w:hAnsi="Arial" w:cs="Arial"/>
                <w:b/>
                <w:bCs/>
                <w:color w:val="000000"/>
                <w:sz w:val="18"/>
                <w:szCs w:val="18"/>
                <w:lang w:eastAsia="es-CO"/>
              </w:rPr>
            </w:pPr>
            <w:r w:rsidRPr="00EB65A4">
              <w:rPr>
                <w:rFonts w:ascii="Arial" w:hAnsi="Arial" w:cs="Arial"/>
                <w:b/>
                <w:bCs/>
                <w:color w:val="000000"/>
                <w:sz w:val="18"/>
                <w:szCs w:val="18"/>
                <w:lang w:eastAsia="es-CO"/>
              </w:rPr>
              <w:t>2</w:t>
            </w:r>
          </w:p>
        </w:tc>
        <w:tc>
          <w:tcPr>
            <w:tcW w:w="6600" w:type="dxa"/>
            <w:gridSpan w:val="5"/>
            <w:tcBorders>
              <w:top w:val="single" w:sz="4" w:space="0" w:color="auto"/>
              <w:left w:val="nil"/>
              <w:bottom w:val="single" w:sz="4" w:space="0" w:color="auto"/>
              <w:right w:val="single" w:sz="4" w:space="0" w:color="auto"/>
            </w:tcBorders>
            <w:shd w:val="clear" w:color="000000" w:fill="70AD47"/>
            <w:vAlign w:val="center"/>
            <w:hideMark/>
          </w:tcPr>
          <w:p w14:paraId="4B03B396" w14:textId="77777777" w:rsidR="00EB65A4" w:rsidRPr="00EB65A4" w:rsidRDefault="00EB65A4" w:rsidP="0042266E">
            <w:pPr>
              <w:rPr>
                <w:rFonts w:ascii="Arial" w:hAnsi="Arial" w:cs="Arial"/>
                <w:b/>
                <w:bCs/>
                <w:color w:val="000000"/>
                <w:sz w:val="18"/>
                <w:szCs w:val="18"/>
                <w:lang w:eastAsia="es-CO"/>
              </w:rPr>
            </w:pPr>
            <w:proofErr w:type="spellStart"/>
            <w:r w:rsidRPr="00EB65A4">
              <w:rPr>
                <w:rFonts w:ascii="Arial" w:hAnsi="Arial" w:cs="Arial"/>
                <w:b/>
                <w:bCs/>
                <w:color w:val="000000"/>
                <w:sz w:val="18"/>
                <w:szCs w:val="18"/>
                <w:lang w:eastAsia="es-CO"/>
              </w:rPr>
              <w:t>Alimentación</w:t>
            </w:r>
            <w:proofErr w:type="spellEnd"/>
            <w:r w:rsidRPr="00EB65A4">
              <w:rPr>
                <w:rFonts w:ascii="Arial" w:hAnsi="Arial" w:cs="Arial"/>
                <w:b/>
                <w:bCs/>
                <w:color w:val="000000"/>
                <w:sz w:val="18"/>
                <w:szCs w:val="18"/>
                <w:lang w:eastAsia="es-CO"/>
              </w:rPr>
              <w:t xml:space="preserve"> Diaria AM.</w:t>
            </w:r>
          </w:p>
        </w:tc>
      </w:tr>
      <w:tr w:rsidR="00EB65A4" w:rsidRPr="00EB65A4" w14:paraId="0C15F3EC" w14:textId="77777777" w:rsidTr="00EB65A4">
        <w:trPr>
          <w:trHeight w:val="2400"/>
          <w:jc w:val="center"/>
        </w:trPr>
        <w:tc>
          <w:tcPr>
            <w:tcW w:w="1320" w:type="dxa"/>
            <w:vMerge/>
            <w:tcBorders>
              <w:top w:val="nil"/>
              <w:left w:val="single" w:sz="4" w:space="0" w:color="auto"/>
              <w:bottom w:val="single" w:sz="4" w:space="0" w:color="auto"/>
              <w:right w:val="single" w:sz="4" w:space="0" w:color="auto"/>
            </w:tcBorders>
            <w:vAlign w:val="center"/>
            <w:hideMark/>
          </w:tcPr>
          <w:p w14:paraId="6386DCC6" w14:textId="77777777" w:rsidR="00EB65A4" w:rsidRPr="00EB65A4" w:rsidRDefault="00EB65A4" w:rsidP="0042266E">
            <w:pPr>
              <w:rPr>
                <w:rFonts w:ascii="Arial" w:hAnsi="Arial" w:cs="Arial"/>
                <w:b/>
                <w:bCs/>
                <w:color w:val="000000"/>
                <w:sz w:val="18"/>
                <w:szCs w:val="18"/>
                <w:lang w:eastAsia="es-CO"/>
              </w:rPr>
            </w:pPr>
          </w:p>
        </w:tc>
        <w:tc>
          <w:tcPr>
            <w:tcW w:w="1474" w:type="dxa"/>
            <w:tcBorders>
              <w:top w:val="nil"/>
              <w:left w:val="nil"/>
              <w:bottom w:val="single" w:sz="4" w:space="0" w:color="auto"/>
              <w:right w:val="single" w:sz="4" w:space="0" w:color="auto"/>
            </w:tcBorders>
            <w:vAlign w:val="center"/>
            <w:hideMark/>
          </w:tcPr>
          <w:p w14:paraId="47D07EF5" w14:textId="77777777" w:rsidR="00EB65A4" w:rsidRPr="00EB65A4" w:rsidRDefault="00EB65A4" w:rsidP="0042266E">
            <w:pPr>
              <w:rPr>
                <w:rFonts w:ascii="Arial" w:hAnsi="Arial" w:cs="Arial"/>
                <w:color w:val="000000"/>
                <w:sz w:val="18"/>
                <w:szCs w:val="18"/>
                <w:lang w:eastAsia="es-CO"/>
              </w:rPr>
            </w:pPr>
            <w:r w:rsidRPr="00EB65A4">
              <w:rPr>
                <w:rFonts w:ascii="Arial" w:hAnsi="Arial" w:cs="Arial"/>
                <w:color w:val="000000"/>
                <w:sz w:val="18"/>
                <w:szCs w:val="18"/>
                <w:lang w:eastAsia="es-CO"/>
              </w:rPr>
              <w:t xml:space="preserve">2.1. </w:t>
            </w:r>
            <w:proofErr w:type="spellStart"/>
            <w:r w:rsidRPr="00EB65A4">
              <w:rPr>
                <w:rFonts w:ascii="Arial" w:hAnsi="Arial" w:cs="Arial"/>
                <w:color w:val="000000"/>
                <w:sz w:val="18"/>
                <w:szCs w:val="18"/>
                <w:lang w:eastAsia="es-CO"/>
              </w:rPr>
              <w:t>Compra</w:t>
            </w:r>
            <w:proofErr w:type="spellEnd"/>
            <w:r w:rsidRPr="00EB65A4">
              <w:rPr>
                <w:rFonts w:ascii="Arial" w:hAnsi="Arial" w:cs="Arial"/>
                <w:color w:val="000000"/>
                <w:sz w:val="18"/>
                <w:szCs w:val="18"/>
                <w:lang w:eastAsia="es-CO"/>
              </w:rPr>
              <w:t xml:space="preserve"> de la Materia Prima para </w:t>
            </w:r>
            <w:proofErr w:type="spellStart"/>
            <w:r w:rsidRPr="00EB65A4">
              <w:rPr>
                <w:rFonts w:ascii="Arial" w:hAnsi="Arial" w:cs="Arial"/>
                <w:color w:val="000000"/>
                <w:sz w:val="18"/>
                <w:szCs w:val="18"/>
                <w:lang w:eastAsia="es-CO"/>
              </w:rPr>
              <w:t>los</w:t>
            </w:r>
            <w:proofErr w:type="spellEnd"/>
            <w:r w:rsidRPr="00EB65A4">
              <w:rPr>
                <w:rFonts w:ascii="Arial" w:hAnsi="Arial" w:cs="Arial"/>
                <w:color w:val="000000"/>
                <w:sz w:val="18"/>
                <w:szCs w:val="18"/>
                <w:lang w:eastAsia="es-CO"/>
              </w:rPr>
              <w:t xml:space="preserve"> Alimentos: </w:t>
            </w:r>
            <w:proofErr w:type="spellStart"/>
            <w:r w:rsidRPr="00EB65A4">
              <w:rPr>
                <w:rFonts w:ascii="Arial" w:hAnsi="Arial" w:cs="Arial"/>
                <w:color w:val="000000"/>
                <w:sz w:val="18"/>
                <w:szCs w:val="18"/>
                <w:lang w:eastAsia="es-CO"/>
              </w:rPr>
              <w:t>Desayuno</w:t>
            </w:r>
            <w:proofErr w:type="spellEnd"/>
            <w:r w:rsidRPr="00EB65A4">
              <w:rPr>
                <w:rFonts w:ascii="Arial" w:hAnsi="Arial" w:cs="Arial"/>
                <w:color w:val="000000"/>
                <w:sz w:val="18"/>
                <w:szCs w:val="18"/>
                <w:lang w:eastAsia="es-CO"/>
              </w:rPr>
              <w:t xml:space="preserve">, Almuerzo, Cena y </w:t>
            </w:r>
            <w:proofErr w:type="spellStart"/>
            <w:r w:rsidRPr="00EB65A4">
              <w:rPr>
                <w:rFonts w:ascii="Arial" w:hAnsi="Arial" w:cs="Arial"/>
                <w:color w:val="000000"/>
                <w:sz w:val="18"/>
                <w:szCs w:val="18"/>
                <w:lang w:eastAsia="es-CO"/>
              </w:rPr>
              <w:t>Refrigerios</w:t>
            </w:r>
            <w:proofErr w:type="spellEnd"/>
            <w:r w:rsidRPr="00EB65A4">
              <w:rPr>
                <w:rFonts w:ascii="Arial" w:hAnsi="Arial" w:cs="Arial"/>
                <w:color w:val="000000"/>
                <w:sz w:val="18"/>
                <w:szCs w:val="18"/>
                <w:lang w:eastAsia="es-CO"/>
              </w:rPr>
              <w:t>. (</w:t>
            </w:r>
            <w:r w:rsidRPr="00EB65A4">
              <w:rPr>
                <w:rFonts w:ascii="Arial" w:hAnsi="Arial" w:cs="Arial"/>
                <w:b/>
                <w:bCs/>
                <w:color w:val="000000"/>
                <w:sz w:val="18"/>
                <w:szCs w:val="18"/>
                <w:lang w:eastAsia="es-CO"/>
              </w:rPr>
              <w:t>Mercado General</w:t>
            </w:r>
            <w:r w:rsidRPr="00EB65A4">
              <w:rPr>
                <w:rFonts w:ascii="Arial" w:hAnsi="Arial" w:cs="Arial"/>
                <w:color w:val="000000"/>
                <w:sz w:val="18"/>
                <w:szCs w:val="18"/>
                <w:lang w:eastAsia="es-CO"/>
              </w:rPr>
              <w:t>).</w:t>
            </w:r>
          </w:p>
        </w:tc>
        <w:tc>
          <w:tcPr>
            <w:tcW w:w="1320" w:type="dxa"/>
            <w:tcBorders>
              <w:top w:val="nil"/>
              <w:left w:val="nil"/>
              <w:bottom w:val="single" w:sz="4" w:space="0" w:color="auto"/>
              <w:right w:val="single" w:sz="4" w:space="0" w:color="auto"/>
            </w:tcBorders>
            <w:vAlign w:val="center"/>
            <w:hideMark/>
          </w:tcPr>
          <w:p w14:paraId="24A34D7B" w14:textId="77777777" w:rsidR="00EB65A4" w:rsidRPr="00EB65A4" w:rsidRDefault="00EB65A4" w:rsidP="0042266E">
            <w:pPr>
              <w:jc w:val="center"/>
              <w:rPr>
                <w:rFonts w:ascii="Arial" w:hAnsi="Arial" w:cs="Arial"/>
                <w:color w:val="000000"/>
                <w:sz w:val="18"/>
                <w:szCs w:val="18"/>
                <w:lang w:eastAsia="es-CO"/>
              </w:rPr>
            </w:pPr>
            <w:r w:rsidRPr="00EB65A4">
              <w:rPr>
                <w:rFonts w:ascii="Arial" w:hAnsi="Arial" w:cs="Arial"/>
                <w:color w:val="000000"/>
                <w:sz w:val="18"/>
                <w:szCs w:val="18"/>
                <w:lang w:eastAsia="es-CO"/>
              </w:rPr>
              <w:t>53</w:t>
            </w:r>
          </w:p>
        </w:tc>
        <w:tc>
          <w:tcPr>
            <w:tcW w:w="1166" w:type="dxa"/>
            <w:tcBorders>
              <w:top w:val="nil"/>
              <w:left w:val="nil"/>
              <w:bottom w:val="single" w:sz="4" w:space="0" w:color="auto"/>
              <w:right w:val="single" w:sz="4" w:space="0" w:color="auto"/>
            </w:tcBorders>
            <w:vAlign w:val="center"/>
            <w:hideMark/>
          </w:tcPr>
          <w:p w14:paraId="27E01E4F" w14:textId="77777777" w:rsidR="00EB65A4" w:rsidRPr="00EB65A4" w:rsidRDefault="00EB65A4" w:rsidP="0042266E">
            <w:pPr>
              <w:jc w:val="center"/>
              <w:rPr>
                <w:rFonts w:ascii="Arial" w:hAnsi="Arial" w:cs="Arial"/>
                <w:color w:val="000000"/>
                <w:sz w:val="18"/>
                <w:szCs w:val="18"/>
                <w:lang w:eastAsia="es-CO"/>
              </w:rPr>
            </w:pPr>
            <w:r w:rsidRPr="00EB65A4">
              <w:rPr>
                <w:rFonts w:ascii="Arial" w:hAnsi="Arial" w:cs="Arial"/>
                <w:color w:val="000000"/>
                <w:sz w:val="18"/>
                <w:szCs w:val="18"/>
                <w:lang w:eastAsia="es-CO"/>
              </w:rPr>
              <w:t>20</w:t>
            </w:r>
          </w:p>
        </w:tc>
        <w:tc>
          <w:tcPr>
            <w:tcW w:w="1320" w:type="dxa"/>
            <w:tcBorders>
              <w:top w:val="nil"/>
              <w:left w:val="nil"/>
              <w:bottom w:val="single" w:sz="4" w:space="0" w:color="auto"/>
              <w:right w:val="single" w:sz="4" w:space="0" w:color="auto"/>
            </w:tcBorders>
            <w:vAlign w:val="center"/>
            <w:hideMark/>
          </w:tcPr>
          <w:p w14:paraId="5BF78022" w14:textId="77777777" w:rsidR="00EB65A4" w:rsidRPr="00EB65A4" w:rsidRDefault="00EB65A4" w:rsidP="0042266E">
            <w:pPr>
              <w:jc w:val="right"/>
              <w:rPr>
                <w:rFonts w:ascii="Arial" w:hAnsi="Arial" w:cs="Arial"/>
                <w:color w:val="000000"/>
                <w:sz w:val="18"/>
                <w:szCs w:val="18"/>
                <w:lang w:eastAsia="es-CO"/>
              </w:rPr>
            </w:pPr>
            <w:r w:rsidRPr="00EB65A4">
              <w:rPr>
                <w:rFonts w:ascii="Arial" w:hAnsi="Arial" w:cs="Arial"/>
                <w:color w:val="000000"/>
                <w:sz w:val="18"/>
                <w:szCs w:val="18"/>
                <w:lang w:eastAsia="es-CO"/>
              </w:rPr>
              <w:t>18.500</w:t>
            </w:r>
          </w:p>
        </w:tc>
        <w:tc>
          <w:tcPr>
            <w:tcW w:w="1320" w:type="dxa"/>
            <w:tcBorders>
              <w:top w:val="nil"/>
              <w:left w:val="nil"/>
              <w:bottom w:val="single" w:sz="4" w:space="0" w:color="auto"/>
              <w:right w:val="single" w:sz="4" w:space="0" w:color="auto"/>
            </w:tcBorders>
            <w:vAlign w:val="center"/>
            <w:hideMark/>
          </w:tcPr>
          <w:p w14:paraId="40FB8479" w14:textId="77777777" w:rsidR="00EB65A4" w:rsidRPr="00EB65A4" w:rsidRDefault="00EB65A4" w:rsidP="0042266E">
            <w:pPr>
              <w:jc w:val="right"/>
              <w:rPr>
                <w:rFonts w:ascii="Arial" w:hAnsi="Arial" w:cs="Arial"/>
                <w:color w:val="000000"/>
                <w:sz w:val="18"/>
                <w:szCs w:val="18"/>
                <w:lang w:eastAsia="es-CO"/>
              </w:rPr>
            </w:pPr>
            <w:r w:rsidRPr="00EB65A4">
              <w:rPr>
                <w:rFonts w:ascii="Arial" w:hAnsi="Arial" w:cs="Arial"/>
                <w:color w:val="000000"/>
                <w:sz w:val="18"/>
                <w:szCs w:val="18"/>
                <w:lang w:eastAsia="es-CO"/>
              </w:rPr>
              <w:t xml:space="preserve">      19.610.000 </w:t>
            </w:r>
          </w:p>
        </w:tc>
      </w:tr>
      <w:tr w:rsidR="00EB65A4" w:rsidRPr="00EB65A4" w14:paraId="207B85BD" w14:textId="77777777" w:rsidTr="00EB65A4">
        <w:trPr>
          <w:trHeight w:val="315"/>
          <w:jc w:val="center"/>
        </w:trPr>
        <w:tc>
          <w:tcPr>
            <w:tcW w:w="6600"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413B4FAB" w14:textId="77777777" w:rsidR="00EB65A4" w:rsidRPr="00EB65A4" w:rsidRDefault="00EB65A4" w:rsidP="0042266E">
            <w:pPr>
              <w:jc w:val="right"/>
              <w:rPr>
                <w:rFonts w:ascii="Arial" w:hAnsi="Arial" w:cs="Arial"/>
                <w:b/>
                <w:bCs/>
                <w:color w:val="000000"/>
                <w:sz w:val="18"/>
                <w:szCs w:val="18"/>
                <w:lang w:eastAsia="es-CO"/>
              </w:rPr>
            </w:pPr>
            <w:r w:rsidRPr="00EB65A4">
              <w:rPr>
                <w:rFonts w:ascii="Arial" w:hAnsi="Arial" w:cs="Arial"/>
                <w:b/>
                <w:bCs/>
                <w:color w:val="000000"/>
                <w:sz w:val="18"/>
                <w:szCs w:val="18"/>
                <w:lang w:eastAsia="es-CO"/>
              </w:rPr>
              <w:t xml:space="preserve">Sub Total </w:t>
            </w:r>
            <w:proofErr w:type="spellStart"/>
            <w:r w:rsidRPr="00EB65A4">
              <w:rPr>
                <w:rFonts w:ascii="Arial" w:hAnsi="Arial" w:cs="Arial"/>
                <w:b/>
                <w:bCs/>
                <w:color w:val="000000"/>
                <w:sz w:val="18"/>
                <w:szCs w:val="18"/>
                <w:lang w:eastAsia="es-CO"/>
              </w:rPr>
              <w:t>Ítem</w:t>
            </w:r>
            <w:proofErr w:type="spellEnd"/>
            <w:r w:rsidRPr="00EB65A4">
              <w:rPr>
                <w:rFonts w:ascii="Arial" w:hAnsi="Arial" w:cs="Arial"/>
                <w:b/>
                <w:bCs/>
                <w:color w:val="000000"/>
                <w:sz w:val="18"/>
                <w:szCs w:val="18"/>
                <w:lang w:eastAsia="es-CO"/>
              </w:rPr>
              <w:t xml:space="preserve"> 2.</w:t>
            </w:r>
          </w:p>
        </w:tc>
        <w:tc>
          <w:tcPr>
            <w:tcW w:w="1320" w:type="dxa"/>
            <w:tcBorders>
              <w:top w:val="nil"/>
              <w:left w:val="nil"/>
              <w:bottom w:val="single" w:sz="4" w:space="0" w:color="auto"/>
              <w:right w:val="single" w:sz="4" w:space="0" w:color="auto"/>
            </w:tcBorders>
            <w:shd w:val="clear" w:color="000000" w:fill="D9D9D9"/>
            <w:vAlign w:val="center"/>
            <w:hideMark/>
          </w:tcPr>
          <w:p w14:paraId="1B6C3009" w14:textId="77777777" w:rsidR="00EB65A4" w:rsidRPr="00EB65A4" w:rsidRDefault="00EB65A4" w:rsidP="0042266E">
            <w:pPr>
              <w:jc w:val="right"/>
              <w:rPr>
                <w:rFonts w:ascii="Arial" w:hAnsi="Arial" w:cs="Arial"/>
                <w:b/>
                <w:bCs/>
                <w:color w:val="000000"/>
                <w:sz w:val="18"/>
                <w:szCs w:val="18"/>
                <w:lang w:eastAsia="es-CO"/>
              </w:rPr>
            </w:pPr>
            <w:r w:rsidRPr="00EB65A4">
              <w:rPr>
                <w:rFonts w:ascii="Arial" w:hAnsi="Arial" w:cs="Arial"/>
                <w:b/>
                <w:bCs/>
                <w:color w:val="000000"/>
                <w:sz w:val="18"/>
                <w:szCs w:val="18"/>
                <w:lang w:eastAsia="es-CO"/>
              </w:rPr>
              <w:t xml:space="preserve">      19.610.000 </w:t>
            </w:r>
          </w:p>
        </w:tc>
      </w:tr>
      <w:tr w:rsidR="00EB65A4" w:rsidRPr="00EB65A4" w14:paraId="433E7BAA" w14:textId="77777777" w:rsidTr="00EB65A4">
        <w:trPr>
          <w:trHeight w:val="315"/>
          <w:jc w:val="center"/>
        </w:trPr>
        <w:tc>
          <w:tcPr>
            <w:tcW w:w="1320" w:type="dxa"/>
            <w:vMerge w:val="restart"/>
            <w:tcBorders>
              <w:top w:val="nil"/>
              <w:left w:val="single" w:sz="4" w:space="0" w:color="auto"/>
              <w:bottom w:val="single" w:sz="4" w:space="0" w:color="auto"/>
              <w:right w:val="single" w:sz="4" w:space="0" w:color="auto"/>
            </w:tcBorders>
            <w:shd w:val="clear" w:color="000000" w:fill="70AD47"/>
            <w:vAlign w:val="center"/>
            <w:hideMark/>
          </w:tcPr>
          <w:p w14:paraId="3DC66D8A" w14:textId="77777777" w:rsidR="00EB65A4" w:rsidRPr="00EB65A4" w:rsidRDefault="00EB65A4" w:rsidP="0042266E">
            <w:pPr>
              <w:jc w:val="center"/>
              <w:rPr>
                <w:rFonts w:ascii="Arial" w:hAnsi="Arial" w:cs="Arial"/>
                <w:b/>
                <w:bCs/>
                <w:color w:val="000000"/>
                <w:sz w:val="18"/>
                <w:szCs w:val="18"/>
                <w:lang w:eastAsia="es-CO"/>
              </w:rPr>
            </w:pPr>
            <w:r w:rsidRPr="00EB65A4">
              <w:rPr>
                <w:rFonts w:ascii="Arial" w:hAnsi="Arial" w:cs="Arial"/>
                <w:b/>
                <w:bCs/>
                <w:color w:val="000000"/>
                <w:sz w:val="18"/>
                <w:szCs w:val="18"/>
                <w:lang w:eastAsia="es-CO"/>
              </w:rPr>
              <w:t>3</w:t>
            </w:r>
          </w:p>
        </w:tc>
        <w:tc>
          <w:tcPr>
            <w:tcW w:w="6600" w:type="dxa"/>
            <w:gridSpan w:val="5"/>
            <w:tcBorders>
              <w:top w:val="single" w:sz="4" w:space="0" w:color="auto"/>
              <w:left w:val="nil"/>
              <w:bottom w:val="single" w:sz="4" w:space="0" w:color="auto"/>
              <w:right w:val="single" w:sz="4" w:space="0" w:color="auto"/>
            </w:tcBorders>
            <w:shd w:val="clear" w:color="000000" w:fill="70AD47"/>
            <w:vAlign w:val="center"/>
            <w:hideMark/>
          </w:tcPr>
          <w:p w14:paraId="006524B9" w14:textId="77777777" w:rsidR="00EB65A4" w:rsidRPr="00EB65A4" w:rsidRDefault="00EB65A4" w:rsidP="0042266E">
            <w:pPr>
              <w:rPr>
                <w:rFonts w:ascii="Arial" w:hAnsi="Arial" w:cs="Arial"/>
                <w:b/>
                <w:bCs/>
                <w:color w:val="000000"/>
                <w:sz w:val="18"/>
                <w:szCs w:val="18"/>
                <w:lang w:eastAsia="es-CO"/>
              </w:rPr>
            </w:pPr>
            <w:r w:rsidRPr="00EB65A4">
              <w:rPr>
                <w:rFonts w:ascii="Arial" w:hAnsi="Arial" w:cs="Arial"/>
                <w:b/>
                <w:bCs/>
                <w:color w:val="000000"/>
                <w:sz w:val="18"/>
                <w:szCs w:val="18"/>
                <w:lang w:eastAsia="es-CO"/>
              </w:rPr>
              <w:t xml:space="preserve">Insumos, </w:t>
            </w:r>
            <w:proofErr w:type="spellStart"/>
            <w:r w:rsidRPr="00EB65A4">
              <w:rPr>
                <w:rFonts w:ascii="Arial" w:hAnsi="Arial" w:cs="Arial"/>
                <w:b/>
                <w:bCs/>
                <w:color w:val="000000"/>
                <w:sz w:val="18"/>
                <w:szCs w:val="18"/>
                <w:lang w:eastAsia="es-CO"/>
              </w:rPr>
              <w:t>Elementos</w:t>
            </w:r>
            <w:proofErr w:type="spellEnd"/>
            <w:r w:rsidRPr="00EB65A4">
              <w:rPr>
                <w:rFonts w:ascii="Arial" w:hAnsi="Arial" w:cs="Arial"/>
                <w:b/>
                <w:bCs/>
                <w:color w:val="000000"/>
                <w:sz w:val="18"/>
                <w:szCs w:val="18"/>
                <w:lang w:eastAsia="es-CO"/>
              </w:rPr>
              <w:t xml:space="preserve"> de </w:t>
            </w:r>
            <w:proofErr w:type="spellStart"/>
            <w:r w:rsidRPr="00EB65A4">
              <w:rPr>
                <w:rFonts w:ascii="Arial" w:hAnsi="Arial" w:cs="Arial"/>
                <w:b/>
                <w:bCs/>
                <w:color w:val="000000"/>
                <w:sz w:val="18"/>
                <w:szCs w:val="18"/>
                <w:lang w:eastAsia="es-CO"/>
              </w:rPr>
              <w:t>Aseo</w:t>
            </w:r>
            <w:proofErr w:type="spellEnd"/>
            <w:r w:rsidRPr="00EB65A4">
              <w:rPr>
                <w:rFonts w:ascii="Arial" w:hAnsi="Arial" w:cs="Arial"/>
                <w:b/>
                <w:bCs/>
                <w:color w:val="000000"/>
                <w:sz w:val="18"/>
                <w:szCs w:val="18"/>
                <w:lang w:eastAsia="es-CO"/>
              </w:rPr>
              <w:t xml:space="preserve"> e </w:t>
            </w:r>
            <w:proofErr w:type="spellStart"/>
            <w:r w:rsidRPr="00EB65A4">
              <w:rPr>
                <w:rFonts w:ascii="Arial" w:hAnsi="Arial" w:cs="Arial"/>
                <w:b/>
                <w:bCs/>
                <w:color w:val="000000"/>
                <w:sz w:val="18"/>
                <w:szCs w:val="18"/>
                <w:lang w:eastAsia="es-CO"/>
              </w:rPr>
              <w:t>Implementos</w:t>
            </w:r>
            <w:proofErr w:type="spellEnd"/>
            <w:r w:rsidRPr="00EB65A4">
              <w:rPr>
                <w:rFonts w:ascii="Arial" w:hAnsi="Arial" w:cs="Arial"/>
                <w:b/>
                <w:bCs/>
                <w:color w:val="000000"/>
                <w:sz w:val="18"/>
                <w:szCs w:val="18"/>
                <w:lang w:eastAsia="es-CO"/>
              </w:rPr>
              <w:t xml:space="preserve"> de </w:t>
            </w:r>
            <w:proofErr w:type="spellStart"/>
            <w:r w:rsidRPr="00EB65A4">
              <w:rPr>
                <w:rFonts w:ascii="Arial" w:hAnsi="Arial" w:cs="Arial"/>
                <w:b/>
                <w:bCs/>
                <w:color w:val="000000"/>
                <w:sz w:val="18"/>
                <w:szCs w:val="18"/>
                <w:lang w:eastAsia="es-CO"/>
              </w:rPr>
              <w:t>Enfermería</w:t>
            </w:r>
            <w:proofErr w:type="spellEnd"/>
            <w:r w:rsidRPr="00EB65A4">
              <w:rPr>
                <w:rFonts w:ascii="Arial" w:hAnsi="Arial" w:cs="Arial"/>
                <w:b/>
                <w:bCs/>
                <w:color w:val="000000"/>
                <w:sz w:val="18"/>
                <w:szCs w:val="18"/>
                <w:lang w:eastAsia="es-CO"/>
              </w:rPr>
              <w:t>.</w:t>
            </w:r>
          </w:p>
        </w:tc>
      </w:tr>
      <w:tr w:rsidR="00EB65A4" w:rsidRPr="00EB65A4" w14:paraId="2DE188E6" w14:textId="77777777" w:rsidTr="00EB65A4">
        <w:trPr>
          <w:trHeight w:val="960"/>
          <w:jc w:val="center"/>
        </w:trPr>
        <w:tc>
          <w:tcPr>
            <w:tcW w:w="1320" w:type="dxa"/>
            <w:vMerge/>
            <w:tcBorders>
              <w:top w:val="nil"/>
              <w:left w:val="single" w:sz="4" w:space="0" w:color="auto"/>
              <w:bottom w:val="single" w:sz="4" w:space="0" w:color="auto"/>
              <w:right w:val="single" w:sz="4" w:space="0" w:color="auto"/>
            </w:tcBorders>
            <w:vAlign w:val="center"/>
            <w:hideMark/>
          </w:tcPr>
          <w:p w14:paraId="4F1AF3E9" w14:textId="77777777" w:rsidR="00EB65A4" w:rsidRPr="00EB65A4" w:rsidRDefault="00EB65A4" w:rsidP="0042266E">
            <w:pPr>
              <w:rPr>
                <w:rFonts w:ascii="Arial" w:hAnsi="Arial" w:cs="Arial"/>
                <w:b/>
                <w:bCs/>
                <w:color w:val="000000"/>
                <w:sz w:val="18"/>
                <w:szCs w:val="18"/>
                <w:lang w:eastAsia="es-CO"/>
              </w:rPr>
            </w:pPr>
          </w:p>
        </w:tc>
        <w:tc>
          <w:tcPr>
            <w:tcW w:w="1474" w:type="dxa"/>
            <w:tcBorders>
              <w:top w:val="nil"/>
              <w:left w:val="nil"/>
              <w:bottom w:val="single" w:sz="4" w:space="0" w:color="auto"/>
              <w:right w:val="single" w:sz="4" w:space="0" w:color="auto"/>
            </w:tcBorders>
            <w:shd w:val="clear" w:color="000000" w:fill="FFFFFF"/>
            <w:vAlign w:val="center"/>
            <w:hideMark/>
          </w:tcPr>
          <w:p w14:paraId="580C20FD" w14:textId="77777777" w:rsidR="00EB65A4" w:rsidRPr="00EB65A4" w:rsidRDefault="00EB65A4" w:rsidP="0042266E">
            <w:pPr>
              <w:rPr>
                <w:rFonts w:ascii="Arial" w:hAnsi="Arial" w:cs="Arial"/>
                <w:b/>
                <w:bCs/>
                <w:color w:val="000000"/>
                <w:sz w:val="18"/>
                <w:szCs w:val="18"/>
                <w:lang w:eastAsia="es-CO"/>
              </w:rPr>
            </w:pPr>
            <w:r w:rsidRPr="00EB65A4">
              <w:rPr>
                <w:rFonts w:ascii="Arial" w:hAnsi="Arial" w:cs="Arial"/>
                <w:b/>
                <w:bCs/>
                <w:color w:val="000000"/>
                <w:sz w:val="18"/>
                <w:szCs w:val="18"/>
                <w:lang w:eastAsia="es-CO"/>
              </w:rPr>
              <w:t xml:space="preserve">3.1. Insumos y </w:t>
            </w:r>
            <w:proofErr w:type="spellStart"/>
            <w:r w:rsidRPr="00EB65A4">
              <w:rPr>
                <w:rFonts w:ascii="Arial" w:hAnsi="Arial" w:cs="Arial"/>
                <w:b/>
                <w:bCs/>
                <w:color w:val="000000"/>
                <w:sz w:val="18"/>
                <w:szCs w:val="18"/>
                <w:lang w:eastAsia="es-CO"/>
              </w:rPr>
              <w:t>Materiales</w:t>
            </w:r>
            <w:proofErr w:type="spellEnd"/>
            <w:r w:rsidRPr="00EB65A4">
              <w:rPr>
                <w:rFonts w:ascii="Arial" w:hAnsi="Arial" w:cs="Arial"/>
                <w:b/>
                <w:bCs/>
                <w:color w:val="000000"/>
                <w:sz w:val="18"/>
                <w:szCs w:val="18"/>
                <w:lang w:eastAsia="es-CO"/>
              </w:rPr>
              <w:t xml:space="preserve"> para </w:t>
            </w:r>
            <w:proofErr w:type="spellStart"/>
            <w:r w:rsidRPr="00EB65A4">
              <w:rPr>
                <w:rFonts w:ascii="Arial" w:hAnsi="Arial" w:cs="Arial"/>
                <w:b/>
                <w:bCs/>
                <w:color w:val="000000"/>
                <w:sz w:val="18"/>
                <w:szCs w:val="18"/>
                <w:lang w:eastAsia="es-CO"/>
              </w:rPr>
              <w:t>Aseo</w:t>
            </w:r>
            <w:proofErr w:type="spellEnd"/>
            <w:r w:rsidRPr="00EB65A4">
              <w:rPr>
                <w:rFonts w:ascii="Arial" w:hAnsi="Arial" w:cs="Arial"/>
                <w:b/>
                <w:bCs/>
                <w:color w:val="000000"/>
                <w:sz w:val="18"/>
                <w:szCs w:val="18"/>
                <w:lang w:eastAsia="es-CO"/>
              </w:rPr>
              <w:t xml:space="preserve"> </w:t>
            </w:r>
            <w:proofErr w:type="spellStart"/>
            <w:r w:rsidRPr="00EB65A4">
              <w:rPr>
                <w:rFonts w:ascii="Arial" w:hAnsi="Arial" w:cs="Arial"/>
                <w:b/>
                <w:bCs/>
                <w:color w:val="000000"/>
                <w:sz w:val="18"/>
                <w:szCs w:val="18"/>
                <w:lang w:eastAsia="es-CO"/>
              </w:rPr>
              <w:t>en</w:t>
            </w:r>
            <w:proofErr w:type="spellEnd"/>
            <w:r w:rsidRPr="00EB65A4">
              <w:rPr>
                <w:rFonts w:ascii="Arial" w:hAnsi="Arial" w:cs="Arial"/>
                <w:b/>
                <w:bCs/>
                <w:color w:val="000000"/>
                <w:sz w:val="18"/>
                <w:szCs w:val="18"/>
                <w:lang w:eastAsia="es-CO"/>
              </w:rPr>
              <w:t xml:space="preserve"> la Cocina.</w:t>
            </w:r>
          </w:p>
        </w:tc>
        <w:tc>
          <w:tcPr>
            <w:tcW w:w="13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45A609A" w14:textId="77777777" w:rsidR="00EB65A4" w:rsidRPr="00EB65A4" w:rsidRDefault="00EB65A4" w:rsidP="0042266E">
            <w:pPr>
              <w:jc w:val="center"/>
              <w:rPr>
                <w:rFonts w:ascii="Arial" w:hAnsi="Arial" w:cs="Arial"/>
                <w:color w:val="000000"/>
                <w:sz w:val="18"/>
                <w:szCs w:val="18"/>
                <w:lang w:eastAsia="es-CO"/>
              </w:rPr>
            </w:pPr>
            <w:r w:rsidRPr="00EB65A4">
              <w:rPr>
                <w:rFonts w:ascii="Arial" w:hAnsi="Arial" w:cs="Arial"/>
                <w:color w:val="000000"/>
                <w:sz w:val="18"/>
                <w:szCs w:val="18"/>
                <w:lang w:eastAsia="es-CO"/>
              </w:rPr>
              <w:t>53</w:t>
            </w:r>
          </w:p>
        </w:tc>
        <w:tc>
          <w:tcPr>
            <w:tcW w:w="1166" w:type="dxa"/>
            <w:vMerge w:val="restart"/>
            <w:tcBorders>
              <w:top w:val="nil"/>
              <w:left w:val="single" w:sz="4" w:space="0" w:color="auto"/>
              <w:bottom w:val="single" w:sz="4" w:space="0" w:color="auto"/>
              <w:right w:val="single" w:sz="4" w:space="0" w:color="auto"/>
            </w:tcBorders>
            <w:shd w:val="clear" w:color="000000" w:fill="FFFFFF"/>
            <w:vAlign w:val="center"/>
            <w:hideMark/>
          </w:tcPr>
          <w:p w14:paraId="7A38D3DA" w14:textId="77777777" w:rsidR="00EB65A4" w:rsidRPr="00EB65A4" w:rsidRDefault="00EB65A4" w:rsidP="0042266E">
            <w:pPr>
              <w:jc w:val="center"/>
              <w:rPr>
                <w:rFonts w:ascii="Arial" w:hAnsi="Arial" w:cs="Arial"/>
                <w:color w:val="000000"/>
                <w:sz w:val="18"/>
                <w:szCs w:val="18"/>
                <w:lang w:eastAsia="es-CO"/>
              </w:rPr>
            </w:pPr>
            <w:r w:rsidRPr="00EB65A4">
              <w:rPr>
                <w:rFonts w:ascii="Arial" w:hAnsi="Arial" w:cs="Arial"/>
                <w:color w:val="000000"/>
                <w:sz w:val="18"/>
                <w:szCs w:val="18"/>
                <w:lang w:eastAsia="es-CO"/>
              </w:rPr>
              <w:t>1</w:t>
            </w:r>
          </w:p>
        </w:tc>
        <w:tc>
          <w:tcPr>
            <w:tcW w:w="13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1243F37" w14:textId="77777777" w:rsidR="00EB65A4" w:rsidRPr="00EB65A4" w:rsidRDefault="00EB65A4" w:rsidP="0042266E">
            <w:pPr>
              <w:jc w:val="right"/>
              <w:rPr>
                <w:rFonts w:ascii="Arial" w:hAnsi="Arial" w:cs="Arial"/>
                <w:color w:val="000000"/>
                <w:sz w:val="18"/>
                <w:szCs w:val="18"/>
                <w:lang w:eastAsia="es-CO"/>
              </w:rPr>
            </w:pPr>
            <w:r w:rsidRPr="00EB65A4">
              <w:rPr>
                <w:rFonts w:ascii="Arial" w:hAnsi="Arial" w:cs="Arial"/>
                <w:color w:val="000000"/>
                <w:sz w:val="18"/>
                <w:szCs w:val="18"/>
                <w:lang w:eastAsia="es-CO"/>
              </w:rPr>
              <w:t>100.000</w:t>
            </w:r>
          </w:p>
        </w:tc>
        <w:tc>
          <w:tcPr>
            <w:tcW w:w="13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69A05E9" w14:textId="77777777" w:rsidR="00EB65A4" w:rsidRPr="00EB65A4" w:rsidRDefault="00EB65A4" w:rsidP="0042266E">
            <w:pPr>
              <w:jc w:val="right"/>
              <w:rPr>
                <w:rFonts w:ascii="Arial" w:hAnsi="Arial" w:cs="Arial"/>
                <w:color w:val="000000"/>
                <w:sz w:val="18"/>
                <w:szCs w:val="18"/>
                <w:lang w:eastAsia="es-CO"/>
              </w:rPr>
            </w:pPr>
            <w:r w:rsidRPr="00EB65A4">
              <w:rPr>
                <w:rFonts w:ascii="Arial" w:hAnsi="Arial" w:cs="Arial"/>
                <w:color w:val="000000"/>
                <w:sz w:val="18"/>
                <w:szCs w:val="18"/>
                <w:lang w:eastAsia="es-CO"/>
              </w:rPr>
              <w:t xml:space="preserve">        5.300.000 </w:t>
            </w:r>
          </w:p>
        </w:tc>
      </w:tr>
      <w:tr w:rsidR="00EB65A4" w:rsidRPr="00EB65A4" w14:paraId="12493980" w14:textId="77777777" w:rsidTr="00EB65A4">
        <w:trPr>
          <w:trHeight w:val="4080"/>
          <w:jc w:val="center"/>
        </w:trPr>
        <w:tc>
          <w:tcPr>
            <w:tcW w:w="1320" w:type="dxa"/>
            <w:vMerge/>
            <w:tcBorders>
              <w:top w:val="nil"/>
              <w:left w:val="single" w:sz="4" w:space="0" w:color="auto"/>
              <w:bottom w:val="single" w:sz="4" w:space="0" w:color="auto"/>
              <w:right w:val="single" w:sz="4" w:space="0" w:color="auto"/>
            </w:tcBorders>
            <w:vAlign w:val="center"/>
            <w:hideMark/>
          </w:tcPr>
          <w:p w14:paraId="404D9D72" w14:textId="77777777" w:rsidR="00EB65A4" w:rsidRPr="00EB65A4" w:rsidRDefault="00EB65A4" w:rsidP="0042266E">
            <w:pPr>
              <w:rPr>
                <w:rFonts w:ascii="Arial" w:hAnsi="Arial" w:cs="Arial"/>
                <w:b/>
                <w:bCs/>
                <w:color w:val="000000"/>
                <w:sz w:val="18"/>
                <w:szCs w:val="18"/>
                <w:lang w:eastAsia="es-CO"/>
              </w:rPr>
            </w:pPr>
          </w:p>
        </w:tc>
        <w:tc>
          <w:tcPr>
            <w:tcW w:w="1474" w:type="dxa"/>
            <w:tcBorders>
              <w:top w:val="nil"/>
              <w:left w:val="nil"/>
              <w:bottom w:val="single" w:sz="4" w:space="0" w:color="auto"/>
              <w:right w:val="single" w:sz="4" w:space="0" w:color="auto"/>
            </w:tcBorders>
            <w:shd w:val="clear" w:color="000000" w:fill="FFFFFF"/>
            <w:vAlign w:val="center"/>
            <w:hideMark/>
          </w:tcPr>
          <w:p w14:paraId="7C9DF999" w14:textId="77777777" w:rsidR="00EB65A4" w:rsidRPr="00EB65A4" w:rsidRDefault="00EB65A4" w:rsidP="0042266E">
            <w:pPr>
              <w:rPr>
                <w:rFonts w:ascii="Arial" w:hAnsi="Arial" w:cs="Arial"/>
                <w:color w:val="000000"/>
                <w:sz w:val="18"/>
                <w:szCs w:val="18"/>
                <w:lang w:eastAsia="es-CO"/>
              </w:rPr>
            </w:pPr>
            <w:r w:rsidRPr="00EB65A4">
              <w:rPr>
                <w:rFonts w:ascii="Arial" w:hAnsi="Arial" w:cs="Arial"/>
                <w:color w:val="000000"/>
                <w:sz w:val="18"/>
                <w:szCs w:val="18"/>
                <w:lang w:eastAsia="es-CO"/>
              </w:rPr>
              <w:t xml:space="preserve">3.1.1. </w:t>
            </w:r>
            <w:proofErr w:type="spellStart"/>
            <w:r w:rsidRPr="00EB65A4">
              <w:rPr>
                <w:rFonts w:ascii="Arial" w:hAnsi="Arial" w:cs="Arial"/>
                <w:color w:val="000000"/>
                <w:sz w:val="18"/>
                <w:szCs w:val="18"/>
                <w:lang w:eastAsia="es-CO"/>
              </w:rPr>
              <w:t>Hipoclorito</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Esponjas</w:t>
            </w:r>
            <w:proofErr w:type="spellEnd"/>
            <w:r w:rsidRPr="00EB65A4">
              <w:rPr>
                <w:rFonts w:ascii="Arial" w:hAnsi="Arial" w:cs="Arial"/>
                <w:color w:val="000000"/>
                <w:sz w:val="18"/>
                <w:szCs w:val="18"/>
                <w:lang w:eastAsia="es-CO"/>
              </w:rPr>
              <w:t xml:space="preserve"> de </w:t>
            </w:r>
            <w:proofErr w:type="spellStart"/>
            <w:r w:rsidRPr="00EB65A4">
              <w:rPr>
                <w:rFonts w:ascii="Arial" w:hAnsi="Arial" w:cs="Arial"/>
                <w:color w:val="000000"/>
                <w:sz w:val="18"/>
                <w:szCs w:val="18"/>
                <w:lang w:eastAsia="es-CO"/>
              </w:rPr>
              <w:t>brillo</w:t>
            </w:r>
            <w:proofErr w:type="spellEnd"/>
            <w:r w:rsidRPr="00EB65A4">
              <w:rPr>
                <w:rFonts w:ascii="Arial" w:hAnsi="Arial" w:cs="Arial"/>
                <w:color w:val="000000"/>
                <w:sz w:val="18"/>
                <w:szCs w:val="18"/>
                <w:lang w:eastAsia="es-CO"/>
              </w:rPr>
              <w:t xml:space="preserve"> y de alambre, </w:t>
            </w:r>
            <w:proofErr w:type="spellStart"/>
            <w:r w:rsidRPr="00EB65A4">
              <w:rPr>
                <w:rFonts w:ascii="Arial" w:hAnsi="Arial" w:cs="Arial"/>
                <w:color w:val="000000"/>
                <w:sz w:val="18"/>
                <w:szCs w:val="18"/>
                <w:lang w:eastAsia="es-CO"/>
              </w:rPr>
              <w:t>jabón</w:t>
            </w:r>
            <w:proofErr w:type="spellEnd"/>
            <w:r w:rsidRPr="00EB65A4">
              <w:rPr>
                <w:rFonts w:ascii="Arial" w:hAnsi="Arial" w:cs="Arial"/>
                <w:color w:val="000000"/>
                <w:sz w:val="18"/>
                <w:szCs w:val="18"/>
                <w:lang w:eastAsia="es-CO"/>
              </w:rPr>
              <w:t xml:space="preserve"> lava </w:t>
            </w:r>
            <w:proofErr w:type="spellStart"/>
            <w:r w:rsidRPr="00EB65A4">
              <w:rPr>
                <w:rFonts w:ascii="Arial" w:hAnsi="Arial" w:cs="Arial"/>
                <w:color w:val="000000"/>
                <w:sz w:val="18"/>
                <w:szCs w:val="18"/>
                <w:lang w:eastAsia="es-CO"/>
              </w:rPr>
              <w:t>loza</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jabón</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en</w:t>
            </w:r>
            <w:proofErr w:type="spellEnd"/>
            <w:r w:rsidRPr="00EB65A4">
              <w:rPr>
                <w:rFonts w:ascii="Arial" w:hAnsi="Arial" w:cs="Arial"/>
                <w:color w:val="000000"/>
                <w:sz w:val="18"/>
                <w:szCs w:val="18"/>
                <w:lang w:eastAsia="es-CO"/>
              </w:rPr>
              <w:t xml:space="preserve"> barra, </w:t>
            </w:r>
            <w:proofErr w:type="spellStart"/>
            <w:r w:rsidRPr="00EB65A4">
              <w:rPr>
                <w:rFonts w:ascii="Arial" w:hAnsi="Arial" w:cs="Arial"/>
                <w:color w:val="000000"/>
                <w:sz w:val="18"/>
                <w:szCs w:val="18"/>
                <w:lang w:eastAsia="es-CO"/>
              </w:rPr>
              <w:t>líquido</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desengrasante</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limpiones</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escobas</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traperos</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guantes</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tapabocas</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bolsas</w:t>
            </w:r>
            <w:proofErr w:type="spellEnd"/>
            <w:r w:rsidRPr="00EB65A4">
              <w:rPr>
                <w:rFonts w:ascii="Arial" w:hAnsi="Arial" w:cs="Arial"/>
                <w:color w:val="000000"/>
                <w:sz w:val="18"/>
                <w:szCs w:val="18"/>
                <w:lang w:eastAsia="es-CO"/>
              </w:rPr>
              <w:t xml:space="preserve"> para la </w:t>
            </w:r>
            <w:proofErr w:type="spellStart"/>
            <w:r w:rsidRPr="00EB65A4">
              <w:rPr>
                <w:rFonts w:ascii="Arial" w:hAnsi="Arial" w:cs="Arial"/>
                <w:color w:val="000000"/>
                <w:sz w:val="18"/>
                <w:szCs w:val="18"/>
                <w:lang w:eastAsia="es-CO"/>
              </w:rPr>
              <w:t>basura</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recogedor</w:t>
            </w:r>
            <w:proofErr w:type="spellEnd"/>
            <w:r w:rsidRPr="00EB65A4">
              <w:rPr>
                <w:rFonts w:ascii="Arial" w:hAnsi="Arial" w:cs="Arial"/>
                <w:color w:val="000000"/>
                <w:sz w:val="18"/>
                <w:szCs w:val="18"/>
                <w:lang w:eastAsia="es-CO"/>
              </w:rPr>
              <w:t>.</w:t>
            </w:r>
          </w:p>
        </w:tc>
        <w:tc>
          <w:tcPr>
            <w:tcW w:w="1320" w:type="dxa"/>
            <w:vMerge/>
            <w:tcBorders>
              <w:top w:val="nil"/>
              <w:left w:val="single" w:sz="4" w:space="0" w:color="auto"/>
              <w:bottom w:val="single" w:sz="4" w:space="0" w:color="auto"/>
              <w:right w:val="single" w:sz="4" w:space="0" w:color="auto"/>
            </w:tcBorders>
            <w:vAlign w:val="center"/>
            <w:hideMark/>
          </w:tcPr>
          <w:p w14:paraId="537D64F5" w14:textId="77777777" w:rsidR="00EB65A4" w:rsidRPr="00EB65A4" w:rsidRDefault="00EB65A4" w:rsidP="0042266E">
            <w:pPr>
              <w:rPr>
                <w:rFonts w:ascii="Arial" w:hAnsi="Arial" w:cs="Arial"/>
                <w:color w:val="000000"/>
                <w:sz w:val="18"/>
                <w:szCs w:val="18"/>
                <w:lang w:eastAsia="es-CO"/>
              </w:rPr>
            </w:pPr>
          </w:p>
        </w:tc>
        <w:tc>
          <w:tcPr>
            <w:tcW w:w="1166" w:type="dxa"/>
            <w:vMerge/>
            <w:tcBorders>
              <w:top w:val="nil"/>
              <w:left w:val="single" w:sz="4" w:space="0" w:color="auto"/>
              <w:bottom w:val="single" w:sz="4" w:space="0" w:color="auto"/>
              <w:right w:val="single" w:sz="4" w:space="0" w:color="auto"/>
            </w:tcBorders>
            <w:vAlign w:val="center"/>
            <w:hideMark/>
          </w:tcPr>
          <w:p w14:paraId="0C96E6F2" w14:textId="77777777" w:rsidR="00EB65A4" w:rsidRPr="00EB65A4" w:rsidRDefault="00EB65A4" w:rsidP="0042266E">
            <w:pPr>
              <w:rPr>
                <w:rFonts w:ascii="Arial" w:hAnsi="Arial" w:cs="Arial"/>
                <w:color w:val="000000"/>
                <w:sz w:val="18"/>
                <w:szCs w:val="18"/>
                <w:lang w:eastAsia="es-CO"/>
              </w:rPr>
            </w:pPr>
          </w:p>
        </w:tc>
        <w:tc>
          <w:tcPr>
            <w:tcW w:w="1320" w:type="dxa"/>
            <w:vMerge/>
            <w:tcBorders>
              <w:top w:val="nil"/>
              <w:left w:val="single" w:sz="4" w:space="0" w:color="auto"/>
              <w:bottom w:val="single" w:sz="4" w:space="0" w:color="auto"/>
              <w:right w:val="single" w:sz="4" w:space="0" w:color="auto"/>
            </w:tcBorders>
            <w:vAlign w:val="center"/>
            <w:hideMark/>
          </w:tcPr>
          <w:p w14:paraId="14268086" w14:textId="77777777" w:rsidR="00EB65A4" w:rsidRPr="00EB65A4" w:rsidRDefault="00EB65A4" w:rsidP="0042266E">
            <w:pPr>
              <w:rPr>
                <w:rFonts w:ascii="Arial" w:hAnsi="Arial" w:cs="Arial"/>
                <w:color w:val="000000"/>
                <w:sz w:val="18"/>
                <w:szCs w:val="18"/>
                <w:lang w:eastAsia="es-CO"/>
              </w:rPr>
            </w:pPr>
          </w:p>
        </w:tc>
        <w:tc>
          <w:tcPr>
            <w:tcW w:w="1320" w:type="dxa"/>
            <w:vMerge/>
            <w:tcBorders>
              <w:top w:val="nil"/>
              <w:left w:val="single" w:sz="4" w:space="0" w:color="auto"/>
              <w:bottom w:val="single" w:sz="4" w:space="0" w:color="auto"/>
              <w:right w:val="single" w:sz="4" w:space="0" w:color="auto"/>
            </w:tcBorders>
            <w:vAlign w:val="center"/>
            <w:hideMark/>
          </w:tcPr>
          <w:p w14:paraId="241D4768" w14:textId="77777777" w:rsidR="00EB65A4" w:rsidRPr="00EB65A4" w:rsidRDefault="00EB65A4" w:rsidP="0042266E">
            <w:pPr>
              <w:rPr>
                <w:rFonts w:ascii="Arial" w:hAnsi="Arial" w:cs="Arial"/>
                <w:color w:val="000000"/>
                <w:sz w:val="18"/>
                <w:szCs w:val="18"/>
                <w:lang w:eastAsia="es-CO"/>
              </w:rPr>
            </w:pPr>
          </w:p>
        </w:tc>
      </w:tr>
      <w:tr w:rsidR="00EB65A4" w:rsidRPr="00EB65A4" w14:paraId="539DEB9A" w14:textId="77777777" w:rsidTr="00EB65A4">
        <w:trPr>
          <w:trHeight w:val="960"/>
          <w:jc w:val="center"/>
        </w:trPr>
        <w:tc>
          <w:tcPr>
            <w:tcW w:w="1320" w:type="dxa"/>
            <w:vMerge/>
            <w:tcBorders>
              <w:top w:val="nil"/>
              <w:left w:val="single" w:sz="4" w:space="0" w:color="auto"/>
              <w:bottom w:val="single" w:sz="4" w:space="0" w:color="auto"/>
              <w:right w:val="single" w:sz="4" w:space="0" w:color="auto"/>
            </w:tcBorders>
            <w:vAlign w:val="center"/>
            <w:hideMark/>
          </w:tcPr>
          <w:p w14:paraId="1E2F9960" w14:textId="77777777" w:rsidR="00EB65A4" w:rsidRPr="00EB65A4" w:rsidRDefault="00EB65A4" w:rsidP="0042266E">
            <w:pPr>
              <w:rPr>
                <w:rFonts w:ascii="Arial" w:hAnsi="Arial" w:cs="Arial"/>
                <w:b/>
                <w:bCs/>
                <w:color w:val="000000"/>
                <w:sz w:val="18"/>
                <w:szCs w:val="18"/>
                <w:lang w:eastAsia="es-CO"/>
              </w:rPr>
            </w:pPr>
          </w:p>
        </w:tc>
        <w:tc>
          <w:tcPr>
            <w:tcW w:w="1474" w:type="dxa"/>
            <w:tcBorders>
              <w:top w:val="nil"/>
              <w:left w:val="nil"/>
              <w:bottom w:val="single" w:sz="4" w:space="0" w:color="auto"/>
              <w:right w:val="single" w:sz="4" w:space="0" w:color="auto"/>
            </w:tcBorders>
            <w:shd w:val="clear" w:color="000000" w:fill="FFFFFF"/>
            <w:vAlign w:val="center"/>
            <w:hideMark/>
          </w:tcPr>
          <w:p w14:paraId="231BC25B" w14:textId="77777777" w:rsidR="00EB65A4" w:rsidRPr="00EB65A4" w:rsidRDefault="00EB65A4" w:rsidP="0042266E">
            <w:pPr>
              <w:rPr>
                <w:rFonts w:ascii="Arial" w:hAnsi="Arial" w:cs="Arial"/>
                <w:b/>
                <w:bCs/>
                <w:color w:val="000000"/>
                <w:sz w:val="18"/>
                <w:szCs w:val="18"/>
                <w:lang w:eastAsia="es-CO"/>
              </w:rPr>
            </w:pPr>
            <w:r w:rsidRPr="00EB65A4">
              <w:rPr>
                <w:rFonts w:ascii="Arial" w:hAnsi="Arial" w:cs="Arial"/>
                <w:b/>
                <w:bCs/>
                <w:color w:val="000000"/>
                <w:sz w:val="18"/>
                <w:szCs w:val="18"/>
                <w:lang w:eastAsia="es-CO"/>
              </w:rPr>
              <w:t xml:space="preserve">3.2. Insumos y </w:t>
            </w:r>
            <w:proofErr w:type="spellStart"/>
            <w:r w:rsidRPr="00EB65A4">
              <w:rPr>
                <w:rFonts w:ascii="Arial" w:hAnsi="Arial" w:cs="Arial"/>
                <w:b/>
                <w:bCs/>
                <w:color w:val="000000"/>
                <w:sz w:val="18"/>
                <w:szCs w:val="18"/>
                <w:lang w:eastAsia="es-CO"/>
              </w:rPr>
              <w:t>Materiales</w:t>
            </w:r>
            <w:proofErr w:type="spellEnd"/>
            <w:r w:rsidRPr="00EB65A4">
              <w:rPr>
                <w:rFonts w:ascii="Arial" w:hAnsi="Arial" w:cs="Arial"/>
                <w:b/>
                <w:bCs/>
                <w:color w:val="000000"/>
                <w:sz w:val="18"/>
                <w:szCs w:val="18"/>
                <w:lang w:eastAsia="es-CO"/>
              </w:rPr>
              <w:t xml:space="preserve"> para </w:t>
            </w:r>
            <w:proofErr w:type="spellStart"/>
            <w:r w:rsidRPr="00EB65A4">
              <w:rPr>
                <w:rFonts w:ascii="Arial" w:hAnsi="Arial" w:cs="Arial"/>
                <w:b/>
                <w:bCs/>
                <w:color w:val="000000"/>
                <w:sz w:val="18"/>
                <w:szCs w:val="18"/>
                <w:lang w:eastAsia="es-CO"/>
              </w:rPr>
              <w:t>Aseo</w:t>
            </w:r>
            <w:proofErr w:type="spellEnd"/>
            <w:r w:rsidRPr="00EB65A4">
              <w:rPr>
                <w:rFonts w:ascii="Arial" w:hAnsi="Arial" w:cs="Arial"/>
                <w:b/>
                <w:bCs/>
                <w:color w:val="000000"/>
                <w:sz w:val="18"/>
                <w:szCs w:val="18"/>
                <w:lang w:eastAsia="es-CO"/>
              </w:rPr>
              <w:t xml:space="preserve"> en </w:t>
            </w:r>
            <w:proofErr w:type="spellStart"/>
            <w:r w:rsidRPr="00EB65A4">
              <w:rPr>
                <w:rFonts w:ascii="Arial" w:hAnsi="Arial" w:cs="Arial"/>
                <w:b/>
                <w:bCs/>
                <w:color w:val="000000"/>
                <w:sz w:val="18"/>
                <w:szCs w:val="18"/>
                <w:lang w:eastAsia="es-CO"/>
              </w:rPr>
              <w:t>Cuartos</w:t>
            </w:r>
            <w:proofErr w:type="spellEnd"/>
            <w:r w:rsidRPr="00EB65A4">
              <w:rPr>
                <w:rFonts w:ascii="Arial" w:hAnsi="Arial" w:cs="Arial"/>
                <w:b/>
                <w:bCs/>
                <w:color w:val="000000"/>
                <w:sz w:val="18"/>
                <w:szCs w:val="18"/>
                <w:lang w:eastAsia="es-CO"/>
              </w:rPr>
              <w:t>.</w:t>
            </w:r>
          </w:p>
        </w:tc>
        <w:tc>
          <w:tcPr>
            <w:tcW w:w="1320" w:type="dxa"/>
            <w:vMerge/>
            <w:tcBorders>
              <w:top w:val="nil"/>
              <w:left w:val="single" w:sz="4" w:space="0" w:color="auto"/>
              <w:bottom w:val="single" w:sz="4" w:space="0" w:color="auto"/>
              <w:right w:val="single" w:sz="4" w:space="0" w:color="auto"/>
            </w:tcBorders>
            <w:vAlign w:val="center"/>
            <w:hideMark/>
          </w:tcPr>
          <w:p w14:paraId="7AFBE5A9" w14:textId="77777777" w:rsidR="00EB65A4" w:rsidRPr="00EB65A4" w:rsidRDefault="00EB65A4" w:rsidP="0042266E">
            <w:pPr>
              <w:rPr>
                <w:rFonts w:ascii="Arial" w:hAnsi="Arial" w:cs="Arial"/>
                <w:color w:val="000000"/>
                <w:sz w:val="18"/>
                <w:szCs w:val="18"/>
                <w:lang w:eastAsia="es-CO"/>
              </w:rPr>
            </w:pPr>
          </w:p>
        </w:tc>
        <w:tc>
          <w:tcPr>
            <w:tcW w:w="1166" w:type="dxa"/>
            <w:vMerge/>
            <w:tcBorders>
              <w:top w:val="nil"/>
              <w:left w:val="single" w:sz="4" w:space="0" w:color="auto"/>
              <w:bottom w:val="single" w:sz="4" w:space="0" w:color="auto"/>
              <w:right w:val="single" w:sz="4" w:space="0" w:color="auto"/>
            </w:tcBorders>
            <w:vAlign w:val="center"/>
            <w:hideMark/>
          </w:tcPr>
          <w:p w14:paraId="2CA684F9" w14:textId="77777777" w:rsidR="00EB65A4" w:rsidRPr="00EB65A4" w:rsidRDefault="00EB65A4" w:rsidP="0042266E">
            <w:pPr>
              <w:rPr>
                <w:rFonts w:ascii="Arial" w:hAnsi="Arial" w:cs="Arial"/>
                <w:color w:val="000000"/>
                <w:sz w:val="18"/>
                <w:szCs w:val="18"/>
                <w:lang w:eastAsia="es-CO"/>
              </w:rPr>
            </w:pPr>
          </w:p>
        </w:tc>
        <w:tc>
          <w:tcPr>
            <w:tcW w:w="1320" w:type="dxa"/>
            <w:vMerge/>
            <w:tcBorders>
              <w:top w:val="nil"/>
              <w:left w:val="single" w:sz="4" w:space="0" w:color="auto"/>
              <w:bottom w:val="single" w:sz="4" w:space="0" w:color="auto"/>
              <w:right w:val="single" w:sz="4" w:space="0" w:color="auto"/>
            </w:tcBorders>
            <w:vAlign w:val="center"/>
            <w:hideMark/>
          </w:tcPr>
          <w:p w14:paraId="0B48129C" w14:textId="77777777" w:rsidR="00EB65A4" w:rsidRPr="00EB65A4" w:rsidRDefault="00EB65A4" w:rsidP="0042266E">
            <w:pPr>
              <w:rPr>
                <w:rFonts w:ascii="Arial" w:hAnsi="Arial" w:cs="Arial"/>
                <w:color w:val="000000"/>
                <w:sz w:val="18"/>
                <w:szCs w:val="18"/>
                <w:lang w:eastAsia="es-CO"/>
              </w:rPr>
            </w:pPr>
          </w:p>
        </w:tc>
        <w:tc>
          <w:tcPr>
            <w:tcW w:w="1320" w:type="dxa"/>
            <w:vMerge/>
            <w:tcBorders>
              <w:top w:val="nil"/>
              <w:left w:val="single" w:sz="4" w:space="0" w:color="auto"/>
              <w:bottom w:val="single" w:sz="4" w:space="0" w:color="auto"/>
              <w:right w:val="single" w:sz="4" w:space="0" w:color="auto"/>
            </w:tcBorders>
            <w:vAlign w:val="center"/>
            <w:hideMark/>
          </w:tcPr>
          <w:p w14:paraId="66FEAF74" w14:textId="77777777" w:rsidR="00EB65A4" w:rsidRPr="00EB65A4" w:rsidRDefault="00EB65A4" w:rsidP="0042266E">
            <w:pPr>
              <w:rPr>
                <w:rFonts w:ascii="Arial" w:hAnsi="Arial" w:cs="Arial"/>
                <w:color w:val="000000"/>
                <w:sz w:val="18"/>
                <w:szCs w:val="18"/>
                <w:lang w:eastAsia="es-CO"/>
              </w:rPr>
            </w:pPr>
          </w:p>
        </w:tc>
      </w:tr>
      <w:tr w:rsidR="00EB65A4" w:rsidRPr="00EB65A4" w14:paraId="21467CFE" w14:textId="77777777" w:rsidTr="00EB65A4">
        <w:trPr>
          <w:trHeight w:val="4800"/>
          <w:jc w:val="center"/>
        </w:trPr>
        <w:tc>
          <w:tcPr>
            <w:tcW w:w="1320" w:type="dxa"/>
            <w:vMerge/>
            <w:tcBorders>
              <w:top w:val="nil"/>
              <w:left w:val="single" w:sz="4" w:space="0" w:color="auto"/>
              <w:bottom w:val="single" w:sz="4" w:space="0" w:color="auto"/>
              <w:right w:val="single" w:sz="4" w:space="0" w:color="auto"/>
            </w:tcBorders>
            <w:vAlign w:val="center"/>
            <w:hideMark/>
          </w:tcPr>
          <w:p w14:paraId="6C645373" w14:textId="77777777" w:rsidR="00EB65A4" w:rsidRPr="00EB65A4" w:rsidRDefault="00EB65A4" w:rsidP="0042266E">
            <w:pPr>
              <w:rPr>
                <w:rFonts w:ascii="Arial" w:hAnsi="Arial" w:cs="Arial"/>
                <w:b/>
                <w:bCs/>
                <w:color w:val="000000"/>
                <w:sz w:val="18"/>
                <w:szCs w:val="18"/>
                <w:lang w:eastAsia="es-CO"/>
              </w:rPr>
            </w:pPr>
          </w:p>
        </w:tc>
        <w:tc>
          <w:tcPr>
            <w:tcW w:w="1474" w:type="dxa"/>
            <w:tcBorders>
              <w:top w:val="nil"/>
              <w:left w:val="nil"/>
              <w:bottom w:val="single" w:sz="4" w:space="0" w:color="auto"/>
              <w:right w:val="single" w:sz="4" w:space="0" w:color="auto"/>
            </w:tcBorders>
            <w:shd w:val="clear" w:color="000000" w:fill="FFFFFF"/>
            <w:vAlign w:val="center"/>
            <w:hideMark/>
          </w:tcPr>
          <w:p w14:paraId="5FE2612E" w14:textId="77777777" w:rsidR="00EB65A4" w:rsidRPr="00EB65A4" w:rsidRDefault="00EB65A4" w:rsidP="0042266E">
            <w:pPr>
              <w:rPr>
                <w:rFonts w:ascii="Arial" w:hAnsi="Arial" w:cs="Arial"/>
                <w:color w:val="000000"/>
                <w:sz w:val="18"/>
                <w:szCs w:val="18"/>
                <w:lang w:eastAsia="es-CO"/>
              </w:rPr>
            </w:pPr>
            <w:r w:rsidRPr="00EB65A4">
              <w:rPr>
                <w:rFonts w:ascii="Arial" w:hAnsi="Arial" w:cs="Arial"/>
                <w:color w:val="000000"/>
                <w:sz w:val="18"/>
                <w:szCs w:val="18"/>
                <w:lang w:eastAsia="es-CO"/>
              </w:rPr>
              <w:t xml:space="preserve">3.2.1. </w:t>
            </w:r>
            <w:proofErr w:type="spellStart"/>
            <w:r w:rsidRPr="00EB65A4">
              <w:rPr>
                <w:rFonts w:ascii="Arial" w:hAnsi="Arial" w:cs="Arial"/>
                <w:color w:val="000000"/>
                <w:sz w:val="18"/>
                <w:szCs w:val="18"/>
                <w:lang w:eastAsia="es-CO"/>
              </w:rPr>
              <w:t>Hipoclorito</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jabón</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en</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polvo</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guantes</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tapabocas</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cepillo</w:t>
            </w:r>
            <w:proofErr w:type="spellEnd"/>
            <w:r w:rsidRPr="00EB65A4">
              <w:rPr>
                <w:rFonts w:ascii="Arial" w:hAnsi="Arial" w:cs="Arial"/>
                <w:color w:val="000000"/>
                <w:sz w:val="18"/>
                <w:szCs w:val="18"/>
                <w:lang w:eastAsia="es-CO"/>
              </w:rPr>
              <w:t xml:space="preserve"> de </w:t>
            </w:r>
            <w:proofErr w:type="spellStart"/>
            <w:r w:rsidRPr="00EB65A4">
              <w:rPr>
                <w:rFonts w:ascii="Arial" w:hAnsi="Arial" w:cs="Arial"/>
                <w:color w:val="000000"/>
                <w:sz w:val="18"/>
                <w:szCs w:val="18"/>
                <w:lang w:eastAsia="es-CO"/>
              </w:rPr>
              <w:t>lavar</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pisos</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jabón</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en</w:t>
            </w:r>
            <w:proofErr w:type="spellEnd"/>
            <w:r w:rsidRPr="00EB65A4">
              <w:rPr>
                <w:rFonts w:ascii="Arial" w:hAnsi="Arial" w:cs="Arial"/>
                <w:color w:val="000000"/>
                <w:sz w:val="18"/>
                <w:szCs w:val="18"/>
                <w:lang w:eastAsia="es-CO"/>
              </w:rPr>
              <w:t xml:space="preserve"> barra, </w:t>
            </w:r>
            <w:proofErr w:type="spellStart"/>
            <w:r w:rsidRPr="00EB65A4">
              <w:rPr>
                <w:rFonts w:ascii="Arial" w:hAnsi="Arial" w:cs="Arial"/>
                <w:color w:val="000000"/>
                <w:sz w:val="18"/>
                <w:szCs w:val="18"/>
                <w:lang w:eastAsia="es-CO"/>
              </w:rPr>
              <w:t>escobas</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traperos</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ambientador</w:t>
            </w:r>
            <w:proofErr w:type="spellEnd"/>
            <w:r w:rsidRPr="00EB65A4">
              <w:rPr>
                <w:rFonts w:ascii="Arial" w:hAnsi="Arial" w:cs="Arial"/>
                <w:color w:val="000000"/>
                <w:sz w:val="18"/>
                <w:szCs w:val="18"/>
                <w:lang w:eastAsia="es-CO"/>
              </w:rPr>
              <w:t xml:space="preserve"> de </w:t>
            </w:r>
            <w:proofErr w:type="spellStart"/>
            <w:r w:rsidRPr="00EB65A4">
              <w:rPr>
                <w:rFonts w:ascii="Arial" w:hAnsi="Arial" w:cs="Arial"/>
                <w:color w:val="000000"/>
                <w:sz w:val="18"/>
                <w:szCs w:val="18"/>
                <w:lang w:eastAsia="es-CO"/>
              </w:rPr>
              <w:t>piso</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limpia</w:t>
            </w:r>
            <w:proofErr w:type="spellEnd"/>
            <w:r w:rsidRPr="00EB65A4">
              <w:rPr>
                <w:rFonts w:ascii="Arial" w:hAnsi="Arial" w:cs="Arial"/>
                <w:color w:val="000000"/>
                <w:sz w:val="18"/>
                <w:szCs w:val="18"/>
                <w:lang w:eastAsia="es-CO"/>
              </w:rPr>
              <w:t xml:space="preserve"> juntas, </w:t>
            </w:r>
            <w:proofErr w:type="spellStart"/>
            <w:r w:rsidRPr="00EB65A4">
              <w:rPr>
                <w:rFonts w:ascii="Arial" w:hAnsi="Arial" w:cs="Arial"/>
                <w:color w:val="000000"/>
                <w:sz w:val="18"/>
                <w:szCs w:val="18"/>
                <w:lang w:eastAsia="es-CO"/>
              </w:rPr>
              <w:t>veneno</w:t>
            </w:r>
            <w:proofErr w:type="spellEnd"/>
            <w:r w:rsidRPr="00EB65A4">
              <w:rPr>
                <w:rFonts w:ascii="Arial" w:hAnsi="Arial" w:cs="Arial"/>
                <w:color w:val="000000"/>
                <w:sz w:val="18"/>
                <w:szCs w:val="18"/>
                <w:lang w:eastAsia="es-CO"/>
              </w:rPr>
              <w:t xml:space="preserve"> para </w:t>
            </w:r>
            <w:proofErr w:type="spellStart"/>
            <w:r w:rsidRPr="00EB65A4">
              <w:rPr>
                <w:rFonts w:ascii="Arial" w:hAnsi="Arial" w:cs="Arial"/>
                <w:color w:val="000000"/>
                <w:sz w:val="18"/>
                <w:szCs w:val="18"/>
                <w:lang w:eastAsia="es-CO"/>
              </w:rPr>
              <w:t>inseptos</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bolsas</w:t>
            </w:r>
            <w:proofErr w:type="spellEnd"/>
            <w:r w:rsidRPr="00EB65A4">
              <w:rPr>
                <w:rFonts w:ascii="Arial" w:hAnsi="Arial" w:cs="Arial"/>
                <w:color w:val="000000"/>
                <w:sz w:val="18"/>
                <w:szCs w:val="18"/>
                <w:lang w:eastAsia="es-CO"/>
              </w:rPr>
              <w:t xml:space="preserve"> para </w:t>
            </w:r>
            <w:proofErr w:type="spellStart"/>
            <w:r w:rsidRPr="00EB65A4">
              <w:rPr>
                <w:rFonts w:ascii="Arial" w:hAnsi="Arial" w:cs="Arial"/>
                <w:color w:val="000000"/>
                <w:sz w:val="18"/>
                <w:szCs w:val="18"/>
                <w:lang w:eastAsia="es-CO"/>
              </w:rPr>
              <w:t>basura</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recogedor</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limpiones</w:t>
            </w:r>
            <w:proofErr w:type="spellEnd"/>
            <w:r w:rsidRPr="00EB65A4">
              <w:rPr>
                <w:rFonts w:ascii="Arial" w:hAnsi="Arial" w:cs="Arial"/>
                <w:color w:val="000000"/>
                <w:sz w:val="18"/>
                <w:szCs w:val="18"/>
                <w:lang w:eastAsia="es-CO"/>
              </w:rPr>
              <w:t>.</w:t>
            </w:r>
          </w:p>
        </w:tc>
        <w:tc>
          <w:tcPr>
            <w:tcW w:w="1320" w:type="dxa"/>
            <w:vMerge/>
            <w:tcBorders>
              <w:top w:val="nil"/>
              <w:left w:val="single" w:sz="4" w:space="0" w:color="auto"/>
              <w:bottom w:val="single" w:sz="4" w:space="0" w:color="auto"/>
              <w:right w:val="single" w:sz="4" w:space="0" w:color="auto"/>
            </w:tcBorders>
            <w:vAlign w:val="center"/>
            <w:hideMark/>
          </w:tcPr>
          <w:p w14:paraId="0AB70C0A" w14:textId="77777777" w:rsidR="00EB65A4" w:rsidRPr="00EB65A4" w:rsidRDefault="00EB65A4" w:rsidP="0042266E">
            <w:pPr>
              <w:rPr>
                <w:rFonts w:ascii="Arial" w:hAnsi="Arial" w:cs="Arial"/>
                <w:color w:val="000000"/>
                <w:sz w:val="18"/>
                <w:szCs w:val="18"/>
                <w:lang w:eastAsia="es-CO"/>
              </w:rPr>
            </w:pPr>
          </w:p>
        </w:tc>
        <w:tc>
          <w:tcPr>
            <w:tcW w:w="1166" w:type="dxa"/>
            <w:vMerge/>
            <w:tcBorders>
              <w:top w:val="nil"/>
              <w:left w:val="single" w:sz="4" w:space="0" w:color="auto"/>
              <w:bottom w:val="single" w:sz="4" w:space="0" w:color="auto"/>
              <w:right w:val="single" w:sz="4" w:space="0" w:color="auto"/>
            </w:tcBorders>
            <w:vAlign w:val="center"/>
            <w:hideMark/>
          </w:tcPr>
          <w:p w14:paraId="2B558572" w14:textId="77777777" w:rsidR="00EB65A4" w:rsidRPr="00EB65A4" w:rsidRDefault="00EB65A4" w:rsidP="0042266E">
            <w:pPr>
              <w:rPr>
                <w:rFonts w:ascii="Arial" w:hAnsi="Arial" w:cs="Arial"/>
                <w:color w:val="000000"/>
                <w:sz w:val="18"/>
                <w:szCs w:val="18"/>
                <w:lang w:eastAsia="es-CO"/>
              </w:rPr>
            </w:pPr>
          </w:p>
        </w:tc>
        <w:tc>
          <w:tcPr>
            <w:tcW w:w="1320" w:type="dxa"/>
            <w:vMerge/>
            <w:tcBorders>
              <w:top w:val="nil"/>
              <w:left w:val="single" w:sz="4" w:space="0" w:color="auto"/>
              <w:bottom w:val="single" w:sz="4" w:space="0" w:color="auto"/>
              <w:right w:val="single" w:sz="4" w:space="0" w:color="auto"/>
            </w:tcBorders>
            <w:vAlign w:val="center"/>
            <w:hideMark/>
          </w:tcPr>
          <w:p w14:paraId="0AED2788" w14:textId="77777777" w:rsidR="00EB65A4" w:rsidRPr="00EB65A4" w:rsidRDefault="00EB65A4" w:rsidP="0042266E">
            <w:pPr>
              <w:rPr>
                <w:rFonts w:ascii="Arial" w:hAnsi="Arial" w:cs="Arial"/>
                <w:color w:val="000000"/>
                <w:sz w:val="18"/>
                <w:szCs w:val="18"/>
                <w:lang w:eastAsia="es-CO"/>
              </w:rPr>
            </w:pPr>
          </w:p>
        </w:tc>
        <w:tc>
          <w:tcPr>
            <w:tcW w:w="1320" w:type="dxa"/>
            <w:vMerge/>
            <w:tcBorders>
              <w:top w:val="nil"/>
              <w:left w:val="single" w:sz="4" w:space="0" w:color="auto"/>
              <w:bottom w:val="single" w:sz="4" w:space="0" w:color="auto"/>
              <w:right w:val="single" w:sz="4" w:space="0" w:color="auto"/>
            </w:tcBorders>
            <w:vAlign w:val="center"/>
            <w:hideMark/>
          </w:tcPr>
          <w:p w14:paraId="471239F6" w14:textId="77777777" w:rsidR="00EB65A4" w:rsidRPr="00EB65A4" w:rsidRDefault="00EB65A4" w:rsidP="0042266E">
            <w:pPr>
              <w:rPr>
                <w:rFonts w:ascii="Arial" w:hAnsi="Arial" w:cs="Arial"/>
                <w:color w:val="000000"/>
                <w:sz w:val="18"/>
                <w:szCs w:val="18"/>
                <w:lang w:eastAsia="es-CO"/>
              </w:rPr>
            </w:pPr>
          </w:p>
        </w:tc>
      </w:tr>
      <w:tr w:rsidR="00EB65A4" w:rsidRPr="00EB65A4" w14:paraId="1552B788" w14:textId="77777777" w:rsidTr="00EB65A4">
        <w:trPr>
          <w:trHeight w:val="1200"/>
          <w:jc w:val="center"/>
        </w:trPr>
        <w:tc>
          <w:tcPr>
            <w:tcW w:w="1320" w:type="dxa"/>
            <w:vMerge/>
            <w:tcBorders>
              <w:top w:val="nil"/>
              <w:left w:val="single" w:sz="4" w:space="0" w:color="auto"/>
              <w:bottom w:val="single" w:sz="4" w:space="0" w:color="auto"/>
              <w:right w:val="single" w:sz="4" w:space="0" w:color="auto"/>
            </w:tcBorders>
            <w:vAlign w:val="center"/>
            <w:hideMark/>
          </w:tcPr>
          <w:p w14:paraId="2835E1F5" w14:textId="77777777" w:rsidR="00EB65A4" w:rsidRPr="00EB65A4" w:rsidRDefault="00EB65A4" w:rsidP="0042266E">
            <w:pPr>
              <w:rPr>
                <w:rFonts w:ascii="Arial" w:hAnsi="Arial" w:cs="Arial"/>
                <w:b/>
                <w:bCs/>
                <w:color w:val="000000"/>
                <w:sz w:val="18"/>
                <w:szCs w:val="18"/>
                <w:lang w:eastAsia="es-CO"/>
              </w:rPr>
            </w:pPr>
          </w:p>
        </w:tc>
        <w:tc>
          <w:tcPr>
            <w:tcW w:w="1474" w:type="dxa"/>
            <w:tcBorders>
              <w:top w:val="nil"/>
              <w:left w:val="nil"/>
              <w:bottom w:val="single" w:sz="4" w:space="0" w:color="auto"/>
              <w:right w:val="single" w:sz="4" w:space="0" w:color="auto"/>
            </w:tcBorders>
            <w:shd w:val="clear" w:color="000000" w:fill="FFFFFF"/>
            <w:vAlign w:val="center"/>
            <w:hideMark/>
          </w:tcPr>
          <w:p w14:paraId="362A4AFF" w14:textId="77777777" w:rsidR="00EB65A4" w:rsidRPr="00EB65A4" w:rsidRDefault="00EB65A4" w:rsidP="0042266E">
            <w:pPr>
              <w:rPr>
                <w:rFonts w:ascii="Arial" w:hAnsi="Arial" w:cs="Arial"/>
                <w:b/>
                <w:bCs/>
                <w:color w:val="000000"/>
                <w:sz w:val="18"/>
                <w:szCs w:val="18"/>
                <w:lang w:eastAsia="es-CO"/>
              </w:rPr>
            </w:pPr>
            <w:r w:rsidRPr="00EB65A4">
              <w:rPr>
                <w:rFonts w:ascii="Arial" w:hAnsi="Arial" w:cs="Arial"/>
                <w:b/>
                <w:bCs/>
                <w:color w:val="000000"/>
                <w:sz w:val="18"/>
                <w:szCs w:val="18"/>
                <w:lang w:eastAsia="es-CO"/>
              </w:rPr>
              <w:t xml:space="preserve">3.3. Insumos y </w:t>
            </w:r>
            <w:proofErr w:type="spellStart"/>
            <w:r w:rsidRPr="00EB65A4">
              <w:rPr>
                <w:rFonts w:ascii="Arial" w:hAnsi="Arial" w:cs="Arial"/>
                <w:b/>
                <w:bCs/>
                <w:color w:val="000000"/>
                <w:sz w:val="18"/>
                <w:szCs w:val="18"/>
                <w:lang w:eastAsia="es-CO"/>
              </w:rPr>
              <w:t>Materiales</w:t>
            </w:r>
            <w:proofErr w:type="spellEnd"/>
            <w:r w:rsidRPr="00EB65A4">
              <w:rPr>
                <w:rFonts w:ascii="Arial" w:hAnsi="Arial" w:cs="Arial"/>
                <w:b/>
                <w:bCs/>
                <w:color w:val="000000"/>
                <w:sz w:val="18"/>
                <w:szCs w:val="18"/>
                <w:lang w:eastAsia="es-CO"/>
              </w:rPr>
              <w:t xml:space="preserve"> para </w:t>
            </w:r>
            <w:proofErr w:type="spellStart"/>
            <w:r w:rsidRPr="00EB65A4">
              <w:rPr>
                <w:rFonts w:ascii="Arial" w:hAnsi="Arial" w:cs="Arial"/>
                <w:b/>
                <w:bCs/>
                <w:color w:val="000000"/>
                <w:sz w:val="18"/>
                <w:szCs w:val="18"/>
                <w:lang w:eastAsia="es-CO"/>
              </w:rPr>
              <w:t>el</w:t>
            </w:r>
            <w:proofErr w:type="spellEnd"/>
            <w:r w:rsidRPr="00EB65A4">
              <w:rPr>
                <w:rFonts w:ascii="Arial" w:hAnsi="Arial" w:cs="Arial"/>
                <w:b/>
                <w:bCs/>
                <w:color w:val="000000"/>
                <w:sz w:val="18"/>
                <w:szCs w:val="18"/>
                <w:lang w:eastAsia="es-CO"/>
              </w:rPr>
              <w:t xml:space="preserve"> Lavado de </w:t>
            </w:r>
            <w:proofErr w:type="spellStart"/>
            <w:r w:rsidRPr="00EB65A4">
              <w:rPr>
                <w:rFonts w:ascii="Arial" w:hAnsi="Arial" w:cs="Arial"/>
                <w:b/>
                <w:bCs/>
                <w:color w:val="000000"/>
                <w:sz w:val="18"/>
                <w:szCs w:val="18"/>
                <w:lang w:eastAsia="es-CO"/>
              </w:rPr>
              <w:t>Ropas</w:t>
            </w:r>
            <w:proofErr w:type="spellEnd"/>
            <w:r w:rsidRPr="00EB65A4">
              <w:rPr>
                <w:rFonts w:ascii="Arial" w:hAnsi="Arial" w:cs="Arial"/>
                <w:b/>
                <w:bCs/>
                <w:color w:val="000000"/>
                <w:sz w:val="18"/>
                <w:szCs w:val="18"/>
                <w:lang w:eastAsia="es-CO"/>
              </w:rPr>
              <w:t>.</w:t>
            </w:r>
          </w:p>
        </w:tc>
        <w:tc>
          <w:tcPr>
            <w:tcW w:w="1320" w:type="dxa"/>
            <w:vMerge/>
            <w:tcBorders>
              <w:top w:val="nil"/>
              <w:left w:val="single" w:sz="4" w:space="0" w:color="auto"/>
              <w:bottom w:val="single" w:sz="4" w:space="0" w:color="auto"/>
              <w:right w:val="single" w:sz="4" w:space="0" w:color="auto"/>
            </w:tcBorders>
            <w:vAlign w:val="center"/>
            <w:hideMark/>
          </w:tcPr>
          <w:p w14:paraId="0F8BEE0F" w14:textId="77777777" w:rsidR="00EB65A4" w:rsidRPr="00EB65A4" w:rsidRDefault="00EB65A4" w:rsidP="0042266E">
            <w:pPr>
              <w:rPr>
                <w:rFonts w:ascii="Arial" w:hAnsi="Arial" w:cs="Arial"/>
                <w:color w:val="000000"/>
                <w:sz w:val="18"/>
                <w:szCs w:val="18"/>
                <w:lang w:eastAsia="es-CO"/>
              </w:rPr>
            </w:pPr>
          </w:p>
        </w:tc>
        <w:tc>
          <w:tcPr>
            <w:tcW w:w="1166" w:type="dxa"/>
            <w:vMerge/>
            <w:tcBorders>
              <w:top w:val="nil"/>
              <w:left w:val="single" w:sz="4" w:space="0" w:color="auto"/>
              <w:bottom w:val="single" w:sz="4" w:space="0" w:color="auto"/>
              <w:right w:val="single" w:sz="4" w:space="0" w:color="auto"/>
            </w:tcBorders>
            <w:vAlign w:val="center"/>
            <w:hideMark/>
          </w:tcPr>
          <w:p w14:paraId="06386BA0" w14:textId="77777777" w:rsidR="00EB65A4" w:rsidRPr="00EB65A4" w:rsidRDefault="00EB65A4" w:rsidP="0042266E">
            <w:pPr>
              <w:rPr>
                <w:rFonts w:ascii="Arial" w:hAnsi="Arial" w:cs="Arial"/>
                <w:color w:val="000000"/>
                <w:sz w:val="18"/>
                <w:szCs w:val="18"/>
                <w:lang w:eastAsia="es-CO"/>
              </w:rPr>
            </w:pPr>
          </w:p>
        </w:tc>
        <w:tc>
          <w:tcPr>
            <w:tcW w:w="1320" w:type="dxa"/>
            <w:vMerge/>
            <w:tcBorders>
              <w:top w:val="nil"/>
              <w:left w:val="single" w:sz="4" w:space="0" w:color="auto"/>
              <w:bottom w:val="single" w:sz="4" w:space="0" w:color="auto"/>
              <w:right w:val="single" w:sz="4" w:space="0" w:color="auto"/>
            </w:tcBorders>
            <w:vAlign w:val="center"/>
            <w:hideMark/>
          </w:tcPr>
          <w:p w14:paraId="3D85991D" w14:textId="77777777" w:rsidR="00EB65A4" w:rsidRPr="00EB65A4" w:rsidRDefault="00EB65A4" w:rsidP="0042266E">
            <w:pPr>
              <w:rPr>
                <w:rFonts w:ascii="Arial" w:hAnsi="Arial" w:cs="Arial"/>
                <w:color w:val="000000"/>
                <w:sz w:val="18"/>
                <w:szCs w:val="18"/>
                <w:lang w:eastAsia="es-CO"/>
              </w:rPr>
            </w:pPr>
          </w:p>
        </w:tc>
        <w:tc>
          <w:tcPr>
            <w:tcW w:w="1320" w:type="dxa"/>
            <w:vMerge/>
            <w:tcBorders>
              <w:top w:val="nil"/>
              <w:left w:val="single" w:sz="4" w:space="0" w:color="auto"/>
              <w:bottom w:val="single" w:sz="4" w:space="0" w:color="auto"/>
              <w:right w:val="single" w:sz="4" w:space="0" w:color="auto"/>
            </w:tcBorders>
            <w:vAlign w:val="center"/>
            <w:hideMark/>
          </w:tcPr>
          <w:p w14:paraId="494FCC05" w14:textId="77777777" w:rsidR="00EB65A4" w:rsidRPr="00EB65A4" w:rsidRDefault="00EB65A4" w:rsidP="0042266E">
            <w:pPr>
              <w:rPr>
                <w:rFonts w:ascii="Arial" w:hAnsi="Arial" w:cs="Arial"/>
                <w:color w:val="000000"/>
                <w:sz w:val="18"/>
                <w:szCs w:val="18"/>
                <w:lang w:eastAsia="es-CO"/>
              </w:rPr>
            </w:pPr>
          </w:p>
        </w:tc>
      </w:tr>
      <w:tr w:rsidR="00EB65A4" w:rsidRPr="00EB65A4" w14:paraId="304FCF44" w14:textId="77777777" w:rsidTr="00EB65A4">
        <w:trPr>
          <w:trHeight w:val="2160"/>
          <w:jc w:val="center"/>
        </w:trPr>
        <w:tc>
          <w:tcPr>
            <w:tcW w:w="1320" w:type="dxa"/>
            <w:vMerge/>
            <w:tcBorders>
              <w:top w:val="nil"/>
              <w:left w:val="single" w:sz="4" w:space="0" w:color="auto"/>
              <w:bottom w:val="single" w:sz="4" w:space="0" w:color="auto"/>
              <w:right w:val="single" w:sz="4" w:space="0" w:color="auto"/>
            </w:tcBorders>
            <w:vAlign w:val="center"/>
            <w:hideMark/>
          </w:tcPr>
          <w:p w14:paraId="21579C79" w14:textId="77777777" w:rsidR="00EB65A4" w:rsidRPr="00EB65A4" w:rsidRDefault="00EB65A4" w:rsidP="0042266E">
            <w:pPr>
              <w:rPr>
                <w:rFonts w:ascii="Arial" w:hAnsi="Arial" w:cs="Arial"/>
                <w:b/>
                <w:bCs/>
                <w:color w:val="000000"/>
                <w:sz w:val="18"/>
                <w:szCs w:val="18"/>
                <w:lang w:eastAsia="es-CO"/>
              </w:rPr>
            </w:pPr>
          </w:p>
        </w:tc>
        <w:tc>
          <w:tcPr>
            <w:tcW w:w="1474" w:type="dxa"/>
            <w:tcBorders>
              <w:top w:val="nil"/>
              <w:left w:val="nil"/>
              <w:bottom w:val="single" w:sz="4" w:space="0" w:color="auto"/>
              <w:right w:val="single" w:sz="4" w:space="0" w:color="auto"/>
            </w:tcBorders>
            <w:shd w:val="clear" w:color="000000" w:fill="FFFFFF"/>
            <w:vAlign w:val="center"/>
            <w:hideMark/>
          </w:tcPr>
          <w:p w14:paraId="391A8D0C" w14:textId="77777777" w:rsidR="00EB65A4" w:rsidRPr="00EB65A4" w:rsidRDefault="00EB65A4" w:rsidP="0042266E">
            <w:pPr>
              <w:rPr>
                <w:rFonts w:ascii="Arial" w:hAnsi="Arial" w:cs="Arial"/>
                <w:color w:val="000000"/>
                <w:sz w:val="18"/>
                <w:szCs w:val="18"/>
                <w:lang w:eastAsia="es-CO"/>
              </w:rPr>
            </w:pPr>
            <w:r w:rsidRPr="00EB65A4">
              <w:rPr>
                <w:rFonts w:ascii="Arial" w:hAnsi="Arial" w:cs="Arial"/>
                <w:color w:val="000000"/>
                <w:sz w:val="18"/>
                <w:szCs w:val="18"/>
                <w:lang w:eastAsia="es-CO"/>
              </w:rPr>
              <w:t xml:space="preserve">3.3.1. </w:t>
            </w:r>
            <w:proofErr w:type="spellStart"/>
            <w:r w:rsidRPr="00EB65A4">
              <w:rPr>
                <w:rFonts w:ascii="Arial" w:hAnsi="Arial" w:cs="Arial"/>
                <w:color w:val="000000"/>
                <w:sz w:val="18"/>
                <w:szCs w:val="18"/>
                <w:lang w:eastAsia="es-CO"/>
              </w:rPr>
              <w:t>Hipoclorito</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desmanchador</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detergente</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en</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polvo</w:t>
            </w:r>
            <w:proofErr w:type="spellEnd"/>
            <w:r w:rsidRPr="00EB65A4">
              <w:rPr>
                <w:rFonts w:ascii="Arial" w:hAnsi="Arial" w:cs="Arial"/>
                <w:color w:val="000000"/>
                <w:sz w:val="18"/>
                <w:szCs w:val="18"/>
                <w:lang w:eastAsia="es-CO"/>
              </w:rPr>
              <w:t xml:space="preserve"> y </w:t>
            </w:r>
            <w:proofErr w:type="spellStart"/>
            <w:r w:rsidRPr="00EB65A4">
              <w:rPr>
                <w:rFonts w:ascii="Arial" w:hAnsi="Arial" w:cs="Arial"/>
                <w:color w:val="000000"/>
                <w:sz w:val="18"/>
                <w:szCs w:val="18"/>
                <w:lang w:eastAsia="es-CO"/>
              </w:rPr>
              <w:t>líquido</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suavizante</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jabón</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en</w:t>
            </w:r>
            <w:proofErr w:type="spellEnd"/>
            <w:r w:rsidRPr="00EB65A4">
              <w:rPr>
                <w:rFonts w:ascii="Arial" w:hAnsi="Arial" w:cs="Arial"/>
                <w:color w:val="000000"/>
                <w:sz w:val="18"/>
                <w:szCs w:val="18"/>
                <w:lang w:eastAsia="es-CO"/>
              </w:rPr>
              <w:t xml:space="preserve"> barra.</w:t>
            </w:r>
          </w:p>
        </w:tc>
        <w:tc>
          <w:tcPr>
            <w:tcW w:w="1320" w:type="dxa"/>
            <w:vMerge/>
            <w:tcBorders>
              <w:top w:val="nil"/>
              <w:left w:val="single" w:sz="4" w:space="0" w:color="auto"/>
              <w:bottom w:val="single" w:sz="4" w:space="0" w:color="auto"/>
              <w:right w:val="single" w:sz="4" w:space="0" w:color="auto"/>
            </w:tcBorders>
            <w:vAlign w:val="center"/>
            <w:hideMark/>
          </w:tcPr>
          <w:p w14:paraId="4AA1DCF3" w14:textId="77777777" w:rsidR="00EB65A4" w:rsidRPr="00EB65A4" w:rsidRDefault="00EB65A4" w:rsidP="0042266E">
            <w:pPr>
              <w:rPr>
                <w:rFonts w:ascii="Arial" w:hAnsi="Arial" w:cs="Arial"/>
                <w:color w:val="000000"/>
                <w:sz w:val="18"/>
                <w:szCs w:val="18"/>
                <w:lang w:eastAsia="es-CO"/>
              </w:rPr>
            </w:pPr>
          </w:p>
        </w:tc>
        <w:tc>
          <w:tcPr>
            <w:tcW w:w="1166" w:type="dxa"/>
            <w:vMerge/>
            <w:tcBorders>
              <w:top w:val="nil"/>
              <w:left w:val="single" w:sz="4" w:space="0" w:color="auto"/>
              <w:bottom w:val="single" w:sz="4" w:space="0" w:color="auto"/>
              <w:right w:val="single" w:sz="4" w:space="0" w:color="auto"/>
            </w:tcBorders>
            <w:vAlign w:val="center"/>
            <w:hideMark/>
          </w:tcPr>
          <w:p w14:paraId="3EA63D14" w14:textId="77777777" w:rsidR="00EB65A4" w:rsidRPr="00EB65A4" w:rsidRDefault="00EB65A4" w:rsidP="0042266E">
            <w:pPr>
              <w:rPr>
                <w:rFonts w:ascii="Arial" w:hAnsi="Arial" w:cs="Arial"/>
                <w:color w:val="000000"/>
                <w:sz w:val="18"/>
                <w:szCs w:val="18"/>
                <w:lang w:eastAsia="es-CO"/>
              </w:rPr>
            </w:pPr>
          </w:p>
        </w:tc>
        <w:tc>
          <w:tcPr>
            <w:tcW w:w="1320" w:type="dxa"/>
            <w:vMerge/>
            <w:tcBorders>
              <w:top w:val="nil"/>
              <w:left w:val="single" w:sz="4" w:space="0" w:color="auto"/>
              <w:bottom w:val="single" w:sz="4" w:space="0" w:color="auto"/>
              <w:right w:val="single" w:sz="4" w:space="0" w:color="auto"/>
            </w:tcBorders>
            <w:vAlign w:val="center"/>
            <w:hideMark/>
          </w:tcPr>
          <w:p w14:paraId="0A820A33" w14:textId="77777777" w:rsidR="00EB65A4" w:rsidRPr="00EB65A4" w:rsidRDefault="00EB65A4" w:rsidP="0042266E">
            <w:pPr>
              <w:rPr>
                <w:rFonts w:ascii="Arial" w:hAnsi="Arial" w:cs="Arial"/>
                <w:color w:val="000000"/>
                <w:sz w:val="18"/>
                <w:szCs w:val="18"/>
                <w:lang w:eastAsia="es-CO"/>
              </w:rPr>
            </w:pPr>
          </w:p>
        </w:tc>
        <w:tc>
          <w:tcPr>
            <w:tcW w:w="1320" w:type="dxa"/>
            <w:vMerge/>
            <w:tcBorders>
              <w:top w:val="nil"/>
              <w:left w:val="single" w:sz="4" w:space="0" w:color="auto"/>
              <w:bottom w:val="single" w:sz="4" w:space="0" w:color="auto"/>
              <w:right w:val="single" w:sz="4" w:space="0" w:color="auto"/>
            </w:tcBorders>
            <w:vAlign w:val="center"/>
            <w:hideMark/>
          </w:tcPr>
          <w:p w14:paraId="39CE0984" w14:textId="77777777" w:rsidR="00EB65A4" w:rsidRPr="00EB65A4" w:rsidRDefault="00EB65A4" w:rsidP="0042266E">
            <w:pPr>
              <w:rPr>
                <w:rFonts w:ascii="Arial" w:hAnsi="Arial" w:cs="Arial"/>
                <w:color w:val="000000"/>
                <w:sz w:val="18"/>
                <w:szCs w:val="18"/>
                <w:lang w:eastAsia="es-CO"/>
              </w:rPr>
            </w:pPr>
          </w:p>
        </w:tc>
      </w:tr>
      <w:tr w:rsidR="00EB65A4" w:rsidRPr="00EB65A4" w14:paraId="4161F346" w14:textId="77777777" w:rsidTr="00EB65A4">
        <w:trPr>
          <w:trHeight w:val="1440"/>
          <w:jc w:val="center"/>
        </w:trPr>
        <w:tc>
          <w:tcPr>
            <w:tcW w:w="1320" w:type="dxa"/>
            <w:vMerge/>
            <w:tcBorders>
              <w:top w:val="nil"/>
              <w:left w:val="single" w:sz="4" w:space="0" w:color="auto"/>
              <w:bottom w:val="single" w:sz="4" w:space="0" w:color="auto"/>
              <w:right w:val="single" w:sz="4" w:space="0" w:color="auto"/>
            </w:tcBorders>
            <w:vAlign w:val="center"/>
            <w:hideMark/>
          </w:tcPr>
          <w:p w14:paraId="00CF3408" w14:textId="77777777" w:rsidR="00EB65A4" w:rsidRPr="00EB65A4" w:rsidRDefault="00EB65A4" w:rsidP="0042266E">
            <w:pPr>
              <w:rPr>
                <w:rFonts w:ascii="Arial" w:hAnsi="Arial" w:cs="Arial"/>
                <w:b/>
                <w:bCs/>
                <w:color w:val="000000"/>
                <w:sz w:val="18"/>
                <w:szCs w:val="18"/>
                <w:lang w:eastAsia="es-CO"/>
              </w:rPr>
            </w:pPr>
          </w:p>
        </w:tc>
        <w:tc>
          <w:tcPr>
            <w:tcW w:w="1474" w:type="dxa"/>
            <w:tcBorders>
              <w:top w:val="nil"/>
              <w:left w:val="nil"/>
              <w:bottom w:val="single" w:sz="4" w:space="0" w:color="auto"/>
              <w:right w:val="single" w:sz="4" w:space="0" w:color="auto"/>
            </w:tcBorders>
            <w:shd w:val="clear" w:color="000000" w:fill="FFFFFF"/>
            <w:vAlign w:val="center"/>
            <w:hideMark/>
          </w:tcPr>
          <w:p w14:paraId="280BBF98" w14:textId="77777777" w:rsidR="00EB65A4" w:rsidRPr="00EB65A4" w:rsidRDefault="00EB65A4" w:rsidP="0042266E">
            <w:pPr>
              <w:rPr>
                <w:rFonts w:ascii="Arial" w:hAnsi="Arial" w:cs="Arial"/>
                <w:b/>
                <w:bCs/>
                <w:color w:val="000000"/>
                <w:sz w:val="18"/>
                <w:szCs w:val="18"/>
                <w:lang w:eastAsia="es-CO"/>
              </w:rPr>
            </w:pPr>
            <w:r w:rsidRPr="00EB65A4">
              <w:rPr>
                <w:rFonts w:ascii="Arial" w:hAnsi="Arial" w:cs="Arial"/>
                <w:b/>
                <w:bCs/>
                <w:color w:val="000000"/>
                <w:sz w:val="18"/>
                <w:szCs w:val="18"/>
                <w:lang w:eastAsia="es-CO"/>
              </w:rPr>
              <w:t xml:space="preserve">3.4. Insumos y </w:t>
            </w:r>
            <w:proofErr w:type="spellStart"/>
            <w:r w:rsidRPr="00EB65A4">
              <w:rPr>
                <w:rFonts w:ascii="Arial" w:hAnsi="Arial" w:cs="Arial"/>
                <w:b/>
                <w:bCs/>
                <w:color w:val="000000"/>
                <w:sz w:val="18"/>
                <w:szCs w:val="18"/>
                <w:lang w:eastAsia="es-CO"/>
              </w:rPr>
              <w:t>Materiales</w:t>
            </w:r>
            <w:proofErr w:type="spellEnd"/>
            <w:r w:rsidRPr="00EB65A4">
              <w:rPr>
                <w:rFonts w:ascii="Arial" w:hAnsi="Arial" w:cs="Arial"/>
                <w:b/>
                <w:bCs/>
                <w:color w:val="000000"/>
                <w:sz w:val="18"/>
                <w:szCs w:val="18"/>
                <w:lang w:eastAsia="es-CO"/>
              </w:rPr>
              <w:t xml:space="preserve"> para </w:t>
            </w:r>
            <w:proofErr w:type="spellStart"/>
            <w:r w:rsidRPr="00EB65A4">
              <w:rPr>
                <w:rFonts w:ascii="Arial" w:hAnsi="Arial" w:cs="Arial"/>
                <w:b/>
                <w:bCs/>
                <w:color w:val="000000"/>
                <w:sz w:val="18"/>
                <w:szCs w:val="18"/>
                <w:lang w:eastAsia="es-CO"/>
              </w:rPr>
              <w:t>el</w:t>
            </w:r>
            <w:proofErr w:type="spellEnd"/>
            <w:r w:rsidRPr="00EB65A4">
              <w:rPr>
                <w:rFonts w:ascii="Arial" w:hAnsi="Arial" w:cs="Arial"/>
                <w:b/>
                <w:bCs/>
                <w:color w:val="000000"/>
                <w:sz w:val="18"/>
                <w:szCs w:val="18"/>
                <w:lang w:eastAsia="es-CO"/>
              </w:rPr>
              <w:t xml:space="preserve"> </w:t>
            </w:r>
            <w:proofErr w:type="spellStart"/>
            <w:r w:rsidRPr="00EB65A4">
              <w:rPr>
                <w:rFonts w:ascii="Arial" w:hAnsi="Arial" w:cs="Arial"/>
                <w:b/>
                <w:bCs/>
                <w:color w:val="000000"/>
                <w:sz w:val="18"/>
                <w:szCs w:val="18"/>
                <w:lang w:eastAsia="es-CO"/>
              </w:rPr>
              <w:t>Aseo</w:t>
            </w:r>
            <w:proofErr w:type="spellEnd"/>
            <w:r w:rsidRPr="00EB65A4">
              <w:rPr>
                <w:rFonts w:ascii="Arial" w:hAnsi="Arial" w:cs="Arial"/>
                <w:b/>
                <w:bCs/>
                <w:color w:val="000000"/>
                <w:sz w:val="18"/>
                <w:szCs w:val="18"/>
                <w:lang w:eastAsia="es-CO"/>
              </w:rPr>
              <w:t xml:space="preserve"> y </w:t>
            </w:r>
            <w:proofErr w:type="spellStart"/>
            <w:r w:rsidRPr="00EB65A4">
              <w:rPr>
                <w:rFonts w:ascii="Arial" w:hAnsi="Arial" w:cs="Arial"/>
                <w:b/>
                <w:bCs/>
                <w:color w:val="000000"/>
                <w:sz w:val="18"/>
                <w:szCs w:val="18"/>
                <w:lang w:eastAsia="es-CO"/>
              </w:rPr>
              <w:t>el</w:t>
            </w:r>
            <w:proofErr w:type="spellEnd"/>
            <w:r w:rsidRPr="00EB65A4">
              <w:rPr>
                <w:rFonts w:ascii="Arial" w:hAnsi="Arial" w:cs="Arial"/>
                <w:b/>
                <w:bCs/>
                <w:color w:val="000000"/>
                <w:sz w:val="18"/>
                <w:szCs w:val="18"/>
                <w:lang w:eastAsia="es-CO"/>
              </w:rPr>
              <w:t xml:space="preserve"> </w:t>
            </w:r>
            <w:proofErr w:type="spellStart"/>
            <w:r w:rsidRPr="00EB65A4">
              <w:rPr>
                <w:rFonts w:ascii="Arial" w:hAnsi="Arial" w:cs="Arial"/>
                <w:b/>
                <w:bCs/>
                <w:color w:val="000000"/>
                <w:sz w:val="18"/>
                <w:szCs w:val="18"/>
                <w:lang w:eastAsia="es-CO"/>
              </w:rPr>
              <w:t>Cuidado</w:t>
            </w:r>
            <w:proofErr w:type="spellEnd"/>
            <w:r w:rsidRPr="00EB65A4">
              <w:rPr>
                <w:rFonts w:ascii="Arial" w:hAnsi="Arial" w:cs="Arial"/>
                <w:b/>
                <w:bCs/>
                <w:color w:val="000000"/>
                <w:sz w:val="18"/>
                <w:szCs w:val="18"/>
                <w:lang w:eastAsia="es-CO"/>
              </w:rPr>
              <w:t xml:space="preserve"> Personal de </w:t>
            </w:r>
            <w:proofErr w:type="spellStart"/>
            <w:r w:rsidRPr="00EB65A4">
              <w:rPr>
                <w:rFonts w:ascii="Arial" w:hAnsi="Arial" w:cs="Arial"/>
                <w:b/>
                <w:bCs/>
                <w:color w:val="000000"/>
                <w:sz w:val="18"/>
                <w:szCs w:val="18"/>
                <w:lang w:eastAsia="es-CO"/>
              </w:rPr>
              <w:t>los</w:t>
            </w:r>
            <w:proofErr w:type="spellEnd"/>
            <w:r w:rsidRPr="00EB65A4">
              <w:rPr>
                <w:rFonts w:ascii="Arial" w:hAnsi="Arial" w:cs="Arial"/>
                <w:b/>
                <w:bCs/>
                <w:color w:val="000000"/>
                <w:sz w:val="18"/>
                <w:szCs w:val="18"/>
                <w:lang w:eastAsia="es-CO"/>
              </w:rPr>
              <w:t xml:space="preserve"> AM.</w:t>
            </w:r>
          </w:p>
        </w:tc>
        <w:tc>
          <w:tcPr>
            <w:tcW w:w="1320" w:type="dxa"/>
            <w:vMerge/>
            <w:tcBorders>
              <w:top w:val="nil"/>
              <w:left w:val="single" w:sz="4" w:space="0" w:color="auto"/>
              <w:bottom w:val="single" w:sz="4" w:space="0" w:color="auto"/>
              <w:right w:val="single" w:sz="4" w:space="0" w:color="auto"/>
            </w:tcBorders>
            <w:vAlign w:val="center"/>
            <w:hideMark/>
          </w:tcPr>
          <w:p w14:paraId="65C1F5E5" w14:textId="77777777" w:rsidR="00EB65A4" w:rsidRPr="00EB65A4" w:rsidRDefault="00EB65A4" w:rsidP="0042266E">
            <w:pPr>
              <w:rPr>
                <w:rFonts w:ascii="Arial" w:hAnsi="Arial" w:cs="Arial"/>
                <w:color w:val="000000"/>
                <w:sz w:val="18"/>
                <w:szCs w:val="18"/>
                <w:lang w:eastAsia="es-CO"/>
              </w:rPr>
            </w:pPr>
          </w:p>
        </w:tc>
        <w:tc>
          <w:tcPr>
            <w:tcW w:w="1166" w:type="dxa"/>
            <w:vMerge/>
            <w:tcBorders>
              <w:top w:val="nil"/>
              <w:left w:val="single" w:sz="4" w:space="0" w:color="auto"/>
              <w:bottom w:val="single" w:sz="4" w:space="0" w:color="auto"/>
              <w:right w:val="single" w:sz="4" w:space="0" w:color="auto"/>
            </w:tcBorders>
            <w:vAlign w:val="center"/>
            <w:hideMark/>
          </w:tcPr>
          <w:p w14:paraId="5D034910" w14:textId="77777777" w:rsidR="00EB65A4" w:rsidRPr="00EB65A4" w:rsidRDefault="00EB65A4" w:rsidP="0042266E">
            <w:pPr>
              <w:rPr>
                <w:rFonts w:ascii="Arial" w:hAnsi="Arial" w:cs="Arial"/>
                <w:color w:val="000000"/>
                <w:sz w:val="18"/>
                <w:szCs w:val="18"/>
                <w:lang w:eastAsia="es-CO"/>
              </w:rPr>
            </w:pPr>
          </w:p>
        </w:tc>
        <w:tc>
          <w:tcPr>
            <w:tcW w:w="1320" w:type="dxa"/>
            <w:vMerge/>
            <w:tcBorders>
              <w:top w:val="nil"/>
              <w:left w:val="single" w:sz="4" w:space="0" w:color="auto"/>
              <w:bottom w:val="single" w:sz="4" w:space="0" w:color="auto"/>
              <w:right w:val="single" w:sz="4" w:space="0" w:color="auto"/>
            </w:tcBorders>
            <w:vAlign w:val="center"/>
            <w:hideMark/>
          </w:tcPr>
          <w:p w14:paraId="6216DE80" w14:textId="77777777" w:rsidR="00EB65A4" w:rsidRPr="00EB65A4" w:rsidRDefault="00EB65A4" w:rsidP="0042266E">
            <w:pPr>
              <w:rPr>
                <w:rFonts w:ascii="Arial" w:hAnsi="Arial" w:cs="Arial"/>
                <w:color w:val="000000"/>
                <w:sz w:val="18"/>
                <w:szCs w:val="18"/>
                <w:lang w:eastAsia="es-CO"/>
              </w:rPr>
            </w:pPr>
          </w:p>
        </w:tc>
        <w:tc>
          <w:tcPr>
            <w:tcW w:w="1320" w:type="dxa"/>
            <w:vMerge/>
            <w:tcBorders>
              <w:top w:val="nil"/>
              <w:left w:val="single" w:sz="4" w:space="0" w:color="auto"/>
              <w:bottom w:val="single" w:sz="4" w:space="0" w:color="auto"/>
              <w:right w:val="single" w:sz="4" w:space="0" w:color="auto"/>
            </w:tcBorders>
            <w:vAlign w:val="center"/>
            <w:hideMark/>
          </w:tcPr>
          <w:p w14:paraId="2262BFB9" w14:textId="77777777" w:rsidR="00EB65A4" w:rsidRPr="00EB65A4" w:rsidRDefault="00EB65A4" w:rsidP="0042266E">
            <w:pPr>
              <w:rPr>
                <w:rFonts w:ascii="Arial" w:hAnsi="Arial" w:cs="Arial"/>
                <w:color w:val="000000"/>
                <w:sz w:val="18"/>
                <w:szCs w:val="18"/>
                <w:lang w:eastAsia="es-CO"/>
              </w:rPr>
            </w:pPr>
          </w:p>
        </w:tc>
      </w:tr>
      <w:tr w:rsidR="00EB65A4" w:rsidRPr="00EB65A4" w14:paraId="0AA3123D" w14:textId="77777777" w:rsidTr="00EB65A4">
        <w:trPr>
          <w:trHeight w:val="4800"/>
          <w:jc w:val="center"/>
        </w:trPr>
        <w:tc>
          <w:tcPr>
            <w:tcW w:w="1320" w:type="dxa"/>
            <w:vMerge/>
            <w:tcBorders>
              <w:top w:val="nil"/>
              <w:left w:val="single" w:sz="4" w:space="0" w:color="auto"/>
              <w:bottom w:val="single" w:sz="4" w:space="0" w:color="auto"/>
              <w:right w:val="single" w:sz="4" w:space="0" w:color="auto"/>
            </w:tcBorders>
            <w:vAlign w:val="center"/>
            <w:hideMark/>
          </w:tcPr>
          <w:p w14:paraId="65BEA0D0" w14:textId="77777777" w:rsidR="00EB65A4" w:rsidRPr="00EB65A4" w:rsidRDefault="00EB65A4" w:rsidP="0042266E">
            <w:pPr>
              <w:rPr>
                <w:rFonts w:ascii="Arial" w:hAnsi="Arial" w:cs="Arial"/>
                <w:b/>
                <w:bCs/>
                <w:color w:val="000000"/>
                <w:sz w:val="18"/>
                <w:szCs w:val="18"/>
                <w:lang w:eastAsia="es-CO"/>
              </w:rPr>
            </w:pPr>
          </w:p>
        </w:tc>
        <w:tc>
          <w:tcPr>
            <w:tcW w:w="1474" w:type="dxa"/>
            <w:tcBorders>
              <w:top w:val="nil"/>
              <w:left w:val="nil"/>
              <w:bottom w:val="single" w:sz="4" w:space="0" w:color="auto"/>
              <w:right w:val="single" w:sz="4" w:space="0" w:color="auto"/>
            </w:tcBorders>
            <w:shd w:val="clear" w:color="000000" w:fill="FFFFFF"/>
            <w:vAlign w:val="center"/>
            <w:hideMark/>
          </w:tcPr>
          <w:p w14:paraId="5D2C4A57" w14:textId="77777777" w:rsidR="00EB65A4" w:rsidRPr="00EB65A4" w:rsidRDefault="00EB65A4" w:rsidP="0042266E">
            <w:pPr>
              <w:rPr>
                <w:rFonts w:ascii="Arial" w:hAnsi="Arial" w:cs="Arial"/>
                <w:color w:val="000000"/>
                <w:sz w:val="18"/>
                <w:szCs w:val="18"/>
                <w:lang w:eastAsia="es-CO"/>
              </w:rPr>
            </w:pPr>
            <w:r w:rsidRPr="00EB65A4">
              <w:rPr>
                <w:rFonts w:ascii="Arial" w:hAnsi="Arial" w:cs="Arial"/>
                <w:color w:val="000000"/>
                <w:sz w:val="18"/>
                <w:szCs w:val="18"/>
                <w:lang w:eastAsia="es-CO"/>
              </w:rPr>
              <w:t xml:space="preserve">3.4.1. </w:t>
            </w:r>
            <w:proofErr w:type="spellStart"/>
            <w:r w:rsidRPr="00EB65A4">
              <w:rPr>
                <w:rFonts w:ascii="Arial" w:hAnsi="Arial" w:cs="Arial"/>
                <w:color w:val="000000"/>
                <w:sz w:val="18"/>
                <w:szCs w:val="18"/>
                <w:lang w:eastAsia="es-CO"/>
              </w:rPr>
              <w:t>Pañales</w:t>
            </w:r>
            <w:proofErr w:type="spellEnd"/>
            <w:r w:rsidRPr="00EB65A4">
              <w:rPr>
                <w:rFonts w:ascii="Arial" w:hAnsi="Arial" w:cs="Arial"/>
                <w:color w:val="000000"/>
                <w:sz w:val="18"/>
                <w:szCs w:val="18"/>
                <w:lang w:eastAsia="es-CO"/>
              </w:rPr>
              <w:t xml:space="preserve">, crema para </w:t>
            </w:r>
            <w:proofErr w:type="spellStart"/>
            <w:r w:rsidRPr="00EB65A4">
              <w:rPr>
                <w:rFonts w:ascii="Arial" w:hAnsi="Arial" w:cs="Arial"/>
                <w:color w:val="000000"/>
                <w:sz w:val="18"/>
                <w:szCs w:val="18"/>
                <w:lang w:eastAsia="es-CO"/>
              </w:rPr>
              <w:t>el</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cuerpo</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jabón</w:t>
            </w:r>
            <w:proofErr w:type="spellEnd"/>
            <w:r w:rsidRPr="00EB65A4">
              <w:rPr>
                <w:rFonts w:ascii="Arial" w:hAnsi="Arial" w:cs="Arial"/>
                <w:color w:val="000000"/>
                <w:sz w:val="18"/>
                <w:szCs w:val="18"/>
                <w:lang w:eastAsia="es-CO"/>
              </w:rPr>
              <w:t xml:space="preserve"> de </w:t>
            </w:r>
            <w:proofErr w:type="spellStart"/>
            <w:r w:rsidRPr="00EB65A4">
              <w:rPr>
                <w:rFonts w:ascii="Arial" w:hAnsi="Arial" w:cs="Arial"/>
                <w:color w:val="000000"/>
                <w:sz w:val="18"/>
                <w:szCs w:val="18"/>
                <w:lang w:eastAsia="es-CO"/>
              </w:rPr>
              <w:t>tocador</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jabón</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líquido</w:t>
            </w:r>
            <w:proofErr w:type="spellEnd"/>
            <w:r w:rsidRPr="00EB65A4">
              <w:rPr>
                <w:rFonts w:ascii="Arial" w:hAnsi="Arial" w:cs="Arial"/>
                <w:color w:val="000000"/>
                <w:sz w:val="18"/>
                <w:szCs w:val="18"/>
                <w:lang w:eastAsia="es-CO"/>
              </w:rPr>
              <w:t xml:space="preserve">, crema </w:t>
            </w:r>
            <w:proofErr w:type="spellStart"/>
            <w:r w:rsidRPr="00EB65A4">
              <w:rPr>
                <w:rFonts w:ascii="Arial" w:hAnsi="Arial" w:cs="Arial"/>
                <w:color w:val="000000"/>
                <w:sz w:val="18"/>
                <w:szCs w:val="18"/>
                <w:lang w:eastAsia="es-CO"/>
              </w:rPr>
              <w:t>almipro</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talco</w:t>
            </w:r>
            <w:proofErr w:type="spellEnd"/>
            <w:r w:rsidRPr="00EB65A4">
              <w:rPr>
                <w:rFonts w:ascii="Arial" w:hAnsi="Arial" w:cs="Arial"/>
                <w:color w:val="000000"/>
                <w:sz w:val="18"/>
                <w:szCs w:val="18"/>
                <w:lang w:eastAsia="es-CO"/>
              </w:rPr>
              <w:t xml:space="preserve"> para lo pies, </w:t>
            </w:r>
            <w:proofErr w:type="spellStart"/>
            <w:r w:rsidRPr="00EB65A4">
              <w:rPr>
                <w:rFonts w:ascii="Arial" w:hAnsi="Arial" w:cs="Arial"/>
                <w:color w:val="000000"/>
                <w:sz w:val="18"/>
                <w:szCs w:val="18"/>
                <w:lang w:eastAsia="es-CO"/>
              </w:rPr>
              <w:t>pañitos</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húmedos</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maquinas</w:t>
            </w:r>
            <w:proofErr w:type="spellEnd"/>
            <w:r w:rsidRPr="00EB65A4">
              <w:rPr>
                <w:rFonts w:ascii="Arial" w:hAnsi="Arial" w:cs="Arial"/>
                <w:color w:val="000000"/>
                <w:sz w:val="18"/>
                <w:szCs w:val="18"/>
                <w:lang w:eastAsia="es-CO"/>
              </w:rPr>
              <w:t xml:space="preserve"> de </w:t>
            </w:r>
            <w:proofErr w:type="spellStart"/>
            <w:r w:rsidRPr="00EB65A4">
              <w:rPr>
                <w:rFonts w:ascii="Arial" w:hAnsi="Arial" w:cs="Arial"/>
                <w:color w:val="000000"/>
                <w:sz w:val="18"/>
                <w:szCs w:val="18"/>
                <w:lang w:eastAsia="es-CO"/>
              </w:rPr>
              <w:t>afeitar</w:t>
            </w:r>
            <w:proofErr w:type="spellEnd"/>
            <w:r w:rsidRPr="00EB65A4">
              <w:rPr>
                <w:rFonts w:ascii="Arial" w:hAnsi="Arial" w:cs="Arial"/>
                <w:color w:val="000000"/>
                <w:sz w:val="18"/>
                <w:szCs w:val="18"/>
                <w:lang w:eastAsia="es-CO"/>
              </w:rPr>
              <w:t xml:space="preserve">, crema de </w:t>
            </w:r>
            <w:proofErr w:type="spellStart"/>
            <w:r w:rsidRPr="00EB65A4">
              <w:rPr>
                <w:rFonts w:ascii="Arial" w:hAnsi="Arial" w:cs="Arial"/>
                <w:color w:val="000000"/>
                <w:sz w:val="18"/>
                <w:szCs w:val="18"/>
                <w:lang w:eastAsia="es-CO"/>
              </w:rPr>
              <w:t>dientes</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cepillos</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dentales</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desodorante</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papel</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higiénico</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guantes</w:t>
            </w:r>
            <w:proofErr w:type="spellEnd"/>
            <w:r w:rsidRPr="00EB65A4">
              <w:rPr>
                <w:rFonts w:ascii="Arial" w:hAnsi="Arial" w:cs="Arial"/>
                <w:color w:val="000000"/>
                <w:sz w:val="18"/>
                <w:szCs w:val="18"/>
                <w:lang w:eastAsia="es-CO"/>
              </w:rPr>
              <w:t xml:space="preserve">, etc. </w:t>
            </w:r>
          </w:p>
        </w:tc>
        <w:tc>
          <w:tcPr>
            <w:tcW w:w="1320" w:type="dxa"/>
            <w:vMerge/>
            <w:tcBorders>
              <w:top w:val="nil"/>
              <w:left w:val="single" w:sz="4" w:space="0" w:color="auto"/>
              <w:bottom w:val="single" w:sz="4" w:space="0" w:color="auto"/>
              <w:right w:val="single" w:sz="4" w:space="0" w:color="auto"/>
            </w:tcBorders>
            <w:vAlign w:val="center"/>
            <w:hideMark/>
          </w:tcPr>
          <w:p w14:paraId="072CD256" w14:textId="77777777" w:rsidR="00EB65A4" w:rsidRPr="00EB65A4" w:rsidRDefault="00EB65A4" w:rsidP="0042266E">
            <w:pPr>
              <w:rPr>
                <w:rFonts w:ascii="Arial" w:hAnsi="Arial" w:cs="Arial"/>
                <w:color w:val="000000"/>
                <w:sz w:val="18"/>
                <w:szCs w:val="18"/>
                <w:lang w:eastAsia="es-CO"/>
              </w:rPr>
            </w:pPr>
          </w:p>
        </w:tc>
        <w:tc>
          <w:tcPr>
            <w:tcW w:w="1166" w:type="dxa"/>
            <w:vMerge/>
            <w:tcBorders>
              <w:top w:val="nil"/>
              <w:left w:val="single" w:sz="4" w:space="0" w:color="auto"/>
              <w:bottom w:val="single" w:sz="4" w:space="0" w:color="auto"/>
              <w:right w:val="single" w:sz="4" w:space="0" w:color="auto"/>
            </w:tcBorders>
            <w:vAlign w:val="center"/>
            <w:hideMark/>
          </w:tcPr>
          <w:p w14:paraId="5D8DE1D7" w14:textId="77777777" w:rsidR="00EB65A4" w:rsidRPr="00EB65A4" w:rsidRDefault="00EB65A4" w:rsidP="0042266E">
            <w:pPr>
              <w:rPr>
                <w:rFonts w:ascii="Arial" w:hAnsi="Arial" w:cs="Arial"/>
                <w:color w:val="000000"/>
                <w:sz w:val="18"/>
                <w:szCs w:val="18"/>
                <w:lang w:eastAsia="es-CO"/>
              </w:rPr>
            </w:pPr>
          </w:p>
        </w:tc>
        <w:tc>
          <w:tcPr>
            <w:tcW w:w="1320" w:type="dxa"/>
            <w:vMerge/>
            <w:tcBorders>
              <w:top w:val="nil"/>
              <w:left w:val="single" w:sz="4" w:space="0" w:color="auto"/>
              <w:bottom w:val="single" w:sz="4" w:space="0" w:color="auto"/>
              <w:right w:val="single" w:sz="4" w:space="0" w:color="auto"/>
            </w:tcBorders>
            <w:vAlign w:val="center"/>
            <w:hideMark/>
          </w:tcPr>
          <w:p w14:paraId="271DE294" w14:textId="77777777" w:rsidR="00EB65A4" w:rsidRPr="00EB65A4" w:rsidRDefault="00EB65A4" w:rsidP="0042266E">
            <w:pPr>
              <w:rPr>
                <w:rFonts w:ascii="Arial" w:hAnsi="Arial" w:cs="Arial"/>
                <w:color w:val="000000"/>
                <w:sz w:val="18"/>
                <w:szCs w:val="18"/>
                <w:lang w:eastAsia="es-CO"/>
              </w:rPr>
            </w:pPr>
          </w:p>
        </w:tc>
        <w:tc>
          <w:tcPr>
            <w:tcW w:w="1320" w:type="dxa"/>
            <w:vMerge/>
            <w:tcBorders>
              <w:top w:val="nil"/>
              <w:left w:val="single" w:sz="4" w:space="0" w:color="auto"/>
              <w:bottom w:val="single" w:sz="4" w:space="0" w:color="auto"/>
              <w:right w:val="single" w:sz="4" w:space="0" w:color="auto"/>
            </w:tcBorders>
            <w:vAlign w:val="center"/>
            <w:hideMark/>
          </w:tcPr>
          <w:p w14:paraId="408A09B4" w14:textId="77777777" w:rsidR="00EB65A4" w:rsidRPr="00EB65A4" w:rsidRDefault="00EB65A4" w:rsidP="0042266E">
            <w:pPr>
              <w:rPr>
                <w:rFonts w:ascii="Arial" w:hAnsi="Arial" w:cs="Arial"/>
                <w:color w:val="000000"/>
                <w:sz w:val="18"/>
                <w:szCs w:val="18"/>
                <w:lang w:eastAsia="es-CO"/>
              </w:rPr>
            </w:pPr>
          </w:p>
        </w:tc>
      </w:tr>
      <w:tr w:rsidR="00EB65A4" w:rsidRPr="00EB65A4" w14:paraId="29655566" w14:textId="77777777" w:rsidTr="00EB65A4">
        <w:trPr>
          <w:trHeight w:val="315"/>
          <w:jc w:val="center"/>
        </w:trPr>
        <w:tc>
          <w:tcPr>
            <w:tcW w:w="1320" w:type="dxa"/>
            <w:vMerge/>
            <w:tcBorders>
              <w:top w:val="nil"/>
              <w:left w:val="single" w:sz="4" w:space="0" w:color="auto"/>
              <w:bottom w:val="single" w:sz="4" w:space="0" w:color="auto"/>
              <w:right w:val="single" w:sz="4" w:space="0" w:color="auto"/>
            </w:tcBorders>
            <w:vAlign w:val="center"/>
            <w:hideMark/>
          </w:tcPr>
          <w:p w14:paraId="2CFF6B74" w14:textId="77777777" w:rsidR="00EB65A4" w:rsidRPr="00EB65A4" w:rsidRDefault="00EB65A4" w:rsidP="0042266E">
            <w:pPr>
              <w:rPr>
                <w:rFonts w:ascii="Arial" w:hAnsi="Arial" w:cs="Arial"/>
                <w:b/>
                <w:bCs/>
                <w:color w:val="000000"/>
                <w:sz w:val="18"/>
                <w:szCs w:val="18"/>
                <w:lang w:eastAsia="es-CO"/>
              </w:rPr>
            </w:pPr>
          </w:p>
        </w:tc>
        <w:tc>
          <w:tcPr>
            <w:tcW w:w="1474" w:type="dxa"/>
            <w:tcBorders>
              <w:top w:val="nil"/>
              <w:left w:val="nil"/>
              <w:bottom w:val="single" w:sz="4" w:space="0" w:color="auto"/>
              <w:right w:val="single" w:sz="4" w:space="0" w:color="auto"/>
            </w:tcBorders>
            <w:vAlign w:val="center"/>
            <w:hideMark/>
          </w:tcPr>
          <w:p w14:paraId="5DCA0AF2" w14:textId="77777777" w:rsidR="00EB65A4" w:rsidRPr="00EB65A4" w:rsidRDefault="00EB65A4" w:rsidP="0042266E">
            <w:pPr>
              <w:rPr>
                <w:rFonts w:ascii="Arial" w:hAnsi="Arial" w:cs="Arial"/>
                <w:color w:val="000000"/>
                <w:sz w:val="18"/>
                <w:szCs w:val="18"/>
                <w:lang w:eastAsia="es-CO"/>
              </w:rPr>
            </w:pPr>
            <w:r w:rsidRPr="00EB65A4">
              <w:rPr>
                <w:rFonts w:ascii="Arial" w:hAnsi="Arial" w:cs="Arial"/>
                <w:color w:val="000000"/>
                <w:sz w:val="18"/>
                <w:szCs w:val="18"/>
                <w:lang w:eastAsia="es-CO"/>
              </w:rPr>
              <w:t> </w:t>
            </w:r>
          </w:p>
        </w:tc>
        <w:tc>
          <w:tcPr>
            <w:tcW w:w="1320" w:type="dxa"/>
            <w:vMerge/>
            <w:tcBorders>
              <w:top w:val="nil"/>
              <w:left w:val="single" w:sz="4" w:space="0" w:color="auto"/>
              <w:bottom w:val="single" w:sz="4" w:space="0" w:color="auto"/>
              <w:right w:val="single" w:sz="4" w:space="0" w:color="auto"/>
            </w:tcBorders>
            <w:vAlign w:val="center"/>
            <w:hideMark/>
          </w:tcPr>
          <w:p w14:paraId="2B12BC88" w14:textId="77777777" w:rsidR="00EB65A4" w:rsidRPr="00EB65A4" w:rsidRDefault="00EB65A4" w:rsidP="0042266E">
            <w:pPr>
              <w:rPr>
                <w:rFonts w:ascii="Arial" w:hAnsi="Arial" w:cs="Arial"/>
                <w:color w:val="000000"/>
                <w:sz w:val="18"/>
                <w:szCs w:val="18"/>
                <w:lang w:eastAsia="es-CO"/>
              </w:rPr>
            </w:pPr>
          </w:p>
        </w:tc>
        <w:tc>
          <w:tcPr>
            <w:tcW w:w="1166" w:type="dxa"/>
            <w:vMerge/>
            <w:tcBorders>
              <w:top w:val="nil"/>
              <w:left w:val="single" w:sz="4" w:space="0" w:color="auto"/>
              <w:bottom w:val="single" w:sz="4" w:space="0" w:color="auto"/>
              <w:right w:val="single" w:sz="4" w:space="0" w:color="auto"/>
            </w:tcBorders>
            <w:vAlign w:val="center"/>
            <w:hideMark/>
          </w:tcPr>
          <w:p w14:paraId="08D7865A" w14:textId="77777777" w:rsidR="00EB65A4" w:rsidRPr="00EB65A4" w:rsidRDefault="00EB65A4" w:rsidP="0042266E">
            <w:pPr>
              <w:rPr>
                <w:rFonts w:ascii="Arial" w:hAnsi="Arial" w:cs="Arial"/>
                <w:color w:val="000000"/>
                <w:sz w:val="18"/>
                <w:szCs w:val="18"/>
                <w:lang w:eastAsia="es-CO"/>
              </w:rPr>
            </w:pPr>
          </w:p>
        </w:tc>
        <w:tc>
          <w:tcPr>
            <w:tcW w:w="1320" w:type="dxa"/>
            <w:vMerge/>
            <w:tcBorders>
              <w:top w:val="nil"/>
              <w:left w:val="single" w:sz="4" w:space="0" w:color="auto"/>
              <w:bottom w:val="single" w:sz="4" w:space="0" w:color="auto"/>
              <w:right w:val="single" w:sz="4" w:space="0" w:color="auto"/>
            </w:tcBorders>
            <w:vAlign w:val="center"/>
            <w:hideMark/>
          </w:tcPr>
          <w:p w14:paraId="4F49CF1C" w14:textId="77777777" w:rsidR="00EB65A4" w:rsidRPr="00EB65A4" w:rsidRDefault="00EB65A4" w:rsidP="0042266E">
            <w:pPr>
              <w:rPr>
                <w:rFonts w:ascii="Arial" w:hAnsi="Arial" w:cs="Arial"/>
                <w:color w:val="000000"/>
                <w:sz w:val="18"/>
                <w:szCs w:val="18"/>
                <w:lang w:eastAsia="es-CO"/>
              </w:rPr>
            </w:pPr>
          </w:p>
        </w:tc>
        <w:tc>
          <w:tcPr>
            <w:tcW w:w="1320" w:type="dxa"/>
            <w:vMerge/>
            <w:tcBorders>
              <w:top w:val="nil"/>
              <w:left w:val="single" w:sz="4" w:space="0" w:color="auto"/>
              <w:bottom w:val="single" w:sz="4" w:space="0" w:color="auto"/>
              <w:right w:val="single" w:sz="4" w:space="0" w:color="auto"/>
            </w:tcBorders>
            <w:vAlign w:val="center"/>
            <w:hideMark/>
          </w:tcPr>
          <w:p w14:paraId="5D9B49A6" w14:textId="77777777" w:rsidR="00EB65A4" w:rsidRPr="00EB65A4" w:rsidRDefault="00EB65A4" w:rsidP="0042266E">
            <w:pPr>
              <w:rPr>
                <w:rFonts w:ascii="Arial" w:hAnsi="Arial" w:cs="Arial"/>
                <w:color w:val="000000"/>
                <w:sz w:val="18"/>
                <w:szCs w:val="18"/>
                <w:lang w:eastAsia="es-CO"/>
              </w:rPr>
            </w:pPr>
          </w:p>
        </w:tc>
      </w:tr>
      <w:tr w:rsidR="00EB65A4" w:rsidRPr="00EB65A4" w14:paraId="59846B8B" w14:textId="77777777" w:rsidTr="00EB65A4">
        <w:trPr>
          <w:trHeight w:val="315"/>
          <w:jc w:val="center"/>
        </w:trPr>
        <w:tc>
          <w:tcPr>
            <w:tcW w:w="6600"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2F89F9B4" w14:textId="77777777" w:rsidR="00EB65A4" w:rsidRPr="00EB65A4" w:rsidRDefault="00EB65A4" w:rsidP="0042266E">
            <w:pPr>
              <w:jc w:val="right"/>
              <w:rPr>
                <w:rFonts w:ascii="Arial" w:hAnsi="Arial" w:cs="Arial"/>
                <w:b/>
                <w:bCs/>
                <w:color w:val="000000"/>
                <w:sz w:val="18"/>
                <w:szCs w:val="18"/>
                <w:lang w:eastAsia="es-CO"/>
              </w:rPr>
            </w:pPr>
            <w:r w:rsidRPr="00EB65A4">
              <w:rPr>
                <w:rFonts w:ascii="Arial" w:hAnsi="Arial" w:cs="Arial"/>
                <w:b/>
                <w:bCs/>
                <w:color w:val="000000"/>
                <w:sz w:val="18"/>
                <w:szCs w:val="18"/>
                <w:lang w:eastAsia="es-CO"/>
              </w:rPr>
              <w:t xml:space="preserve">Sub Total </w:t>
            </w:r>
            <w:proofErr w:type="spellStart"/>
            <w:r w:rsidRPr="00EB65A4">
              <w:rPr>
                <w:rFonts w:ascii="Arial" w:hAnsi="Arial" w:cs="Arial"/>
                <w:b/>
                <w:bCs/>
                <w:color w:val="000000"/>
                <w:sz w:val="18"/>
                <w:szCs w:val="18"/>
                <w:lang w:eastAsia="es-CO"/>
              </w:rPr>
              <w:t>Ítem</w:t>
            </w:r>
            <w:proofErr w:type="spellEnd"/>
            <w:r w:rsidRPr="00EB65A4">
              <w:rPr>
                <w:rFonts w:ascii="Arial" w:hAnsi="Arial" w:cs="Arial"/>
                <w:b/>
                <w:bCs/>
                <w:color w:val="000000"/>
                <w:sz w:val="18"/>
                <w:szCs w:val="18"/>
                <w:lang w:eastAsia="es-CO"/>
              </w:rPr>
              <w:t xml:space="preserve"> 3.</w:t>
            </w:r>
          </w:p>
        </w:tc>
        <w:tc>
          <w:tcPr>
            <w:tcW w:w="1320" w:type="dxa"/>
            <w:tcBorders>
              <w:top w:val="nil"/>
              <w:left w:val="nil"/>
              <w:bottom w:val="single" w:sz="4" w:space="0" w:color="auto"/>
              <w:right w:val="single" w:sz="4" w:space="0" w:color="auto"/>
            </w:tcBorders>
            <w:shd w:val="clear" w:color="000000" w:fill="D9D9D9"/>
            <w:vAlign w:val="center"/>
            <w:hideMark/>
          </w:tcPr>
          <w:p w14:paraId="5B3D4B73" w14:textId="77777777" w:rsidR="00EB65A4" w:rsidRPr="00EB65A4" w:rsidRDefault="00EB65A4" w:rsidP="0042266E">
            <w:pPr>
              <w:jc w:val="right"/>
              <w:rPr>
                <w:rFonts w:ascii="Arial" w:hAnsi="Arial" w:cs="Arial"/>
                <w:b/>
                <w:bCs/>
                <w:color w:val="000000"/>
                <w:sz w:val="18"/>
                <w:szCs w:val="18"/>
                <w:lang w:eastAsia="es-CO"/>
              </w:rPr>
            </w:pPr>
            <w:r w:rsidRPr="00EB65A4">
              <w:rPr>
                <w:rFonts w:ascii="Arial" w:hAnsi="Arial" w:cs="Arial"/>
                <w:b/>
                <w:bCs/>
                <w:color w:val="000000"/>
                <w:sz w:val="18"/>
                <w:szCs w:val="18"/>
                <w:lang w:eastAsia="es-CO"/>
              </w:rPr>
              <w:t xml:space="preserve">        5.300.000 </w:t>
            </w:r>
          </w:p>
        </w:tc>
      </w:tr>
      <w:tr w:rsidR="00EB65A4" w:rsidRPr="00EB65A4" w14:paraId="0F5030BC" w14:textId="77777777" w:rsidTr="00EB65A4">
        <w:trPr>
          <w:trHeight w:val="315"/>
          <w:jc w:val="center"/>
        </w:trPr>
        <w:tc>
          <w:tcPr>
            <w:tcW w:w="1320" w:type="dxa"/>
            <w:vMerge w:val="restart"/>
            <w:tcBorders>
              <w:top w:val="single" w:sz="4" w:space="0" w:color="auto"/>
              <w:left w:val="single" w:sz="4" w:space="0" w:color="auto"/>
              <w:bottom w:val="single" w:sz="4" w:space="0" w:color="000000"/>
              <w:right w:val="single" w:sz="4" w:space="0" w:color="auto"/>
            </w:tcBorders>
            <w:shd w:val="clear" w:color="000000" w:fill="70AD47"/>
            <w:vAlign w:val="center"/>
            <w:hideMark/>
          </w:tcPr>
          <w:p w14:paraId="481E9B7F" w14:textId="77777777" w:rsidR="00EB65A4" w:rsidRPr="00EB65A4" w:rsidRDefault="00EB65A4" w:rsidP="0042266E">
            <w:pPr>
              <w:jc w:val="center"/>
              <w:rPr>
                <w:rFonts w:ascii="Arial" w:hAnsi="Arial" w:cs="Arial"/>
                <w:b/>
                <w:bCs/>
                <w:color w:val="000000"/>
                <w:sz w:val="18"/>
                <w:szCs w:val="18"/>
                <w:lang w:eastAsia="es-CO"/>
              </w:rPr>
            </w:pPr>
            <w:r w:rsidRPr="00EB65A4">
              <w:rPr>
                <w:rFonts w:ascii="Arial" w:hAnsi="Arial" w:cs="Arial"/>
                <w:b/>
                <w:bCs/>
                <w:color w:val="000000"/>
                <w:sz w:val="18"/>
                <w:szCs w:val="18"/>
                <w:lang w:eastAsia="es-CO"/>
              </w:rPr>
              <w:t>4</w:t>
            </w:r>
          </w:p>
        </w:tc>
        <w:tc>
          <w:tcPr>
            <w:tcW w:w="6600" w:type="dxa"/>
            <w:gridSpan w:val="5"/>
            <w:tcBorders>
              <w:top w:val="single" w:sz="4" w:space="0" w:color="auto"/>
              <w:left w:val="single" w:sz="4" w:space="0" w:color="auto"/>
              <w:bottom w:val="single" w:sz="4" w:space="0" w:color="auto"/>
              <w:right w:val="nil"/>
            </w:tcBorders>
            <w:shd w:val="clear" w:color="000000" w:fill="70AD47"/>
            <w:vAlign w:val="center"/>
            <w:hideMark/>
          </w:tcPr>
          <w:p w14:paraId="59403578" w14:textId="77777777" w:rsidR="00EB65A4" w:rsidRPr="00EB65A4" w:rsidRDefault="00EB65A4" w:rsidP="0042266E">
            <w:pPr>
              <w:rPr>
                <w:rFonts w:ascii="Arial" w:hAnsi="Arial" w:cs="Arial"/>
                <w:b/>
                <w:bCs/>
                <w:color w:val="000000"/>
                <w:sz w:val="18"/>
                <w:szCs w:val="18"/>
                <w:lang w:eastAsia="es-CO"/>
              </w:rPr>
            </w:pPr>
            <w:proofErr w:type="spellStart"/>
            <w:r w:rsidRPr="00EB65A4">
              <w:rPr>
                <w:rFonts w:ascii="Arial" w:hAnsi="Arial" w:cs="Arial"/>
                <w:b/>
                <w:bCs/>
                <w:color w:val="000000"/>
                <w:sz w:val="18"/>
                <w:szCs w:val="18"/>
                <w:lang w:eastAsia="es-CO"/>
              </w:rPr>
              <w:t>Servicios</w:t>
            </w:r>
            <w:proofErr w:type="spellEnd"/>
            <w:r w:rsidRPr="00EB65A4">
              <w:rPr>
                <w:rFonts w:ascii="Arial" w:hAnsi="Arial" w:cs="Arial"/>
                <w:b/>
                <w:bCs/>
                <w:color w:val="000000"/>
                <w:sz w:val="18"/>
                <w:szCs w:val="18"/>
                <w:lang w:eastAsia="es-CO"/>
              </w:rPr>
              <w:t xml:space="preserve"> </w:t>
            </w:r>
            <w:proofErr w:type="spellStart"/>
            <w:r w:rsidRPr="00EB65A4">
              <w:rPr>
                <w:rFonts w:ascii="Arial" w:hAnsi="Arial" w:cs="Arial"/>
                <w:b/>
                <w:bCs/>
                <w:color w:val="000000"/>
                <w:sz w:val="18"/>
                <w:szCs w:val="18"/>
                <w:lang w:eastAsia="es-CO"/>
              </w:rPr>
              <w:t>Públicos</w:t>
            </w:r>
            <w:proofErr w:type="spellEnd"/>
            <w:r w:rsidRPr="00EB65A4">
              <w:rPr>
                <w:rFonts w:ascii="Arial" w:hAnsi="Arial" w:cs="Arial"/>
                <w:b/>
                <w:bCs/>
                <w:color w:val="000000"/>
                <w:sz w:val="18"/>
                <w:szCs w:val="18"/>
                <w:lang w:eastAsia="es-CO"/>
              </w:rPr>
              <w:t xml:space="preserve">, </w:t>
            </w:r>
            <w:proofErr w:type="spellStart"/>
            <w:r w:rsidRPr="00EB65A4">
              <w:rPr>
                <w:rFonts w:ascii="Arial" w:hAnsi="Arial" w:cs="Arial"/>
                <w:b/>
                <w:bCs/>
                <w:color w:val="000000"/>
                <w:sz w:val="18"/>
                <w:szCs w:val="18"/>
                <w:lang w:eastAsia="es-CO"/>
              </w:rPr>
              <w:t>Funerarios</w:t>
            </w:r>
            <w:proofErr w:type="spellEnd"/>
            <w:r w:rsidRPr="00EB65A4">
              <w:rPr>
                <w:rFonts w:ascii="Arial" w:hAnsi="Arial" w:cs="Arial"/>
                <w:b/>
                <w:bCs/>
                <w:color w:val="000000"/>
                <w:sz w:val="18"/>
                <w:szCs w:val="18"/>
                <w:lang w:eastAsia="es-CO"/>
              </w:rPr>
              <w:t xml:space="preserve"> y </w:t>
            </w:r>
            <w:proofErr w:type="spellStart"/>
            <w:r w:rsidRPr="00EB65A4">
              <w:rPr>
                <w:rFonts w:ascii="Arial" w:hAnsi="Arial" w:cs="Arial"/>
                <w:b/>
                <w:bCs/>
                <w:color w:val="000000"/>
                <w:sz w:val="18"/>
                <w:szCs w:val="18"/>
                <w:lang w:eastAsia="es-CO"/>
              </w:rPr>
              <w:t>Fumigación</w:t>
            </w:r>
            <w:proofErr w:type="spellEnd"/>
            <w:r w:rsidRPr="00EB65A4">
              <w:rPr>
                <w:rFonts w:ascii="Arial" w:hAnsi="Arial" w:cs="Arial"/>
                <w:b/>
                <w:bCs/>
                <w:color w:val="000000"/>
                <w:sz w:val="18"/>
                <w:szCs w:val="18"/>
                <w:lang w:eastAsia="es-CO"/>
              </w:rPr>
              <w:t xml:space="preserve"> del CPS.</w:t>
            </w:r>
          </w:p>
        </w:tc>
      </w:tr>
      <w:tr w:rsidR="00EB65A4" w:rsidRPr="00EB65A4" w14:paraId="17F9314E" w14:textId="77777777" w:rsidTr="00EB65A4">
        <w:trPr>
          <w:trHeight w:val="960"/>
          <w:jc w:val="center"/>
        </w:trPr>
        <w:tc>
          <w:tcPr>
            <w:tcW w:w="1320" w:type="dxa"/>
            <w:vMerge/>
            <w:tcBorders>
              <w:top w:val="single" w:sz="4" w:space="0" w:color="auto"/>
              <w:left w:val="single" w:sz="4" w:space="0" w:color="auto"/>
              <w:bottom w:val="single" w:sz="4" w:space="0" w:color="000000"/>
              <w:right w:val="single" w:sz="4" w:space="0" w:color="auto"/>
            </w:tcBorders>
            <w:vAlign w:val="center"/>
            <w:hideMark/>
          </w:tcPr>
          <w:p w14:paraId="126A649B" w14:textId="77777777" w:rsidR="00EB65A4" w:rsidRPr="00EB65A4" w:rsidRDefault="00EB65A4" w:rsidP="0042266E">
            <w:pPr>
              <w:rPr>
                <w:rFonts w:ascii="Arial" w:hAnsi="Arial" w:cs="Arial"/>
                <w:b/>
                <w:bCs/>
                <w:color w:val="000000"/>
                <w:sz w:val="18"/>
                <w:szCs w:val="18"/>
                <w:lang w:eastAsia="es-CO"/>
              </w:rPr>
            </w:pPr>
          </w:p>
        </w:tc>
        <w:tc>
          <w:tcPr>
            <w:tcW w:w="1474" w:type="dxa"/>
            <w:tcBorders>
              <w:top w:val="nil"/>
              <w:left w:val="single" w:sz="4" w:space="0" w:color="auto"/>
              <w:bottom w:val="single" w:sz="4" w:space="0" w:color="auto"/>
              <w:right w:val="single" w:sz="4" w:space="0" w:color="auto"/>
            </w:tcBorders>
            <w:vAlign w:val="center"/>
            <w:hideMark/>
          </w:tcPr>
          <w:p w14:paraId="16A24CA7" w14:textId="77777777" w:rsidR="00EB65A4" w:rsidRPr="00EB65A4" w:rsidRDefault="00EB65A4" w:rsidP="0042266E">
            <w:pPr>
              <w:rPr>
                <w:rFonts w:ascii="Arial" w:hAnsi="Arial" w:cs="Arial"/>
                <w:color w:val="000000"/>
                <w:sz w:val="18"/>
                <w:szCs w:val="18"/>
                <w:lang w:eastAsia="es-CO"/>
              </w:rPr>
            </w:pPr>
            <w:r w:rsidRPr="00EB65A4">
              <w:rPr>
                <w:rFonts w:ascii="Arial" w:hAnsi="Arial" w:cs="Arial"/>
                <w:color w:val="000000"/>
                <w:sz w:val="18"/>
                <w:szCs w:val="18"/>
                <w:lang w:eastAsia="es-CO"/>
              </w:rPr>
              <w:t xml:space="preserve">4.1. </w:t>
            </w:r>
            <w:proofErr w:type="spellStart"/>
            <w:r w:rsidRPr="00EB65A4">
              <w:rPr>
                <w:rFonts w:ascii="Arial" w:hAnsi="Arial" w:cs="Arial"/>
                <w:color w:val="000000"/>
                <w:sz w:val="18"/>
                <w:szCs w:val="18"/>
                <w:lang w:eastAsia="es-CO"/>
              </w:rPr>
              <w:t>Auxilio</w:t>
            </w:r>
            <w:proofErr w:type="spellEnd"/>
            <w:r w:rsidRPr="00EB65A4">
              <w:rPr>
                <w:rFonts w:ascii="Arial" w:hAnsi="Arial" w:cs="Arial"/>
                <w:color w:val="000000"/>
                <w:sz w:val="18"/>
                <w:szCs w:val="18"/>
                <w:lang w:eastAsia="es-CO"/>
              </w:rPr>
              <w:t xml:space="preserve"> Exequial para </w:t>
            </w:r>
            <w:proofErr w:type="spellStart"/>
            <w:r w:rsidRPr="00EB65A4">
              <w:rPr>
                <w:rFonts w:ascii="Arial" w:hAnsi="Arial" w:cs="Arial"/>
                <w:color w:val="000000"/>
                <w:sz w:val="18"/>
                <w:szCs w:val="18"/>
                <w:lang w:eastAsia="es-CO"/>
              </w:rPr>
              <w:t>los</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Adultos</w:t>
            </w:r>
            <w:proofErr w:type="spellEnd"/>
            <w:r w:rsidRPr="00EB65A4">
              <w:rPr>
                <w:rFonts w:ascii="Arial" w:hAnsi="Arial" w:cs="Arial"/>
                <w:color w:val="000000"/>
                <w:sz w:val="18"/>
                <w:szCs w:val="18"/>
                <w:lang w:eastAsia="es-CO"/>
              </w:rPr>
              <w:t xml:space="preserve"> Mayores.</w:t>
            </w:r>
          </w:p>
        </w:tc>
        <w:tc>
          <w:tcPr>
            <w:tcW w:w="1320" w:type="dxa"/>
            <w:tcBorders>
              <w:top w:val="nil"/>
              <w:left w:val="nil"/>
              <w:bottom w:val="single" w:sz="4" w:space="0" w:color="auto"/>
              <w:right w:val="single" w:sz="4" w:space="0" w:color="auto"/>
            </w:tcBorders>
            <w:vAlign w:val="center"/>
            <w:hideMark/>
          </w:tcPr>
          <w:p w14:paraId="6B635AF0" w14:textId="77777777" w:rsidR="00EB65A4" w:rsidRPr="00EB65A4" w:rsidRDefault="00EB65A4" w:rsidP="0042266E">
            <w:pPr>
              <w:jc w:val="center"/>
              <w:rPr>
                <w:rFonts w:ascii="Arial" w:hAnsi="Arial" w:cs="Arial"/>
                <w:color w:val="000000"/>
                <w:sz w:val="18"/>
                <w:szCs w:val="18"/>
                <w:lang w:eastAsia="es-CO"/>
              </w:rPr>
            </w:pPr>
            <w:r w:rsidRPr="00EB65A4">
              <w:rPr>
                <w:rFonts w:ascii="Arial" w:hAnsi="Arial" w:cs="Arial"/>
                <w:color w:val="000000"/>
                <w:sz w:val="18"/>
                <w:szCs w:val="18"/>
                <w:lang w:eastAsia="es-CO"/>
              </w:rPr>
              <w:t>2</w:t>
            </w:r>
          </w:p>
        </w:tc>
        <w:tc>
          <w:tcPr>
            <w:tcW w:w="1166" w:type="dxa"/>
            <w:tcBorders>
              <w:top w:val="nil"/>
              <w:left w:val="nil"/>
              <w:bottom w:val="single" w:sz="4" w:space="0" w:color="auto"/>
              <w:right w:val="single" w:sz="4" w:space="0" w:color="auto"/>
            </w:tcBorders>
            <w:vAlign w:val="center"/>
            <w:hideMark/>
          </w:tcPr>
          <w:p w14:paraId="5DA492D6" w14:textId="77777777" w:rsidR="00EB65A4" w:rsidRPr="00EB65A4" w:rsidRDefault="00EB65A4" w:rsidP="0042266E">
            <w:pPr>
              <w:jc w:val="center"/>
              <w:rPr>
                <w:rFonts w:ascii="Arial" w:hAnsi="Arial" w:cs="Arial"/>
                <w:color w:val="000000"/>
                <w:sz w:val="18"/>
                <w:szCs w:val="18"/>
                <w:lang w:eastAsia="es-CO"/>
              </w:rPr>
            </w:pPr>
            <w:r w:rsidRPr="00EB65A4">
              <w:rPr>
                <w:rFonts w:ascii="Arial" w:hAnsi="Arial" w:cs="Arial"/>
                <w:color w:val="000000"/>
                <w:sz w:val="18"/>
                <w:szCs w:val="18"/>
                <w:lang w:eastAsia="es-CO"/>
              </w:rPr>
              <w:t>20</w:t>
            </w:r>
          </w:p>
        </w:tc>
        <w:tc>
          <w:tcPr>
            <w:tcW w:w="1320" w:type="dxa"/>
            <w:tcBorders>
              <w:top w:val="nil"/>
              <w:left w:val="nil"/>
              <w:bottom w:val="single" w:sz="4" w:space="0" w:color="auto"/>
              <w:right w:val="single" w:sz="4" w:space="0" w:color="auto"/>
            </w:tcBorders>
            <w:vAlign w:val="center"/>
            <w:hideMark/>
          </w:tcPr>
          <w:p w14:paraId="0DA1FA15" w14:textId="77777777" w:rsidR="00EB65A4" w:rsidRPr="00EB65A4" w:rsidRDefault="00EB65A4" w:rsidP="0042266E">
            <w:pPr>
              <w:jc w:val="right"/>
              <w:rPr>
                <w:rFonts w:ascii="Arial" w:hAnsi="Arial" w:cs="Arial"/>
                <w:color w:val="000000"/>
                <w:sz w:val="18"/>
                <w:szCs w:val="18"/>
                <w:lang w:eastAsia="es-CO"/>
              </w:rPr>
            </w:pPr>
            <w:r w:rsidRPr="00EB65A4">
              <w:rPr>
                <w:rFonts w:ascii="Arial" w:hAnsi="Arial" w:cs="Arial"/>
                <w:color w:val="000000"/>
                <w:sz w:val="18"/>
                <w:szCs w:val="18"/>
                <w:lang w:eastAsia="es-CO"/>
              </w:rPr>
              <w:t xml:space="preserve">              20.000 </w:t>
            </w:r>
          </w:p>
        </w:tc>
        <w:tc>
          <w:tcPr>
            <w:tcW w:w="1320" w:type="dxa"/>
            <w:tcBorders>
              <w:top w:val="nil"/>
              <w:left w:val="nil"/>
              <w:bottom w:val="single" w:sz="4" w:space="0" w:color="auto"/>
              <w:right w:val="single" w:sz="4" w:space="0" w:color="auto"/>
            </w:tcBorders>
            <w:vAlign w:val="center"/>
            <w:hideMark/>
          </w:tcPr>
          <w:p w14:paraId="1A039F0B" w14:textId="77777777" w:rsidR="00EB65A4" w:rsidRPr="00EB65A4" w:rsidRDefault="00EB65A4" w:rsidP="0042266E">
            <w:pPr>
              <w:jc w:val="right"/>
              <w:rPr>
                <w:rFonts w:ascii="Arial" w:hAnsi="Arial" w:cs="Arial"/>
                <w:color w:val="000000"/>
                <w:sz w:val="18"/>
                <w:szCs w:val="18"/>
                <w:lang w:eastAsia="es-CO"/>
              </w:rPr>
            </w:pPr>
            <w:r w:rsidRPr="00EB65A4">
              <w:rPr>
                <w:rFonts w:ascii="Arial" w:hAnsi="Arial" w:cs="Arial"/>
                <w:color w:val="000000"/>
                <w:sz w:val="18"/>
                <w:szCs w:val="18"/>
                <w:lang w:eastAsia="es-CO"/>
              </w:rPr>
              <w:t xml:space="preserve">           800.000 </w:t>
            </w:r>
          </w:p>
        </w:tc>
      </w:tr>
      <w:tr w:rsidR="00EB65A4" w:rsidRPr="00EB65A4" w14:paraId="5847435C" w14:textId="77777777" w:rsidTr="00EB65A4">
        <w:trPr>
          <w:trHeight w:val="960"/>
          <w:jc w:val="center"/>
        </w:trPr>
        <w:tc>
          <w:tcPr>
            <w:tcW w:w="1320" w:type="dxa"/>
            <w:vMerge/>
            <w:tcBorders>
              <w:top w:val="single" w:sz="4" w:space="0" w:color="auto"/>
              <w:left w:val="single" w:sz="4" w:space="0" w:color="auto"/>
              <w:bottom w:val="single" w:sz="4" w:space="0" w:color="000000"/>
              <w:right w:val="single" w:sz="4" w:space="0" w:color="auto"/>
            </w:tcBorders>
            <w:vAlign w:val="center"/>
            <w:hideMark/>
          </w:tcPr>
          <w:p w14:paraId="4DE53BAD" w14:textId="77777777" w:rsidR="00EB65A4" w:rsidRPr="00EB65A4" w:rsidRDefault="00EB65A4" w:rsidP="0042266E">
            <w:pPr>
              <w:rPr>
                <w:rFonts w:ascii="Arial" w:hAnsi="Arial" w:cs="Arial"/>
                <w:b/>
                <w:bCs/>
                <w:color w:val="000000"/>
                <w:sz w:val="18"/>
                <w:szCs w:val="18"/>
                <w:lang w:eastAsia="es-CO"/>
              </w:rPr>
            </w:pPr>
          </w:p>
        </w:tc>
        <w:tc>
          <w:tcPr>
            <w:tcW w:w="1474" w:type="dxa"/>
            <w:tcBorders>
              <w:top w:val="nil"/>
              <w:left w:val="single" w:sz="4" w:space="0" w:color="auto"/>
              <w:bottom w:val="single" w:sz="4" w:space="0" w:color="auto"/>
              <w:right w:val="single" w:sz="4" w:space="0" w:color="auto"/>
            </w:tcBorders>
            <w:vAlign w:val="center"/>
            <w:hideMark/>
          </w:tcPr>
          <w:p w14:paraId="6E2F3A7B" w14:textId="77777777" w:rsidR="00EB65A4" w:rsidRPr="00EB65A4" w:rsidRDefault="00EB65A4" w:rsidP="0042266E">
            <w:pPr>
              <w:rPr>
                <w:rFonts w:ascii="Arial" w:hAnsi="Arial" w:cs="Arial"/>
                <w:color w:val="000000"/>
                <w:sz w:val="18"/>
                <w:szCs w:val="18"/>
                <w:lang w:eastAsia="es-CO"/>
              </w:rPr>
            </w:pPr>
            <w:r w:rsidRPr="00EB65A4">
              <w:rPr>
                <w:rFonts w:ascii="Arial" w:hAnsi="Arial" w:cs="Arial"/>
                <w:color w:val="000000"/>
                <w:sz w:val="18"/>
                <w:szCs w:val="18"/>
                <w:lang w:eastAsia="es-CO"/>
              </w:rPr>
              <w:t xml:space="preserve">4.2. Plan de </w:t>
            </w:r>
            <w:proofErr w:type="spellStart"/>
            <w:r w:rsidRPr="00EB65A4">
              <w:rPr>
                <w:rFonts w:ascii="Arial" w:hAnsi="Arial" w:cs="Arial"/>
                <w:color w:val="000000"/>
                <w:sz w:val="18"/>
                <w:szCs w:val="18"/>
                <w:lang w:eastAsia="es-CO"/>
              </w:rPr>
              <w:t>Fumigación</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Bimensual</w:t>
            </w:r>
            <w:proofErr w:type="spellEnd"/>
            <w:r w:rsidRPr="00EB65A4">
              <w:rPr>
                <w:rFonts w:ascii="Arial" w:hAnsi="Arial" w:cs="Arial"/>
                <w:color w:val="000000"/>
                <w:sz w:val="18"/>
                <w:szCs w:val="18"/>
                <w:lang w:eastAsia="es-CO"/>
              </w:rPr>
              <w:t xml:space="preserve"> del CPS.</w:t>
            </w:r>
          </w:p>
        </w:tc>
        <w:tc>
          <w:tcPr>
            <w:tcW w:w="1320" w:type="dxa"/>
            <w:tcBorders>
              <w:top w:val="nil"/>
              <w:left w:val="nil"/>
              <w:bottom w:val="single" w:sz="4" w:space="0" w:color="auto"/>
              <w:right w:val="single" w:sz="4" w:space="0" w:color="auto"/>
            </w:tcBorders>
            <w:vAlign w:val="center"/>
            <w:hideMark/>
          </w:tcPr>
          <w:p w14:paraId="24E36A56" w14:textId="77777777" w:rsidR="00EB65A4" w:rsidRPr="00EB65A4" w:rsidRDefault="00EB65A4" w:rsidP="0042266E">
            <w:pPr>
              <w:jc w:val="center"/>
              <w:rPr>
                <w:rFonts w:ascii="Arial" w:hAnsi="Arial" w:cs="Arial"/>
                <w:color w:val="000000"/>
                <w:sz w:val="18"/>
                <w:szCs w:val="18"/>
                <w:lang w:eastAsia="es-CO"/>
              </w:rPr>
            </w:pPr>
            <w:r w:rsidRPr="00EB65A4">
              <w:rPr>
                <w:rFonts w:ascii="Arial" w:hAnsi="Arial" w:cs="Arial"/>
                <w:color w:val="000000"/>
                <w:sz w:val="18"/>
                <w:szCs w:val="18"/>
                <w:lang w:eastAsia="es-CO"/>
              </w:rPr>
              <w:t>0</w:t>
            </w:r>
          </w:p>
        </w:tc>
        <w:tc>
          <w:tcPr>
            <w:tcW w:w="1166" w:type="dxa"/>
            <w:tcBorders>
              <w:top w:val="nil"/>
              <w:left w:val="nil"/>
              <w:bottom w:val="single" w:sz="4" w:space="0" w:color="auto"/>
              <w:right w:val="single" w:sz="4" w:space="0" w:color="auto"/>
            </w:tcBorders>
            <w:vAlign w:val="center"/>
            <w:hideMark/>
          </w:tcPr>
          <w:p w14:paraId="43731D37" w14:textId="77777777" w:rsidR="00EB65A4" w:rsidRPr="00EB65A4" w:rsidRDefault="00EB65A4" w:rsidP="0042266E">
            <w:pPr>
              <w:jc w:val="center"/>
              <w:rPr>
                <w:rFonts w:ascii="Arial" w:hAnsi="Arial" w:cs="Arial"/>
                <w:color w:val="000000"/>
                <w:sz w:val="18"/>
                <w:szCs w:val="18"/>
                <w:lang w:eastAsia="es-CO"/>
              </w:rPr>
            </w:pPr>
            <w:r w:rsidRPr="00EB65A4">
              <w:rPr>
                <w:rFonts w:ascii="Arial" w:hAnsi="Arial" w:cs="Arial"/>
                <w:color w:val="000000"/>
                <w:sz w:val="18"/>
                <w:szCs w:val="18"/>
                <w:lang w:eastAsia="es-CO"/>
              </w:rPr>
              <w:t>0</w:t>
            </w:r>
          </w:p>
        </w:tc>
        <w:tc>
          <w:tcPr>
            <w:tcW w:w="1320" w:type="dxa"/>
            <w:tcBorders>
              <w:top w:val="nil"/>
              <w:left w:val="nil"/>
              <w:bottom w:val="single" w:sz="4" w:space="0" w:color="auto"/>
              <w:right w:val="single" w:sz="4" w:space="0" w:color="auto"/>
            </w:tcBorders>
            <w:vAlign w:val="center"/>
            <w:hideMark/>
          </w:tcPr>
          <w:p w14:paraId="323494C2" w14:textId="77777777" w:rsidR="00EB65A4" w:rsidRPr="00EB65A4" w:rsidRDefault="00EB65A4" w:rsidP="0042266E">
            <w:pPr>
              <w:jc w:val="right"/>
              <w:rPr>
                <w:rFonts w:ascii="Arial" w:hAnsi="Arial" w:cs="Arial"/>
                <w:color w:val="000000"/>
                <w:sz w:val="18"/>
                <w:szCs w:val="18"/>
                <w:lang w:eastAsia="es-CO"/>
              </w:rPr>
            </w:pPr>
            <w:r w:rsidRPr="00EB65A4">
              <w:rPr>
                <w:rFonts w:ascii="Arial" w:hAnsi="Arial" w:cs="Arial"/>
                <w:color w:val="000000"/>
                <w:sz w:val="18"/>
                <w:szCs w:val="18"/>
                <w:lang w:eastAsia="es-CO"/>
              </w:rPr>
              <w:t xml:space="preserve">           160.000 </w:t>
            </w:r>
          </w:p>
        </w:tc>
        <w:tc>
          <w:tcPr>
            <w:tcW w:w="1320" w:type="dxa"/>
            <w:tcBorders>
              <w:top w:val="nil"/>
              <w:left w:val="nil"/>
              <w:bottom w:val="single" w:sz="4" w:space="0" w:color="auto"/>
              <w:right w:val="single" w:sz="4" w:space="0" w:color="auto"/>
            </w:tcBorders>
            <w:vAlign w:val="center"/>
            <w:hideMark/>
          </w:tcPr>
          <w:p w14:paraId="263B9EC9" w14:textId="77777777" w:rsidR="00EB65A4" w:rsidRPr="00EB65A4" w:rsidRDefault="00EB65A4" w:rsidP="0042266E">
            <w:pPr>
              <w:jc w:val="right"/>
              <w:rPr>
                <w:rFonts w:ascii="Arial" w:hAnsi="Arial" w:cs="Arial"/>
                <w:color w:val="000000"/>
                <w:sz w:val="18"/>
                <w:szCs w:val="18"/>
                <w:lang w:eastAsia="es-CO"/>
              </w:rPr>
            </w:pPr>
            <w:r w:rsidRPr="00EB65A4">
              <w:rPr>
                <w:rFonts w:ascii="Arial" w:hAnsi="Arial" w:cs="Arial"/>
                <w:color w:val="000000"/>
                <w:sz w:val="18"/>
                <w:szCs w:val="18"/>
                <w:lang w:eastAsia="es-CO"/>
              </w:rPr>
              <w:t xml:space="preserve">                       -   </w:t>
            </w:r>
          </w:p>
        </w:tc>
      </w:tr>
      <w:tr w:rsidR="00EB65A4" w:rsidRPr="00EB65A4" w14:paraId="2C97F2AD" w14:textId="77777777" w:rsidTr="00EB65A4">
        <w:trPr>
          <w:trHeight w:val="1200"/>
          <w:jc w:val="center"/>
        </w:trPr>
        <w:tc>
          <w:tcPr>
            <w:tcW w:w="1320" w:type="dxa"/>
            <w:vMerge/>
            <w:tcBorders>
              <w:top w:val="single" w:sz="4" w:space="0" w:color="auto"/>
              <w:left w:val="single" w:sz="4" w:space="0" w:color="auto"/>
              <w:bottom w:val="single" w:sz="4" w:space="0" w:color="000000"/>
              <w:right w:val="single" w:sz="4" w:space="0" w:color="auto"/>
            </w:tcBorders>
            <w:vAlign w:val="center"/>
            <w:hideMark/>
          </w:tcPr>
          <w:p w14:paraId="40EFFF0E" w14:textId="77777777" w:rsidR="00EB65A4" w:rsidRPr="00EB65A4" w:rsidRDefault="00EB65A4" w:rsidP="0042266E">
            <w:pPr>
              <w:rPr>
                <w:rFonts w:ascii="Arial" w:hAnsi="Arial" w:cs="Arial"/>
                <w:b/>
                <w:bCs/>
                <w:color w:val="000000"/>
                <w:sz w:val="18"/>
                <w:szCs w:val="18"/>
                <w:lang w:eastAsia="es-CO"/>
              </w:rPr>
            </w:pPr>
          </w:p>
        </w:tc>
        <w:tc>
          <w:tcPr>
            <w:tcW w:w="1474" w:type="dxa"/>
            <w:tcBorders>
              <w:top w:val="nil"/>
              <w:left w:val="single" w:sz="4" w:space="0" w:color="auto"/>
              <w:bottom w:val="single" w:sz="4" w:space="0" w:color="auto"/>
              <w:right w:val="single" w:sz="4" w:space="0" w:color="auto"/>
            </w:tcBorders>
            <w:vAlign w:val="center"/>
            <w:hideMark/>
          </w:tcPr>
          <w:p w14:paraId="5218A5BC" w14:textId="77777777" w:rsidR="00EB65A4" w:rsidRPr="00EB65A4" w:rsidRDefault="00EB65A4" w:rsidP="0042266E">
            <w:pPr>
              <w:rPr>
                <w:rFonts w:ascii="Arial" w:hAnsi="Arial" w:cs="Arial"/>
                <w:color w:val="000000"/>
                <w:sz w:val="18"/>
                <w:szCs w:val="18"/>
                <w:lang w:eastAsia="es-CO"/>
              </w:rPr>
            </w:pPr>
            <w:r w:rsidRPr="00EB65A4">
              <w:rPr>
                <w:rFonts w:ascii="Arial" w:hAnsi="Arial" w:cs="Arial"/>
                <w:color w:val="000000"/>
                <w:sz w:val="18"/>
                <w:szCs w:val="18"/>
                <w:lang w:eastAsia="es-CO"/>
              </w:rPr>
              <w:t xml:space="preserve">4.3. Pago de </w:t>
            </w:r>
            <w:proofErr w:type="spellStart"/>
            <w:r w:rsidRPr="00EB65A4">
              <w:rPr>
                <w:rFonts w:ascii="Arial" w:hAnsi="Arial" w:cs="Arial"/>
                <w:color w:val="000000"/>
                <w:sz w:val="18"/>
                <w:szCs w:val="18"/>
                <w:lang w:eastAsia="es-CO"/>
              </w:rPr>
              <w:t>Servicios</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Públicos</w:t>
            </w:r>
            <w:proofErr w:type="spellEnd"/>
            <w:r w:rsidRPr="00EB65A4">
              <w:rPr>
                <w:rFonts w:ascii="Arial" w:hAnsi="Arial" w:cs="Arial"/>
                <w:color w:val="000000"/>
                <w:sz w:val="18"/>
                <w:szCs w:val="18"/>
                <w:lang w:eastAsia="es-CO"/>
              </w:rPr>
              <w:t xml:space="preserve"> del </w:t>
            </w:r>
            <w:proofErr w:type="spellStart"/>
            <w:r w:rsidRPr="00EB65A4">
              <w:rPr>
                <w:rFonts w:ascii="Arial" w:hAnsi="Arial" w:cs="Arial"/>
                <w:color w:val="000000"/>
                <w:sz w:val="18"/>
                <w:szCs w:val="18"/>
                <w:lang w:eastAsia="es-CO"/>
              </w:rPr>
              <w:t>Inmueble</w:t>
            </w:r>
            <w:proofErr w:type="spellEnd"/>
            <w:r w:rsidRPr="00EB65A4">
              <w:rPr>
                <w:rFonts w:ascii="Arial" w:hAnsi="Arial" w:cs="Arial"/>
                <w:color w:val="000000"/>
                <w:sz w:val="18"/>
                <w:szCs w:val="18"/>
                <w:lang w:eastAsia="es-CO"/>
              </w:rPr>
              <w:t xml:space="preserve"> del CPS.</w:t>
            </w:r>
          </w:p>
        </w:tc>
        <w:tc>
          <w:tcPr>
            <w:tcW w:w="1320" w:type="dxa"/>
            <w:tcBorders>
              <w:top w:val="nil"/>
              <w:left w:val="nil"/>
              <w:bottom w:val="single" w:sz="4" w:space="0" w:color="auto"/>
              <w:right w:val="single" w:sz="4" w:space="0" w:color="auto"/>
            </w:tcBorders>
            <w:vAlign w:val="center"/>
            <w:hideMark/>
          </w:tcPr>
          <w:p w14:paraId="169AFB7C" w14:textId="77777777" w:rsidR="00EB65A4" w:rsidRPr="00EB65A4" w:rsidRDefault="00EB65A4" w:rsidP="0042266E">
            <w:pPr>
              <w:jc w:val="center"/>
              <w:rPr>
                <w:rFonts w:ascii="Arial" w:hAnsi="Arial" w:cs="Arial"/>
                <w:color w:val="000000"/>
                <w:sz w:val="18"/>
                <w:szCs w:val="18"/>
                <w:lang w:eastAsia="es-CO"/>
              </w:rPr>
            </w:pPr>
            <w:r w:rsidRPr="00EB65A4">
              <w:rPr>
                <w:rFonts w:ascii="Arial" w:hAnsi="Arial" w:cs="Arial"/>
                <w:color w:val="000000"/>
                <w:sz w:val="18"/>
                <w:szCs w:val="18"/>
                <w:lang w:eastAsia="es-CO"/>
              </w:rPr>
              <w:t>2</w:t>
            </w:r>
          </w:p>
        </w:tc>
        <w:tc>
          <w:tcPr>
            <w:tcW w:w="1166" w:type="dxa"/>
            <w:tcBorders>
              <w:top w:val="nil"/>
              <w:left w:val="nil"/>
              <w:bottom w:val="single" w:sz="4" w:space="0" w:color="auto"/>
              <w:right w:val="single" w:sz="4" w:space="0" w:color="auto"/>
            </w:tcBorders>
            <w:vAlign w:val="center"/>
            <w:hideMark/>
          </w:tcPr>
          <w:p w14:paraId="52AE83E3" w14:textId="77777777" w:rsidR="00EB65A4" w:rsidRPr="00EB65A4" w:rsidRDefault="00EB65A4" w:rsidP="0042266E">
            <w:pPr>
              <w:jc w:val="center"/>
              <w:rPr>
                <w:rFonts w:ascii="Arial" w:hAnsi="Arial" w:cs="Arial"/>
                <w:color w:val="000000"/>
                <w:sz w:val="18"/>
                <w:szCs w:val="18"/>
                <w:lang w:eastAsia="es-CO"/>
              </w:rPr>
            </w:pPr>
            <w:r w:rsidRPr="00EB65A4">
              <w:rPr>
                <w:rFonts w:ascii="Arial" w:hAnsi="Arial" w:cs="Arial"/>
                <w:color w:val="000000"/>
                <w:sz w:val="18"/>
                <w:szCs w:val="18"/>
                <w:lang w:eastAsia="es-CO"/>
              </w:rPr>
              <w:t>1</w:t>
            </w:r>
          </w:p>
        </w:tc>
        <w:tc>
          <w:tcPr>
            <w:tcW w:w="1320" w:type="dxa"/>
            <w:tcBorders>
              <w:top w:val="nil"/>
              <w:left w:val="nil"/>
              <w:bottom w:val="single" w:sz="4" w:space="0" w:color="auto"/>
              <w:right w:val="single" w:sz="4" w:space="0" w:color="auto"/>
            </w:tcBorders>
            <w:vAlign w:val="center"/>
            <w:hideMark/>
          </w:tcPr>
          <w:p w14:paraId="0C066C04" w14:textId="77777777" w:rsidR="00EB65A4" w:rsidRPr="00EB65A4" w:rsidRDefault="00EB65A4" w:rsidP="0042266E">
            <w:pPr>
              <w:jc w:val="right"/>
              <w:rPr>
                <w:rFonts w:ascii="Arial" w:hAnsi="Arial" w:cs="Arial"/>
                <w:color w:val="000000"/>
                <w:sz w:val="18"/>
                <w:szCs w:val="18"/>
                <w:lang w:eastAsia="es-CO"/>
              </w:rPr>
            </w:pPr>
            <w:r w:rsidRPr="00EB65A4">
              <w:rPr>
                <w:rFonts w:ascii="Arial" w:hAnsi="Arial" w:cs="Arial"/>
                <w:color w:val="000000"/>
                <w:sz w:val="18"/>
                <w:szCs w:val="18"/>
                <w:lang w:eastAsia="es-CO"/>
              </w:rPr>
              <w:t xml:space="preserve">           960.000 </w:t>
            </w:r>
          </w:p>
        </w:tc>
        <w:tc>
          <w:tcPr>
            <w:tcW w:w="1320" w:type="dxa"/>
            <w:tcBorders>
              <w:top w:val="nil"/>
              <w:left w:val="nil"/>
              <w:bottom w:val="single" w:sz="4" w:space="0" w:color="auto"/>
              <w:right w:val="single" w:sz="4" w:space="0" w:color="auto"/>
            </w:tcBorders>
            <w:vAlign w:val="center"/>
            <w:hideMark/>
          </w:tcPr>
          <w:p w14:paraId="6D6A930B" w14:textId="77777777" w:rsidR="00EB65A4" w:rsidRPr="00EB65A4" w:rsidRDefault="00EB65A4" w:rsidP="0042266E">
            <w:pPr>
              <w:jc w:val="right"/>
              <w:rPr>
                <w:rFonts w:ascii="Arial" w:hAnsi="Arial" w:cs="Arial"/>
                <w:color w:val="000000"/>
                <w:sz w:val="18"/>
                <w:szCs w:val="18"/>
                <w:lang w:eastAsia="es-CO"/>
              </w:rPr>
            </w:pPr>
            <w:r w:rsidRPr="00EB65A4">
              <w:rPr>
                <w:rFonts w:ascii="Arial" w:hAnsi="Arial" w:cs="Arial"/>
                <w:color w:val="000000"/>
                <w:sz w:val="18"/>
                <w:szCs w:val="18"/>
                <w:lang w:eastAsia="es-CO"/>
              </w:rPr>
              <w:t xml:space="preserve">        1.920.000 </w:t>
            </w:r>
          </w:p>
        </w:tc>
      </w:tr>
      <w:tr w:rsidR="00EB65A4" w:rsidRPr="00EB65A4" w14:paraId="233DD7B6" w14:textId="77777777" w:rsidTr="00EB65A4">
        <w:trPr>
          <w:trHeight w:val="315"/>
          <w:jc w:val="center"/>
        </w:trPr>
        <w:tc>
          <w:tcPr>
            <w:tcW w:w="6600"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5C459D0E" w14:textId="77777777" w:rsidR="00EB65A4" w:rsidRPr="00EB65A4" w:rsidRDefault="00EB65A4" w:rsidP="0042266E">
            <w:pPr>
              <w:jc w:val="right"/>
              <w:rPr>
                <w:rFonts w:ascii="Arial" w:hAnsi="Arial" w:cs="Arial"/>
                <w:b/>
                <w:bCs/>
                <w:color w:val="000000"/>
                <w:sz w:val="18"/>
                <w:szCs w:val="18"/>
                <w:lang w:eastAsia="es-CO"/>
              </w:rPr>
            </w:pPr>
            <w:r w:rsidRPr="00EB65A4">
              <w:rPr>
                <w:rFonts w:ascii="Arial" w:hAnsi="Arial" w:cs="Arial"/>
                <w:b/>
                <w:bCs/>
                <w:color w:val="000000"/>
                <w:sz w:val="18"/>
                <w:szCs w:val="18"/>
                <w:lang w:eastAsia="es-CO"/>
              </w:rPr>
              <w:t xml:space="preserve">Sub Total </w:t>
            </w:r>
            <w:proofErr w:type="spellStart"/>
            <w:r w:rsidRPr="00EB65A4">
              <w:rPr>
                <w:rFonts w:ascii="Arial" w:hAnsi="Arial" w:cs="Arial"/>
                <w:b/>
                <w:bCs/>
                <w:color w:val="000000"/>
                <w:sz w:val="18"/>
                <w:szCs w:val="18"/>
                <w:lang w:eastAsia="es-CO"/>
              </w:rPr>
              <w:t>Ítem</w:t>
            </w:r>
            <w:proofErr w:type="spellEnd"/>
            <w:r w:rsidRPr="00EB65A4">
              <w:rPr>
                <w:rFonts w:ascii="Arial" w:hAnsi="Arial" w:cs="Arial"/>
                <w:b/>
                <w:bCs/>
                <w:color w:val="000000"/>
                <w:sz w:val="18"/>
                <w:szCs w:val="18"/>
                <w:lang w:eastAsia="es-CO"/>
              </w:rPr>
              <w:t xml:space="preserve"> 4.</w:t>
            </w:r>
          </w:p>
        </w:tc>
        <w:tc>
          <w:tcPr>
            <w:tcW w:w="1320" w:type="dxa"/>
            <w:tcBorders>
              <w:top w:val="nil"/>
              <w:left w:val="nil"/>
              <w:bottom w:val="single" w:sz="4" w:space="0" w:color="auto"/>
              <w:right w:val="single" w:sz="4" w:space="0" w:color="auto"/>
            </w:tcBorders>
            <w:shd w:val="clear" w:color="000000" w:fill="D9D9D9"/>
            <w:vAlign w:val="center"/>
            <w:hideMark/>
          </w:tcPr>
          <w:p w14:paraId="75A7037D" w14:textId="77777777" w:rsidR="00EB65A4" w:rsidRPr="00EB65A4" w:rsidRDefault="00EB65A4" w:rsidP="0042266E">
            <w:pPr>
              <w:jc w:val="right"/>
              <w:rPr>
                <w:rFonts w:ascii="Arial" w:hAnsi="Arial" w:cs="Arial"/>
                <w:b/>
                <w:bCs/>
                <w:color w:val="000000"/>
                <w:sz w:val="18"/>
                <w:szCs w:val="18"/>
                <w:lang w:eastAsia="es-CO"/>
              </w:rPr>
            </w:pPr>
            <w:r w:rsidRPr="00EB65A4">
              <w:rPr>
                <w:rFonts w:ascii="Arial" w:hAnsi="Arial" w:cs="Arial"/>
                <w:b/>
                <w:bCs/>
                <w:color w:val="000000"/>
                <w:sz w:val="18"/>
                <w:szCs w:val="18"/>
                <w:lang w:eastAsia="es-CO"/>
              </w:rPr>
              <w:t xml:space="preserve">        2.720.000 </w:t>
            </w:r>
          </w:p>
        </w:tc>
      </w:tr>
      <w:tr w:rsidR="00EB65A4" w:rsidRPr="00EB65A4" w14:paraId="14DFB859" w14:textId="77777777" w:rsidTr="00EB65A4">
        <w:trPr>
          <w:trHeight w:val="315"/>
          <w:jc w:val="center"/>
        </w:trPr>
        <w:tc>
          <w:tcPr>
            <w:tcW w:w="1320" w:type="dxa"/>
            <w:vMerge w:val="restart"/>
            <w:tcBorders>
              <w:top w:val="single" w:sz="4" w:space="0" w:color="auto"/>
              <w:left w:val="single" w:sz="4" w:space="0" w:color="auto"/>
              <w:bottom w:val="single" w:sz="4" w:space="0" w:color="000000"/>
              <w:right w:val="single" w:sz="4" w:space="0" w:color="auto"/>
            </w:tcBorders>
            <w:shd w:val="clear" w:color="000000" w:fill="70AD47"/>
            <w:vAlign w:val="center"/>
            <w:hideMark/>
          </w:tcPr>
          <w:p w14:paraId="168919FE" w14:textId="77777777" w:rsidR="00EB65A4" w:rsidRPr="00EB65A4" w:rsidRDefault="00EB65A4" w:rsidP="0042266E">
            <w:pPr>
              <w:jc w:val="center"/>
              <w:rPr>
                <w:rFonts w:ascii="Arial" w:hAnsi="Arial" w:cs="Arial"/>
                <w:b/>
                <w:bCs/>
                <w:color w:val="000000"/>
                <w:sz w:val="18"/>
                <w:szCs w:val="18"/>
                <w:lang w:eastAsia="es-CO"/>
              </w:rPr>
            </w:pPr>
            <w:r w:rsidRPr="00EB65A4">
              <w:rPr>
                <w:rFonts w:ascii="Arial" w:hAnsi="Arial" w:cs="Arial"/>
                <w:b/>
                <w:bCs/>
                <w:color w:val="000000"/>
                <w:sz w:val="18"/>
                <w:szCs w:val="18"/>
                <w:lang w:eastAsia="es-CO"/>
              </w:rPr>
              <w:t>5</w:t>
            </w:r>
          </w:p>
        </w:tc>
        <w:tc>
          <w:tcPr>
            <w:tcW w:w="6600" w:type="dxa"/>
            <w:gridSpan w:val="5"/>
            <w:tcBorders>
              <w:top w:val="single" w:sz="4" w:space="0" w:color="auto"/>
              <w:left w:val="single" w:sz="4" w:space="0" w:color="auto"/>
              <w:bottom w:val="single" w:sz="4" w:space="0" w:color="auto"/>
              <w:right w:val="nil"/>
            </w:tcBorders>
            <w:shd w:val="clear" w:color="000000" w:fill="70AD47"/>
            <w:vAlign w:val="center"/>
            <w:hideMark/>
          </w:tcPr>
          <w:p w14:paraId="24B6D395" w14:textId="77777777" w:rsidR="00EB65A4" w:rsidRPr="00EB65A4" w:rsidRDefault="00EB65A4" w:rsidP="0042266E">
            <w:pPr>
              <w:rPr>
                <w:rFonts w:ascii="Arial" w:hAnsi="Arial" w:cs="Arial"/>
                <w:b/>
                <w:bCs/>
                <w:color w:val="000000"/>
                <w:sz w:val="18"/>
                <w:szCs w:val="18"/>
                <w:lang w:eastAsia="es-CO"/>
              </w:rPr>
            </w:pPr>
            <w:proofErr w:type="spellStart"/>
            <w:r w:rsidRPr="00EB65A4">
              <w:rPr>
                <w:rFonts w:ascii="Arial" w:hAnsi="Arial" w:cs="Arial"/>
                <w:b/>
                <w:bCs/>
                <w:color w:val="000000"/>
                <w:sz w:val="18"/>
                <w:szCs w:val="18"/>
                <w:lang w:eastAsia="es-CO"/>
              </w:rPr>
              <w:t>Gastos</w:t>
            </w:r>
            <w:proofErr w:type="spellEnd"/>
            <w:r w:rsidRPr="00EB65A4">
              <w:rPr>
                <w:rFonts w:ascii="Arial" w:hAnsi="Arial" w:cs="Arial"/>
                <w:b/>
                <w:bCs/>
                <w:color w:val="000000"/>
                <w:sz w:val="18"/>
                <w:szCs w:val="18"/>
                <w:lang w:eastAsia="es-CO"/>
              </w:rPr>
              <w:t xml:space="preserve"> Operativos </w:t>
            </w:r>
            <w:proofErr w:type="spellStart"/>
            <w:r w:rsidRPr="00EB65A4">
              <w:rPr>
                <w:rFonts w:ascii="Arial" w:hAnsi="Arial" w:cs="Arial"/>
                <w:b/>
                <w:bCs/>
                <w:color w:val="000000"/>
                <w:sz w:val="18"/>
                <w:szCs w:val="18"/>
                <w:lang w:eastAsia="es-CO"/>
              </w:rPr>
              <w:t>Generales</w:t>
            </w:r>
            <w:proofErr w:type="spellEnd"/>
            <w:r w:rsidRPr="00EB65A4">
              <w:rPr>
                <w:rFonts w:ascii="Arial" w:hAnsi="Arial" w:cs="Arial"/>
                <w:b/>
                <w:bCs/>
                <w:color w:val="000000"/>
                <w:sz w:val="18"/>
                <w:szCs w:val="18"/>
                <w:lang w:eastAsia="es-CO"/>
              </w:rPr>
              <w:t xml:space="preserve"> </w:t>
            </w:r>
            <w:proofErr w:type="spellStart"/>
            <w:r w:rsidRPr="00EB65A4">
              <w:rPr>
                <w:rFonts w:ascii="Arial" w:hAnsi="Arial" w:cs="Arial"/>
                <w:b/>
                <w:bCs/>
                <w:color w:val="000000"/>
                <w:sz w:val="18"/>
                <w:szCs w:val="18"/>
                <w:lang w:eastAsia="es-CO"/>
              </w:rPr>
              <w:t>Básicos</w:t>
            </w:r>
            <w:proofErr w:type="spellEnd"/>
            <w:r w:rsidRPr="00EB65A4">
              <w:rPr>
                <w:rFonts w:ascii="Arial" w:hAnsi="Arial" w:cs="Arial"/>
                <w:b/>
                <w:bCs/>
                <w:color w:val="000000"/>
                <w:sz w:val="18"/>
                <w:szCs w:val="18"/>
                <w:lang w:eastAsia="es-CO"/>
              </w:rPr>
              <w:t>.</w:t>
            </w:r>
          </w:p>
        </w:tc>
      </w:tr>
      <w:tr w:rsidR="00EB65A4" w:rsidRPr="00EB65A4" w14:paraId="55A12520" w14:textId="77777777" w:rsidTr="00EB65A4">
        <w:trPr>
          <w:trHeight w:val="2400"/>
          <w:jc w:val="center"/>
        </w:trPr>
        <w:tc>
          <w:tcPr>
            <w:tcW w:w="1320" w:type="dxa"/>
            <w:vMerge/>
            <w:tcBorders>
              <w:top w:val="single" w:sz="4" w:space="0" w:color="auto"/>
              <w:left w:val="single" w:sz="4" w:space="0" w:color="auto"/>
              <w:bottom w:val="single" w:sz="4" w:space="0" w:color="000000"/>
              <w:right w:val="single" w:sz="4" w:space="0" w:color="auto"/>
            </w:tcBorders>
            <w:vAlign w:val="center"/>
            <w:hideMark/>
          </w:tcPr>
          <w:p w14:paraId="65AFF12B" w14:textId="77777777" w:rsidR="00EB65A4" w:rsidRPr="00EB65A4" w:rsidRDefault="00EB65A4" w:rsidP="0042266E">
            <w:pPr>
              <w:rPr>
                <w:rFonts w:ascii="Arial" w:hAnsi="Arial" w:cs="Arial"/>
                <w:b/>
                <w:bCs/>
                <w:color w:val="000000"/>
                <w:sz w:val="18"/>
                <w:szCs w:val="18"/>
                <w:lang w:eastAsia="es-CO"/>
              </w:rPr>
            </w:pPr>
          </w:p>
        </w:tc>
        <w:tc>
          <w:tcPr>
            <w:tcW w:w="1474" w:type="dxa"/>
            <w:tcBorders>
              <w:top w:val="nil"/>
              <w:left w:val="single" w:sz="4" w:space="0" w:color="auto"/>
              <w:bottom w:val="single" w:sz="4" w:space="0" w:color="auto"/>
              <w:right w:val="single" w:sz="4" w:space="0" w:color="auto"/>
            </w:tcBorders>
            <w:vAlign w:val="center"/>
            <w:hideMark/>
          </w:tcPr>
          <w:p w14:paraId="29C3D95C" w14:textId="77777777" w:rsidR="00EB65A4" w:rsidRPr="00EB65A4" w:rsidRDefault="00EB65A4" w:rsidP="0042266E">
            <w:pPr>
              <w:rPr>
                <w:rFonts w:ascii="Arial" w:hAnsi="Arial" w:cs="Arial"/>
                <w:color w:val="000000"/>
                <w:sz w:val="18"/>
                <w:szCs w:val="18"/>
                <w:lang w:eastAsia="es-CO"/>
              </w:rPr>
            </w:pPr>
            <w:r w:rsidRPr="00EB65A4">
              <w:rPr>
                <w:rFonts w:ascii="Arial" w:hAnsi="Arial" w:cs="Arial"/>
                <w:color w:val="000000"/>
                <w:sz w:val="18"/>
                <w:szCs w:val="18"/>
                <w:lang w:eastAsia="es-CO"/>
              </w:rPr>
              <w:t xml:space="preserve">5.1. </w:t>
            </w:r>
            <w:proofErr w:type="spellStart"/>
            <w:r w:rsidRPr="00EB65A4">
              <w:rPr>
                <w:rFonts w:ascii="Arial" w:hAnsi="Arial" w:cs="Arial"/>
                <w:color w:val="000000"/>
                <w:sz w:val="18"/>
                <w:szCs w:val="18"/>
                <w:lang w:eastAsia="es-CO"/>
              </w:rPr>
              <w:t>Dotación</w:t>
            </w:r>
            <w:proofErr w:type="spellEnd"/>
            <w:r w:rsidRPr="00EB65A4">
              <w:rPr>
                <w:rFonts w:ascii="Arial" w:hAnsi="Arial" w:cs="Arial"/>
                <w:color w:val="000000"/>
                <w:sz w:val="18"/>
                <w:szCs w:val="18"/>
                <w:lang w:eastAsia="es-CO"/>
              </w:rPr>
              <w:t xml:space="preserve"> y </w:t>
            </w:r>
            <w:proofErr w:type="spellStart"/>
            <w:r w:rsidRPr="00EB65A4">
              <w:rPr>
                <w:rFonts w:ascii="Arial" w:hAnsi="Arial" w:cs="Arial"/>
                <w:color w:val="000000"/>
                <w:sz w:val="18"/>
                <w:szCs w:val="18"/>
                <w:lang w:eastAsia="es-CO"/>
              </w:rPr>
              <w:t>Reposición</w:t>
            </w:r>
            <w:proofErr w:type="spellEnd"/>
            <w:r w:rsidRPr="00EB65A4">
              <w:rPr>
                <w:rFonts w:ascii="Arial" w:hAnsi="Arial" w:cs="Arial"/>
                <w:color w:val="000000"/>
                <w:sz w:val="18"/>
                <w:szCs w:val="18"/>
                <w:lang w:eastAsia="es-CO"/>
              </w:rPr>
              <w:t xml:space="preserve"> </w:t>
            </w:r>
            <w:proofErr w:type="spellStart"/>
            <w:r w:rsidRPr="00EB65A4">
              <w:rPr>
                <w:rFonts w:ascii="Arial" w:hAnsi="Arial" w:cs="Arial"/>
                <w:color w:val="000000"/>
                <w:sz w:val="18"/>
                <w:szCs w:val="18"/>
                <w:lang w:eastAsia="es-CO"/>
              </w:rPr>
              <w:t>básica</w:t>
            </w:r>
            <w:proofErr w:type="spellEnd"/>
            <w:r w:rsidRPr="00EB65A4">
              <w:rPr>
                <w:rFonts w:ascii="Arial" w:hAnsi="Arial" w:cs="Arial"/>
                <w:color w:val="000000"/>
                <w:sz w:val="18"/>
                <w:szCs w:val="18"/>
                <w:lang w:eastAsia="es-CO"/>
              </w:rPr>
              <w:t xml:space="preserve"> del CPS.</w:t>
            </w:r>
            <w:r w:rsidRPr="00EB65A4">
              <w:rPr>
                <w:rFonts w:ascii="Arial" w:hAnsi="Arial" w:cs="Arial"/>
                <w:color w:val="000000"/>
                <w:sz w:val="18"/>
                <w:szCs w:val="18"/>
                <w:lang w:eastAsia="es-CO"/>
              </w:rPr>
              <w:br/>
            </w:r>
            <w:r w:rsidRPr="00EB65A4">
              <w:rPr>
                <w:rFonts w:ascii="Arial" w:hAnsi="Arial" w:cs="Arial"/>
                <w:color w:val="000000"/>
                <w:sz w:val="18"/>
                <w:szCs w:val="18"/>
                <w:lang w:eastAsia="es-CO"/>
              </w:rPr>
              <w:br/>
              <w:t xml:space="preserve">5.3. </w:t>
            </w:r>
            <w:proofErr w:type="spellStart"/>
            <w:r w:rsidRPr="00EB65A4">
              <w:rPr>
                <w:rFonts w:ascii="Arial" w:hAnsi="Arial" w:cs="Arial"/>
                <w:color w:val="000000"/>
                <w:sz w:val="18"/>
                <w:szCs w:val="18"/>
                <w:lang w:eastAsia="es-CO"/>
              </w:rPr>
              <w:t>Mantenimiento</w:t>
            </w:r>
            <w:proofErr w:type="spellEnd"/>
            <w:r w:rsidRPr="00EB65A4">
              <w:rPr>
                <w:rFonts w:ascii="Arial" w:hAnsi="Arial" w:cs="Arial"/>
                <w:color w:val="000000"/>
                <w:sz w:val="18"/>
                <w:szCs w:val="18"/>
                <w:lang w:eastAsia="es-CO"/>
              </w:rPr>
              <w:t xml:space="preserve"> de Zonas Verdes del CPS.</w:t>
            </w:r>
          </w:p>
        </w:tc>
        <w:tc>
          <w:tcPr>
            <w:tcW w:w="1320" w:type="dxa"/>
            <w:tcBorders>
              <w:top w:val="nil"/>
              <w:left w:val="nil"/>
              <w:bottom w:val="single" w:sz="4" w:space="0" w:color="auto"/>
              <w:right w:val="single" w:sz="4" w:space="0" w:color="auto"/>
            </w:tcBorders>
            <w:vAlign w:val="center"/>
            <w:hideMark/>
          </w:tcPr>
          <w:p w14:paraId="597676FC" w14:textId="77777777" w:rsidR="00EB65A4" w:rsidRPr="00EB65A4" w:rsidRDefault="00EB65A4" w:rsidP="0042266E">
            <w:pPr>
              <w:jc w:val="center"/>
              <w:rPr>
                <w:rFonts w:ascii="Arial" w:hAnsi="Arial" w:cs="Arial"/>
                <w:color w:val="000000"/>
                <w:sz w:val="18"/>
                <w:szCs w:val="18"/>
                <w:lang w:eastAsia="es-CO"/>
              </w:rPr>
            </w:pPr>
            <w:r w:rsidRPr="00EB65A4">
              <w:rPr>
                <w:rFonts w:ascii="Arial" w:hAnsi="Arial" w:cs="Arial"/>
                <w:color w:val="000000"/>
                <w:sz w:val="18"/>
                <w:szCs w:val="18"/>
                <w:lang w:eastAsia="es-CO"/>
              </w:rPr>
              <w:t>53</w:t>
            </w:r>
          </w:p>
        </w:tc>
        <w:tc>
          <w:tcPr>
            <w:tcW w:w="1166" w:type="dxa"/>
            <w:tcBorders>
              <w:top w:val="nil"/>
              <w:left w:val="nil"/>
              <w:bottom w:val="single" w:sz="4" w:space="0" w:color="auto"/>
              <w:right w:val="single" w:sz="4" w:space="0" w:color="auto"/>
            </w:tcBorders>
            <w:vAlign w:val="center"/>
            <w:hideMark/>
          </w:tcPr>
          <w:p w14:paraId="30BF9636" w14:textId="77777777" w:rsidR="00EB65A4" w:rsidRPr="00EB65A4" w:rsidRDefault="00EB65A4" w:rsidP="0042266E">
            <w:pPr>
              <w:jc w:val="center"/>
              <w:rPr>
                <w:rFonts w:ascii="Arial" w:hAnsi="Arial" w:cs="Arial"/>
                <w:color w:val="000000"/>
                <w:sz w:val="18"/>
                <w:szCs w:val="18"/>
                <w:lang w:eastAsia="es-CO"/>
              </w:rPr>
            </w:pPr>
            <w:r w:rsidRPr="00EB65A4">
              <w:rPr>
                <w:rFonts w:ascii="Arial" w:hAnsi="Arial" w:cs="Arial"/>
                <w:color w:val="000000"/>
                <w:sz w:val="18"/>
                <w:szCs w:val="18"/>
                <w:lang w:eastAsia="es-CO"/>
              </w:rPr>
              <w:t>1</w:t>
            </w:r>
          </w:p>
        </w:tc>
        <w:tc>
          <w:tcPr>
            <w:tcW w:w="1320" w:type="dxa"/>
            <w:tcBorders>
              <w:top w:val="nil"/>
              <w:left w:val="nil"/>
              <w:bottom w:val="single" w:sz="4" w:space="0" w:color="auto"/>
              <w:right w:val="single" w:sz="4" w:space="0" w:color="auto"/>
            </w:tcBorders>
            <w:vAlign w:val="center"/>
            <w:hideMark/>
          </w:tcPr>
          <w:p w14:paraId="40F26857" w14:textId="77777777" w:rsidR="00EB65A4" w:rsidRPr="00EB65A4" w:rsidRDefault="00EB65A4" w:rsidP="0042266E">
            <w:pPr>
              <w:jc w:val="right"/>
              <w:rPr>
                <w:rFonts w:ascii="Arial" w:hAnsi="Arial" w:cs="Arial"/>
                <w:color w:val="000000"/>
                <w:sz w:val="18"/>
                <w:szCs w:val="18"/>
                <w:lang w:eastAsia="es-CO"/>
              </w:rPr>
            </w:pPr>
            <w:r w:rsidRPr="00EB65A4">
              <w:rPr>
                <w:rFonts w:ascii="Arial" w:hAnsi="Arial" w:cs="Arial"/>
                <w:color w:val="000000"/>
                <w:sz w:val="18"/>
                <w:szCs w:val="18"/>
                <w:lang w:eastAsia="es-CO"/>
              </w:rPr>
              <w:t xml:space="preserve">              50.000 </w:t>
            </w:r>
          </w:p>
        </w:tc>
        <w:tc>
          <w:tcPr>
            <w:tcW w:w="1320" w:type="dxa"/>
            <w:tcBorders>
              <w:top w:val="nil"/>
              <w:left w:val="nil"/>
              <w:bottom w:val="single" w:sz="4" w:space="0" w:color="auto"/>
              <w:right w:val="single" w:sz="4" w:space="0" w:color="auto"/>
            </w:tcBorders>
            <w:vAlign w:val="center"/>
            <w:hideMark/>
          </w:tcPr>
          <w:p w14:paraId="2E999977" w14:textId="77777777" w:rsidR="00EB65A4" w:rsidRPr="00EB65A4" w:rsidRDefault="00EB65A4" w:rsidP="0042266E">
            <w:pPr>
              <w:jc w:val="right"/>
              <w:rPr>
                <w:rFonts w:ascii="Arial" w:hAnsi="Arial" w:cs="Arial"/>
                <w:color w:val="000000"/>
                <w:sz w:val="18"/>
                <w:szCs w:val="18"/>
                <w:lang w:eastAsia="es-CO"/>
              </w:rPr>
            </w:pPr>
            <w:r w:rsidRPr="00EB65A4">
              <w:rPr>
                <w:rFonts w:ascii="Arial" w:hAnsi="Arial" w:cs="Arial"/>
                <w:color w:val="000000"/>
                <w:sz w:val="18"/>
                <w:szCs w:val="18"/>
                <w:lang w:eastAsia="es-CO"/>
              </w:rPr>
              <w:t xml:space="preserve">        2.650.000 </w:t>
            </w:r>
          </w:p>
        </w:tc>
      </w:tr>
      <w:tr w:rsidR="00EB65A4" w:rsidRPr="00EB65A4" w14:paraId="203A3C36" w14:textId="77777777" w:rsidTr="00EB65A4">
        <w:trPr>
          <w:trHeight w:val="315"/>
          <w:jc w:val="center"/>
        </w:trPr>
        <w:tc>
          <w:tcPr>
            <w:tcW w:w="6600"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221A0DA0" w14:textId="77777777" w:rsidR="00EB65A4" w:rsidRPr="00EB65A4" w:rsidRDefault="00EB65A4" w:rsidP="0042266E">
            <w:pPr>
              <w:jc w:val="right"/>
              <w:rPr>
                <w:rFonts w:ascii="Arial" w:hAnsi="Arial" w:cs="Arial"/>
                <w:b/>
                <w:bCs/>
                <w:color w:val="000000"/>
                <w:sz w:val="18"/>
                <w:szCs w:val="18"/>
                <w:lang w:eastAsia="es-CO"/>
              </w:rPr>
            </w:pPr>
            <w:r w:rsidRPr="00EB65A4">
              <w:rPr>
                <w:rFonts w:ascii="Arial" w:hAnsi="Arial" w:cs="Arial"/>
                <w:b/>
                <w:bCs/>
                <w:color w:val="000000"/>
                <w:sz w:val="18"/>
                <w:szCs w:val="18"/>
                <w:lang w:eastAsia="es-CO"/>
              </w:rPr>
              <w:lastRenderedPageBreak/>
              <w:t xml:space="preserve">Sub Total </w:t>
            </w:r>
            <w:proofErr w:type="spellStart"/>
            <w:r w:rsidRPr="00EB65A4">
              <w:rPr>
                <w:rFonts w:ascii="Arial" w:hAnsi="Arial" w:cs="Arial"/>
                <w:b/>
                <w:bCs/>
                <w:color w:val="000000"/>
                <w:sz w:val="18"/>
                <w:szCs w:val="18"/>
                <w:lang w:eastAsia="es-CO"/>
              </w:rPr>
              <w:t>Ítem</w:t>
            </w:r>
            <w:proofErr w:type="spellEnd"/>
            <w:r w:rsidRPr="00EB65A4">
              <w:rPr>
                <w:rFonts w:ascii="Arial" w:hAnsi="Arial" w:cs="Arial"/>
                <w:b/>
                <w:bCs/>
                <w:color w:val="000000"/>
                <w:sz w:val="18"/>
                <w:szCs w:val="18"/>
                <w:lang w:eastAsia="es-CO"/>
              </w:rPr>
              <w:t xml:space="preserve"> 4.</w:t>
            </w:r>
          </w:p>
        </w:tc>
        <w:tc>
          <w:tcPr>
            <w:tcW w:w="1320" w:type="dxa"/>
            <w:tcBorders>
              <w:top w:val="nil"/>
              <w:left w:val="nil"/>
              <w:bottom w:val="single" w:sz="4" w:space="0" w:color="auto"/>
              <w:right w:val="single" w:sz="4" w:space="0" w:color="auto"/>
            </w:tcBorders>
            <w:shd w:val="clear" w:color="000000" w:fill="D9D9D9"/>
            <w:vAlign w:val="center"/>
            <w:hideMark/>
          </w:tcPr>
          <w:p w14:paraId="5C897429" w14:textId="77777777" w:rsidR="00EB65A4" w:rsidRPr="00EB65A4" w:rsidRDefault="00EB65A4" w:rsidP="0042266E">
            <w:pPr>
              <w:jc w:val="right"/>
              <w:rPr>
                <w:rFonts w:ascii="Arial" w:hAnsi="Arial" w:cs="Arial"/>
                <w:b/>
                <w:bCs/>
                <w:color w:val="000000"/>
                <w:sz w:val="18"/>
                <w:szCs w:val="18"/>
                <w:lang w:eastAsia="es-CO"/>
              </w:rPr>
            </w:pPr>
            <w:r w:rsidRPr="00EB65A4">
              <w:rPr>
                <w:rFonts w:ascii="Arial" w:hAnsi="Arial" w:cs="Arial"/>
                <w:b/>
                <w:bCs/>
                <w:color w:val="000000"/>
                <w:sz w:val="18"/>
                <w:szCs w:val="18"/>
                <w:lang w:eastAsia="es-CO"/>
              </w:rPr>
              <w:t xml:space="preserve">        2.650.000 </w:t>
            </w:r>
          </w:p>
        </w:tc>
      </w:tr>
      <w:tr w:rsidR="00EB65A4" w:rsidRPr="00EB65A4" w14:paraId="34C14E4A" w14:textId="77777777" w:rsidTr="00EB65A4">
        <w:trPr>
          <w:trHeight w:val="315"/>
          <w:jc w:val="center"/>
        </w:trPr>
        <w:tc>
          <w:tcPr>
            <w:tcW w:w="6600" w:type="dxa"/>
            <w:gridSpan w:val="5"/>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7524ABFF" w14:textId="77777777" w:rsidR="00EB65A4" w:rsidRPr="00EB65A4" w:rsidRDefault="00EB65A4" w:rsidP="0042266E">
            <w:pPr>
              <w:jc w:val="right"/>
              <w:rPr>
                <w:rFonts w:ascii="Arial" w:hAnsi="Arial" w:cs="Arial"/>
                <w:b/>
                <w:bCs/>
                <w:color w:val="FFFFFF"/>
                <w:sz w:val="18"/>
                <w:szCs w:val="18"/>
                <w:lang w:eastAsia="es-CO"/>
              </w:rPr>
            </w:pPr>
            <w:r w:rsidRPr="00EB65A4">
              <w:rPr>
                <w:rFonts w:ascii="Arial" w:hAnsi="Arial" w:cs="Arial"/>
                <w:b/>
                <w:bCs/>
                <w:color w:val="FFFFFF"/>
                <w:sz w:val="18"/>
                <w:szCs w:val="18"/>
                <w:lang w:eastAsia="es-CO"/>
              </w:rPr>
              <w:t xml:space="preserve">Total </w:t>
            </w:r>
            <w:proofErr w:type="spellStart"/>
            <w:r w:rsidRPr="00EB65A4">
              <w:rPr>
                <w:rFonts w:ascii="Arial" w:hAnsi="Arial" w:cs="Arial"/>
                <w:b/>
                <w:bCs/>
                <w:color w:val="FFFFFF"/>
                <w:sz w:val="18"/>
                <w:szCs w:val="18"/>
                <w:lang w:eastAsia="es-CO"/>
              </w:rPr>
              <w:t>Aporte</w:t>
            </w:r>
            <w:proofErr w:type="spellEnd"/>
            <w:r w:rsidRPr="00EB65A4">
              <w:rPr>
                <w:rFonts w:ascii="Arial" w:hAnsi="Arial" w:cs="Arial"/>
                <w:b/>
                <w:bCs/>
                <w:color w:val="FFFFFF"/>
                <w:sz w:val="18"/>
                <w:szCs w:val="18"/>
                <w:lang w:eastAsia="es-CO"/>
              </w:rPr>
              <w:t xml:space="preserve"> Municipio 1 </w:t>
            </w:r>
            <w:proofErr w:type="spellStart"/>
            <w:r w:rsidRPr="00EB65A4">
              <w:rPr>
                <w:rFonts w:ascii="Arial" w:hAnsi="Arial" w:cs="Arial"/>
                <w:b/>
                <w:bCs/>
                <w:color w:val="FFFFFF"/>
                <w:sz w:val="18"/>
                <w:szCs w:val="18"/>
                <w:lang w:eastAsia="es-CO"/>
              </w:rPr>
              <w:t>Mes</w:t>
            </w:r>
            <w:proofErr w:type="spellEnd"/>
            <w:r w:rsidRPr="00EB65A4">
              <w:rPr>
                <w:rFonts w:ascii="Arial" w:hAnsi="Arial" w:cs="Arial"/>
                <w:b/>
                <w:bCs/>
                <w:color w:val="FFFFFF"/>
                <w:sz w:val="18"/>
                <w:szCs w:val="18"/>
                <w:lang w:eastAsia="es-CO"/>
              </w:rPr>
              <w:t xml:space="preserve"> AÑO 2026:</w:t>
            </w:r>
          </w:p>
        </w:tc>
        <w:tc>
          <w:tcPr>
            <w:tcW w:w="1320" w:type="dxa"/>
            <w:tcBorders>
              <w:top w:val="nil"/>
              <w:left w:val="nil"/>
              <w:bottom w:val="single" w:sz="4" w:space="0" w:color="auto"/>
              <w:right w:val="single" w:sz="4" w:space="0" w:color="auto"/>
            </w:tcBorders>
            <w:shd w:val="clear" w:color="000000" w:fill="808080"/>
            <w:noWrap/>
            <w:vAlign w:val="center"/>
            <w:hideMark/>
          </w:tcPr>
          <w:p w14:paraId="1AE74150" w14:textId="77777777" w:rsidR="00EB65A4" w:rsidRPr="00EB65A4" w:rsidRDefault="00EB65A4" w:rsidP="0042266E">
            <w:pPr>
              <w:jc w:val="right"/>
              <w:rPr>
                <w:rFonts w:ascii="Arial" w:hAnsi="Arial" w:cs="Arial"/>
                <w:b/>
                <w:bCs/>
                <w:color w:val="FFFFFF"/>
                <w:sz w:val="18"/>
                <w:szCs w:val="18"/>
                <w:lang w:eastAsia="es-CO"/>
              </w:rPr>
            </w:pPr>
            <w:r w:rsidRPr="00EB65A4">
              <w:rPr>
                <w:rFonts w:ascii="Arial" w:hAnsi="Arial" w:cs="Arial"/>
                <w:b/>
                <w:bCs/>
                <w:color w:val="FFFFFF"/>
                <w:sz w:val="18"/>
                <w:szCs w:val="18"/>
                <w:lang w:eastAsia="es-CO"/>
              </w:rPr>
              <w:t xml:space="preserve">      64.472.000 </w:t>
            </w:r>
          </w:p>
        </w:tc>
      </w:tr>
    </w:tbl>
    <w:p w14:paraId="5255E8F1" w14:textId="77777777" w:rsidR="00EB65A4" w:rsidRPr="00EB65A4" w:rsidRDefault="00EB65A4" w:rsidP="00EB65A4">
      <w:pPr>
        <w:jc w:val="both"/>
        <w:rPr>
          <w:rFonts w:ascii="Arial" w:hAnsi="Arial" w:cs="Arial"/>
        </w:rPr>
      </w:pPr>
    </w:p>
    <w:p w14:paraId="4E465CCE" w14:textId="0D166CF8" w:rsidR="00CD7E2E" w:rsidRPr="00EB65A4" w:rsidRDefault="00000000" w:rsidP="00EB65A4">
      <w:pPr>
        <w:jc w:val="both"/>
        <w:rPr>
          <w:rFonts w:ascii="Arial" w:hAnsi="Arial" w:cs="Arial"/>
        </w:rPr>
      </w:pPr>
      <w:r w:rsidRPr="00EB65A4">
        <w:rPr>
          <w:rFonts w:ascii="Arial" w:hAnsi="Arial" w:cs="Arial"/>
          <w:b/>
        </w:rPr>
        <w:t xml:space="preserve">SEGUNDA - IMPUTACIÓN PRESUPUESTAL: </w:t>
      </w:r>
      <w:r w:rsidRPr="00EB65A4">
        <w:rPr>
          <w:rFonts w:ascii="Arial" w:hAnsi="Arial" w:cs="Arial"/>
        </w:rPr>
        <w:t xml:space="preserve">La presente adición se encuentra respaldada presupuestalmente con el Certificado de Disponibilidad Presupuestal CD-000264 de fecha 29 de abril de 2026, por valor de CINCUENTA Y NUEVE MILLONES CIENTO CINCUENTA Y DOS MIL PESOS ($59.152.000) M/CTE, y con un </w:t>
      </w:r>
      <w:proofErr w:type="spellStart"/>
      <w:r w:rsidRPr="00EB65A4">
        <w:rPr>
          <w:rFonts w:ascii="Arial" w:hAnsi="Arial" w:cs="Arial"/>
        </w:rPr>
        <w:t>segundo</w:t>
      </w:r>
      <w:proofErr w:type="spellEnd"/>
      <w:r w:rsidRPr="00EB65A4">
        <w:rPr>
          <w:rFonts w:ascii="Arial" w:hAnsi="Arial" w:cs="Arial"/>
        </w:rPr>
        <w:t xml:space="preserve"> </w:t>
      </w:r>
      <w:proofErr w:type="spellStart"/>
      <w:r w:rsidRPr="00EB65A4">
        <w:rPr>
          <w:rFonts w:ascii="Arial" w:hAnsi="Arial" w:cs="Arial"/>
        </w:rPr>
        <w:t>Certificado</w:t>
      </w:r>
      <w:proofErr w:type="spellEnd"/>
      <w:r w:rsidRPr="00EB65A4">
        <w:rPr>
          <w:rFonts w:ascii="Arial" w:hAnsi="Arial" w:cs="Arial"/>
        </w:rPr>
        <w:t xml:space="preserve"> de </w:t>
      </w:r>
      <w:proofErr w:type="spellStart"/>
      <w:r w:rsidRPr="00EB65A4">
        <w:rPr>
          <w:rFonts w:ascii="Arial" w:hAnsi="Arial" w:cs="Arial"/>
        </w:rPr>
        <w:t>Disponibilidad</w:t>
      </w:r>
      <w:proofErr w:type="spellEnd"/>
      <w:r w:rsidRPr="00EB65A4">
        <w:rPr>
          <w:rFonts w:ascii="Arial" w:hAnsi="Arial" w:cs="Arial"/>
        </w:rPr>
        <w:t xml:space="preserve"> </w:t>
      </w:r>
      <w:proofErr w:type="spellStart"/>
      <w:r w:rsidRPr="00EB65A4">
        <w:rPr>
          <w:rFonts w:ascii="Arial" w:hAnsi="Arial" w:cs="Arial"/>
        </w:rPr>
        <w:t>Presupuestal</w:t>
      </w:r>
      <w:proofErr w:type="spellEnd"/>
      <w:r w:rsidRPr="00EB65A4">
        <w:rPr>
          <w:rFonts w:ascii="Arial" w:hAnsi="Arial" w:cs="Arial"/>
        </w:rPr>
        <w:t xml:space="preserve"> </w:t>
      </w:r>
      <w:r w:rsidR="00EB65A4" w:rsidRPr="00EB65A4">
        <w:rPr>
          <w:rFonts w:ascii="Arial" w:hAnsi="Arial" w:cs="Arial"/>
        </w:rPr>
        <w:t xml:space="preserve">CD-000194 de </w:t>
      </w:r>
      <w:proofErr w:type="spellStart"/>
      <w:r w:rsidR="00EB65A4" w:rsidRPr="00EB65A4">
        <w:rPr>
          <w:rFonts w:ascii="Arial" w:hAnsi="Arial" w:cs="Arial"/>
        </w:rPr>
        <w:t>fecha</w:t>
      </w:r>
      <w:proofErr w:type="spellEnd"/>
      <w:r w:rsidR="00EB65A4" w:rsidRPr="00EB65A4">
        <w:rPr>
          <w:rFonts w:ascii="Arial" w:hAnsi="Arial" w:cs="Arial"/>
        </w:rPr>
        <w:t xml:space="preserve"> 20 de </w:t>
      </w:r>
      <w:proofErr w:type="spellStart"/>
      <w:r w:rsidR="00EB65A4" w:rsidRPr="00EB65A4">
        <w:rPr>
          <w:rFonts w:ascii="Arial" w:hAnsi="Arial" w:cs="Arial"/>
        </w:rPr>
        <w:t>marzo</w:t>
      </w:r>
      <w:proofErr w:type="spellEnd"/>
      <w:r w:rsidR="00EB65A4" w:rsidRPr="00EB65A4">
        <w:rPr>
          <w:rFonts w:ascii="Arial" w:hAnsi="Arial" w:cs="Arial"/>
        </w:rPr>
        <w:t xml:space="preserve"> de 2026 </w:t>
      </w:r>
      <w:proofErr w:type="spellStart"/>
      <w:r w:rsidRPr="00EB65A4">
        <w:rPr>
          <w:rFonts w:ascii="Arial" w:hAnsi="Arial" w:cs="Arial"/>
        </w:rPr>
        <w:t>por</w:t>
      </w:r>
      <w:proofErr w:type="spellEnd"/>
      <w:r w:rsidRPr="00EB65A4">
        <w:rPr>
          <w:rFonts w:ascii="Arial" w:hAnsi="Arial" w:cs="Arial"/>
        </w:rPr>
        <w:t xml:space="preserve"> valor de CINCO MILLONES TRESCIENTOS VEINTE MIL PESOS ($5.320.000) M/CTE, para un total de SESENTA Y CUATRO MILLONES CUATROCIENTOS SETENTA Y DOS MIL PESOS ($64.472.000) M/CTE.</w:t>
      </w:r>
      <w:r w:rsidR="00EB65A4" w:rsidRPr="00EB65A4">
        <w:rPr>
          <w:rFonts w:ascii="Arial" w:hAnsi="Arial" w:cs="Arial"/>
        </w:rPr>
        <w:t xml:space="preserve"> </w:t>
      </w:r>
      <w:r w:rsidRPr="00EB65A4">
        <w:rPr>
          <w:rFonts w:ascii="Arial" w:hAnsi="Arial" w:cs="Arial"/>
          <w:b/>
        </w:rPr>
        <w:t xml:space="preserve">TERCERA - PLAZO: </w:t>
      </w:r>
      <w:r w:rsidRPr="00EB65A4">
        <w:rPr>
          <w:rFonts w:ascii="Arial" w:hAnsi="Arial" w:cs="Arial"/>
        </w:rPr>
        <w:t xml:space="preserve">El plazo contractual continuará conforme a lo pactado inicialmente, hasta agotar presupuesto sin exceder </w:t>
      </w:r>
      <w:proofErr w:type="spellStart"/>
      <w:r w:rsidRPr="00EB65A4">
        <w:rPr>
          <w:rFonts w:ascii="Arial" w:hAnsi="Arial" w:cs="Arial"/>
        </w:rPr>
        <w:t>el</w:t>
      </w:r>
      <w:proofErr w:type="spellEnd"/>
      <w:r w:rsidRPr="00EB65A4">
        <w:rPr>
          <w:rFonts w:ascii="Arial" w:hAnsi="Arial" w:cs="Arial"/>
        </w:rPr>
        <w:t xml:space="preserve"> 31 de </w:t>
      </w:r>
      <w:proofErr w:type="spellStart"/>
      <w:r w:rsidRPr="00EB65A4">
        <w:rPr>
          <w:rFonts w:ascii="Arial" w:hAnsi="Arial" w:cs="Arial"/>
        </w:rPr>
        <w:t>diciembre</w:t>
      </w:r>
      <w:proofErr w:type="spellEnd"/>
      <w:r w:rsidRPr="00EB65A4">
        <w:rPr>
          <w:rFonts w:ascii="Arial" w:hAnsi="Arial" w:cs="Arial"/>
        </w:rPr>
        <w:t xml:space="preserve"> de 2026.</w:t>
      </w:r>
      <w:r w:rsidR="00EB65A4" w:rsidRPr="00EB65A4">
        <w:rPr>
          <w:rFonts w:ascii="Arial" w:hAnsi="Arial" w:cs="Arial"/>
        </w:rPr>
        <w:t xml:space="preserve"> </w:t>
      </w:r>
      <w:r w:rsidRPr="00EB65A4">
        <w:rPr>
          <w:rFonts w:ascii="Arial" w:hAnsi="Arial" w:cs="Arial"/>
          <w:b/>
        </w:rPr>
        <w:t xml:space="preserve">CUARTA - DEMÁS CLÁUSULAS: </w:t>
      </w:r>
      <w:r w:rsidRPr="00EB65A4">
        <w:rPr>
          <w:rFonts w:ascii="Arial" w:hAnsi="Arial" w:cs="Arial"/>
        </w:rPr>
        <w:t xml:space="preserve">Las demás cláusulas del </w:t>
      </w:r>
      <w:proofErr w:type="spellStart"/>
      <w:r w:rsidRPr="00EB65A4">
        <w:rPr>
          <w:rFonts w:ascii="Arial" w:hAnsi="Arial" w:cs="Arial"/>
        </w:rPr>
        <w:t>contrato</w:t>
      </w:r>
      <w:proofErr w:type="spellEnd"/>
      <w:r w:rsidRPr="00EB65A4">
        <w:rPr>
          <w:rFonts w:ascii="Arial" w:hAnsi="Arial" w:cs="Arial"/>
        </w:rPr>
        <w:t xml:space="preserve"> principal </w:t>
      </w:r>
      <w:proofErr w:type="spellStart"/>
      <w:r w:rsidRPr="00EB65A4">
        <w:rPr>
          <w:rFonts w:ascii="Arial" w:hAnsi="Arial" w:cs="Arial"/>
        </w:rPr>
        <w:t>continúan</w:t>
      </w:r>
      <w:proofErr w:type="spellEnd"/>
      <w:r w:rsidRPr="00EB65A4">
        <w:rPr>
          <w:rFonts w:ascii="Arial" w:hAnsi="Arial" w:cs="Arial"/>
        </w:rPr>
        <w:t xml:space="preserve"> </w:t>
      </w:r>
      <w:proofErr w:type="spellStart"/>
      <w:r w:rsidRPr="00EB65A4">
        <w:rPr>
          <w:rFonts w:ascii="Arial" w:hAnsi="Arial" w:cs="Arial"/>
        </w:rPr>
        <w:t>vigentes</w:t>
      </w:r>
      <w:proofErr w:type="spellEnd"/>
      <w:r w:rsidRPr="00EB65A4">
        <w:rPr>
          <w:rFonts w:ascii="Arial" w:hAnsi="Arial" w:cs="Arial"/>
        </w:rPr>
        <w:t xml:space="preserve"> y sin </w:t>
      </w:r>
      <w:proofErr w:type="spellStart"/>
      <w:r w:rsidRPr="00EB65A4">
        <w:rPr>
          <w:rFonts w:ascii="Arial" w:hAnsi="Arial" w:cs="Arial"/>
        </w:rPr>
        <w:t>modificación</w:t>
      </w:r>
      <w:proofErr w:type="spellEnd"/>
      <w:r w:rsidRPr="00EB65A4">
        <w:rPr>
          <w:rFonts w:ascii="Arial" w:hAnsi="Arial" w:cs="Arial"/>
        </w:rPr>
        <w:t>.</w:t>
      </w:r>
      <w:r w:rsidR="00EB65A4" w:rsidRPr="00EB65A4">
        <w:rPr>
          <w:rFonts w:ascii="Arial" w:hAnsi="Arial" w:cs="Arial"/>
        </w:rPr>
        <w:t xml:space="preserve"> </w:t>
      </w:r>
      <w:r w:rsidRPr="00EB65A4">
        <w:rPr>
          <w:rFonts w:ascii="Arial" w:hAnsi="Arial" w:cs="Arial"/>
          <w:b/>
        </w:rPr>
        <w:t xml:space="preserve">QUINTA - PERFECCIONAMIENTO: </w:t>
      </w:r>
      <w:r w:rsidRPr="00EB65A4">
        <w:rPr>
          <w:rFonts w:ascii="Arial" w:hAnsi="Arial" w:cs="Arial"/>
        </w:rPr>
        <w:t>La presente adición se perfecciona con la firma de las partes.</w:t>
      </w:r>
    </w:p>
    <w:p w14:paraId="2DB900E6" w14:textId="77777777" w:rsidR="00EB65A4" w:rsidRPr="00EB65A4" w:rsidRDefault="00EB65A4" w:rsidP="00EB65A4">
      <w:pPr>
        <w:pStyle w:val="Prrafodelista"/>
        <w:widowControl w:val="0"/>
        <w:autoSpaceDE w:val="0"/>
        <w:autoSpaceDN w:val="0"/>
        <w:adjustRightInd w:val="0"/>
        <w:spacing w:after="0" w:line="240" w:lineRule="auto"/>
        <w:ind w:left="-284"/>
        <w:jc w:val="both"/>
        <w:rPr>
          <w:rFonts w:ascii="Arial" w:eastAsia="Times New Roman" w:hAnsi="Arial" w:cs="Arial"/>
          <w:spacing w:val="-2"/>
          <w:sz w:val="24"/>
          <w:szCs w:val="24"/>
          <w:lang w:eastAsia="es-ES"/>
        </w:rPr>
      </w:pPr>
      <w:r w:rsidRPr="00EB65A4">
        <w:rPr>
          <w:rFonts w:ascii="Arial" w:hAnsi="Arial" w:cs="Arial"/>
          <w:b/>
          <w:bCs/>
          <w:noProof/>
        </w:rPr>
        <w:t>El presente documento se entiende firmado electrónicamente una vez aprobado por el ordenador del gasto, a través del Sistema Electrónico para la Contratación Pública – SECOP II</w:t>
      </w:r>
    </w:p>
    <w:p w14:paraId="3B416480" w14:textId="77777777" w:rsidR="00AF79C8" w:rsidRDefault="00000000">
      <w:pPr>
        <w:rPr>
          <w:rFonts w:ascii="Arial" w:hAnsi="Arial" w:cs="Arial"/>
        </w:rPr>
      </w:pPr>
      <w:r w:rsidRPr="00EB65A4">
        <w:rPr>
          <w:rFonts w:ascii="Arial" w:hAnsi="Arial" w:cs="Arial"/>
        </w:rPr>
        <w:br/>
      </w:r>
    </w:p>
    <w:p w14:paraId="7C633A53" w14:textId="562A9921" w:rsidR="00CD7E2E" w:rsidRPr="00EB65A4" w:rsidRDefault="00000000">
      <w:pPr>
        <w:rPr>
          <w:rFonts w:ascii="Arial" w:hAnsi="Arial" w:cs="Arial"/>
        </w:rPr>
      </w:pPr>
      <w:r w:rsidRPr="00EB65A4">
        <w:rPr>
          <w:rFonts w:ascii="Arial" w:hAnsi="Arial" w:cs="Arial"/>
        </w:rPr>
        <w:br/>
      </w:r>
      <w:r w:rsidRPr="00AF79C8">
        <w:rPr>
          <w:rFonts w:ascii="Arial" w:hAnsi="Arial" w:cs="Arial"/>
          <w:b/>
          <w:bCs/>
        </w:rPr>
        <w:t>HECTOR ENRIQUE DE LA TORRE BENITEZ</w:t>
      </w:r>
      <w:r w:rsidRPr="00AF79C8">
        <w:rPr>
          <w:rFonts w:ascii="Arial" w:hAnsi="Arial" w:cs="Arial"/>
          <w:b/>
          <w:bCs/>
        </w:rPr>
        <w:br/>
      </w:r>
      <w:r w:rsidRPr="00EB65A4">
        <w:rPr>
          <w:rFonts w:ascii="Arial" w:hAnsi="Arial" w:cs="Arial"/>
        </w:rPr>
        <w:t>Alcalde Municipal</w:t>
      </w:r>
    </w:p>
    <w:p w14:paraId="1E4C5BF9" w14:textId="77777777" w:rsidR="00AF79C8" w:rsidRDefault="00AF79C8">
      <w:pPr>
        <w:rPr>
          <w:rFonts w:ascii="Arial" w:hAnsi="Arial" w:cs="Arial"/>
        </w:rPr>
      </w:pPr>
    </w:p>
    <w:p w14:paraId="05C18D26" w14:textId="56B95059" w:rsidR="00CD7E2E" w:rsidRPr="00EB65A4" w:rsidRDefault="00000000">
      <w:pPr>
        <w:rPr>
          <w:rFonts w:ascii="Arial" w:hAnsi="Arial" w:cs="Arial"/>
        </w:rPr>
      </w:pPr>
      <w:r w:rsidRPr="00EB65A4">
        <w:rPr>
          <w:rFonts w:ascii="Arial" w:hAnsi="Arial" w:cs="Arial"/>
        </w:rPr>
        <w:br/>
      </w:r>
      <w:r w:rsidRPr="00AF79C8">
        <w:rPr>
          <w:rFonts w:ascii="Arial" w:hAnsi="Arial" w:cs="Arial"/>
          <w:b/>
          <w:bCs/>
        </w:rPr>
        <w:t>MARIA CRISTINA BURGOS GARCIA</w:t>
      </w:r>
      <w:r w:rsidRPr="00EB65A4">
        <w:rPr>
          <w:rFonts w:ascii="Arial" w:hAnsi="Arial" w:cs="Arial"/>
        </w:rPr>
        <w:br/>
        <w:t>Representante Legal FUNDESCUVAL</w:t>
      </w:r>
    </w:p>
    <w:sectPr w:rsidR="00CD7E2E" w:rsidRPr="00EB65A4" w:rsidSect="00AF79C8">
      <w:headerReference w:type="default" r:id="rId8"/>
      <w:footerReference w:type="default" r:id="rId9"/>
      <w:pgSz w:w="12240" w:h="18720" w:code="14"/>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151FE" w14:textId="77777777" w:rsidR="0044154B" w:rsidRDefault="0044154B" w:rsidP="00EB65A4">
      <w:pPr>
        <w:spacing w:after="0" w:line="240" w:lineRule="auto"/>
      </w:pPr>
      <w:r>
        <w:separator/>
      </w:r>
    </w:p>
  </w:endnote>
  <w:endnote w:type="continuationSeparator" w:id="0">
    <w:p w14:paraId="38B5170E" w14:textId="77777777" w:rsidR="0044154B" w:rsidRDefault="0044154B" w:rsidP="00EB6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oman 12cpi">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DD1A3" w14:textId="77777777" w:rsidR="00EB65A4" w:rsidRPr="00DA4814" w:rsidRDefault="00EB65A4" w:rsidP="00EB65A4">
    <w:pPr>
      <w:suppressAutoHyphens/>
      <w:overflowPunct w:val="0"/>
      <w:autoSpaceDE w:val="0"/>
      <w:autoSpaceDN w:val="0"/>
      <w:adjustRightInd w:val="0"/>
      <w:spacing w:after="0" w:line="1" w:lineRule="atLeast"/>
      <w:ind w:leftChars="-1" w:hangingChars="1" w:hanging="2"/>
      <w:jc w:val="center"/>
      <w:textDirection w:val="btLr"/>
      <w:textAlignment w:val="top"/>
      <w:outlineLvl w:val="0"/>
      <w:rPr>
        <w:rFonts w:ascii="Roman 12cpi" w:eastAsia="Times New Roman" w:hAnsi="Roman 12cpi" w:cs="Roman 12cpi"/>
        <w:b/>
        <w:bCs/>
        <w:position w:val="-1"/>
        <w:sz w:val="18"/>
        <w:szCs w:val="18"/>
        <w:lang w:val="es-ES" w:eastAsia="es-ES"/>
      </w:rPr>
    </w:pPr>
    <w:bookmarkStart w:id="0" w:name="_Hlk157167022"/>
    <w:r w:rsidRPr="00DA4814">
      <w:rPr>
        <w:rFonts w:ascii="Roman 12cpi" w:eastAsia="Times New Roman" w:hAnsi="Roman 12cpi" w:cs="Roman 12cpi"/>
        <w:b/>
        <w:bCs/>
        <w:position w:val="-1"/>
        <w:sz w:val="18"/>
        <w:szCs w:val="18"/>
        <w:lang w:val="es-ES" w:eastAsia="es-ES"/>
      </w:rPr>
      <w:t>Calle 7 # 6-52 Palacio Municipal -El Dovio- Valle del Cauca- Colombia</w:t>
    </w:r>
  </w:p>
  <w:p w14:paraId="70805A90" w14:textId="77777777" w:rsidR="00EB65A4" w:rsidRPr="00DA4814" w:rsidRDefault="00EB65A4" w:rsidP="00EB65A4">
    <w:pPr>
      <w:suppressAutoHyphens/>
      <w:overflowPunct w:val="0"/>
      <w:autoSpaceDE w:val="0"/>
      <w:autoSpaceDN w:val="0"/>
      <w:adjustRightInd w:val="0"/>
      <w:spacing w:after="0" w:line="1" w:lineRule="atLeast"/>
      <w:ind w:leftChars="-1" w:hangingChars="1" w:hanging="2"/>
      <w:jc w:val="center"/>
      <w:textDirection w:val="btLr"/>
      <w:textAlignment w:val="top"/>
      <w:outlineLvl w:val="0"/>
      <w:rPr>
        <w:rFonts w:ascii="Roman 12cpi" w:eastAsia="Times New Roman" w:hAnsi="Roman 12cpi" w:cs="Roman 12cpi"/>
        <w:b/>
        <w:bCs/>
        <w:position w:val="-1"/>
        <w:sz w:val="18"/>
        <w:szCs w:val="18"/>
        <w:lang w:val="es-ES" w:eastAsia="es-ES"/>
      </w:rPr>
    </w:pPr>
    <w:r w:rsidRPr="00DA4814">
      <w:rPr>
        <w:rFonts w:ascii="Roman 12cpi" w:eastAsia="Times New Roman" w:hAnsi="Roman 12cpi" w:cs="Roman 12cpi"/>
        <w:b/>
        <w:bCs/>
        <w:position w:val="-1"/>
        <w:sz w:val="18"/>
        <w:szCs w:val="18"/>
        <w:lang w:val="es-ES" w:eastAsia="es-ES"/>
      </w:rPr>
      <w:t>Teléfono: 3206651898</w:t>
    </w:r>
  </w:p>
  <w:p w14:paraId="071F4C5D" w14:textId="77777777" w:rsidR="00EB65A4" w:rsidRPr="00DA4814" w:rsidRDefault="00EB65A4" w:rsidP="00EB65A4">
    <w:pPr>
      <w:suppressAutoHyphens/>
      <w:overflowPunct w:val="0"/>
      <w:autoSpaceDE w:val="0"/>
      <w:autoSpaceDN w:val="0"/>
      <w:adjustRightInd w:val="0"/>
      <w:spacing w:after="0" w:line="1" w:lineRule="atLeast"/>
      <w:ind w:leftChars="-1" w:hangingChars="1" w:hanging="2"/>
      <w:jc w:val="center"/>
      <w:textDirection w:val="btLr"/>
      <w:textAlignment w:val="top"/>
      <w:outlineLvl w:val="0"/>
      <w:rPr>
        <w:rFonts w:ascii="Roman 12cpi" w:eastAsia="Times New Roman" w:hAnsi="Roman 12cpi" w:cs="Roman 12cpi"/>
        <w:b/>
        <w:bCs/>
        <w:color w:val="FF0000"/>
        <w:position w:val="-1"/>
        <w:sz w:val="18"/>
        <w:szCs w:val="18"/>
        <w:lang w:val="es-ES" w:eastAsia="es-ES"/>
      </w:rPr>
    </w:pPr>
    <w:r w:rsidRPr="00DA4814">
      <w:rPr>
        <w:rFonts w:ascii="Roman 12cpi" w:eastAsia="Times New Roman" w:hAnsi="Roman 12cpi" w:cs="Roman 12cpi"/>
        <w:b/>
        <w:bCs/>
        <w:position w:val="-1"/>
        <w:sz w:val="18"/>
        <w:szCs w:val="18"/>
        <w:lang w:val="es-ES" w:eastAsia="es-ES"/>
      </w:rPr>
      <w:t xml:space="preserve">Correos: </w:t>
    </w:r>
    <w:hyperlink r:id="rId1" w:history="1">
      <w:r w:rsidRPr="00DA4814">
        <w:rPr>
          <w:rFonts w:ascii="Roman 12cpi" w:eastAsia="Times New Roman" w:hAnsi="Roman 12cpi" w:cs="Roman 12cpi"/>
          <w:color w:val="0000FF"/>
          <w:position w:val="-1"/>
          <w:sz w:val="18"/>
          <w:szCs w:val="18"/>
          <w:u w:val="single"/>
          <w:lang w:val="es-ES" w:eastAsia="es-ES"/>
        </w:rPr>
        <w:t>bienestarsocial@eldovio-valle.gov.co</w:t>
      </w:r>
    </w:hyperlink>
    <w:r w:rsidRPr="00DA4814">
      <w:rPr>
        <w:rFonts w:ascii="Roman 12cpi" w:eastAsia="Times New Roman" w:hAnsi="Roman 12cpi" w:cs="Roman 12cpi"/>
        <w:position w:val="-1"/>
        <w:sz w:val="18"/>
        <w:szCs w:val="18"/>
        <w:lang w:val="es-ES" w:eastAsia="es-ES"/>
      </w:rPr>
      <w:t xml:space="preserve"> </w:t>
    </w:r>
    <w:r w:rsidRPr="00DA4814">
      <w:rPr>
        <w:rFonts w:ascii="Roman 12cpi" w:eastAsia="Times New Roman" w:hAnsi="Roman 12cpi" w:cs="Roman 12cpi"/>
        <w:b/>
        <w:bCs/>
        <w:color w:val="FF0000"/>
        <w:position w:val="-1"/>
        <w:sz w:val="18"/>
        <w:szCs w:val="18"/>
        <w:lang w:val="es-ES" w:eastAsia="es-ES"/>
      </w:rPr>
      <w:t xml:space="preserve"> </w:t>
    </w:r>
  </w:p>
  <w:p w14:paraId="56C13D9D" w14:textId="77777777" w:rsidR="00EB65A4" w:rsidRPr="00DA4814" w:rsidRDefault="00EB65A4" w:rsidP="00EB65A4">
    <w:pPr>
      <w:suppressAutoHyphens/>
      <w:overflowPunct w:val="0"/>
      <w:autoSpaceDE w:val="0"/>
      <w:autoSpaceDN w:val="0"/>
      <w:adjustRightInd w:val="0"/>
      <w:spacing w:after="0" w:line="1" w:lineRule="atLeast"/>
      <w:ind w:leftChars="-1" w:hangingChars="1" w:hanging="2"/>
      <w:jc w:val="center"/>
      <w:textDirection w:val="btLr"/>
      <w:textAlignment w:val="top"/>
      <w:outlineLvl w:val="0"/>
      <w:rPr>
        <w:rFonts w:ascii="Roman 12cpi" w:eastAsia="Times New Roman" w:hAnsi="Roman 12cpi" w:cs="Roman 12cpi"/>
        <w:b/>
        <w:bCs/>
        <w:position w:val="-1"/>
        <w:sz w:val="18"/>
        <w:szCs w:val="18"/>
        <w:lang w:val="es-ES" w:eastAsia="es-ES"/>
      </w:rPr>
    </w:pPr>
    <w:r w:rsidRPr="00DA4814">
      <w:rPr>
        <w:rFonts w:ascii="Roman 12cpi" w:eastAsia="Times New Roman" w:hAnsi="Roman 12cpi" w:cs="Roman 12cpi"/>
        <w:b/>
        <w:bCs/>
        <w:position w:val="-1"/>
        <w:sz w:val="18"/>
        <w:szCs w:val="18"/>
        <w:lang w:val="es-ES" w:eastAsia="es-ES"/>
      </w:rPr>
      <w:t>Código Postal: 761560</w:t>
    </w:r>
  </w:p>
  <w:bookmarkEnd w:id="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287C4" w14:textId="77777777" w:rsidR="0044154B" w:rsidRDefault="0044154B" w:rsidP="00EB65A4">
      <w:pPr>
        <w:spacing w:after="0" w:line="240" w:lineRule="auto"/>
      </w:pPr>
      <w:r>
        <w:separator/>
      </w:r>
    </w:p>
  </w:footnote>
  <w:footnote w:type="continuationSeparator" w:id="0">
    <w:p w14:paraId="7B1BB9A2" w14:textId="77777777" w:rsidR="0044154B" w:rsidRDefault="0044154B" w:rsidP="00EB65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71"/>
      <w:gridCol w:w="4931"/>
      <w:gridCol w:w="2398"/>
    </w:tblGrid>
    <w:tr w:rsidR="00EB65A4" w:rsidRPr="00E923FC" w14:paraId="0284BCC4" w14:textId="77777777" w:rsidTr="0042266E">
      <w:trPr>
        <w:cantSplit/>
        <w:trHeight w:val="514"/>
        <w:jc w:val="center"/>
      </w:trPr>
      <w:tc>
        <w:tcPr>
          <w:tcW w:w="1060" w:type="pct"/>
          <w:vMerge w:val="restart"/>
          <w:vAlign w:val="center"/>
        </w:tcPr>
        <w:p w14:paraId="6481CF36" w14:textId="77777777" w:rsidR="00EB65A4" w:rsidRPr="00E923FC" w:rsidRDefault="00EB65A4" w:rsidP="00EB65A4">
          <w:pPr>
            <w:ind w:right="112"/>
            <w:jc w:val="center"/>
          </w:pPr>
          <w:r>
            <w:rPr>
              <w:noProof/>
            </w:rPr>
            <w:drawing>
              <wp:inline distT="0" distB="0" distL="0" distR="0" wp14:anchorId="29C6A669" wp14:editId="44EAC051">
                <wp:extent cx="1078865" cy="939165"/>
                <wp:effectExtent l="0" t="0" r="6985" b="0"/>
                <wp:docPr id="1148796018"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100515" name="Imagen 1" descr="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8865" cy="939165"/>
                        </a:xfrm>
                        <a:prstGeom prst="rect">
                          <a:avLst/>
                        </a:prstGeom>
                        <a:noFill/>
                      </pic:spPr>
                    </pic:pic>
                  </a:graphicData>
                </a:graphic>
              </wp:inline>
            </w:drawing>
          </w:r>
        </w:p>
      </w:tc>
      <w:tc>
        <w:tcPr>
          <w:tcW w:w="2651" w:type="pct"/>
          <w:vMerge w:val="restart"/>
          <w:vAlign w:val="center"/>
        </w:tcPr>
        <w:p w14:paraId="62F73B4F" w14:textId="77777777" w:rsidR="00EB65A4" w:rsidRPr="00E12FFE" w:rsidRDefault="00EB65A4" w:rsidP="00EB65A4">
          <w:pPr>
            <w:jc w:val="center"/>
            <w:rPr>
              <w:rFonts w:ascii="Arial" w:hAnsi="Arial" w:cs="Arial"/>
              <w:b/>
            </w:rPr>
          </w:pPr>
          <w:r w:rsidRPr="00E12FFE">
            <w:rPr>
              <w:rFonts w:ascii="Arial" w:hAnsi="Arial" w:cs="Arial"/>
              <w:b/>
            </w:rPr>
            <w:t>ALCALDÍA MUNICIPAL</w:t>
          </w:r>
        </w:p>
        <w:p w14:paraId="41AB26BB" w14:textId="77777777" w:rsidR="00EB65A4" w:rsidRPr="00E12FFE" w:rsidRDefault="00EB65A4" w:rsidP="00EB65A4">
          <w:pPr>
            <w:jc w:val="center"/>
            <w:rPr>
              <w:rFonts w:ascii="Arial" w:hAnsi="Arial" w:cs="Arial"/>
              <w:b/>
            </w:rPr>
          </w:pPr>
          <w:r w:rsidRPr="00E12FFE">
            <w:rPr>
              <w:rFonts w:ascii="Arial" w:hAnsi="Arial" w:cs="Arial"/>
              <w:b/>
            </w:rPr>
            <w:t>EL DOVIO – VALLE DEL CAUCA</w:t>
          </w:r>
        </w:p>
        <w:p w14:paraId="5DF9B663" w14:textId="77777777" w:rsidR="00EB65A4" w:rsidRPr="00E923FC" w:rsidRDefault="00EB65A4" w:rsidP="00EB65A4">
          <w:pPr>
            <w:jc w:val="center"/>
            <w:rPr>
              <w:b/>
            </w:rPr>
          </w:pPr>
          <w:r w:rsidRPr="00E12FFE">
            <w:rPr>
              <w:rFonts w:ascii="Arial" w:hAnsi="Arial" w:cs="Arial"/>
              <w:b/>
            </w:rPr>
            <w:t>NIT: 891901223-5</w:t>
          </w:r>
        </w:p>
      </w:tc>
      <w:tc>
        <w:tcPr>
          <w:tcW w:w="1289" w:type="pct"/>
          <w:vAlign w:val="center"/>
        </w:tcPr>
        <w:p w14:paraId="4FD6E7BA" w14:textId="77777777" w:rsidR="00EB65A4" w:rsidRPr="003F2C5B" w:rsidRDefault="00EB65A4" w:rsidP="00EB65A4">
          <w:pPr>
            <w:rPr>
              <w:rFonts w:ascii="Arial" w:hAnsi="Arial" w:cs="Arial"/>
              <w:sz w:val="20"/>
              <w:szCs w:val="20"/>
            </w:rPr>
          </w:pPr>
          <w:r w:rsidRPr="003F2C5B">
            <w:rPr>
              <w:rFonts w:ascii="Arial" w:hAnsi="Arial" w:cs="Arial"/>
              <w:sz w:val="20"/>
              <w:szCs w:val="20"/>
            </w:rPr>
            <w:t xml:space="preserve">PAGINA   Página </w:t>
          </w:r>
          <w:r w:rsidRPr="003F2C5B">
            <w:rPr>
              <w:rFonts w:ascii="Arial" w:hAnsi="Arial" w:cs="Arial"/>
              <w:b/>
              <w:bCs/>
              <w:sz w:val="20"/>
              <w:szCs w:val="20"/>
            </w:rPr>
            <w:fldChar w:fldCharType="begin"/>
          </w:r>
          <w:r w:rsidRPr="003F2C5B">
            <w:rPr>
              <w:rFonts w:ascii="Arial" w:hAnsi="Arial" w:cs="Arial"/>
              <w:b/>
              <w:bCs/>
              <w:sz w:val="20"/>
              <w:szCs w:val="20"/>
            </w:rPr>
            <w:instrText>PAGE  \* Arabic  \* MERGEFORMAT</w:instrText>
          </w:r>
          <w:r w:rsidRPr="003F2C5B">
            <w:rPr>
              <w:rFonts w:ascii="Arial" w:hAnsi="Arial" w:cs="Arial"/>
              <w:b/>
              <w:bCs/>
              <w:sz w:val="20"/>
              <w:szCs w:val="20"/>
            </w:rPr>
            <w:fldChar w:fldCharType="separate"/>
          </w:r>
          <w:r w:rsidRPr="003F2C5B">
            <w:rPr>
              <w:rFonts w:ascii="Arial" w:hAnsi="Arial" w:cs="Arial"/>
              <w:b/>
              <w:bCs/>
              <w:noProof/>
              <w:sz w:val="20"/>
              <w:szCs w:val="20"/>
            </w:rPr>
            <w:t>31</w:t>
          </w:r>
          <w:r w:rsidRPr="003F2C5B">
            <w:rPr>
              <w:rFonts w:ascii="Arial" w:hAnsi="Arial" w:cs="Arial"/>
              <w:b/>
              <w:bCs/>
              <w:sz w:val="20"/>
              <w:szCs w:val="20"/>
            </w:rPr>
            <w:fldChar w:fldCharType="end"/>
          </w:r>
          <w:r w:rsidRPr="003F2C5B">
            <w:rPr>
              <w:rFonts w:ascii="Arial" w:hAnsi="Arial" w:cs="Arial"/>
              <w:sz w:val="20"/>
              <w:szCs w:val="20"/>
            </w:rPr>
            <w:t xml:space="preserve"> de </w:t>
          </w:r>
          <w:r w:rsidRPr="003F2C5B">
            <w:rPr>
              <w:rFonts w:ascii="Arial" w:hAnsi="Arial" w:cs="Arial"/>
              <w:b/>
              <w:bCs/>
              <w:sz w:val="20"/>
              <w:szCs w:val="20"/>
            </w:rPr>
            <w:fldChar w:fldCharType="begin"/>
          </w:r>
          <w:r w:rsidRPr="003F2C5B">
            <w:rPr>
              <w:rFonts w:ascii="Arial" w:hAnsi="Arial" w:cs="Arial"/>
              <w:b/>
              <w:bCs/>
              <w:sz w:val="20"/>
              <w:szCs w:val="20"/>
            </w:rPr>
            <w:instrText>NUMPAGES  \* Arabic  \* MERGEFORMAT</w:instrText>
          </w:r>
          <w:r w:rsidRPr="003F2C5B">
            <w:rPr>
              <w:rFonts w:ascii="Arial" w:hAnsi="Arial" w:cs="Arial"/>
              <w:b/>
              <w:bCs/>
              <w:sz w:val="20"/>
              <w:szCs w:val="20"/>
            </w:rPr>
            <w:fldChar w:fldCharType="separate"/>
          </w:r>
          <w:r w:rsidRPr="003F2C5B">
            <w:rPr>
              <w:rFonts w:ascii="Arial" w:hAnsi="Arial" w:cs="Arial"/>
              <w:b/>
              <w:bCs/>
              <w:noProof/>
              <w:sz w:val="20"/>
              <w:szCs w:val="20"/>
            </w:rPr>
            <w:t>31</w:t>
          </w:r>
          <w:r w:rsidRPr="003F2C5B">
            <w:rPr>
              <w:rFonts w:ascii="Arial" w:hAnsi="Arial" w:cs="Arial"/>
              <w:b/>
              <w:bCs/>
              <w:sz w:val="20"/>
              <w:szCs w:val="20"/>
            </w:rPr>
            <w:fldChar w:fldCharType="end"/>
          </w:r>
        </w:p>
      </w:tc>
    </w:tr>
    <w:tr w:rsidR="00EB65A4" w:rsidRPr="00E923FC" w14:paraId="1408AAA5" w14:textId="77777777" w:rsidTr="0042266E">
      <w:trPr>
        <w:cantSplit/>
        <w:trHeight w:val="372"/>
        <w:jc w:val="center"/>
      </w:trPr>
      <w:tc>
        <w:tcPr>
          <w:tcW w:w="1060" w:type="pct"/>
          <w:vMerge/>
        </w:tcPr>
        <w:p w14:paraId="394A57C9" w14:textId="77777777" w:rsidR="00EB65A4" w:rsidRPr="00E923FC" w:rsidRDefault="00EB65A4" w:rsidP="00EB65A4"/>
      </w:tc>
      <w:tc>
        <w:tcPr>
          <w:tcW w:w="2651" w:type="pct"/>
          <w:vMerge/>
        </w:tcPr>
        <w:p w14:paraId="741696C8" w14:textId="77777777" w:rsidR="00EB65A4" w:rsidRPr="00E923FC" w:rsidRDefault="00EB65A4" w:rsidP="00EB65A4">
          <w:pPr>
            <w:rPr>
              <w:b/>
            </w:rPr>
          </w:pPr>
        </w:p>
      </w:tc>
      <w:tc>
        <w:tcPr>
          <w:tcW w:w="1289" w:type="pct"/>
          <w:tcBorders>
            <w:bottom w:val="single" w:sz="4" w:space="0" w:color="auto"/>
          </w:tcBorders>
          <w:vAlign w:val="center"/>
        </w:tcPr>
        <w:p w14:paraId="21A3628E" w14:textId="77777777" w:rsidR="00EB65A4" w:rsidRPr="003F2C5B" w:rsidRDefault="00EB65A4" w:rsidP="00EB65A4">
          <w:pPr>
            <w:rPr>
              <w:rFonts w:ascii="Arial" w:hAnsi="Arial" w:cs="Arial"/>
              <w:sz w:val="20"/>
              <w:szCs w:val="20"/>
            </w:rPr>
          </w:pPr>
          <w:r w:rsidRPr="003F2C5B">
            <w:rPr>
              <w:rFonts w:ascii="Arial" w:hAnsi="Arial" w:cs="Arial"/>
              <w:sz w:val="20"/>
              <w:szCs w:val="20"/>
            </w:rPr>
            <w:t>TRD: 100.1</w:t>
          </w:r>
          <w:r>
            <w:rPr>
              <w:rFonts w:ascii="Arial" w:hAnsi="Arial" w:cs="Arial"/>
              <w:sz w:val="20"/>
              <w:szCs w:val="20"/>
            </w:rPr>
            <w:t>9</w:t>
          </w:r>
          <w:r w:rsidRPr="003F2C5B">
            <w:rPr>
              <w:rFonts w:ascii="Arial" w:hAnsi="Arial" w:cs="Arial"/>
              <w:sz w:val="20"/>
              <w:szCs w:val="20"/>
            </w:rPr>
            <w:t>.</w:t>
          </w:r>
          <w:r>
            <w:rPr>
              <w:rFonts w:ascii="Arial" w:hAnsi="Arial" w:cs="Arial"/>
              <w:sz w:val="20"/>
              <w:szCs w:val="20"/>
            </w:rPr>
            <w:t>2</w:t>
          </w:r>
        </w:p>
      </w:tc>
    </w:tr>
    <w:tr w:rsidR="00EB65A4" w:rsidRPr="00E923FC" w14:paraId="0E41BB09" w14:textId="77777777" w:rsidTr="0042266E">
      <w:trPr>
        <w:cantSplit/>
        <w:trHeight w:val="350"/>
        <w:jc w:val="center"/>
      </w:trPr>
      <w:tc>
        <w:tcPr>
          <w:tcW w:w="1060" w:type="pct"/>
          <w:vMerge/>
        </w:tcPr>
        <w:p w14:paraId="2B87333D" w14:textId="77777777" w:rsidR="00EB65A4" w:rsidRPr="00E923FC" w:rsidRDefault="00EB65A4" w:rsidP="00EB65A4"/>
      </w:tc>
      <w:tc>
        <w:tcPr>
          <w:tcW w:w="2651" w:type="pct"/>
          <w:vMerge/>
        </w:tcPr>
        <w:p w14:paraId="7CC586F2" w14:textId="77777777" w:rsidR="00EB65A4" w:rsidRPr="00E923FC" w:rsidRDefault="00EB65A4" w:rsidP="00EB65A4">
          <w:pPr>
            <w:rPr>
              <w:b/>
            </w:rPr>
          </w:pPr>
        </w:p>
      </w:tc>
      <w:tc>
        <w:tcPr>
          <w:tcW w:w="1289" w:type="pct"/>
          <w:tcBorders>
            <w:bottom w:val="single" w:sz="4" w:space="0" w:color="auto"/>
          </w:tcBorders>
          <w:vAlign w:val="center"/>
        </w:tcPr>
        <w:p w14:paraId="40D6DF4F" w14:textId="77777777" w:rsidR="00EB65A4" w:rsidRPr="003F2C5B" w:rsidRDefault="00EB65A4" w:rsidP="00EB65A4">
          <w:pPr>
            <w:rPr>
              <w:rFonts w:ascii="Arial" w:hAnsi="Arial" w:cs="Arial"/>
              <w:sz w:val="20"/>
              <w:szCs w:val="20"/>
            </w:rPr>
          </w:pPr>
          <w:r>
            <w:rPr>
              <w:rFonts w:ascii="Arial" w:hAnsi="Arial" w:cs="Arial"/>
              <w:sz w:val="20"/>
              <w:szCs w:val="20"/>
            </w:rPr>
            <w:t>CODIGO</w:t>
          </w:r>
          <w:r w:rsidRPr="003F2C5B">
            <w:rPr>
              <w:rFonts w:ascii="Arial" w:hAnsi="Arial" w:cs="Arial"/>
              <w:sz w:val="20"/>
              <w:szCs w:val="20"/>
            </w:rPr>
            <w:t xml:space="preserve">: </w:t>
          </w:r>
          <w:r w:rsidRPr="002706DD">
            <w:rPr>
              <w:rFonts w:ascii="Arial" w:hAnsi="Arial" w:cs="Arial"/>
              <w:sz w:val="20"/>
              <w:szCs w:val="20"/>
            </w:rPr>
            <w:t>GCT-FO-0</w:t>
          </w:r>
          <w:r>
            <w:rPr>
              <w:rFonts w:ascii="Arial" w:hAnsi="Arial" w:cs="Arial"/>
              <w:sz w:val="20"/>
              <w:szCs w:val="20"/>
            </w:rPr>
            <w:t>2</w:t>
          </w:r>
        </w:p>
      </w:tc>
    </w:tr>
    <w:tr w:rsidR="00EB65A4" w:rsidRPr="00E923FC" w14:paraId="70488942" w14:textId="77777777" w:rsidTr="0042266E">
      <w:trPr>
        <w:cantSplit/>
        <w:trHeight w:val="566"/>
        <w:jc w:val="center"/>
      </w:trPr>
      <w:tc>
        <w:tcPr>
          <w:tcW w:w="1060" w:type="pct"/>
          <w:vMerge/>
        </w:tcPr>
        <w:p w14:paraId="0AB0F9E0" w14:textId="77777777" w:rsidR="00EB65A4" w:rsidRPr="00E923FC" w:rsidRDefault="00EB65A4" w:rsidP="00EB65A4"/>
      </w:tc>
      <w:tc>
        <w:tcPr>
          <w:tcW w:w="2651" w:type="pct"/>
          <w:tcBorders>
            <w:right w:val="single" w:sz="4" w:space="0" w:color="auto"/>
          </w:tcBorders>
          <w:vAlign w:val="center"/>
        </w:tcPr>
        <w:p w14:paraId="426EC34B" w14:textId="77777777" w:rsidR="00EB65A4" w:rsidRPr="00A11A02" w:rsidRDefault="00EB65A4" w:rsidP="00EB65A4">
          <w:pPr>
            <w:jc w:val="center"/>
            <w:rPr>
              <w:rFonts w:ascii="Arial" w:hAnsi="Arial" w:cs="Arial"/>
              <w:b/>
            </w:rPr>
          </w:pPr>
          <w:r>
            <w:rPr>
              <w:rFonts w:ascii="Arial" w:hAnsi="Arial"/>
              <w:b/>
              <w:lang w:val="es-MX"/>
            </w:rPr>
            <w:t>CONVENIOS INTERINSTITUCIONALES</w:t>
          </w:r>
        </w:p>
      </w:tc>
      <w:tc>
        <w:tcPr>
          <w:tcW w:w="1289" w:type="pct"/>
          <w:tcBorders>
            <w:top w:val="single" w:sz="4" w:space="0" w:color="auto"/>
            <w:left w:val="single" w:sz="4" w:space="0" w:color="auto"/>
            <w:bottom w:val="single" w:sz="4" w:space="0" w:color="auto"/>
            <w:right w:val="single" w:sz="4" w:space="0" w:color="auto"/>
          </w:tcBorders>
          <w:vAlign w:val="center"/>
        </w:tcPr>
        <w:p w14:paraId="2E46E193" w14:textId="77777777" w:rsidR="00EB65A4" w:rsidRPr="003F2C5B" w:rsidRDefault="00EB65A4" w:rsidP="00EB65A4">
          <w:pPr>
            <w:rPr>
              <w:rFonts w:ascii="Arial" w:hAnsi="Arial" w:cs="Arial"/>
              <w:sz w:val="20"/>
              <w:szCs w:val="20"/>
            </w:rPr>
          </w:pPr>
          <w:r w:rsidRPr="003F2C5B">
            <w:rPr>
              <w:rFonts w:ascii="Arial" w:hAnsi="Arial" w:cs="Arial"/>
              <w:sz w:val="20"/>
              <w:szCs w:val="20"/>
            </w:rPr>
            <w:t>FECHA: 02/01/2024</w:t>
          </w:r>
        </w:p>
      </w:tc>
    </w:tr>
  </w:tbl>
  <w:p w14:paraId="3AC8F34E" w14:textId="77777777" w:rsidR="00EB65A4" w:rsidRDefault="00EB65A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1471049159">
    <w:abstractNumId w:val="8"/>
  </w:num>
  <w:num w:numId="2" w16cid:durableId="209346225">
    <w:abstractNumId w:val="6"/>
  </w:num>
  <w:num w:numId="3" w16cid:durableId="2098402958">
    <w:abstractNumId w:val="5"/>
  </w:num>
  <w:num w:numId="4" w16cid:durableId="1894197883">
    <w:abstractNumId w:val="4"/>
  </w:num>
  <w:num w:numId="5" w16cid:durableId="1394624657">
    <w:abstractNumId w:val="7"/>
  </w:num>
  <w:num w:numId="6" w16cid:durableId="1958564898">
    <w:abstractNumId w:val="3"/>
  </w:num>
  <w:num w:numId="7" w16cid:durableId="1134563501">
    <w:abstractNumId w:val="2"/>
  </w:num>
  <w:num w:numId="8" w16cid:durableId="132069107">
    <w:abstractNumId w:val="1"/>
  </w:num>
  <w:num w:numId="9" w16cid:durableId="1682315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D23FA"/>
    <w:rsid w:val="0029639D"/>
    <w:rsid w:val="00326F90"/>
    <w:rsid w:val="00342053"/>
    <w:rsid w:val="0044154B"/>
    <w:rsid w:val="00AA1D8D"/>
    <w:rsid w:val="00AF79C8"/>
    <w:rsid w:val="00B47730"/>
    <w:rsid w:val="00CB0664"/>
    <w:rsid w:val="00CD7E2E"/>
    <w:rsid w:val="00EB65A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6D8D11"/>
  <w14:defaultImageDpi w14:val="300"/>
  <w15:docId w15:val="{392BD203-2B1D-4CB8-A623-A6376DD0B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aliases w:val="Ha,Normal. Viñetas,Bullet List,FooterText,numbered,Paragraphe de liste1,Bulletr List Paragraph,列出段落,列出段落1,List Paragraph21,Listeafsnit1,Parágrafo da Lista1,Sombreado vistoso - Énfasis 31,Cuadrícula clara - Énfasis 31,Cita textual,Bolita"/>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bienestarsocial@eldovio-vall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1048</Words>
  <Characters>5765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6800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CONTRATACION</cp:lastModifiedBy>
  <cp:revision>3</cp:revision>
  <cp:lastPrinted>2026-05-13T20:50:00Z</cp:lastPrinted>
  <dcterms:created xsi:type="dcterms:W3CDTF">2013-12-23T23:15:00Z</dcterms:created>
  <dcterms:modified xsi:type="dcterms:W3CDTF">2026-05-13T20:50:00Z</dcterms:modified>
  <cp:category/>
</cp:coreProperties>
</file>