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D9D429" w14:textId="64B6314F" w:rsidR="00276256" w:rsidRPr="009F59AB" w:rsidRDefault="002A3E1C">
      <w:pPr>
        <w:pStyle w:val="Ttulo1"/>
        <w:jc w:val="center"/>
        <w:rPr>
          <w:rFonts w:ascii="Arial Narrow" w:hAnsi="Arial Narrow"/>
          <w:color w:val="auto"/>
          <w:sz w:val="22"/>
          <w:szCs w:val="22"/>
          <w:lang w:val="es-CO"/>
        </w:rPr>
      </w:pPr>
      <w:r w:rsidRPr="009F59AB">
        <w:rPr>
          <w:rFonts w:ascii="Arial Narrow" w:hAnsi="Arial Narrow"/>
          <w:color w:val="auto"/>
          <w:sz w:val="22"/>
          <w:szCs w:val="22"/>
          <w:lang w:val="es-CO"/>
        </w:rPr>
        <w:t xml:space="preserve">FORMATO DE EVALUACIÓN – FACTORES DE </w:t>
      </w:r>
      <w:r w:rsidR="005416A7" w:rsidRPr="009F59AB">
        <w:rPr>
          <w:rFonts w:ascii="Arial Narrow" w:hAnsi="Arial Narrow"/>
          <w:color w:val="auto"/>
          <w:sz w:val="22"/>
          <w:szCs w:val="22"/>
          <w:lang w:val="es-CO"/>
        </w:rPr>
        <w:t xml:space="preserve">CALIDAD - </w:t>
      </w:r>
      <w:r w:rsidRPr="009F59AB">
        <w:rPr>
          <w:rFonts w:ascii="Arial Narrow" w:hAnsi="Arial Narrow"/>
          <w:color w:val="auto"/>
          <w:sz w:val="22"/>
          <w:szCs w:val="22"/>
          <w:lang w:val="es-CO"/>
        </w:rPr>
        <w:t>PONDERACIÓN</w:t>
      </w:r>
    </w:p>
    <w:p w14:paraId="6EC95479" w14:textId="77777777" w:rsidR="005416A7" w:rsidRPr="009F59AB" w:rsidRDefault="005416A7" w:rsidP="005416A7">
      <w:pPr>
        <w:rPr>
          <w:rFonts w:ascii="Arial Narrow" w:hAnsi="Arial Narrow"/>
          <w:lang w:val="es-CO"/>
        </w:rPr>
      </w:pPr>
    </w:p>
    <w:p w14:paraId="52AD02BC" w14:textId="77777777" w:rsidR="00276256" w:rsidRPr="009F59AB" w:rsidRDefault="002A3E1C">
      <w:pPr>
        <w:rPr>
          <w:rFonts w:ascii="Arial Narrow" w:hAnsi="Arial Narrow"/>
          <w:lang w:val="es-CO"/>
        </w:rPr>
      </w:pPr>
      <w:r w:rsidRPr="009F59AB">
        <w:rPr>
          <w:rFonts w:ascii="Arial Narrow" w:hAnsi="Arial Narrow"/>
          <w:b/>
          <w:lang w:val="es-CO"/>
        </w:rPr>
        <w:t xml:space="preserve">Proceso: </w:t>
      </w:r>
      <w:r w:rsidRPr="009F59AB">
        <w:rPr>
          <w:rFonts w:ascii="Arial Narrow" w:hAnsi="Arial Narrow"/>
          <w:lang w:val="es-CO"/>
        </w:rPr>
        <w:t>________________________________________</w:t>
      </w:r>
      <w:r w:rsidRPr="009F59AB">
        <w:rPr>
          <w:rFonts w:ascii="Arial Narrow" w:hAnsi="Arial Narrow"/>
          <w:lang w:val="es-CO"/>
        </w:rPr>
        <w:br/>
      </w:r>
      <w:r w:rsidRPr="009F59AB">
        <w:rPr>
          <w:rFonts w:ascii="Arial Narrow" w:hAnsi="Arial Narrow"/>
          <w:b/>
          <w:lang w:val="es-CO"/>
        </w:rPr>
        <w:t xml:space="preserve">Proponente: </w:t>
      </w:r>
      <w:r w:rsidRPr="009F59AB">
        <w:rPr>
          <w:rFonts w:ascii="Arial Narrow" w:hAnsi="Arial Narrow"/>
          <w:lang w:val="es-CO"/>
        </w:rPr>
        <w:t>_____________________________________</w:t>
      </w:r>
      <w:r w:rsidRPr="009F59AB">
        <w:rPr>
          <w:rFonts w:ascii="Arial Narrow" w:hAnsi="Arial Narrow"/>
          <w:lang w:val="es-CO"/>
        </w:rPr>
        <w:br/>
      </w:r>
      <w:r w:rsidRPr="009F59AB">
        <w:rPr>
          <w:rFonts w:ascii="Arial Narrow" w:hAnsi="Arial Narrow"/>
          <w:b/>
          <w:lang w:val="es-CO"/>
        </w:rPr>
        <w:t xml:space="preserve">Fecha de evaluación: </w:t>
      </w:r>
      <w:r w:rsidRPr="009F59AB">
        <w:rPr>
          <w:rFonts w:ascii="Arial Narrow" w:hAnsi="Arial Narrow"/>
          <w:lang w:val="es-CO"/>
        </w:rPr>
        <w:t>________________________________</w:t>
      </w:r>
      <w:r w:rsidRPr="009F59AB">
        <w:rPr>
          <w:rFonts w:ascii="Arial Narrow" w:hAnsi="Arial Narrow"/>
          <w:lang w:val="es-CO"/>
        </w:rPr>
        <w:br/>
      </w:r>
      <w:r w:rsidRPr="009F59AB">
        <w:rPr>
          <w:rFonts w:ascii="Arial Narrow" w:hAnsi="Arial Narrow"/>
          <w:b/>
          <w:lang w:val="es-CO"/>
        </w:rPr>
        <w:t xml:space="preserve">Evaluador: </w:t>
      </w:r>
      <w:r w:rsidRPr="009F59AB">
        <w:rPr>
          <w:rFonts w:ascii="Arial Narrow" w:hAnsi="Arial Narrow"/>
          <w:lang w:val="es-CO"/>
        </w:rPr>
        <w:t>________________________________________</w:t>
      </w:r>
    </w:p>
    <w:p w14:paraId="524EB7F8" w14:textId="77777777" w:rsidR="00276256" w:rsidRPr="009F59AB" w:rsidRDefault="00276256">
      <w:pPr>
        <w:rPr>
          <w:rFonts w:ascii="Arial Narrow" w:hAnsi="Arial Narrow"/>
          <w:lang w:val="es-CO"/>
        </w:rPr>
      </w:pPr>
    </w:p>
    <w:p w14:paraId="30F47E7C" w14:textId="7B239826" w:rsidR="00276256" w:rsidRPr="009F59AB" w:rsidRDefault="002A3E1C" w:rsidP="005416A7">
      <w:pPr>
        <w:pStyle w:val="Ttulo2"/>
        <w:numPr>
          <w:ilvl w:val="0"/>
          <w:numId w:val="10"/>
        </w:numPr>
        <w:rPr>
          <w:rFonts w:ascii="Arial Narrow" w:hAnsi="Arial Narrow"/>
          <w:color w:val="auto"/>
          <w:sz w:val="22"/>
          <w:szCs w:val="22"/>
          <w:lang w:val="es-CO"/>
        </w:rPr>
      </w:pPr>
      <w:r w:rsidRPr="009F59AB">
        <w:rPr>
          <w:rFonts w:ascii="Arial Narrow" w:hAnsi="Arial Narrow"/>
          <w:color w:val="auto"/>
          <w:sz w:val="22"/>
          <w:szCs w:val="22"/>
          <w:lang w:val="es-CO"/>
        </w:rPr>
        <w:t>Actividades de Promoción y Prevención en la Semana de la Salud</w:t>
      </w:r>
    </w:p>
    <w:p w14:paraId="4AD5EA2F" w14:textId="77777777" w:rsidR="00A673C9" w:rsidRPr="009F59AB" w:rsidRDefault="00A673C9" w:rsidP="00A673C9">
      <w:pPr>
        <w:rPr>
          <w:rFonts w:ascii="Arial Narrow" w:hAnsi="Arial Narrow"/>
          <w:lang w:val="es-CO"/>
        </w:rPr>
      </w:pPr>
    </w:p>
    <w:p w14:paraId="295D632D" w14:textId="40C9F5B4" w:rsidR="00A673C9" w:rsidRPr="009F59AB" w:rsidRDefault="00A673C9" w:rsidP="00A673C9">
      <w:pPr>
        <w:jc w:val="both"/>
        <w:rPr>
          <w:rFonts w:ascii="Arial Narrow" w:hAnsi="Arial Narrow"/>
          <w:lang w:val="es-CO"/>
        </w:rPr>
      </w:pPr>
      <w:r w:rsidRPr="009F59AB">
        <w:rPr>
          <w:rFonts w:ascii="Arial Narrow" w:hAnsi="Arial Narrow"/>
          <w:lang w:val="es-CO"/>
        </w:rPr>
        <w:t>En nuestra calidad de proponentes nos permitimos informar que, en el evento de ser adjudicatarios del proceso referenciado, nos obligamos sin costo adicional a realizar las siguientes actividades que a continuación se señalan, de conformidad con el Decreto 107</w:t>
      </w:r>
      <w:r w:rsidR="009F59AB">
        <w:rPr>
          <w:rFonts w:ascii="Arial Narrow" w:hAnsi="Arial Narrow"/>
          <w:lang w:val="es-CO"/>
        </w:rPr>
        <w:t>2</w:t>
      </w:r>
      <w:r w:rsidRPr="009F59AB">
        <w:rPr>
          <w:rFonts w:ascii="Arial Narrow" w:hAnsi="Arial Narrow"/>
          <w:lang w:val="es-CO"/>
        </w:rPr>
        <w:t xml:space="preserve"> de 2015: </w:t>
      </w:r>
    </w:p>
    <w:p w14:paraId="1CBC3400" w14:textId="77777777" w:rsidR="005416A7" w:rsidRPr="009F59AB" w:rsidRDefault="005416A7" w:rsidP="005416A7">
      <w:pPr>
        <w:rPr>
          <w:rFonts w:ascii="Arial Narrow" w:hAnsi="Arial Narrow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503"/>
        <w:gridCol w:w="978"/>
        <w:gridCol w:w="1127"/>
        <w:gridCol w:w="2005"/>
      </w:tblGrid>
      <w:tr w:rsidR="00276256" w:rsidRPr="009F59AB" w14:paraId="7FF96AD3" w14:textId="77777777" w:rsidTr="00640F6A">
        <w:tc>
          <w:tcPr>
            <w:tcW w:w="4503" w:type="dxa"/>
          </w:tcPr>
          <w:p w14:paraId="2EA52946" w14:textId="7EE5B8DD" w:rsidR="00276256" w:rsidRPr="009F59AB" w:rsidRDefault="005416A7" w:rsidP="005416A7">
            <w:pPr>
              <w:jc w:val="center"/>
              <w:rPr>
                <w:rFonts w:ascii="Arial Narrow" w:hAnsi="Arial Narrow"/>
                <w:b/>
                <w:bCs/>
              </w:rPr>
            </w:pPr>
            <w:r w:rsidRPr="009F59AB">
              <w:rPr>
                <w:rFonts w:ascii="Arial Narrow" w:hAnsi="Arial Narrow"/>
                <w:b/>
                <w:bCs/>
              </w:rPr>
              <w:t>CRITERIO</w:t>
            </w:r>
          </w:p>
        </w:tc>
        <w:tc>
          <w:tcPr>
            <w:tcW w:w="978" w:type="dxa"/>
          </w:tcPr>
          <w:p w14:paraId="112D2E2F" w14:textId="585B9634" w:rsidR="00276256" w:rsidRPr="009F59AB" w:rsidRDefault="005416A7" w:rsidP="005416A7">
            <w:pPr>
              <w:jc w:val="center"/>
              <w:rPr>
                <w:rFonts w:ascii="Arial Narrow" w:hAnsi="Arial Narrow"/>
                <w:b/>
                <w:bCs/>
              </w:rPr>
            </w:pPr>
            <w:r w:rsidRPr="009F59AB">
              <w:rPr>
                <w:rFonts w:ascii="Arial Narrow" w:hAnsi="Arial Narrow"/>
                <w:b/>
                <w:bCs/>
              </w:rPr>
              <w:t>CUMPLE</w:t>
            </w:r>
          </w:p>
        </w:tc>
        <w:tc>
          <w:tcPr>
            <w:tcW w:w="1127" w:type="dxa"/>
          </w:tcPr>
          <w:p w14:paraId="0D518D0E" w14:textId="6E10DEC7" w:rsidR="00276256" w:rsidRPr="009F59AB" w:rsidRDefault="005416A7" w:rsidP="005416A7">
            <w:pPr>
              <w:jc w:val="center"/>
              <w:rPr>
                <w:rFonts w:ascii="Arial Narrow" w:hAnsi="Arial Narrow"/>
                <w:b/>
                <w:bCs/>
              </w:rPr>
            </w:pPr>
            <w:r w:rsidRPr="009F59AB">
              <w:rPr>
                <w:rFonts w:ascii="Arial Narrow" w:hAnsi="Arial Narrow"/>
                <w:b/>
                <w:bCs/>
              </w:rPr>
              <w:t>NO CUMPLE</w:t>
            </w:r>
          </w:p>
        </w:tc>
        <w:tc>
          <w:tcPr>
            <w:tcW w:w="2005" w:type="dxa"/>
          </w:tcPr>
          <w:p w14:paraId="0C9D0C9C" w14:textId="54AE2117" w:rsidR="00276256" w:rsidRPr="009F59AB" w:rsidRDefault="005416A7" w:rsidP="005416A7">
            <w:pPr>
              <w:jc w:val="center"/>
              <w:rPr>
                <w:rFonts w:ascii="Arial Narrow" w:hAnsi="Arial Narrow"/>
                <w:b/>
                <w:bCs/>
              </w:rPr>
            </w:pPr>
            <w:r w:rsidRPr="009F59AB">
              <w:rPr>
                <w:rFonts w:ascii="Arial Narrow" w:hAnsi="Arial Narrow"/>
                <w:b/>
                <w:bCs/>
              </w:rPr>
              <w:t>PUNTAJE</w:t>
            </w:r>
          </w:p>
        </w:tc>
      </w:tr>
      <w:tr w:rsidR="00276256" w:rsidRPr="009F59AB" w14:paraId="0BF7D925" w14:textId="77777777" w:rsidTr="00640F6A">
        <w:tc>
          <w:tcPr>
            <w:tcW w:w="4503" w:type="dxa"/>
          </w:tcPr>
          <w:p w14:paraId="45EB7F5D" w14:textId="559909A8" w:rsidR="00276256" w:rsidRPr="009F59AB" w:rsidRDefault="00A673C9" w:rsidP="005416A7">
            <w:pPr>
              <w:jc w:val="both"/>
              <w:rPr>
                <w:rFonts w:ascii="Arial Narrow" w:hAnsi="Arial Narrow"/>
                <w:lang w:val="es-CO"/>
              </w:rPr>
            </w:pPr>
            <w:r w:rsidRPr="009F59AB">
              <w:rPr>
                <w:rFonts w:ascii="Arial Narrow" w:hAnsi="Arial Narrow"/>
                <w:lang w:val="es-CO"/>
              </w:rPr>
              <w:t>Actividades</w:t>
            </w:r>
            <w:r w:rsidR="00E56992" w:rsidRPr="009F59AB">
              <w:rPr>
                <w:rFonts w:ascii="Arial Narrow" w:hAnsi="Arial Narrow"/>
                <w:lang w:val="es-CO"/>
              </w:rPr>
              <w:t xml:space="preserve"> de promoción y prevención</w:t>
            </w:r>
            <w:r w:rsidR="002A3E1C" w:rsidRPr="009F59AB">
              <w:rPr>
                <w:rFonts w:ascii="Arial Narrow" w:hAnsi="Arial Narrow"/>
                <w:lang w:val="es-CO"/>
              </w:rPr>
              <w:t xml:space="preserve"> en Bogotá</w:t>
            </w:r>
            <w:r w:rsidR="00D7641D" w:rsidRPr="009F59AB">
              <w:rPr>
                <w:rFonts w:ascii="Arial Narrow" w:hAnsi="Arial Narrow"/>
                <w:lang w:val="es-CO"/>
              </w:rPr>
              <w:t xml:space="preserve"> y Nivel Nacional</w:t>
            </w:r>
          </w:p>
        </w:tc>
        <w:tc>
          <w:tcPr>
            <w:tcW w:w="978" w:type="dxa"/>
          </w:tcPr>
          <w:p w14:paraId="7681E02F" w14:textId="6B144546" w:rsidR="00276256" w:rsidRPr="009F59AB" w:rsidRDefault="002A3E1C" w:rsidP="00640F6A">
            <w:pPr>
              <w:jc w:val="center"/>
              <w:rPr>
                <w:rFonts w:ascii="Arial Narrow" w:hAnsi="Arial Narrow"/>
              </w:rPr>
            </w:pPr>
            <w:r w:rsidRPr="009F59AB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127" w:type="dxa"/>
          </w:tcPr>
          <w:p w14:paraId="6F825D43" w14:textId="77777777" w:rsidR="00276256" w:rsidRPr="009F59AB" w:rsidRDefault="002A3E1C" w:rsidP="00640F6A">
            <w:pPr>
              <w:jc w:val="center"/>
              <w:rPr>
                <w:rFonts w:ascii="Arial Narrow" w:hAnsi="Arial Narrow"/>
              </w:rPr>
            </w:pPr>
            <w:r w:rsidRPr="009F59AB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005" w:type="dxa"/>
          </w:tcPr>
          <w:p w14:paraId="7740CCA5" w14:textId="512A448A" w:rsidR="00276256" w:rsidRPr="009F59AB" w:rsidRDefault="00A673C9" w:rsidP="009F59AB">
            <w:pPr>
              <w:jc w:val="center"/>
              <w:rPr>
                <w:rFonts w:ascii="Arial Narrow" w:hAnsi="Arial Narrow"/>
              </w:rPr>
            </w:pPr>
            <w:r w:rsidRPr="009F59AB">
              <w:rPr>
                <w:rFonts w:ascii="Arial Narrow" w:hAnsi="Arial Narrow"/>
              </w:rPr>
              <w:t>Hasta 10 puntos</w:t>
            </w:r>
          </w:p>
        </w:tc>
      </w:tr>
      <w:tr w:rsidR="00276256" w:rsidRPr="009F59AB" w14:paraId="5D7DB3E3" w14:textId="77777777" w:rsidTr="00640F6A">
        <w:tc>
          <w:tcPr>
            <w:tcW w:w="4503" w:type="dxa"/>
          </w:tcPr>
          <w:p w14:paraId="6428B4D5" w14:textId="457E8670" w:rsidR="00276256" w:rsidRPr="009F59AB" w:rsidRDefault="002A3E1C" w:rsidP="005416A7">
            <w:pPr>
              <w:jc w:val="both"/>
              <w:rPr>
                <w:rFonts w:ascii="Arial Narrow" w:hAnsi="Arial Narrow"/>
                <w:lang w:val="es-CO"/>
              </w:rPr>
            </w:pPr>
            <w:r w:rsidRPr="009F59AB">
              <w:rPr>
                <w:rFonts w:ascii="Arial Narrow" w:hAnsi="Arial Narrow"/>
                <w:lang w:val="es-CO"/>
              </w:rPr>
              <w:t xml:space="preserve">Actividades </w:t>
            </w:r>
            <w:r w:rsidR="00E56992" w:rsidRPr="009F59AB">
              <w:rPr>
                <w:rFonts w:ascii="Arial Narrow" w:hAnsi="Arial Narrow"/>
                <w:lang w:val="es-CO"/>
              </w:rPr>
              <w:t xml:space="preserve">de promoción y prevención </w:t>
            </w:r>
            <w:r w:rsidRPr="009F59AB">
              <w:rPr>
                <w:rFonts w:ascii="Arial Narrow" w:hAnsi="Arial Narrow"/>
                <w:lang w:val="es-CO"/>
              </w:rPr>
              <w:t>programadas para la semana de la salud</w:t>
            </w:r>
            <w:r w:rsidR="00D7641D" w:rsidRPr="009F59AB">
              <w:rPr>
                <w:rFonts w:ascii="Arial Narrow" w:hAnsi="Arial Narrow"/>
                <w:lang w:val="es-CO"/>
              </w:rPr>
              <w:t xml:space="preserve"> para </w:t>
            </w:r>
            <w:r w:rsidRPr="009F59AB">
              <w:rPr>
                <w:rFonts w:ascii="Arial Narrow" w:hAnsi="Arial Narrow"/>
                <w:lang w:val="es-CO"/>
              </w:rPr>
              <w:t>septiembre 2026.</w:t>
            </w:r>
          </w:p>
        </w:tc>
        <w:tc>
          <w:tcPr>
            <w:tcW w:w="978" w:type="dxa"/>
          </w:tcPr>
          <w:p w14:paraId="08AE3EBA" w14:textId="03B28711" w:rsidR="00276256" w:rsidRPr="009F59AB" w:rsidRDefault="002A3E1C" w:rsidP="00640F6A">
            <w:pPr>
              <w:jc w:val="center"/>
              <w:rPr>
                <w:rFonts w:ascii="Arial Narrow" w:hAnsi="Arial Narrow"/>
              </w:rPr>
            </w:pPr>
            <w:r w:rsidRPr="009F59AB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127" w:type="dxa"/>
          </w:tcPr>
          <w:p w14:paraId="1FA915E7" w14:textId="77777777" w:rsidR="00276256" w:rsidRPr="009F59AB" w:rsidRDefault="002A3E1C" w:rsidP="00640F6A">
            <w:pPr>
              <w:jc w:val="center"/>
              <w:rPr>
                <w:rFonts w:ascii="Arial Narrow" w:hAnsi="Arial Narrow"/>
              </w:rPr>
            </w:pPr>
            <w:r w:rsidRPr="009F59AB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005" w:type="dxa"/>
          </w:tcPr>
          <w:p w14:paraId="34B9F877" w14:textId="7AD04B65" w:rsidR="00276256" w:rsidRPr="009F59AB" w:rsidRDefault="00A673C9" w:rsidP="009F59AB">
            <w:pPr>
              <w:jc w:val="center"/>
              <w:rPr>
                <w:rFonts w:ascii="Arial Narrow" w:hAnsi="Arial Narrow"/>
              </w:rPr>
            </w:pPr>
            <w:r w:rsidRPr="009F59AB">
              <w:rPr>
                <w:rFonts w:ascii="Arial Narrow" w:hAnsi="Arial Narrow"/>
              </w:rPr>
              <w:t>Hasta 10 puntos</w:t>
            </w:r>
          </w:p>
        </w:tc>
      </w:tr>
    </w:tbl>
    <w:p w14:paraId="3A6AF052" w14:textId="77777777" w:rsidR="00276256" w:rsidRPr="009F59AB" w:rsidRDefault="00276256">
      <w:pPr>
        <w:rPr>
          <w:rFonts w:ascii="Arial Narrow" w:hAnsi="Arial Narrow"/>
        </w:rPr>
      </w:pPr>
    </w:p>
    <w:p w14:paraId="33923FFF" w14:textId="23E96471" w:rsidR="00276256" w:rsidRPr="009F59AB" w:rsidRDefault="002A3E1C">
      <w:pPr>
        <w:rPr>
          <w:rFonts w:ascii="Arial Narrow" w:hAnsi="Arial Narrow"/>
          <w:lang w:val="es-CO"/>
        </w:rPr>
      </w:pPr>
      <w:r w:rsidRPr="009F59AB">
        <w:rPr>
          <w:rFonts w:ascii="Arial Narrow" w:hAnsi="Arial Narrow"/>
          <w:b/>
          <w:lang w:val="es-CO"/>
        </w:rPr>
        <w:t xml:space="preserve">Puntaje máximo: </w:t>
      </w:r>
      <w:r w:rsidRPr="009F59AB">
        <w:rPr>
          <w:rFonts w:ascii="Arial Narrow" w:hAnsi="Arial Narrow"/>
          <w:lang w:val="es-CO"/>
        </w:rPr>
        <w:t>20 puntos</w:t>
      </w:r>
      <w:r w:rsidRPr="009F59AB">
        <w:rPr>
          <w:rFonts w:ascii="Arial Narrow" w:hAnsi="Arial Narrow"/>
          <w:lang w:val="es-CO"/>
        </w:rPr>
        <w:br/>
      </w:r>
    </w:p>
    <w:p w14:paraId="0CADFB0C" w14:textId="77777777" w:rsidR="00276256" w:rsidRPr="009F59AB" w:rsidRDefault="002A3E1C">
      <w:pPr>
        <w:rPr>
          <w:rFonts w:ascii="Arial Narrow" w:hAnsi="Arial Narrow"/>
          <w:lang w:val="es-CO"/>
        </w:rPr>
      </w:pPr>
      <w:r w:rsidRPr="009F59AB">
        <w:rPr>
          <w:rFonts w:ascii="Arial Narrow" w:hAnsi="Arial Narrow"/>
          <w:lang w:val="es-CO"/>
        </w:rPr>
        <w:br w:type="page"/>
      </w:r>
    </w:p>
    <w:p w14:paraId="0984B3EF" w14:textId="24E2797D" w:rsidR="00276256" w:rsidRPr="009F59AB" w:rsidRDefault="002A3E1C" w:rsidP="00640F6A">
      <w:pPr>
        <w:pStyle w:val="Ttulo2"/>
        <w:numPr>
          <w:ilvl w:val="0"/>
          <w:numId w:val="10"/>
        </w:numPr>
        <w:rPr>
          <w:rFonts w:ascii="Arial Narrow" w:hAnsi="Arial Narrow"/>
          <w:color w:val="auto"/>
          <w:sz w:val="22"/>
          <w:szCs w:val="22"/>
          <w:lang w:val="es-CO"/>
        </w:rPr>
      </w:pPr>
      <w:r w:rsidRPr="009F59AB">
        <w:rPr>
          <w:rFonts w:ascii="Arial Narrow" w:hAnsi="Arial Narrow"/>
          <w:color w:val="auto"/>
          <w:sz w:val="22"/>
          <w:szCs w:val="22"/>
          <w:lang w:val="es-CO"/>
        </w:rPr>
        <w:lastRenderedPageBreak/>
        <w:t>Certificación de Puntos de Atención Integral</w:t>
      </w:r>
    </w:p>
    <w:p w14:paraId="696D65AC" w14:textId="77777777" w:rsidR="00640F6A" w:rsidRPr="009F59AB" w:rsidRDefault="00640F6A" w:rsidP="00640F6A">
      <w:pPr>
        <w:pStyle w:val="Prrafodelista"/>
        <w:rPr>
          <w:rFonts w:ascii="Arial Narrow" w:hAnsi="Arial Narrow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76"/>
        <w:gridCol w:w="992"/>
        <w:gridCol w:w="1133"/>
        <w:gridCol w:w="2029"/>
      </w:tblGrid>
      <w:tr w:rsidR="00276256" w:rsidRPr="009F59AB" w14:paraId="0434BEC4" w14:textId="77777777" w:rsidTr="00433BA7">
        <w:tc>
          <w:tcPr>
            <w:tcW w:w="4476" w:type="dxa"/>
          </w:tcPr>
          <w:p w14:paraId="42F7909F" w14:textId="3D506F3C" w:rsidR="00276256" w:rsidRPr="009F59AB" w:rsidRDefault="00640F6A" w:rsidP="009F59AB">
            <w:pPr>
              <w:jc w:val="center"/>
              <w:rPr>
                <w:rFonts w:ascii="Arial Narrow" w:hAnsi="Arial Narrow"/>
                <w:b/>
                <w:bCs/>
                <w:lang w:val="es-CO"/>
              </w:rPr>
            </w:pPr>
            <w:r w:rsidRPr="009F59AB">
              <w:rPr>
                <w:rFonts w:ascii="Arial Narrow" w:hAnsi="Arial Narrow"/>
                <w:b/>
                <w:bCs/>
                <w:lang w:val="es-CO"/>
              </w:rPr>
              <w:t>CRITERIO</w:t>
            </w:r>
          </w:p>
        </w:tc>
        <w:tc>
          <w:tcPr>
            <w:tcW w:w="992" w:type="dxa"/>
          </w:tcPr>
          <w:p w14:paraId="2E73F177" w14:textId="0809F607" w:rsidR="00276256" w:rsidRPr="009F59AB" w:rsidRDefault="00640F6A" w:rsidP="009F59AB">
            <w:pPr>
              <w:jc w:val="center"/>
              <w:rPr>
                <w:rFonts w:ascii="Arial Narrow" w:hAnsi="Arial Narrow"/>
                <w:b/>
                <w:bCs/>
                <w:lang w:val="es-CO"/>
              </w:rPr>
            </w:pPr>
            <w:r w:rsidRPr="009F59AB">
              <w:rPr>
                <w:rFonts w:ascii="Arial Narrow" w:hAnsi="Arial Narrow"/>
                <w:b/>
                <w:bCs/>
                <w:lang w:val="es-CO"/>
              </w:rPr>
              <w:t>CUMPLE</w:t>
            </w:r>
          </w:p>
        </w:tc>
        <w:tc>
          <w:tcPr>
            <w:tcW w:w="1133" w:type="dxa"/>
          </w:tcPr>
          <w:p w14:paraId="31032392" w14:textId="2DC8B9D1" w:rsidR="00276256" w:rsidRPr="009F59AB" w:rsidRDefault="00640F6A" w:rsidP="009F59AB">
            <w:pPr>
              <w:jc w:val="center"/>
              <w:rPr>
                <w:rFonts w:ascii="Arial Narrow" w:hAnsi="Arial Narrow"/>
                <w:b/>
                <w:bCs/>
                <w:lang w:val="es-CO"/>
              </w:rPr>
            </w:pPr>
            <w:r w:rsidRPr="009F59AB">
              <w:rPr>
                <w:rFonts w:ascii="Arial Narrow" w:hAnsi="Arial Narrow"/>
                <w:b/>
                <w:bCs/>
                <w:lang w:val="es-CO"/>
              </w:rPr>
              <w:t>NO CUMPLE</w:t>
            </w:r>
          </w:p>
        </w:tc>
        <w:tc>
          <w:tcPr>
            <w:tcW w:w="2029" w:type="dxa"/>
          </w:tcPr>
          <w:p w14:paraId="60785A80" w14:textId="3253218D" w:rsidR="00276256" w:rsidRPr="009F59AB" w:rsidRDefault="00640F6A" w:rsidP="009F59AB">
            <w:pPr>
              <w:jc w:val="center"/>
              <w:rPr>
                <w:rFonts w:ascii="Arial Narrow" w:hAnsi="Arial Narrow"/>
                <w:b/>
                <w:bCs/>
                <w:lang w:val="es-CO"/>
              </w:rPr>
            </w:pPr>
            <w:r w:rsidRPr="009F59AB">
              <w:rPr>
                <w:rFonts w:ascii="Arial Narrow" w:hAnsi="Arial Narrow"/>
                <w:b/>
                <w:bCs/>
                <w:lang w:val="es-CO"/>
              </w:rPr>
              <w:t>PUNTAJE</w:t>
            </w:r>
          </w:p>
        </w:tc>
      </w:tr>
      <w:tr w:rsidR="00276256" w:rsidRPr="009F59AB" w14:paraId="0742A868" w14:textId="77777777" w:rsidTr="00433BA7">
        <w:tc>
          <w:tcPr>
            <w:tcW w:w="4476" w:type="dxa"/>
          </w:tcPr>
          <w:p w14:paraId="6D5B33ED" w14:textId="1A1E95D7" w:rsidR="00276256" w:rsidRPr="009F59AB" w:rsidRDefault="002A3E1C" w:rsidP="00640F6A">
            <w:pPr>
              <w:jc w:val="both"/>
              <w:rPr>
                <w:rFonts w:ascii="Arial Narrow" w:hAnsi="Arial Narrow"/>
                <w:lang w:val="es-CO"/>
              </w:rPr>
            </w:pPr>
            <w:r w:rsidRPr="009F59AB">
              <w:rPr>
                <w:rFonts w:ascii="Arial Narrow" w:hAnsi="Arial Narrow"/>
                <w:lang w:val="es-CO"/>
              </w:rPr>
              <w:t>Cuenta con</w:t>
            </w:r>
            <w:r w:rsidR="00A673C9" w:rsidRPr="009F59AB">
              <w:rPr>
                <w:rFonts w:ascii="Arial Narrow" w:hAnsi="Arial Narrow"/>
                <w:lang w:val="es-CO"/>
              </w:rPr>
              <w:t xml:space="preserve"> 1 a 3 </w:t>
            </w:r>
            <w:r w:rsidRPr="009F59AB">
              <w:rPr>
                <w:rFonts w:ascii="Arial Narrow" w:hAnsi="Arial Narrow"/>
                <w:lang w:val="es-CO"/>
              </w:rPr>
              <w:t>sede</w:t>
            </w:r>
            <w:r w:rsidR="00805792" w:rsidRPr="009F59AB">
              <w:rPr>
                <w:rFonts w:ascii="Arial Narrow" w:hAnsi="Arial Narrow"/>
                <w:lang w:val="es-CO"/>
              </w:rPr>
              <w:t>s</w:t>
            </w:r>
            <w:r w:rsidRPr="009F59AB">
              <w:rPr>
                <w:rFonts w:ascii="Arial Narrow" w:hAnsi="Arial Narrow"/>
                <w:lang w:val="es-CO"/>
              </w:rPr>
              <w:t xml:space="preserve"> en Bogotá D.C. para atención integral</w:t>
            </w:r>
            <w:r w:rsidR="00A673C9" w:rsidRPr="009F59AB">
              <w:rPr>
                <w:rFonts w:ascii="Arial Narrow" w:hAnsi="Arial Narrow"/>
                <w:lang w:val="es-CO"/>
              </w:rPr>
              <w:t>, acreditadas mediante resolución de habilitación de vigencia de la sede oferta</w:t>
            </w:r>
            <w:r w:rsidR="00443FA1" w:rsidRPr="009F59AB">
              <w:rPr>
                <w:rFonts w:ascii="Arial Narrow" w:hAnsi="Arial Narrow"/>
                <w:lang w:val="es-CO"/>
              </w:rPr>
              <w:t>da</w:t>
            </w:r>
            <w:r w:rsidR="00A673C9" w:rsidRPr="009F59AB">
              <w:rPr>
                <w:rFonts w:ascii="Arial Narrow" w:hAnsi="Arial Narrow"/>
                <w:lang w:val="es-CO"/>
              </w:rPr>
              <w:t>.</w:t>
            </w:r>
          </w:p>
        </w:tc>
        <w:tc>
          <w:tcPr>
            <w:tcW w:w="992" w:type="dxa"/>
          </w:tcPr>
          <w:p w14:paraId="5EE409E0" w14:textId="77777777" w:rsidR="00276256" w:rsidRPr="009F59AB" w:rsidRDefault="002A3E1C" w:rsidP="00640F6A">
            <w:pPr>
              <w:jc w:val="center"/>
              <w:rPr>
                <w:rFonts w:ascii="Arial Narrow" w:hAnsi="Arial Narrow"/>
                <w:lang w:val="es-CO"/>
              </w:rPr>
            </w:pPr>
            <w:r w:rsidRPr="009F59AB">
              <w:rPr>
                <w:rFonts w:ascii="Segoe UI Symbol" w:hAnsi="Segoe UI Symbol" w:cs="Segoe UI Symbol"/>
                <w:lang w:val="es-CO"/>
              </w:rPr>
              <w:t>☐</w:t>
            </w:r>
          </w:p>
        </w:tc>
        <w:tc>
          <w:tcPr>
            <w:tcW w:w="1133" w:type="dxa"/>
          </w:tcPr>
          <w:p w14:paraId="6D5BBD19" w14:textId="77777777" w:rsidR="00276256" w:rsidRPr="009F59AB" w:rsidRDefault="002A3E1C" w:rsidP="00640F6A">
            <w:pPr>
              <w:jc w:val="center"/>
              <w:rPr>
                <w:rFonts w:ascii="Arial Narrow" w:hAnsi="Arial Narrow"/>
                <w:lang w:val="es-CO"/>
              </w:rPr>
            </w:pPr>
            <w:r w:rsidRPr="009F59AB">
              <w:rPr>
                <w:rFonts w:ascii="Segoe UI Symbol" w:hAnsi="Segoe UI Symbol" w:cs="Segoe UI Symbol"/>
                <w:lang w:val="es-CO"/>
              </w:rPr>
              <w:t>☐</w:t>
            </w:r>
          </w:p>
        </w:tc>
        <w:tc>
          <w:tcPr>
            <w:tcW w:w="2029" w:type="dxa"/>
          </w:tcPr>
          <w:p w14:paraId="73726968" w14:textId="0AEDEA08" w:rsidR="00276256" w:rsidRPr="009F59AB" w:rsidRDefault="00A673C9" w:rsidP="009F59AB">
            <w:pPr>
              <w:jc w:val="center"/>
              <w:rPr>
                <w:rFonts w:ascii="Arial Narrow" w:hAnsi="Arial Narrow"/>
                <w:lang w:val="es-CO"/>
              </w:rPr>
            </w:pPr>
            <w:r w:rsidRPr="009F59AB">
              <w:rPr>
                <w:rFonts w:ascii="Arial Narrow" w:hAnsi="Arial Narrow"/>
                <w:lang w:val="es-CO"/>
              </w:rPr>
              <w:t xml:space="preserve">Hasta </w:t>
            </w:r>
            <w:r w:rsidR="00443FA1" w:rsidRPr="009F59AB">
              <w:rPr>
                <w:rFonts w:ascii="Arial Narrow" w:hAnsi="Arial Narrow"/>
                <w:lang w:val="es-CO"/>
              </w:rPr>
              <w:t>1.5</w:t>
            </w:r>
          </w:p>
        </w:tc>
      </w:tr>
      <w:tr w:rsidR="00805792" w:rsidRPr="009F59AB" w14:paraId="5E950280" w14:textId="77777777" w:rsidTr="00433BA7">
        <w:tc>
          <w:tcPr>
            <w:tcW w:w="4476" w:type="dxa"/>
          </w:tcPr>
          <w:p w14:paraId="753190DA" w14:textId="43A031EE" w:rsidR="00805792" w:rsidRPr="009F59AB" w:rsidRDefault="00A673C9" w:rsidP="00805792">
            <w:pPr>
              <w:jc w:val="both"/>
              <w:rPr>
                <w:rFonts w:ascii="Arial Narrow" w:hAnsi="Arial Narrow"/>
                <w:lang w:val="es-CO"/>
              </w:rPr>
            </w:pPr>
            <w:r w:rsidRPr="009F59AB">
              <w:rPr>
                <w:rFonts w:ascii="Arial Narrow" w:hAnsi="Arial Narrow"/>
                <w:lang w:val="es-CO"/>
              </w:rPr>
              <w:t>Cuenta con 4 o más sedes en Bogotá D.C. para atención integral, acreditadas mediante resolución de habilitación de vigencia de la sede oferta</w:t>
            </w:r>
            <w:r w:rsidR="00443FA1" w:rsidRPr="009F59AB">
              <w:rPr>
                <w:rFonts w:ascii="Arial Narrow" w:hAnsi="Arial Narrow"/>
                <w:lang w:val="es-CO"/>
              </w:rPr>
              <w:t>da</w:t>
            </w:r>
            <w:r w:rsidRPr="009F59AB">
              <w:rPr>
                <w:rFonts w:ascii="Arial Narrow" w:hAnsi="Arial Narrow"/>
                <w:lang w:val="es-CO"/>
              </w:rPr>
              <w:t>.</w:t>
            </w:r>
          </w:p>
        </w:tc>
        <w:tc>
          <w:tcPr>
            <w:tcW w:w="992" w:type="dxa"/>
          </w:tcPr>
          <w:p w14:paraId="098EF110" w14:textId="5B53F775" w:rsidR="00805792" w:rsidRPr="009F59AB" w:rsidRDefault="00805792" w:rsidP="00805792">
            <w:pPr>
              <w:jc w:val="center"/>
              <w:rPr>
                <w:rFonts w:ascii="Arial Narrow" w:hAnsi="Arial Narrow"/>
                <w:lang w:val="es-CO"/>
              </w:rPr>
            </w:pPr>
            <w:r w:rsidRPr="009F59AB">
              <w:rPr>
                <w:rFonts w:ascii="Segoe UI Symbol" w:hAnsi="Segoe UI Symbol" w:cs="Segoe UI Symbol"/>
                <w:lang w:val="es-CO"/>
              </w:rPr>
              <w:t>☐</w:t>
            </w:r>
          </w:p>
        </w:tc>
        <w:tc>
          <w:tcPr>
            <w:tcW w:w="1133" w:type="dxa"/>
          </w:tcPr>
          <w:p w14:paraId="4BC29BA6" w14:textId="3F491C5F" w:rsidR="00805792" w:rsidRPr="009F59AB" w:rsidRDefault="00805792" w:rsidP="00805792">
            <w:pPr>
              <w:jc w:val="center"/>
              <w:rPr>
                <w:rFonts w:ascii="Arial Narrow" w:hAnsi="Arial Narrow"/>
                <w:lang w:val="es-CO"/>
              </w:rPr>
            </w:pPr>
            <w:r w:rsidRPr="009F59AB">
              <w:rPr>
                <w:rFonts w:ascii="Segoe UI Symbol" w:hAnsi="Segoe UI Symbol" w:cs="Segoe UI Symbol"/>
                <w:lang w:val="es-CO"/>
              </w:rPr>
              <w:t>☐</w:t>
            </w:r>
          </w:p>
        </w:tc>
        <w:tc>
          <w:tcPr>
            <w:tcW w:w="2029" w:type="dxa"/>
          </w:tcPr>
          <w:p w14:paraId="03DA08EC" w14:textId="7ABDAD8D" w:rsidR="00805792" w:rsidRPr="009F59AB" w:rsidRDefault="00443FA1" w:rsidP="009F59AB">
            <w:pPr>
              <w:jc w:val="center"/>
              <w:rPr>
                <w:rFonts w:ascii="Arial Narrow" w:hAnsi="Arial Narrow"/>
                <w:lang w:val="es-CO"/>
              </w:rPr>
            </w:pPr>
            <w:r w:rsidRPr="009F59AB">
              <w:rPr>
                <w:rFonts w:ascii="Arial Narrow" w:hAnsi="Arial Narrow"/>
                <w:lang w:val="es-CO"/>
              </w:rPr>
              <w:t>Hasta 2.5</w:t>
            </w:r>
          </w:p>
        </w:tc>
      </w:tr>
      <w:tr w:rsidR="00276256" w:rsidRPr="009F59AB" w14:paraId="0E4C26E0" w14:textId="77777777" w:rsidTr="00433BA7">
        <w:tc>
          <w:tcPr>
            <w:tcW w:w="4476" w:type="dxa"/>
          </w:tcPr>
          <w:p w14:paraId="2343475E" w14:textId="22670A7C" w:rsidR="00276256" w:rsidRPr="009F59AB" w:rsidRDefault="002A3E1C" w:rsidP="00640F6A">
            <w:pPr>
              <w:jc w:val="both"/>
              <w:rPr>
                <w:rFonts w:ascii="Arial Narrow" w:hAnsi="Arial Narrow"/>
                <w:lang w:val="es-CO"/>
              </w:rPr>
            </w:pPr>
            <w:r w:rsidRPr="009F59AB">
              <w:rPr>
                <w:rFonts w:ascii="Arial Narrow" w:hAnsi="Arial Narrow"/>
                <w:lang w:val="es-CO"/>
              </w:rPr>
              <w:t>Permite realizar el 100% de evaluaciones médicas ocupacionales</w:t>
            </w:r>
            <w:r w:rsidR="00805792" w:rsidRPr="009F59AB">
              <w:rPr>
                <w:rFonts w:ascii="Arial Narrow" w:hAnsi="Arial Narrow"/>
                <w:lang w:val="es-CO"/>
              </w:rPr>
              <w:t xml:space="preserve"> en</w:t>
            </w:r>
            <w:r w:rsidR="00640F6A" w:rsidRPr="009F59AB">
              <w:rPr>
                <w:rFonts w:ascii="Arial Narrow" w:hAnsi="Arial Narrow"/>
                <w:lang w:val="es-CO"/>
              </w:rPr>
              <w:t xml:space="preserve"> la Ciudad de Bogotá</w:t>
            </w:r>
            <w:r w:rsidR="00443FA1" w:rsidRPr="009F59AB">
              <w:rPr>
                <w:rFonts w:ascii="Arial Narrow" w:hAnsi="Arial Narrow"/>
                <w:lang w:val="es-CO"/>
              </w:rPr>
              <w:t>, acreditado mediante la resolución vigente que avalé tal condición.</w:t>
            </w:r>
          </w:p>
        </w:tc>
        <w:tc>
          <w:tcPr>
            <w:tcW w:w="992" w:type="dxa"/>
          </w:tcPr>
          <w:p w14:paraId="6715B3B8" w14:textId="77777777" w:rsidR="00276256" w:rsidRPr="009F59AB" w:rsidRDefault="002A3E1C" w:rsidP="00640F6A">
            <w:pPr>
              <w:jc w:val="center"/>
              <w:rPr>
                <w:rFonts w:ascii="Arial Narrow" w:hAnsi="Arial Narrow"/>
                <w:lang w:val="es-CO"/>
              </w:rPr>
            </w:pPr>
            <w:r w:rsidRPr="009F59AB">
              <w:rPr>
                <w:rFonts w:ascii="Segoe UI Symbol" w:hAnsi="Segoe UI Symbol" w:cs="Segoe UI Symbol"/>
                <w:lang w:val="es-CO"/>
              </w:rPr>
              <w:t>☐</w:t>
            </w:r>
          </w:p>
        </w:tc>
        <w:tc>
          <w:tcPr>
            <w:tcW w:w="1133" w:type="dxa"/>
          </w:tcPr>
          <w:p w14:paraId="469C7A20" w14:textId="77777777" w:rsidR="00276256" w:rsidRPr="009F59AB" w:rsidRDefault="002A3E1C" w:rsidP="00640F6A">
            <w:pPr>
              <w:jc w:val="center"/>
              <w:rPr>
                <w:rFonts w:ascii="Arial Narrow" w:hAnsi="Arial Narrow"/>
                <w:lang w:val="es-CO"/>
              </w:rPr>
            </w:pPr>
            <w:r w:rsidRPr="009F59AB">
              <w:rPr>
                <w:rFonts w:ascii="Segoe UI Symbol" w:hAnsi="Segoe UI Symbol" w:cs="Segoe UI Symbol"/>
                <w:lang w:val="es-CO"/>
              </w:rPr>
              <w:t>☐</w:t>
            </w:r>
          </w:p>
        </w:tc>
        <w:tc>
          <w:tcPr>
            <w:tcW w:w="2029" w:type="dxa"/>
          </w:tcPr>
          <w:p w14:paraId="7C06071F" w14:textId="5F5C600C" w:rsidR="00276256" w:rsidRPr="009F59AB" w:rsidRDefault="00443FA1" w:rsidP="009F59AB">
            <w:pPr>
              <w:jc w:val="center"/>
              <w:rPr>
                <w:rFonts w:ascii="Arial Narrow" w:hAnsi="Arial Narrow"/>
                <w:lang w:val="es-CO"/>
              </w:rPr>
            </w:pPr>
            <w:r w:rsidRPr="009F59AB">
              <w:rPr>
                <w:rFonts w:ascii="Arial Narrow" w:hAnsi="Arial Narrow"/>
                <w:lang w:val="es-CO"/>
              </w:rPr>
              <w:t>Hasta 5</w:t>
            </w:r>
          </w:p>
        </w:tc>
      </w:tr>
    </w:tbl>
    <w:p w14:paraId="297ED9ED" w14:textId="77777777" w:rsidR="00443FA1" w:rsidRPr="009F59AB" w:rsidRDefault="00443FA1">
      <w:pPr>
        <w:rPr>
          <w:rFonts w:ascii="Arial Narrow" w:hAnsi="Arial Narrow"/>
          <w:b/>
          <w:lang w:val="es-CO"/>
        </w:rPr>
      </w:pPr>
    </w:p>
    <w:p w14:paraId="10AB0FA3" w14:textId="5D944377" w:rsidR="00276256" w:rsidRDefault="002A3E1C">
      <w:pPr>
        <w:rPr>
          <w:rFonts w:ascii="Arial Narrow" w:hAnsi="Arial Narrow"/>
          <w:lang w:val="es-CO"/>
        </w:rPr>
      </w:pPr>
      <w:r w:rsidRPr="009F59AB">
        <w:rPr>
          <w:rFonts w:ascii="Arial Narrow" w:hAnsi="Arial Narrow"/>
          <w:b/>
          <w:lang w:val="es-CO"/>
        </w:rPr>
        <w:t xml:space="preserve">Puntaje máximo: </w:t>
      </w:r>
      <w:r w:rsidRPr="009F59AB">
        <w:rPr>
          <w:rFonts w:ascii="Arial Narrow" w:hAnsi="Arial Narrow"/>
          <w:lang w:val="es-CO"/>
        </w:rPr>
        <w:t>7.5 puntos</w:t>
      </w:r>
      <w:r w:rsidRPr="009F59AB">
        <w:rPr>
          <w:rFonts w:ascii="Arial Narrow" w:hAnsi="Arial Narrow"/>
          <w:lang w:val="es-CO"/>
        </w:rPr>
        <w:br/>
      </w:r>
    </w:p>
    <w:p w14:paraId="6EC6D571" w14:textId="77777777" w:rsidR="009F59AB" w:rsidRPr="009F59AB" w:rsidRDefault="009F59AB">
      <w:pPr>
        <w:rPr>
          <w:rFonts w:ascii="Arial Narrow" w:hAnsi="Arial Narrow"/>
          <w:lang w:val="es-CO"/>
        </w:rPr>
      </w:pPr>
    </w:p>
    <w:p w14:paraId="0D83AC6C" w14:textId="77777777" w:rsidR="00276256" w:rsidRPr="009F59AB" w:rsidRDefault="002A3E1C">
      <w:pPr>
        <w:pStyle w:val="Ttulo2"/>
        <w:rPr>
          <w:rFonts w:ascii="Arial Narrow" w:hAnsi="Arial Narrow"/>
          <w:color w:val="auto"/>
          <w:sz w:val="22"/>
          <w:szCs w:val="22"/>
        </w:rPr>
      </w:pPr>
      <w:r w:rsidRPr="009F59AB">
        <w:rPr>
          <w:rFonts w:ascii="Arial Narrow" w:hAnsi="Arial Narrow"/>
          <w:color w:val="auto"/>
          <w:sz w:val="22"/>
          <w:szCs w:val="22"/>
        </w:rPr>
        <w:t>OBSERVACIONES</w:t>
      </w:r>
    </w:p>
    <w:p w14:paraId="0F7A544C" w14:textId="56DCC2B3" w:rsidR="00276256" w:rsidRDefault="00276256">
      <w:pPr>
        <w:rPr>
          <w:rFonts w:ascii="Arial Narrow" w:hAnsi="Arial Narrow"/>
        </w:rPr>
      </w:pPr>
    </w:p>
    <w:p w14:paraId="14EE94E3" w14:textId="77777777" w:rsidR="009F59AB" w:rsidRDefault="009F59AB">
      <w:pPr>
        <w:rPr>
          <w:rFonts w:ascii="Arial Narrow" w:hAnsi="Arial Narrow"/>
        </w:rPr>
      </w:pPr>
    </w:p>
    <w:p w14:paraId="19829928" w14:textId="77777777" w:rsidR="00FF59E5" w:rsidRPr="009F59AB" w:rsidRDefault="00FF59E5">
      <w:pPr>
        <w:rPr>
          <w:rFonts w:ascii="Arial Narrow" w:hAnsi="Arial Narrow"/>
        </w:rPr>
      </w:pPr>
    </w:p>
    <w:p w14:paraId="6300AFC3" w14:textId="77777777" w:rsidR="00276256" w:rsidRPr="009F59AB" w:rsidRDefault="00276256">
      <w:pPr>
        <w:rPr>
          <w:rFonts w:ascii="Arial Narrow" w:hAnsi="Arial Narrow"/>
        </w:rPr>
      </w:pPr>
    </w:p>
    <w:p w14:paraId="2C63C8F9" w14:textId="77777777" w:rsidR="00276256" w:rsidRPr="009F59AB" w:rsidRDefault="002A3E1C">
      <w:pPr>
        <w:rPr>
          <w:rFonts w:ascii="Arial Narrow" w:hAnsi="Arial Narrow"/>
        </w:rPr>
      </w:pPr>
      <w:r w:rsidRPr="009F59AB">
        <w:rPr>
          <w:rFonts w:ascii="Arial Narrow" w:hAnsi="Arial Narrow"/>
          <w:b/>
        </w:rPr>
        <w:t xml:space="preserve">Firma del evaluador: </w:t>
      </w:r>
      <w:r w:rsidRPr="009F59AB">
        <w:rPr>
          <w:rFonts w:ascii="Arial Narrow" w:hAnsi="Arial Narrow"/>
        </w:rPr>
        <w:t>________________________________________</w:t>
      </w:r>
    </w:p>
    <w:sectPr w:rsidR="00276256" w:rsidRPr="009F59AB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E781284"/>
    <w:multiLevelType w:val="hybridMultilevel"/>
    <w:tmpl w:val="1E8AEC2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7648477">
    <w:abstractNumId w:val="8"/>
  </w:num>
  <w:num w:numId="2" w16cid:durableId="700398767">
    <w:abstractNumId w:val="6"/>
  </w:num>
  <w:num w:numId="3" w16cid:durableId="1429037335">
    <w:abstractNumId w:val="5"/>
  </w:num>
  <w:num w:numId="4" w16cid:durableId="1358462726">
    <w:abstractNumId w:val="4"/>
  </w:num>
  <w:num w:numId="5" w16cid:durableId="4943949">
    <w:abstractNumId w:val="7"/>
  </w:num>
  <w:num w:numId="6" w16cid:durableId="1400445821">
    <w:abstractNumId w:val="3"/>
  </w:num>
  <w:num w:numId="7" w16cid:durableId="1819034503">
    <w:abstractNumId w:val="2"/>
  </w:num>
  <w:num w:numId="8" w16cid:durableId="1746412542">
    <w:abstractNumId w:val="1"/>
  </w:num>
  <w:num w:numId="9" w16cid:durableId="1767457531">
    <w:abstractNumId w:val="0"/>
  </w:num>
  <w:num w:numId="10" w16cid:durableId="71015465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3D5B"/>
    <w:rsid w:val="00034616"/>
    <w:rsid w:val="0006063C"/>
    <w:rsid w:val="000A1A70"/>
    <w:rsid w:val="0015074B"/>
    <w:rsid w:val="00276256"/>
    <w:rsid w:val="0029639D"/>
    <w:rsid w:val="002A3E1C"/>
    <w:rsid w:val="00326F90"/>
    <w:rsid w:val="00433BA7"/>
    <w:rsid w:val="00443FA1"/>
    <w:rsid w:val="005416A7"/>
    <w:rsid w:val="00640F6A"/>
    <w:rsid w:val="006532CA"/>
    <w:rsid w:val="00805792"/>
    <w:rsid w:val="00846CFF"/>
    <w:rsid w:val="009F59AB"/>
    <w:rsid w:val="00A673C9"/>
    <w:rsid w:val="00AA1D8D"/>
    <w:rsid w:val="00B47730"/>
    <w:rsid w:val="00CB0664"/>
    <w:rsid w:val="00D7641D"/>
    <w:rsid w:val="00E56992"/>
    <w:rsid w:val="00FC693F"/>
    <w:rsid w:val="00FF5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0403D28E"/>
  <w14:defaultImageDpi w14:val="300"/>
  <w15:docId w15:val="{69BE1BD5-7ADF-44BA-9A2A-C86AC8629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238</Words>
  <Characters>1312</Characters>
  <Application>Microsoft Office Word</Application>
  <DocSecurity>0</DocSecurity>
  <Lines>10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1547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JULIETH CAMILA TELLEZ ARDILA</cp:lastModifiedBy>
  <cp:revision>3</cp:revision>
  <dcterms:created xsi:type="dcterms:W3CDTF">2026-05-20T20:30:00Z</dcterms:created>
  <dcterms:modified xsi:type="dcterms:W3CDTF">2026-05-20T21:22:00Z</dcterms:modified>
  <cp:category/>
</cp:coreProperties>
</file>