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391FF" w14:textId="77777777" w:rsidR="00C2732D" w:rsidRDefault="001A0FBE">
      <w:pPr>
        <w:spacing w:after="0"/>
        <w:jc w:val="center"/>
      </w:pPr>
      <w:r>
        <w:rPr>
          <w:b/>
          <w:sz w:val="28"/>
        </w:rPr>
        <w:t>ALCALDÍA MUNICIPAL DE ANGELÓPOLIS</w:t>
      </w:r>
    </w:p>
    <w:p w14:paraId="6334D334" w14:textId="77777777" w:rsidR="00C2732D" w:rsidRDefault="001A0FBE">
      <w:pPr>
        <w:spacing w:after="160"/>
        <w:jc w:val="center"/>
      </w:pPr>
      <w:r>
        <w:rPr>
          <w:b/>
          <w:sz w:val="22"/>
        </w:rPr>
        <w:t>SECRETARÍA DE PLANEACIÓN Y DESARROLLO TERRITORIAL</w:t>
      </w:r>
    </w:p>
    <w:p w14:paraId="01E09BAC" w14:textId="6C524784" w:rsidR="00C2732D" w:rsidRDefault="001A0FBE">
      <w:pPr>
        <w:spacing w:after="0"/>
        <w:jc w:val="center"/>
      </w:pPr>
      <w:r>
        <w:rPr>
          <w:b/>
          <w:sz w:val="32"/>
        </w:rPr>
        <w:t xml:space="preserve">ANEXO </w:t>
      </w:r>
      <w:r w:rsidR="0035649E">
        <w:rPr>
          <w:b/>
          <w:sz w:val="32"/>
        </w:rPr>
        <w:t>05</w:t>
      </w:r>
    </w:p>
    <w:p w14:paraId="55EA57F4" w14:textId="1C3D50F4" w:rsidR="00C2732D" w:rsidRDefault="001A0FBE">
      <w:pPr>
        <w:spacing w:after="160"/>
        <w:jc w:val="center"/>
      </w:pPr>
      <w:r>
        <w:rPr>
          <w:b/>
          <w:sz w:val="28"/>
        </w:rPr>
        <w:t>FORMATOS PARA CAPACIDAD RESIDUAL DE CONTRATACIÓN - Kr</w:t>
      </w:r>
    </w:p>
    <w:tbl>
      <w:tblPr>
        <w:tblW w:w="0" w:type="auto"/>
        <w:jc w:val="center"/>
        <w:tblLayout w:type="fixed"/>
        <w:tblLook w:val="04A0" w:firstRow="1" w:lastRow="0" w:firstColumn="1" w:lastColumn="0" w:noHBand="0" w:noVBand="1"/>
      </w:tblPr>
      <w:tblGrid>
        <w:gridCol w:w="2015"/>
        <w:gridCol w:w="12240"/>
      </w:tblGrid>
      <w:tr w:rsidR="00C2732D" w14:paraId="255F2BB6"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1A3D19DD" w14:textId="77777777" w:rsidR="00C2732D" w:rsidRDefault="001A0FBE">
            <w:pPr>
              <w:spacing w:after="0"/>
            </w:pPr>
            <w:r>
              <w:rPr>
                <w:b/>
                <w:sz w:val="16"/>
              </w:rPr>
              <w:t>PROCESO DE SELECCIÓN</w:t>
            </w:r>
          </w:p>
        </w:tc>
        <w:tc>
          <w:tcPr>
            <w:tcW w:w="12240" w:type="dxa"/>
            <w:tcBorders>
              <w:top w:val="single" w:sz="6" w:space="0" w:color="000000"/>
              <w:left w:val="single" w:sz="6" w:space="0" w:color="000000"/>
              <w:bottom w:val="single" w:sz="6" w:space="0" w:color="000000"/>
              <w:right w:val="single" w:sz="6" w:space="0" w:color="000000"/>
            </w:tcBorders>
            <w:vAlign w:val="center"/>
          </w:tcPr>
          <w:p w14:paraId="3515EE2E" w14:textId="3C760F07" w:rsidR="00C2732D" w:rsidRDefault="001A0FBE">
            <w:pPr>
              <w:spacing w:after="0"/>
            </w:pPr>
            <w:r>
              <w:rPr>
                <w:sz w:val="16"/>
              </w:rPr>
              <w:t>SAMC-00</w:t>
            </w:r>
            <w:r w:rsidR="009F1EBD">
              <w:rPr>
                <w:sz w:val="16"/>
              </w:rPr>
              <w:t>4</w:t>
            </w:r>
            <w:r>
              <w:rPr>
                <w:sz w:val="16"/>
              </w:rPr>
              <w:t>-2026</w:t>
            </w:r>
          </w:p>
        </w:tc>
      </w:tr>
      <w:tr w:rsidR="00C2732D" w14:paraId="5921726D"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4F1CA628" w14:textId="77777777" w:rsidR="00C2732D" w:rsidRDefault="001A0FBE">
            <w:pPr>
              <w:spacing w:after="0"/>
            </w:pPr>
            <w:r>
              <w:rPr>
                <w:b/>
                <w:sz w:val="16"/>
              </w:rPr>
              <w:t>OBJETO</w:t>
            </w:r>
          </w:p>
        </w:tc>
        <w:tc>
          <w:tcPr>
            <w:tcW w:w="12240" w:type="dxa"/>
            <w:tcBorders>
              <w:top w:val="single" w:sz="6" w:space="0" w:color="000000"/>
              <w:left w:val="single" w:sz="6" w:space="0" w:color="000000"/>
              <w:bottom w:val="single" w:sz="6" w:space="0" w:color="000000"/>
              <w:right w:val="single" w:sz="6" w:space="0" w:color="000000"/>
            </w:tcBorders>
            <w:vAlign w:val="center"/>
          </w:tcPr>
          <w:p w14:paraId="191F197C" w14:textId="77777777" w:rsidR="00C2732D" w:rsidRDefault="001A0FBE">
            <w:pPr>
              <w:spacing w:after="0"/>
            </w:pPr>
            <w:r>
              <w:rPr>
                <w:sz w:val="16"/>
              </w:rPr>
              <w:t>SUMINISTRO, TRANSPORTE, INSTALACIÓN, PUESTA EN FUNCIONAMIENTO Y CAPACITACIÓN PARA LA OPERACIÓN DE SISTEMAS SÉPTICOS INDIVIDUALES PARA EL TRATAMIENTO DE AGUAS RESIDUALES DOMÉSTICAS EN LA ZONA RURAL DEL MUNICIPIO DE ANGELÓPOLIS, EN EL MARCO DEL CONVENIO INTERADMINISTRATIVO NO. 040-COV2509-33 SUSCRITO CON CORANTIOQUIA</w:t>
            </w:r>
          </w:p>
        </w:tc>
      </w:tr>
      <w:tr w:rsidR="00C2732D" w14:paraId="1A8227CB"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732FAB44" w14:textId="77777777" w:rsidR="00C2732D" w:rsidRDefault="001A0FBE">
            <w:pPr>
              <w:spacing w:after="0"/>
            </w:pPr>
            <w:r>
              <w:rPr>
                <w:b/>
                <w:sz w:val="16"/>
              </w:rPr>
              <w:t>ENTIDAD CONTRATANTE</w:t>
            </w:r>
          </w:p>
        </w:tc>
        <w:tc>
          <w:tcPr>
            <w:tcW w:w="12240" w:type="dxa"/>
            <w:tcBorders>
              <w:top w:val="single" w:sz="6" w:space="0" w:color="000000"/>
              <w:left w:val="single" w:sz="6" w:space="0" w:color="000000"/>
              <w:bottom w:val="single" w:sz="6" w:space="0" w:color="000000"/>
              <w:right w:val="single" w:sz="6" w:space="0" w:color="000000"/>
            </w:tcBorders>
            <w:vAlign w:val="center"/>
          </w:tcPr>
          <w:p w14:paraId="06CA5095" w14:textId="77777777" w:rsidR="00C2732D" w:rsidRDefault="001A0FBE">
            <w:pPr>
              <w:spacing w:after="0"/>
            </w:pPr>
            <w:r>
              <w:rPr>
                <w:sz w:val="16"/>
              </w:rPr>
              <w:t>MUNICIPIO DE ANGELÓPOLIS (ANTIOQUIA)</w:t>
            </w:r>
          </w:p>
        </w:tc>
      </w:tr>
      <w:tr w:rsidR="00C2732D" w14:paraId="7E4D756C"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0E3D4B0D" w14:textId="77777777" w:rsidR="00C2732D" w:rsidRDefault="001A0FBE">
            <w:pPr>
              <w:spacing w:after="0"/>
            </w:pPr>
            <w:r>
              <w:rPr>
                <w:b/>
                <w:sz w:val="16"/>
              </w:rPr>
              <w:t>DEPENDENCIA RESPONSABLE</w:t>
            </w:r>
          </w:p>
        </w:tc>
        <w:tc>
          <w:tcPr>
            <w:tcW w:w="12240" w:type="dxa"/>
            <w:tcBorders>
              <w:top w:val="single" w:sz="6" w:space="0" w:color="000000"/>
              <w:left w:val="single" w:sz="6" w:space="0" w:color="000000"/>
              <w:bottom w:val="single" w:sz="6" w:space="0" w:color="000000"/>
              <w:right w:val="single" w:sz="6" w:space="0" w:color="000000"/>
            </w:tcBorders>
            <w:vAlign w:val="center"/>
          </w:tcPr>
          <w:p w14:paraId="6074DCF4" w14:textId="77777777" w:rsidR="00C2732D" w:rsidRDefault="001A0FBE">
            <w:pPr>
              <w:spacing w:after="0"/>
            </w:pPr>
            <w:r>
              <w:rPr>
                <w:sz w:val="16"/>
              </w:rPr>
              <w:t>SECRETARÍA DE PLANEACIÓN Y DESARROLLO TERRITORIAL</w:t>
            </w:r>
          </w:p>
        </w:tc>
      </w:tr>
    </w:tbl>
    <w:p w14:paraId="7C9EA8F1" w14:textId="77777777" w:rsidR="00C2732D" w:rsidRDefault="001A0FBE">
      <w:pPr>
        <w:spacing w:after="40"/>
        <w:jc w:val="center"/>
      </w:pPr>
      <w:r>
        <w:rPr>
          <w:b/>
          <w:sz w:val="20"/>
        </w:rPr>
        <w:t>INSTRUCCIONES GENERALES</w:t>
      </w:r>
    </w:p>
    <w:p w14:paraId="6DC4175D" w14:textId="77777777" w:rsidR="00C2732D" w:rsidRDefault="001A0FBE">
      <w:pPr>
        <w:spacing w:after="100"/>
        <w:jc w:val="both"/>
      </w:pPr>
      <w:r>
        <w:t>Los presentes formatos deberán ser diligenciados por el oferente y por cada integrante del oferente plural, cuando aplique, de acuerdo con las reglas contenidas en los documentos del proceso. La información se entiende suministrada bajo la gravedad de juramento y será objeto de verificación por parte del Municipio de Angelópolis dentro de la evaluación de la capacidad residual de contratación. Los espacios en blanco deberán completarse en forma clara, legible y coherente con el Registro Único de Proponentes - RUP, los estados financieros, los contratos en ejecución y los demás soportes aportados con la propuesta.</w:t>
      </w:r>
    </w:p>
    <w:p w14:paraId="16C147B2" w14:textId="77777777" w:rsidR="00C2732D" w:rsidRDefault="001A0FBE">
      <w:pPr>
        <w:spacing w:after="20"/>
      </w:pPr>
      <w:r>
        <w:rPr>
          <w:b/>
        </w:rPr>
        <w:t>Contenido del anexo:</w:t>
      </w:r>
    </w:p>
    <w:p w14:paraId="0FE8235A" w14:textId="77777777" w:rsidR="00C2732D" w:rsidRDefault="001A0FBE">
      <w:pPr>
        <w:spacing w:after="20"/>
        <w:ind w:left="360"/>
      </w:pPr>
      <w:r>
        <w:t>• Formato 14 - Capacidad residual de contratación.</w:t>
      </w:r>
    </w:p>
    <w:p w14:paraId="57A0E333" w14:textId="77777777" w:rsidR="00C2732D" w:rsidRDefault="001A0FBE">
      <w:pPr>
        <w:spacing w:after="20"/>
        <w:ind w:left="360"/>
      </w:pPr>
      <w:r>
        <w:t>• Formato 15 - Certificación de contratos para acreditación de experiencia (para el cálculo del Kr).</w:t>
      </w:r>
    </w:p>
    <w:p w14:paraId="5238FB82" w14:textId="77777777" w:rsidR="00C2732D" w:rsidRDefault="001A0FBE">
      <w:pPr>
        <w:spacing w:after="20"/>
        <w:ind w:left="360"/>
      </w:pPr>
      <w:r>
        <w:t>• Formato 16 - Certificación de la capacidad técnica (para el cálculo del Kr).</w:t>
      </w:r>
    </w:p>
    <w:p w14:paraId="6F159E37" w14:textId="77777777" w:rsidR="00C2732D" w:rsidRDefault="001A0FBE">
      <w:pPr>
        <w:spacing w:after="20"/>
        <w:ind w:left="360"/>
      </w:pPr>
      <w:r>
        <w:t>• Formato 18 - Capacidad de organización (para el cálculo del Kr).</w:t>
      </w:r>
    </w:p>
    <w:p w14:paraId="2B6384B7" w14:textId="77777777" w:rsidR="00C2732D" w:rsidRDefault="00C2732D">
      <w:pPr>
        <w:sectPr w:rsidR="00C2732D">
          <w:headerReference w:type="default" r:id="rId8"/>
          <w:footerReference w:type="default" r:id="rId9"/>
          <w:pgSz w:w="15840" w:h="12240" w:orient="landscape"/>
          <w:pgMar w:top="648" w:right="648" w:bottom="648" w:left="648" w:header="360" w:footer="360" w:gutter="0"/>
          <w:cols w:space="720"/>
          <w:docGrid w:linePitch="360"/>
        </w:sectPr>
      </w:pPr>
    </w:p>
    <w:p w14:paraId="23E72724" w14:textId="1B87664B" w:rsidR="00C2732D" w:rsidRDefault="001A0FBE">
      <w:pPr>
        <w:spacing w:after="20"/>
        <w:jc w:val="center"/>
      </w:pPr>
      <w:r>
        <w:rPr>
          <w:b/>
          <w:sz w:val="24"/>
        </w:rPr>
        <w:lastRenderedPageBreak/>
        <w:t xml:space="preserve">ANEXO </w:t>
      </w:r>
      <w:r w:rsidR="0035649E">
        <w:rPr>
          <w:b/>
          <w:sz w:val="24"/>
        </w:rPr>
        <w:t>05</w:t>
      </w:r>
      <w:r w:rsidR="000312E5">
        <w:rPr>
          <w:b/>
          <w:sz w:val="24"/>
        </w:rPr>
        <w:t>A</w:t>
      </w:r>
    </w:p>
    <w:p w14:paraId="75D54E91" w14:textId="6CECCD11" w:rsidR="00C2732D" w:rsidRDefault="001A0FBE">
      <w:pPr>
        <w:spacing w:after="80"/>
        <w:jc w:val="center"/>
      </w:pPr>
      <w:r>
        <w:rPr>
          <w:b/>
        </w:rPr>
        <w:t xml:space="preserve">FORMATO </w:t>
      </w:r>
      <w:r w:rsidR="000312E5">
        <w:rPr>
          <w:b/>
        </w:rPr>
        <w:t xml:space="preserve">- </w:t>
      </w:r>
      <w:r>
        <w:rPr>
          <w:b/>
        </w:rPr>
        <w:t>CAPACIDAD RESIDUAL DE CONTRATACIÓN</w:t>
      </w:r>
    </w:p>
    <w:tbl>
      <w:tblPr>
        <w:tblW w:w="0" w:type="auto"/>
        <w:jc w:val="center"/>
        <w:tblLayout w:type="fixed"/>
        <w:tblLook w:val="04A0" w:firstRow="1" w:lastRow="0" w:firstColumn="1" w:lastColumn="0" w:noHBand="0" w:noVBand="1"/>
      </w:tblPr>
      <w:tblGrid>
        <w:gridCol w:w="3024"/>
        <w:gridCol w:w="12240"/>
      </w:tblGrid>
      <w:tr w:rsidR="00C2732D" w14:paraId="7AFD6B0C" w14:textId="77777777" w:rsidTr="000312E5">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1333FD40" w14:textId="77777777" w:rsidR="00C2732D" w:rsidRDefault="001A0FBE">
            <w:pPr>
              <w:spacing w:after="0"/>
            </w:pPr>
            <w:r>
              <w:rPr>
                <w:b/>
                <w:sz w:val="16"/>
              </w:rPr>
              <w:t>PROCESO DE SELECCIÓN</w:t>
            </w:r>
          </w:p>
        </w:tc>
        <w:tc>
          <w:tcPr>
            <w:tcW w:w="12240" w:type="dxa"/>
            <w:tcBorders>
              <w:top w:val="single" w:sz="6" w:space="0" w:color="000000"/>
              <w:left w:val="single" w:sz="6" w:space="0" w:color="000000"/>
              <w:bottom w:val="single" w:sz="6" w:space="0" w:color="000000"/>
              <w:right w:val="single" w:sz="6" w:space="0" w:color="000000"/>
            </w:tcBorders>
            <w:vAlign w:val="center"/>
          </w:tcPr>
          <w:p w14:paraId="4C873B5E" w14:textId="5186DC7B" w:rsidR="00C2732D" w:rsidRDefault="001A0FBE">
            <w:pPr>
              <w:spacing w:after="0"/>
            </w:pPr>
            <w:r>
              <w:rPr>
                <w:sz w:val="16"/>
              </w:rPr>
              <w:t>SAMC-00</w:t>
            </w:r>
            <w:r w:rsidR="009F1EBD">
              <w:rPr>
                <w:sz w:val="16"/>
              </w:rPr>
              <w:t>4</w:t>
            </w:r>
            <w:r>
              <w:rPr>
                <w:sz w:val="16"/>
              </w:rPr>
              <w:t>-2026</w:t>
            </w:r>
          </w:p>
        </w:tc>
      </w:tr>
      <w:tr w:rsidR="00C2732D" w14:paraId="68DE0F0E" w14:textId="77777777" w:rsidTr="000312E5">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6700ACC2" w14:textId="77777777" w:rsidR="00C2732D" w:rsidRDefault="001A0FBE">
            <w:pPr>
              <w:spacing w:after="0"/>
            </w:pPr>
            <w:r>
              <w:rPr>
                <w:b/>
                <w:sz w:val="16"/>
              </w:rPr>
              <w:t>OBJETO</w:t>
            </w:r>
          </w:p>
        </w:tc>
        <w:tc>
          <w:tcPr>
            <w:tcW w:w="12240" w:type="dxa"/>
            <w:tcBorders>
              <w:top w:val="single" w:sz="6" w:space="0" w:color="000000"/>
              <w:left w:val="single" w:sz="6" w:space="0" w:color="000000"/>
              <w:bottom w:val="single" w:sz="6" w:space="0" w:color="000000"/>
              <w:right w:val="single" w:sz="6" w:space="0" w:color="000000"/>
            </w:tcBorders>
            <w:vAlign w:val="center"/>
          </w:tcPr>
          <w:p w14:paraId="1FF082FE" w14:textId="77777777" w:rsidR="00C2732D" w:rsidRDefault="001A0FBE">
            <w:pPr>
              <w:spacing w:after="0"/>
            </w:pPr>
            <w:r>
              <w:rPr>
                <w:sz w:val="16"/>
              </w:rPr>
              <w:t>SUMINISTRO, TRANSPORTE, INSTALACIÓN, PUESTA EN FUNCIONAMIENTO Y CAPACITACIÓN PARA LA OPERACIÓN DE SISTEMAS SÉPTICOS INDIVIDUALES PARA EL TRATAMIENTO DE AGUAS RESIDUALES DOMÉSTICAS EN LA ZONA RURAL DEL MUNICIPIO DE ANGELÓPOLIS, EN EL MARCO DEL CONVENIO INTERADMINISTRATIVO NO. 040-COV2509-33 SUSCRITO CON CORANTIOQUIA</w:t>
            </w:r>
          </w:p>
        </w:tc>
      </w:tr>
      <w:tr w:rsidR="00C2732D" w14:paraId="6FDD8F30" w14:textId="77777777" w:rsidTr="000312E5">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29F4828D" w14:textId="77777777" w:rsidR="00C2732D" w:rsidRDefault="001A0FBE">
            <w:pPr>
              <w:spacing w:after="0"/>
            </w:pPr>
            <w:r>
              <w:rPr>
                <w:b/>
                <w:sz w:val="16"/>
              </w:rPr>
              <w:t>ENTIDAD CONTRATANTE</w:t>
            </w:r>
          </w:p>
        </w:tc>
        <w:tc>
          <w:tcPr>
            <w:tcW w:w="12240" w:type="dxa"/>
            <w:tcBorders>
              <w:top w:val="single" w:sz="6" w:space="0" w:color="000000"/>
              <w:left w:val="single" w:sz="6" w:space="0" w:color="000000"/>
              <w:bottom w:val="single" w:sz="6" w:space="0" w:color="000000"/>
              <w:right w:val="single" w:sz="6" w:space="0" w:color="000000"/>
            </w:tcBorders>
            <w:vAlign w:val="center"/>
          </w:tcPr>
          <w:p w14:paraId="2441155E" w14:textId="77777777" w:rsidR="00C2732D" w:rsidRDefault="001A0FBE">
            <w:pPr>
              <w:spacing w:after="0"/>
            </w:pPr>
            <w:r>
              <w:rPr>
                <w:sz w:val="16"/>
              </w:rPr>
              <w:t>MUNICIPIO DE ANGELÓPOLIS (ANTIOQUIA)</w:t>
            </w:r>
          </w:p>
        </w:tc>
      </w:tr>
      <w:tr w:rsidR="00C2732D" w14:paraId="2C2BF36B" w14:textId="77777777" w:rsidTr="000312E5">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21CB0EB0" w14:textId="77777777" w:rsidR="00C2732D" w:rsidRDefault="001A0FBE">
            <w:pPr>
              <w:spacing w:after="0"/>
            </w:pPr>
            <w:r>
              <w:rPr>
                <w:b/>
                <w:sz w:val="16"/>
              </w:rPr>
              <w:t>DEPENDENCIA RESPONSABLE</w:t>
            </w:r>
          </w:p>
        </w:tc>
        <w:tc>
          <w:tcPr>
            <w:tcW w:w="12240" w:type="dxa"/>
            <w:tcBorders>
              <w:top w:val="single" w:sz="6" w:space="0" w:color="000000"/>
              <w:left w:val="single" w:sz="6" w:space="0" w:color="000000"/>
              <w:bottom w:val="single" w:sz="6" w:space="0" w:color="000000"/>
              <w:right w:val="single" w:sz="6" w:space="0" w:color="000000"/>
            </w:tcBorders>
            <w:vAlign w:val="center"/>
          </w:tcPr>
          <w:p w14:paraId="05FF3F4C" w14:textId="77777777" w:rsidR="00C2732D" w:rsidRDefault="001A0FBE">
            <w:pPr>
              <w:spacing w:after="0"/>
            </w:pPr>
            <w:r>
              <w:rPr>
                <w:sz w:val="16"/>
              </w:rPr>
              <w:t>SECRETARÍA DE PLANEACIÓN Y DESARROLLO TERRITORIAL</w:t>
            </w:r>
          </w:p>
        </w:tc>
      </w:tr>
      <w:tr w:rsidR="00C2732D" w14:paraId="11046BFD" w14:textId="77777777" w:rsidTr="000312E5">
        <w:trPr>
          <w:jc w:val="center"/>
        </w:trPr>
        <w:tc>
          <w:tcPr>
            <w:tcW w:w="3024"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2D261B2D" w14:textId="77777777" w:rsidR="00C2732D" w:rsidRDefault="001A0FBE">
            <w:pPr>
              <w:spacing w:after="0"/>
            </w:pPr>
            <w:r>
              <w:rPr>
                <w:b/>
                <w:sz w:val="16"/>
              </w:rPr>
              <w:t>NOMBRE DEL OFERENTE:</w:t>
            </w:r>
          </w:p>
        </w:tc>
        <w:tc>
          <w:tcPr>
            <w:tcW w:w="11232" w:type="dxa"/>
            <w:tcBorders>
              <w:top w:val="single" w:sz="6" w:space="0" w:color="000000"/>
              <w:left w:val="single" w:sz="6" w:space="0" w:color="000000"/>
              <w:bottom w:val="single" w:sz="6" w:space="0" w:color="000000"/>
              <w:right w:val="single" w:sz="6" w:space="0" w:color="000000"/>
            </w:tcBorders>
            <w:vAlign w:val="center"/>
          </w:tcPr>
          <w:p w14:paraId="29ED55E1" w14:textId="77777777" w:rsidR="00C2732D" w:rsidRDefault="00C2732D">
            <w:pPr>
              <w:spacing w:after="0"/>
            </w:pPr>
          </w:p>
        </w:tc>
      </w:tr>
      <w:tr w:rsidR="00C2732D" w14:paraId="628786B8" w14:textId="77777777" w:rsidTr="000312E5">
        <w:trPr>
          <w:jc w:val="center"/>
        </w:trPr>
        <w:tc>
          <w:tcPr>
            <w:tcW w:w="3024"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71AF74D1" w14:textId="77777777" w:rsidR="00C2732D" w:rsidRDefault="001A0FBE">
            <w:pPr>
              <w:spacing w:after="0"/>
            </w:pPr>
            <w:r>
              <w:rPr>
                <w:b/>
                <w:sz w:val="16"/>
              </w:rPr>
              <w:t>NOMBRE DEL INTEGRANTE DEL CONSORCIO O UNIÓN TEMPORAL:</w:t>
            </w:r>
          </w:p>
        </w:tc>
        <w:tc>
          <w:tcPr>
            <w:tcW w:w="11232" w:type="dxa"/>
            <w:tcBorders>
              <w:top w:val="single" w:sz="6" w:space="0" w:color="000000"/>
              <w:left w:val="single" w:sz="6" w:space="0" w:color="000000"/>
              <w:bottom w:val="single" w:sz="6" w:space="0" w:color="000000"/>
              <w:right w:val="single" w:sz="6" w:space="0" w:color="000000"/>
            </w:tcBorders>
            <w:vAlign w:val="center"/>
          </w:tcPr>
          <w:p w14:paraId="732160B2" w14:textId="77777777" w:rsidR="00C2732D" w:rsidRDefault="00C2732D">
            <w:pPr>
              <w:spacing w:after="0"/>
            </w:pPr>
          </w:p>
        </w:tc>
      </w:tr>
      <w:tr w:rsidR="00C2732D" w14:paraId="0BAF2534" w14:textId="77777777" w:rsidTr="000312E5">
        <w:trPr>
          <w:jc w:val="center"/>
        </w:trPr>
        <w:tc>
          <w:tcPr>
            <w:tcW w:w="3024"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04483D01" w14:textId="77777777" w:rsidR="00C2732D" w:rsidRDefault="001A0FBE">
            <w:pPr>
              <w:spacing w:after="0"/>
            </w:pPr>
            <w:r>
              <w:rPr>
                <w:b/>
                <w:sz w:val="16"/>
              </w:rPr>
              <w:t>LOTE No.:</w:t>
            </w:r>
          </w:p>
        </w:tc>
        <w:tc>
          <w:tcPr>
            <w:tcW w:w="11232" w:type="dxa"/>
            <w:tcBorders>
              <w:top w:val="single" w:sz="6" w:space="0" w:color="000000"/>
              <w:left w:val="single" w:sz="6" w:space="0" w:color="000000"/>
              <w:bottom w:val="single" w:sz="6" w:space="0" w:color="000000"/>
              <w:right w:val="single" w:sz="6" w:space="0" w:color="000000"/>
            </w:tcBorders>
            <w:vAlign w:val="center"/>
          </w:tcPr>
          <w:p w14:paraId="62590203" w14:textId="77777777" w:rsidR="00C2732D" w:rsidRDefault="001A0FBE">
            <w:pPr>
              <w:spacing w:after="0"/>
            </w:pPr>
            <w:r>
              <w:t xml:space="preserve"> No aplica</w:t>
            </w:r>
          </w:p>
        </w:tc>
      </w:tr>
    </w:tbl>
    <w:p w14:paraId="5932F5E2" w14:textId="77777777" w:rsidR="00C2732D" w:rsidRDefault="00C2732D">
      <w:pPr>
        <w:spacing w:after="20"/>
      </w:pPr>
    </w:p>
    <w:tbl>
      <w:tblPr>
        <w:tblW w:w="0" w:type="auto"/>
        <w:jc w:val="center"/>
        <w:tblLook w:val="04A0" w:firstRow="1" w:lastRow="0" w:firstColumn="1" w:lastColumn="0" w:noHBand="0" w:noVBand="1"/>
      </w:tblPr>
      <w:tblGrid>
        <w:gridCol w:w="695"/>
        <w:gridCol w:w="1733"/>
        <w:gridCol w:w="1175"/>
        <w:gridCol w:w="2247"/>
        <w:gridCol w:w="1525"/>
        <w:gridCol w:w="994"/>
        <w:gridCol w:w="1683"/>
        <w:gridCol w:w="1812"/>
        <w:gridCol w:w="1071"/>
        <w:gridCol w:w="1593"/>
      </w:tblGrid>
      <w:tr w:rsidR="00C2732D" w14:paraId="6F4DE889" w14:textId="77777777" w:rsidTr="000312E5">
        <w:trPr>
          <w:cantSplit/>
          <w:tblHeader/>
          <w:jc w:val="center"/>
        </w:trPr>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130FCF92" w14:textId="77777777" w:rsidR="00C2732D" w:rsidRDefault="001A0FBE">
            <w:pPr>
              <w:spacing w:after="0"/>
              <w:jc w:val="center"/>
            </w:pPr>
            <w:r>
              <w:rPr>
                <w:b/>
                <w:sz w:val="14"/>
              </w:rPr>
              <w:t>Contrato</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609AE02A" w14:textId="77777777" w:rsidR="00C2732D" w:rsidRDefault="001A0FBE">
            <w:pPr>
              <w:spacing w:after="0"/>
              <w:jc w:val="center"/>
            </w:pPr>
            <w:r>
              <w:rPr>
                <w:b/>
                <w:sz w:val="14"/>
              </w:rPr>
              <w:t>Empresa o entidad contratante</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30969A14" w14:textId="77777777" w:rsidR="00C2732D" w:rsidRDefault="001A0FBE">
            <w:pPr>
              <w:spacing w:after="0"/>
              <w:jc w:val="center"/>
            </w:pPr>
            <w:r>
              <w:rPr>
                <w:b/>
                <w:sz w:val="14"/>
              </w:rPr>
              <w:t>Objeto del contrato</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1CA1BD8C" w14:textId="77777777" w:rsidR="00C2732D" w:rsidRDefault="001A0FBE">
            <w:pPr>
              <w:spacing w:after="0"/>
              <w:jc w:val="center"/>
            </w:pPr>
            <w:r>
              <w:rPr>
                <w:b/>
                <w:sz w:val="14"/>
              </w:rPr>
              <w:t>Fecha suscripción contrato (dd/mm/aaaa)</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03F153E4" w14:textId="77777777" w:rsidR="00C2732D" w:rsidRDefault="001A0FBE">
            <w:pPr>
              <w:spacing w:after="0"/>
              <w:jc w:val="center"/>
            </w:pPr>
            <w:r>
              <w:rPr>
                <w:b/>
                <w:sz w:val="14"/>
              </w:rPr>
              <w:t>Valor contratado en pesos</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5C2C15DD" w14:textId="77777777" w:rsidR="00C2732D" w:rsidRDefault="001A0FBE">
            <w:pPr>
              <w:spacing w:after="0"/>
              <w:jc w:val="center"/>
            </w:pPr>
            <w:r>
              <w:rPr>
                <w:b/>
                <w:sz w:val="14"/>
              </w:rPr>
              <w:t>Plazo en meses</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224F966E" w14:textId="77777777" w:rsidR="00C2732D" w:rsidRDefault="001A0FBE">
            <w:pPr>
              <w:spacing w:after="0"/>
              <w:jc w:val="center"/>
            </w:pPr>
            <w:r>
              <w:rPr>
                <w:b/>
                <w:sz w:val="14"/>
              </w:rPr>
              <w:t>Fecha de inicio (dd/mm/aaaa)</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624AB6F3" w14:textId="77777777" w:rsidR="00C2732D" w:rsidRDefault="001A0FBE">
            <w:pPr>
              <w:spacing w:after="0"/>
              <w:jc w:val="center"/>
            </w:pPr>
            <w:r>
              <w:rPr>
                <w:b/>
                <w:sz w:val="14"/>
              </w:rPr>
              <w:t>Suspensión fecha (dd/mm/aaaa)</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675982EF" w14:textId="77777777" w:rsidR="00C2732D" w:rsidRDefault="001A0FBE">
            <w:pPr>
              <w:spacing w:after="0"/>
              <w:jc w:val="center"/>
            </w:pPr>
            <w:r>
              <w:rPr>
                <w:b/>
                <w:sz w:val="14"/>
              </w:rPr>
              <w:t>Días por ejecutar</w:t>
            </w:r>
          </w:p>
        </w:tc>
        <w:tc>
          <w:tcPr>
            <w:tcW w:w="0" w:type="auto"/>
            <w:tcBorders>
              <w:top w:val="single" w:sz="6" w:space="0" w:color="000000"/>
              <w:left w:val="single" w:sz="6" w:space="0" w:color="000000"/>
              <w:bottom w:val="single" w:sz="6" w:space="0" w:color="000000"/>
              <w:right w:val="single" w:sz="6" w:space="0" w:color="000000"/>
            </w:tcBorders>
            <w:shd w:val="clear" w:color="auto" w:fill="BFBFBF"/>
            <w:vAlign w:val="center"/>
          </w:tcPr>
          <w:p w14:paraId="7000F1EC" w14:textId="77777777" w:rsidR="00C2732D" w:rsidRDefault="001A0FBE">
            <w:pPr>
              <w:spacing w:after="0"/>
              <w:jc w:val="center"/>
            </w:pPr>
            <w:r>
              <w:rPr>
                <w:b/>
                <w:sz w:val="14"/>
              </w:rPr>
              <w:t>Porcentaje de participación</w:t>
            </w:r>
          </w:p>
        </w:tc>
      </w:tr>
      <w:tr w:rsidR="00C2732D" w14:paraId="3FDAED4A" w14:textId="77777777" w:rsidTr="000312E5">
        <w:trPr>
          <w:cantSplit/>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1ADECF13" w14:textId="77777777" w:rsidR="00C2732D" w:rsidRDefault="001A0FBE">
            <w:pPr>
              <w:spacing w:after="0"/>
              <w:jc w:val="center"/>
            </w:pPr>
            <w:r>
              <w:rPr>
                <w:sz w:val="14"/>
              </w:rPr>
              <w:t>1</w:t>
            </w:r>
          </w:p>
        </w:tc>
        <w:tc>
          <w:tcPr>
            <w:tcW w:w="0" w:type="auto"/>
            <w:tcBorders>
              <w:top w:val="single" w:sz="6" w:space="0" w:color="000000"/>
              <w:left w:val="single" w:sz="6" w:space="0" w:color="000000"/>
              <w:bottom w:val="single" w:sz="6" w:space="0" w:color="000000"/>
              <w:right w:val="single" w:sz="6" w:space="0" w:color="000000"/>
            </w:tcBorders>
            <w:vAlign w:val="center"/>
          </w:tcPr>
          <w:p w14:paraId="70BAD6C1"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ACD958F"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BEF7B12"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3D513F80"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0FDE2CB"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56F2890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317F67A6"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FB8152E"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541189A9" w14:textId="77777777" w:rsidR="00C2732D" w:rsidRDefault="00C2732D">
            <w:pPr>
              <w:spacing w:after="0"/>
              <w:jc w:val="center"/>
            </w:pPr>
          </w:p>
        </w:tc>
      </w:tr>
      <w:tr w:rsidR="00C2732D" w14:paraId="362FEA74" w14:textId="77777777" w:rsidTr="000312E5">
        <w:trPr>
          <w:cantSplit/>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4CCE0201" w14:textId="77777777" w:rsidR="00C2732D" w:rsidRDefault="001A0FBE">
            <w:pPr>
              <w:spacing w:after="0"/>
              <w:jc w:val="center"/>
            </w:pPr>
            <w:r>
              <w:rPr>
                <w:sz w:val="14"/>
              </w:rPr>
              <w:t>2</w:t>
            </w:r>
          </w:p>
        </w:tc>
        <w:tc>
          <w:tcPr>
            <w:tcW w:w="0" w:type="auto"/>
            <w:tcBorders>
              <w:top w:val="single" w:sz="6" w:space="0" w:color="000000"/>
              <w:left w:val="single" w:sz="6" w:space="0" w:color="000000"/>
              <w:bottom w:val="single" w:sz="6" w:space="0" w:color="000000"/>
              <w:right w:val="single" w:sz="6" w:space="0" w:color="000000"/>
            </w:tcBorders>
            <w:vAlign w:val="center"/>
          </w:tcPr>
          <w:p w14:paraId="162FBD34"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07A2964"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2992AF5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B5D06B9"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3AD7E5E9"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79BFB7B"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60B5D60"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D09EE7C"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10EF73F" w14:textId="77777777" w:rsidR="00C2732D" w:rsidRDefault="00C2732D">
            <w:pPr>
              <w:spacing w:after="0"/>
              <w:jc w:val="center"/>
            </w:pPr>
          </w:p>
        </w:tc>
      </w:tr>
      <w:tr w:rsidR="00C2732D" w14:paraId="30D6CEA6" w14:textId="77777777" w:rsidTr="000312E5">
        <w:trPr>
          <w:cantSplit/>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67423151" w14:textId="77777777" w:rsidR="00C2732D" w:rsidRDefault="001A0FBE">
            <w:pPr>
              <w:spacing w:after="0"/>
              <w:jc w:val="center"/>
            </w:pPr>
            <w:r>
              <w:rPr>
                <w:sz w:val="14"/>
              </w:rPr>
              <w:t>3</w:t>
            </w:r>
          </w:p>
        </w:tc>
        <w:tc>
          <w:tcPr>
            <w:tcW w:w="0" w:type="auto"/>
            <w:tcBorders>
              <w:top w:val="single" w:sz="6" w:space="0" w:color="000000"/>
              <w:left w:val="single" w:sz="6" w:space="0" w:color="000000"/>
              <w:bottom w:val="single" w:sz="6" w:space="0" w:color="000000"/>
              <w:right w:val="single" w:sz="6" w:space="0" w:color="000000"/>
            </w:tcBorders>
            <w:vAlign w:val="center"/>
          </w:tcPr>
          <w:p w14:paraId="716AD92C"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2B1A6AA4"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2F79E09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1A98726"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FB2A08A"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52C5789E"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CB11EDC"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31F9D97B"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59190B64" w14:textId="77777777" w:rsidR="00C2732D" w:rsidRDefault="00C2732D">
            <w:pPr>
              <w:spacing w:after="0"/>
              <w:jc w:val="center"/>
            </w:pPr>
          </w:p>
        </w:tc>
      </w:tr>
      <w:tr w:rsidR="00C2732D" w14:paraId="260703DF" w14:textId="77777777" w:rsidTr="000312E5">
        <w:trPr>
          <w:cantSplit/>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3BC28F8B" w14:textId="77777777" w:rsidR="00C2732D" w:rsidRDefault="001A0FBE">
            <w:pPr>
              <w:spacing w:after="0"/>
              <w:jc w:val="center"/>
            </w:pPr>
            <w:r>
              <w:rPr>
                <w:sz w:val="14"/>
              </w:rPr>
              <w:t>4</w:t>
            </w:r>
          </w:p>
        </w:tc>
        <w:tc>
          <w:tcPr>
            <w:tcW w:w="0" w:type="auto"/>
            <w:tcBorders>
              <w:top w:val="single" w:sz="6" w:space="0" w:color="000000"/>
              <w:left w:val="single" w:sz="6" w:space="0" w:color="000000"/>
              <w:bottom w:val="single" w:sz="6" w:space="0" w:color="000000"/>
              <w:right w:val="single" w:sz="6" w:space="0" w:color="000000"/>
            </w:tcBorders>
            <w:vAlign w:val="center"/>
          </w:tcPr>
          <w:p w14:paraId="3209AE26"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386ABBCD"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1B372B3"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C4424F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2D4A7C1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1D870A7F"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60AA6DF2"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548C58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53CE224F" w14:textId="77777777" w:rsidR="00C2732D" w:rsidRDefault="00C2732D">
            <w:pPr>
              <w:spacing w:after="0"/>
              <w:jc w:val="center"/>
            </w:pPr>
          </w:p>
        </w:tc>
      </w:tr>
      <w:tr w:rsidR="00C2732D" w14:paraId="771845D6" w14:textId="77777777" w:rsidTr="000312E5">
        <w:trPr>
          <w:cantSplit/>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762C4D50" w14:textId="77777777" w:rsidR="00C2732D" w:rsidRDefault="001A0FBE">
            <w:pPr>
              <w:spacing w:after="0"/>
              <w:jc w:val="center"/>
            </w:pPr>
            <w:r>
              <w:rPr>
                <w:sz w:val="14"/>
              </w:rPr>
              <w:t>5</w:t>
            </w:r>
          </w:p>
        </w:tc>
        <w:tc>
          <w:tcPr>
            <w:tcW w:w="0" w:type="auto"/>
            <w:tcBorders>
              <w:top w:val="single" w:sz="6" w:space="0" w:color="000000"/>
              <w:left w:val="single" w:sz="6" w:space="0" w:color="000000"/>
              <w:bottom w:val="single" w:sz="6" w:space="0" w:color="000000"/>
              <w:right w:val="single" w:sz="6" w:space="0" w:color="000000"/>
            </w:tcBorders>
            <w:vAlign w:val="center"/>
          </w:tcPr>
          <w:p w14:paraId="1C9EE4F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16C25E41"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39A68F86"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5DCCC17"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28E61FA"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6B518291"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310AF13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BD453E7"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6BA369A1" w14:textId="77777777" w:rsidR="00C2732D" w:rsidRDefault="00C2732D">
            <w:pPr>
              <w:spacing w:after="0"/>
              <w:jc w:val="center"/>
            </w:pPr>
          </w:p>
        </w:tc>
      </w:tr>
      <w:tr w:rsidR="00C2732D" w14:paraId="170726D9" w14:textId="77777777" w:rsidTr="000312E5">
        <w:trPr>
          <w:cantSplit/>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793C28C9" w14:textId="77777777" w:rsidR="00C2732D" w:rsidRDefault="001A0FBE">
            <w:pPr>
              <w:spacing w:after="0"/>
              <w:jc w:val="center"/>
            </w:pPr>
            <w:r>
              <w:rPr>
                <w:sz w:val="14"/>
              </w:rPr>
              <w:t>6</w:t>
            </w:r>
          </w:p>
        </w:tc>
        <w:tc>
          <w:tcPr>
            <w:tcW w:w="0" w:type="auto"/>
            <w:tcBorders>
              <w:top w:val="single" w:sz="6" w:space="0" w:color="000000"/>
              <w:left w:val="single" w:sz="6" w:space="0" w:color="000000"/>
              <w:bottom w:val="single" w:sz="6" w:space="0" w:color="000000"/>
              <w:right w:val="single" w:sz="6" w:space="0" w:color="000000"/>
            </w:tcBorders>
            <w:vAlign w:val="center"/>
          </w:tcPr>
          <w:p w14:paraId="13F5A594"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51DDCA4C"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4A6B3E7"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A508D2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F439152"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2E2AB834"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37E96C52"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10ED5FEE"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D85F4A4" w14:textId="77777777" w:rsidR="00C2732D" w:rsidRDefault="00C2732D">
            <w:pPr>
              <w:spacing w:after="0"/>
              <w:jc w:val="center"/>
            </w:pPr>
          </w:p>
        </w:tc>
      </w:tr>
      <w:tr w:rsidR="00C2732D" w14:paraId="0DD64A90" w14:textId="77777777" w:rsidTr="000312E5">
        <w:trPr>
          <w:cantSplit/>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086A22A2" w14:textId="77777777" w:rsidR="00C2732D" w:rsidRDefault="001A0FBE">
            <w:pPr>
              <w:spacing w:after="0"/>
              <w:jc w:val="center"/>
            </w:pPr>
            <w:r>
              <w:rPr>
                <w:sz w:val="14"/>
              </w:rPr>
              <w:t>7</w:t>
            </w:r>
          </w:p>
        </w:tc>
        <w:tc>
          <w:tcPr>
            <w:tcW w:w="0" w:type="auto"/>
            <w:tcBorders>
              <w:top w:val="single" w:sz="6" w:space="0" w:color="000000"/>
              <w:left w:val="single" w:sz="6" w:space="0" w:color="000000"/>
              <w:bottom w:val="single" w:sz="6" w:space="0" w:color="000000"/>
              <w:right w:val="single" w:sz="6" w:space="0" w:color="000000"/>
            </w:tcBorders>
            <w:vAlign w:val="center"/>
          </w:tcPr>
          <w:p w14:paraId="6ABF657C"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BA52E92"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1AF87FCB"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A4B3FAD"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3D69AC7"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1AFC9059"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663A67D1"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69ADB3AF"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7D33CF4" w14:textId="77777777" w:rsidR="00C2732D" w:rsidRDefault="00C2732D">
            <w:pPr>
              <w:spacing w:after="0"/>
              <w:jc w:val="center"/>
            </w:pPr>
          </w:p>
        </w:tc>
      </w:tr>
      <w:tr w:rsidR="00C2732D" w14:paraId="432FB990" w14:textId="77777777" w:rsidTr="000312E5">
        <w:trPr>
          <w:cantSplit/>
          <w:jc w:val="center"/>
        </w:trPr>
        <w:tc>
          <w:tcPr>
            <w:tcW w:w="0" w:type="auto"/>
            <w:tcBorders>
              <w:top w:val="single" w:sz="6" w:space="0" w:color="000000"/>
              <w:left w:val="single" w:sz="6" w:space="0" w:color="000000"/>
              <w:bottom w:val="single" w:sz="6" w:space="0" w:color="000000"/>
              <w:right w:val="single" w:sz="6" w:space="0" w:color="000000"/>
            </w:tcBorders>
            <w:vAlign w:val="center"/>
          </w:tcPr>
          <w:p w14:paraId="70F73BB2" w14:textId="77777777" w:rsidR="00C2732D" w:rsidRDefault="001A0FBE">
            <w:pPr>
              <w:spacing w:after="0"/>
              <w:jc w:val="center"/>
            </w:pPr>
            <w:r>
              <w:rPr>
                <w:sz w:val="14"/>
              </w:rPr>
              <w:t>8</w:t>
            </w:r>
          </w:p>
        </w:tc>
        <w:tc>
          <w:tcPr>
            <w:tcW w:w="0" w:type="auto"/>
            <w:tcBorders>
              <w:top w:val="single" w:sz="6" w:space="0" w:color="000000"/>
              <w:left w:val="single" w:sz="6" w:space="0" w:color="000000"/>
              <w:bottom w:val="single" w:sz="6" w:space="0" w:color="000000"/>
              <w:right w:val="single" w:sz="6" w:space="0" w:color="000000"/>
            </w:tcBorders>
            <w:vAlign w:val="center"/>
          </w:tcPr>
          <w:p w14:paraId="57B9FD2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15315A6C"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21669CE1"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89D2DB0"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40EEC3DB"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22DC7969"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7F2A643E"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18549A15" w14:textId="77777777" w:rsidR="00C2732D" w:rsidRDefault="00C2732D">
            <w:pPr>
              <w:spacing w:after="0"/>
              <w:jc w:val="center"/>
            </w:pPr>
          </w:p>
        </w:tc>
        <w:tc>
          <w:tcPr>
            <w:tcW w:w="0" w:type="auto"/>
            <w:tcBorders>
              <w:top w:val="single" w:sz="6" w:space="0" w:color="000000"/>
              <w:left w:val="single" w:sz="6" w:space="0" w:color="000000"/>
              <w:bottom w:val="single" w:sz="6" w:space="0" w:color="000000"/>
              <w:right w:val="single" w:sz="6" w:space="0" w:color="000000"/>
            </w:tcBorders>
            <w:vAlign w:val="center"/>
          </w:tcPr>
          <w:p w14:paraId="00A7DF57" w14:textId="77777777" w:rsidR="00C2732D" w:rsidRDefault="00C2732D">
            <w:pPr>
              <w:spacing w:after="0"/>
              <w:jc w:val="center"/>
            </w:pPr>
          </w:p>
        </w:tc>
      </w:tr>
      <w:tr w:rsidR="00C2732D" w14:paraId="2443EE96" w14:textId="77777777" w:rsidTr="000312E5">
        <w:trPr>
          <w:jc w:val="center"/>
        </w:trPr>
        <w:tc>
          <w:tcPr>
            <w:tcW w:w="0" w:type="auto"/>
            <w:gridSpan w:val="5"/>
            <w:tcBorders>
              <w:top w:val="single" w:sz="6" w:space="0" w:color="000000"/>
              <w:left w:val="single" w:sz="6" w:space="0" w:color="000000"/>
              <w:bottom w:val="single" w:sz="6" w:space="0" w:color="000000"/>
              <w:right w:val="single" w:sz="6" w:space="0" w:color="000000"/>
            </w:tcBorders>
            <w:vAlign w:val="center"/>
          </w:tcPr>
          <w:p w14:paraId="18EEA28E" w14:textId="77777777" w:rsidR="00C2732D" w:rsidRDefault="001A0FBE">
            <w:pPr>
              <w:spacing w:after="0"/>
            </w:pPr>
            <w:r>
              <w:rPr>
                <w:b/>
                <w:sz w:val="16"/>
              </w:rPr>
              <w:t>OBSERVACIONES:</w:t>
            </w:r>
          </w:p>
        </w:tc>
        <w:tc>
          <w:tcPr>
            <w:tcW w:w="0" w:type="auto"/>
            <w:gridSpan w:val="5"/>
            <w:tcBorders>
              <w:top w:val="single" w:sz="6" w:space="0" w:color="000000"/>
              <w:left w:val="single" w:sz="6" w:space="0" w:color="000000"/>
              <w:bottom w:val="single" w:sz="6" w:space="0" w:color="000000"/>
              <w:right w:val="single" w:sz="6" w:space="0" w:color="000000"/>
            </w:tcBorders>
            <w:vAlign w:val="center"/>
          </w:tcPr>
          <w:p w14:paraId="15DEED57" w14:textId="77777777" w:rsidR="00C2732D" w:rsidRDefault="00C2732D">
            <w:pPr>
              <w:spacing w:after="0"/>
            </w:pPr>
          </w:p>
        </w:tc>
      </w:tr>
    </w:tbl>
    <w:p w14:paraId="0676BDF7" w14:textId="77777777" w:rsidR="000312E5" w:rsidRDefault="000312E5">
      <w:pPr>
        <w:spacing w:after="100"/>
        <w:jc w:val="both"/>
        <w:rPr>
          <w:b/>
          <w:sz w:val="16"/>
        </w:rPr>
      </w:pPr>
    </w:p>
    <w:p w14:paraId="5D24AB02" w14:textId="5383E861" w:rsidR="00C2732D" w:rsidRDefault="001A0FBE">
      <w:pPr>
        <w:spacing w:after="100"/>
        <w:jc w:val="both"/>
        <w:rPr>
          <w:b/>
          <w:sz w:val="16"/>
        </w:rPr>
      </w:pPr>
      <w:r>
        <w:rPr>
          <w:b/>
          <w:sz w:val="16"/>
        </w:rPr>
        <w:t xml:space="preserve">NOTA: La </w:t>
      </w:r>
      <w:proofErr w:type="spellStart"/>
      <w:r>
        <w:rPr>
          <w:b/>
          <w:sz w:val="16"/>
        </w:rPr>
        <w:t>información</w:t>
      </w:r>
      <w:proofErr w:type="spellEnd"/>
      <w:r>
        <w:rPr>
          <w:b/>
          <w:sz w:val="16"/>
        </w:rPr>
        <w:t xml:space="preserve"> anterior se </w:t>
      </w:r>
      <w:proofErr w:type="spellStart"/>
      <w:r>
        <w:rPr>
          <w:b/>
          <w:sz w:val="16"/>
        </w:rPr>
        <w:t>entiende</w:t>
      </w:r>
      <w:proofErr w:type="spellEnd"/>
      <w:r>
        <w:rPr>
          <w:b/>
          <w:sz w:val="16"/>
        </w:rPr>
        <w:t xml:space="preserve"> suministrada bajo la gravedad de juramento y será la información que valorará la Entidad para establecer la capacidad residual del oferente, sin perjuicio de las verificaciones, aclaraciones o subsanaciones que procedan conforme a los documentos del proceso y a la </w:t>
      </w:r>
      <w:proofErr w:type="spellStart"/>
      <w:r>
        <w:rPr>
          <w:b/>
          <w:sz w:val="16"/>
        </w:rPr>
        <w:t>normativa</w:t>
      </w:r>
      <w:proofErr w:type="spellEnd"/>
      <w:r>
        <w:rPr>
          <w:b/>
          <w:sz w:val="16"/>
        </w:rPr>
        <w:t xml:space="preserve"> </w:t>
      </w:r>
      <w:proofErr w:type="spellStart"/>
      <w:r>
        <w:rPr>
          <w:b/>
          <w:sz w:val="16"/>
        </w:rPr>
        <w:t>aplicable</w:t>
      </w:r>
      <w:proofErr w:type="spellEnd"/>
      <w:r>
        <w:rPr>
          <w:b/>
          <w:sz w:val="16"/>
        </w:rPr>
        <w:t>.</w:t>
      </w:r>
    </w:p>
    <w:p w14:paraId="1A8AE007" w14:textId="77777777" w:rsidR="000312E5" w:rsidRDefault="000312E5">
      <w:pPr>
        <w:spacing w:after="100"/>
        <w:jc w:val="both"/>
      </w:pPr>
    </w:p>
    <w:tbl>
      <w:tblPr>
        <w:tblW w:w="0" w:type="auto"/>
        <w:jc w:val="center"/>
        <w:tblLayout w:type="fixed"/>
        <w:tblLook w:val="04A0" w:firstRow="1" w:lastRow="0" w:firstColumn="1" w:lastColumn="0" w:noHBand="0" w:noVBand="1"/>
      </w:tblPr>
      <w:tblGrid>
        <w:gridCol w:w="7200"/>
        <w:gridCol w:w="7200"/>
      </w:tblGrid>
      <w:tr w:rsidR="00C2732D" w14:paraId="436BA281" w14:textId="77777777">
        <w:trPr>
          <w:jc w:val="center"/>
        </w:trPr>
        <w:tc>
          <w:tcPr>
            <w:tcW w:w="7200" w:type="dxa"/>
            <w:tcBorders>
              <w:top w:val="single" w:sz="0" w:space="0" w:color="FFFFFF"/>
              <w:left w:val="single" w:sz="0" w:space="0" w:color="FFFFFF"/>
              <w:bottom w:val="single" w:sz="0" w:space="0" w:color="FFFFFF"/>
              <w:right w:val="single" w:sz="0" w:space="0" w:color="FFFFFF"/>
            </w:tcBorders>
            <w:vAlign w:val="center"/>
          </w:tcPr>
          <w:p w14:paraId="62C1669B" w14:textId="77777777" w:rsidR="00C2732D" w:rsidRDefault="001A0FBE">
            <w:pPr>
              <w:spacing w:after="0"/>
              <w:jc w:val="center"/>
            </w:pPr>
            <w:r>
              <w:t>________________________________________</w:t>
            </w:r>
          </w:p>
        </w:tc>
        <w:tc>
          <w:tcPr>
            <w:tcW w:w="7200" w:type="dxa"/>
            <w:tcBorders>
              <w:top w:val="single" w:sz="0" w:space="0" w:color="FFFFFF"/>
              <w:left w:val="single" w:sz="0" w:space="0" w:color="FFFFFF"/>
              <w:bottom w:val="single" w:sz="0" w:space="0" w:color="FFFFFF"/>
              <w:right w:val="single" w:sz="0" w:space="0" w:color="FFFFFF"/>
            </w:tcBorders>
            <w:vAlign w:val="center"/>
          </w:tcPr>
          <w:p w14:paraId="308A4451" w14:textId="77777777" w:rsidR="00C2732D" w:rsidRDefault="001A0FBE">
            <w:pPr>
              <w:spacing w:after="0"/>
              <w:jc w:val="center"/>
            </w:pPr>
            <w:r>
              <w:t>________________________________________</w:t>
            </w:r>
          </w:p>
        </w:tc>
      </w:tr>
      <w:tr w:rsidR="00C2732D" w14:paraId="0B1719FD" w14:textId="77777777">
        <w:trPr>
          <w:jc w:val="center"/>
        </w:trPr>
        <w:tc>
          <w:tcPr>
            <w:tcW w:w="7200" w:type="dxa"/>
            <w:tcBorders>
              <w:top w:val="single" w:sz="0" w:space="0" w:color="FFFFFF"/>
              <w:left w:val="single" w:sz="0" w:space="0" w:color="FFFFFF"/>
              <w:bottom w:val="single" w:sz="0" w:space="0" w:color="FFFFFF"/>
              <w:right w:val="single" w:sz="0" w:space="0" w:color="FFFFFF"/>
            </w:tcBorders>
            <w:vAlign w:val="center"/>
          </w:tcPr>
          <w:p w14:paraId="134608DB" w14:textId="77777777" w:rsidR="00C2732D" w:rsidRDefault="001A0FBE">
            <w:pPr>
              <w:spacing w:after="0"/>
              <w:jc w:val="center"/>
            </w:pPr>
            <w:r>
              <w:rPr>
                <w:b/>
                <w:sz w:val="16"/>
              </w:rPr>
              <w:t>NOMBRE Y FIRMA DEL REPRESENTANTE LEGAL</w:t>
            </w:r>
          </w:p>
        </w:tc>
        <w:tc>
          <w:tcPr>
            <w:tcW w:w="7200" w:type="dxa"/>
            <w:tcBorders>
              <w:top w:val="single" w:sz="0" w:space="0" w:color="FFFFFF"/>
              <w:left w:val="single" w:sz="0" w:space="0" w:color="FFFFFF"/>
              <w:bottom w:val="single" w:sz="0" w:space="0" w:color="FFFFFF"/>
              <w:right w:val="single" w:sz="0" w:space="0" w:color="FFFFFF"/>
            </w:tcBorders>
            <w:vAlign w:val="center"/>
          </w:tcPr>
          <w:p w14:paraId="00CE72CF" w14:textId="77777777" w:rsidR="00C2732D" w:rsidRDefault="001A0FBE">
            <w:pPr>
              <w:spacing w:after="0"/>
              <w:jc w:val="center"/>
            </w:pPr>
            <w:r>
              <w:rPr>
                <w:b/>
                <w:sz w:val="16"/>
              </w:rPr>
              <w:t>NOMBRE Y FIRMA DEL REVISOR FISCAL O CONTADOR PÚBLICO (CUANDO APLIQUE)</w:t>
            </w:r>
          </w:p>
        </w:tc>
      </w:tr>
      <w:tr w:rsidR="00C2732D" w14:paraId="5473F59B" w14:textId="77777777">
        <w:trPr>
          <w:jc w:val="center"/>
        </w:trPr>
        <w:tc>
          <w:tcPr>
            <w:tcW w:w="7200" w:type="dxa"/>
            <w:tcBorders>
              <w:top w:val="single" w:sz="0" w:space="0" w:color="FFFFFF"/>
              <w:left w:val="single" w:sz="0" w:space="0" w:color="FFFFFF"/>
              <w:bottom w:val="single" w:sz="0" w:space="0" w:color="FFFFFF"/>
              <w:right w:val="single" w:sz="0" w:space="0" w:color="FFFFFF"/>
            </w:tcBorders>
            <w:vAlign w:val="center"/>
          </w:tcPr>
          <w:p w14:paraId="104CA787" w14:textId="77777777" w:rsidR="00C2732D" w:rsidRDefault="001A0FBE">
            <w:pPr>
              <w:spacing w:after="0"/>
              <w:jc w:val="center"/>
            </w:pPr>
            <w:r>
              <w:rPr>
                <w:sz w:val="16"/>
              </w:rPr>
              <w:t>Nombre: ________________________________    Identificación: ________________________________</w:t>
            </w:r>
          </w:p>
        </w:tc>
        <w:tc>
          <w:tcPr>
            <w:tcW w:w="7200" w:type="dxa"/>
            <w:tcBorders>
              <w:top w:val="single" w:sz="0" w:space="0" w:color="FFFFFF"/>
              <w:left w:val="single" w:sz="0" w:space="0" w:color="FFFFFF"/>
              <w:bottom w:val="single" w:sz="0" w:space="0" w:color="FFFFFF"/>
              <w:right w:val="single" w:sz="0" w:space="0" w:color="FFFFFF"/>
            </w:tcBorders>
            <w:vAlign w:val="center"/>
          </w:tcPr>
          <w:p w14:paraId="67C38FE3" w14:textId="77777777" w:rsidR="00C2732D" w:rsidRDefault="001A0FBE">
            <w:pPr>
              <w:spacing w:after="0"/>
              <w:jc w:val="center"/>
            </w:pPr>
            <w:r>
              <w:rPr>
                <w:sz w:val="16"/>
              </w:rPr>
              <w:t>Nombre: ________________________________    Identificación: ________________________________</w:t>
            </w:r>
          </w:p>
        </w:tc>
      </w:tr>
    </w:tbl>
    <w:p w14:paraId="7FA2204F" w14:textId="77777777" w:rsidR="00C2732D" w:rsidRDefault="00C2732D">
      <w:pPr>
        <w:sectPr w:rsidR="00C2732D">
          <w:headerReference w:type="default" r:id="rId10"/>
          <w:footerReference w:type="default" r:id="rId11"/>
          <w:pgSz w:w="15840" w:h="12240" w:orient="landscape"/>
          <w:pgMar w:top="648" w:right="648" w:bottom="648" w:left="648" w:header="360" w:footer="360" w:gutter="0"/>
          <w:cols w:space="720"/>
          <w:docGrid w:linePitch="360"/>
        </w:sectPr>
      </w:pPr>
    </w:p>
    <w:p w14:paraId="09BE7136" w14:textId="03C235D7" w:rsidR="00C2732D" w:rsidRDefault="000312E5">
      <w:pPr>
        <w:spacing w:after="20"/>
        <w:jc w:val="center"/>
      </w:pPr>
      <w:r>
        <w:rPr>
          <w:b/>
          <w:sz w:val="24"/>
        </w:rPr>
        <w:lastRenderedPageBreak/>
        <w:t xml:space="preserve">ANEXO </w:t>
      </w:r>
      <w:r w:rsidR="0035649E">
        <w:rPr>
          <w:b/>
          <w:sz w:val="24"/>
        </w:rPr>
        <w:t>05</w:t>
      </w:r>
      <w:r>
        <w:rPr>
          <w:b/>
          <w:sz w:val="24"/>
        </w:rPr>
        <w:t>B</w:t>
      </w:r>
    </w:p>
    <w:p w14:paraId="6A09D77E" w14:textId="617294C5" w:rsidR="00C2732D" w:rsidRDefault="001A0FBE">
      <w:pPr>
        <w:spacing w:after="80"/>
        <w:jc w:val="center"/>
      </w:pPr>
      <w:r>
        <w:rPr>
          <w:b/>
        </w:rPr>
        <w:t>CERTIFICACIÓN DE CONTRATOS PARA ACREDITACIÓN DE EXPERIENCIA (PARA EL CÁLCULO DEL Kr)</w:t>
      </w:r>
    </w:p>
    <w:tbl>
      <w:tblPr>
        <w:tblW w:w="0" w:type="auto"/>
        <w:jc w:val="center"/>
        <w:tblLayout w:type="fixed"/>
        <w:tblLook w:val="04A0" w:firstRow="1" w:lastRow="0" w:firstColumn="1" w:lastColumn="0" w:noHBand="0" w:noVBand="1"/>
      </w:tblPr>
      <w:tblGrid>
        <w:gridCol w:w="3024"/>
        <w:gridCol w:w="12240"/>
      </w:tblGrid>
      <w:tr w:rsidR="00C2732D" w14:paraId="3A96B273"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169CE36E" w14:textId="77777777" w:rsidR="00C2732D" w:rsidRDefault="001A0FBE">
            <w:pPr>
              <w:spacing w:after="0"/>
            </w:pPr>
            <w:r>
              <w:rPr>
                <w:b/>
                <w:sz w:val="16"/>
              </w:rPr>
              <w:t>PROCESO DE SELECCIÓN</w:t>
            </w:r>
          </w:p>
        </w:tc>
        <w:tc>
          <w:tcPr>
            <w:tcW w:w="12240" w:type="dxa"/>
            <w:tcBorders>
              <w:top w:val="single" w:sz="6" w:space="0" w:color="000000"/>
              <w:left w:val="single" w:sz="6" w:space="0" w:color="000000"/>
              <w:bottom w:val="single" w:sz="6" w:space="0" w:color="000000"/>
              <w:right w:val="single" w:sz="6" w:space="0" w:color="000000"/>
            </w:tcBorders>
            <w:vAlign w:val="center"/>
          </w:tcPr>
          <w:p w14:paraId="1BCDA098" w14:textId="525180C8" w:rsidR="00C2732D" w:rsidRDefault="001A0FBE">
            <w:pPr>
              <w:spacing w:after="0"/>
            </w:pPr>
            <w:r>
              <w:rPr>
                <w:sz w:val="16"/>
              </w:rPr>
              <w:t>SAMC-00</w:t>
            </w:r>
            <w:r w:rsidR="009F1EBD">
              <w:rPr>
                <w:sz w:val="16"/>
              </w:rPr>
              <w:t>4</w:t>
            </w:r>
            <w:r>
              <w:rPr>
                <w:sz w:val="16"/>
              </w:rPr>
              <w:t>-2026</w:t>
            </w:r>
          </w:p>
        </w:tc>
      </w:tr>
      <w:tr w:rsidR="00C2732D" w14:paraId="122EA15B"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4248A757" w14:textId="77777777" w:rsidR="00C2732D" w:rsidRDefault="001A0FBE">
            <w:pPr>
              <w:spacing w:after="0"/>
            </w:pPr>
            <w:r>
              <w:rPr>
                <w:b/>
                <w:sz w:val="16"/>
              </w:rPr>
              <w:t>OBJETO</w:t>
            </w:r>
          </w:p>
        </w:tc>
        <w:tc>
          <w:tcPr>
            <w:tcW w:w="12240" w:type="dxa"/>
            <w:tcBorders>
              <w:top w:val="single" w:sz="6" w:space="0" w:color="000000"/>
              <w:left w:val="single" w:sz="6" w:space="0" w:color="000000"/>
              <w:bottom w:val="single" w:sz="6" w:space="0" w:color="000000"/>
              <w:right w:val="single" w:sz="6" w:space="0" w:color="000000"/>
            </w:tcBorders>
            <w:vAlign w:val="center"/>
          </w:tcPr>
          <w:p w14:paraId="78488BF8" w14:textId="77777777" w:rsidR="00C2732D" w:rsidRDefault="001A0FBE">
            <w:pPr>
              <w:spacing w:after="0"/>
            </w:pPr>
            <w:r>
              <w:rPr>
                <w:sz w:val="16"/>
              </w:rPr>
              <w:t>SUMINISTRO, TRANSPORTE, INSTALACIÓN, PUESTA EN FUNCIONAMIENTO Y CAPACITACIÓN PARA LA OPERACIÓN DE SISTEMAS SÉPTICOS INDIVIDUALES PARA EL TRATAMIENTO DE AGUAS RESIDUALES DOMÉSTICAS EN LA ZONA RURAL DEL MUNICIPIO DE ANGELÓPOLIS, EN EL MARCO DEL CONVENIO INTERADMINISTRATIVO NO. 040-COV2509-33 SUSCRITO CON CORANTIOQUIA</w:t>
            </w:r>
          </w:p>
        </w:tc>
      </w:tr>
      <w:tr w:rsidR="00C2732D" w14:paraId="4FAB1E7B"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21F0E811" w14:textId="77777777" w:rsidR="00C2732D" w:rsidRDefault="001A0FBE">
            <w:pPr>
              <w:spacing w:after="0"/>
            </w:pPr>
            <w:r>
              <w:rPr>
                <w:b/>
                <w:sz w:val="16"/>
              </w:rPr>
              <w:t>ENTIDAD CONTRATANTE</w:t>
            </w:r>
          </w:p>
        </w:tc>
        <w:tc>
          <w:tcPr>
            <w:tcW w:w="12240" w:type="dxa"/>
            <w:tcBorders>
              <w:top w:val="single" w:sz="6" w:space="0" w:color="000000"/>
              <w:left w:val="single" w:sz="6" w:space="0" w:color="000000"/>
              <w:bottom w:val="single" w:sz="6" w:space="0" w:color="000000"/>
              <w:right w:val="single" w:sz="6" w:space="0" w:color="000000"/>
            </w:tcBorders>
            <w:vAlign w:val="center"/>
          </w:tcPr>
          <w:p w14:paraId="32039D02" w14:textId="77777777" w:rsidR="00C2732D" w:rsidRDefault="001A0FBE">
            <w:pPr>
              <w:spacing w:after="0"/>
            </w:pPr>
            <w:r>
              <w:rPr>
                <w:sz w:val="16"/>
              </w:rPr>
              <w:t>MUNICIPIO DE ANGELÓPOLIS (ANTIOQUIA)</w:t>
            </w:r>
          </w:p>
        </w:tc>
      </w:tr>
      <w:tr w:rsidR="00C2732D" w14:paraId="323A0347"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72BD3CD5" w14:textId="77777777" w:rsidR="00C2732D" w:rsidRDefault="001A0FBE">
            <w:pPr>
              <w:spacing w:after="0"/>
            </w:pPr>
            <w:r>
              <w:rPr>
                <w:b/>
                <w:sz w:val="16"/>
              </w:rPr>
              <w:t>DEPENDENCIA RESPONSABLE</w:t>
            </w:r>
          </w:p>
        </w:tc>
        <w:tc>
          <w:tcPr>
            <w:tcW w:w="12240" w:type="dxa"/>
            <w:tcBorders>
              <w:top w:val="single" w:sz="6" w:space="0" w:color="000000"/>
              <w:left w:val="single" w:sz="6" w:space="0" w:color="000000"/>
              <w:bottom w:val="single" w:sz="6" w:space="0" w:color="000000"/>
              <w:right w:val="single" w:sz="6" w:space="0" w:color="000000"/>
            </w:tcBorders>
            <w:vAlign w:val="center"/>
          </w:tcPr>
          <w:p w14:paraId="60D3A3A6" w14:textId="77777777" w:rsidR="00C2732D" w:rsidRDefault="001A0FBE">
            <w:pPr>
              <w:spacing w:after="0"/>
            </w:pPr>
            <w:r>
              <w:rPr>
                <w:sz w:val="16"/>
              </w:rPr>
              <w:t>SECRETARÍA DE PLANEACIÓN Y DESARROLLO TERRITORIAL</w:t>
            </w:r>
          </w:p>
        </w:tc>
      </w:tr>
      <w:tr w:rsidR="00C2732D" w14:paraId="3156AA78"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769C8AD0" w14:textId="77777777" w:rsidR="00C2732D" w:rsidRDefault="001A0FBE">
            <w:pPr>
              <w:spacing w:after="0"/>
            </w:pPr>
            <w:r>
              <w:rPr>
                <w:b/>
                <w:sz w:val="16"/>
              </w:rPr>
              <w:t>LOTE No.:</w:t>
            </w:r>
          </w:p>
        </w:tc>
        <w:tc>
          <w:tcPr>
            <w:tcW w:w="11232" w:type="dxa"/>
            <w:tcBorders>
              <w:top w:val="single" w:sz="6" w:space="0" w:color="000000"/>
              <w:left w:val="single" w:sz="6" w:space="0" w:color="000000"/>
              <w:bottom w:val="single" w:sz="6" w:space="0" w:color="000000"/>
              <w:right w:val="single" w:sz="6" w:space="0" w:color="000000"/>
            </w:tcBorders>
            <w:vAlign w:val="center"/>
          </w:tcPr>
          <w:p w14:paraId="6E864D76" w14:textId="77777777" w:rsidR="00C2732D" w:rsidRDefault="001A0FBE">
            <w:pPr>
              <w:spacing w:after="0"/>
            </w:pPr>
            <w:r>
              <w:t xml:space="preserve"> No aplica</w:t>
            </w:r>
          </w:p>
        </w:tc>
      </w:tr>
      <w:tr w:rsidR="00C2732D" w14:paraId="36D30455"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64D68825" w14:textId="77777777" w:rsidR="00C2732D" w:rsidRDefault="001A0FBE">
            <w:pPr>
              <w:spacing w:after="0"/>
            </w:pPr>
            <w:r>
              <w:rPr>
                <w:b/>
                <w:sz w:val="16"/>
              </w:rPr>
              <w:t>NOMBRE DEL OFERENTE:</w:t>
            </w:r>
          </w:p>
        </w:tc>
        <w:tc>
          <w:tcPr>
            <w:tcW w:w="11232" w:type="dxa"/>
            <w:tcBorders>
              <w:top w:val="single" w:sz="6" w:space="0" w:color="000000"/>
              <w:left w:val="single" w:sz="6" w:space="0" w:color="000000"/>
              <w:bottom w:val="single" w:sz="6" w:space="0" w:color="000000"/>
              <w:right w:val="single" w:sz="6" w:space="0" w:color="000000"/>
            </w:tcBorders>
            <w:vAlign w:val="center"/>
          </w:tcPr>
          <w:p w14:paraId="1531E962" w14:textId="77777777" w:rsidR="00C2732D" w:rsidRDefault="00C2732D">
            <w:pPr>
              <w:spacing w:after="0"/>
            </w:pPr>
          </w:p>
        </w:tc>
      </w:tr>
      <w:tr w:rsidR="00C2732D" w14:paraId="3A3059DA"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5859FF67" w14:textId="77777777" w:rsidR="00C2732D" w:rsidRDefault="001A0FBE">
            <w:pPr>
              <w:spacing w:after="0"/>
            </w:pPr>
            <w:r>
              <w:rPr>
                <w:b/>
                <w:sz w:val="16"/>
              </w:rPr>
              <w:t>NOMBRE DEL INTEGRANTE DEL CONSORCIO O UNIÓN TEMPORAL:</w:t>
            </w:r>
          </w:p>
        </w:tc>
        <w:tc>
          <w:tcPr>
            <w:tcW w:w="11232" w:type="dxa"/>
            <w:tcBorders>
              <w:top w:val="single" w:sz="6" w:space="0" w:color="000000"/>
              <w:left w:val="single" w:sz="6" w:space="0" w:color="000000"/>
              <w:bottom w:val="single" w:sz="6" w:space="0" w:color="000000"/>
              <w:right w:val="single" w:sz="6" w:space="0" w:color="000000"/>
            </w:tcBorders>
            <w:vAlign w:val="center"/>
          </w:tcPr>
          <w:p w14:paraId="0FA7FA0C" w14:textId="77777777" w:rsidR="00C2732D" w:rsidRDefault="00C2732D">
            <w:pPr>
              <w:spacing w:after="0"/>
            </w:pPr>
          </w:p>
        </w:tc>
      </w:tr>
    </w:tbl>
    <w:p w14:paraId="0AB00297" w14:textId="77777777" w:rsidR="000312E5" w:rsidRDefault="000312E5">
      <w:pPr>
        <w:spacing w:after="60"/>
        <w:jc w:val="both"/>
        <w:rPr>
          <w:sz w:val="16"/>
        </w:rPr>
      </w:pPr>
    </w:p>
    <w:p w14:paraId="6BF3E293" w14:textId="46DF96FB" w:rsidR="00C2732D" w:rsidRDefault="001A0FBE">
      <w:pPr>
        <w:spacing w:after="60"/>
        <w:jc w:val="both"/>
        <w:rPr>
          <w:sz w:val="16"/>
        </w:rPr>
      </w:pPr>
      <w:r>
        <w:rPr>
          <w:sz w:val="16"/>
        </w:rPr>
        <w:t xml:space="preserve">Todos </w:t>
      </w:r>
      <w:proofErr w:type="spellStart"/>
      <w:r>
        <w:rPr>
          <w:sz w:val="16"/>
        </w:rPr>
        <w:t>los</w:t>
      </w:r>
      <w:proofErr w:type="spellEnd"/>
      <w:r>
        <w:rPr>
          <w:sz w:val="16"/>
        </w:rPr>
        <w:t xml:space="preserve"> </w:t>
      </w:r>
      <w:proofErr w:type="spellStart"/>
      <w:r>
        <w:rPr>
          <w:sz w:val="16"/>
        </w:rPr>
        <w:t>contratos</w:t>
      </w:r>
      <w:proofErr w:type="spellEnd"/>
      <w:r>
        <w:rPr>
          <w:sz w:val="16"/>
        </w:rPr>
        <w:t xml:space="preserve"> </w:t>
      </w:r>
      <w:proofErr w:type="spellStart"/>
      <w:r>
        <w:rPr>
          <w:sz w:val="16"/>
        </w:rPr>
        <w:t>relacionados</w:t>
      </w:r>
      <w:proofErr w:type="spellEnd"/>
      <w:r>
        <w:rPr>
          <w:sz w:val="16"/>
        </w:rPr>
        <w:t xml:space="preserve"> a continuación deberán corresponder a los contratos inscritos en el Registro Único de Proponentes - RUP y asociados a la clasificación de la experiencia exigida en los documentos del proceso. La Entidad verificará la información con los soportes aportados y con </w:t>
      </w:r>
      <w:proofErr w:type="spellStart"/>
      <w:r>
        <w:rPr>
          <w:sz w:val="16"/>
        </w:rPr>
        <w:t>el</w:t>
      </w:r>
      <w:proofErr w:type="spellEnd"/>
      <w:r>
        <w:rPr>
          <w:sz w:val="16"/>
        </w:rPr>
        <w:t xml:space="preserve"> RUP </w:t>
      </w:r>
      <w:proofErr w:type="spellStart"/>
      <w:r>
        <w:rPr>
          <w:sz w:val="16"/>
        </w:rPr>
        <w:t>vigente</w:t>
      </w:r>
      <w:proofErr w:type="spellEnd"/>
      <w:r>
        <w:rPr>
          <w:sz w:val="16"/>
        </w:rPr>
        <w:t xml:space="preserve"> y </w:t>
      </w:r>
      <w:proofErr w:type="spellStart"/>
      <w:r>
        <w:rPr>
          <w:sz w:val="16"/>
        </w:rPr>
        <w:t>en</w:t>
      </w:r>
      <w:proofErr w:type="spellEnd"/>
      <w:r>
        <w:rPr>
          <w:sz w:val="16"/>
        </w:rPr>
        <w:t xml:space="preserve"> </w:t>
      </w:r>
      <w:proofErr w:type="spellStart"/>
      <w:r>
        <w:rPr>
          <w:sz w:val="16"/>
        </w:rPr>
        <w:t>firme</w:t>
      </w:r>
      <w:proofErr w:type="spellEnd"/>
      <w:r>
        <w:rPr>
          <w:sz w:val="16"/>
        </w:rPr>
        <w:t xml:space="preserve">, </w:t>
      </w:r>
      <w:proofErr w:type="spellStart"/>
      <w:r>
        <w:rPr>
          <w:sz w:val="16"/>
        </w:rPr>
        <w:t>cuando</w:t>
      </w:r>
      <w:proofErr w:type="spellEnd"/>
      <w:r>
        <w:rPr>
          <w:sz w:val="16"/>
        </w:rPr>
        <w:t xml:space="preserve"> </w:t>
      </w:r>
      <w:proofErr w:type="spellStart"/>
      <w:r>
        <w:rPr>
          <w:sz w:val="16"/>
        </w:rPr>
        <w:t>aplique</w:t>
      </w:r>
      <w:proofErr w:type="spellEnd"/>
      <w:r>
        <w:rPr>
          <w:sz w:val="16"/>
        </w:rPr>
        <w:t>.</w:t>
      </w:r>
    </w:p>
    <w:p w14:paraId="07243ACC" w14:textId="77777777" w:rsidR="000312E5" w:rsidRDefault="000312E5">
      <w:pPr>
        <w:spacing w:after="60"/>
        <w:jc w:val="both"/>
      </w:pPr>
    </w:p>
    <w:tbl>
      <w:tblPr>
        <w:tblW w:w="0" w:type="auto"/>
        <w:jc w:val="center"/>
        <w:tblLayout w:type="fixed"/>
        <w:tblLook w:val="04A0" w:firstRow="1" w:lastRow="0" w:firstColumn="1" w:lastColumn="0" w:noHBand="0" w:noVBand="1"/>
      </w:tblPr>
      <w:tblGrid>
        <w:gridCol w:w="936"/>
        <w:gridCol w:w="1800"/>
        <w:gridCol w:w="2376"/>
        <w:gridCol w:w="2376"/>
        <w:gridCol w:w="3240"/>
        <w:gridCol w:w="3096"/>
      </w:tblGrid>
      <w:tr w:rsidR="00C2732D" w14:paraId="57B4D860" w14:textId="77777777">
        <w:trPr>
          <w:tblHeader/>
          <w:jc w:val="center"/>
        </w:trPr>
        <w:tc>
          <w:tcPr>
            <w:tcW w:w="93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6480E34" w14:textId="77777777" w:rsidR="00C2732D" w:rsidRDefault="001A0FBE">
            <w:pPr>
              <w:spacing w:after="0"/>
              <w:jc w:val="center"/>
            </w:pPr>
            <w:r>
              <w:rPr>
                <w:b/>
                <w:sz w:val="14"/>
              </w:rPr>
              <w:t>Orden No.</w:t>
            </w:r>
          </w:p>
        </w:tc>
        <w:tc>
          <w:tcPr>
            <w:tcW w:w="180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5558A7B" w14:textId="77777777" w:rsidR="00C2732D" w:rsidRDefault="001A0FBE">
            <w:pPr>
              <w:spacing w:after="0"/>
              <w:jc w:val="center"/>
            </w:pPr>
            <w:r>
              <w:rPr>
                <w:b/>
                <w:sz w:val="14"/>
              </w:rPr>
              <w:t>Consecutivo RUP</w:t>
            </w:r>
          </w:p>
        </w:tc>
        <w:tc>
          <w:tcPr>
            <w:tcW w:w="237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DAE3CE5" w14:textId="77777777" w:rsidR="00C2732D" w:rsidRDefault="001A0FBE">
            <w:pPr>
              <w:spacing w:after="0"/>
              <w:jc w:val="center"/>
            </w:pPr>
            <w:r>
              <w:rPr>
                <w:b/>
                <w:sz w:val="14"/>
              </w:rPr>
              <w:t>Entidad contratante o propietaria</w:t>
            </w:r>
          </w:p>
        </w:tc>
        <w:tc>
          <w:tcPr>
            <w:tcW w:w="237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062D71C" w14:textId="77777777" w:rsidR="00C2732D" w:rsidRDefault="001A0FBE">
            <w:pPr>
              <w:spacing w:after="0"/>
              <w:jc w:val="center"/>
            </w:pPr>
            <w:r>
              <w:rPr>
                <w:b/>
                <w:sz w:val="14"/>
              </w:rPr>
              <w:t>Participación del oferente en el contratista plural (%)</w:t>
            </w:r>
          </w:p>
        </w:tc>
        <w:tc>
          <w:tcPr>
            <w:tcW w:w="324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AE336AC" w14:textId="77777777" w:rsidR="00C2732D" w:rsidRDefault="001A0FBE">
            <w:pPr>
              <w:spacing w:after="0"/>
              <w:jc w:val="center"/>
            </w:pPr>
            <w:r>
              <w:rPr>
                <w:b/>
                <w:sz w:val="14"/>
              </w:rPr>
              <w:t>Objeto</w:t>
            </w:r>
          </w:p>
        </w:tc>
        <w:tc>
          <w:tcPr>
            <w:tcW w:w="309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9B534BC" w14:textId="77777777" w:rsidR="00C2732D" w:rsidRDefault="001A0FBE">
            <w:pPr>
              <w:spacing w:after="0"/>
              <w:jc w:val="center"/>
            </w:pPr>
            <w:r>
              <w:rPr>
                <w:b/>
                <w:sz w:val="14"/>
              </w:rPr>
              <w:t>Valor total de los contratos ejecutados (valor ponderado por participación en pesos colombianos $)</w:t>
            </w:r>
          </w:p>
        </w:tc>
      </w:tr>
      <w:tr w:rsidR="00C2732D" w14:paraId="6B91FAAB" w14:textId="77777777">
        <w:trPr>
          <w:jc w:val="center"/>
        </w:trPr>
        <w:tc>
          <w:tcPr>
            <w:tcW w:w="936" w:type="dxa"/>
            <w:tcBorders>
              <w:top w:val="single" w:sz="6" w:space="0" w:color="000000"/>
              <w:left w:val="single" w:sz="6" w:space="0" w:color="000000"/>
              <w:bottom w:val="single" w:sz="6" w:space="0" w:color="000000"/>
              <w:right w:val="single" w:sz="6" w:space="0" w:color="000000"/>
            </w:tcBorders>
            <w:vAlign w:val="center"/>
          </w:tcPr>
          <w:p w14:paraId="4FDDD109" w14:textId="77777777" w:rsidR="00C2732D" w:rsidRDefault="001A0FBE">
            <w:pPr>
              <w:spacing w:after="0"/>
              <w:jc w:val="center"/>
            </w:pPr>
            <w:r>
              <w:rPr>
                <w:sz w:val="14"/>
              </w:rPr>
              <w:t>1</w:t>
            </w:r>
          </w:p>
        </w:tc>
        <w:tc>
          <w:tcPr>
            <w:tcW w:w="1800" w:type="dxa"/>
            <w:tcBorders>
              <w:top w:val="single" w:sz="6" w:space="0" w:color="000000"/>
              <w:left w:val="single" w:sz="6" w:space="0" w:color="000000"/>
              <w:bottom w:val="single" w:sz="6" w:space="0" w:color="000000"/>
              <w:right w:val="single" w:sz="6" w:space="0" w:color="000000"/>
            </w:tcBorders>
            <w:vAlign w:val="center"/>
          </w:tcPr>
          <w:p w14:paraId="0BA93145"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74D3E63A"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003427D3" w14:textId="77777777" w:rsidR="00C2732D" w:rsidRDefault="00C2732D">
            <w:pPr>
              <w:spacing w:after="0"/>
              <w:jc w:val="center"/>
            </w:pPr>
          </w:p>
        </w:tc>
        <w:tc>
          <w:tcPr>
            <w:tcW w:w="3240" w:type="dxa"/>
            <w:tcBorders>
              <w:top w:val="single" w:sz="6" w:space="0" w:color="000000"/>
              <w:left w:val="single" w:sz="6" w:space="0" w:color="000000"/>
              <w:bottom w:val="single" w:sz="6" w:space="0" w:color="000000"/>
              <w:right w:val="single" w:sz="6" w:space="0" w:color="000000"/>
            </w:tcBorders>
            <w:vAlign w:val="center"/>
          </w:tcPr>
          <w:p w14:paraId="6BE87ABA" w14:textId="77777777" w:rsidR="00C2732D" w:rsidRDefault="00C2732D">
            <w:pPr>
              <w:spacing w:after="0"/>
              <w:jc w:val="center"/>
            </w:pPr>
          </w:p>
        </w:tc>
        <w:tc>
          <w:tcPr>
            <w:tcW w:w="3096" w:type="dxa"/>
            <w:tcBorders>
              <w:top w:val="single" w:sz="6" w:space="0" w:color="000000"/>
              <w:left w:val="single" w:sz="6" w:space="0" w:color="000000"/>
              <w:bottom w:val="single" w:sz="6" w:space="0" w:color="000000"/>
              <w:right w:val="single" w:sz="6" w:space="0" w:color="000000"/>
            </w:tcBorders>
            <w:vAlign w:val="center"/>
          </w:tcPr>
          <w:p w14:paraId="50B930CD" w14:textId="77777777" w:rsidR="00C2732D" w:rsidRDefault="00C2732D">
            <w:pPr>
              <w:spacing w:after="0"/>
              <w:jc w:val="center"/>
            </w:pPr>
          </w:p>
        </w:tc>
      </w:tr>
      <w:tr w:rsidR="00C2732D" w14:paraId="520087F5" w14:textId="77777777">
        <w:trPr>
          <w:jc w:val="center"/>
        </w:trPr>
        <w:tc>
          <w:tcPr>
            <w:tcW w:w="936" w:type="dxa"/>
            <w:tcBorders>
              <w:top w:val="single" w:sz="6" w:space="0" w:color="000000"/>
              <w:left w:val="single" w:sz="6" w:space="0" w:color="000000"/>
              <w:bottom w:val="single" w:sz="6" w:space="0" w:color="000000"/>
              <w:right w:val="single" w:sz="6" w:space="0" w:color="000000"/>
            </w:tcBorders>
            <w:vAlign w:val="center"/>
          </w:tcPr>
          <w:p w14:paraId="5A4A55ED" w14:textId="77777777" w:rsidR="00C2732D" w:rsidRDefault="001A0FBE">
            <w:pPr>
              <w:spacing w:after="0"/>
              <w:jc w:val="center"/>
            </w:pPr>
            <w:r>
              <w:rPr>
                <w:sz w:val="14"/>
              </w:rPr>
              <w:t>2</w:t>
            </w:r>
          </w:p>
        </w:tc>
        <w:tc>
          <w:tcPr>
            <w:tcW w:w="1800" w:type="dxa"/>
            <w:tcBorders>
              <w:top w:val="single" w:sz="6" w:space="0" w:color="000000"/>
              <w:left w:val="single" w:sz="6" w:space="0" w:color="000000"/>
              <w:bottom w:val="single" w:sz="6" w:space="0" w:color="000000"/>
              <w:right w:val="single" w:sz="6" w:space="0" w:color="000000"/>
            </w:tcBorders>
            <w:vAlign w:val="center"/>
          </w:tcPr>
          <w:p w14:paraId="70CF3CD6"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595DD27B"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7F609285" w14:textId="77777777" w:rsidR="00C2732D" w:rsidRDefault="00C2732D">
            <w:pPr>
              <w:spacing w:after="0"/>
              <w:jc w:val="center"/>
            </w:pPr>
          </w:p>
        </w:tc>
        <w:tc>
          <w:tcPr>
            <w:tcW w:w="3240" w:type="dxa"/>
            <w:tcBorders>
              <w:top w:val="single" w:sz="6" w:space="0" w:color="000000"/>
              <w:left w:val="single" w:sz="6" w:space="0" w:color="000000"/>
              <w:bottom w:val="single" w:sz="6" w:space="0" w:color="000000"/>
              <w:right w:val="single" w:sz="6" w:space="0" w:color="000000"/>
            </w:tcBorders>
            <w:vAlign w:val="center"/>
          </w:tcPr>
          <w:p w14:paraId="36E1F05A" w14:textId="77777777" w:rsidR="00C2732D" w:rsidRDefault="00C2732D">
            <w:pPr>
              <w:spacing w:after="0"/>
              <w:jc w:val="center"/>
            </w:pPr>
          </w:p>
        </w:tc>
        <w:tc>
          <w:tcPr>
            <w:tcW w:w="3096" w:type="dxa"/>
            <w:tcBorders>
              <w:top w:val="single" w:sz="6" w:space="0" w:color="000000"/>
              <w:left w:val="single" w:sz="6" w:space="0" w:color="000000"/>
              <w:bottom w:val="single" w:sz="6" w:space="0" w:color="000000"/>
              <w:right w:val="single" w:sz="6" w:space="0" w:color="000000"/>
            </w:tcBorders>
            <w:vAlign w:val="center"/>
          </w:tcPr>
          <w:p w14:paraId="14CE863D" w14:textId="77777777" w:rsidR="00C2732D" w:rsidRDefault="00C2732D">
            <w:pPr>
              <w:spacing w:after="0"/>
              <w:jc w:val="center"/>
            </w:pPr>
          </w:p>
        </w:tc>
      </w:tr>
      <w:tr w:rsidR="00C2732D" w14:paraId="409E6165" w14:textId="77777777">
        <w:trPr>
          <w:jc w:val="center"/>
        </w:trPr>
        <w:tc>
          <w:tcPr>
            <w:tcW w:w="936" w:type="dxa"/>
            <w:tcBorders>
              <w:top w:val="single" w:sz="6" w:space="0" w:color="000000"/>
              <w:left w:val="single" w:sz="6" w:space="0" w:color="000000"/>
              <w:bottom w:val="single" w:sz="6" w:space="0" w:color="000000"/>
              <w:right w:val="single" w:sz="6" w:space="0" w:color="000000"/>
            </w:tcBorders>
            <w:vAlign w:val="center"/>
          </w:tcPr>
          <w:p w14:paraId="796CABE0" w14:textId="77777777" w:rsidR="00C2732D" w:rsidRDefault="001A0FBE">
            <w:pPr>
              <w:spacing w:after="0"/>
              <w:jc w:val="center"/>
            </w:pPr>
            <w:r>
              <w:rPr>
                <w:sz w:val="14"/>
              </w:rPr>
              <w:t>3</w:t>
            </w:r>
          </w:p>
        </w:tc>
        <w:tc>
          <w:tcPr>
            <w:tcW w:w="1800" w:type="dxa"/>
            <w:tcBorders>
              <w:top w:val="single" w:sz="6" w:space="0" w:color="000000"/>
              <w:left w:val="single" w:sz="6" w:space="0" w:color="000000"/>
              <w:bottom w:val="single" w:sz="6" w:space="0" w:color="000000"/>
              <w:right w:val="single" w:sz="6" w:space="0" w:color="000000"/>
            </w:tcBorders>
            <w:vAlign w:val="center"/>
          </w:tcPr>
          <w:p w14:paraId="590AA377"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082DE613"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63E01236" w14:textId="77777777" w:rsidR="00C2732D" w:rsidRDefault="00C2732D">
            <w:pPr>
              <w:spacing w:after="0"/>
              <w:jc w:val="center"/>
            </w:pPr>
          </w:p>
        </w:tc>
        <w:tc>
          <w:tcPr>
            <w:tcW w:w="3240" w:type="dxa"/>
            <w:tcBorders>
              <w:top w:val="single" w:sz="6" w:space="0" w:color="000000"/>
              <w:left w:val="single" w:sz="6" w:space="0" w:color="000000"/>
              <w:bottom w:val="single" w:sz="6" w:space="0" w:color="000000"/>
              <w:right w:val="single" w:sz="6" w:space="0" w:color="000000"/>
            </w:tcBorders>
            <w:vAlign w:val="center"/>
          </w:tcPr>
          <w:p w14:paraId="26277B02" w14:textId="77777777" w:rsidR="00C2732D" w:rsidRDefault="00C2732D">
            <w:pPr>
              <w:spacing w:after="0"/>
              <w:jc w:val="center"/>
            </w:pPr>
          </w:p>
        </w:tc>
        <w:tc>
          <w:tcPr>
            <w:tcW w:w="3096" w:type="dxa"/>
            <w:tcBorders>
              <w:top w:val="single" w:sz="6" w:space="0" w:color="000000"/>
              <w:left w:val="single" w:sz="6" w:space="0" w:color="000000"/>
              <w:bottom w:val="single" w:sz="6" w:space="0" w:color="000000"/>
              <w:right w:val="single" w:sz="6" w:space="0" w:color="000000"/>
            </w:tcBorders>
            <w:vAlign w:val="center"/>
          </w:tcPr>
          <w:p w14:paraId="53A6C9F3" w14:textId="77777777" w:rsidR="00C2732D" w:rsidRDefault="00C2732D">
            <w:pPr>
              <w:spacing w:after="0"/>
              <w:jc w:val="center"/>
            </w:pPr>
          </w:p>
        </w:tc>
      </w:tr>
      <w:tr w:rsidR="00C2732D" w14:paraId="5C5909B1" w14:textId="77777777">
        <w:trPr>
          <w:jc w:val="center"/>
        </w:trPr>
        <w:tc>
          <w:tcPr>
            <w:tcW w:w="936" w:type="dxa"/>
            <w:tcBorders>
              <w:top w:val="single" w:sz="6" w:space="0" w:color="000000"/>
              <w:left w:val="single" w:sz="6" w:space="0" w:color="000000"/>
              <w:bottom w:val="single" w:sz="6" w:space="0" w:color="000000"/>
              <w:right w:val="single" w:sz="6" w:space="0" w:color="000000"/>
            </w:tcBorders>
            <w:vAlign w:val="center"/>
          </w:tcPr>
          <w:p w14:paraId="170B2BAC" w14:textId="77777777" w:rsidR="00C2732D" w:rsidRDefault="001A0FBE">
            <w:pPr>
              <w:spacing w:after="0"/>
              <w:jc w:val="center"/>
            </w:pPr>
            <w:r>
              <w:rPr>
                <w:sz w:val="14"/>
              </w:rPr>
              <w:t>4</w:t>
            </w:r>
          </w:p>
        </w:tc>
        <w:tc>
          <w:tcPr>
            <w:tcW w:w="1800" w:type="dxa"/>
            <w:tcBorders>
              <w:top w:val="single" w:sz="6" w:space="0" w:color="000000"/>
              <w:left w:val="single" w:sz="6" w:space="0" w:color="000000"/>
              <w:bottom w:val="single" w:sz="6" w:space="0" w:color="000000"/>
              <w:right w:val="single" w:sz="6" w:space="0" w:color="000000"/>
            </w:tcBorders>
            <w:vAlign w:val="center"/>
          </w:tcPr>
          <w:p w14:paraId="22972001"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1AB39AE3"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7749A5BE" w14:textId="77777777" w:rsidR="00C2732D" w:rsidRDefault="00C2732D">
            <w:pPr>
              <w:spacing w:after="0"/>
              <w:jc w:val="center"/>
            </w:pPr>
          </w:p>
        </w:tc>
        <w:tc>
          <w:tcPr>
            <w:tcW w:w="3240" w:type="dxa"/>
            <w:tcBorders>
              <w:top w:val="single" w:sz="6" w:space="0" w:color="000000"/>
              <w:left w:val="single" w:sz="6" w:space="0" w:color="000000"/>
              <w:bottom w:val="single" w:sz="6" w:space="0" w:color="000000"/>
              <w:right w:val="single" w:sz="6" w:space="0" w:color="000000"/>
            </w:tcBorders>
            <w:vAlign w:val="center"/>
          </w:tcPr>
          <w:p w14:paraId="5F685B77" w14:textId="77777777" w:rsidR="00C2732D" w:rsidRDefault="00C2732D">
            <w:pPr>
              <w:spacing w:after="0"/>
              <w:jc w:val="center"/>
            </w:pPr>
          </w:p>
        </w:tc>
        <w:tc>
          <w:tcPr>
            <w:tcW w:w="3096" w:type="dxa"/>
            <w:tcBorders>
              <w:top w:val="single" w:sz="6" w:space="0" w:color="000000"/>
              <w:left w:val="single" w:sz="6" w:space="0" w:color="000000"/>
              <w:bottom w:val="single" w:sz="6" w:space="0" w:color="000000"/>
              <w:right w:val="single" w:sz="6" w:space="0" w:color="000000"/>
            </w:tcBorders>
            <w:vAlign w:val="center"/>
          </w:tcPr>
          <w:p w14:paraId="4189BE5F" w14:textId="77777777" w:rsidR="00C2732D" w:rsidRDefault="00C2732D">
            <w:pPr>
              <w:spacing w:after="0"/>
              <w:jc w:val="center"/>
            </w:pPr>
          </w:p>
        </w:tc>
      </w:tr>
      <w:tr w:rsidR="00C2732D" w14:paraId="01C014F1" w14:textId="77777777">
        <w:trPr>
          <w:jc w:val="center"/>
        </w:trPr>
        <w:tc>
          <w:tcPr>
            <w:tcW w:w="936" w:type="dxa"/>
            <w:tcBorders>
              <w:top w:val="single" w:sz="6" w:space="0" w:color="000000"/>
              <w:left w:val="single" w:sz="6" w:space="0" w:color="000000"/>
              <w:bottom w:val="single" w:sz="6" w:space="0" w:color="000000"/>
              <w:right w:val="single" w:sz="6" w:space="0" w:color="000000"/>
            </w:tcBorders>
            <w:vAlign w:val="center"/>
          </w:tcPr>
          <w:p w14:paraId="5ED5BA91" w14:textId="77777777" w:rsidR="00C2732D" w:rsidRDefault="001A0FBE">
            <w:pPr>
              <w:spacing w:after="0"/>
              <w:jc w:val="center"/>
            </w:pPr>
            <w:r>
              <w:rPr>
                <w:sz w:val="14"/>
              </w:rPr>
              <w:t>5</w:t>
            </w:r>
          </w:p>
        </w:tc>
        <w:tc>
          <w:tcPr>
            <w:tcW w:w="1800" w:type="dxa"/>
            <w:tcBorders>
              <w:top w:val="single" w:sz="6" w:space="0" w:color="000000"/>
              <w:left w:val="single" w:sz="6" w:space="0" w:color="000000"/>
              <w:bottom w:val="single" w:sz="6" w:space="0" w:color="000000"/>
              <w:right w:val="single" w:sz="6" w:space="0" w:color="000000"/>
            </w:tcBorders>
            <w:vAlign w:val="center"/>
          </w:tcPr>
          <w:p w14:paraId="486342C3"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230516DF"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154B2F4C" w14:textId="77777777" w:rsidR="00C2732D" w:rsidRDefault="00C2732D">
            <w:pPr>
              <w:spacing w:after="0"/>
              <w:jc w:val="center"/>
            </w:pPr>
          </w:p>
        </w:tc>
        <w:tc>
          <w:tcPr>
            <w:tcW w:w="3240" w:type="dxa"/>
            <w:tcBorders>
              <w:top w:val="single" w:sz="6" w:space="0" w:color="000000"/>
              <w:left w:val="single" w:sz="6" w:space="0" w:color="000000"/>
              <w:bottom w:val="single" w:sz="6" w:space="0" w:color="000000"/>
              <w:right w:val="single" w:sz="6" w:space="0" w:color="000000"/>
            </w:tcBorders>
            <w:vAlign w:val="center"/>
          </w:tcPr>
          <w:p w14:paraId="006238A0" w14:textId="77777777" w:rsidR="00C2732D" w:rsidRDefault="00C2732D">
            <w:pPr>
              <w:spacing w:after="0"/>
              <w:jc w:val="center"/>
            </w:pPr>
          </w:p>
        </w:tc>
        <w:tc>
          <w:tcPr>
            <w:tcW w:w="3096" w:type="dxa"/>
            <w:tcBorders>
              <w:top w:val="single" w:sz="6" w:space="0" w:color="000000"/>
              <w:left w:val="single" w:sz="6" w:space="0" w:color="000000"/>
              <w:bottom w:val="single" w:sz="6" w:space="0" w:color="000000"/>
              <w:right w:val="single" w:sz="6" w:space="0" w:color="000000"/>
            </w:tcBorders>
            <w:vAlign w:val="center"/>
          </w:tcPr>
          <w:p w14:paraId="53230693" w14:textId="77777777" w:rsidR="00C2732D" w:rsidRDefault="00C2732D">
            <w:pPr>
              <w:spacing w:after="0"/>
              <w:jc w:val="center"/>
            </w:pPr>
          </w:p>
        </w:tc>
      </w:tr>
      <w:tr w:rsidR="00C2732D" w14:paraId="5B7F4995" w14:textId="77777777">
        <w:trPr>
          <w:jc w:val="center"/>
        </w:trPr>
        <w:tc>
          <w:tcPr>
            <w:tcW w:w="936" w:type="dxa"/>
            <w:tcBorders>
              <w:top w:val="single" w:sz="6" w:space="0" w:color="000000"/>
              <w:left w:val="single" w:sz="6" w:space="0" w:color="000000"/>
              <w:bottom w:val="single" w:sz="6" w:space="0" w:color="000000"/>
              <w:right w:val="single" w:sz="6" w:space="0" w:color="000000"/>
            </w:tcBorders>
            <w:vAlign w:val="center"/>
          </w:tcPr>
          <w:p w14:paraId="40F013C1" w14:textId="77777777" w:rsidR="00C2732D" w:rsidRDefault="001A0FBE">
            <w:pPr>
              <w:spacing w:after="0"/>
              <w:jc w:val="center"/>
            </w:pPr>
            <w:r>
              <w:rPr>
                <w:sz w:val="14"/>
              </w:rPr>
              <w:t>6</w:t>
            </w:r>
          </w:p>
        </w:tc>
        <w:tc>
          <w:tcPr>
            <w:tcW w:w="1800" w:type="dxa"/>
            <w:tcBorders>
              <w:top w:val="single" w:sz="6" w:space="0" w:color="000000"/>
              <w:left w:val="single" w:sz="6" w:space="0" w:color="000000"/>
              <w:bottom w:val="single" w:sz="6" w:space="0" w:color="000000"/>
              <w:right w:val="single" w:sz="6" w:space="0" w:color="000000"/>
            </w:tcBorders>
            <w:vAlign w:val="center"/>
          </w:tcPr>
          <w:p w14:paraId="5532A16A"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1267493C"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1F714197" w14:textId="77777777" w:rsidR="00C2732D" w:rsidRDefault="00C2732D">
            <w:pPr>
              <w:spacing w:after="0"/>
              <w:jc w:val="center"/>
            </w:pPr>
          </w:p>
        </w:tc>
        <w:tc>
          <w:tcPr>
            <w:tcW w:w="3240" w:type="dxa"/>
            <w:tcBorders>
              <w:top w:val="single" w:sz="6" w:space="0" w:color="000000"/>
              <w:left w:val="single" w:sz="6" w:space="0" w:color="000000"/>
              <w:bottom w:val="single" w:sz="6" w:space="0" w:color="000000"/>
              <w:right w:val="single" w:sz="6" w:space="0" w:color="000000"/>
            </w:tcBorders>
            <w:vAlign w:val="center"/>
          </w:tcPr>
          <w:p w14:paraId="56EDF992" w14:textId="77777777" w:rsidR="00C2732D" w:rsidRDefault="00C2732D">
            <w:pPr>
              <w:spacing w:after="0"/>
              <w:jc w:val="center"/>
            </w:pPr>
          </w:p>
        </w:tc>
        <w:tc>
          <w:tcPr>
            <w:tcW w:w="3096" w:type="dxa"/>
            <w:tcBorders>
              <w:top w:val="single" w:sz="6" w:space="0" w:color="000000"/>
              <w:left w:val="single" w:sz="6" w:space="0" w:color="000000"/>
              <w:bottom w:val="single" w:sz="6" w:space="0" w:color="000000"/>
              <w:right w:val="single" w:sz="6" w:space="0" w:color="000000"/>
            </w:tcBorders>
            <w:vAlign w:val="center"/>
          </w:tcPr>
          <w:p w14:paraId="028C4D54" w14:textId="77777777" w:rsidR="00C2732D" w:rsidRDefault="00C2732D">
            <w:pPr>
              <w:spacing w:after="0"/>
              <w:jc w:val="center"/>
            </w:pPr>
          </w:p>
        </w:tc>
      </w:tr>
      <w:tr w:rsidR="00C2732D" w14:paraId="715F0BF4" w14:textId="77777777">
        <w:trPr>
          <w:jc w:val="center"/>
        </w:trPr>
        <w:tc>
          <w:tcPr>
            <w:tcW w:w="936" w:type="dxa"/>
            <w:tcBorders>
              <w:top w:val="single" w:sz="6" w:space="0" w:color="000000"/>
              <w:left w:val="single" w:sz="6" w:space="0" w:color="000000"/>
              <w:bottom w:val="single" w:sz="6" w:space="0" w:color="000000"/>
              <w:right w:val="single" w:sz="6" w:space="0" w:color="000000"/>
            </w:tcBorders>
            <w:vAlign w:val="center"/>
          </w:tcPr>
          <w:p w14:paraId="3D36D091" w14:textId="77777777" w:rsidR="00C2732D" w:rsidRDefault="001A0FBE">
            <w:pPr>
              <w:spacing w:after="0"/>
              <w:jc w:val="center"/>
            </w:pPr>
            <w:r>
              <w:rPr>
                <w:sz w:val="14"/>
              </w:rPr>
              <w:t>7</w:t>
            </w:r>
          </w:p>
        </w:tc>
        <w:tc>
          <w:tcPr>
            <w:tcW w:w="1800" w:type="dxa"/>
            <w:tcBorders>
              <w:top w:val="single" w:sz="6" w:space="0" w:color="000000"/>
              <w:left w:val="single" w:sz="6" w:space="0" w:color="000000"/>
              <w:bottom w:val="single" w:sz="6" w:space="0" w:color="000000"/>
              <w:right w:val="single" w:sz="6" w:space="0" w:color="000000"/>
            </w:tcBorders>
            <w:vAlign w:val="center"/>
          </w:tcPr>
          <w:p w14:paraId="7AEC29AE"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510804B3"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3BA9370C" w14:textId="77777777" w:rsidR="00C2732D" w:rsidRDefault="00C2732D">
            <w:pPr>
              <w:spacing w:after="0"/>
              <w:jc w:val="center"/>
            </w:pPr>
          </w:p>
        </w:tc>
        <w:tc>
          <w:tcPr>
            <w:tcW w:w="3240" w:type="dxa"/>
            <w:tcBorders>
              <w:top w:val="single" w:sz="6" w:space="0" w:color="000000"/>
              <w:left w:val="single" w:sz="6" w:space="0" w:color="000000"/>
              <w:bottom w:val="single" w:sz="6" w:space="0" w:color="000000"/>
              <w:right w:val="single" w:sz="6" w:space="0" w:color="000000"/>
            </w:tcBorders>
            <w:vAlign w:val="center"/>
          </w:tcPr>
          <w:p w14:paraId="65B1900A" w14:textId="77777777" w:rsidR="00C2732D" w:rsidRDefault="00C2732D">
            <w:pPr>
              <w:spacing w:after="0"/>
              <w:jc w:val="center"/>
            </w:pPr>
          </w:p>
        </w:tc>
        <w:tc>
          <w:tcPr>
            <w:tcW w:w="3096" w:type="dxa"/>
            <w:tcBorders>
              <w:top w:val="single" w:sz="6" w:space="0" w:color="000000"/>
              <w:left w:val="single" w:sz="6" w:space="0" w:color="000000"/>
              <w:bottom w:val="single" w:sz="6" w:space="0" w:color="000000"/>
              <w:right w:val="single" w:sz="6" w:space="0" w:color="000000"/>
            </w:tcBorders>
            <w:vAlign w:val="center"/>
          </w:tcPr>
          <w:p w14:paraId="67EFB0D0" w14:textId="77777777" w:rsidR="00C2732D" w:rsidRDefault="00C2732D">
            <w:pPr>
              <w:spacing w:after="0"/>
              <w:jc w:val="center"/>
            </w:pPr>
          </w:p>
        </w:tc>
      </w:tr>
      <w:tr w:rsidR="00C2732D" w14:paraId="30C9AC9E" w14:textId="77777777">
        <w:trPr>
          <w:jc w:val="center"/>
        </w:trPr>
        <w:tc>
          <w:tcPr>
            <w:tcW w:w="936" w:type="dxa"/>
            <w:tcBorders>
              <w:top w:val="single" w:sz="6" w:space="0" w:color="000000"/>
              <w:left w:val="single" w:sz="6" w:space="0" w:color="000000"/>
              <w:bottom w:val="single" w:sz="6" w:space="0" w:color="000000"/>
              <w:right w:val="single" w:sz="6" w:space="0" w:color="000000"/>
            </w:tcBorders>
            <w:vAlign w:val="center"/>
          </w:tcPr>
          <w:p w14:paraId="665A7B29" w14:textId="77777777" w:rsidR="00C2732D" w:rsidRDefault="001A0FBE">
            <w:pPr>
              <w:spacing w:after="0"/>
              <w:jc w:val="center"/>
            </w:pPr>
            <w:r>
              <w:rPr>
                <w:sz w:val="14"/>
              </w:rPr>
              <w:t>8</w:t>
            </w:r>
          </w:p>
        </w:tc>
        <w:tc>
          <w:tcPr>
            <w:tcW w:w="1800" w:type="dxa"/>
            <w:tcBorders>
              <w:top w:val="single" w:sz="6" w:space="0" w:color="000000"/>
              <w:left w:val="single" w:sz="6" w:space="0" w:color="000000"/>
              <w:bottom w:val="single" w:sz="6" w:space="0" w:color="000000"/>
              <w:right w:val="single" w:sz="6" w:space="0" w:color="000000"/>
            </w:tcBorders>
            <w:vAlign w:val="center"/>
          </w:tcPr>
          <w:p w14:paraId="3833C6E9"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3562AB84" w14:textId="77777777" w:rsidR="00C2732D" w:rsidRDefault="00C2732D">
            <w:pPr>
              <w:spacing w:after="0"/>
              <w:jc w:val="center"/>
            </w:pPr>
          </w:p>
        </w:tc>
        <w:tc>
          <w:tcPr>
            <w:tcW w:w="2376" w:type="dxa"/>
            <w:tcBorders>
              <w:top w:val="single" w:sz="6" w:space="0" w:color="000000"/>
              <w:left w:val="single" w:sz="6" w:space="0" w:color="000000"/>
              <w:bottom w:val="single" w:sz="6" w:space="0" w:color="000000"/>
              <w:right w:val="single" w:sz="6" w:space="0" w:color="000000"/>
            </w:tcBorders>
            <w:vAlign w:val="center"/>
          </w:tcPr>
          <w:p w14:paraId="255ABCBF" w14:textId="77777777" w:rsidR="00C2732D" w:rsidRDefault="00C2732D">
            <w:pPr>
              <w:spacing w:after="0"/>
              <w:jc w:val="center"/>
            </w:pPr>
          </w:p>
        </w:tc>
        <w:tc>
          <w:tcPr>
            <w:tcW w:w="3240" w:type="dxa"/>
            <w:tcBorders>
              <w:top w:val="single" w:sz="6" w:space="0" w:color="000000"/>
              <w:left w:val="single" w:sz="6" w:space="0" w:color="000000"/>
              <w:bottom w:val="single" w:sz="6" w:space="0" w:color="000000"/>
              <w:right w:val="single" w:sz="6" w:space="0" w:color="000000"/>
            </w:tcBorders>
            <w:vAlign w:val="center"/>
          </w:tcPr>
          <w:p w14:paraId="2507C467" w14:textId="77777777" w:rsidR="00C2732D" w:rsidRDefault="00C2732D">
            <w:pPr>
              <w:spacing w:after="0"/>
              <w:jc w:val="center"/>
            </w:pPr>
          </w:p>
        </w:tc>
        <w:tc>
          <w:tcPr>
            <w:tcW w:w="3096" w:type="dxa"/>
            <w:tcBorders>
              <w:top w:val="single" w:sz="6" w:space="0" w:color="000000"/>
              <w:left w:val="single" w:sz="6" w:space="0" w:color="000000"/>
              <w:bottom w:val="single" w:sz="6" w:space="0" w:color="000000"/>
              <w:right w:val="single" w:sz="6" w:space="0" w:color="000000"/>
            </w:tcBorders>
            <w:vAlign w:val="center"/>
          </w:tcPr>
          <w:p w14:paraId="3606752A" w14:textId="77777777" w:rsidR="00C2732D" w:rsidRDefault="00C2732D">
            <w:pPr>
              <w:spacing w:after="0"/>
              <w:jc w:val="center"/>
            </w:pPr>
          </w:p>
        </w:tc>
      </w:tr>
      <w:tr w:rsidR="00C2732D" w14:paraId="056B43BC" w14:textId="77777777">
        <w:trPr>
          <w:jc w:val="center"/>
        </w:trPr>
        <w:tc>
          <w:tcPr>
            <w:tcW w:w="3240" w:type="dxa"/>
            <w:gridSpan w:val="5"/>
            <w:tcBorders>
              <w:top w:val="single" w:sz="6" w:space="0" w:color="000000"/>
              <w:left w:val="single" w:sz="6" w:space="0" w:color="000000"/>
              <w:bottom w:val="single" w:sz="6" w:space="0" w:color="000000"/>
              <w:right w:val="single" w:sz="6" w:space="0" w:color="000000"/>
            </w:tcBorders>
            <w:shd w:val="clear" w:color="auto" w:fill="D9D9D9"/>
            <w:vAlign w:val="center"/>
          </w:tcPr>
          <w:p w14:paraId="43EFF381" w14:textId="77777777" w:rsidR="00C2732D" w:rsidRDefault="001A0FBE">
            <w:pPr>
              <w:spacing w:after="0"/>
              <w:jc w:val="right"/>
            </w:pPr>
            <w:r>
              <w:rPr>
                <w:b/>
                <w:sz w:val="14"/>
              </w:rPr>
              <w:t>TOTAL</w:t>
            </w:r>
          </w:p>
        </w:tc>
        <w:tc>
          <w:tcPr>
            <w:tcW w:w="309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75D67FD" w14:textId="77777777" w:rsidR="00C2732D" w:rsidRDefault="001A0FBE">
            <w:pPr>
              <w:spacing w:after="0"/>
            </w:pPr>
            <w:r>
              <w:rPr>
                <w:b/>
                <w:sz w:val="14"/>
              </w:rPr>
              <w:t>$</w:t>
            </w:r>
          </w:p>
        </w:tc>
      </w:tr>
    </w:tbl>
    <w:p w14:paraId="7F122935" w14:textId="77777777" w:rsidR="00C2732D" w:rsidRDefault="001A0FBE">
      <w:pPr>
        <w:spacing w:after="100"/>
        <w:jc w:val="both"/>
      </w:pPr>
      <w:r>
        <w:rPr>
          <w:sz w:val="16"/>
        </w:rPr>
        <w:t>(*) Nota: El oferente deberá diligenciar este formato con los contratos que pretende hacer valer para el cálculo del Kr, de conformidad con los documentos del proceso. La información se suministra bajo la gravedad de juramento.</w:t>
      </w:r>
    </w:p>
    <w:tbl>
      <w:tblPr>
        <w:tblW w:w="0" w:type="auto"/>
        <w:jc w:val="center"/>
        <w:tblLayout w:type="fixed"/>
        <w:tblLook w:val="04A0" w:firstRow="1" w:lastRow="0" w:firstColumn="1" w:lastColumn="0" w:noHBand="0" w:noVBand="1"/>
      </w:tblPr>
      <w:tblGrid>
        <w:gridCol w:w="14400"/>
      </w:tblGrid>
      <w:tr w:rsidR="00C2732D" w14:paraId="5182DE33" w14:textId="77777777">
        <w:trPr>
          <w:jc w:val="center"/>
        </w:trPr>
        <w:tc>
          <w:tcPr>
            <w:tcW w:w="14400" w:type="dxa"/>
            <w:tcBorders>
              <w:top w:val="single" w:sz="0" w:space="0" w:color="FFFFFF"/>
              <w:left w:val="single" w:sz="0" w:space="0" w:color="FFFFFF"/>
              <w:bottom w:val="single" w:sz="0" w:space="0" w:color="FFFFFF"/>
              <w:right w:val="single" w:sz="0" w:space="0" w:color="FFFFFF"/>
            </w:tcBorders>
            <w:vAlign w:val="center"/>
          </w:tcPr>
          <w:p w14:paraId="76C3D302" w14:textId="77777777" w:rsidR="00C2732D" w:rsidRDefault="001A0FBE">
            <w:pPr>
              <w:spacing w:after="0"/>
              <w:jc w:val="center"/>
            </w:pPr>
            <w:r>
              <w:t>________________________________________</w:t>
            </w:r>
          </w:p>
        </w:tc>
      </w:tr>
      <w:tr w:rsidR="00C2732D" w14:paraId="3C8DB452" w14:textId="77777777">
        <w:trPr>
          <w:jc w:val="center"/>
        </w:trPr>
        <w:tc>
          <w:tcPr>
            <w:tcW w:w="14400" w:type="dxa"/>
            <w:tcBorders>
              <w:top w:val="single" w:sz="0" w:space="0" w:color="FFFFFF"/>
              <w:left w:val="single" w:sz="0" w:space="0" w:color="FFFFFF"/>
              <w:bottom w:val="single" w:sz="0" w:space="0" w:color="FFFFFF"/>
              <w:right w:val="single" w:sz="0" w:space="0" w:color="FFFFFF"/>
            </w:tcBorders>
            <w:vAlign w:val="center"/>
          </w:tcPr>
          <w:p w14:paraId="249328B7" w14:textId="77777777" w:rsidR="00C2732D" w:rsidRDefault="001A0FBE">
            <w:pPr>
              <w:spacing w:after="0"/>
              <w:jc w:val="center"/>
            </w:pPr>
            <w:r>
              <w:rPr>
                <w:b/>
                <w:sz w:val="16"/>
              </w:rPr>
              <w:t>NOMBRE Y FIRMA DEL REPRESENTANTE LEGAL</w:t>
            </w:r>
          </w:p>
        </w:tc>
      </w:tr>
      <w:tr w:rsidR="00C2732D" w14:paraId="223A8D33" w14:textId="77777777">
        <w:trPr>
          <w:jc w:val="center"/>
        </w:trPr>
        <w:tc>
          <w:tcPr>
            <w:tcW w:w="14400" w:type="dxa"/>
            <w:tcBorders>
              <w:top w:val="single" w:sz="0" w:space="0" w:color="FFFFFF"/>
              <w:left w:val="single" w:sz="0" w:space="0" w:color="FFFFFF"/>
              <w:bottom w:val="single" w:sz="0" w:space="0" w:color="FFFFFF"/>
              <w:right w:val="single" w:sz="0" w:space="0" w:color="FFFFFF"/>
            </w:tcBorders>
            <w:vAlign w:val="center"/>
          </w:tcPr>
          <w:p w14:paraId="234B7E57" w14:textId="77777777" w:rsidR="00C2732D" w:rsidRDefault="001A0FBE">
            <w:pPr>
              <w:spacing w:after="0"/>
              <w:jc w:val="center"/>
            </w:pPr>
            <w:r>
              <w:rPr>
                <w:sz w:val="16"/>
              </w:rPr>
              <w:t>Nombre: ________________________________    Identificación: ________________________________</w:t>
            </w:r>
          </w:p>
        </w:tc>
      </w:tr>
    </w:tbl>
    <w:p w14:paraId="3B479CD8" w14:textId="77777777" w:rsidR="00C2732D" w:rsidRDefault="00C2732D">
      <w:pPr>
        <w:sectPr w:rsidR="00C2732D">
          <w:headerReference w:type="default" r:id="rId12"/>
          <w:footerReference w:type="default" r:id="rId13"/>
          <w:pgSz w:w="15840" w:h="12240" w:orient="landscape"/>
          <w:pgMar w:top="648" w:right="648" w:bottom="648" w:left="648" w:header="360" w:footer="360" w:gutter="0"/>
          <w:cols w:space="720"/>
          <w:docGrid w:linePitch="360"/>
        </w:sectPr>
      </w:pPr>
    </w:p>
    <w:p w14:paraId="4558D09A" w14:textId="5FA93A26" w:rsidR="00C2732D" w:rsidRDefault="000312E5">
      <w:pPr>
        <w:spacing w:after="20"/>
        <w:jc w:val="center"/>
      </w:pPr>
      <w:r>
        <w:rPr>
          <w:b/>
          <w:sz w:val="24"/>
        </w:rPr>
        <w:lastRenderedPageBreak/>
        <w:t xml:space="preserve">ANEXO  </w:t>
      </w:r>
      <w:r w:rsidR="0035649E">
        <w:rPr>
          <w:b/>
          <w:sz w:val="24"/>
        </w:rPr>
        <w:t>05</w:t>
      </w:r>
      <w:r>
        <w:rPr>
          <w:b/>
          <w:sz w:val="24"/>
        </w:rPr>
        <w:t>C</w:t>
      </w:r>
    </w:p>
    <w:p w14:paraId="7B477E61" w14:textId="77777777" w:rsidR="00C2732D" w:rsidRDefault="001A0FBE">
      <w:pPr>
        <w:spacing w:after="80"/>
        <w:jc w:val="center"/>
      </w:pPr>
      <w:r>
        <w:rPr>
          <w:b/>
        </w:rPr>
        <w:t>CERTIFICACIÓN DE LA CAPACIDAD TÉCNICA (PARA EL CÁLCULO DEL Kr)</w:t>
      </w:r>
    </w:p>
    <w:tbl>
      <w:tblPr>
        <w:tblW w:w="0" w:type="auto"/>
        <w:jc w:val="center"/>
        <w:tblLayout w:type="fixed"/>
        <w:tblLook w:val="04A0" w:firstRow="1" w:lastRow="0" w:firstColumn="1" w:lastColumn="0" w:noHBand="0" w:noVBand="1"/>
      </w:tblPr>
      <w:tblGrid>
        <w:gridCol w:w="3024"/>
        <w:gridCol w:w="12240"/>
      </w:tblGrid>
      <w:tr w:rsidR="00C2732D" w14:paraId="4BEAF9E4"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00C858A9" w14:textId="77777777" w:rsidR="00C2732D" w:rsidRDefault="001A0FBE">
            <w:pPr>
              <w:spacing w:after="0"/>
            </w:pPr>
            <w:r>
              <w:rPr>
                <w:b/>
                <w:sz w:val="16"/>
              </w:rPr>
              <w:t>PROCESO DE SELECCIÓN</w:t>
            </w:r>
          </w:p>
        </w:tc>
        <w:tc>
          <w:tcPr>
            <w:tcW w:w="12240" w:type="dxa"/>
            <w:tcBorders>
              <w:top w:val="single" w:sz="6" w:space="0" w:color="000000"/>
              <w:left w:val="single" w:sz="6" w:space="0" w:color="000000"/>
              <w:bottom w:val="single" w:sz="6" w:space="0" w:color="000000"/>
              <w:right w:val="single" w:sz="6" w:space="0" w:color="000000"/>
            </w:tcBorders>
            <w:vAlign w:val="center"/>
          </w:tcPr>
          <w:p w14:paraId="20FE03F8" w14:textId="22912139" w:rsidR="00C2732D" w:rsidRDefault="001A0FBE">
            <w:pPr>
              <w:spacing w:after="0"/>
            </w:pPr>
            <w:r>
              <w:rPr>
                <w:sz w:val="16"/>
              </w:rPr>
              <w:t>SAMC-00</w:t>
            </w:r>
            <w:r w:rsidR="009F1EBD">
              <w:rPr>
                <w:sz w:val="16"/>
              </w:rPr>
              <w:t>4</w:t>
            </w:r>
            <w:r>
              <w:rPr>
                <w:sz w:val="16"/>
              </w:rPr>
              <w:t>-2026</w:t>
            </w:r>
          </w:p>
        </w:tc>
      </w:tr>
      <w:tr w:rsidR="00C2732D" w14:paraId="56903F00"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10817909" w14:textId="77777777" w:rsidR="00C2732D" w:rsidRDefault="001A0FBE">
            <w:pPr>
              <w:spacing w:after="0"/>
            </w:pPr>
            <w:r>
              <w:rPr>
                <w:b/>
                <w:sz w:val="16"/>
              </w:rPr>
              <w:t>OBJETO</w:t>
            </w:r>
          </w:p>
        </w:tc>
        <w:tc>
          <w:tcPr>
            <w:tcW w:w="12240" w:type="dxa"/>
            <w:tcBorders>
              <w:top w:val="single" w:sz="6" w:space="0" w:color="000000"/>
              <w:left w:val="single" w:sz="6" w:space="0" w:color="000000"/>
              <w:bottom w:val="single" w:sz="6" w:space="0" w:color="000000"/>
              <w:right w:val="single" w:sz="6" w:space="0" w:color="000000"/>
            </w:tcBorders>
            <w:vAlign w:val="center"/>
          </w:tcPr>
          <w:p w14:paraId="520CF7EE" w14:textId="77777777" w:rsidR="00C2732D" w:rsidRDefault="001A0FBE">
            <w:pPr>
              <w:spacing w:after="0"/>
            </w:pPr>
            <w:r>
              <w:rPr>
                <w:sz w:val="16"/>
              </w:rPr>
              <w:t>SUMINISTRO, TRANSPORTE, INSTALACIÓN, PUESTA EN FUNCIONAMIENTO Y CAPACITACIÓN PARA LA OPERACIÓN DE SISTEMAS SÉPTICOS INDIVIDUALES PARA EL TRATAMIENTO DE AGUAS RESIDUALES DOMÉSTICAS EN LA ZONA RURAL DEL MUNICIPIO DE ANGELÓPOLIS, EN EL MARCO DEL CONVENIO INTERADMINISTRATIVO NO. 040-COV2509-33 SUSCRITO CON CORANTIOQUIA</w:t>
            </w:r>
          </w:p>
        </w:tc>
      </w:tr>
      <w:tr w:rsidR="00C2732D" w14:paraId="73B85F5D"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76CDBF29" w14:textId="77777777" w:rsidR="00C2732D" w:rsidRDefault="001A0FBE">
            <w:pPr>
              <w:spacing w:after="0"/>
            </w:pPr>
            <w:r>
              <w:rPr>
                <w:b/>
                <w:sz w:val="16"/>
              </w:rPr>
              <w:t>ENTIDAD CONTRATANTE</w:t>
            </w:r>
          </w:p>
        </w:tc>
        <w:tc>
          <w:tcPr>
            <w:tcW w:w="12240" w:type="dxa"/>
            <w:tcBorders>
              <w:top w:val="single" w:sz="6" w:space="0" w:color="000000"/>
              <w:left w:val="single" w:sz="6" w:space="0" w:color="000000"/>
              <w:bottom w:val="single" w:sz="6" w:space="0" w:color="000000"/>
              <w:right w:val="single" w:sz="6" w:space="0" w:color="000000"/>
            </w:tcBorders>
            <w:vAlign w:val="center"/>
          </w:tcPr>
          <w:p w14:paraId="4E2B71C5" w14:textId="77777777" w:rsidR="00C2732D" w:rsidRDefault="001A0FBE">
            <w:pPr>
              <w:spacing w:after="0"/>
            </w:pPr>
            <w:r>
              <w:rPr>
                <w:sz w:val="16"/>
              </w:rPr>
              <w:t>MUNICIPIO DE ANGELÓPOLIS (ANTIOQUIA)</w:t>
            </w:r>
          </w:p>
        </w:tc>
      </w:tr>
      <w:tr w:rsidR="00C2732D" w14:paraId="2952165B"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032F79F6" w14:textId="77777777" w:rsidR="00C2732D" w:rsidRDefault="001A0FBE">
            <w:pPr>
              <w:spacing w:after="0"/>
            </w:pPr>
            <w:r>
              <w:rPr>
                <w:b/>
                <w:sz w:val="16"/>
              </w:rPr>
              <w:t>DEPENDENCIA RESPONSABLE</w:t>
            </w:r>
          </w:p>
        </w:tc>
        <w:tc>
          <w:tcPr>
            <w:tcW w:w="12240" w:type="dxa"/>
            <w:tcBorders>
              <w:top w:val="single" w:sz="6" w:space="0" w:color="000000"/>
              <w:left w:val="single" w:sz="6" w:space="0" w:color="000000"/>
              <w:bottom w:val="single" w:sz="6" w:space="0" w:color="000000"/>
              <w:right w:val="single" w:sz="6" w:space="0" w:color="000000"/>
            </w:tcBorders>
            <w:vAlign w:val="center"/>
          </w:tcPr>
          <w:p w14:paraId="4F66798E" w14:textId="77777777" w:rsidR="00C2732D" w:rsidRDefault="001A0FBE">
            <w:pPr>
              <w:spacing w:after="0"/>
            </w:pPr>
            <w:r>
              <w:rPr>
                <w:sz w:val="16"/>
              </w:rPr>
              <w:t>SECRETARÍA DE PLANEACIÓN Y DESARROLLO TERRITORIAL</w:t>
            </w:r>
          </w:p>
        </w:tc>
      </w:tr>
      <w:tr w:rsidR="00C2732D" w14:paraId="19487FF6"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4D305C67" w14:textId="77777777" w:rsidR="00C2732D" w:rsidRDefault="001A0FBE">
            <w:pPr>
              <w:spacing w:after="0"/>
            </w:pPr>
            <w:r>
              <w:rPr>
                <w:b/>
                <w:sz w:val="16"/>
              </w:rPr>
              <w:t>LOTE No.:</w:t>
            </w:r>
          </w:p>
        </w:tc>
        <w:tc>
          <w:tcPr>
            <w:tcW w:w="11232" w:type="dxa"/>
            <w:tcBorders>
              <w:top w:val="single" w:sz="6" w:space="0" w:color="000000"/>
              <w:left w:val="single" w:sz="6" w:space="0" w:color="000000"/>
              <w:bottom w:val="single" w:sz="6" w:space="0" w:color="000000"/>
              <w:right w:val="single" w:sz="6" w:space="0" w:color="000000"/>
            </w:tcBorders>
            <w:vAlign w:val="center"/>
          </w:tcPr>
          <w:p w14:paraId="5355AFDC" w14:textId="77777777" w:rsidR="00C2732D" w:rsidRDefault="001A0FBE">
            <w:pPr>
              <w:spacing w:after="0"/>
            </w:pPr>
            <w:r>
              <w:t xml:space="preserve"> No aplica</w:t>
            </w:r>
          </w:p>
        </w:tc>
      </w:tr>
      <w:tr w:rsidR="00C2732D" w14:paraId="413E4503"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0D61CF92" w14:textId="77777777" w:rsidR="00C2732D" w:rsidRDefault="001A0FBE">
            <w:pPr>
              <w:spacing w:after="0"/>
            </w:pPr>
            <w:r>
              <w:rPr>
                <w:b/>
                <w:sz w:val="16"/>
              </w:rPr>
              <w:t>NOMBRE DEL OFERENTE:</w:t>
            </w:r>
          </w:p>
        </w:tc>
        <w:tc>
          <w:tcPr>
            <w:tcW w:w="11232" w:type="dxa"/>
            <w:tcBorders>
              <w:top w:val="single" w:sz="6" w:space="0" w:color="000000"/>
              <w:left w:val="single" w:sz="6" w:space="0" w:color="000000"/>
              <w:bottom w:val="single" w:sz="6" w:space="0" w:color="000000"/>
              <w:right w:val="single" w:sz="6" w:space="0" w:color="000000"/>
            </w:tcBorders>
            <w:vAlign w:val="center"/>
          </w:tcPr>
          <w:p w14:paraId="7C64C749" w14:textId="77777777" w:rsidR="00C2732D" w:rsidRDefault="00C2732D">
            <w:pPr>
              <w:spacing w:after="0"/>
            </w:pPr>
          </w:p>
        </w:tc>
      </w:tr>
      <w:tr w:rsidR="00C2732D" w14:paraId="27C53140"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0CEA69EC" w14:textId="77777777" w:rsidR="00C2732D" w:rsidRDefault="001A0FBE">
            <w:pPr>
              <w:spacing w:after="0"/>
            </w:pPr>
            <w:r>
              <w:rPr>
                <w:b/>
                <w:sz w:val="16"/>
              </w:rPr>
              <w:t>NOMBRE DEL INTEGRANTE DEL CONSORCIO O UNIÓN TEMPORAL:</w:t>
            </w:r>
          </w:p>
        </w:tc>
        <w:tc>
          <w:tcPr>
            <w:tcW w:w="11232" w:type="dxa"/>
            <w:tcBorders>
              <w:top w:val="single" w:sz="6" w:space="0" w:color="000000"/>
              <w:left w:val="single" w:sz="6" w:space="0" w:color="000000"/>
              <w:bottom w:val="single" w:sz="6" w:space="0" w:color="000000"/>
              <w:right w:val="single" w:sz="6" w:space="0" w:color="000000"/>
            </w:tcBorders>
            <w:vAlign w:val="center"/>
          </w:tcPr>
          <w:p w14:paraId="17EE3072" w14:textId="77777777" w:rsidR="00C2732D" w:rsidRDefault="00C2732D">
            <w:pPr>
              <w:spacing w:after="0"/>
            </w:pPr>
          </w:p>
        </w:tc>
      </w:tr>
    </w:tbl>
    <w:p w14:paraId="52FF21B1" w14:textId="77777777" w:rsidR="00C2732D" w:rsidRDefault="001A0FBE">
      <w:pPr>
        <w:spacing w:after="60"/>
        <w:jc w:val="both"/>
      </w:pPr>
      <w:r>
        <w:rPr>
          <w:sz w:val="16"/>
        </w:rPr>
        <w:t xml:space="preserve">El oferente certifica que el personal relacionado a continuación se encuentra vinculado o disponible para </w:t>
      </w:r>
      <w:proofErr w:type="spellStart"/>
      <w:r>
        <w:rPr>
          <w:sz w:val="16"/>
        </w:rPr>
        <w:t>efectos</w:t>
      </w:r>
      <w:proofErr w:type="spellEnd"/>
      <w:r>
        <w:rPr>
          <w:sz w:val="16"/>
        </w:rPr>
        <w:t xml:space="preserve"> del </w:t>
      </w:r>
      <w:proofErr w:type="spellStart"/>
      <w:r>
        <w:rPr>
          <w:sz w:val="16"/>
        </w:rPr>
        <w:t>soporte</w:t>
      </w:r>
      <w:proofErr w:type="spellEnd"/>
      <w:r>
        <w:rPr>
          <w:sz w:val="16"/>
        </w:rPr>
        <w:t xml:space="preserve"> de la </w:t>
      </w:r>
      <w:proofErr w:type="spellStart"/>
      <w:r>
        <w:rPr>
          <w:sz w:val="16"/>
        </w:rPr>
        <w:t>capacidad</w:t>
      </w:r>
      <w:proofErr w:type="spellEnd"/>
      <w:r>
        <w:rPr>
          <w:sz w:val="16"/>
        </w:rPr>
        <w:t xml:space="preserve"> </w:t>
      </w:r>
      <w:proofErr w:type="spellStart"/>
      <w:r>
        <w:rPr>
          <w:sz w:val="16"/>
        </w:rPr>
        <w:t>técnica</w:t>
      </w:r>
      <w:proofErr w:type="spellEnd"/>
      <w:r>
        <w:rPr>
          <w:sz w:val="16"/>
        </w:rPr>
        <w:t xml:space="preserve"> </w:t>
      </w:r>
      <w:proofErr w:type="spellStart"/>
      <w:r>
        <w:rPr>
          <w:sz w:val="16"/>
        </w:rPr>
        <w:t>declarada</w:t>
      </w:r>
      <w:proofErr w:type="spellEnd"/>
      <w:r>
        <w:rPr>
          <w:sz w:val="16"/>
        </w:rPr>
        <w:t xml:space="preserve">, de </w:t>
      </w:r>
      <w:proofErr w:type="spellStart"/>
      <w:r>
        <w:rPr>
          <w:sz w:val="16"/>
        </w:rPr>
        <w:t>acuerdo</w:t>
      </w:r>
      <w:proofErr w:type="spellEnd"/>
      <w:r>
        <w:rPr>
          <w:sz w:val="16"/>
        </w:rPr>
        <w:t xml:space="preserve"> con las reglas aplicables al cálculo del Kr y los documentos del proceso.</w:t>
      </w:r>
    </w:p>
    <w:tbl>
      <w:tblPr>
        <w:tblW w:w="0" w:type="auto"/>
        <w:jc w:val="center"/>
        <w:tblLayout w:type="fixed"/>
        <w:tblLook w:val="04A0" w:firstRow="1" w:lastRow="0" w:firstColumn="1" w:lastColumn="0" w:noHBand="0" w:noVBand="1"/>
      </w:tblPr>
      <w:tblGrid>
        <w:gridCol w:w="792"/>
        <w:gridCol w:w="2880"/>
        <w:gridCol w:w="2015"/>
        <w:gridCol w:w="2232"/>
        <w:gridCol w:w="3744"/>
        <w:gridCol w:w="2736"/>
      </w:tblGrid>
      <w:tr w:rsidR="00C2732D" w14:paraId="0AA0ACA5" w14:textId="77777777">
        <w:trPr>
          <w:tblHeader/>
          <w:jc w:val="center"/>
        </w:trPr>
        <w:tc>
          <w:tcPr>
            <w:tcW w:w="792"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0BC5B0B" w14:textId="77777777" w:rsidR="00C2732D" w:rsidRDefault="001A0FBE">
            <w:pPr>
              <w:spacing w:after="0"/>
              <w:jc w:val="center"/>
            </w:pPr>
            <w:r>
              <w:rPr>
                <w:b/>
                <w:sz w:val="14"/>
              </w:rPr>
              <w:t>No.</w:t>
            </w:r>
          </w:p>
        </w:tc>
        <w:tc>
          <w:tcPr>
            <w:tcW w:w="288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4FD835E" w14:textId="77777777" w:rsidR="00C2732D" w:rsidRDefault="001A0FBE">
            <w:pPr>
              <w:spacing w:after="0"/>
              <w:jc w:val="center"/>
            </w:pPr>
            <w:r>
              <w:rPr>
                <w:b/>
                <w:sz w:val="14"/>
              </w:rPr>
              <w:t>Nombre del socio y/o profesional</w:t>
            </w:r>
          </w:p>
        </w:tc>
        <w:tc>
          <w:tcPr>
            <w:tcW w:w="201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CA5AD34" w14:textId="77777777" w:rsidR="00C2732D" w:rsidRDefault="001A0FBE">
            <w:pPr>
              <w:spacing w:after="0"/>
              <w:jc w:val="center"/>
            </w:pPr>
            <w:r>
              <w:rPr>
                <w:b/>
                <w:sz w:val="14"/>
              </w:rPr>
              <w:t>Profesión</w:t>
            </w:r>
          </w:p>
        </w:tc>
        <w:tc>
          <w:tcPr>
            <w:tcW w:w="2232"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AF267B4" w14:textId="77777777" w:rsidR="00C2732D" w:rsidRDefault="001A0FBE">
            <w:pPr>
              <w:spacing w:after="0"/>
              <w:jc w:val="center"/>
            </w:pPr>
            <w:r>
              <w:rPr>
                <w:b/>
                <w:sz w:val="14"/>
              </w:rPr>
              <w:t>No. de matrícula profesional</w:t>
            </w:r>
          </w:p>
        </w:tc>
        <w:tc>
          <w:tcPr>
            <w:tcW w:w="3744"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8126A2" w14:textId="77777777" w:rsidR="00C2732D" w:rsidRDefault="001A0FBE">
            <w:pPr>
              <w:spacing w:after="0"/>
              <w:jc w:val="center"/>
            </w:pPr>
            <w:r>
              <w:rPr>
                <w:b/>
                <w:sz w:val="14"/>
              </w:rPr>
              <w:t>Número y año del contrato laboral o de prestación de servicios profesionales</w:t>
            </w:r>
          </w:p>
        </w:tc>
        <w:tc>
          <w:tcPr>
            <w:tcW w:w="273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5B3B7D7" w14:textId="77777777" w:rsidR="00C2732D" w:rsidRDefault="001A0FBE">
            <w:pPr>
              <w:spacing w:after="0"/>
              <w:jc w:val="center"/>
            </w:pPr>
            <w:r>
              <w:rPr>
                <w:b/>
                <w:sz w:val="14"/>
              </w:rPr>
              <w:t>Vigencia del contrato</w:t>
            </w:r>
          </w:p>
        </w:tc>
      </w:tr>
      <w:tr w:rsidR="00C2732D" w14:paraId="10FCBDAB" w14:textId="77777777">
        <w:trPr>
          <w:jc w:val="center"/>
        </w:trPr>
        <w:tc>
          <w:tcPr>
            <w:tcW w:w="792" w:type="dxa"/>
            <w:tcBorders>
              <w:top w:val="single" w:sz="6" w:space="0" w:color="000000"/>
              <w:left w:val="single" w:sz="6" w:space="0" w:color="000000"/>
              <w:bottom w:val="single" w:sz="6" w:space="0" w:color="000000"/>
              <w:right w:val="single" w:sz="6" w:space="0" w:color="000000"/>
            </w:tcBorders>
            <w:vAlign w:val="center"/>
          </w:tcPr>
          <w:p w14:paraId="510BE66B" w14:textId="77777777" w:rsidR="00C2732D" w:rsidRDefault="001A0FBE">
            <w:pPr>
              <w:spacing w:after="0"/>
              <w:jc w:val="center"/>
            </w:pPr>
            <w:r>
              <w:rPr>
                <w:sz w:val="14"/>
              </w:rPr>
              <w:t>1</w:t>
            </w:r>
          </w:p>
        </w:tc>
        <w:tc>
          <w:tcPr>
            <w:tcW w:w="2880" w:type="dxa"/>
            <w:tcBorders>
              <w:top w:val="single" w:sz="6" w:space="0" w:color="000000"/>
              <w:left w:val="single" w:sz="6" w:space="0" w:color="000000"/>
              <w:bottom w:val="single" w:sz="6" w:space="0" w:color="000000"/>
              <w:right w:val="single" w:sz="6" w:space="0" w:color="000000"/>
            </w:tcBorders>
            <w:vAlign w:val="center"/>
          </w:tcPr>
          <w:p w14:paraId="509384B7" w14:textId="77777777" w:rsidR="00C2732D" w:rsidRDefault="00C2732D">
            <w:pPr>
              <w:spacing w:after="0"/>
              <w:jc w:val="center"/>
            </w:pPr>
          </w:p>
        </w:tc>
        <w:tc>
          <w:tcPr>
            <w:tcW w:w="2015" w:type="dxa"/>
            <w:tcBorders>
              <w:top w:val="single" w:sz="6" w:space="0" w:color="000000"/>
              <w:left w:val="single" w:sz="6" w:space="0" w:color="000000"/>
              <w:bottom w:val="single" w:sz="6" w:space="0" w:color="000000"/>
              <w:right w:val="single" w:sz="6" w:space="0" w:color="000000"/>
            </w:tcBorders>
            <w:vAlign w:val="center"/>
          </w:tcPr>
          <w:p w14:paraId="46574542" w14:textId="77777777" w:rsidR="00C2732D" w:rsidRDefault="00C2732D">
            <w:pPr>
              <w:spacing w:after="0"/>
              <w:jc w:val="center"/>
            </w:pPr>
          </w:p>
        </w:tc>
        <w:tc>
          <w:tcPr>
            <w:tcW w:w="2232" w:type="dxa"/>
            <w:tcBorders>
              <w:top w:val="single" w:sz="6" w:space="0" w:color="000000"/>
              <w:left w:val="single" w:sz="6" w:space="0" w:color="000000"/>
              <w:bottom w:val="single" w:sz="6" w:space="0" w:color="000000"/>
              <w:right w:val="single" w:sz="6" w:space="0" w:color="000000"/>
            </w:tcBorders>
            <w:vAlign w:val="center"/>
          </w:tcPr>
          <w:p w14:paraId="1D08DA95" w14:textId="77777777" w:rsidR="00C2732D" w:rsidRDefault="00C2732D">
            <w:pPr>
              <w:spacing w:after="0"/>
              <w:jc w:val="center"/>
            </w:pPr>
          </w:p>
        </w:tc>
        <w:tc>
          <w:tcPr>
            <w:tcW w:w="3744" w:type="dxa"/>
            <w:tcBorders>
              <w:top w:val="single" w:sz="6" w:space="0" w:color="000000"/>
              <w:left w:val="single" w:sz="6" w:space="0" w:color="000000"/>
              <w:bottom w:val="single" w:sz="6" w:space="0" w:color="000000"/>
              <w:right w:val="single" w:sz="6" w:space="0" w:color="000000"/>
            </w:tcBorders>
            <w:vAlign w:val="center"/>
          </w:tcPr>
          <w:p w14:paraId="77B6454A" w14:textId="77777777" w:rsidR="00C2732D" w:rsidRDefault="00C2732D">
            <w:pPr>
              <w:spacing w:after="0"/>
              <w:jc w:val="center"/>
            </w:pPr>
          </w:p>
        </w:tc>
        <w:tc>
          <w:tcPr>
            <w:tcW w:w="2736" w:type="dxa"/>
            <w:tcBorders>
              <w:top w:val="single" w:sz="6" w:space="0" w:color="000000"/>
              <w:left w:val="single" w:sz="6" w:space="0" w:color="000000"/>
              <w:bottom w:val="single" w:sz="6" w:space="0" w:color="000000"/>
              <w:right w:val="single" w:sz="6" w:space="0" w:color="000000"/>
            </w:tcBorders>
            <w:vAlign w:val="center"/>
          </w:tcPr>
          <w:p w14:paraId="268D2CCF" w14:textId="77777777" w:rsidR="00C2732D" w:rsidRDefault="00C2732D">
            <w:pPr>
              <w:spacing w:after="0"/>
              <w:jc w:val="center"/>
            </w:pPr>
          </w:p>
        </w:tc>
      </w:tr>
      <w:tr w:rsidR="00C2732D" w14:paraId="754B311C" w14:textId="77777777">
        <w:trPr>
          <w:jc w:val="center"/>
        </w:trPr>
        <w:tc>
          <w:tcPr>
            <w:tcW w:w="792" w:type="dxa"/>
            <w:tcBorders>
              <w:top w:val="single" w:sz="6" w:space="0" w:color="000000"/>
              <w:left w:val="single" w:sz="6" w:space="0" w:color="000000"/>
              <w:bottom w:val="single" w:sz="6" w:space="0" w:color="000000"/>
              <w:right w:val="single" w:sz="6" w:space="0" w:color="000000"/>
            </w:tcBorders>
            <w:vAlign w:val="center"/>
          </w:tcPr>
          <w:p w14:paraId="4B051300" w14:textId="77777777" w:rsidR="00C2732D" w:rsidRDefault="001A0FBE">
            <w:pPr>
              <w:spacing w:after="0"/>
              <w:jc w:val="center"/>
            </w:pPr>
            <w:r>
              <w:rPr>
                <w:sz w:val="14"/>
              </w:rPr>
              <w:t>2</w:t>
            </w:r>
          </w:p>
        </w:tc>
        <w:tc>
          <w:tcPr>
            <w:tcW w:w="2880" w:type="dxa"/>
            <w:tcBorders>
              <w:top w:val="single" w:sz="6" w:space="0" w:color="000000"/>
              <w:left w:val="single" w:sz="6" w:space="0" w:color="000000"/>
              <w:bottom w:val="single" w:sz="6" w:space="0" w:color="000000"/>
              <w:right w:val="single" w:sz="6" w:space="0" w:color="000000"/>
            </w:tcBorders>
            <w:vAlign w:val="center"/>
          </w:tcPr>
          <w:p w14:paraId="1CB6C497" w14:textId="77777777" w:rsidR="00C2732D" w:rsidRDefault="00C2732D">
            <w:pPr>
              <w:spacing w:after="0"/>
              <w:jc w:val="center"/>
            </w:pPr>
          </w:p>
        </w:tc>
        <w:tc>
          <w:tcPr>
            <w:tcW w:w="2015" w:type="dxa"/>
            <w:tcBorders>
              <w:top w:val="single" w:sz="6" w:space="0" w:color="000000"/>
              <w:left w:val="single" w:sz="6" w:space="0" w:color="000000"/>
              <w:bottom w:val="single" w:sz="6" w:space="0" w:color="000000"/>
              <w:right w:val="single" w:sz="6" w:space="0" w:color="000000"/>
            </w:tcBorders>
            <w:vAlign w:val="center"/>
          </w:tcPr>
          <w:p w14:paraId="2AA08350" w14:textId="77777777" w:rsidR="00C2732D" w:rsidRDefault="00C2732D">
            <w:pPr>
              <w:spacing w:after="0"/>
              <w:jc w:val="center"/>
            </w:pPr>
          </w:p>
        </w:tc>
        <w:tc>
          <w:tcPr>
            <w:tcW w:w="2232" w:type="dxa"/>
            <w:tcBorders>
              <w:top w:val="single" w:sz="6" w:space="0" w:color="000000"/>
              <w:left w:val="single" w:sz="6" w:space="0" w:color="000000"/>
              <w:bottom w:val="single" w:sz="6" w:space="0" w:color="000000"/>
              <w:right w:val="single" w:sz="6" w:space="0" w:color="000000"/>
            </w:tcBorders>
            <w:vAlign w:val="center"/>
          </w:tcPr>
          <w:p w14:paraId="6ADA5F37" w14:textId="77777777" w:rsidR="00C2732D" w:rsidRDefault="00C2732D">
            <w:pPr>
              <w:spacing w:after="0"/>
              <w:jc w:val="center"/>
            </w:pPr>
          </w:p>
        </w:tc>
        <w:tc>
          <w:tcPr>
            <w:tcW w:w="3744" w:type="dxa"/>
            <w:tcBorders>
              <w:top w:val="single" w:sz="6" w:space="0" w:color="000000"/>
              <w:left w:val="single" w:sz="6" w:space="0" w:color="000000"/>
              <w:bottom w:val="single" w:sz="6" w:space="0" w:color="000000"/>
              <w:right w:val="single" w:sz="6" w:space="0" w:color="000000"/>
            </w:tcBorders>
            <w:vAlign w:val="center"/>
          </w:tcPr>
          <w:p w14:paraId="5683A1F0" w14:textId="77777777" w:rsidR="00C2732D" w:rsidRDefault="00C2732D">
            <w:pPr>
              <w:spacing w:after="0"/>
              <w:jc w:val="center"/>
            </w:pPr>
          </w:p>
        </w:tc>
        <w:tc>
          <w:tcPr>
            <w:tcW w:w="2736" w:type="dxa"/>
            <w:tcBorders>
              <w:top w:val="single" w:sz="6" w:space="0" w:color="000000"/>
              <w:left w:val="single" w:sz="6" w:space="0" w:color="000000"/>
              <w:bottom w:val="single" w:sz="6" w:space="0" w:color="000000"/>
              <w:right w:val="single" w:sz="6" w:space="0" w:color="000000"/>
            </w:tcBorders>
            <w:vAlign w:val="center"/>
          </w:tcPr>
          <w:p w14:paraId="12E84FD4" w14:textId="77777777" w:rsidR="00C2732D" w:rsidRDefault="00C2732D">
            <w:pPr>
              <w:spacing w:after="0"/>
              <w:jc w:val="center"/>
            </w:pPr>
          </w:p>
        </w:tc>
      </w:tr>
      <w:tr w:rsidR="00C2732D" w14:paraId="5E8A4CB2" w14:textId="77777777">
        <w:trPr>
          <w:jc w:val="center"/>
        </w:trPr>
        <w:tc>
          <w:tcPr>
            <w:tcW w:w="792" w:type="dxa"/>
            <w:tcBorders>
              <w:top w:val="single" w:sz="6" w:space="0" w:color="000000"/>
              <w:left w:val="single" w:sz="6" w:space="0" w:color="000000"/>
              <w:bottom w:val="single" w:sz="6" w:space="0" w:color="000000"/>
              <w:right w:val="single" w:sz="6" w:space="0" w:color="000000"/>
            </w:tcBorders>
            <w:vAlign w:val="center"/>
          </w:tcPr>
          <w:p w14:paraId="60A7E8BF" w14:textId="77777777" w:rsidR="00C2732D" w:rsidRDefault="001A0FBE">
            <w:pPr>
              <w:spacing w:after="0"/>
              <w:jc w:val="center"/>
            </w:pPr>
            <w:r>
              <w:rPr>
                <w:sz w:val="14"/>
              </w:rPr>
              <w:t>3</w:t>
            </w:r>
          </w:p>
        </w:tc>
        <w:tc>
          <w:tcPr>
            <w:tcW w:w="2880" w:type="dxa"/>
            <w:tcBorders>
              <w:top w:val="single" w:sz="6" w:space="0" w:color="000000"/>
              <w:left w:val="single" w:sz="6" w:space="0" w:color="000000"/>
              <w:bottom w:val="single" w:sz="6" w:space="0" w:color="000000"/>
              <w:right w:val="single" w:sz="6" w:space="0" w:color="000000"/>
            </w:tcBorders>
            <w:vAlign w:val="center"/>
          </w:tcPr>
          <w:p w14:paraId="2498BEAE" w14:textId="77777777" w:rsidR="00C2732D" w:rsidRDefault="00C2732D">
            <w:pPr>
              <w:spacing w:after="0"/>
              <w:jc w:val="center"/>
            </w:pPr>
          </w:p>
        </w:tc>
        <w:tc>
          <w:tcPr>
            <w:tcW w:w="2015" w:type="dxa"/>
            <w:tcBorders>
              <w:top w:val="single" w:sz="6" w:space="0" w:color="000000"/>
              <w:left w:val="single" w:sz="6" w:space="0" w:color="000000"/>
              <w:bottom w:val="single" w:sz="6" w:space="0" w:color="000000"/>
              <w:right w:val="single" w:sz="6" w:space="0" w:color="000000"/>
            </w:tcBorders>
            <w:vAlign w:val="center"/>
          </w:tcPr>
          <w:p w14:paraId="12D7E424" w14:textId="77777777" w:rsidR="00C2732D" w:rsidRDefault="00C2732D">
            <w:pPr>
              <w:spacing w:after="0"/>
              <w:jc w:val="center"/>
            </w:pPr>
          </w:p>
        </w:tc>
        <w:tc>
          <w:tcPr>
            <w:tcW w:w="2232" w:type="dxa"/>
            <w:tcBorders>
              <w:top w:val="single" w:sz="6" w:space="0" w:color="000000"/>
              <w:left w:val="single" w:sz="6" w:space="0" w:color="000000"/>
              <w:bottom w:val="single" w:sz="6" w:space="0" w:color="000000"/>
              <w:right w:val="single" w:sz="6" w:space="0" w:color="000000"/>
            </w:tcBorders>
            <w:vAlign w:val="center"/>
          </w:tcPr>
          <w:p w14:paraId="7F580520" w14:textId="77777777" w:rsidR="00C2732D" w:rsidRDefault="00C2732D">
            <w:pPr>
              <w:spacing w:after="0"/>
              <w:jc w:val="center"/>
            </w:pPr>
          </w:p>
        </w:tc>
        <w:tc>
          <w:tcPr>
            <w:tcW w:w="3744" w:type="dxa"/>
            <w:tcBorders>
              <w:top w:val="single" w:sz="6" w:space="0" w:color="000000"/>
              <w:left w:val="single" w:sz="6" w:space="0" w:color="000000"/>
              <w:bottom w:val="single" w:sz="6" w:space="0" w:color="000000"/>
              <w:right w:val="single" w:sz="6" w:space="0" w:color="000000"/>
            </w:tcBorders>
            <w:vAlign w:val="center"/>
          </w:tcPr>
          <w:p w14:paraId="6EC9AAD6" w14:textId="77777777" w:rsidR="00C2732D" w:rsidRDefault="00C2732D">
            <w:pPr>
              <w:spacing w:after="0"/>
              <w:jc w:val="center"/>
            </w:pPr>
          </w:p>
        </w:tc>
        <w:tc>
          <w:tcPr>
            <w:tcW w:w="2736" w:type="dxa"/>
            <w:tcBorders>
              <w:top w:val="single" w:sz="6" w:space="0" w:color="000000"/>
              <w:left w:val="single" w:sz="6" w:space="0" w:color="000000"/>
              <w:bottom w:val="single" w:sz="6" w:space="0" w:color="000000"/>
              <w:right w:val="single" w:sz="6" w:space="0" w:color="000000"/>
            </w:tcBorders>
            <w:vAlign w:val="center"/>
          </w:tcPr>
          <w:p w14:paraId="49ABCAA7" w14:textId="77777777" w:rsidR="00C2732D" w:rsidRDefault="00C2732D">
            <w:pPr>
              <w:spacing w:after="0"/>
              <w:jc w:val="center"/>
            </w:pPr>
          </w:p>
        </w:tc>
      </w:tr>
      <w:tr w:rsidR="00C2732D" w14:paraId="3FC274FB" w14:textId="77777777">
        <w:trPr>
          <w:jc w:val="center"/>
        </w:trPr>
        <w:tc>
          <w:tcPr>
            <w:tcW w:w="792" w:type="dxa"/>
            <w:tcBorders>
              <w:top w:val="single" w:sz="6" w:space="0" w:color="000000"/>
              <w:left w:val="single" w:sz="6" w:space="0" w:color="000000"/>
              <w:bottom w:val="single" w:sz="6" w:space="0" w:color="000000"/>
              <w:right w:val="single" w:sz="6" w:space="0" w:color="000000"/>
            </w:tcBorders>
            <w:vAlign w:val="center"/>
          </w:tcPr>
          <w:p w14:paraId="7AAD354F" w14:textId="77777777" w:rsidR="00C2732D" w:rsidRDefault="001A0FBE">
            <w:pPr>
              <w:spacing w:after="0"/>
              <w:jc w:val="center"/>
            </w:pPr>
            <w:r>
              <w:rPr>
                <w:sz w:val="14"/>
              </w:rPr>
              <w:t>4</w:t>
            </w:r>
          </w:p>
        </w:tc>
        <w:tc>
          <w:tcPr>
            <w:tcW w:w="2880" w:type="dxa"/>
            <w:tcBorders>
              <w:top w:val="single" w:sz="6" w:space="0" w:color="000000"/>
              <w:left w:val="single" w:sz="6" w:space="0" w:color="000000"/>
              <w:bottom w:val="single" w:sz="6" w:space="0" w:color="000000"/>
              <w:right w:val="single" w:sz="6" w:space="0" w:color="000000"/>
            </w:tcBorders>
            <w:vAlign w:val="center"/>
          </w:tcPr>
          <w:p w14:paraId="61E30013" w14:textId="77777777" w:rsidR="00C2732D" w:rsidRDefault="00C2732D">
            <w:pPr>
              <w:spacing w:after="0"/>
              <w:jc w:val="center"/>
            </w:pPr>
          </w:p>
        </w:tc>
        <w:tc>
          <w:tcPr>
            <w:tcW w:w="2015" w:type="dxa"/>
            <w:tcBorders>
              <w:top w:val="single" w:sz="6" w:space="0" w:color="000000"/>
              <w:left w:val="single" w:sz="6" w:space="0" w:color="000000"/>
              <w:bottom w:val="single" w:sz="6" w:space="0" w:color="000000"/>
              <w:right w:val="single" w:sz="6" w:space="0" w:color="000000"/>
            </w:tcBorders>
            <w:vAlign w:val="center"/>
          </w:tcPr>
          <w:p w14:paraId="5C86B3CA" w14:textId="77777777" w:rsidR="00C2732D" w:rsidRDefault="00C2732D">
            <w:pPr>
              <w:spacing w:after="0"/>
              <w:jc w:val="center"/>
            </w:pPr>
          </w:p>
        </w:tc>
        <w:tc>
          <w:tcPr>
            <w:tcW w:w="2232" w:type="dxa"/>
            <w:tcBorders>
              <w:top w:val="single" w:sz="6" w:space="0" w:color="000000"/>
              <w:left w:val="single" w:sz="6" w:space="0" w:color="000000"/>
              <w:bottom w:val="single" w:sz="6" w:space="0" w:color="000000"/>
              <w:right w:val="single" w:sz="6" w:space="0" w:color="000000"/>
            </w:tcBorders>
            <w:vAlign w:val="center"/>
          </w:tcPr>
          <w:p w14:paraId="36AC32E3" w14:textId="77777777" w:rsidR="00C2732D" w:rsidRDefault="00C2732D">
            <w:pPr>
              <w:spacing w:after="0"/>
              <w:jc w:val="center"/>
            </w:pPr>
          </w:p>
        </w:tc>
        <w:tc>
          <w:tcPr>
            <w:tcW w:w="3744" w:type="dxa"/>
            <w:tcBorders>
              <w:top w:val="single" w:sz="6" w:space="0" w:color="000000"/>
              <w:left w:val="single" w:sz="6" w:space="0" w:color="000000"/>
              <w:bottom w:val="single" w:sz="6" w:space="0" w:color="000000"/>
              <w:right w:val="single" w:sz="6" w:space="0" w:color="000000"/>
            </w:tcBorders>
            <w:vAlign w:val="center"/>
          </w:tcPr>
          <w:p w14:paraId="0728F487" w14:textId="77777777" w:rsidR="00C2732D" w:rsidRDefault="00C2732D">
            <w:pPr>
              <w:spacing w:after="0"/>
              <w:jc w:val="center"/>
            </w:pPr>
          </w:p>
        </w:tc>
        <w:tc>
          <w:tcPr>
            <w:tcW w:w="2736" w:type="dxa"/>
            <w:tcBorders>
              <w:top w:val="single" w:sz="6" w:space="0" w:color="000000"/>
              <w:left w:val="single" w:sz="6" w:space="0" w:color="000000"/>
              <w:bottom w:val="single" w:sz="6" w:space="0" w:color="000000"/>
              <w:right w:val="single" w:sz="6" w:space="0" w:color="000000"/>
            </w:tcBorders>
            <w:vAlign w:val="center"/>
          </w:tcPr>
          <w:p w14:paraId="49398C26" w14:textId="77777777" w:rsidR="00C2732D" w:rsidRDefault="00C2732D">
            <w:pPr>
              <w:spacing w:after="0"/>
              <w:jc w:val="center"/>
            </w:pPr>
          </w:p>
        </w:tc>
      </w:tr>
      <w:tr w:rsidR="00C2732D" w14:paraId="0344D542" w14:textId="77777777">
        <w:trPr>
          <w:jc w:val="center"/>
        </w:trPr>
        <w:tc>
          <w:tcPr>
            <w:tcW w:w="792" w:type="dxa"/>
            <w:tcBorders>
              <w:top w:val="single" w:sz="6" w:space="0" w:color="000000"/>
              <w:left w:val="single" w:sz="6" w:space="0" w:color="000000"/>
              <w:bottom w:val="single" w:sz="6" w:space="0" w:color="000000"/>
              <w:right w:val="single" w:sz="6" w:space="0" w:color="000000"/>
            </w:tcBorders>
            <w:vAlign w:val="center"/>
          </w:tcPr>
          <w:p w14:paraId="220E9F98" w14:textId="77777777" w:rsidR="00C2732D" w:rsidRDefault="001A0FBE">
            <w:pPr>
              <w:spacing w:after="0"/>
              <w:jc w:val="center"/>
            </w:pPr>
            <w:r>
              <w:rPr>
                <w:sz w:val="14"/>
              </w:rPr>
              <w:t>5</w:t>
            </w:r>
          </w:p>
        </w:tc>
        <w:tc>
          <w:tcPr>
            <w:tcW w:w="2880" w:type="dxa"/>
            <w:tcBorders>
              <w:top w:val="single" w:sz="6" w:space="0" w:color="000000"/>
              <w:left w:val="single" w:sz="6" w:space="0" w:color="000000"/>
              <w:bottom w:val="single" w:sz="6" w:space="0" w:color="000000"/>
              <w:right w:val="single" w:sz="6" w:space="0" w:color="000000"/>
            </w:tcBorders>
            <w:vAlign w:val="center"/>
          </w:tcPr>
          <w:p w14:paraId="260D5EF7" w14:textId="77777777" w:rsidR="00C2732D" w:rsidRDefault="00C2732D">
            <w:pPr>
              <w:spacing w:after="0"/>
              <w:jc w:val="center"/>
            </w:pPr>
          </w:p>
        </w:tc>
        <w:tc>
          <w:tcPr>
            <w:tcW w:w="2015" w:type="dxa"/>
            <w:tcBorders>
              <w:top w:val="single" w:sz="6" w:space="0" w:color="000000"/>
              <w:left w:val="single" w:sz="6" w:space="0" w:color="000000"/>
              <w:bottom w:val="single" w:sz="6" w:space="0" w:color="000000"/>
              <w:right w:val="single" w:sz="6" w:space="0" w:color="000000"/>
            </w:tcBorders>
            <w:vAlign w:val="center"/>
          </w:tcPr>
          <w:p w14:paraId="6A00EDEA" w14:textId="77777777" w:rsidR="00C2732D" w:rsidRDefault="00C2732D">
            <w:pPr>
              <w:spacing w:after="0"/>
              <w:jc w:val="center"/>
            </w:pPr>
          </w:p>
        </w:tc>
        <w:tc>
          <w:tcPr>
            <w:tcW w:w="2232" w:type="dxa"/>
            <w:tcBorders>
              <w:top w:val="single" w:sz="6" w:space="0" w:color="000000"/>
              <w:left w:val="single" w:sz="6" w:space="0" w:color="000000"/>
              <w:bottom w:val="single" w:sz="6" w:space="0" w:color="000000"/>
              <w:right w:val="single" w:sz="6" w:space="0" w:color="000000"/>
            </w:tcBorders>
            <w:vAlign w:val="center"/>
          </w:tcPr>
          <w:p w14:paraId="40B40F16" w14:textId="77777777" w:rsidR="00C2732D" w:rsidRDefault="00C2732D">
            <w:pPr>
              <w:spacing w:after="0"/>
              <w:jc w:val="center"/>
            </w:pPr>
          </w:p>
        </w:tc>
        <w:tc>
          <w:tcPr>
            <w:tcW w:w="3744" w:type="dxa"/>
            <w:tcBorders>
              <w:top w:val="single" w:sz="6" w:space="0" w:color="000000"/>
              <w:left w:val="single" w:sz="6" w:space="0" w:color="000000"/>
              <w:bottom w:val="single" w:sz="6" w:space="0" w:color="000000"/>
              <w:right w:val="single" w:sz="6" w:space="0" w:color="000000"/>
            </w:tcBorders>
            <w:vAlign w:val="center"/>
          </w:tcPr>
          <w:p w14:paraId="56B39A1B" w14:textId="77777777" w:rsidR="00C2732D" w:rsidRDefault="00C2732D">
            <w:pPr>
              <w:spacing w:after="0"/>
              <w:jc w:val="center"/>
            </w:pPr>
          </w:p>
        </w:tc>
        <w:tc>
          <w:tcPr>
            <w:tcW w:w="2736" w:type="dxa"/>
            <w:tcBorders>
              <w:top w:val="single" w:sz="6" w:space="0" w:color="000000"/>
              <w:left w:val="single" w:sz="6" w:space="0" w:color="000000"/>
              <w:bottom w:val="single" w:sz="6" w:space="0" w:color="000000"/>
              <w:right w:val="single" w:sz="6" w:space="0" w:color="000000"/>
            </w:tcBorders>
            <w:vAlign w:val="center"/>
          </w:tcPr>
          <w:p w14:paraId="432BD2DA" w14:textId="77777777" w:rsidR="00C2732D" w:rsidRDefault="00C2732D">
            <w:pPr>
              <w:spacing w:after="0"/>
              <w:jc w:val="center"/>
            </w:pPr>
          </w:p>
        </w:tc>
      </w:tr>
      <w:tr w:rsidR="00C2732D" w14:paraId="35296420" w14:textId="77777777">
        <w:trPr>
          <w:jc w:val="center"/>
        </w:trPr>
        <w:tc>
          <w:tcPr>
            <w:tcW w:w="792" w:type="dxa"/>
            <w:tcBorders>
              <w:top w:val="single" w:sz="6" w:space="0" w:color="000000"/>
              <w:left w:val="single" w:sz="6" w:space="0" w:color="000000"/>
              <w:bottom w:val="single" w:sz="6" w:space="0" w:color="000000"/>
              <w:right w:val="single" w:sz="6" w:space="0" w:color="000000"/>
            </w:tcBorders>
            <w:vAlign w:val="center"/>
          </w:tcPr>
          <w:p w14:paraId="02B5F336" w14:textId="77777777" w:rsidR="00C2732D" w:rsidRDefault="001A0FBE">
            <w:pPr>
              <w:spacing w:after="0"/>
              <w:jc w:val="center"/>
            </w:pPr>
            <w:r>
              <w:rPr>
                <w:sz w:val="14"/>
              </w:rPr>
              <w:t>6</w:t>
            </w:r>
          </w:p>
        </w:tc>
        <w:tc>
          <w:tcPr>
            <w:tcW w:w="2880" w:type="dxa"/>
            <w:tcBorders>
              <w:top w:val="single" w:sz="6" w:space="0" w:color="000000"/>
              <w:left w:val="single" w:sz="6" w:space="0" w:color="000000"/>
              <w:bottom w:val="single" w:sz="6" w:space="0" w:color="000000"/>
              <w:right w:val="single" w:sz="6" w:space="0" w:color="000000"/>
            </w:tcBorders>
            <w:vAlign w:val="center"/>
          </w:tcPr>
          <w:p w14:paraId="194014DF" w14:textId="77777777" w:rsidR="00C2732D" w:rsidRDefault="00C2732D">
            <w:pPr>
              <w:spacing w:after="0"/>
              <w:jc w:val="center"/>
            </w:pPr>
          </w:p>
        </w:tc>
        <w:tc>
          <w:tcPr>
            <w:tcW w:w="2015" w:type="dxa"/>
            <w:tcBorders>
              <w:top w:val="single" w:sz="6" w:space="0" w:color="000000"/>
              <w:left w:val="single" w:sz="6" w:space="0" w:color="000000"/>
              <w:bottom w:val="single" w:sz="6" w:space="0" w:color="000000"/>
              <w:right w:val="single" w:sz="6" w:space="0" w:color="000000"/>
            </w:tcBorders>
            <w:vAlign w:val="center"/>
          </w:tcPr>
          <w:p w14:paraId="4A6D669B" w14:textId="77777777" w:rsidR="00C2732D" w:rsidRDefault="00C2732D">
            <w:pPr>
              <w:spacing w:after="0"/>
              <w:jc w:val="center"/>
            </w:pPr>
          </w:p>
        </w:tc>
        <w:tc>
          <w:tcPr>
            <w:tcW w:w="2232" w:type="dxa"/>
            <w:tcBorders>
              <w:top w:val="single" w:sz="6" w:space="0" w:color="000000"/>
              <w:left w:val="single" w:sz="6" w:space="0" w:color="000000"/>
              <w:bottom w:val="single" w:sz="6" w:space="0" w:color="000000"/>
              <w:right w:val="single" w:sz="6" w:space="0" w:color="000000"/>
            </w:tcBorders>
            <w:vAlign w:val="center"/>
          </w:tcPr>
          <w:p w14:paraId="620611FB" w14:textId="77777777" w:rsidR="00C2732D" w:rsidRDefault="00C2732D">
            <w:pPr>
              <w:spacing w:after="0"/>
              <w:jc w:val="center"/>
            </w:pPr>
          </w:p>
        </w:tc>
        <w:tc>
          <w:tcPr>
            <w:tcW w:w="3744" w:type="dxa"/>
            <w:tcBorders>
              <w:top w:val="single" w:sz="6" w:space="0" w:color="000000"/>
              <w:left w:val="single" w:sz="6" w:space="0" w:color="000000"/>
              <w:bottom w:val="single" w:sz="6" w:space="0" w:color="000000"/>
              <w:right w:val="single" w:sz="6" w:space="0" w:color="000000"/>
            </w:tcBorders>
            <w:vAlign w:val="center"/>
          </w:tcPr>
          <w:p w14:paraId="1DECB15D" w14:textId="77777777" w:rsidR="00C2732D" w:rsidRDefault="00C2732D">
            <w:pPr>
              <w:spacing w:after="0"/>
              <w:jc w:val="center"/>
            </w:pPr>
          </w:p>
        </w:tc>
        <w:tc>
          <w:tcPr>
            <w:tcW w:w="2736" w:type="dxa"/>
            <w:tcBorders>
              <w:top w:val="single" w:sz="6" w:space="0" w:color="000000"/>
              <w:left w:val="single" w:sz="6" w:space="0" w:color="000000"/>
              <w:bottom w:val="single" w:sz="6" w:space="0" w:color="000000"/>
              <w:right w:val="single" w:sz="6" w:space="0" w:color="000000"/>
            </w:tcBorders>
            <w:vAlign w:val="center"/>
          </w:tcPr>
          <w:p w14:paraId="1C5CF4D6" w14:textId="77777777" w:rsidR="00C2732D" w:rsidRDefault="00C2732D">
            <w:pPr>
              <w:spacing w:after="0"/>
              <w:jc w:val="center"/>
            </w:pPr>
          </w:p>
        </w:tc>
      </w:tr>
      <w:tr w:rsidR="00C2732D" w14:paraId="21A9E80C" w14:textId="77777777">
        <w:trPr>
          <w:jc w:val="center"/>
        </w:trPr>
        <w:tc>
          <w:tcPr>
            <w:tcW w:w="792" w:type="dxa"/>
            <w:tcBorders>
              <w:top w:val="single" w:sz="6" w:space="0" w:color="000000"/>
              <w:left w:val="single" w:sz="6" w:space="0" w:color="000000"/>
              <w:bottom w:val="single" w:sz="6" w:space="0" w:color="000000"/>
              <w:right w:val="single" w:sz="6" w:space="0" w:color="000000"/>
            </w:tcBorders>
            <w:vAlign w:val="center"/>
          </w:tcPr>
          <w:p w14:paraId="0FF2E3D0" w14:textId="77777777" w:rsidR="00C2732D" w:rsidRDefault="001A0FBE">
            <w:pPr>
              <w:spacing w:after="0"/>
              <w:jc w:val="center"/>
            </w:pPr>
            <w:r>
              <w:rPr>
                <w:sz w:val="14"/>
              </w:rPr>
              <w:t>7</w:t>
            </w:r>
          </w:p>
        </w:tc>
        <w:tc>
          <w:tcPr>
            <w:tcW w:w="2880" w:type="dxa"/>
            <w:tcBorders>
              <w:top w:val="single" w:sz="6" w:space="0" w:color="000000"/>
              <w:left w:val="single" w:sz="6" w:space="0" w:color="000000"/>
              <w:bottom w:val="single" w:sz="6" w:space="0" w:color="000000"/>
              <w:right w:val="single" w:sz="6" w:space="0" w:color="000000"/>
            </w:tcBorders>
            <w:vAlign w:val="center"/>
          </w:tcPr>
          <w:p w14:paraId="741A6146" w14:textId="77777777" w:rsidR="00C2732D" w:rsidRDefault="00C2732D">
            <w:pPr>
              <w:spacing w:after="0"/>
              <w:jc w:val="center"/>
            </w:pPr>
          </w:p>
        </w:tc>
        <w:tc>
          <w:tcPr>
            <w:tcW w:w="2015" w:type="dxa"/>
            <w:tcBorders>
              <w:top w:val="single" w:sz="6" w:space="0" w:color="000000"/>
              <w:left w:val="single" w:sz="6" w:space="0" w:color="000000"/>
              <w:bottom w:val="single" w:sz="6" w:space="0" w:color="000000"/>
              <w:right w:val="single" w:sz="6" w:space="0" w:color="000000"/>
            </w:tcBorders>
            <w:vAlign w:val="center"/>
          </w:tcPr>
          <w:p w14:paraId="3312BBE8" w14:textId="77777777" w:rsidR="00C2732D" w:rsidRDefault="00C2732D">
            <w:pPr>
              <w:spacing w:after="0"/>
              <w:jc w:val="center"/>
            </w:pPr>
          </w:p>
        </w:tc>
        <w:tc>
          <w:tcPr>
            <w:tcW w:w="2232" w:type="dxa"/>
            <w:tcBorders>
              <w:top w:val="single" w:sz="6" w:space="0" w:color="000000"/>
              <w:left w:val="single" w:sz="6" w:space="0" w:color="000000"/>
              <w:bottom w:val="single" w:sz="6" w:space="0" w:color="000000"/>
              <w:right w:val="single" w:sz="6" w:space="0" w:color="000000"/>
            </w:tcBorders>
            <w:vAlign w:val="center"/>
          </w:tcPr>
          <w:p w14:paraId="70BF8852" w14:textId="77777777" w:rsidR="00C2732D" w:rsidRDefault="00C2732D">
            <w:pPr>
              <w:spacing w:after="0"/>
              <w:jc w:val="center"/>
            </w:pPr>
          </w:p>
        </w:tc>
        <w:tc>
          <w:tcPr>
            <w:tcW w:w="3744" w:type="dxa"/>
            <w:tcBorders>
              <w:top w:val="single" w:sz="6" w:space="0" w:color="000000"/>
              <w:left w:val="single" w:sz="6" w:space="0" w:color="000000"/>
              <w:bottom w:val="single" w:sz="6" w:space="0" w:color="000000"/>
              <w:right w:val="single" w:sz="6" w:space="0" w:color="000000"/>
            </w:tcBorders>
            <w:vAlign w:val="center"/>
          </w:tcPr>
          <w:p w14:paraId="7EDDB835" w14:textId="77777777" w:rsidR="00C2732D" w:rsidRDefault="00C2732D">
            <w:pPr>
              <w:spacing w:after="0"/>
              <w:jc w:val="center"/>
            </w:pPr>
          </w:p>
        </w:tc>
        <w:tc>
          <w:tcPr>
            <w:tcW w:w="2736" w:type="dxa"/>
            <w:tcBorders>
              <w:top w:val="single" w:sz="6" w:space="0" w:color="000000"/>
              <w:left w:val="single" w:sz="6" w:space="0" w:color="000000"/>
              <w:bottom w:val="single" w:sz="6" w:space="0" w:color="000000"/>
              <w:right w:val="single" w:sz="6" w:space="0" w:color="000000"/>
            </w:tcBorders>
            <w:vAlign w:val="center"/>
          </w:tcPr>
          <w:p w14:paraId="1AF0C45D" w14:textId="77777777" w:rsidR="00C2732D" w:rsidRDefault="00C2732D">
            <w:pPr>
              <w:spacing w:after="0"/>
              <w:jc w:val="center"/>
            </w:pPr>
          </w:p>
        </w:tc>
      </w:tr>
      <w:tr w:rsidR="00C2732D" w14:paraId="1083D1C1" w14:textId="77777777">
        <w:trPr>
          <w:jc w:val="center"/>
        </w:trPr>
        <w:tc>
          <w:tcPr>
            <w:tcW w:w="792" w:type="dxa"/>
            <w:tcBorders>
              <w:top w:val="single" w:sz="6" w:space="0" w:color="000000"/>
              <w:left w:val="single" w:sz="6" w:space="0" w:color="000000"/>
              <w:bottom w:val="single" w:sz="6" w:space="0" w:color="000000"/>
              <w:right w:val="single" w:sz="6" w:space="0" w:color="000000"/>
            </w:tcBorders>
            <w:vAlign w:val="center"/>
          </w:tcPr>
          <w:p w14:paraId="0E37DA0C" w14:textId="77777777" w:rsidR="00C2732D" w:rsidRDefault="001A0FBE">
            <w:pPr>
              <w:spacing w:after="0"/>
              <w:jc w:val="center"/>
            </w:pPr>
            <w:r>
              <w:rPr>
                <w:sz w:val="14"/>
              </w:rPr>
              <w:t>8</w:t>
            </w:r>
          </w:p>
        </w:tc>
        <w:tc>
          <w:tcPr>
            <w:tcW w:w="2880" w:type="dxa"/>
            <w:tcBorders>
              <w:top w:val="single" w:sz="6" w:space="0" w:color="000000"/>
              <w:left w:val="single" w:sz="6" w:space="0" w:color="000000"/>
              <w:bottom w:val="single" w:sz="6" w:space="0" w:color="000000"/>
              <w:right w:val="single" w:sz="6" w:space="0" w:color="000000"/>
            </w:tcBorders>
            <w:vAlign w:val="center"/>
          </w:tcPr>
          <w:p w14:paraId="0FB4AEFE" w14:textId="77777777" w:rsidR="00C2732D" w:rsidRDefault="00C2732D">
            <w:pPr>
              <w:spacing w:after="0"/>
              <w:jc w:val="center"/>
            </w:pPr>
          </w:p>
        </w:tc>
        <w:tc>
          <w:tcPr>
            <w:tcW w:w="2015" w:type="dxa"/>
            <w:tcBorders>
              <w:top w:val="single" w:sz="6" w:space="0" w:color="000000"/>
              <w:left w:val="single" w:sz="6" w:space="0" w:color="000000"/>
              <w:bottom w:val="single" w:sz="6" w:space="0" w:color="000000"/>
              <w:right w:val="single" w:sz="6" w:space="0" w:color="000000"/>
            </w:tcBorders>
            <w:vAlign w:val="center"/>
          </w:tcPr>
          <w:p w14:paraId="21A9F555" w14:textId="77777777" w:rsidR="00C2732D" w:rsidRDefault="00C2732D">
            <w:pPr>
              <w:spacing w:after="0"/>
              <w:jc w:val="center"/>
            </w:pPr>
          </w:p>
        </w:tc>
        <w:tc>
          <w:tcPr>
            <w:tcW w:w="2232" w:type="dxa"/>
            <w:tcBorders>
              <w:top w:val="single" w:sz="6" w:space="0" w:color="000000"/>
              <w:left w:val="single" w:sz="6" w:space="0" w:color="000000"/>
              <w:bottom w:val="single" w:sz="6" w:space="0" w:color="000000"/>
              <w:right w:val="single" w:sz="6" w:space="0" w:color="000000"/>
            </w:tcBorders>
            <w:vAlign w:val="center"/>
          </w:tcPr>
          <w:p w14:paraId="1035740E" w14:textId="77777777" w:rsidR="00C2732D" w:rsidRDefault="00C2732D">
            <w:pPr>
              <w:spacing w:after="0"/>
              <w:jc w:val="center"/>
            </w:pPr>
          </w:p>
        </w:tc>
        <w:tc>
          <w:tcPr>
            <w:tcW w:w="3744" w:type="dxa"/>
            <w:tcBorders>
              <w:top w:val="single" w:sz="6" w:space="0" w:color="000000"/>
              <w:left w:val="single" w:sz="6" w:space="0" w:color="000000"/>
              <w:bottom w:val="single" w:sz="6" w:space="0" w:color="000000"/>
              <w:right w:val="single" w:sz="6" w:space="0" w:color="000000"/>
            </w:tcBorders>
            <w:vAlign w:val="center"/>
          </w:tcPr>
          <w:p w14:paraId="6DB1FD12" w14:textId="77777777" w:rsidR="00C2732D" w:rsidRDefault="00C2732D">
            <w:pPr>
              <w:spacing w:after="0"/>
              <w:jc w:val="center"/>
            </w:pPr>
          </w:p>
        </w:tc>
        <w:tc>
          <w:tcPr>
            <w:tcW w:w="2736" w:type="dxa"/>
            <w:tcBorders>
              <w:top w:val="single" w:sz="6" w:space="0" w:color="000000"/>
              <w:left w:val="single" w:sz="6" w:space="0" w:color="000000"/>
              <w:bottom w:val="single" w:sz="6" w:space="0" w:color="000000"/>
              <w:right w:val="single" w:sz="6" w:space="0" w:color="000000"/>
            </w:tcBorders>
            <w:vAlign w:val="center"/>
          </w:tcPr>
          <w:p w14:paraId="6046A063" w14:textId="77777777" w:rsidR="00C2732D" w:rsidRDefault="00C2732D">
            <w:pPr>
              <w:spacing w:after="0"/>
              <w:jc w:val="center"/>
            </w:pPr>
          </w:p>
        </w:tc>
      </w:tr>
    </w:tbl>
    <w:p w14:paraId="2C12A026" w14:textId="77777777" w:rsidR="00C2732D" w:rsidRDefault="001A0FBE">
      <w:pPr>
        <w:spacing w:after="100"/>
        <w:jc w:val="both"/>
      </w:pPr>
      <w:r>
        <w:rPr>
          <w:sz w:val="16"/>
        </w:rPr>
        <w:t>(*) Nota: El oferente deberá diligenciar este formato con la información del personal que soporte la capacidad técnica declarada. La Entidad podrá solicitar aclaraciones y verificar la autenticidad de la información aportada.</w:t>
      </w:r>
    </w:p>
    <w:tbl>
      <w:tblPr>
        <w:tblW w:w="0" w:type="auto"/>
        <w:jc w:val="center"/>
        <w:tblLayout w:type="fixed"/>
        <w:tblLook w:val="04A0" w:firstRow="1" w:lastRow="0" w:firstColumn="1" w:lastColumn="0" w:noHBand="0" w:noVBand="1"/>
      </w:tblPr>
      <w:tblGrid>
        <w:gridCol w:w="14400"/>
      </w:tblGrid>
      <w:tr w:rsidR="00C2732D" w14:paraId="67A35FE5" w14:textId="77777777">
        <w:trPr>
          <w:jc w:val="center"/>
        </w:trPr>
        <w:tc>
          <w:tcPr>
            <w:tcW w:w="14400" w:type="dxa"/>
            <w:tcBorders>
              <w:top w:val="single" w:sz="0" w:space="0" w:color="FFFFFF"/>
              <w:left w:val="single" w:sz="0" w:space="0" w:color="FFFFFF"/>
              <w:bottom w:val="single" w:sz="0" w:space="0" w:color="FFFFFF"/>
              <w:right w:val="single" w:sz="0" w:space="0" w:color="FFFFFF"/>
            </w:tcBorders>
            <w:vAlign w:val="center"/>
          </w:tcPr>
          <w:p w14:paraId="61968CC6" w14:textId="77777777" w:rsidR="00C2732D" w:rsidRDefault="001A0FBE">
            <w:pPr>
              <w:spacing w:after="0"/>
              <w:jc w:val="center"/>
            </w:pPr>
            <w:r>
              <w:t>________________________________________</w:t>
            </w:r>
          </w:p>
        </w:tc>
      </w:tr>
      <w:tr w:rsidR="00C2732D" w14:paraId="5A656A48" w14:textId="77777777">
        <w:trPr>
          <w:jc w:val="center"/>
        </w:trPr>
        <w:tc>
          <w:tcPr>
            <w:tcW w:w="14400" w:type="dxa"/>
            <w:tcBorders>
              <w:top w:val="single" w:sz="0" w:space="0" w:color="FFFFFF"/>
              <w:left w:val="single" w:sz="0" w:space="0" w:color="FFFFFF"/>
              <w:bottom w:val="single" w:sz="0" w:space="0" w:color="FFFFFF"/>
              <w:right w:val="single" w:sz="0" w:space="0" w:color="FFFFFF"/>
            </w:tcBorders>
            <w:vAlign w:val="center"/>
          </w:tcPr>
          <w:p w14:paraId="01A2B77A" w14:textId="77777777" w:rsidR="00C2732D" w:rsidRDefault="001A0FBE">
            <w:pPr>
              <w:spacing w:after="0"/>
              <w:jc w:val="center"/>
            </w:pPr>
            <w:r>
              <w:rPr>
                <w:b/>
                <w:sz w:val="16"/>
              </w:rPr>
              <w:t>NOMBRE Y FIRMA DEL REPRESENTANTE LEGAL</w:t>
            </w:r>
          </w:p>
        </w:tc>
      </w:tr>
      <w:tr w:rsidR="00C2732D" w14:paraId="667866C4" w14:textId="77777777">
        <w:trPr>
          <w:jc w:val="center"/>
        </w:trPr>
        <w:tc>
          <w:tcPr>
            <w:tcW w:w="14400" w:type="dxa"/>
            <w:tcBorders>
              <w:top w:val="single" w:sz="0" w:space="0" w:color="FFFFFF"/>
              <w:left w:val="single" w:sz="0" w:space="0" w:color="FFFFFF"/>
              <w:bottom w:val="single" w:sz="0" w:space="0" w:color="FFFFFF"/>
              <w:right w:val="single" w:sz="0" w:space="0" w:color="FFFFFF"/>
            </w:tcBorders>
            <w:vAlign w:val="center"/>
          </w:tcPr>
          <w:p w14:paraId="7FAB3760" w14:textId="77777777" w:rsidR="00C2732D" w:rsidRDefault="001A0FBE">
            <w:pPr>
              <w:spacing w:after="0"/>
              <w:jc w:val="center"/>
            </w:pPr>
            <w:r>
              <w:rPr>
                <w:sz w:val="16"/>
              </w:rPr>
              <w:t>Nombre: ________________________________    Identificación: ________________________________</w:t>
            </w:r>
          </w:p>
        </w:tc>
      </w:tr>
    </w:tbl>
    <w:p w14:paraId="340B6803" w14:textId="77777777" w:rsidR="00C2732D" w:rsidRDefault="00C2732D">
      <w:pPr>
        <w:sectPr w:rsidR="00C2732D">
          <w:headerReference w:type="default" r:id="rId14"/>
          <w:footerReference w:type="default" r:id="rId15"/>
          <w:pgSz w:w="15840" w:h="12240" w:orient="landscape"/>
          <w:pgMar w:top="648" w:right="648" w:bottom="648" w:left="648" w:header="360" w:footer="360" w:gutter="0"/>
          <w:cols w:space="720"/>
          <w:docGrid w:linePitch="360"/>
        </w:sectPr>
      </w:pPr>
    </w:p>
    <w:p w14:paraId="34A209C4" w14:textId="26F5BBB5" w:rsidR="00C2732D" w:rsidRDefault="000312E5">
      <w:pPr>
        <w:spacing w:after="20"/>
        <w:jc w:val="center"/>
      </w:pPr>
      <w:r>
        <w:rPr>
          <w:b/>
          <w:sz w:val="24"/>
        </w:rPr>
        <w:lastRenderedPageBreak/>
        <w:t xml:space="preserve">ANEXO </w:t>
      </w:r>
      <w:r w:rsidR="0035649E">
        <w:rPr>
          <w:b/>
          <w:sz w:val="24"/>
        </w:rPr>
        <w:t>05</w:t>
      </w:r>
      <w:r>
        <w:rPr>
          <w:b/>
          <w:sz w:val="24"/>
        </w:rPr>
        <w:t>D</w:t>
      </w:r>
    </w:p>
    <w:p w14:paraId="475D7367" w14:textId="77777777" w:rsidR="00C2732D" w:rsidRDefault="001A0FBE">
      <w:pPr>
        <w:spacing w:after="80"/>
        <w:jc w:val="center"/>
      </w:pPr>
      <w:r>
        <w:rPr>
          <w:b/>
        </w:rPr>
        <w:t>CAPACIDAD DE ORGANIZACIÓN (PARA EL CÁLCULO DEL Kr)</w:t>
      </w:r>
    </w:p>
    <w:tbl>
      <w:tblPr>
        <w:tblW w:w="0" w:type="auto"/>
        <w:jc w:val="center"/>
        <w:tblLayout w:type="fixed"/>
        <w:tblLook w:val="04A0" w:firstRow="1" w:lastRow="0" w:firstColumn="1" w:lastColumn="0" w:noHBand="0" w:noVBand="1"/>
      </w:tblPr>
      <w:tblGrid>
        <w:gridCol w:w="3024"/>
        <w:gridCol w:w="12240"/>
      </w:tblGrid>
      <w:tr w:rsidR="00C2732D" w14:paraId="5835CD05"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67211008" w14:textId="77777777" w:rsidR="00C2732D" w:rsidRDefault="001A0FBE">
            <w:pPr>
              <w:spacing w:after="0"/>
            </w:pPr>
            <w:r>
              <w:rPr>
                <w:b/>
                <w:sz w:val="16"/>
              </w:rPr>
              <w:t>PROCESO DE SELECCIÓN</w:t>
            </w:r>
          </w:p>
        </w:tc>
        <w:tc>
          <w:tcPr>
            <w:tcW w:w="12240" w:type="dxa"/>
            <w:tcBorders>
              <w:top w:val="single" w:sz="6" w:space="0" w:color="000000"/>
              <w:left w:val="single" w:sz="6" w:space="0" w:color="000000"/>
              <w:bottom w:val="single" w:sz="6" w:space="0" w:color="000000"/>
              <w:right w:val="single" w:sz="6" w:space="0" w:color="000000"/>
            </w:tcBorders>
            <w:vAlign w:val="center"/>
          </w:tcPr>
          <w:p w14:paraId="7A70E608" w14:textId="06235424" w:rsidR="00C2732D" w:rsidRDefault="001A0FBE">
            <w:pPr>
              <w:spacing w:after="0"/>
            </w:pPr>
            <w:r>
              <w:rPr>
                <w:sz w:val="16"/>
              </w:rPr>
              <w:t>SAMC-00</w:t>
            </w:r>
            <w:r w:rsidR="009F1EBD">
              <w:rPr>
                <w:sz w:val="16"/>
              </w:rPr>
              <w:t>4</w:t>
            </w:r>
            <w:r>
              <w:rPr>
                <w:sz w:val="16"/>
              </w:rPr>
              <w:t>-2026</w:t>
            </w:r>
          </w:p>
        </w:tc>
      </w:tr>
      <w:tr w:rsidR="00C2732D" w14:paraId="711E852A"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23072C6F" w14:textId="77777777" w:rsidR="00C2732D" w:rsidRDefault="001A0FBE">
            <w:pPr>
              <w:spacing w:after="0"/>
            </w:pPr>
            <w:r>
              <w:rPr>
                <w:b/>
                <w:sz w:val="16"/>
              </w:rPr>
              <w:t>OBJETO</w:t>
            </w:r>
          </w:p>
        </w:tc>
        <w:tc>
          <w:tcPr>
            <w:tcW w:w="12240" w:type="dxa"/>
            <w:tcBorders>
              <w:top w:val="single" w:sz="6" w:space="0" w:color="000000"/>
              <w:left w:val="single" w:sz="6" w:space="0" w:color="000000"/>
              <w:bottom w:val="single" w:sz="6" w:space="0" w:color="000000"/>
              <w:right w:val="single" w:sz="6" w:space="0" w:color="000000"/>
            </w:tcBorders>
            <w:vAlign w:val="center"/>
          </w:tcPr>
          <w:p w14:paraId="65405C37" w14:textId="77777777" w:rsidR="00C2732D" w:rsidRDefault="001A0FBE">
            <w:pPr>
              <w:spacing w:after="0"/>
            </w:pPr>
            <w:r>
              <w:rPr>
                <w:sz w:val="16"/>
              </w:rPr>
              <w:t>SUMINISTRO, TRANSPORTE, INSTALACIÓN, PUESTA EN FUNCIONAMIENTO Y CAPACITACIÓN PARA LA OPERACIÓN DE SISTEMAS SÉPTICOS INDIVIDUALES PARA EL TRATAMIENTO DE AGUAS RESIDUALES DOMÉSTICAS EN LA ZONA RURAL DEL MUNICIPIO DE ANGELÓPOLIS, EN EL MARCO DEL CONVENIO INTERADMINISTRATIVO NO. 040-COV2509-33 SUSCRITO CON CORANTIOQUIA</w:t>
            </w:r>
          </w:p>
        </w:tc>
      </w:tr>
      <w:tr w:rsidR="00C2732D" w14:paraId="1C35825B"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3AE79EA2" w14:textId="77777777" w:rsidR="00C2732D" w:rsidRDefault="001A0FBE">
            <w:pPr>
              <w:spacing w:after="0"/>
            </w:pPr>
            <w:r>
              <w:rPr>
                <w:b/>
                <w:sz w:val="16"/>
              </w:rPr>
              <w:t>ENTIDAD CONTRATANTE</w:t>
            </w:r>
          </w:p>
        </w:tc>
        <w:tc>
          <w:tcPr>
            <w:tcW w:w="12240" w:type="dxa"/>
            <w:tcBorders>
              <w:top w:val="single" w:sz="6" w:space="0" w:color="000000"/>
              <w:left w:val="single" w:sz="6" w:space="0" w:color="000000"/>
              <w:bottom w:val="single" w:sz="6" w:space="0" w:color="000000"/>
              <w:right w:val="single" w:sz="6" w:space="0" w:color="000000"/>
            </w:tcBorders>
            <w:vAlign w:val="center"/>
          </w:tcPr>
          <w:p w14:paraId="62BD88C9" w14:textId="77777777" w:rsidR="00C2732D" w:rsidRDefault="001A0FBE">
            <w:pPr>
              <w:spacing w:after="0"/>
            </w:pPr>
            <w:r>
              <w:rPr>
                <w:sz w:val="16"/>
              </w:rPr>
              <w:t>MUNICIPIO DE ANGELÓPOLIS (ANTIOQUIA)</w:t>
            </w:r>
          </w:p>
        </w:tc>
      </w:tr>
      <w:tr w:rsidR="00C2732D" w14:paraId="7E780A88" w14:textId="77777777">
        <w:trPr>
          <w:jc w:val="center"/>
        </w:trPr>
        <w:tc>
          <w:tcPr>
            <w:tcW w:w="2015" w:type="dxa"/>
            <w:tcBorders>
              <w:top w:val="single" w:sz="6" w:space="0" w:color="000000"/>
              <w:left w:val="single" w:sz="6" w:space="0" w:color="000000"/>
              <w:bottom w:val="single" w:sz="6" w:space="0" w:color="000000"/>
              <w:right w:val="single" w:sz="6" w:space="0" w:color="000000"/>
            </w:tcBorders>
            <w:shd w:val="clear" w:color="auto" w:fill="D9EAF7"/>
            <w:vAlign w:val="center"/>
          </w:tcPr>
          <w:p w14:paraId="4BD68FC9" w14:textId="77777777" w:rsidR="00C2732D" w:rsidRDefault="001A0FBE">
            <w:pPr>
              <w:spacing w:after="0"/>
            </w:pPr>
            <w:r>
              <w:rPr>
                <w:b/>
                <w:sz w:val="16"/>
              </w:rPr>
              <w:t>DEPENDENCIA RESPONSABLE</w:t>
            </w:r>
          </w:p>
        </w:tc>
        <w:tc>
          <w:tcPr>
            <w:tcW w:w="12240" w:type="dxa"/>
            <w:tcBorders>
              <w:top w:val="single" w:sz="6" w:space="0" w:color="000000"/>
              <w:left w:val="single" w:sz="6" w:space="0" w:color="000000"/>
              <w:bottom w:val="single" w:sz="6" w:space="0" w:color="000000"/>
              <w:right w:val="single" w:sz="6" w:space="0" w:color="000000"/>
            </w:tcBorders>
            <w:vAlign w:val="center"/>
          </w:tcPr>
          <w:p w14:paraId="0156EABD" w14:textId="77777777" w:rsidR="00C2732D" w:rsidRDefault="001A0FBE">
            <w:pPr>
              <w:spacing w:after="0"/>
            </w:pPr>
            <w:r>
              <w:rPr>
                <w:sz w:val="16"/>
              </w:rPr>
              <w:t>SECRETARÍA DE PLANEACIÓN Y DESARROLLO TERRITORIAL</w:t>
            </w:r>
          </w:p>
        </w:tc>
      </w:tr>
      <w:tr w:rsidR="00C2732D" w14:paraId="58FE6EDB"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5E38F43F" w14:textId="77777777" w:rsidR="00C2732D" w:rsidRDefault="001A0FBE">
            <w:pPr>
              <w:spacing w:after="0"/>
            </w:pPr>
            <w:r>
              <w:rPr>
                <w:b/>
                <w:sz w:val="16"/>
              </w:rPr>
              <w:t>LOTE No.:</w:t>
            </w:r>
          </w:p>
        </w:tc>
        <w:tc>
          <w:tcPr>
            <w:tcW w:w="11232" w:type="dxa"/>
            <w:tcBorders>
              <w:top w:val="single" w:sz="6" w:space="0" w:color="000000"/>
              <w:left w:val="single" w:sz="6" w:space="0" w:color="000000"/>
              <w:bottom w:val="single" w:sz="6" w:space="0" w:color="000000"/>
              <w:right w:val="single" w:sz="6" w:space="0" w:color="000000"/>
            </w:tcBorders>
            <w:vAlign w:val="center"/>
          </w:tcPr>
          <w:p w14:paraId="49FF0F65" w14:textId="77777777" w:rsidR="00C2732D" w:rsidRDefault="001A0FBE">
            <w:pPr>
              <w:spacing w:after="0"/>
            </w:pPr>
            <w:r>
              <w:t xml:space="preserve"> No aplica</w:t>
            </w:r>
          </w:p>
        </w:tc>
      </w:tr>
    </w:tbl>
    <w:p w14:paraId="33EFA73E" w14:textId="77777777" w:rsidR="00C2732D" w:rsidRDefault="001A0FBE">
      <w:pPr>
        <w:spacing w:after="80"/>
        <w:jc w:val="center"/>
      </w:pPr>
      <w:r>
        <w:rPr>
          <w:b/>
          <w:sz w:val="20"/>
        </w:rPr>
        <w:t>DECLARACIÓN JURAMENTADA</w:t>
      </w:r>
    </w:p>
    <w:tbl>
      <w:tblPr>
        <w:tblW w:w="0" w:type="auto"/>
        <w:jc w:val="center"/>
        <w:tblLayout w:type="fixed"/>
        <w:tblLook w:val="04A0" w:firstRow="1" w:lastRow="0" w:firstColumn="1" w:lastColumn="0" w:noHBand="0" w:noVBand="1"/>
      </w:tblPr>
      <w:tblGrid>
        <w:gridCol w:w="3024"/>
        <w:gridCol w:w="11232"/>
      </w:tblGrid>
      <w:tr w:rsidR="00C2732D" w14:paraId="60458268"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0BEFCDA5" w14:textId="77777777" w:rsidR="00C2732D" w:rsidRDefault="001A0FBE">
            <w:pPr>
              <w:spacing w:after="0"/>
            </w:pPr>
            <w:r>
              <w:rPr>
                <w:b/>
                <w:sz w:val="16"/>
              </w:rPr>
              <w:t>OFERENTE:</w:t>
            </w:r>
          </w:p>
        </w:tc>
        <w:tc>
          <w:tcPr>
            <w:tcW w:w="11232" w:type="dxa"/>
            <w:tcBorders>
              <w:top w:val="single" w:sz="6" w:space="0" w:color="000000"/>
              <w:left w:val="single" w:sz="6" w:space="0" w:color="000000"/>
              <w:bottom w:val="single" w:sz="6" w:space="0" w:color="000000"/>
              <w:right w:val="single" w:sz="6" w:space="0" w:color="000000"/>
            </w:tcBorders>
            <w:vAlign w:val="center"/>
          </w:tcPr>
          <w:p w14:paraId="09B0D76F" w14:textId="77777777" w:rsidR="00C2732D" w:rsidRDefault="00C2732D">
            <w:pPr>
              <w:spacing w:after="0"/>
            </w:pPr>
          </w:p>
        </w:tc>
      </w:tr>
      <w:tr w:rsidR="00C2732D" w14:paraId="13AD3742" w14:textId="77777777">
        <w:trPr>
          <w:jc w:val="center"/>
        </w:trPr>
        <w:tc>
          <w:tcPr>
            <w:tcW w:w="3024" w:type="dxa"/>
            <w:tcBorders>
              <w:top w:val="single" w:sz="6" w:space="0" w:color="000000"/>
              <w:left w:val="single" w:sz="6" w:space="0" w:color="000000"/>
              <w:bottom w:val="single" w:sz="6" w:space="0" w:color="000000"/>
              <w:right w:val="single" w:sz="6" w:space="0" w:color="000000"/>
            </w:tcBorders>
            <w:vAlign w:val="center"/>
          </w:tcPr>
          <w:p w14:paraId="65A8BBC0" w14:textId="77777777" w:rsidR="00C2732D" w:rsidRDefault="001A0FBE">
            <w:pPr>
              <w:spacing w:after="0"/>
            </w:pPr>
            <w:r>
              <w:rPr>
                <w:b/>
                <w:sz w:val="16"/>
              </w:rPr>
              <w:t>INTEGRANTE (SI ES PLURAL):</w:t>
            </w:r>
          </w:p>
        </w:tc>
        <w:tc>
          <w:tcPr>
            <w:tcW w:w="11232" w:type="dxa"/>
            <w:tcBorders>
              <w:top w:val="single" w:sz="6" w:space="0" w:color="000000"/>
              <w:left w:val="single" w:sz="6" w:space="0" w:color="000000"/>
              <w:bottom w:val="single" w:sz="6" w:space="0" w:color="000000"/>
              <w:right w:val="single" w:sz="6" w:space="0" w:color="000000"/>
            </w:tcBorders>
            <w:vAlign w:val="center"/>
          </w:tcPr>
          <w:p w14:paraId="1537AB24" w14:textId="77777777" w:rsidR="00C2732D" w:rsidRDefault="00C2732D">
            <w:pPr>
              <w:spacing w:after="0"/>
            </w:pPr>
          </w:p>
        </w:tc>
      </w:tr>
    </w:tbl>
    <w:p w14:paraId="772D94C6" w14:textId="77777777" w:rsidR="00C2732D" w:rsidRDefault="001A0FBE">
      <w:pPr>
        <w:spacing w:after="60"/>
        <w:jc w:val="both"/>
      </w:pPr>
      <w:r>
        <w:rPr>
          <w:sz w:val="16"/>
        </w:rPr>
        <w:t>Declaro bajo la gravedad de juramento que la información relacionada a continuación fue tomada del estado de pérdidas y ganancias del oferente o del integrante del oferente plural, según corresponda:</w:t>
      </w:r>
    </w:p>
    <w:p w14:paraId="2AB159CE" w14:textId="77777777" w:rsidR="00C2732D" w:rsidRDefault="001A0FBE">
      <w:pPr>
        <w:spacing w:after="20"/>
      </w:pPr>
      <w:r>
        <w:rPr>
          <w:b/>
          <w:sz w:val="16"/>
        </w:rPr>
        <w:t>INDICAR CON X EL QUE CORRESPONDA [SOLAMENTE MARCAR UNA OPCIÓN]:</w:t>
      </w:r>
    </w:p>
    <w:p w14:paraId="70CF00A3" w14:textId="77777777" w:rsidR="00C2732D" w:rsidRDefault="001A0FBE">
      <w:pPr>
        <w:spacing w:after="0"/>
      </w:pPr>
      <w:r>
        <w:rPr>
          <w:sz w:val="16"/>
        </w:rPr>
        <w:t>____ Que el mayor ingreso operacional de los últimos cinco (5) años es:</w:t>
      </w:r>
    </w:p>
    <w:p w14:paraId="50584E06" w14:textId="77777777" w:rsidR="00C2732D" w:rsidRDefault="001A0FBE">
      <w:pPr>
        <w:spacing w:after="0"/>
      </w:pPr>
      <w:r>
        <w:rPr>
          <w:sz w:val="16"/>
        </w:rPr>
        <w:t>____ Que el mayor ingreso operacional de los años de vida de la empresa es:</w:t>
      </w:r>
    </w:p>
    <w:p w14:paraId="66B609BA" w14:textId="77777777" w:rsidR="00C2732D" w:rsidRDefault="001A0FBE">
      <w:pPr>
        <w:spacing w:after="0"/>
      </w:pPr>
      <w:r>
        <w:rPr>
          <w:sz w:val="16"/>
        </w:rPr>
        <w:t>____ Oferente con menos de un (1) año de existencia:</w:t>
      </w:r>
    </w:p>
    <w:p w14:paraId="70A024B2" w14:textId="77777777" w:rsidR="00C2732D" w:rsidRDefault="001A0FBE">
      <w:pPr>
        <w:spacing w:after="40"/>
        <w:jc w:val="both"/>
      </w:pPr>
      <w:r>
        <w:rPr>
          <w:sz w:val="16"/>
        </w:rPr>
        <w:t>A continuación se describen los ingresos brutos operacionales expresados en pesos colombianos ($). Diligenciar únicamente el renglón que corresponda a la opción marcada:</w:t>
      </w:r>
    </w:p>
    <w:tbl>
      <w:tblPr>
        <w:tblW w:w="0" w:type="auto"/>
        <w:jc w:val="center"/>
        <w:tblLayout w:type="fixed"/>
        <w:tblLook w:val="04A0" w:firstRow="1" w:lastRow="0" w:firstColumn="1" w:lastColumn="0" w:noHBand="0" w:noVBand="1"/>
      </w:tblPr>
      <w:tblGrid>
        <w:gridCol w:w="2088"/>
        <w:gridCol w:w="3888"/>
        <w:gridCol w:w="1800"/>
        <w:gridCol w:w="6623"/>
      </w:tblGrid>
      <w:tr w:rsidR="00C2732D" w14:paraId="3C19759B" w14:textId="77777777">
        <w:trPr>
          <w:jc w:val="center"/>
        </w:trPr>
        <w:tc>
          <w:tcPr>
            <w:tcW w:w="208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AACB1BB" w14:textId="77777777" w:rsidR="00C2732D" w:rsidRDefault="001A0FBE">
            <w:pPr>
              <w:spacing w:after="0"/>
              <w:jc w:val="center"/>
            </w:pPr>
            <w:r>
              <w:rPr>
                <w:b/>
                <w:sz w:val="14"/>
              </w:rPr>
              <w:t>Indicar con X el que corresponda</w:t>
            </w:r>
          </w:p>
        </w:tc>
        <w:tc>
          <w:tcPr>
            <w:tcW w:w="388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E2B3084" w14:textId="77777777" w:rsidR="00C2732D" w:rsidRDefault="001A0FBE">
            <w:pPr>
              <w:spacing w:after="0"/>
              <w:jc w:val="center"/>
            </w:pPr>
            <w:r>
              <w:rPr>
                <w:b/>
                <w:sz w:val="14"/>
              </w:rPr>
              <w:t>Años de información financiera</w:t>
            </w:r>
          </w:p>
        </w:tc>
        <w:tc>
          <w:tcPr>
            <w:tcW w:w="180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9F13323" w14:textId="77777777" w:rsidR="00C2732D" w:rsidRDefault="001A0FBE">
            <w:pPr>
              <w:spacing w:after="0"/>
              <w:jc w:val="center"/>
            </w:pPr>
            <w:r>
              <w:rPr>
                <w:b/>
                <w:sz w:val="14"/>
              </w:rPr>
              <w:t>Año</w:t>
            </w:r>
          </w:p>
        </w:tc>
        <w:tc>
          <w:tcPr>
            <w:tcW w:w="662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54390DD" w14:textId="77777777" w:rsidR="00C2732D" w:rsidRDefault="001A0FBE">
            <w:pPr>
              <w:spacing w:after="0"/>
              <w:jc w:val="center"/>
            </w:pPr>
            <w:r>
              <w:rPr>
                <w:b/>
                <w:sz w:val="14"/>
              </w:rPr>
              <w:t>Ingresos brutos operacionales expresados en $</w:t>
            </w:r>
          </w:p>
        </w:tc>
      </w:tr>
      <w:tr w:rsidR="00C2732D" w14:paraId="6F358D93" w14:textId="77777777">
        <w:trPr>
          <w:jc w:val="center"/>
        </w:trPr>
        <w:tc>
          <w:tcPr>
            <w:tcW w:w="2088" w:type="dxa"/>
            <w:tcBorders>
              <w:top w:val="single" w:sz="6" w:space="0" w:color="000000"/>
              <w:left w:val="single" w:sz="6" w:space="0" w:color="000000"/>
              <w:bottom w:val="single" w:sz="6" w:space="0" w:color="000000"/>
              <w:right w:val="single" w:sz="6" w:space="0" w:color="000000"/>
            </w:tcBorders>
            <w:vAlign w:val="center"/>
          </w:tcPr>
          <w:p w14:paraId="37C196F2" w14:textId="77777777" w:rsidR="00C2732D" w:rsidRDefault="00C2732D">
            <w:pPr>
              <w:spacing w:after="0"/>
              <w:jc w:val="center"/>
            </w:pPr>
          </w:p>
        </w:tc>
        <w:tc>
          <w:tcPr>
            <w:tcW w:w="3888" w:type="dxa"/>
            <w:tcBorders>
              <w:top w:val="single" w:sz="6" w:space="0" w:color="000000"/>
              <w:left w:val="single" w:sz="6" w:space="0" w:color="000000"/>
              <w:bottom w:val="single" w:sz="6" w:space="0" w:color="000000"/>
              <w:right w:val="single" w:sz="6" w:space="0" w:color="000000"/>
            </w:tcBorders>
            <w:vAlign w:val="center"/>
          </w:tcPr>
          <w:p w14:paraId="18C8A160" w14:textId="77777777" w:rsidR="00C2732D" w:rsidRDefault="001A0FBE">
            <w:pPr>
              <w:spacing w:after="0"/>
              <w:jc w:val="center"/>
            </w:pPr>
            <w:r>
              <w:rPr>
                <w:sz w:val="14"/>
              </w:rPr>
              <w:t>Cinco (5) años o más</w:t>
            </w:r>
          </w:p>
        </w:tc>
        <w:tc>
          <w:tcPr>
            <w:tcW w:w="1800" w:type="dxa"/>
            <w:tcBorders>
              <w:top w:val="single" w:sz="6" w:space="0" w:color="000000"/>
              <w:left w:val="single" w:sz="6" w:space="0" w:color="000000"/>
              <w:bottom w:val="single" w:sz="6" w:space="0" w:color="000000"/>
              <w:right w:val="single" w:sz="6" w:space="0" w:color="000000"/>
            </w:tcBorders>
            <w:vAlign w:val="center"/>
          </w:tcPr>
          <w:p w14:paraId="63E3A315" w14:textId="77777777" w:rsidR="00C2732D" w:rsidRDefault="001A0FBE">
            <w:pPr>
              <w:spacing w:after="0"/>
              <w:jc w:val="center"/>
            </w:pPr>
            <w:r>
              <w:rPr>
                <w:sz w:val="14"/>
              </w:rPr>
              <w:t>AÑO ______</w:t>
            </w:r>
          </w:p>
        </w:tc>
        <w:tc>
          <w:tcPr>
            <w:tcW w:w="6623" w:type="dxa"/>
            <w:tcBorders>
              <w:top w:val="single" w:sz="6" w:space="0" w:color="000000"/>
              <w:left w:val="single" w:sz="6" w:space="0" w:color="000000"/>
              <w:bottom w:val="single" w:sz="6" w:space="0" w:color="000000"/>
              <w:right w:val="single" w:sz="6" w:space="0" w:color="000000"/>
            </w:tcBorders>
            <w:vAlign w:val="center"/>
          </w:tcPr>
          <w:p w14:paraId="2EF45A36" w14:textId="77777777" w:rsidR="00C2732D" w:rsidRDefault="001A0FBE">
            <w:pPr>
              <w:spacing w:after="0"/>
            </w:pPr>
            <w:r>
              <w:rPr>
                <w:sz w:val="14"/>
              </w:rPr>
              <w:t>$ ______________________________</w:t>
            </w:r>
          </w:p>
        </w:tc>
      </w:tr>
      <w:tr w:rsidR="00C2732D" w14:paraId="64CEEDEF" w14:textId="77777777">
        <w:trPr>
          <w:jc w:val="center"/>
        </w:trPr>
        <w:tc>
          <w:tcPr>
            <w:tcW w:w="2088" w:type="dxa"/>
            <w:tcBorders>
              <w:top w:val="single" w:sz="6" w:space="0" w:color="000000"/>
              <w:left w:val="single" w:sz="6" w:space="0" w:color="000000"/>
              <w:bottom w:val="single" w:sz="6" w:space="0" w:color="000000"/>
              <w:right w:val="single" w:sz="6" w:space="0" w:color="000000"/>
            </w:tcBorders>
            <w:vAlign w:val="center"/>
          </w:tcPr>
          <w:p w14:paraId="748536F0" w14:textId="77777777" w:rsidR="00C2732D" w:rsidRDefault="00C2732D">
            <w:pPr>
              <w:spacing w:after="0"/>
              <w:jc w:val="center"/>
            </w:pPr>
          </w:p>
        </w:tc>
        <w:tc>
          <w:tcPr>
            <w:tcW w:w="3888" w:type="dxa"/>
            <w:tcBorders>
              <w:top w:val="single" w:sz="6" w:space="0" w:color="000000"/>
              <w:left w:val="single" w:sz="6" w:space="0" w:color="000000"/>
              <w:bottom w:val="single" w:sz="6" w:space="0" w:color="000000"/>
              <w:right w:val="single" w:sz="6" w:space="0" w:color="000000"/>
            </w:tcBorders>
            <w:vAlign w:val="center"/>
          </w:tcPr>
          <w:p w14:paraId="35997CD0" w14:textId="77777777" w:rsidR="00C2732D" w:rsidRDefault="001A0FBE">
            <w:pPr>
              <w:spacing w:after="0"/>
              <w:jc w:val="center"/>
            </w:pPr>
            <w:r>
              <w:rPr>
                <w:sz w:val="14"/>
              </w:rPr>
              <w:t>Entre uno (1) y cinco (5) años</w:t>
            </w:r>
          </w:p>
        </w:tc>
        <w:tc>
          <w:tcPr>
            <w:tcW w:w="1800" w:type="dxa"/>
            <w:tcBorders>
              <w:top w:val="single" w:sz="6" w:space="0" w:color="000000"/>
              <w:left w:val="single" w:sz="6" w:space="0" w:color="000000"/>
              <w:bottom w:val="single" w:sz="6" w:space="0" w:color="000000"/>
              <w:right w:val="single" w:sz="6" w:space="0" w:color="000000"/>
            </w:tcBorders>
            <w:vAlign w:val="center"/>
          </w:tcPr>
          <w:p w14:paraId="5C56197E" w14:textId="77777777" w:rsidR="00C2732D" w:rsidRDefault="001A0FBE">
            <w:pPr>
              <w:spacing w:after="0"/>
              <w:jc w:val="center"/>
            </w:pPr>
            <w:r>
              <w:rPr>
                <w:sz w:val="14"/>
              </w:rPr>
              <w:t>AÑO ______</w:t>
            </w:r>
          </w:p>
        </w:tc>
        <w:tc>
          <w:tcPr>
            <w:tcW w:w="6623" w:type="dxa"/>
            <w:tcBorders>
              <w:top w:val="single" w:sz="6" w:space="0" w:color="000000"/>
              <w:left w:val="single" w:sz="6" w:space="0" w:color="000000"/>
              <w:bottom w:val="single" w:sz="6" w:space="0" w:color="000000"/>
              <w:right w:val="single" w:sz="6" w:space="0" w:color="000000"/>
            </w:tcBorders>
            <w:vAlign w:val="center"/>
          </w:tcPr>
          <w:p w14:paraId="6E1CE01F" w14:textId="77777777" w:rsidR="00C2732D" w:rsidRDefault="001A0FBE">
            <w:pPr>
              <w:spacing w:after="0"/>
            </w:pPr>
            <w:r>
              <w:rPr>
                <w:sz w:val="14"/>
              </w:rPr>
              <w:t>$ ______________________________</w:t>
            </w:r>
          </w:p>
        </w:tc>
      </w:tr>
      <w:tr w:rsidR="00C2732D" w14:paraId="601F0ECA" w14:textId="77777777">
        <w:trPr>
          <w:jc w:val="center"/>
        </w:trPr>
        <w:tc>
          <w:tcPr>
            <w:tcW w:w="2088" w:type="dxa"/>
            <w:tcBorders>
              <w:top w:val="single" w:sz="6" w:space="0" w:color="000000"/>
              <w:left w:val="single" w:sz="6" w:space="0" w:color="000000"/>
              <w:bottom w:val="single" w:sz="6" w:space="0" w:color="000000"/>
              <w:right w:val="single" w:sz="6" w:space="0" w:color="000000"/>
            </w:tcBorders>
            <w:vAlign w:val="center"/>
          </w:tcPr>
          <w:p w14:paraId="718AE095" w14:textId="77777777" w:rsidR="00C2732D" w:rsidRDefault="00C2732D">
            <w:pPr>
              <w:spacing w:after="0"/>
              <w:jc w:val="center"/>
            </w:pPr>
          </w:p>
        </w:tc>
        <w:tc>
          <w:tcPr>
            <w:tcW w:w="3888" w:type="dxa"/>
            <w:tcBorders>
              <w:top w:val="single" w:sz="6" w:space="0" w:color="000000"/>
              <w:left w:val="single" w:sz="6" w:space="0" w:color="000000"/>
              <w:bottom w:val="single" w:sz="6" w:space="0" w:color="000000"/>
              <w:right w:val="single" w:sz="6" w:space="0" w:color="000000"/>
            </w:tcBorders>
            <w:vAlign w:val="center"/>
          </w:tcPr>
          <w:p w14:paraId="77D6B082" w14:textId="77777777" w:rsidR="00C2732D" w:rsidRDefault="001A0FBE">
            <w:pPr>
              <w:spacing w:after="0"/>
              <w:jc w:val="center"/>
            </w:pPr>
            <w:r>
              <w:rPr>
                <w:sz w:val="14"/>
              </w:rPr>
              <w:t>Menos de un (1) año</w:t>
            </w:r>
          </w:p>
        </w:tc>
        <w:tc>
          <w:tcPr>
            <w:tcW w:w="1800" w:type="dxa"/>
            <w:tcBorders>
              <w:top w:val="single" w:sz="6" w:space="0" w:color="000000"/>
              <w:left w:val="single" w:sz="6" w:space="0" w:color="000000"/>
              <w:bottom w:val="single" w:sz="6" w:space="0" w:color="000000"/>
              <w:right w:val="single" w:sz="6" w:space="0" w:color="000000"/>
            </w:tcBorders>
            <w:vAlign w:val="center"/>
          </w:tcPr>
          <w:p w14:paraId="023E5927" w14:textId="77777777" w:rsidR="00C2732D" w:rsidRDefault="001A0FBE">
            <w:pPr>
              <w:spacing w:after="0"/>
              <w:jc w:val="center"/>
            </w:pPr>
            <w:r>
              <w:rPr>
                <w:sz w:val="14"/>
              </w:rPr>
              <w:t>N.A.</w:t>
            </w:r>
          </w:p>
        </w:tc>
        <w:tc>
          <w:tcPr>
            <w:tcW w:w="6623" w:type="dxa"/>
            <w:tcBorders>
              <w:top w:val="single" w:sz="6" w:space="0" w:color="000000"/>
              <w:left w:val="single" w:sz="6" w:space="0" w:color="000000"/>
              <w:bottom w:val="single" w:sz="6" w:space="0" w:color="000000"/>
              <w:right w:val="single" w:sz="6" w:space="0" w:color="000000"/>
            </w:tcBorders>
            <w:vAlign w:val="center"/>
          </w:tcPr>
          <w:p w14:paraId="2CEECC44" w14:textId="77777777" w:rsidR="00C2732D" w:rsidRDefault="001A0FBE">
            <w:pPr>
              <w:spacing w:after="0"/>
            </w:pPr>
            <w:r>
              <w:rPr>
                <w:sz w:val="14"/>
              </w:rPr>
              <w:t>USD 125.000 liquidados en pesos colombianos, conforme a la tasa de cambio aplicable para el cálculo del Kr.</w:t>
            </w:r>
          </w:p>
        </w:tc>
      </w:tr>
    </w:tbl>
    <w:p w14:paraId="2287542B" w14:textId="77777777" w:rsidR="00C2732D" w:rsidRDefault="001A0FBE">
      <w:pPr>
        <w:spacing w:after="80"/>
        <w:jc w:val="both"/>
      </w:pPr>
      <w:r>
        <w:rPr>
          <w:b/>
          <w:sz w:val="16"/>
        </w:rPr>
        <w:t>NOTA: Si los ingresos operacionales del oferente con uno (1) o más años de información financiera son inferiores a USD 125.000, la Capacidad de Organización (CO) del oferente será equivalente a USD 125.000, liquidados en pesos conforme a la regla aplicable para el cálculo del Kr.</w:t>
      </w:r>
    </w:p>
    <w:p w14:paraId="3CB4C7F8" w14:textId="77777777" w:rsidR="00C2732D" w:rsidRDefault="001A0FBE">
      <w:pPr>
        <w:spacing w:after="160"/>
      </w:pPr>
      <w:r>
        <w:rPr>
          <w:sz w:val="16"/>
        </w:rPr>
        <w:t>En constancia de lo anterior, firmo este documento a los ______ días del mes de __________________ de 2026.</w:t>
      </w:r>
    </w:p>
    <w:tbl>
      <w:tblPr>
        <w:tblW w:w="0" w:type="auto"/>
        <w:jc w:val="center"/>
        <w:tblLayout w:type="fixed"/>
        <w:tblLook w:val="04A0" w:firstRow="1" w:lastRow="0" w:firstColumn="1" w:lastColumn="0" w:noHBand="0" w:noVBand="1"/>
      </w:tblPr>
      <w:tblGrid>
        <w:gridCol w:w="7200"/>
        <w:gridCol w:w="7200"/>
      </w:tblGrid>
      <w:tr w:rsidR="00C2732D" w14:paraId="043C24B5" w14:textId="77777777">
        <w:trPr>
          <w:jc w:val="center"/>
        </w:trPr>
        <w:tc>
          <w:tcPr>
            <w:tcW w:w="7200" w:type="dxa"/>
            <w:tcBorders>
              <w:top w:val="single" w:sz="0" w:space="0" w:color="FFFFFF"/>
              <w:left w:val="single" w:sz="0" w:space="0" w:color="FFFFFF"/>
              <w:bottom w:val="single" w:sz="0" w:space="0" w:color="FFFFFF"/>
              <w:right w:val="single" w:sz="0" w:space="0" w:color="FFFFFF"/>
            </w:tcBorders>
            <w:vAlign w:val="center"/>
          </w:tcPr>
          <w:p w14:paraId="7E684078" w14:textId="77777777" w:rsidR="00C2732D" w:rsidRDefault="001A0FBE">
            <w:pPr>
              <w:spacing w:after="0"/>
              <w:jc w:val="center"/>
            </w:pPr>
            <w:r>
              <w:t>________________________________________</w:t>
            </w:r>
          </w:p>
        </w:tc>
        <w:tc>
          <w:tcPr>
            <w:tcW w:w="7200" w:type="dxa"/>
            <w:tcBorders>
              <w:top w:val="single" w:sz="0" w:space="0" w:color="FFFFFF"/>
              <w:left w:val="single" w:sz="0" w:space="0" w:color="FFFFFF"/>
              <w:bottom w:val="single" w:sz="0" w:space="0" w:color="FFFFFF"/>
              <w:right w:val="single" w:sz="0" w:space="0" w:color="FFFFFF"/>
            </w:tcBorders>
            <w:vAlign w:val="center"/>
          </w:tcPr>
          <w:p w14:paraId="007E3176" w14:textId="77777777" w:rsidR="00C2732D" w:rsidRDefault="001A0FBE">
            <w:pPr>
              <w:spacing w:after="0"/>
              <w:jc w:val="center"/>
            </w:pPr>
            <w:r>
              <w:t>________________________________________</w:t>
            </w:r>
          </w:p>
        </w:tc>
      </w:tr>
      <w:tr w:rsidR="00C2732D" w14:paraId="434379B0" w14:textId="77777777">
        <w:trPr>
          <w:jc w:val="center"/>
        </w:trPr>
        <w:tc>
          <w:tcPr>
            <w:tcW w:w="7200" w:type="dxa"/>
            <w:tcBorders>
              <w:top w:val="single" w:sz="0" w:space="0" w:color="FFFFFF"/>
              <w:left w:val="single" w:sz="0" w:space="0" w:color="FFFFFF"/>
              <w:bottom w:val="single" w:sz="0" w:space="0" w:color="FFFFFF"/>
              <w:right w:val="single" w:sz="0" w:space="0" w:color="FFFFFF"/>
            </w:tcBorders>
            <w:vAlign w:val="center"/>
          </w:tcPr>
          <w:p w14:paraId="1258E702" w14:textId="77777777" w:rsidR="00C2732D" w:rsidRDefault="001A0FBE">
            <w:pPr>
              <w:spacing w:after="0"/>
              <w:jc w:val="center"/>
            </w:pPr>
            <w:r>
              <w:rPr>
                <w:b/>
                <w:sz w:val="16"/>
              </w:rPr>
              <w:t>FIRMA REPRESENTANTE LEGAL</w:t>
            </w:r>
          </w:p>
        </w:tc>
        <w:tc>
          <w:tcPr>
            <w:tcW w:w="7200" w:type="dxa"/>
            <w:tcBorders>
              <w:top w:val="single" w:sz="0" w:space="0" w:color="FFFFFF"/>
              <w:left w:val="single" w:sz="0" w:space="0" w:color="FFFFFF"/>
              <w:bottom w:val="single" w:sz="0" w:space="0" w:color="FFFFFF"/>
              <w:right w:val="single" w:sz="0" w:space="0" w:color="FFFFFF"/>
            </w:tcBorders>
            <w:vAlign w:val="center"/>
          </w:tcPr>
          <w:p w14:paraId="77A2FFFD" w14:textId="77777777" w:rsidR="00C2732D" w:rsidRDefault="001A0FBE">
            <w:pPr>
              <w:spacing w:after="0"/>
              <w:jc w:val="center"/>
            </w:pPr>
            <w:r>
              <w:rPr>
                <w:b/>
                <w:sz w:val="16"/>
              </w:rPr>
              <w:t>FIRMA CONTADOR PÚBLICO O REVISOR FISCAL (CUANDO APLIQUE)</w:t>
            </w:r>
          </w:p>
        </w:tc>
      </w:tr>
      <w:tr w:rsidR="00C2732D" w14:paraId="2A7470F7" w14:textId="77777777">
        <w:trPr>
          <w:jc w:val="center"/>
        </w:trPr>
        <w:tc>
          <w:tcPr>
            <w:tcW w:w="7200" w:type="dxa"/>
            <w:tcBorders>
              <w:top w:val="single" w:sz="0" w:space="0" w:color="FFFFFF"/>
              <w:left w:val="single" w:sz="0" w:space="0" w:color="FFFFFF"/>
              <w:bottom w:val="single" w:sz="0" w:space="0" w:color="FFFFFF"/>
              <w:right w:val="single" w:sz="0" w:space="0" w:color="FFFFFF"/>
            </w:tcBorders>
            <w:vAlign w:val="center"/>
          </w:tcPr>
          <w:p w14:paraId="0EA02CD5" w14:textId="77777777" w:rsidR="00C2732D" w:rsidRDefault="001A0FBE">
            <w:pPr>
              <w:spacing w:after="0"/>
              <w:jc w:val="center"/>
            </w:pPr>
            <w:r>
              <w:rPr>
                <w:sz w:val="16"/>
              </w:rPr>
              <w:t>Nombre: ________________________________    Identificación: ________________________________</w:t>
            </w:r>
          </w:p>
        </w:tc>
        <w:tc>
          <w:tcPr>
            <w:tcW w:w="7200" w:type="dxa"/>
            <w:tcBorders>
              <w:top w:val="single" w:sz="0" w:space="0" w:color="FFFFFF"/>
              <w:left w:val="single" w:sz="0" w:space="0" w:color="FFFFFF"/>
              <w:bottom w:val="single" w:sz="0" w:space="0" w:color="FFFFFF"/>
              <w:right w:val="single" w:sz="0" w:space="0" w:color="FFFFFF"/>
            </w:tcBorders>
            <w:vAlign w:val="center"/>
          </w:tcPr>
          <w:p w14:paraId="31E49D54" w14:textId="77777777" w:rsidR="00C2732D" w:rsidRDefault="001A0FBE">
            <w:pPr>
              <w:spacing w:after="0"/>
              <w:jc w:val="center"/>
            </w:pPr>
            <w:r>
              <w:rPr>
                <w:sz w:val="16"/>
              </w:rPr>
              <w:t>Nombre: ________________________________    Identificación: ________________________________</w:t>
            </w:r>
          </w:p>
        </w:tc>
      </w:tr>
    </w:tbl>
    <w:p w14:paraId="501E7837" w14:textId="77777777" w:rsidR="00C2732D" w:rsidRDefault="001A0FBE">
      <w:pPr>
        <w:spacing w:after="0"/>
        <w:jc w:val="both"/>
      </w:pPr>
      <w:r>
        <w:rPr>
          <w:sz w:val="14"/>
        </w:rPr>
        <w:t>Nota 1: Para oferentes plurales, los representantes legales de cada uno de los miembros deberán suscribir el presente documento cuando la información corresponda al respectivo integrante.</w:t>
      </w:r>
    </w:p>
    <w:p w14:paraId="3BF6B092" w14:textId="77777777" w:rsidR="00C2732D" w:rsidRDefault="001A0FBE">
      <w:pPr>
        <w:spacing w:after="0"/>
        <w:jc w:val="both"/>
      </w:pPr>
      <w:r>
        <w:rPr>
          <w:sz w:val="14"/>
        </w:rPr>
        <w:t>Nota 2: El presente anexo debe presentarse debidamente diligenciado y firmado. La información suministrada podrá ser verificada por el Municipio de Angelópolis dentro del proceso de selección.</w:t>
      </w:r>
    </w:p>
    <w:sectPr w:rsidR="00C2732D" w:rsidSect="00034616">
      <w:headerReference w:type="default" r:id="rId16"/>
      <w:footerReference w:type="default" r:id="rId17"/>
      <w:pgSz w:w="15840" w:h="12240" w:orient="landscape"/>
      <w:pgMar w:top="648" w:right="648" w:bottom="648" w:left="648"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6E8F8" w14:textId="77777777" w:rsidR="009048D2" w:rsidRDefault="009048D2">
      <w:pPr>
        <w:spacing w:after="0" w:line="240" w:lineRule="auto"/>
      </w:pPr>
      <w:r>
        <w:separator/>
      </w:r>
    </w:p>
  </w:endnote>
  <w:endnote w:type="continuationSeparator" w:id="0">
    <w:p w14:paraId="193528F1" w14:textId="77777777" w:rsidR="009048D2" w:rsidRDefault="00904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13EE6" w14:textId="77777777" w:rsidR="00C2732D" w:rsidRDefault="001A0FBE">
    <w:pPr>
      <w:pStyle w:val="Piedepgina"/>
      <w:jc w:val="center"/>
    </w:pPr>
    <w:r>
      <w:rPr>
        <w:sz w:val="16"/>
      </w:rPr>
      <w:t xml:space="preserve">Municipio de </w:t>
    </w:r>
    <w:proofErr w:type="spellStart"/>
    <w:r>
      <w:rPr>
        <w:sz w:val="16"/>
      </w:rPr>
      <w:t>Angelópolis</w:t>
    </w:r>
    <w:proofErr w:type="spellEnd"/>
    <w:r>
      <w:rPr>
        <w:sz w:val="16"/>
      </w:rPr>
      <w:t xml:space="preserve"> (Antioquia) - </w:t>
    </w:r>
    <w:proofErr w:type="spellStart"/>
    <w:r>
      <w:rPr>
        <w:sz w:val="16"/>
      </w:rPr>
      <w:t>Secretaría</w:t>
    </w:r>
    <w:proofErr w:type="spellEnd"/>
    <w:r>
      <w:rPr>
        <w:sz w:val="16"/>
      </w:rPr>
      <w:t xml:space="preserve"> de </w:t>
    </w:r>
    <w:proofErr w:type="spellStart"/>
    <w:r>
      <w:rPr>
        <w:sz w:val="16"/>
      </w:rPr>
      <w:t>Planeación</w:t>
    </w:r>
    <w:proofErr w:type="spellEnd"/>
    <w:r>
      <w:rPr>
        <w:sz w:val="16"/>
      </w:rPr>
      <w:t xml:space="preserve"> y Desarrollo Territorial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5FDB3" w14:textId="77777777" w:rsidR="00C2732D" w:rsidRDefault="001A0FBE">
    <w:pPr>
      <w:pStyle w:val="Piedepgina"/>
      <w:jc w:val="center"/>
    </w:pPr>
    <w:r>
      <w:rPr>
        <w:sz w:val="16"/>
      </w:rPr>
      <w:t xml:space="preserve">Municipio de </w:t>
    </w:r>
    <w:proofErr w:type="spellStart"/>
    <w:r>
      <w:rPr>
        <w:sz w:val="16"/>
      </w:rPr>
      <w:t>Angelópolis</w:t>
    </w:r>
    <w:proofErr w:type="spellEnd"/>
    <w:r>
      <w:rPr>
        <w:sz w:val="16"/>
      </w:rPr>
      <w:t xml:space="preserve"> (Antioquia) - </w:t>
    </w:r>
    <w:proofErr w:type="spellStart"/>
    <w:r>
      <w:rPr>
        <w:sz w:val="16"/>
      </w:rPr>
      <w:t>Secretaría</w:t>
    </w:r>
    <w:proofErr w:type="spellEnd"/>
    <w:r>
      <w:rPr>
        <w:sz w:val="16"/>
      </w:rPr>
      <w:t xml:space="preserve"> de </w:t>
    </w:r>
    <w:proofErr w:type="spellStart"/>
    <w:r>
      <w:rPr>
        <w:sz w:val="16"/>
      </w:rPr>
      <w:t>Planeación</w:t>
    </w:r>
    <w:proofErr w:type="spellEnd"/>
    <w:r>
      <w:rPr>
        <w:sz w:val="16"/>
      </w:rPr>
      <w:t xml:space="preserve"> y Desarrollo Territorial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BA549" w14:textId="77777777" w:rsidR="00C2732D" w:rsidRDefault="001A0FBE">
    <w:pPr>
      <w:pStyle w:val="Piedepgina"/>
      <w:jc w:val="center"/>
    </w:pPr>
    <w:r>
      <w:rPr>
        <w:sz w:val="16"/>
      </w:rPr>
      <w:t xml:space="preserve">Municipio de </w:t>
    </w:r>
    <w:proofErr w:type="spellStart"/>
    <w:r>
      <w:rPr>
        <w:sz w:val="16"/>
      </w:rPr>
      <w:t>Angelópolis</w:t>
    </w:r>
    <w:proofErr w:type="spellEnd"/>
    <w:r>
      <w:rPr>
        <w:sz w:val="16"/>
      </w:rPr>
      <w:t xml:space="preserve"> (Antioquia) - </w:t>
    </w:r>
    <w:proofErr w:type="spellStart"/>
    <w:r>
      <w:rPr>
        <w:sz w:val="16"/>
      </w:rPr>
      <w:t>Secretaría</w:t>
    </w:r>
    <w:proofErr w:type="spellEnd"/>
    <w:r>
      <w:rPr>
        <w:sz w:val="16"/>
      </w:rPr>
      <w:t xml:space="preserve"> de </w:t>
    </w:r>
    <w:proofErr w:type="spellStart"/>
    <w:r>
      <w:rPr>
        <w:sz w:val="16"/>
      </w:rPr>
      <w:t>Planeación</w:t>
    </w:r>
    <w:proofErr w:type="spellEnd"/>
    <w:r>
      <w:rPr>
        <w:sz w:val="16"/>
      </w:rPr>
      <w:t xml:space="preserve"> y Desarrollo Territorial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30631" w14:textId="77777777" w:rsidR="00C2732D" w:rsidRDefault="001A0FBE">
    <w:pPr>
      <w:pStyle w:val="Piedepgina"/>
      <w:jc w:val="center"/>
    </w:pPr>
    <w:r>
      <w:rPr>
        <w:sz w:val="16"/>
      </w:rPr>
      <w:t xml:space="preserve">Municipio de </w:t>
    </w:r>
    <w:proofErr w:type="spellStart"/>
    <w:r>
      <w:rPr>
        <w:sz w:val="16"/>
      </w:rPr>
      <w:t>Angelópolis</w:t>
    </w:r>
    <w:proofErr w:type="spellEnd"/>
    <w:r>
      <w:rPr>
        <w:sz w:val="16"/>
      </w:rPr>
      <w:t xml:space="preserve"> (Antioquia) - </w:t>
    </w:r>
    <w:proofErr w:type="spellStart"/>
    <w:r>
      <w:rPr>
        <w:sz w:val="16"/>
      </w:rPr>
      <w:t>Secretaría</w:t>
    </w:r>
    <w:proofErr w:type="spellEnd"/>
    <w:r>
      <w:rPr>
        <w:sz w:val="16"/>
      </w:rPr>
      <w:t xml:space="preserve"> de </w:t>
    </w:r>
    <w:proofErr w:type="spellStart"/>
    <w:r>
      <w:rPr>
        <w:sz w:val="16"/>
      </w:rPr>
      <w:t>Planeación</w:t>
    </w:r>
    <w:proofErr w:type="spellEnd"/>
    <w:r>
      <w:rPr>
        <w:sz w:val="16"/>
      </w:rPr>
      <w:t xml:space="preserve"> y Desarrollo Territorial</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353B4" w14:textId="23E78EA1" w:rsidR="00C2732D" w:rsidRDefault="00C2732D">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7A43E" w14:textId="77777777" w:rsidR="009048D2" w:rsidRDefault="009048D2">
      <w:pPr>
        <w:spacing w:after="0" w:line="240" w:lineRule="auto"/>
      </w:pPr>
      <w:r>
        <w:separator/>
      </w:r>
    </w:p>
  </w:footnote>
  <w:footnote w:type="continuationSeparator" w:id="0">
    <w:p w14:paraId="29EEC411" w14:textId="77777777" w:rsidR="009048D2" w:rsidRDefault="00904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B8165" w14:textId="77777777" w:rsidR="00C2732D" w:rsidRDefault="00C2732D">
    <w:pPr>
      <w:pStyle w:val="Encabezado"/>
    </w:pPr>
  </w:p>
  <w:tbl>
    <w:tblPr>
      <w:tblW w:w="0" w:type="auto"/>
      <w:tblLayout w:type="fixed"/>
      <w:tblLook w:val="04A0" w:firstRow="1" w:lastRow="0" w:firstColumn="1" w:lastColumn="0" w:noHBand="0" w:noVBand="1"/>
    </w:tblPr>
    <w:tblGrid>
      <w:gridCol w:w="3168"/>
      <w:gridCol w:w="8208"/>
      <w:gridCol w:w="3168"/>
    </w:tblGrid>
    <w:tr w:rsidR="00C2732D" w14:paraId="4A710501" w14:textId="77777777">
      <w:tc>
        <w:tcPr>
          <w:tcW w:w="3168" w:type="dxa"/>
          <w:tcBorders>
            <w:top w:val="single" w:sz="0" w:space="0" w:color="FFFFFF"/>
            <w:left w:val="single" w:sz="0" w:space="0" w:color="FFFFFF"/>
            <w:bottom w:val="single" w:sz="0" w:space="0" w:color="FFFFFF"/>
            <w:right w:val="single" w:sz="0" w:space="0" w:color="FFFFFF"/>
          </w:tcBorders>
          <w:vAlign w:val="center"/>
        </w:tcPr>
        <w:p w14:paraId="473FFCE5" w14:textId="77777777" w:rsidR="00C2732D" w:rsidRDefault="001A0FBE">
          <w:pPr>
            <w:spacing w:after="0"/>
          </w:pPr>
          <w:r>
            <w:rPr>
              <w:b/>
              <w:sz w:val="16"/>
            </w:rPr>
            <w:t>ALCALDÍA DE ANGELÓPOLIS</w:t>
          </w:r>
        </w:p>
      </w:tc>
      <w:tc>
        <w:tcPr>
          <w:tcW w:w="8208" w:type="dxa"/>
          <w:tcBorders>
            <w:top w:val="single" w:sz="0" w:space="0" w:color="FFFFFF"/>
            <w:left w:val="single" w:sz="0" w:space="0" w:color="FFFFFF"/>
            <w:bottom w:val="single" w:sz="0" w:space="0" w:color="FFFFFF"/>
            <w:right w:val="single" w:sz="0" w:space="0" w:color="FFFFFF"/>
          </w:tcBorders>
          <w:vAlign w:val="center"/>
        </w:tcPr>
        <w:p w14:paraId="7CD5CB1C" w14:textId="64B75BD2" w:rsidR="00C2732D" w:rsidRDefault="001A0FBE">
          <w:pPr>
            <w:spacing w:after="0"/>
            <w:jc w:val="center"/>
          </w:pPr>
          <w:r>
            <w:rPr>
              <w:b/>
            </w:rPr>
            <w:t>ANEXO - FORMATOS CAPACIDAD RESIDUAL DE CONTRATACIÓN</w:t>
          </w:r>
        </w:p>
      </w:tc>
      <w:tc>
        <w:tcPr>
          <w:tcW w:w="3168" w:type="dxa"/>
          <w:tcBorders>
            <w:top w:val="single" w:sz="0" w:space="0" w:color="FFFFFF"/>
            <w:left w:val="single" w:sz="0" w:space="0" w:color="FFFFFF"/>
            <w:bottom w:val="single" w:sz="0" w:space="0" w:color="FFFFFF"/>
            <w:right w:val="single" w:sz="0" w:space="0" w:color="FFFFFF"/>
          </w:tcBorders>
          <w:vAlign w:val="center"/>
        </w:tcPr>
        <w:p w14:paraId="30DDDCEC" w14:textId="77777777" w:rsidR="00C2732D" w:rsidRDefault="001A0FBE">
          <w:pPr>
            <w:spacing w:after="0"/>
            <w:jc w:val="right"/>
          </w:pPr>
          <w:proofErr w:type="spellStart"/>
          <w:r>
            <w:rPr>
              <w:b/>
              <w:sz w:val="16"/>
            </w:rPr>
            <w:t>Proceso</w:t>
          </w:r>
          <w:proofErr w:type="spellEnd"/>
          <w:r>
            <w:rPr>
              <w:b/>
              <w:sz w:val="16"/>
            </w:rPr>
            <w:t xml:space="preserve"> SAMC-002-2026</w: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E201A" w14:textId="77777777" w:rsidR="00C2732D" w:rsidRDefault="00C2732D">
    <w:pPr>
      <w:pStyle w:val="Encabezado"/>
    </w:pPr>
  </w:p>
  <w:tbl>
    <w:tblPr>
      <w:tblW w:w="0" w:type="auto"/>
      <w:tblLayout w:type="fixed"/>
      <w:tblLook w:val="04A0" w:firstRow="1" w:lastRow="0" w:firstColumn="1" w:lastColumn="0" w:noHBand="0" w:noVBand="1"/>
    </w:tblPr>
    <w:tblGrid>
      <w:gridCol w:w="3168"/>
      <w:gridCol w:w="8208"/>
      <w:gridCol w:w="3168"/>
    </w:tblGrid>
    <w:tr w:rsidR="00C2732D" w14:paraId="5B4A08A2" w14:textId="77777777">
      <w:tc>
        <w:tcPr>
          <w:tcW w:w="3168" w:type="dxa"/>
          <w:tcBorders>
            <w:top w:val="single" w:sz="0" w:space="0" w:color="FFFFFF"/>
            <w:left w:val="single" w:sz="0" w:space="0" w:color="FFFFFF"/>
            <w:bottom w:val="single" w:sz="0" w:space="0" w:color="FFFFFF"/>
            <w:right w:val="single" w:sz="0" w:space="0" w:color="FFFFFF"/>
          </w:tcBorders>
          <w:vAlign w:val="center"/>
        </w:tcPr>
        <w:p w14:paraId="6A728007" w14:textId="77777777" w:rsidR="00C2732D" w:rsidRDefault="001A0FBE">
          <w:pPr>
            <w:spacing w:after="0"/>
          </w:pPr>
          <w:r>
            <w:rPr>
              <w:b/>
              <w:sz w:val="16"/>
            </w:rPr>
            <w:t>ALCALDÍA DE ANGELÓPOLIS</w:t>
          </w:r>
        </w:p>
      </w:tc>
      <w:tc>
        <w:tcPr>
          <w:tcW w:w="8208" w:type="dxa"/>
          <w:tcBorders>
            <w:top w:val="single" w:sz="0" w:space="0" w:color="FFFFFF"/>
            <w:left w:val="single" w:sz="0" w:space="0" w:color="FFFFFF"/>
            <w:bottom w:val="single" w:sz="0" w:space="0" w:color="FFFFFF"/>
            <w:right w:val="single" w:sz="0" w:space="0" w:color="FFFFFF"/>
          </w:tcBorders>
          <w:vAlign w:val="center"/>
        </w:tcPr>
        <w:p w14:paraId="45A66CAD" w14:textId="2BE11322" w:rsidR="00C2732D" w:rsidRDefault="001A0FBE">
          <w:pPr>
            <w:spacing w:after="0"/>
            <w:jc w:val="center"/>
          </w:pPr>
          <w:proofErr w:type="gramStart"/>
          <w:r>
            <w:rPr>
              <w:b/>
            </w:rPr>
            <w:t>ANEXO  -</w:t>
          </w:r>
          <w:proofErr w:type="gramEnd"/>
          <w:r>
            <w:rPr>
              <w:b/>
            </w:rPr>
            <w:t xml:space="preserve"> FORMATOS CAPACIDAD RESIDUAL DE CONTRATACIÓN</w:t>
          </w:r>
        </w:p>
      </w:tc>
      <w:tc>
        <w:tcPr>
          <w:tcW w:w="3168" w:type="dxa"/>
          <w:tcBorders>
            <w:top w:val="single" w:sz="0" w:space="0" w:color="FFFFFF"/>
            <w:left w:val="single" w:sz="0" w:space="0" w:color="FFFFFF"/>
            <w:bottom w:val="single" w:sz="0" w:space="0" w:color="FFFFFF"/>
            <w:right w:val="single" w:sz="0" w:space="0" w:color="FFFFFF"/>
          </w:tcBorders>
          <w:vAlign w:val="center"/>
        </w:tcPr>
        <w:p w14:paraId="1CA4046A" w14:textId="77777777" w:rsidR="00C2732D" w:rsidRDefault="001A0FBE">
          <w:pPr>
            <w:spacing w:after="0"/>
            <w:jc w:val="right"/>
          </w:pPr>
          <w:proofErr w:type="spellStart"/>
          <w:r>
            <w:rPr>
              <w:b/>
              <w:sz w:val="16"/>
            </w:rPr>
            <w:t>Proceso</w:t>
          </w:r>
          <w:proofErr w:type="spellEnd"/>
          <w:r>
            <w:rPr>
              <w:b/>
              <w:sz w:val="16"/>
            </w:rPr>
            <w:t xml:space="preserve"> SAMC-002-2026</w:t>
          </w: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B4CA" w14:textId="77777777" w:rsidR="00C2732D" w:rsidRDefault="00C2732D">
    <w:pPr>
      <w:pStyle w:val="Encabezado"/>
    </w:pPr>
  </w:p>
  <w:tbl>
    <w:tblPr>
      <w:tblW w:w="0" w:type="auto"/>
      <w:tblLayout w:type="fixed"/>
      <w:tblLook w:val="04A0" w:firstRow="1" w:lastRow="0" w:firstColumn="1" w:lastColumn="0" w:noHBand="0" w:noVBand="1"/>
    </w:tblPr>
    <w:tblGrid>
      <w:gridCol w:w="3168"/>
      <w:gridCol w:w="8208"/>
      <w:gridCol w:w="3168"/>
    </w:tblGrid>
    <w:tr w:rsidR="00C2732D" w14:paraId="161E636C" w14:textId="77777777">
      <w:tc>
        <w:tcPr>
          <w:tcW w:w="3168" w:type="dxa"/>
          <w:tcBorders>
            <w:top w:val="single" w:sz="0" w:space="0" w:color="FFFFFF"/>
            <w:left w:val="single" w:sz="0" w:space="0" w:color="FFFFFF"/>
            <w:bottom w:val="single" w:sz="0" w:space="0" w:color="FFFFFF"/>
            <w:right w:val="single" w:sz="0" w:space="0" w:color="FFFFFF"/>
          </w:tcBorders>
          <w:vAlign w:val="center"/>
        </w:tcPr>
        <w:p w14:paraId="6E538EFC" w14:textId="77777777" w:rsidR="00C2732D" w:rsidRDefault="001A0FBE">
          <w:pPr>
            <w:spacing w:after="0"/>
          </w:pPr>
          <w:r>
            <w:rPr>
              <w:b/>
              <w:sz w:val="16"/>
            </w:rPr>
            <w:t>ALCALDÍA DE ANGELÓPOLIS</w:t>
          </w:r>
        </w:p>
      </w:tc>
      <w:tc>
        <w:tcPr>
          <w:tcW w:w="8208" w:type="dxa"/>
          <w:tcBorders>
            <w:top w:val="single" w:sz="0" w:space="0" w:color="FFFFFF"/>
            <w:left w:val="single" w:sz="0" w:space="0" w:color="FFFFFF"/>
            <w:bottom w:val="single" w:sz="0" w:space="0" w:color="FFFFFF"/>
            <w:right w:val="single" w:sz="0" w:space="0" w:color="FFFFFF"/>
          </w:tcBorders>
          <w:vAlign w:val="center"/>
        </w:tcPr>
        <w:p w14:paraId="16A13F14" w14:textId="00BB48B6" w:rsidR="00C2732D" w:rsidRDefault="001A0FBE">
          <w:pPr>
            <w:spacing w:after="0"/>
            <w:jc w:val="center"/>
          </w:pPr>
          <w:r>
            <w:rPr>
              <w:b/>
            </w:rPr>
            <w:t>ANEXO - FORMATOS CAPACIDAD RESIDUAL DE CONTRATACIÓN</w:t>
          </w:r>
        </w:p>
      </w:tc>
      <w:tc>
        <w:tcPr>
          <w:tcW w:w="3168" w:type="dxa"/>
          <w:tcBorders>
            <w:top w:val="single" w:sz="0" w:space="0" w:color="FFFFFF"/>
            <w:left w:val="single" w:sz="0" w:space="0" w:color="FFFFFF"/>
            <w:bottom w:val="single" w:sz="0" w:space="0" w:color="FFFFFF"/>
            <w:right w:val="single" w:sz="0" w:space="0" w:color="FFFFFF"/>
          </w:tcBorders>
          <w:vAlign w:val="center"/>
        </w:tcPr>
        <w:p w14:paraId="42FD9A89" w14:textId="77777777" w:rsidR="00C2732D" w:rsidRDefault="001A0FBE">
          <w:pPr>
            <w:spacing w:after="0"/>
            <w:jc w:val="right"/>
          </w:pPr>
          <w:proofErr w:type="spellStart"/>
          <w:r>
            <w:rPr>
              <w:b/>
              <w:sz w:val="16"/>
            </w:rPr>
            <w:t>Proceso</w:t>
          </w:r>
          <w:proofErr w:type="spellEnd"/>
          <w:r>
            <w:rPr>
              <w:b/>
              <w:sz w:val="16"/>
            </w:rPr>
            <w:t xml:space="preserve"> SAMC-002-2026</w:t>
          </w: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BD7EA" w14:textId="77777777" w:rsidR="00C2732D" w:rsidRDefault="00C2732D">
    <w:pPr>
      <w:pStyle w:val="Encabezado"/>
    </w:pPr>
  </w:p>
  <w:tbl>
    <w:tblPr>
      <w:tblW w:w="0" w:type="auto"/>
      <w:tblLayout w:type="fixed"/>
      <w:tblLook w:val="04A0" w:firstRow="1" w:lastRow="0" w:firstColumn="1" w:lastColumn="0" w:noHBand="0" w:noVBand="1"/>
    </w:tblPr>
    <w:tblGrid>
      <w:gridCol w:w="3168"/>
      <w:gridCol w:w="8208"/>
      <w:gridCol w:w="3168"/>
    </w:tblGrid>
    <w:tr w:rsidR="00C2732D" w14:paraId="777660DF" w14:textId="77777777">
      <w:tc>
        <w:tcPr>
          <w:tcW w:w="3168" w:type="dxa"/>
          <w:tcBorders>
            <w:top w:val="single" w:sz="0" w:space="0" w:color="FFFFFF"/>
            <w:left w:val="single" w:sz="0" w:space="0" w:color="FFFFFF"/>
            <w:bottom w:val="single" w:sz="0" w:space="0" w:color="FFFFFF"/>
            <w:right w:val="single" w:sz="0" w:space="0" w:color="FFFFFF"/>
          </w:tcBorders>
          <w:vAlign w:val="center"/>
        </w:tcPr>
        <w:p w14:paraId="392711B0" w14:textId="77777777" w:rsidR="00C2732D" w:rsidRDefault="001A0FBE">
          <w:pPr>
            <w:spacing w:after="0"/>
          </w:pPr>
          <w:r>
            <w:rPr>
              <w:b/>
              <w:sz w:val="16"/>
            </w:rPr>
            <w:t>ALCALDÍA DE ANGELÓPOLIS</w:t>
          </w:r>
        </w:p>
      </w:tc>
      <w:tc>
        <w:tcPr>
          <w:tcW w:w="8208" w:type="dxa"/>
          <w:tcBorders>
            <w:top w:val="single" w:sz="0" w:space="0" w:color="FFFFFF"/>
            <w:left w:val="single" w:sz="0" w:space="0" w:color="FFFFFF"/>
            <w:bottom w:val="single" w:sz="0" w:space="0" w:color="FFFFFF"/>
            <w:right w:val="single" w:sz="0" w:space="0" w:color="FFFFFF"/>
          </w:tcBorders>
          <w:vAlign w:val="center"/>
        </w:tcPr>
        <w:p w14:paraId="2ADE5312" w14:textId="073A11B1" w:rsidR="00C2732D" w:rsidRDefault="001A0FBE">
          <w:pPr>
            <w:spacing w:after="0"/>
            <w:jc w:val="center"/>
          </w:pPr>
          <w:proofErr w:type="gramStart"/>
          <w:r>
            <w:rPr>
              <w:b/>
            </w:rPr>
            <w:t>ANEXO  -</w:t>
          </w:r>
          <w:proofErr w:type="gramEnd"/>
          <w:r>
            <w:rPr>
              <w:b/>
            </w:rPr>
            <w:t xml:space="preserve"> FORMATOS CAPACIDAD RESIDUAL DE CONTRATACIÓN</w:t>
          </w:r>
        </w:p>
      </w:tc>
      <w:tc>
        <w:tcPr>
          <w:tcW w:w="3168" w:type="dxa"/>
          <w:tcBorders>
            <w:top w:val="single" w:sz="0" w:space="0" w:color="FFFFFF"/>
            <w:left w:val="single" w:sz="0" w:space="0" w:color="FFFFFF"/>
            <w:bottom w:val="single" w:sz="0" w:space="0" w:color="FFFFFF"/>
            <w:right w:val="single" w:sz="0" w:space="0" w:color="FFFFFF"/>
          </w:tcBorders>
          <w:vAlign w:val="center"/>
        </w:tcPr>
        <w:p w14:paraId="2E25B3FB" w14:textId="77777777" w:rsidR="00C2732D" w:rsidRDefault="001A0FBE">
          <w:pPr>
            <w:spacing w:after="0"/>
            <w:jc w:val="right"/>
          </w:pPr>
          <w:proofErr w:type="spellStart"/>
          <w:r>
            <w:rPr>
              <w:b/>
              <w:sz w:val="16"/>
            </w:rPr>
            <w:t>Proceso</w:t>
          </w:r>
          <w:proofErr w:type="spellEnd"/>
          <w:r>
            <w:rPr>
              <w:b/>
              <w:sz w:val="16"/>
            </w:rPr>
            <w:t xml:space="preserve"> SAMC-002-2026</w:t>
          </w:r>
        </w:p>
      </w:tc>
    </w:tr>
  </w:tbl>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4C2F4" w14:textId="77777777" w:rsidR="00C2732D" w:rsidRDefault="00C2732D">
    <w:pPr>
      <w:pStyle w:val="Encabezado"/>
    </w:pPr>
  </w:p>
  <w:tbl>
    <w:tblPr>
      <w:tblW w:w="0" w:type="auto"/>
      <w:tblLayout w:type="fixed"/>
      <w:tblLook w:val="04A0" w:firstRow="1" w:lastRow="0" w:firstColumn="1" w:lastColumn="0" w:noHBand="0" w:noVBand="1"/>
    </w:tblPr>
    <w:tblGrid>
      <w:gridCol w:w="3168"/>
      <w:gridCol w:w="8208"/>
      <w:gridCol w:w="3168"/>
    </w:tblGrid>
    <w:tr w:rsidR="00C2732D" w14:paraId="09E6A700" w14:textId="77777777">
      <w:tc>
        <w:tcPr>
          <w:tcW w:w="3168" w:type="dxa"/>
          <w:tcBorders>
            <w:top w:val="single" w:sz="0" w:space="0" w:color="FFFFFF"/>
            <w:left w:val="single" w:sz="0" w:space="0" w:color="FFFFFF"/>
            <w:bottom w:val="single" w:sz="0" w:space="0" w:color="FFFFFF"/>
            <w:right w:val="single" w:sz="0" w:space="0" w:color="FFFFFF"/>
          </w:tcBorders>
          <w:vAlign w:val="center"/>
        </w:tcPr>
        <w:p w14:paraId="2897AE29" w14:textId="77777777" w:rsidR="00C2732D" w:rsidRDefault="001A0FBE">
          <w:pPr>
            <w:spacing w:after="0"/>
          </w:pPr>
          <w:r>
            <w:rPr>
              <w:b/>
              <w:sz w:val="16"/>
            </w:rPr>
            <w:t>ALCALDÍA DE ANGELÓPOLIS</w:t>
          </w:r>
        </w:p>
      </w:tc>
      <w:tc>
        <w:tcPr>
          <w:tcW w:w="8208" w:type="dxa"/>
          <w:tcBorders>
            <w:top w:val="single" w:sz="0" w:space="0" w:color="FFFFFF"/>
            <w:left w:val="single" w:sz="0" w:space="0" w:color="FFFFFF"/>
            <w:bottom w:val="single" w:sz="0" w:space="0" w:color="FFFFFF"/>
            <w:right w:val="single" w:sz="0" w:space="0" w:color="FFFFFF"/>
          </w:tcBorders>
          <w:vAlign w:val="center"/>
        </w:tcPr>
        <w:p w14:paraId="5E01121D" w14:textId="60CB3B02" w:rsidR="00C2732D" w:rsidRDefault="001A0FBE">
          <w:pPr>
            <w:spacing w:after="0"/>
            <w:jc w:val="center"/>
          </w:pPr>
          <w:proofErr w:type="gramStart"/>
          <w:r>
            <w:rPr>
              <w:b/>
            </w:rPr>
            <w:t>ANEXO  -</w:t>
          </w:r>
          <w:proofErr w:type="gramEnd"/>
          <w:r>
            <w:rPr>
              <w:b/>
            </w:rPr>
            <w:t xml:space="preserve"> FORMATOS CAPACIDAD RESIDUAL DE CONTRATACIÓN</w:t>
          </w:r>
        </w:p>
      </w:tc>
      <w:tc>
        <w:tcPr>
          <w:tcW w:w="3168" w:type="dxa"/>
          <w:tcBorders>
            <w:top w:val="single" w:sz="0" w:space="0" w:color="FFFFFF"/>
            <w:left w:val="single" w:sz="0" w:space="0" w:color="FFFFFF"/>
            <w:bottom w:val="single" w:sz="0" w:space="0" w:color="FFFFFF"/>
            <w:right w:val="single" w:sz="0" w:space="0" w:color="FFFFFF"/>
          </w:tcBorders>
          <w:vAlign w:val="center"/>
        </w:tcPr>
        <w:p w14:paraId="6A20DDB7" w14:textId="24BC5E0C" w:rsidR="00C2732D" w:rsidRDefault="001A0FBE">
          <w:pPr>
            <w:spacing w:after="0"/>
            <w:jc w:val="right"/>
          </w:pPr>
          <w:proofErr w:type="spellStart"/>
          <w:r>
            <w:rPr>
              <w:b/>
              <w:sz w:val="16"/>
            </w:rPr>
            <w:t>Proceso</w:t>
          </w:r>
          <w:proofErr w:type="spellEnd"/>
          <w:r>
            <w:rPr>
              <w:b/>
              <w:sz w:val="16"/>
            </w:rPr>
            <w:t xml:space="preserve"> SAMC-00</w:t>
          </w:r>
          <w:r w:rsidR="009F1EBD">
            <w:rPr>
              <w:b/>
              <w:sz w:val="16"/>
            </w:rPr>
            <w:t>4</w:t>
          </w:r>
          <w:r>
            <w:rPr>
              <w:b/>
              <w:sz w:val="16"/>
            </w:rPr>
            <w:t>-2026</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054236830">
    <w:abstractNumId w:val="8"/>
  </w:num>
  <w:num w:numId="2" w16cid:durableId="462886238">
    <w:abstractNumId w:val="6"/>
  </w:num>
  <w:num w:numId="3" w16cid:durableId="1888100035">
    <w:abstractNumId w:val="5"/>
  </w:num>
  <w:num w:numId="4" w16cid:durableId="526985178">
    <w:abstractNumId w:val="4"/>
  </w:num>
  <w:num w:numId="5" w16cid:durableId="1449741501">
    <w:abstractNumId w:val="7"/>
  </w:num>
  <w:num w:numId="6" w16cid:durableId="1247106553">
    <w:abstractNumId w:val="3"/>
  </w:num>
  <w:num w:numId="7" w16cid:durableId="883518802">
    <w:abstractNumId w:val="2"/>
  </w:num>
  <w:num w:numId="8" w16cid:durableId="1149594270">
    <w:abstractNumId w:val="1"/>
  </w:num>
  <w:num w:numId="9" w16cid:durableId="947471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2E5"/>
    <w:rsid w:val="00034616"/>
    <w:rsid w:val="0006063C"/>
    <w:rsid w:val="000E2645"/>
    <w:rsid w:val="0015074B"/>
    <w:rsid w:val="001A0FBE"/>
    <w:rsid w:val="0029639D"/>
    <w:rsid w:val="00326F90"/>
    <w:rsid w:val="0035649E"/>
    <w:rsid w:val="00556F02"/>
    <w:rsid w:val="007A7A1B"/>
    <w:rsid w:val="009048D2"/>
    <w:rsid w:val="009F1EBD"/>
    <w:rsid w:val="00AA1D8D"/>
    <w:rsid w:val="00B47730"/>
    <w:rsid w:val="00C2732D"/>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2CD962"/>
  <w14:defaultImageDpi w14:val="300"/>
  <w15:docId w15:val="{6330235D-EEDA-43CD-B90C-AC8298421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Narrow" w:eastAsia="Arial Narrow" w:hAnsi="Arial Narrow"/>
      <w:sz w:val="18"/>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1447</Words>
  <Characters>7964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7 - Formatos capacidad residual SAMC-002-2026 Angelópolis</dc:title>
  <dc:subject>Formatos adaptados al Municipio de Angelópolis</dc:subject>
  <dc:creator>Municipio de Angelópolis</dc:creator>
  <cp:keywords>SAMC-002-2026; Angelópolis; capacidad residual; Kr</cp:keywords>
  <dc:description>generated by python-docx</dc:description>
  <cp:lastModifiedBy>Richard Alejandro Cuervo Gallego</cp:lastModifiedBy>
  <cp:revision>5</cp:revision>
  <dcterms:created xsi:type="dcterms:W3CDTF">2026-04-30T22:12:00Z</dcterms:created>
  <dcterms:modified xsi:type="dcterms:W3CDTF">2026-05-31T14:15:00Z</dcterms:modified>
  <cp:category/>
</cp:coreProperties>
</file>