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79E0841" w14:textId="15C251C7" w:rsidR="005415E3" w:rsidRPr="005415E3" w:rsidRDefault="005415E3" w:rsidP="005415E3">
      <w:pPr>
        <w:pStyle w:val="Prrafodelista"/>
        <w:tabs>
          <w:tab w:val="left" w:pos="240"/>
        </w:tabs>
        <w:ind w:left="-284" w:right="-284"/>
        <w:jc w:val="both"/>
        <w:rPr>
          <w:rFonts w:ascii="Arial" w:hAnsi="Arial" w:cs="Arial"/>
          <w:b/>
          <w:sz w:val="22"/>
          <w:szCs w:val="22"/>
        </w:rPr>
      </w:pPr>
      <w:r w:rsidRPr="005415E3">
        <w:rPr>
          <w:rFonts w:ascii="Arial" w:hAnsi="Arial" w:cs="Arial"/>
          <w:b/>
          <w:sz w:val="22"/>
          <w:szCs w:val="22"/>
        </w:rPr>
        <w:t>ADQUISICIÓN EQUIPOS TECNOLOGICOS, MUEBLES, ENSERES Y CARPAS, PARA LA POLICÍA METROPOLITANA DE VILLAVICENCIO Y UNIDADES ADSCRITAS ADMINISTRATIVAMENTE, POR LOTES.</w:t>
      </w:r>
    </w:p>
    <w:p w14:paraId="04AF9662" w14:textId="77777777" w:rsidR="005415E3" w:rsidRPr="005415E3" w:rsidRDefault="005415E3" w:rsidP="005415E3">
      <w:pPr>
        <w:pStyle w:val="Prrafodelista"/>
        <w:tabs>
          <w:tab w:val="left" w:pos="240"/>
        </w:tabs>
        <w:ind w:left="-284" w:right="-284"/>
        <w:jc w:val="both"/>
        <w:rPr>
          <w:rFonts w:ascii="Arial" w:hAnsi="Arial" w:cs="Arial"/>
          <w:b/>
          <w:sz w:val="22"/>
          <w:szCs w:val="22"/>
        </w:rPr>
      </w:pPr>
    </w:p>
    <w:p w14:paraId="6B282C47" w14:textId="275682D2" w:rsidR="005415E3" w:rsidRDefault="005415E3" w:rsidP="005415E3">
      <w:pPr>
        <w:pStyle w:val="Prrafodelista"/>
        <w:tabs>
          <w:tab w:val="left" w:pos="240"/>
        </w:tabs>
        <w:ind w:left="-284" w:right="-284"/>
        <w:jc w:val="center"/>
        <w:rPr>
          <w:rFonts w:ascii="Arial" w:hAnsi="Arial" w:cs="Arial"/>
          <w:b/>
          <w:sz w:val="22"/>
          <w:szCs w:val="22"/>
        </w:rPr>
      </w:pPr>
      <w:r w:rsidRPr="005415E3">
        <w:rPr>
          <w:rFonts w:ascii="Arial" w:hAnsi="Arial" w:cs="Arial"/>
          <w:b/>
          <w:sz w:val="22"/>
          <w:szCs w:val="22"/>
        </w:rPr>
        <w:t xml:space="preserve">LOTE </w:t>
      </w:r>
      <w:r w:rsidR="008E7959">
        <w:rPr>
          <w:rFonts w:ascii="Arial" w:hAnsi="Arial" w:cs="Arial"/>
          <w:b/>
          <w:sz w:val="22"/>
          <w:szCs w:val="22"/>
        </w:rPr>
        <w:t>2</w:t>
      </w:r>
    </w:p>
    <w:p w14:paraId="24BB3AEA" w14:textId="77777777" w:rsidR="005415E3" w:rsidRDefault="005415E3" w:rsidP="005415E3">
      <w:pPr>
        <w:pStyle w:val="Prrafodelista"/>
        <w:tabs>
          <w:tab w:val="left" w:pos="240"/>
        </w:tabs>
        <w:ind w:left="-284" w:right="-284"/>
        <w:jc w:val="center"/>
        <w:rPr>
          <w:rFonts w:ascii="Arial" w:hAnsi="Arial" w:cs="Arial"/>
          <w:b/>
          <w:sz w:val="22"/>
          <w:szCs w:val="22"/>
        </w:rPr>
      </w:pPr>
    </w:p>
    <w:p w14:paraId="72F21D77" w14:textId="1135A80E" w:rsidR="005415E3" w:rsidRDefault="00B2514C" w:rsidP="005415E3">
      <w:pPr>
        <w:pStyle w:val="Prrafodelista"/>
        <w:tabs>
          <w:tab w:val="left" w:pos="240"/>
        </w:tabs>
        <w:ind w:left="-284" w:right="-284"/>
        <w:jc w:val="center"/>
        <w:rPr>
          <w:rFonts w:ascii="Arial" w:hAnsi="Arial" w:cs="Arial"/>
          <w:b/>
          <w:sz w:val="22"/>
          <w:szCs w:val="22"/>
        </w:rPr>
      </w:pPr>
      <w:r w:rsidRPr="00B2514C">
        <w:rPr>
          <w:rFonts w:ascii="Arial" w:hAnsi="Arial" w:cs="Arial"/>
          <w:b/>
          <w:sz w:val="22"/>
          <w:szCs w:val="22"/>
        </w:rPr>
        <w:t>LOTE 2: ADQUISICIÓN DE MUEBLES, ENSERES Y CARPAS PARA LA REGIÓN DE</w:t>
      </w:r>
      <w:r>
        <w:rPr>
          <w:rFonts w:ascii="Arial" w:hAnsi="Arial" w:cs="Arial"/>
          <w:b/>
          <w:sz w:val="22"/>
          <w:szCs w:val="22"/>
        </w:rPr>
        <w:t xml:space="preserve"> </w:t>
      </w:r>
      <w:r w:rsidRPr="00B2514C">
        <w:rPr>
          <w:rFonts w:ascii="Arial" w:hAnsi="Arial" w:cs="Arial"/>
          <w:b/>
          <w:sz w:val="22"/>
          <w:szCs w:val="22"/>
        </w:rPr>
        <w:t>INCORPORACION NUMERO 7 Y EL COLEGIO NUESTRA SEÑORA DE FATIMA.</w:t>
      </w:r>
    </w:p>
    <w:p w14:paraId="6547A0CD" w14:textId="77777777" w:rsidR="005415E3" w:rsidRDefault="005415E3" w:rsidP="005415E3">
      <w:pPr>
        <w:pStyle w:val="Prrafodelista"/>
        <w:tabs>
          <w:tab w:val="left" w:pos="240"/>
        </w:tabs>
        <w:ind w:left="-284" w:right="-284"/>
        <w:jc w:val="center"/>
        <w:rPr>
          <w:rFonts w:ascii="Arial" w:hAnsi="Arial" w:cs="Arial"/>
          <w:b/>
          <w:sz w:val="22"/>
          <w:szCs w:val="22"/>
        </w:rPr>
      </w:pPr>
    </w:p>
    <w:p w14:paraId="23533216" w14:textId="0B7DC4C3" w:rsidR="00435664" w:rsidRPr="00EF3FB5" w:rsidRDefault="00435664" w:rsidP="00435664">
      <w:pPr>
        <w:pStyle w:val="Prrafodelista"/>
        <w:tabs>
          <w:tab w:val="left" w:pos="240"/>
        </w:tabs>
        <w:ind w:left="-284" w:right="-284"/>
        <w:jc w:val="both"/>
        <w:rPr>
          <w:rFonts w:ascii="Arial" w:hAnsi="Arial" w:cs="Arial"/>
          <w:bCs/>
          <w:sz w:val="22"/>
          <w:szCs w:val="22"/>
        </w:rPr>
      </w:pPr>
      <w:r w:rsidRPr="00EF3FB5">
        <w:rPr>
          <w:rFonts w:ascii="Arial" w:hAnsi="Arial" w:cs="Arial"/>
          <w:bCs/>
          <w:sz w:val="22"/>
          <w:szCs w:val="22"/>
        </w:rPr>
        <w:t>La Policía Nacional de Colombia- Policía Metropolitana de Villavicencio, tendrá como parámetro de evaluación técnica el diligenciamiento y presentación del presente anexo y cada uno de sus numerales por parte de los oferentes, en el cual se encuentran las especificaciones técnicas de los bienes a contratar, además de la descripción de los requisitos que los oferentes deberán cumplir y/o anexar en su propuesta.</w:t>
      </w:r>
    </w:p>
    <w:p w14:paraId="49B5299E" w14:textId="77777777" w:rsidR="00435664" w:rsidRPr="00EF3FB5" w:rsidRDefault="00435664" w:rsidP="00435664">
      <w:pPr>
        <w:pStyle w:val="Prrafodelista"/>
        <w:tabs>
          <w:tab w:val="left" w:pos="240"/>
        </w:tabs>
        <w:ind w:left="-284" w:right="-284"/>
        <w:jc w:val="both"/>
        <w:rPr>
          <w:rFonts w:ascii="Arial" w:hAnsi="Arial" w:cs="Arial"/>
          <w:bCs/>
          <w:sz w:val="22"/>
          <w:szCs w:val="22"/>
        </w:rPr>
      </w:pPr>
    </w:p>
    <w:p w14:paraId="460A7202" w14:textId="77777777" w:rsidR="00435664" w:rsidRPr="00EF3FB5" w:rsidRDefault="00435664" w:rsidP="00435664">
      <w:pPr>
        <w:spacing w:after="0" w:line="240" w:lineRule="auto"/>
        <w:ind w:left="-284" w:right="-284"/>
        <w:jc w:val="both"/>
        <w:rPr>
          <w:rFonts w:ascii="Arial" w:hAnsi="Arial" w:cs="Arial"/>
        </w:rPr>
      </w:pPr>
      <w:r w:rsidRPr="00EF3FB5">
        <w:rPr>
          <w:rFonts w:ascii="Arial" w:hAnsi="Arial" w:cs="Arial"/>
        </w:rPr>
        <w:t>Las especificaciones técnicas requeridas son de obligatorio cumplimiento, de no hacerlo la propuesta se considerará no apta técnicamente.</w:t>
      </w:r>
    </w:p>
    <w:p w14:paraId="19C487E0" w14:textId="77777777" w:rsidR="00435664" w:rsidRPr="00EF3FB5" w:rsidRDefault="00435664" w:rsidP="00435664">
      <w:pPr>
        <w:spacing w:after="0" w:line="240" w:lineRule="auto"/>
        <w:ind w:left="-284" w:right="-284"/>
        <w:jc w:val="both"/>
        <w:rPr>
          <w:rFonts w:ascii="Arial" w:hAnsi="Arial" w:cs="Arial"/>
        </w:rPr>
      </w:pPr>
    </w:p>
    <w:p w14:paraId="239D6B5A" w14:textId="77777777" w:rsidR="00435664" w:rsidRPr="00EF3FB5" w:rsidRDefault="00435664" w:rsidP="00435664">
      <w:pPr>
        <w:pStyle w:val="Prrafodelista"/>
        <w:tabs>
          <w:tab w:val="left" w:pos="240"/>
        </w:tabs>
        <w:ind w:left="-284" w:right="-284"/>
        <w:jc w:val="both"/>
        <w:rPr>
          <w:rFonts w:ascii="Arial" w:hAnsi="Arial" w:cs="Arial"/>
          <w:bCs/>
          <w:sz w:val="22"/>
          <w:szCs w:val="22"/>
        </w:rPr>
      </w:pPr>
      <w:r w:rsidRPr="00EF3FB5">
        <w:rPr>
          <w:rFonts w:ascii="Arial" w:hAnsi="Arial" w:cs="Arial"/>
          <w:bCs/>
          <w:sz w:val="22"/>
          <w:szCs w:val="22"/>
        </w:rPr>
        <w:t>El proponente deberá presentar en el SECOP II, junto con la oferta la información y/o documentos que más adelante se relacionan, así:</w:t>
      </w:r>
    </w:p>
    <w:p w14:paraId="5288A4E8" w14:textId="77777777" w:rsidR="005415E3" w:rsidRDefault="005415E3" w:rsidP="00A9242F">
      <w:pPr>
        <w:pStyle w:val="Prrafodelista"/>
        <w:tabs>
          <w:tab w:val="left" w:pos="240"/>
        </w:tabs>
        <w:ind w:left="0"/>
        <w:jc w:val="center"/>
        <w:rPr>
          <w:rFonts w:ascii="Arial" w:hAnsi="Arial" w:cs="Arial"/>
          <w:b/>
          <w:sz w:val="22"/>
          <w:szCs w:val="22"/>
        </w:rPr>
      </w:pPr>
    </w:p>
    <w:p w14:paraId="610E6FD8" w14:textId="0ADCB0D3" w:rsidR="00A9242F" w:rsidRDefault="00A9242F" w:rsidP="00A9242F">
      <w:pPr>
        <w:pStyle w:val="Prrafodelista"/>
        <w:tabs>
          <w:tab w:val="left" w:pos="240"/>
        </w:tabs>
        <w:ind w:left="0"/>
        <w:jc w:val="center"/>
        <w:rPr>
          <w:rFonts w:ascii="Arial" w:hAnsi="Arial" w:cs="Arial"/>
          <w:b/>
          <w:sz w:val="22"/>
          <w:szCs w:val="22"/>
        </w:rPr>
      </w:pPr>
      <w:r w:rsidRPr="00EF3FB5">
        <w:rPr>
          <w:rFonts w:ascii="Arial" w:hAnsi="Arial" w:cs="Arial"/>
          <w:b/>
          <w:sz w:val="22"/>
          <w:szCs w:val="22"/>
        </w:rPr>
        <w:t>ESPECIFICACIONES TÉCNICAS MÍNIMAS</w:t>
      </w:r>
    </w:p>
    <w:p w14:paraId="22065D0C" w14:textId="77777777" w:rsidR="00265332" w:rsidRDefault="00265332" w:rsidP="00A9242F">
      <w:pPr>
        <w:pStyle w:val="Prrafodelista"/>
        <w:tabs>
          <w:tab w:val="left" w:pos="240"/>
        </w:tabs>
        <w:ind w:left="0"/>
        <w:jc w:val="center"/>
        <w:rPr>
          <w:rFonts w:ascii="Arial" w:hAnsi="Arial" w:cs="Arial"/>
          <w:b/>
          <w:sz w:val="22"/>
          <w:szCs w:val="22"/>
        </w:rPr>
      </w:pPr>
    </w:p>
    <w:tbl>
      <w:tblPr>
        <w:tblW w:w="10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474"/>
        <w:gridCol w:w="6387"/>
        <w:gridCol w:w="785"/>
        <w:gridCol w:w="793"/>
      </w:tblGrid>
      <w:tr w:rsidR="00286D07" w:rsidRPr="00286D07" w14:paraId="4099D22F" w14:textId="4159A37F" w:rsidTr="008E7959">
        <w:trPr>
          <w:trHeight w:val="57"/>
          <w:jc w:val="center"/>
        </w:trPr>
        <w:tc>
          <w:tcPr>
            <w:tcW w:w="789" w:type="dxa"/>
            <w:vMerge w:val="restart"/>
            <w:shd w:val="clear" w:color="000000" w:fill="FFFFFF"/>
            <w:vAlign w:val="center"/>
            <w:hideMark/>
          </w:tcPr>
          <w:p w14:paraId="6CAA9287"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UNIDAD</w:t>
            </w:r>
          </w:p>
        </w:tc>
        <w:tc>
          <w:tcPr>
            <w:tcW w:w="1333" w:type="dxa"/>
            <w:vMerge w:val="restart"/>
            <w:shd w:val="clear" w:color="000000" w:fill="FFFFFF"/>
            <w:vAlign w:val="center"/>
            <w:hideMark/>
          </w:tcPr>
          <w:p w14:paraId="66C43B94"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DESCRIPCIÓN</w:t>
            </w:r>
          </w:p>
        </w:tc>
        <w:tc>
          <w:tcPr>
            <w:tcW w:w="6406" w:type="dxa"/>
            <w:vMerge w:val="restart"/>
            <w:shd w:val="clear" w:color="000000" w:fill="FFFFFF"/>
            <w:vAlign w:val="center"/>
          </w:tcPr>
          <w:p w14:paraId="112E8465"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ESPECIFICACIÓN</w:t>
            </w:r>
          </w:p>
        </w:tc>
        <w:tc>
          <w:tcPr>
            <w:tcW w:w="1700" w:type="dxa"/>
            <w:gridSpan w:val="2"/>
            <w:shd w:val="clear" w:color="000000" w:fill="FFFFFF"/>
            <w:vAlign w:val="center"/>
          </w:tcPr>
          <w:p w14:paraId="26E20B0A" w14:textId="5090397E" w:rsidR="00286D07" w:rsidRPr="00286D07" w:rsidRDefault="00286D07" w:rsidP="00286D07">
            <w:pPr>
              <w:spacing w:after="0"/>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r>
      <w:tr w:rsidR="00286D07" w:rsidRPr="00286D07" w14:paraId="0606EFED" w14:textId="77777777" w:rsidTr="008E7959">
        <w:trPr>
          <w:trHeight w:val="57"/>
          <w:jc w:val="center"/>
        </w:trPr>
        <w:tc>
          <w:tcPr>
            <w:tcW w:w="789" w:type="dxa"/>
            <w:vMerge/>
            <w:shd w:val="clear" w:color="000000" w:fill="FFFFFF"/>
            <w:vAlign w:val="center"/>
          </w:tcPr>
          <w:p w14:paraId="7AA6FE73" w14:textId="77777777" w:rsidR="00286D07" w:rsidRPr="00286D07" w:rsidRDefault="00286D07" w:rsidP="00B2514C">
            <w:pPr>
              <w:spacing w:after="0"/>
              <w:jc w:val="center"/>
              <w:rPr>
                <w:rFonts w:ascii="Arial" w:hAnsi="Arial" w:cs="Arial"/>
                <w:b/>
                <w:bCs/>
                <w:color w:val="000000"/>
                <w:sz w:val="16"/>
                <w:szCs w:val="16"/>
                <w:lang w:eastAsia="es-CO"/>
              </w:rPr>
            </w:pPr>
          </w:p>
        </w:tc>
        <w:tc>
          <w:tcPr>
            <w:tcW w:w="1333" w:type="dxa"/>
            <w:vMerge/>
            <w:shd w:val="clear" w:color="000000" w:fill="FFFFFF"/>
            <w:vAlign w:val="center"/>
          </w:tcPr>
          <w:p w14:paraId="737C8174" w14:textId="77777777" w:rsidR="00286D07" w:rsidRPr="00286D07" w:rsidRDefault="00286D07" w:rsidP="00B2514C">
            <w:pPr>
              <w:spacing w:after="0"/>
              <w:jc w:val="center"/>
              <w:rPr>
                <w:rFonts w:ascii="Arial" w:hAnsi="Arial" w:cs="Arial"/>
                <w:b/>
                <w:bCs/>
                <w:color w:val="000000"/>
                <w:sz w:val="16"/>
                <w:szCs w:val="16"/>
                <w:lang w:eastAsia="es-CO"/>
              </w:rPr>
            </w:pPr>
          </w:p>
        </w:tc>
        <w:tc>
          <w:tcPr>
            <w:tcW w:w="6406" w:type="dxa"/>
            <w:vMerge/>
            <w:shd w:val="clear" w:color="000000" w:fill="FFFFFF"/>
            <w:vAlign w:val="center"/>
          </w:tcPr>
          <w:p w14:paraId="0A7F2CC4" w14:textId="77777777" w:rsidR="00286D07" w:rsidRPr="00286D07" w:rsidRDefault="00286D07" w:rsidP="00B2514C">
            <w:pPr>
              <w:spacing w:after="0"/>
              <w:jc w:val="center"/>
              <w:rPr>
                <w:rFonts w:ascii="Arial" w:hAnsi="Arial" w:cs="Arial"/>
                <w:b/>
                <w:bCs/>
                <w:color w:val="000000"/>
                <w:sz w:val="16"/>
                <w:szCs w:val="16"/>
                <w:lang w:eastAsia="es-CO"/>
              </w:rPr>
            </w:pPr>
          </w:p>
        </w:tc>
        <w:tc>
          <w:tcPr>
            <w:tcW w:w="850" w:type="dxa"/>
            <w:shd w:val="clear" w:color="000000" w:fill="FFFFFF"/>
            <w:vAlign w:val="center"/>
          </w:tcPr>
          <w:p w14:paraId="4BE504CA" w14:textId="6C381A4B" w:rsidR="00286D07" w:rsidRPr="00286D07" w:rsidRDefault="00286D07" w:rsidP="00286D07">
            <w:pPr>
              <w:spacing w:after="0"/>
              <w:jc w:val="center"/>
              <w:rPr>
                <w:rFonts w:ascii="Arial" w:hAnsi="Arial" w:cs="Arial"/>
                <w:b/>
                <w:bCs/>
                <w:color w:val="000000"/>
                <w:sz w:val="16"/>
                <w:szCs w:val="16"/>
                <w:lang w:eastAsia="es-CO"/>
              </w:rPr>
            </w:pPr>
            <w:r>
              <w:rPr>
                <w:rFonts w:ascii="Arial" w:hAnsi="Arial" w:cs="Arial"/>
                <w:b/>
                <w:bCs/>
                <w:color w:val="000000"/>
                <w:sz w:val="16"/>
                <w:szCs w:val="16"/>
                <w:lang w:eastAsia="es-CO"/>
              </w:rPr>
              <w:t>SI</w:t>
            </w:r>
          </w:p>
        </w:tc>
        <w:tc>
          <w:tcPr>
            <w:tcW w:w="850" w:type="dxa"/>
            <w:shd w:val="clear" w:color="000000" w:fill="FFFFFF"/>
            <w:vAlign w:val="center"/>
          </w:tcPr>
          <w:p w14:paraId="2BF58BF5" w14:textId="52E87B2A" w:rsidR="00286D07" w:rsidRPr="00286D07" w:rsidRDefault="00286D07" w:rsidP="00286D07">
            <w:pPr>
              <w:spacing w:after="0"/>
              <w:jc w:val="center"/>
              <w:rPr>
                <w:rFonts w:ascii="Arial" w:hAnsi="Arial" w:cs="Arial"/>
                <w:b/>
                <w:bCs/>
                <w:color w:val="000000"/>
                <w:sz w:val="16"/>
                <w:szCs w:val="16"/>
                <w:lang w:eastAsia="es-CO"/>
              </w:rPr>
            </w:pPr>
            <w:r>
              <w:rPr>
                <w:rFonts w:ascii="Arial" w:hAnsi="Arial" w:cs="Arial"/>
                <w:b/>
                <w:bCs/>
                <w:color w:val="000000"/>
                <w:sz w:val="16"/>
                <w:szCs w:val="16"/>
                <w:lang w:eastAsia="es-CO"/>
              </w:rPr>
              <w:t>NO</w:t>
            </w:r>
          </w:p>
        </w:tc>
      </w:tr>
      <w:tr w:rsidR="00286D07" w:rsidRPr="00286D07" w14:paraId="58E697E3" w14:textId="48CE588C" w:rsidTr="008E7959">
        <w:trPr>
          <w:trHeight w:val="170"/>
          <w:jc w:val="center"/>
        </w:trPr>
        <w:tc>
          <w:tcPr>
            <w:tcW w:w="789" w:type="dxa"/>
            <w:shd w:val="clear" w:color="000000" w:fill="FFFFFF"/>
            <w:vAlign w:val="center"/>
          </w:tcPr>
          <w:p w14:paraId="68213774"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color w:val="000000"/>
                <w:sz w:val="16"/>
                <w:szCs w:val="16"/>
                <w:lang w:eastAsia="es-CO"/>
              </w:rPr>
              <w:t>DINCO</w:t>
            </w:r>
          </w:p>
        </w:tc>
        <w:tc>
          <w:tcPr>
            <w:tcW w:w="1333" w:type="dxa"/>
            <w:shd w:val="clear" w:color="000000" w:fill="FFFFFF"/>
            <w:vAlign w:val="center"/>
          </w:tcPr>
          <w:p w14:paraId="5D5949EF"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color w:val="000000"/>
                <w:sz w:val="16"/>
                <w:szCs w:val="16"/>
                <w:lang w:eastAsia="es-CO"/>
              </w:rPr>
              <w:t>SALA O MUEBLE DE ESPERA</w:t>
            </w:r>
          </w:p>
        </w:tc>
        <w:tc>
          <w:tcPr>
            <w:tcW w:w="6406" w:type="dxa"/>
            <w:shd w:val="clear" w:color="000000" w:fill="FFFFFF"/>
            <w:vAlign w:val="center"/>
          </w:tcPr>
          <w:p w14:paraId="45764C23" w14:textId="77777777" w:rsidR="00286D07" w:rsidRPr="00286D07" w:rsidRDefault="00286D07" w:rsidP="00B2514C">
            <w:pPr>
              <w:spacing w:after="0"/>
              <w:jc w:val="both"/>
              <w:rPr>
                <w:rFonts w:ascii="Arial" w:hAnsi="Arial" w:cs="Arial"/>
                <w:color w:val="000000"/>
                <w:sz w:val="16"/>
                <w:szCs w:val="16"/>
                <w:lang w:eastAsia="es-CO"/>
              </w:rPr>
            </w:pPr>
            <w:r w:rsidRPr="00286D07">
              <w:rPr>
                <w:rFonts w:ascii="Arial" w:hAnsi="Arial" w:cs="Arial"/>
                <w:color w:val="000000"/>
                <w:sz w:val="16"/>
                <w:szCs w:val="16"/>
                <w:lang w:eastAsia="es-CO"/>
              </w:rPr>
              <w:t>Adquisición de una sala de trabajo institucional, compuesto por:</w:t>
            </w:r>
          </w:p>
          <w:p w14:paraId="6653AD49" w14:textId="77777777" w:rsidR="00286D07" w:rsidRPr="00286D07" w:rsidRDefault="00286D07" w:rsidP="00B2514C">
            <w:pPr>
              <w:spacing w:after="0"/>
              <w:jc w:val="both"/>
              <w:rPr>
                <w:rFonts w:ascii="Arial" w:hAnsi="Arial" w:cs="Arial"/>
                <w:color w:val="000000"/>
                <w:sz w:val="16"/>
                <w:szCs w:val="16"/>
                <w:lang w:eastAsia="es-CO"/>
              </w:rPr>
            </w:pPr>
          </w:p>
          <w:p w14:paraId="332BA9CE" w14:textId="77777777" w:rsidR="00286D07" w:rsidRPr="00286D07" w:rsidRDefault="00286D07" w:rsidP="00B2514C">
            <w:pPr>
              <w:spacing w:after="0"/>
              <w:jc w:val="both"/>
              <w:rPr>
                <w:rFonts w:ascii="Arial" w:hAnsi="Arial" w:cs="Arial"/>
                <w:color w:val="000000"/>
                <w:sz w:val="16"/>
                <w:szCs w:val="16"/>
                <w:lang w:eastAsia="es-CO"/>
              </w:rPr>
            </w:pPr>
            <w:r w:rsidRPr="00286D07">
              <w:rPr>
                <w:rFonts w:ascii="Arial" w:hAnsi="Arial" w:cs="Arial"/>
                <w:color w:val="000000"/>
                <w:sz w:val="16"/>
                <w:szCs w:val="16"/>
                <w:lang w:eastAsia="es-CO"/>
              </w:rPr>
              <w:t xml:space="preserve">un (1) sofá grande de dos puestos, </w:t>
            </w:r>
          </w:p>
          <w:p w14:paraId="2D1E06F9" w14:textId="77777777" w:rsidR="00286D07" w:rsidRPr="00286D07" w:rsidRDefault="00286D07" w:rsidP="00B2514C">
            <w:pPr>
              <w:spacing w:after="0"/>
              <w:jc w:val="both"/>
              <w:rPr>
                <w:rFonts w:ascii="Arial" w:hAnsi="Arial" w:cs="Arial"/>
                <w:color w:val="000000"/>
                <w:sz w:val="16"/>
                <w:szCs w:val="16"/>
                <w:lang w:eastAsia="es-CO"/>
              </w:rPr>
            </w:pPr>
            <w:r w:rsidRPr="00286D07">
              <w:rPr>
                <w:rFonts w:ascii="Arial" w:hAnsi="Arial" w:cs="Arial"/>
                <w:color w:val="000000"/>
                <w:sz w:val="16"/>
                <w:szCs w:val="16"/>
                <w:lang w:eastAsia="es-CO"/>
              </w:rPr>
              <w:t xml:space="preserve">dos (2) poltronas </w:t>
            </w:r>
          </w:p>
          <w:p w14:paraId="73FE4EB4" w14:textId="77777777" w:rsidR="00286D07" w:rsidRPr="00286D07" w:rsidRDefault="00286D07" w:rsidP="00B2514C">
            <w:pPr>
              <w:spacing w:after="0"/>
              <w:jc w:val="both"/>
              <w:rPr>
                <w:rFonts w:ascii="Arial" w:hAnsi="Arial" w:cs="Arial"/>
                <w:color w:val="000000"/>
                <w:sz w:val="16"/>
                <w:szCs w:val="16"/>
                <w:lang w:eastAsia="es-CO"/>
              </w:rPr>
            </w:pPr>
            <w:r w:rsidRPr="00286D07">
              <w:rPr>
                <w:rFonts w:ascii="Arial" w:hAnsi="Arial" w:cs="Arial"/>
                <w:color w:val="000000"/>
                <w:sz w:val="16"/>
                <w:szCs w:val="16"/>
                <w:lang w:eastAsia="es-CO"/>
              </w:rPr>
              <w:t xml:space="preserve">una (1) mesa de centro, </w:t>
            </w:r>
          </w:p>
          <w:p w14:paraId="7E1E3DD5" w14:textId="77777777" w:rsidR="00286D07" w:rsidRPr="00286D07" w:rsidRDefault="00286D07" w:rsidP="00B2514C">
            <w:pPr>
              <w:spacing w:after="0"/>
              <w:jc w:val="both"/>
              <w:rPr>
                <w:rFonts w:ascii="Arial" w:hAnsi="Arial" w:cs="Arial"/>
                <w:color w:val="000000"/>
                <w:sz w:val="16"/>
                <w:szCs w:val="16"/>
                <w:lang w:eastAsia="es-CO"/>
              </w:rPr>
            </w:pPr>
            <w:r w:rsidRPr="00286D07">
              <w:rPr>
                <w:rFonts w:ascii="Arial" w:hAnsi="Arial" w:cs="Arial"/>
                <w:color w:val="000000"/>
                <w:sz w:val="16"/>
                <w:szCs w:val="16"/>
                <w:lang w:eastAsia="es-CO"/>
              </w:rPr>
              <w:t>color negro diseño moderno y sobrio, adecuado para entornos laborales, administrativos o corporativos.</w:t>
            </w:r>
          </w:p>
          <w:p w14:paraId="69370AB0" w14:textId="77777777" w:rsidR="00286D07" w:rsidRPr="00286D07" w:rsidRDefault="00286D07" w:rsidP="00B2514C">
            <w:pPr>
              <w:spacing w:after="0"/>
              <w:jc w:val="both"/>
              <w:rPr>
                <w:rFonts w:ascii="Arial" w:hAnsi="Arial" w:cs="Arial"/>
                <w:color w:val="000000"/>
                <w:sz w:val="16"/>
                <w:szCs w:val="16"/>
                <w:lang w:eastAsia="es-CO"/>
              </w:rPr>
            </w:pPr>
          </w:p>
          <w:p w14:paraId="7FA1FAF1" w14:textId="77777777" w:rsidR="00286D07" w:rsidRPr="00286D07" w:rsidRDefault="00286D07" w:rsidP="00B2514C">
            <w:pPr>
              <w:spacing w:after="0"/>
              <w:jc w:val="center"/>
              <w:rPr>
                <w:rFonts w:ascii="Arial" w:hAnsi="Arial" w:cs="Arial"/>
                <w:b/>
                <w:bCs/>
                <w:sz w:val="16"/>
                <w:szCs w:val="16"/>
              </w:rPr>
            </w:pPr>
            <w:r w:rsidRPr="00286D07">
              <w:rPr>
                <w:rFonts w:ascii="Arial" w:hAnsi="Arial" w:cs="Arial"/>
                <w:b/>
                <w:bCs/>
                <w:sz w:val="16"/>
                <w:szCs w:val="16"/>
              </w:rPr>
              <w:t>SOFÁ GRANDE (1 UNIDAD)</w:t>
            </w:r>
          </w:p>
          <w:p w14:paraId="0424FD2B" w14:textId="77777777" w:rsidR="00286D07" w:rsidRPr="00286D07" w:rsidRDefault="00286D07" w:rsidP="00B2514C">
            <w:pPr>
              <w:spacing w:after="0"/>
              <w:jc w:val="center"/>
              <w:rPr>
                <w:rFonts w:ascii="Arial" w:hAnsi="Arial" w:cs="Arial"/>
                <w:b/>
                <w:bCs/>
                <w:color w:val="000000"/>
                <w:sz w:val="16"/>
                <w:szCs w:val="16"/>
                <w:lang w:eastAsia="es-CO"/>
              </w:rPr>
            </w:pPr>
          </w:p>
          <w:p w14:paraId="1A1119CA"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Tipo:</w:t>
            </w:r>
            <w:r w:rsidRPr="00286D07">
              <w:rPr>
                <w:rFonts w:ascii="Arial" w:hAnsi="Arial" w:cs="Arial"/>
                <w:sz w:val="16"/>
                <w:szCs w:val="16"/>
              </w:rPr>
              <w:t xml:space="preserve"> Sofá de dos puestos</w:t>
            </w:r>
          </w:p>
          <w:p w14:paraId="1D171295"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Uso:</w:t>
            </w:r>
            <w:r w:rsidRPr="00286D07">
              <w:rPr>
                <w:rFonts w:ascii="Arial" w:hAnsi="Arial" w:cs="Arial"/>
                <w:sz w:val="16"/>
                <w:szCs w:val="16"/>
              </w:rPr>
              <w:t xml:space="preserve"> Institucional / corporativo</w:t>
            </w:r>
          </w:p>
          <w:p w14:paraId="19309A73" w14:textId="77777777" w:rsidR="00286D07" w:rsidRPr="00286D07" w:rsidRDefault="00286D07" w:rsidP="00B2514C">
            <w:pPr>
              <w:spacing w:after="0"/>
              <w:rPr>
                <w:rFonts w:ascii="Arial" w:hAnsi="Arial" w:cs="Arial"/>
                <w:sz w:val="16"/>
                <w:szCs w:val="16"/>
              </w:rPr>
            </w:pPr>
          </w:p>
          <w:p w14:paraId="78A1E9B8" w14:textId="77777777" w:rsidR="00286D07" w:rsidRPr="00286D07" w:rsidRDefault="00286D07" w:rsidP="00B2514C">
            <w:pPr>
              <w:spacing w:after="0"/>
              <w:rPr>
                <w:rFonts w:ascii="Arial" w:hAnsi="Arial" w:cs="Arial"/>
                <w:b/>
                <w:bCs/>
                <w:sz w:val="16"/>
                <w:szCs w:val="16"/>
              </w:rPr>
            </w:pPr>
            <w:r w:rsidRPr="00286D07">
              <w:rPr>
                <w:rFonts w:ascii="Arial" w:hAnsi="Arial" w:cs="Arial"/>
                <w:b/>
                <w:bCs/>
                <w:sz w:val="16"/>
                <w:szCs w:val="16"/>
              </w:rPr>
              <w:t>Dimensiones aproximadas:</w:t>
            </w:r>
          </w:p>
          <w:p w14:paraId="76901DAB"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Ancho (Largo): 175 cm – 230 cm.</w:t>
            </w:r>
          </w:p>
          <w:p w14:paraId="11CF23A2"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Profundidad: 85 cm – 95 cm.</w:t>
            </w:r>
          </w:p>
          <w:p w14:paraId="5296B0BA"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Altura: 85 cm – 100 cm</w:t>
            </w:r>
          </w:p>
          <w:p w14:paraId="7A06B638"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Estructura interna:</w:t>
            </w:r>
            <w:r w:rsidRPr="00286D07">
              <w:rPr>
                <w:rFonts w:ascii="Arial" w:hAnsi="Arial" w:cs="Arial"/>
                <w:sz w:val="16"/>
                <w:szCs w:val="16"/>
              </w:rPr>
              <w:t xml:space="preserve"> </w:t>
            </w:r>
          </w:p>
          <w:p w14:paraId="6E897CB3"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Madera maciza seca inmunizada o estructura metálica reforzada</w:t>
            </w:r>
          </w:p>
          <w:p w14:paraId="2B81D0B2"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Ensambles reforzados para uso intensivo</w:t>
            </w:r>
          </w:p>
          <w:p w14:paraId="2E300545"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Relleno del asiento:</w:t>
            </w:r>
            <w:r w:rsidRPr="00286D07">
              <w:rPr>
                <w:rFonts w:ascii="Arial" w:hAnsi="Arial" w:cs="Arial"/>
                <w:sz w:val="16"/>
                <w:szCs w:val="16"/>
              </w:rPr>
              <w:t xml:space="preserve"> </w:t>
            </w:r>
          </w:p>
          <w:p w14:paraId="03470249"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Espuma de alta densidad, resistente a deformaciones</w:t>
            </w:r>
          </w:p>
          <w:p w14:paraId="562F524E"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Tapizado:</w:t>
            </w:r>
            <w:r w:rsidRPr="00286D07">
              <w:rPr>
                <w:rFonts w:ascii="Arial" w:hAnsi="Arial" w:cs="Arial"/>
                <w:sz w:val="16"/>
                <w:szCs w:val="16"/>
              </w:rPr>
              <w:t xml:space="preserve"> </w:t>
            </w:r>
          </w:p>
          <w:p w14:paraId="7075657C"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Dos</w:t>
            </w:r>
          </w:p>
          <w:p w14:paraId="62C32D25"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Fácil limpieza y mantenimiento</w:t>
            </w:r>
          </w:p>
          <w:p w14:paraId="74A7E23E"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Color: negro</w:t>
            </w:r>
            <w:r w:rsidRPr="00286D07">
              <w:rPr>
                <w:rFonts w:ascii="Arial" w:hAnsi="Arial" w:cs="Arial"/>
                <w:b/>
                <w:bCs/>
                <w:sz w:val="16"/>
                <w:szCs w:val="16"/>
              </w:rPr>
              <w:t xml:space="preserve"> </w:t>
            </w:r>
          </w:p>
          <w:p w14:paraId="679F63C0"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Madera tratada o metal pintado</w:t>
            </w:r>
          </w:p>
          <w:p w14:paraId="68C2A712"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Antideslizantes</w:t>
            </w:r>
          </w:p>
          <w:p w14:paraId="0E905414"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Altura mínima de 10 cm</w:t>
            </w:r>
          </w:p>
          <w:p w14:paraId="51F64461"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Capacidad de carga:</w:t>
            </w:r>
            <w:r w:rsidRPr="00286D07">
              <w:rPr>
                <w:rFonts w:ascii="Arial" w:hAnsi="Arial" w:cs="Arial"/>
                <w:sz w:val="16"/>
                <w:szCs w:val="16"/>
              </w:rPr>
              <w:t xml:space="preserve"> </w:t>
            </w:r>
          </w:p>
          <w:p w14:paraId="6FAA1128"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Mínimo 120 kg por puesto</w:t>
            </w:r>
          </w:p>
          <w:p w14:paraId="31B0BB63" w14:textId="77777777" w:rsidR="00286D07" w:rsidRDefault="00286D07" w:rsidP="00B2514C">
            <w:pPr>
              <w:spacing w:after="0"/>
              <w:jc w:val="center"/>
              <w:rPr>
                <w:rFonts w:ascii="Arial" w:hAnsi="Arial" w:cs="Arial"/>
                <w:b/>
                <w:bCs/>
                <w:sz w:val="16"/>
                <w:szCs w:val="16"/>
              </w:rPr>
            </w:pPr>
          </w:p>
          <w:p w14:paraId="6A611627" w14:textId="4BA5C62E" w:rsidR="00286D07" w:rsidRPr="00286D07" w:rsidRDefault="00286D07" w:rsidP="00B2514C">
            <w:pPr>
              <w:spacing w:after="0"/>
              <w:jc w:val="center"/>
              <w:rPr>
                <w:rFonts w:ascii="Arial" w:hAnsi="Arial" w:cs="Arial"/>
                <w:b/>
                <w:bCs/>
                <w:sz w:val="16"/>
                <w:szCs w:val="16"/>
              </w:rPr>
            </w:pPr>
            <w:r w:rsidRPr="00286D07">
              <w:rPr>
                <w:rFonts w:ascii="Arial" w:hAnsi="Arial" w:cs="Arial"/>
                <w:b/>
                <w:bCs/>
                <w:sz w:val="16"/>
                <w:szCs w:val="16"/>
              </w:rPr>
              <w:lastRenderedPageBreak/>
              <w:t>SOFÁS PEQUEÑOS (2 UNIDADES)</w:t>
            </w:r>
          </w:p>
          <w:p w14:paraId="299BC24B" w14:textId="77777777" w:rsidR="00286D07" w:rsidRPr="00286D07" w:rsidRDefault="00286D07" w:rsidP="00B2514C">
            <w:pPr>
              <w:spacing w:after="0"/>
              <w:jc w:val="center"/>
              <w:rPr>
                <w:rFonts w:ascii="Arial" w:hAnsi="Arial" w:cs="Arial"/>
                <w:b/>
                <w:bCs/>
                <w:sz w:val="16"/>
                <w:szCs w:val="16"/>
              </w:rPr>
            </w:pPr>
          </w:p>
          <w:p w14:paraId="57796ED7"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Dimensiones aproximadas:</w:t>
            </w:r>
            <w:r w:rsidRPr="00286D07">
              <w:rPr>
                <w:rFonts w:ascii="Arial" w:hAnsi="Arial" w:cs="Arial"/>
                <w:sz w:val="16"/>
                <w:szCs w:val="16"/>
              </w:rPr>
              <w:t xml:space="preserve"> </w:t>
            </w:r>
          </w:p>
          <w:p w14:paraId="689E25C4"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Ancho: 70 – 85 cm</w:t>
            </w:r>
          </w:p>
          <w:p w14:paraId="161BAD1E"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Profundidad: 75 – 90 cm</w:t>
            </w:r>
          </w:p>
          <w:p w14:paraId="3ECD145E"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Altura total: 80 – 90 cm</w:t>
            </w:r>
          </w:p>
          <w:p w14:paraId="5C932407"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Estructura interna:</w:t>
            </w:r>
            <w:r w:rsidRPr="00286D07">
              <w:rPr>
                <w:rFonts w:ascii="Arial" w:hAnsi="Arial" w:cs="Arial"/>
                <w:sz w:val="16"/>
                <w:szCs w:val="16"/>
              </w:rPr>
              <w:t xml:space="preserve"> </w:t>
            </w:r>
          </w:p>
          <w:p w14:paraId="13D9FE22"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Madera maciza o metálica, reforzada</w:t>
            </w:r>
          </w:p>
          <w:p w14:paraId="2CF70CCF"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Relleno:</w:t>
            </w:r>
            <w:r w:rsidRPr="00286D07">
              <w:rPr>
                <w:rFonts w:ascii="Arial" w:hAnsi="Arial" w:cs="Arial"/>
                <w:sz w:val="16"/>
                <w:szCs w:val="16"/>
              </w:rPr>
              <w:t xml:space="preserve"> </w:t>
            </w:r>
          </w:p>
          <w:p w14:paraId="1CB32C5B"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 xml:space="preserve">Espuma de alta densidad </w:t>
            </w:r>
          </w:p>
          <w:p w14:paraId="20B959A8"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Tapizado:</w:t>
            </w:r>
            <w:r w:rsidRPr="00286D07">
              <w:rPr>
                <w:rFonts w:ascii="Arial" w:hAnsi="Arial" w:cs="Arial"/>
                <w:sz w:val="16"/>
                <w:szCs w:val="16"/>
              </w:rPr>
              <w:t xml:space="preserve"> </w:t>
            </w:r>
          </w:p>
          <w:p w14:paraId="01B13729"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Espuma de alta densidad, resistente a deformaciones</w:t>
            </w:r>
          </w:p>
          <w:p w14:paraId="069DCB0F"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Fácil mantenimiento, Material textil o sintético de alta resistencia</w:t>
            </w:r>
          </w:p>
          <w:p w14:paraId="6E83A38A"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 xml:space="preserve">Color: </w:t>
            </w:r>
            <w:r w:rsidRPr="00286D07">
              <w:rPr>
                <w:rFonts w:ascii="Arial" w:hAnsi="Arial" w:cs="Arial"/>
                <w:b/>
                <w:bCs/>
                <w:sz w:val="16"/>
                <w:szCs w:val="16"/>
              </w:rPr>
              <w:t>negro</w:t>
            </w:r>
            <w:r w:rsidRPr="00286D07">
              <w:rPr>
                <w:rFonts w:ascii="Arial" w:hAnsi="Arial" w:cs="Arial"/>
                <w:sz w:val="16"/>
                <w:szCs w:val="16"/>
              </w:rPr>
              <w:t>, uniforme con el sofá grande</w:t>
            </w:r>
          </w:p>
          <w:p w14:paraId="4B25D298" w14:textId="77777777" w:rsidR="00286D07" w:rsidRPr="00747FA5" w:rsidRDefault="00286D07" w:rsidP="00B2514C">
            <w:pPr>
              <w:spacing w:after="0"/>
              <w:rPr>
                <w:rFonts w:ascii="Arial" w:hAnsi="Arial" w:cs="Arial"/>
                <w:sz w:val="16"/>
                <w:szCs w:val="16"/>
                <w:lang w:val="pt-PT"/>
              </w:rPr>
            </w:pPr>
            <w:r w:rsidRPr="00747FA5">
              <w:rPr>
                <w:rFonts w:ascii="Arial" w:hAnsi="Arial" w:cs="Arial"/>
                <w:b/>
                <w:bCs/>
                <w:sz w:val="16"/>
                <w:szCs w:val="16"/>
                <w:lang w:val="pt-PT"/>
              </w:rPr>
              <w:t>Patas/base:</w:t>
            </w:r>
            <w:r w:rsidRPr="00747FA5">
              <w:rPr>
                <w:rFonts w:ascii="Arial" w:hAnsi="Arial" w:cs="Arial"/>
                <w:sz w:val="16"/>
                <w:szCs w:val="16"/>
                <w:lang w:val="pt-PT"/>
              </w:rPr>
              <w:t xml:space="preserve"> </w:t>
            </w:r>
          </w:p>
          <w:p w14:paraId="050CEA50" w14:textId="77777777" w:rsidR="00286D07" w:rsidRPr="00747FA5" w:rsidRDefault="00286D07" w:rsidP="00B2514C">
            <w:pPr>
              <w:spacing w:after="0"/>
              <w:rPr>
                <w:rFonts w:ascii="Arial" w:hAnsi="Arial" w:cs="Arial"/>
                <w:sz w:val="16"/>
                <w:szCs w:val="16"/>
                <w:lang w:val="pt-PT"/>
              </w:rPr>
            </w:pPr>
            <w:r w:rsidRPr="00747FA5">
              <w:rPr>
                <w:rFonts w:ascii="Arial" w:hAnsi="Arial" w:cs="Arial"/>
                <w:sz w:val="16"/>
                <w:szCs w:val="16"/>
                <w:lang w:val="pt-PT"/>
              </w:rPr>
              <w:t>Material resistente (madera o metal)</w:t>
            </w:r>
          </w:p>
          <w:p w14:paraId="5B85B16A"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Antideslizantes</w:t>
            </w:r>
          </w:p>
          <w:p w14:paraId="32F40BBF"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Capacidad de carga:</w:t>
            </w:r>
            <w:r w:rsidRPr="00286D07">
              <w:rPr>
                <w:rFonts w:ascii="Arial" w:hAnsi="Arial" w:cs="Arial"/>
                <w:sz w:val="16"/>
                <w:szCs w:val="16"/>
              </w:rPr>
              <w:t xml:space="preserve"> </w:t>
            </w:r>
          </w:p>
          <w:p w14:paraId="577368DD"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Mínimo 120 kg por unidad</w:t>
            </w:r>
          </w:p>
          <w:p w14:paraId="018AD542" w14:textId="77777777" w:rsidR="00286D07" w:rsidRPr="00286D07" w:rsidRDefault="00286D07" w:rsidP="00B2514C">
            <w:pPr>
              <w:spacing w:after="0"/>
              <w:rPr>
                <w:rFonts w:ascii="Arial" w:hAnsi="Arial" w:cs="Arial"/>
                <w:sz w:val="16"/>
                <w:szCs w:val="16"/>
              </w:rPr>
            </w:pPr>
          </w:p>
          <w:p w14:paraId="4623F8D4" w14:textId="77777777" w:rsidR="00286D07" w:rsidRPr="00286D07" w:rsidRDefault="00286D07" w:rsidP="00B2514C">
            <w:pPr>
              <w:spacing w:after="0"/>
              <w:jc w:val="center"/>
              <w:rPr>
                <w:rFonts w:ascii="Arial" w:hAnsi="Arial" w:cs="Arial"/>
                <w:b/>
                <w:bCs/>
                <w:sz w:val="16"/>
                <w:szCs w:val="16"/>
              </w:rPr>
            </w:pPr>
            <w:r w:rsidRPr="00286D07">
              <w:rPr>
                <w:rFonts w:ascii="Arial" w:hAnsi="Arial" w:cs="Arial"/>
                <w:b/>
                <w:bCs/>
                <w:sz w:val="16"/>
                <w:szCs w:val="16"/>
              </w:rPr>
              <w:t>MESA DE CENTRO (1 UNIDAD)</w:t>
            </w:r>
          </w:p>
          <w:p w14:paraId="6D0DAB2A" w14:textId="77777777" w:rsidR="00286D07" w:rsidRPr="00286D07" w:rsidRDefault="00286D07" w:rsidP="00B2514C">
            <w:pPr>
              <w:spacing w:after="0"/>
              <w:jc w:val="center"/>
              <w:rPr>
                <w:rFonts w:ascii="Arial" w:hAnsi="Arial" w:cs="Arial"/>
                <w:b/>
                <w:bCs/>
                <w:sz w:val="16"/>
                <w:szCs w:val="16"/>
              </w:rPr>
            </w:pPr>
          </w:p>
          <w:p w14:paraId="406C60DF"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Tipo:</w:t>
            </w:r>
            <w:r w:rsidRPr="00286D07">
              <w:rPr>
                <w:rFonts w:ascii="Arial" w:hAnsi="Arial" w:cs="Arial"/>
                <w:sz w:val="16"/>
                <w:szCs w:val="16"/>
              </w:rPr>
              <w:t xml:space="preserve"> Mesa de centro institucional</w:t>
            </w:r>
          </w:p>
          <w:p w14:paraId="18CD132C"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Forma:</w:t>
            </w:r>
            <w:r w:rsidRPr="00286D07">
              <w:rPr>
                <w:rFonts w:ascii="Arial" w:hAnsi="Arial" w:cs="Arial"/>
                <w:sz w:val="16"/>
                <w:szCs w:val="16"/>
              </w:rPr>
              <w:t xml:space="preserve"> Rectangular</w:t>
            </w:r>
          </w:p>
          <w:p w14:paraId="0E652F64"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Dimensiones aproximadas:</w:t>
            </w:r>
            <w:r w:rsidRPr="00286D07">
              <w:rPr>
                <w:rFonts w:ascii="Arial" w:hAnsi="Arial" w:cs="Arial"/>
                <w:sz w:val="16"/>
                <w:szCs w:val="16"/>
              </w:rPr>
              <w:t xml:space="preserve"> </w:t>
            </w:r>
          </w:p>
          <w:p w14:paraId="5AD7CFD7"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Largo: 100 – 120 cm</w:t>
            </w:r>
          </w:p>
          <w:p w14:paraId="244D5402"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Ancho: 50 – 65 cm</w:t>
            </w:r>
          </w:p>
          <w:p w14:paraId="459C8F97"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Altura: 40 – 45 cm</w:t>
            </w:r>
          </w:p>
          <w:p w14:paraId="223D7CE8"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Estructura:</w:t>
            </w:r>
            <w:r w:rsidRPr="00286D07">
              <w:rPr>
                <w:rFonts w:ascii="Arial" w:hAnsi="Arial" w:cs="Arial"/>
                <w:sz w:val="16"/>
                <w:szCs w:val="16"/>
              </w:rPr>
              <w:t xml:space="preserve"> </w:t>
            </w:r>
          </w:p>
          <w:p w14:paraId="2BED9D16"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Metal pintado (acero) o madera estructural</w:t>
            </w:r>
          </w:p>
          <w:p w14:paraId="55B00F6F"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Superficie:</w:t>
            </w:r>
            <w:r w:rsidRPr="00286D07">
              <w:rPr>
                <w:rFonts w:ascii="Arial" w:hAnsi="Arial" w:cs="Arial"/>
                <w:sz w:val="16"/>
                <w:szCs w:val="16"/>
              </w:rPr>
              <w:t xml:space="preserve"> </w:t>
            </w:r>
          </w:p>
          <w:p w14:paraId="5E4D093D"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Vidrio templado</w:t>
            </w:r>
          </w:p>
          <w:p w14:paraId="4C6842EC"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Acabado mate</w:t>
            </w:r>
          </w:p>
          <w:p w14:paraId="56DC48CD"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Estabilidad:</w:t>
            </w:r>
            <w:r w:rsidRPr="00286D07">
              <w:rPr>
                <w:rFonts w:ascii="Arial" w:hAnsi="Arial" w:cs="Arial"/>
                <w:sz w:val="16"/>
                <w:szCs w:val="16"/>
              </w:rPr>
              <w:t xml:space="preserve"> </w:t>
            </w:r>
          </w:p>
          <w:p w14:paraId="5BE1BDFB"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Diseño firme, sin oscilaciones</w:t>
            </w:r>
          </w:p>
          <w:p w14:paraId="7E423A65"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Bordes redondeados para seguridad</w:t>
            </w:r>
          </w:p>
          <w:p w14:paraId="4DC72A54"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 xml:space="preserve">El proveedor deberá entregar el mobiliario </w:t>
            </w:r>
            <w:r w:rsidRPr="00286D07">
              <w:rPr>
                <w:rFonts w:ascii="Arial" w:hAnsi="Arial" w:cs="Arial"/>
                <w:b/>
                <w:bCs/>
                <w:sz w:val="16"/>
                <w:szCs w:val="16"/>
              </w:rPr>
              <w:t>totalmente envuelto o empaquetado</w:t>
            </w:r>
            <w:r w:rsidRPr="00286D07">
              <w:rPr>
                <w:rFonts w:ascii="Arial" w:hAnsi="Arial" w:cs="Arial"/>
                <w:sz w:val="16"/>
                <w:szCs w:val="16"/>
              </w:rPr>
              <w:t>.</w:t>
            </w:r>
          </w:p>
          <w:p w14:paraId="6CAFB93F"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 xml:space="preserve">Los muebles deberán entregarse </w:t>
            </w:r>
            <w:r w:rsidRPr="00286D07">
              <w:rPr>
                <w:rFonts w:ascii="Arial" w:hAnsi="Arial" w:cs="Arial"/>
                <w:b/>
                <w:bCs/>
                <w:sz w:val="16"/>
                <w:szCs w:val="16"/>
              </w:rPr>
              <w:t>nuevos</w:t>
            </w:r>
            <w:r w:rsidRPr="00286D07">
              <w:rPr>
                <w:rFonts w:ascii="Arial" w:hAnsi="Arial" w:cs="Arial"/>
                <w:sz w:val="16"/>
                <w:szCs w:val="16"/>
              </w:rPr>
              <w:t>, sin golpes, manchas o defectos de fabricación.</w:t>
            </w:r>
          </w:p>
          <w:p w14:paraId="2C6292D6"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Incluye transporte, cargue, descargue e instalación en sitio.</w:t>
            </w:r>
          </w:p>
          <w:p w14:paraId="5CA7D36A" w14:textId="77777777" w:rsidR="00286D07" w:rsidRPr="00286D07" w:rsidRDefault="00286D07" w:rsidP="00B2514C">
            <w:pPr>
              <w:spacing w:after="0"/>
              <w:rPr>
                <w:rFonts w:ascii="Arial" w:hAnsi="Arial" w:cs="Arial"/>
                <w:sz w:val="16"/>
                <w:szCs w:val="16"/>
              </w:rPr>
            </w:pPr>
            <w:r w:rsidRPr="00286D07">
              <w:rPr>
                <w:rFonts w:ascii="Arial" w:hAnsi="Arial" w:cs="Arial"/>
                <w:b/>
                <w:bCs/>
                <w:sz w:val="16"/>
                <w:szCs w:val="16"/>
              </w:rPr>
              <w:t>Garantía mínima:</w:t>
            </w:r>
            <w:r w:rsidRPr="00286D07">
              <w:rPr>
                <w:rFonts w:ascii="Arial" w:hAnsi="Arial" w:cs="Arial"/>
                <w:sz w:val="16"/>
                <w:szCs w:val="16"/>
              </w:rPr>
              <w:t xml:space="preserve"> 12 meses</w:t>
            </w:r>
          </w:p>
          <w:p w14:paraId="2D6661C6"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 xml:space="preserve">La garantía deberá cubrir: </w:t>
            </w:r>
          </w:p>
          <w:p w14:paraId="4BC1C1B8"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Defectos de fabricación</w:t>
            </w:r>
          </w:p>
          <w:p w14:paraId="6331930C"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Daños estructurales no atribuibles al mal uso</w:t>
            </w:r>
          </w:p>
          <w:p w14:paraId="7FE32014" w14:textId="77777777" w:rsidR="00286D07" w:rsidRPr="00286D07" w:rsidRDefault="00286D07" w:rsidP="00B2514C">
            <w:pPr>
              <w:spacing w:after="0"/>
              <w:rPr>
                <w:rFonts w:ascii="Arial" w:hAnsi="Arial" w:cs="Arial"/>
                <w:sz w:val="16"/>
                <w:szCs w:val="16"/>
              </w:rPr>
            </w:pPr>
            <w:r w:rsidRPr="00286D07">
              <w:rPr>
                <w:rFonts w:ascii="Arial" w:hAnsi="Arial" w:cs="Arial"/>
                <w:sz w:val="16"/>
                <w:szCs w:val="16"/>
              </w:rPr>
              <w:t>Desprendimiento de tapizado o fallas en materiales</w:t>
            </w:r>
          </w:p>
          <w:p w14:paraId="47528E9C" w14:textId="77777777" w:rsidR="00286D07" w:rsidRPr="00286D07" w:rsidRDefault="00286D07" w:rsidP="00B2514C">
            <w:pPr>
              <w:spacing w:after="0"/>
              <w:rPr>
                <w:rFonts w:ascii="Arial" w:hAnsi="Arial" w:cs="Arial"/>
                <w:sz w:val="16"/>
                <w:szCs w:val="16"/>
              </w:rPr>
            </w:pPr>
          </w:p>
          <w:p w14:paraId="4535CD84" w14:textId="77777777" w:rsidR="00286D07" w:rsidRPr="00286D07" w:rsidRDefault="00286D07" w:rsidP="00B2514C">
            <w:pPr>
              <w:spacing w:after="0"/>
              <w:jc w:val="center"/>
              <w:rPr>
                <w:rFonts w:ascii="Arial" w:hAnsi="Arial" w:cs="Arial"/>
                <w:b/>
                <w:bCs/>
                <w:sz w:val="16"/>
                <w:szCs w:val="16"/>
              </w:rPr>
            </w:pPr>
            <w:r w:rsidRPr="00286D07">
              <w:rPr>
                <w:rFonts w:ascii="Arial" w:hAnsi="Arial" w:cs="Arial"/>
                <w:b/>
                <w:bCs/>
                <w:sz w:val="16"/>
                <w:szCs w:val="16"/>
              </w:rPr>
              <w:t>IMAGEN DE REFERENCIA</w:t>
            </w:r>
          </w:p>
          <w:p w14:paraId="3C1A086F" w14:textId="77777777" w:rsidR="00286D07" w:rsidRPr="00286D07" w:rsidRDefault="00286D07" w:rsidP="00B2514C">
            <w:pPr>
              <w:spacing w:after="0"/>
              <w:jc w:val="center"/>
              <w:rPr>
                <w:rFonts w:ascii="Arial" w:hAnsi="Arial" w:cs="Arial"/>
                <w:sz w:val="16"/>
                <w:szCs w:val="16"/>
              </w:rPr>
            </w:pPr>
          </w:p>
          <w:p w14:paraId="4DC26F1A" w14:textId="77777777" w:rsidR="00286D07" w:rsidRPr="00286D07" w:rsidRDefault="00286D07" w:rsidP="00B2514C">
            <w:pPr>
              <w:spacing w:after="0"/>
              <w:jc w:val="center"/>
              <w:rPr>
                <w:rFonts w:ascii="Arial" w:hAnsi="Arial" w:cs="Arial"/>
                <w:sz w:val="16"/>
                <w:szCs w:val="16"/>
              </w:rPr>
            </w:pPr>
            <w:r w:rsidRPr="00286D07">
              <w:rPr>
                <w:rFonts w:ascii="Arial" w:hAnsi="Arial" w:cs="Arial"/>
                <w:noProof/>
                <w:sz w:val="16"/>
                <w:szCs w:val="16"/>
              </w:rPr>
              <w:drawing>
                <wp:inline distT="0" distB="0" distL="0" distR="0" wp14:anchorId="2FCF74AC" wp14:editId="57F4DF4C">
                  <wp:extent cx="2287431" cy="1393493"/>
                  <wp:effectExtent l="19050" t="19050" r="17780" b="16510"/>
                  <wp:docPr id="8183457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2256" cy="1420800"/>
                          </a:xfrm>
                          <a:prstGeom prst="rect">
                            <a:avLst/>
                          </a:prstGeom>
                          <a:noFill/>
                          <a:ln w="12700">
                            <a:solidFill>
                              <a:schemeClr val="tx1"/>
                            </a:solidFill>
                          </a:ln>
                        </pic:spPr>
                      </pic:pic>
                    </a:graphicData>
                  </a:graphic>
                </wp:inline>
              </w:drawing>
            </w:r>
          </w:p>
          <w:p w14:paraId="372D1E0D" w14:textId="77777777" w:rsidR="00286D07" w:rsidRPr="00286D07" w:rsidRDefault="00286D07" w:rsidP="00B2514C">
            <w:pPr>
              <w:spacing w:after="0"/>
              <w:jc w:val="both"/>
              <w:rPr>
                <w:rFonts w:ascii="Arial" w:hAnsi="Arial" w:cs="Arial"/>
                <w:b/>
                <w:bCs/>
                <w:color w:val="000000"/>
                <w:sz w:val="16"/>
                <w:szCs w:val="16"/>
                <w:lang w:eastAsia="es-CO"/>
              </w:rPr>
            </w:pPr>
          </w:p>
        </w:tc>
        <w:tc>
          <w:tcPr>
            <w:tcW w:w="850" w:type="dxa"/>
            <w:shd w:val="clear" w:color="000000" w:fill="FFFFFF"/>
          </w:tcPr>
          <w:p w14:paraId="7A0BAB62" w14:textId="77777777" w:rsidR="00286D07" w:rsidRPr="00286D07" w:rsidRDefault="00286D07" w:rsidP="00B2514C">
            <w:pPr>
              <w:spacing w:after="0"/>
              <w:jc w:val="both"/>
              <w:rPr>
                <w:rFonts w:ascii="Arial" w:hAnsi="Arial" w:cs="Arial"/>
                <w:color w:val="000000"/>
                <w:sz w:val="16"/>
                <w:szCs w:val="16"/>
                <w:lang w:eastAsia="es-CO"/>
              </w:rPr>
            </w:pPr>
          </w:p>
        </w:tc>
        <w:tc>
          <w:tcPr>
            <w:tcW w:w="850" w:type="dxa"/>
            <w:shd w:val="clear" w:color="000000" w:fill="FFFFFF"/>
          </w:tcPr>
          <w:p w14:paraId="2F27CB80" w14:textId="77777777" w:rsidR="00286D07" w:rsidRPr="00286D07" w:rsidRDefault="00286D07" w:rsidP="00B2514C">
            <w:pPr>
              <w:spacing w:after="0"/>
              <w:jc w:val="both"/>
              <w:rPr>
                <w:rFonts w:ascii="Arial" w:hAnsi="Arial" w:cs="Arial"/>
                <w:color w:val="000000"/>
                <w:sz w:val="16"/>
                <w:szCs w:val="16"/>
                <w:lang w:eastAsia="es-CO"/>
              </w:rPr>
            </w:pPr>
          </w:p>
        </w:tc>
      </w:tr>
      <w:tr w:rsidR="00286D07" w:rsidRPr="00286D07" w14:paraId="0A8ADF05" w14:textId="24B6C2C5" w:rsidTr="008E7959">
        <w:trPr>
          <w:trHeight w:val="50"/>
          <w:jc w:val="center"/>
        </w:trPr>
        <w:tc>
          <w:tcPr>
            <w:tcW w:w="789" w:type="dxa"/>
            <w:shd w:val="clear" w:color="000000" w:fill="FFFFFF"/>
            <w:vAlign w:val="center"/>
          </w:tcPr>
          <w:p w14:paraId="215DBE07" w14:textId="77777777" w:rsidR="00286D07" w:rsidRPr="00286D07" w:rsidRDefault="00286D07" w:rsidP="00B2514C">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lastRenderedPageBreak/>
              <w:t>DINCO</w:t>
            </w:r>
          </w:p>
        </w:tc>
        <w:tc>
          <w:tcPr>
            <w:tcW w:w="1333" w:type="dxa"/>
            <w:shd w:val="clear" w:color="000000" w:fill="FFFFFF"/>
            <w:vAlign w:val="center"/>
          </w:tcPr>
          <w:p w14:paraId="244FCEDD" w14:textId="77777777" w:rsidR="00286D07" w:rsidRPr="00286D07" w:rsidRDefault="00286D07" w:rsidP="00B2514C">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t>LINEA DE MANDO</w:t>
            </w:r>
          </w:p>
        </w:tc>
        <w:tc>
          <w:tcPr>
            <w:tcW w:w="6406" w:type="dxa"/>
            <w:shd w:val="clear" w:color="000000" w:fill="FFFFFF"/>
          </w:tcPr>
          <w:p w14:paraId="24BFB03B"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LÍNEA DE MANDO</w:t>
            </w:r>
          </w:p>
          <w:p w14:paraId="20AB00F6" w14:textId="77777777" w:rsidR="00286D07" w:rsidRPr="00286D07" w:rsidRDefault="00286D07" w:rsidP="00B2514C">
            <w:pPr>
              <w:spacing w:after="0"/>
              <w:rPr>
                <w:rFonts w:ascii="Arial" w:hAnsi="Arial" w:cs="Arial"/>
                <w:color w:val="000000"/>
                <w:sz w:val="16"/>
                <w:szCs w:val="16"/>
                <w:lang w:eastAsia="es-CO"/>
              </w:rPr>
            </w:pPr>
          </w:p>
          <w:tbl>
            <w:tblPr>
              <w:tblStyle w:val="Tablaconcuadrcula"/>
              <w:tblW w:w="6115" w:type="dxa"/>
              <w:tblLook w:val="04A0" w:firstRow="1" w:lastRow="0" w:firstColumn="1" w:lastColumn="0" w:noHBand="0" w:noVBand="1"/>
            </w:tblPr>
            <w:tblGrid>
              <w:gridCol w:w="1404"/>
              <w:gridCol w:w="4711"/>
            </w:tblGrid>
            <w:tr w:rsidR="00286D07" w:rsidRPr="00286D07" w14:paraId="70EC3D37" w14:textId="77777777" w:rsidTr="00286D07">
              <w:trPr>
                <w:trHeight w:val="181"/>
              </w:trPr>
              <w:tc>
                <w:tcPr>
                  <w:tcW w:w="1404" w:type="dxa"/>
                  <w:vAlign w:val="center"/>
                </w:tcPr>
                <w:p w14:paraId="5B50ABBE" w14:textId="77777777"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Marco general:</w:t>
                  </w:r>
                </w:p>
              </w:tc>
              <w:tc>
                <w:tcPr>
                  <w:tcW w:w="4711" w:type="dxa"/>
                </w:tcPr>
                <w:p w14:paraId="40D971B6" w14:textId="77777777" w:rsidR="00286D07" w:rsidRPr="00286D07" w:rsidRDefault="00286D07" w:rsidP="00B2514C">
                  <w:pPr>
                    <w:rPr>
                      <w:rFonts w:ascii="Arial" w:hAnsi="Arial" w:cs="Arial"/>
                      <w:color w:val="000000"/>
                      <w:sz w:val="16"/>
                      <w:szCs w:val="16"/>
                    </w:rPr>
                  </w:pPr>
                  <w:r w:rsidRPr="00286D07">
                    <w:rPr>
                      <w:rFonts w:ascii="Arial" w:hAnsi="Arial" w:cs="Arial"/>
                      <w:color w:val="000000"/>
                      <w:sz w:val="16"/>
                      <w:szCs w:val="16"/>
                    </w:rPr>
                    <w:t>lámina de acrílico biselado de 160cm de largo x 50 cm de alto.</w:t>
                  </w:r>
                </w:p>
              </w:tc>
            </w:tr>
            <w:tr w:rsidR="00286D07" w:rsidRPr="00286D07" w14:paraId="5E0F2A48" w14:textId="77777777" w:rsidTr="00286D07">
              <w:trPr>
                <w:trHeight w:val="1827"/>
              </w:trPr>
              <w:tc>
                <w:tcPr>
                  <w:tcW w:w="1404" w:type="dxa"/>
                  <w:vAlign w:val="center"/>
                </w:tcPr>
                <w:p w14:paraId="31F5489D" w14:textId="77777777"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Estructura:</w:t>
                  </w:r>
                </w:p>
              </w:tc>
              <w:tc>
                <w:tcPr>
                  <w:tcW w:w="4711" w:type="dxa"/>
                </w:tcPr>
                <w:p w14:paraId="29EF7C96"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Las fotografías deben ubicarse en 7 espacios de 20 x 25 cm. Las fotografías serán imágenes en color con</w:t>
                  </w:r>
                </w:p>
                <w:p w14:paraId="638B6041"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margen interno de 3 cm por cada lado. Las fotografías estarán fijadas por la parte posterior del vidrio. • Los</w:t>
                  </w:r>
                </w:p>
                <w:p w14:paraId="74F88EAD"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textos son en FUTURA con la siguiente información:</w:t>
                  </w:r>
                </w:p>
                <w:p w14:paraId="7E8686B8"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Grado (máximo 40 pts.)</w:t>
                  </w:r>
                </w:p>
                <w:p w14:paraId="09EB3510"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Nombres y Apellidos (máximo 38 pts.)</w:t>
                  </w:r>
                </w:p>
                <w:p w14:paraId="1F5F4FCD"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Cargo (Máximo 37 pts.)</w:t>
                  </w:r>
                </w:p>
                <w:p w14:paraId="26852CAA"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Los textos estarán centrados debajo de cada fotografía con una sepa ración máxima de 3cm.</w:t>
                  </w:r>
                </w:p>
              </w:tc>
            </w:tr>
            <w:tr w:rsidR="00286D07" w:rsidRPr="00286D07" w14:paraId="7F504C9B" w14:textId="77777777" w:rsidTr="00286D07">
              <w:trPr>
                <w:trHeight w:val="181"/>
              </w:trPr>
              <w:tc>
                <w:tcPr>
                  <w:tcW w:w="1404" w:type="dxa"/>
                  <w:vAlign w:val="center"/>
                </w:tcPr>
                <w:p w14:paraId="06D5F2A9" w14:textId="77777777"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Medidas:</w:t>
                  </w:r>
                </w:p>
              </w:tc>
              <w:tc>
                <w:tcPr>
                  <w:tcW w:w="4711" w:type="dxa"/>
                </w:tcPr>
                <w:p w14:paraId="58CB0374" w14:textId="77777777" w:rsidR="00286D07" w:rsidRPr="00286D07" w:rsidRDefault="00286D07" w:rsidP="00B2514C">
                  <w:pPr>
                    <w:rPr>
                      <w:rFonts w:ascii="Arial" w:hAnsi="Arial" w:cs="Arial"/>
                      <w:color w:val="000000"/>
                      <w:sz w:val="16"/>
                      <w:szCs w:val="16"/>
                    </w:rPr>
                  </w:pPr>
                  <w:r w:rsidRPr="00286D07">
                    <w:rPr>
                      <w:rFonts w:ascii="Arial" w:hAnsi="Arial" w:cs="Arial"/>
                      <w:color w:val="000000"/>
                      <w:sz w:val="16"/>
                      <w:szCs w:val="16"/>
                    </w:rPr>
                    <w:t>1.60CM X 50 CM</w:t>
                  </w:r>
                </w:p>
              </w:tc>
            </w:tr>
            <w:tr w:rsidR="00286D07" w:rsidRPr="00286D07" w14:paraId="0209F225" w14:textId="77777777" w:rsidTr="00286D07">
              <w:trPr>
                <w:trHeight w:val="555"/>
              </w:trPr>
              <w:tc>
                <w:tcPr>
                  <w:tcW w:w="1404" w:type="dxa"/>
                  <w:vAlign w:val="center"/>
                </w:tcPr>
                <w:p w14:paraId="4697E3D9" w14:textId="77777777"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Identificación:</w:t>
                  </w:r>
                </w:p>
              </w:tc>
              <w:tc>
                <w:tcPr>
                  <w:tcW w:w="4711" w:type="dxa"/>
                </w:tcPr>
                <w:p w14:paraId="4C0CDA51" w14:textId="77777777" w:rsidR="00286D07" w:rsidRPr="00286D07" w:rsidRDefault="00286D07" w:rsidP="00B2514C">
                  <w:pPr>
                    <w:rPr>
                      <w:rFonts w:ascii="Arial" w:hAnsi="Arial" w:cs="Arial"/>
                      <w:color w:val="000000"/>
                      <w:sz w:val="16"/>
                      <w:szCs w:val="16"/>
                    </w:rPr>
                  </w:pPr>
                  <w:r w:rsidRPr="00286D07">
                    <w:rPr>
                      <w:rFonts w:ascii="Arial" w:hAnsi="Arial" w:cs="Arial"/>
                      <w:color w:val="000000"/>
                      <w:sz w:val="16"/>
                      <w:szCs w:val="16"/>
                    </w:rPr>
                    <w:t>Porta el escudo de la Policía Nacional de Colombia en la parte superior, grabado láser en el acrílico, con la frese POLICÍA NACIONAL</w:t>
                  </w:r>
                </w:p>
                <w:p w14:paraId="24203124" w14:textId="77777777" w:rsidR="00286D07" w:rsidRPr="00286D07" w:rsidRDefault="00286D07" w:rsidP="00B2514C">
                  <w:pPr>
                    <w:rPr>
                      <w:rFonts w:ascii="Arial" w:hAnsi="Arial" w:cs="Arial"/>
                      <w:color w:val="000000"/>
                      <w:sz w:val="16"/>
                      <w:szCs w:val="16"/>
                    </w:rPr>
                  </w:pPr>
                  <w:r w:rsidRPr="00286D07">
                    <w:rPr>
                      <w:rFonts w:ascii="Arial" w:hAnsi="Arial" w:cs="Arial"/>
                      <w:color w:val="000000"/>
                      <w:sz w:val="16"/>
                      <w:szCs w:val="16"/>
                    </w:rPr>
                    <w:t>LÍNEA DE MANDO (ALINEADO A LA IZQUIERDA) tipo de letra: ARIAL</w:t>
                  </w:r>
                </w:p>
              </w:tc>
            </w:tr>
            <w:tr w:rsidR="00286D07" w:rsidRPr="00286D07" w14:paraId="21D46072" w14:textId="77777777" w:rsidTr="00286D07">
              <w:trPr>
                <w:trHeight w:val="362"/>
              </w:trPr>
              <w:tc>
                <w:tcPr>
                  <w:tcW w:w="1404" w:type="dxa"/>
                  <w:vAlign w:val="center"/>
                </w:tcPr>
                <w:p w14:paraId="529B3488" w14:textId="1B845C6C"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Color:</w:t>
                  </w:r>
                </w:p>
              </w:tc>
              <w:tc>
                <w:tcPr>
                  <w:tcW w:w="4711" w:type="dxa"/>
                </w:tcPr>
                <w:p w14:paraId="273B1D00"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xml:space="preserve">Se usarán los colores institucionales autorizados para el momento de la elaboración, en coordinación con el futuro supervisor del contrato </w:t>
                  </w:r>
                </w:p>
              </w:tc>
            </w:tr>
            <w:tr w:rsidR="00286D07" w:rsidRPr="00286D07" w14:paraId="0E361B64" w14:textId="77777777" w:rsidTr="00286D07">
              <w:trPr>
                <w:trHeight w:val="544"/>
              </w:trPr>
              <w:tc>
                <w:tcPr>
                  <w:tcW w:w="1404" w:type="dxa"/>
                  <w:vAlign w:val="center"/>
                </w:tcPr>
                <w:p w14:paraId="6B84A7EA" w14:textId="77777777" w:rsidR="00286D07" w:rsidRPr="00286D07" w:rsidRDefault="00286D07" w:rsidP="00B2514C">
                  <w:pPr>
                    <w:jc w:val="center"/>
                    <w:rPr>
                      <w:rFonts w:ascii="Arial" w:hAnsi="Arial" w:cs="Arial"/>
                      <w:color w:val="000000"/>
                      <w:sz w:val="16"/>
                      <w:szCs w:val="16"/>
                    </w:rPr>
                  </w:pPr>
                  <w:r w:rsidRPr="00286D07">
                    <w:rPr>
                      <w:rFonts w:ascii="Arial" w:hAnsi="Arial" w:cs="Arial"/>
                      <w:b/>
                      <w:bCs/>
                      <w:color w:val="000000"/>
                      <w:sz w:val="16"/>
                      <w:szCs w:val="16"/>
                    </w:rPr>
                    <w:t>Instalación:</w:t>
                  </w:r>
                </w:p>
              </w:tc>
              <w:tc>
                <w:tcPr>
                  <w:tcW w:w="4711" w:type="dxa"/>
                </w:tcPr>
                <w:p w14:paraId="5B2AA62E" w14:textId="77777777" w:rsidR="00286D07" w:rsidRPr="00286D07" w:rsidRDefault="00286D07" w:rsidP="00B2514C">
                  <w:pPr>
                    <w:jc w:val="both"/>
                    <w:rPr>
                      <w:rFonts w:ascii="Arial" w:hAnsi="Arial" w:cs="Arial"/>
                      <w:color w:val="000000"/>
                      <w:sz w:val="16"/>
                      <w:szCs w:val="16"/>
                    </w:rPr>
                  </w:pPr>
                  <w:r w:rsidRPr="00286D07">
                    <w:rPr>
                      <w:rFonts w:ascii="Arial" w:hAnsi="Arial" w:cs="Arial"/>
                      <w:color w:val="000000"/>
                      <w:sz w:val="16"/>
                      <w:szCs w:val="16"/>
                    </w:rPr>
                    <w:t xml:space="preserve">Orificios </w:t>
                  </w:r>
                  <w:proofErr w:type="spellStart"/>
                  <w:r w:rsidRPr="00286D07">
                    <w:rPr>
                      <w:rFonts w:ascii="Arial" w:hAnsi="Arial" w:cs="Arial"/>
                      <w:color w:val="000000"/>
                      <w:sz w:val="16"/>
                      <w:szCs w:val="16"/>
                    </w:rPr>
                    <w:t>pre-perforados</w:t>
                  </w:r>
                  <w:proofErr w:type="spellEnd"/>
                  <w:r w:rsidRPr="00286D07">
                    <w:rPr>
                      <w:rFonts w:ascii="Arial" w:hAnsi="Arial" w:cs="Arial"/>
                      <w:color w:val="000000"/>
                      <w:sz w:val="16"/>
                      <w:szCs w:val="16"/>
                    </w:rPr>
                    <w:t xml:space="preserve"> en las esquinas y en la mitad de la parte superior e inferior para fijación mediante chazos y tornillos, o separadores de acero inoxidable (tipo pinza) para un acabado profesional y estético.</w:t>
                  </w:r>
                </w:p>
              </w:tc>
            </w:tr>
          </w:tbl>
          <w:p w14:paraId="4CC5754A" w14:textId="77777777" w:rsidR="00286D07" w:rsidRPr="00286D07" w:rsidRDefault="00286D07" w:rsidP="00B2514C">
            <w:pPr>
              <w:spacing w:after="0"/>
              <w:rPr>
                <w:rFonts w:ascii="Arial" w:hAnsi="Arial" w:cs="Arial"/>
                <w:color w:val="000000"/>
                <w:sz w:val="16"/>
                <w:szCs w:val="16"/>
                <w:lang w:eastAsia="es-CO"/>
              </w:rPr>
            </w:pPr>
          </w:p>
          <w:p w14:paraId="4E3166EE"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IMAGEN DE REFERENCIA</w:t>
            </w:r>
          </w:p>
          <w:p w14:paraId="5846AA80" w14:textId="77777777" w:rsidR="00286D07" w:rsidRPr="00286D07" w:rsidRDefault="00286D07" w:rsidP="00B2514C">
            <w:pPr>
              <w:spacing w:after="0"/>
              <w:jc w:val="center"/>
              <w:rPr>
                <w:rFonts w:ascii="Arial" w:hAnsi="Arial" w:cs="Arial"/>
                <w:color w:val="000000"/>
                <w:sz w:val="16"/>
                <w:szCs w:val="16"/>
                <w:lang w:eastAsia="es-CO"/>
              </w:rPr>
            </w:pPr>
          </w:p>
          <w:p w14:paraId="2A07DBE0" w14:textId="77777777" w:rsidR="00286D07" w:rsidRPr="00286D07" w:rsidRDefault="00286D07" w:rsidP="00B2514C">
            <w:pPr>
              <w:spacing w:after="0"/>
              <w:jc w:val="center"/>
              <w:rPr>
                <w:rFonts w:ascii="Arial" w:hAnsi="Arial" w:cs="Arial"/>
                <w:color w:val="000000"/>
                <w:sz w:val="16"/>
                <w:szCs w:val="16"/>
                <w:lang w:eastAsia="es-CO"/>
              </w:rPr>
            </w:pPr>
            <w:r w:rsidRPr="00286D07">
              <w:rPr>
                <w:rFonts w:ascii="Arial" w:hAnsi="Arial" w:cs="Arial"/>
                <w:noProof/>
                <w:color w:val="000000"/>
                <w:sz w:val="16"/>
                <w:szCs w:val="16"/>
                <w:lang w:eastAsia="es-CO"/>
              </w:rPr>
              <w:drawing>
                <wp:inline distT="0" distB="0" distL="0" distR="0" wp14:anchorId="6E00A884" wp14:editId="7EF0472D">
                  <wp:extent cx="2085496" cy="1359374"/>
                  <wp:effectExtent l="19050" t="19050" r="10160" b="12700"/>
                  <wp:docPr id="36670792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t="24968" b="8108"/>
                          <a:stretch>
                            <a:fillRect/>
                          </a:stretch>
                        </pic:blipFill>
                        <pic:spPr bwMode="auto">
                          <a:xfrm>
                            <a:off x="0" y="0"/>
                            <a:ext cx="2154058" cy="1404065"/>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tc>
        <w:tc>
          <w:tcPr>
            <w:tcW w:w="850" w:type="dxa"/>
            <w:shd w:val="clear" w:color="000000" w:fill="FFFFFF"/>
          </w:tcPr>
          <w:p w14:paraId="123E2D62" w14:textId="77777777" w:rsidR="00286D07" w:rsidRPr="00286D07" w:rsidRDefault="00286D07" w:rsidP="00B2514C">
            <w:pPr>
              <w:spacing w:after="0"/>
              <w:jc w:val="center"/>
              <w:rPr>
                <w:rFonts w:ascii="Arial" w:hAnsi="Arial" w:cs="Arial"/>
                <w:b/>
                <w:bCs/>
                <w:color w:val="000000"/>
                <w:sz w:val="16"/>
                <w:szCs w:val="16"/>
                <w:lang w:eastAsia="es-CO"/>
              </w:rPr>
            </w:pPr>
          </w:p>
        </w:tc>
        <w:tc>
          <w:tcPr>
            <w:tcW w:w="850" w:type="dxa"/>
            <w:shd w:val="clear" w:color="000000" w:fill="FFFFFF"/>
          </w:tcPr>
          <w:p w14:paraId="125ACE2B" w14:textId="77777777" w:rsidR="00286D07" w:rsidRPr="00286D07" w:rsidRDefault="00286D07" w:rsidP="00B2514C">
            <w:pPr>
              <w:spacing w:after="0"/>
              <w:jc w:val="center"/>
              <w:rPr>
                <w:rFonts w:ascii="Arial" w:hAnsi="Arial" w:cs="Arial"/>
                <w:b/>
                <w:bCs/>
                <w:color w:val="000000"/>
                <w:sz w:val="16"/>
                <w:szCs w:val="16"/>
                <w:lang w:eastAsia="es-CO"/>
              </w:rPr>
            </w:pPr>
          </w:p>
        </w:tc>
      </w:tr>
      <w:tr w:rsidR="00286D07" w:rsidRPr="00286D07" w14:paraId="5F6F24C1" w14:textId="40A40FDA" w:rsidTr="008E7959">
        <w:trPr>
          <w:trHeight w:val="47"/>
          <w:jc w:val="center"/>
        </w:trPr>
        <w:tc>
          <w:tcPr>
            <w:tcW w:w="789" w:type="dxa"/>
            <w:shd w:val="clear" w:color="000000" w:fill="FFFFFF"/>
            <w:vAlign w:val="center"/>
          </w:tcPr>
          <w:p w14:paraId="0C9A709A" w14:textId="77777777" w:rsidR="00286D07" w:rsidRPr="00286D07" w:rsidRDefault="00286D07" w:rsidP="00B2514C">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t>DINCO</w:t>
            </w:r>
          </w:p>
        </w:tc>
        <w:tc>
          <w:tcPr>
            <w:tcW w:w="1333" w:type="dxa"/>
            <w:shd w:val="clear" w:color="000000" w:fill="FFFFFF"/>
            <w:vAlign w:val="center"/>
          </w:tcPr>
          <w:p w14:paraId="1BDE76C0" w14:textId="77777777" w:rsidR="00286D07" w:rsidRPr="00286D07" w:rsidRDefault="00286D07" w:rsidP="00B2514C">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t>CARPAS </w:t>
            </w:r>
          </w:p>
        </w:tc>
        <w:tc>
          <w:tcPr>
            <w:tcW w:w="6406" w:type="dxa"/>
            <w:shd w:val="clear" w:color="000000" w:fill="FFFFFF"/>
          </w:tcPr>
          <w:p w14:paraId="407E5D12" w14:textId="77777777" w:rsidR="00286D07" w:rsidRPr="00286D07" w:rsidRDefault="00286D07" w:rsidP="00B2514C">
            <w:pPr>
              <w:tabs>
                <w:tab w:val="left" w:pos="240"/>
              </w:tabs>
              <w:spacing w:after="0"/>
              <w:jc w:val="both"/>
              <w:rPr>
                <w:rFonts w:ascii="Arial" w:hAnsi="Arial" w:cs="Arial"/>
                <w:b/>
                <w:bCs/>
                <w:sz w:val="16"/>
                <w:szCs w:val="16"/>
              </w:rPr>
            </w:pPr>
            <w:r w:rsidRPr="00286D07">
              <w:rPr>
                <w:rFonts w:ascii="Arial" w:hAnsi="Arial" w:cs="Arial"/>
                <w:b/>
                <w:bCs/>
                <w:sz w:val="16"/>
                <w:szCs w:val="16"/>
              </w:rPr>
              <w:t>CARPA PLEGABLE</w:t>
            </w:r>
          </w:p>
          <w:p w14:paraId="4AC553A8" w14:textId="77777777" w:rsidR="00286D07" w:rsidRPr="00286D07" w:rsidRDefault="00286D07" w:rsidP="00B2514C">
            <w:pPr>
              <w:tabs>
                <w:tab w:val="left" w:pos="240"/>
              </w:tabs>
              <w:spacing w:after="0"/>
              <w:jc w:val="both"/>
              <w:rPr>
                <w:rFonts w:ascii="Arial" w:hAnsi="Arial" w:cs="Arial"/>
                <w:b/>
                <w:bCs/>
                <w:sz w:val="16"/>
                <w:szCs w:val="16"/>
              </w:rPr>
            </w:pPr>
          </w:p>
          <w:p w14:paraId="0F271EE3" w14:textId="77777777" w:rsidR="00286D07" w:rsidRPr="00286D07" w:rsidRDefault="00286D07" w:rsidP="00B2514C">
            <w:pPr>
              <w:spacing w:after="0"/>
              <w:jc w:val="both"/>
              <w:rPr>
                <w:rFonts w:ascii="Arial" w:hAnsi="Arial" w:cs="Arial"/>
                <w:sz w:val="16"/>
                <w:szCs w:val="16"/>
              </w:rPr>
            </w:pPr>
            <w:r w:rsidRPr="00286D07">
              <w:rPr>
                <w:rFonts w:ascii="Arial" w:hAnsi="Arial" w:cs="Arial"/>
                <w:sz w:val="16"/>
                <w:szCs w:val="16"/>
              </w:rPr>
              <w:t>Carpa plegable de 2x2 metros de fácil armado con fines corporativos para la regional de incorporación No. 7, en desarrollo a las actividades propias de la misionalidad para la selección del personal y mantenimiento de la planta de personal para la Policía nacional.</w:t>
            </w:r>
          </w:p>
          <w:p w14:paraId="6AD8AF8C" w14:textId="77777777" w:rsidR="00286D07" w:rsidRPr="00286D07" w:rsidRDefault="00286D07" w:rsidP="00B2514C">
            <w:pPr>
              <w:spacing w:after="0"/>
              <w:jc w:val="both"/>
              <w:rPr>
                <w:rFonts w:ascii="Arial" w:hAnsi="Arial" w:cs="Arial"/>
                <w:b/>
                <w:bCs/>
                <w:sz w:val="16"/>
                <w:szCs w:val="16"/>
              </w:rPr>
            </w:pPr>
          </w:p>
          <w:tbl>
            <w:tblPr>
              <w:tblStyle w:val="Tablaconcuadrcula"/>
              <w:tblW w:w="0" w:type="auto"/>
              <w:jc w:val="center"/>
              <w:tblLook w:val="04A0" w:firstRow="1" w:lastRow="0" w:firstColumn="1" w:lastColumn="0" w:noHBand="0" w:noVBand="1"/>
            </w:tblPr>
            <w:tblGrid>
              <w:gridCol w:w="2724"/>
              <w:gridCol w:w="3513"/>
            </w:tblGrid>
            <w:tr w:rsidR="00286D07" w:rsidRPr="00286D07" w14:paraId="288018D4" w14:textId="77777777" w:rsidTr="00286D07">
              <w:trPr>
                <w:trHeight w:val="227"/>
                <w:jc w:val="center"/>
              </w:trPr>
              <w:tc>
                <w:tcPr>
                  <w:tcW w:w="3000" w:type="dxa"/>
                  <w:vAlign w:val="center"/>
                </w:tcPr>
                <w:p w14:paraId="15D379D5" w14:textId="77777777" w:rsidR="00286D07" w:rsidRPr="00286D07" w:rsidRDefault="00286D07" w:rsidP="00286D07">
                  <w:pPr>
                    <w:rPr>
                      <w:rFonts w:ascii="Arial" w:hAnsi="Arial" w:cs="Arial"/>
                      <w:color w:val="000000"/>
                      <w:sz w:val="16"/>
                      <w:szCs w:val="16"/>
                    </w:rPr>
                  </w:pPr>
                  <w:r w:rsidRPr="00286D07">
                    <w:rPr>
                      <w:rFonts w:ascii="Arial" w:hAnsi="Arial" w:cs="Arial"/>
                      <w:b/>
                      <w:bCs/>
                      <w:sz w:val="16"/>
                      <w:szCs w:val="16"/>
                    </w:rPr>
                    <w:t>DIMENSIONES:</w:t>
                  </w:r>
                  <w:r w:rsidRPr="00286D07">
                    <w:rPr>
                      <w:rFonts w:ascii="Arial" w:hAnsi="Arial" w:cs="Arial"/>
                      <w:sz w:val="16"/>
                      <w:szCs w:val="16"/>
                    </w:rPr>
                    <w:t> </w:t>
                  </w:r>
                </w:p>
              </w:tc>
              <w:tc>
                <w:tcPr>
                  <w:tcW w:w="4100" w:type="dxa"/>
                  <w:vAlign w:val="center"/>
                </w:tcPr>
                <w:p w14:paraId="6CF5B07A" w14:textId="77777777" w:rsidR="00286D07" w:rsidRPr="00286D07" w:rsidRDefault="00286D07" w:rsidP="00286D07">
                  <w:pPr>
                    <w:jc w:val="both"/>
                    <w:rPr>
                      <w:rFonts w:ascii="Arial" w:hAnsi="Arial" w:cs="Arial"/>
                      <w:color w:val="000000"/>
                      <w:sz w:val="16"/>
                      <w:szCs w:val="16"/>
                    </w:rPr>
                  </w:pPr>
                  <w:r w:rsidRPr="00286D07">
                    <w:rPr>
                      <w:rFonts w:ascii="Arial" w:hAnsi="Arial" w:cs="Arial"/>
                      <w:sz w:val="16"/>
                      <w:szCs w:val="16"/>
                    </w:rPr>
                    <w:t>2 metros de ancho x 2 metros de largo</w:t>
                  </w:r>
                </w:p>
              </w:tc>
            </w:tr>
            <w:tr w:rsidR="00286D07" w:rsidRPr="00286D07" w14:paraId="38308073" w14:textId="77777777" w:rsidTr="00286D07">
              <w:trPr>
                <w:trHeight w:val="227"/>
                <w:jc w:val="center"/>
              </w:trPr>
              <w:tc>
                <w:tcPr>
                  <w:tcW w:w="3000" w:type="dxa"/>
                  <w:vAlign w:val="center"/>
                </w:tcPr>
                <w:p w14:paraId="5545550E" w14:textId="77777777" w:rsidR="00286D07" w:rsidRPr="00286D07" w:rsidRDefault="00286D07" w:rsidP="00286D07">
                  <w:pPr>
                    <w:rPr>
                      <w:rFonts w:ascii="Arial" w:hAnsi="Arial" w:cs="Arial"/>
                      <w:color w:val="000000"/>
                      <w:sz w:val="16"/>
                      <w:szCs w:val="16"/>
                    </w:rPr>
                  </w:pPr>
                  <w:r w:rsidRPr="00286D07">
                    <w:rPr>
                      <w:rFonts w:ascii="Arial" w:hAnsi="Arial" w:cs="Arial"/>
                      <w:b/>
                      <w:bCs/>
                      <w:color w:val="000000"/>
                      <w:sz w:val="16"/>
                      <w:szCs w:val="16"/>
                    </w:rPr>
                    <w:t>ESTRUCTURA:</w:t>
                  </w:r>
                </w:p>
              </w:tc>
              <w:tc>
                <w:tcPr>
                  <w:tcW w:w="4100" w:type="dxa"/>
                  <w:vAlign w:val="center"/>
                </w:tcPr>
                <w:p w14:paraId="5FDCE455"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Hierro/Acero galvanizado reforzado resistente a la corrosión.</w:t>
                  </w:r>
                </w:p>
              </w:tc>
            </w:tr>
            <w:tr w:rsidR="00286D07" w:rsidRPr="00286D07" w14:paraId="1499EC00" w14:textId="77777777" w:rsidTr="00286D07">
              <w:trPr>
                <w:trHeight w:val="227"/>
                <w:jc w:val="center"/>
              </w:trPr>
              <w:tc>
                <w:tcPr>
                  <w:tcW w:w="3000" w:type="dxa"/>
                  <w:vAlign w:val="center"/>
                </w:tcPr>
                <w:p w14:paraId="37BC8103" w14:textId="77777777" w:rsidR="00286D07" w:rsidRPr="00286D07" w:rsidRDefault="00286D07" w:rsidP="00286D07">
                  <w:pPr>
                    <w:rPr>
                      <w:rFonts w:ascii="Arial" w:hAnsi="Arial" w:cs="Arial"/>
                      <w:b/>
                      <w:bCs/>
                      <w:color w:val="000000"/>
                      <w:sz w:val="16"/>
                      <w:szCs w:val="16"/>
                    </w:rPr>
                  </w:pPr>
                  <w:r w:rsidRPr="00286D07">
                    <w:rPr>
                      <w:rFonts w:ascii="Arial" w:hAnsi="Arial" w:cs="Arial"/>
                      <w:b/>
                      <w:bCs/>
                      <w:color w:val="000000"/>
                      <w:sz w:val="16"/>
                      <w:szCs w:val="16"/>
                    </w:rPr>
                    <w:t>LONA:</w:t>
                  </w:r>
                </w:p>
              </w:tc>
              <w:tc>
                <w:tcPr>
                  <w:tcW w:w="4100" w:type="dxa"/>
                  <w:vAlign w:val="center"/>
                </w:tcPr>
                <w:p w14:paraId="55AE23A2"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lona impermeable de alta densidad.</w:t>
                  </w:r>
                </w:p>
              </w:tc>
            </w:tr>
            <w:tr w:rsidR="00286D07" w:rsidRPr="00286D07" w14:paraId="7E5CA101" w14:textId="77777777" w:rsidTr="00286D07">
              <w:trPr>
                <w:trHeight w:val="227"/>
                <w:jc w:val="center"/>
              </w:trPr>
              <w:tc>
                <w:tcPr>
                  <w:tcW w:w="3000" w:type="dxa"/>
                  <w:vAlign w:val="center"/>
                </w:tcPr>
                <w:p w14:paraId="6FFF6FEC" w14:textId="77777777" w:rsidR="00286D07" w:rsidRPr="00286D07" w:rsidRDefault="00286D07" w:rsidP="00286D07">
                  <w:pPr>
                    <w:rPr>
                      <w:rFonts w:ascii="Arial" w:hAnsi="Arial" w:cs="Arial"/>
                      <w:b/>
                      <w:bCs/>
                      <w:color w:val="000000"/>
                      <w:sz w:val="16"/>
                      <w:szCs w:val="16"/>
                    </w:rPr>
                  </w:pPr>
                  <w:r w:rsidRPr="00286D07">
                    <w:rPr>
                      <w:rFonts w:ascii="Arial" w:hAnsi="Arial" w:cs="Arial"/>
                      <w:b/>
                      <w:bCs/>
                      <w:color w:val="000000"/>
                      <w:sz w:val="16"/>
                      <w:szCs w:val="16"/>
                    </w:rPr>
                    <w:t>CARACTERÍSTICAS DE LA LONA:</w:t>
                  </w:r>
                </w:p>
              </w:tc>
              <w:tc>
                <w:tcPr>
                  <w:tcW w:w="4100" w:type="dxa"/>
                  <w:vAlign w:val="center"/>
                </w:tcPr>
                <w:p w14:paraId="3575AC38"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Impermeable (100% resistente al agua), protección contra rayos UV, y retardante al fuego</w:t>
                  </w:r>
                </w:p>
              </w:tc>
            </w:tr>
            <w:tr w:rsidR="00286D07" w:rsidRPr="00286D07" w14:paraId="140B1222" w14:textId="77777777" w:rsidTr="00286D07">
              <w:trPr>
                <w:trHeight w:val="227"/>
                <w:jc w:val="center"/>
              </w:trPr>
              <w:tc>
                <w:tcPr>
                  <w:tcW w:w="3000" w:type="dxa"/>
                  <w:vAlign w:val="center"/>
                </w:tcPr>
                <w:p w14:paraId="42999A33" w14:textId="77777777" w:rsidR="00286D07" w:rsidRPr="00286D07" w:rsidRDefault="00286D07" w:rsidP="00286D07">
                  <w:pPr>
                    <w:rPr>
                      <w:rFonts w:ascii="Arial" w:hAnsi="Arial" w:cs="Arial"/>
                      <w:b/>
                      <w:bCs/>
                      <w:color w:val="000000"/>
                      <w:sz w:val="16"/>
                      <w:szCs w:val="16"/>
                    </w:rPr>
                  </w:pPr>
                  <w:r w:rsidRPr="00286D07">
                    <w:rPr>
                      <w:rFonts w:ascii="Arial" w:hAnsi="Arial" w:cs="Arial"/>
                      <w:b/>
                      <w:bCs/>
                      <w:color w:val="000000"/>
                      <w:sz w:val="16"/>
                      <w:szCs w:val="16"/>
                    </w:rPr>
                    <w:t>SISTEMA DE ARMADO:</w:t>
                  </w:r>
                </w:p>
              </w:tc>
              <w:tc>
                <w:tcPr>
                  <w:tcW w:w="4100" w:type="dxa"/>
                  <w:vAlign w:val="center"/>
                </w:tcPr>
                <w:p w14:paraId="19BD73AA"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Tipo araña o plegable/retráctil, sin necesidad de herramientas.</w:t>
                  </w:r>
                </w:p>
              </w:tc>
            </w:tr>
            <w:tr w:rsidR="00286D07" w:rsidRPr="00286D07" w14:paraId="0A97E1AE" w14:textId="77777777" w:rsidTr="00286D07">
              <w:trPr>
                <w:trHeight w:val="227"/>
                <w:jc w:val="center"/>
              </w:trPr>
              <w:tc>
                <w:tcPr>
                  <w:tcW w:w="3000" w:type="dxa"/>
                  <w:vAlign w:val="center"/>
                </w:tcPr>
                <w:p w14:paraId="07C35FDF" w14:textId="77777777" w:rsidR="00286D07" w:rsidRPr="00286D07" w:rsidRDefault="00286D07" w:rsidP="00286D07">
                  <w:pPr>
                    <w:rPr>
                      <w:rFonts w:ascii="Arial" w:hAnsi="Arial" w:cs="Arial"/>
                      <w:b/>
                      <w:bCs/>
                      <w:color w:val="000000"/>
                      <w:sz w:val="16"/>
                      <w:szCs w:val="16"/>
                    </w:rPr>
                  </w:pPr>
                  <w:r w:rsidRPr="00286D07">
                    <w:rPr>
                      <w:rFonts w:ascii="Arial" w:hAnsi="Arial" w:cs="Arial"/>
                      <w:b/>
                      <w:bCs/>
                      <w:color w:val="000000"/>
                      <w:sz w:val="16"/>
                      <w:szCs w:val="16"/>
                    </w:rPr>
                    <w:t>ACCESORIOS INCLUIDOS: </w:t>
                  </w:r>
                </w:p>
              </w:tc>
              <w:tc>
                <w:tcPr>
                  <w:tcW w:w="4100" w:type="dxa"/>
                  <w:vAlign w:val="center"/>
                </w:tcPr>
                <w:p w14:paraId="6D41A65B"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Bolsa de trasporte resistente (lona)</w:t>
                  </w:r>
                </w:p>
              </w:tc>
            </w:tr>
            <w:tr w:rsidR="00286D07" w:rsidRPr="00286D07" w14:paraId="7E1F89C5" w14:textId="77777777" w:rsidTr="00286D07">
              <w:trPr>
                <w:trHeight w:val="227"/>
                <w:jc w:val="center"/>
              </w:trPr>
              <w:tc>
                <w:tcPr>
                  <w:tcW w:w="3000" w:type="dxa"/>
                  <w:vAlign w:val="center"/>
                </w:tcPr>
                <w:p w14:paraId="7FB983FC" w14:textId="77777777" w:rsidR="00286D07" w:rsidRPr="00286D07" w:rsidRDefault="00286D07" w:rsidP="00286D07">
                  <w:pPr>
                    <w:rPr>
                      <w:rFonts w:ascii="Arial" w:hAnsi="Arial" w:cs="Arial"/>
                      <w:b/>
                      <w:bCs/>
                      <w:color w:val="000000"/>
                      <w:sz w:val="16"/>
                      <w:szCs w:val="16"/>
                    </w:rPr>
                  </w:pPr>
                  <w:r w:rsidRPr="00286D07">
                    <w:rPr>
                      <w:rFonts w:ascii="Arial" w:hAnsi="Arial" w:cs="Arial"/>
                      <w:b/>
                      <w:bCs/>
                      <w:color w:val="000000"/>
                      <w:sz w:val="16"/>
                      <w:szCs w:val="16"/>
                    </w:rPr>
                    <w:t>COLOR</w:t>
                  </w:r>
                </w:p>
              </w:tc>
              <w:tc>
                <w:tcPr>
                  <w:tcW w:w="4100" w:type="dxa"/>
                  <w:vAlign w:val="center"/>
                </w:tcPr>
                <w:p w14:paraId="0B094818" w14:textId="77777777" w:rsidR="00286D07" w:rsidRPr="00286D07" w:rsidRDefault="00286D07" w:rsidP="00286D07">
                  <w:pPr>
                    <w:jc w:val="both"/>
                    <w:rPr>
                      <w:rFonts w:ascii="Arial" w:hAnsi="Arial" w:cs="Arial"/>
                      <w:color w:val="000000"/>
                      <w:sz w:val="16"/>
                      <w:szCs w:val="16"/>
                    </w:rPr>
                  </w:pPr>
                  <w:r w:rsidRPr="00286D07">
                    <w:rPr>
                      <w:rFonts w:ascii="Arial" w:hAnsi="Arial" w:cs="Arial"/>
                      <w:color w:val="000000"/>
                      <w:sz w:val="16"/>
                      <w:szCs w:val="16"/>
                    </w:rPr>
                    <w:t>Azul oscuro sólido</w:t>
                  </w:r>
                </w:p>
              </w:tc>
            </w:tr>
          </w:tbl>
          <w:p w14:paraId="1AF54E98" w14:textId="77777777" w:rsidR="00286D07" w:rsidRPr="00286D07" w:rsidRDefault="00286D07" w:rsidP="00B2514C">
            <w:pPr>
              <w:spacing w:after="0"/>
              <w:jc w:val="both"/>
              <w:rPr>
                <w:rFonts w:ascii="Arial" w:hAnsi="Arial" w:cs="Arial"/>
                <w:b/>
                <w:bCs/>
                <w:color w:val="000000"/>
                <w:sz w:val="16"/>
                <w:szCs w:val="16"/>
                <w:lang w:eastAsia="es-CO"/>
              </w:rPr>
            </w:pPr>
          </w:p>
          <w:p w14:paraId="10A6EED2" w14:textId="77777777" w:rsidR="008E7959" w:rsidRDefault="008E7959" w:rsidP="00B2514C">
            <w:pPr>
              <w:spacing w:after="0"/>
              <w:jc w:val="center"/>
              <w:rPr>
                <w:rFonts w:ascii="Arial" w:hAnsi="Arial" w:cs="Arial"/>
                <w:b/>
                <w:bCs/>
                <w:color w:val="000000"/>
                <w:sz w:val="16"/>
                <w:szCs w:val="16"/>
                <w:lang w:eastAsia="es-CO"/>
              </w:rPr>
            </w:pPr>
          </w:p>
          <w:p w14:paraId="6AC374DB" w14:textId="77777777" w:rsidR="008E7959" w:rsidRDefault="008E7959" w:rsidP="00B2514C">
            <w:pPr>
              <w:spacing w:after="0"/>
              <w:jc w:val="center"/>
              <w:rPr>
                <w:rFonts w:ascii="Arial" w:hAnsi="Arial" w:cs="Arial"/>
                <w:b/>
                <w:bCs/>
                <w:color w:val="000000"/>
                <w:sz w:val="16"/>
                <w:szCs w:val="16"/>
                <w:lang w:eastAsia="es-CO"/>
              </w:rPr>
            </w:pPr>
          </w:p>
          <w:p w14:paraId="72B8997A" w14:textId="77777777" w:rsidR="008E7959" w:rsidRDefault="008E7959" w:rsidP="00B2514C">
            <w:pPr>
              <w:spacing w:after="0"/>
              <w:jc w:val="center"/>
              <w:rPr>
                <w:rFonts w:ascii="Arial" w:hAnsi="Arial" w:cs="Arial"/>
                <w:b/>
                <w:bCs/>
                <w:color w:val="000000"/>
                <w:sz w:val="16"/>
                <w:szCs w:val="16"/>
                <w:lang w:eastAsia="es-CO"/>
              </w:rPr>
            </w:pPr>
          </w:p>
          <w:p w14:paraId="1AB78A96" w14:textId="77777777" w:rsidR="008E7959" w:rsidRDefault="008E7959" w:rsidP="00B2514C">
            <w:pPr>
              <w:spacing w:after="0"/>
              <w:jc w:val="center"/>
              <w:rPr>
                <w:rFonts w:ascii="Arial" w:hAnsi="Arial" w:cs="Arial"/>
                <w:b/>
                <w:bCs/>
                <w:color w:val="000000"/>
                <w:sz w:val="16"/>
                <w:szCs w:val="16"/>
                <w:lang w:eastAsia="es-CO"/>
              </w:rPr>
            </w:pPr>
          </w:p>
          <w:p w14:paraId="4FD4D2CB" w14:textId="2EE4CDCA"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lastRenderedPageBreak/>
              <w:t>IMAGEN DE REFERENCIA</w:t>
            </w:r>
          </w:p>
          <w:p w14:paraId="32A78AB7" w14:textId="77777777" w:rsidR="00286D07" w:rsidRPr="00286D07" w:rsidRDefault="00286D07" w:rsidP="00B2514C">
            <w:pPr>
              <w:spacing w:after="0"/>
              <w:jc w:val="center"/>
              <w:rPr>
                <w:rFonts w:ascii="Arial" w:hAnsi="Arial" w:cs="Arial"/>
                <w:b/>
                <w:bCs/>
                <w:color w:val="000000"/>
                <w:sz w:val="16"/>
                <w:szCs w:val="16"/>
                <w:lang w:eastAsia="es-CO"/>
              </w:rPr>
            </w:pPr>
          </w:p>
          <w:p w14:paraId="60816792"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noProof/>
                <w:color w:val="000000"/>
                <w:sz w:val="16"/>
                <w:szCs w:val="16"/>
                <w:lang w:eastAsia="es-CO"/>
              </w:rPr>
              <w:drawing>
                <wp:inline distT="0" distB="0" distL="0" distR="0" wp14:anchorId="06C719D1" wp14:editId="4811F212">
                  <wp:extent cx="1926590" cy="1025003"/>
                  <wp:effectExtent l="19050" t="19050" r="16510" b="22860"/>
                  <wp:docPr id="161645522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8413" cy="1036613"/>
                          </a:xfrm>
                          <a:prstGeom prst="rect">
                            <a:avLst/>
                          </a:prstGeom>
                          <a:noFill/>
                          <a:ln w="9525">
                            <a:solidFill>
                              <a:schemeClr val="tx1"/>
                            </a:solidFill>
                          </a:ln>
                        </pic:spPr>
                      </pic:pic>
                    </a:graphicData>
                  </a:graphic>
                </wp:inline>
              </w:drawing>
            </w:r>
          </w:p>
        </w:tc>
        <w:tc>
          <w:tcPr>
            <w:tcW w:w="850" w:type="dxa"/>
            <w:shd w:val="clear" w:color="000000" w:fill="FFFFFF"/>
          </w:tcPr>
          <w:p w14:paraId="5406A2AF" w14:textId="77777777" w:rsidR="00286D07" w:rsidRPr="00286D07" w:rsidRDefault="00286D07" w:rsidP="00B2514C">
            <w:pPr>
              <w:tabs>
                <w:tab w:val="left" w:pos="240"/>
              </w:tabs>
              <w:spacing w:after="0"/>
              <w:jc w:val="both"/>
              <w:rPr>
                <w:rFonts w:ascii="Arial" w:hAnsi="Arial" w:cs="Arial"/>
                <w:b/>
                <w:bCs/>
                <w:sz w:val="16"/>
                <w:szCs w:val="16"/>
              </w:rPr>
            </w:pPr>
          </w:p>
        </w:tc>
        <w:tc>
          <w:tcPr>
            <w:tcW w:w="850" w:type="dxa"/>
            <w:shd w:val="clear" w:color="000000" w:fill="FFFFFF"/>
          </w:tcPr>
          <w:p w14:paraId="7100FBEE" w14:textId="77777777" w:rsidR="00286D07" w:rsidRPr="00286D07" w:rsidRDefault="00286D07" w:rsidP="00B2514C">
            <w:pPr>
              <w:tabs>
                <w:tab w:val="left" w:pos="240"/>
              </w:tabs>
              <w:spacing w:after="0"/>
              <w:jc w:val="both"/>
              <w:rPr>
                <w:rFonts w:ascii="Arial" w:hAnsi="Arial" w:cs="Arial"/>
                <w:b/>
                <w:bCs/>
                <w:sz w:val="16"/>
                <w:szCs w:val="16"/>
              </w:rPr>
            </w:pPr>
          </w:p>
        </w:tc>
      </w:tr>
      <w:tr w:rsidR="00286D07" w:rsidRPr="00286D07" w14:paraId="7F95C5BA" w14:textId="4DCDBC37" w:rsidTr="008E7959">
        <w:trPr>
          <w:trHeight w:val="50"/>
          <w:jc w:val="center"/>
        </w:trPr>
        <w:tc>
          <w:tcPr>
            <w:tcW w:w="789" w:type="dxa"/>
            <w:shd w:val="clear" w:color="000000" w:fill="FFFFFF"/>
            <w:vAlign w:val="center"/>
          </w:tcPr>
          <w:p w14:paraId="7D29B6EA" w14:textId="77777777" w:rsidR="00286D07" w:rsidRPr="00286D07" w:rsidRDefault="00286D07" w:rsidP="001B502B">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t>NUSEFA</w:t>
            </w:r>
          </w:p>
        </w:tc>
        <w:tc>
          <w:tcPr>
            <w:tcW w:w="1333" w:type="dxa"/>
            <w:shd w:val="clear" w:color="000000" w:fill="FFFFFF"/>
            <w:vAlign w:val="center"/>
          </w:tcPr>
          <w:p w14:paraId="445B2864" w14:textId="77777777" w:rsidR="00286D07" w:rsidRPr="00286D07" w:rsidRDefault="00286D07" w:rsidP="001B502B">
            <w:pPr>
              <w:spacing w:after="0"/>
              <w:jc w:val="center"/>
              <w:rPr>
                <w:rFonts w:ascii="Arial" w:hAnsi="Arial" w:cs="Arial"/>
                <w:color w:val="000000"/>
                <w:sz w:val="16"/>
                <w:szCs w:val="16"/>
                <w:lang w:eastAsia="es-CO"/>
              </w:rPr>
            </w:pPr>
            <w:r w:rsidRPr="00286D07">
              <w:rPr>
                <w:rFonts w:ascii="Arial" w:hAnsi="Arial" w:cs="Arial"/>
                <w:color w:val="000000"/>
                <w:sz w:val="16"/>
                <w:szCs w:val="16"/>
                <w:lang w:eastAsia="es-CO"/>
              </w:rPr>
              <w:t>SILLAS UNIVERSITARIAS</w:t>
            </w:r>
          </w:p>
        </w:tc>
        <w:tc>
          <w:tcPr>
            <w:tcW w:w="6406" w:type="dxa"/>
            <w:shd w:val="clear" w:color="000000" w:fill="FFFFFF"/>
          </w:tcPr>
          <w:p w14:paraId="7829680E" w14:textId="77777777" w:rsidR="00286D07" w:rsidRPr="00286D07" w:rsidRDefault="00286D07" w:rsidP="00B2514C">
            <w:pPr>
              <w:tabs>
                <w:tab w:val="left" w:pos="240"/>
              </w:tabs>
              <w:spacing w:after="0"/>
              <w:jc w:val="both"/>
              <w:rPr>
                <w:rFonts w:ascii="Arial" w:hAnsi="Arial" w:cs="Arial"/>
                <w:b/>
                <w:bCs/>
                <w:sz w:val="16"/>
                <w:szCs w:val="16"/>
              </w:rPr>
            </w:pPr>
            <w:r w:rsidRPr="00286D07">
              <w:rPr>
                <w:rFonts w:ascii="Arial" w:hAnsi="Arial" w:cs="Arial"/>
                <w:b/>
                <w:bCs/>
                <w:sz w:val="16"/>
                <w:szCs w:val="16"/>
              </w:rPr>
              <w:t xml:space="preserve">SILLA UNIVERSITARIA PLASTICA </w:t>
            </w:r>
          </w:p>
          <w:p w14:paraId="6789D838" w14:textId="77777777" w:rsidR="00286D07" w:rsidRPr="00286D07" w:rsidRDefault="00286D07" w:rsidP="00B2514C">
            <w:pPr>
              <w:tabs>
                <w:tab w:val="left" w:pos="240"/>
              </w:tabs>
              <w:spacing w:after="0"/>
              <w:jc w:val="both"/>
              <w:rPr>
                <w:rFonts w:ascii="Arial" w:hAnsi="Arial" w:cs="Arial"/>
                <w:b/>
                <w:bCs/>
                <w:sz w:val="16"/>
                <w:szCs w:val="16"/>
              </w:rPr>
            </w:pPr>
          </w:p>
          <w:p w14:paraId="2E38D55B"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Silla diseñada para uso en entorno educativo en los niveles de secundaria. Ergonómica, resistente y duradera, diseñada para brindar comodidad y soporte durante largas horas de formación académica.</w:t>
            </w:r>
          </w:p>
          <w:p w14:paraId="555DC4F2" w14:textId="77777777" w:rsidR="00286D07" w:rsidRPr="00286D07" w:rsidRDefault="00286D07" w:rsidP="00B2514C">
            <w:pPr>
              <w:tabs>
                <w:tab w:val="left" w:pos="240"/>
              </w:tabs>
              <w:spacing w:after="0"/>
              <w:jc w:val="both"/>
              <w:rPr>
                <w:rFonts w:ascii="Arial" w:hAnsi="Arial" w:cs="Arial"/>
                <w:sz w:val="16"/>
                <w:szCs w:val="16"/>
              </w:rPr>
            </w:pPr>
          </w:p>
          <w:p w14:paraId="09595D4C"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Producto elaborado en polipropileno (material plástico altamente resistente, duradero y fácil de mantener), material no tóxico, resistente a la humedad, la corrosión y a la mayoría de los productos químicos, fácil de limpiar.</w:t>
            </w:r>
          </w:p>
          <w:p w14:paraId="445CD6DE" w14:textId="77777777" w:rsidR="00286D07" w:rsidRPr="00286D07" w:rsidRDefault="00286D07" w:rsidP="00B2514C">
            <w:pPr>
              <w:tabs>
                <w:tab w:val="left" w:pos="240"/>
              </w:tabs>
              <w:spacing w:after="0"/>
              <w:jc w:val="both"/>
              <w:rPr>
                <w:rFonts w:ascii="Arial" w:hAnsi="Arial" w:cs="Arial"/>
                <w:sz w:val="16"/>
                <w:szCs w:val="16"/>
              </w:rPr>
            </w:pPr>
          </w:p>
          <w:p w14:paraId="38ABED92"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El uso del polipropileno en este tipo de silla brinda varias ventajas. Es un material ligero, lo que facilita su manipulación y transporte. Además, es un material económico en comparación con otros materiales plásticos y puede ser reciclado, lo que lo convierte en una opción amigable con el medio ambiente.</w:t>
            </w:r>
          </w:p>
          <w:p w14:paraId="6D122F87" w14:textId="77777777" w:rsidR="00286D07" w:rsidRPr="00286D07" w:rsidRDefault="00286D07" w:rsidP="00B2514C">
            <w:pPr>
              <w:tabs>
                <w:tab w:val="left" w:pos="240"/>
              </w:tabs>
              <w:spacing w:after="0"/>
              <w:jc w:val="both"/>
              <w:rPr>
                <w:rFonts w:ascii="Arial" w:hAnsi="Arial" w:cs="Arial"/>
                <w:sz w:val="16"/>
                <w:szCs w:val="16"/>
              </w:rPr>
            </w:pPr>
          </w:p>
          <w:p w14:paraId="36C5DB99" w14:textId="77777777" w:rsidR="00286D07" w:rsidRPr="00286D07" w:rsidRDefault="00286D07" w:rsidP="00B2514C">
            <w:pPr>
              <w:spacing w:after="0"/>
              <w:jc w:val="center"/>
              <w:rPr>
                <w:rFonts w:ascii="Arial" w:hAnsi="Arial" w:cs="Arial"/>
                <w:b/>
                <w:bCs/>
                <w:color w:val="000000"/>
                <w:sz w:val="16"/>
                <w:szCs w:val="16"/>
                <w:lang w:eastAsia="es-CO"/>
              </w:rPr>
            </w:pPr>
            <w:r w:rsidRPr="00286D07">
              <w:rPr>
                <w:rFonts w:ascii="Arial" w:hAnsi="Arial" w:cs="Arial"/>
                <w:b/>
                <w:bCs/>
                <w:color w:val="000000"/>
                <w:sz w:val="16"/>
                <w:szCs w:val="16"/>
                <w:lang w:eastAsia="es-CO"/>
              </w:rPr>
              <w:t>IMAGEN DE REFERENCIA</w:t>
            </w:r>
          </w:p>
          <w:p w14:paraId="5F864317" w14:textId="77777777" w:rsidR="00286D07" w:rsidRPr="00286D07" w:rsidRDefault="00286D07" w:rsidP="00B2514C">
            <w:pPr>
              <w:tabs>
                <w:tab w:val="left" w:pos="240"/>
              </w:tabs>
              <w:spacing w:after="0"/>
              <w:jc w:val="both"/>
              <w:rPr>
                <w:rFonts w:ascii="Arial" w:hAnsi="Arial" w:cs="Arial"/>
                <w:b/>
                <w:bCs/>
                <w:sz w:val="16"/>
                <w:szCs w:val="16"/>
              </w:rPr>
            </w:pPr>
          </w:p>
          <w:p w14:paraId="3CC8A046" w14:textId="77777777" w:rsidR="00286D07" w:rsidRPr="00286D07" w:rsidRDefault="00286D07" w:rsidP="00B2514C">
            <w:pPr>
              <w:tabs>
                <w:tab w:val="left" w:pos="240"/>
              </w:tabs>
              <w:spacing w:after="0"/>
              <w:jc w:val="center"/>
              <w:rPr>
                <w:rFonts w:ascii="Arial" w:hAnsi="Arial" w:cs="Arial"/>
                <w:b/>
                <w:bCs/>
                <w:sz w:val="16"/>
                <w:szCs w:val="16"/>
              </w:rPr>
            </w:pPr>
            <w:r w:rsidRPr="00286D07">
              <w:rPr>
                <w:rFonts w:ascii="Arial" w:hAnsi="Arial" w:cs="Arial"/>
                <w:noProof/>
                <w:sz w:val="16"/>
                <w:szCs w:val="16"/>
              </w:rPr>
              <w:drawing>
                <wp:inline distT="0" distB="0" distL="0" distR="0" wp14:anchorId="7A0CF2E0" wp14:editId="39DB0496">
                  <wp:extent cx="1761026" cy="1195601"/>
                  <wp:effectExtent l="19050" t="19050" r="10795" b="2413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rotWithShape="1">
                          <a:blip r:embed="rId12" cstate="print">
                            <a:extLst>
                              <a:ext uri="{28A0092B-C50C-407E-A947-70E740481C1C}">
                                <a14:useLocalDpi xmlns:a14="http://schemas.microsoft.com/office/drawing/2010/main" val="0"/>
                              </a:ext>
                            </a:extLst>
                          </a:blip>
                          <a:srcRect l="2311" t="2974" r="10084" b="17415"/>
                          <a:stretch/>
                        </pic:blipFill>
                        <pic:spPr bwMode="auto">
                          <a:xfrm>
                            <a:off x="0" y="0"/>
                            <a:ext cx="1775486" cy="1205418"/>
                          </a:xfrm>
                          <a:prstGeom prst="rect">
                            <a:avLst/>
                          </a:prstGeom>
                          <a:noFill/>
                          <a:ln w="15875">
                            <a:solidFill>
                              <a:schemeClr val="tx1"/>
                            </a:solidFill>
                          </a:ln>
                          <a:extLst>
                            <a:ext uri="{53640926-AAD7-44D8-BBD7-CCE9431645EC}">
                              <a14:shadowObscured xmlns:a14="http://schemas.microsoft.com/office/drawing/2010/main"/>
                            </a:ext>
                          </a:extLst>
                        </pic:spPr>
                      </pic:pic>
                    </a:graphicData>
                  </a:graphic>
                </wp:inline>
              </w:drawing>
            </w:r>
          </w:p>
          <w:p w14:paraId="77B96BE0" w14:textId="77777777" w:rsidR="00286D07" w:rsidRPr="00286D07" w:rsidRDefault="00286D07" w:rsidP="00B2514C">
            <w:pPr>
              <w:tabs>
                <w:tab w:val="left" w:pos="240"/>
              </w:tabs>
              <w:spacing w:after="0"/>
              <w:jc w:val="both"/>
              <w:rPr>
                <w:rFonts w:ascii="Arial" w:hAnsi="Arial" w:cs="Arial"/>
                <w:b/>
                <w:bCs/>
                <w:sz w:val="16"/>
                <w:szCs w:val="16"/>
              </w:rPr>
            </w:pPr>
          </w:p>
          <w:p w14:paraId="1F6C7766" w14:textId="77777777" w:rsidR="00286D07" w:rsidRPr="00286D07" w:rsidRDefault="00286D07" w:rsidP="00B2514C">
            <w:pPr>
              <w:tabs>
                <w:tab w:val="left" w:pos="240"/>
              </w:tabs>
              <w:spacing w:after="0"/>
              <w:jc w:val="both"/>
              <w:rPr>
                <w:rFonts w:ascii="Arial" w:hAnsi="Arial" w:cs="Arial"/>
                <w:b/>
                <w:bCs/>
                <w:sz w:val="16"/>
                <w:szCs w:val="16"/>
              </w:rPr>
            </w:pPr>
            <w:r w:rsidRPr="00286D07">
              <w:rPr>
                <w:rFonts w:ascii="Arial" w:hAnsi="Arial" w:cs="Arial"/>
                <w:b/>
                <w:bCs/>
                <w:sz w:val="16"/>
                <w:szCs w:val="16"/>
              </w:rPr>
              <w:t>Especificaciones técnicas:</w:t>
            </w:r>
          </w:p>
          <w:p w14:paraId="29098D93" w14:textId="77777777" w:rsidR="00286D07" w:rsidRPr="00286D07" w:rsidRDefault="00286D07" w:rsidP="00B2514C">
            <w:pPr>
              <w:tabs>
                <w:tab w:val="left" w:pos="240"/>
              </w:tabs>
              <w:spacing w:after="0"/>
              <w:jc w:val="both"/>
              <w:rPr>
                <w:rFonts w:ascii="Arial" w:hAnsi="Arial" w:cs="Arial"/>
                <w:b/>
                <w:bCs/>
                <w:sz w:val="16"/>
                <w:szCs w:val="16"/>
              </w:rPr>
            </w:pPr>
          </w:p>
          <w:p w14:paraId="1F2D43D2"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Silla universitaria con estructura en tubo redondo 7/8 calibre 18 de alta resistencia, altura del piso al asiento 45 cm aproximadamente.</w:t>
            </w:r>
          </w:p>
          <w:p w14:paraId="268F98DF" w14:textId="77777777" w:rsidR="00286D07" w:rsidRPr="00286D07" w:rsidRDefault="00286D07" w:rsidP="00B2514C">
            <w:pPr>
              <w:tabs>
                <w:tab w:val="left" w:pos="240"/>
              </w:tabs>
              <w:spacing w:after="0"/>
              <w:jc w:val="both"/>
              <w:rPr>
                <w:rFonts w:ascii="Arial" w:hAnsi="Arial" w:cs="Arial"/>
                <w:sz w:val="16"/>
                <w:szCs w:val="16"/>
              </w:rPr>
            </w:pPr>
          </w:p>
          <w:p w14:paraId="6DE864B9"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Portalibros tipo bandeja en material calibre 22.</w:t>
            </w:r>
          </w:p>
          <w:p w14:paraId="076CF284" w14:textId="77777777" w:rsidR="00286D07" w:rsidRPr="00286D07" w:rsidRDefault="00286D07" w:rsidP="00B2514C">
            <w:pPr>
              <w:tabs>
                <w:tab w:val="left" w:pos="240"/>
              </w:tabs>
              <w:spacing w:after="0"/>
              <w:jc w:val="both"/>
              <w:rPr>
                <w:rFonts w:ascii="Arial" w:hAnsi="Arial" w:cs="Arial"/>
                <w:sz w:val="16"/>
                <w:szCs w:val="16"/>
              </w:rPr>
            </w:pPr>
          </w:p>
          <w:p w14:paraId="79A0553E"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Asiento ergonómico en polipropileno (color: azul), asegurado con tornillos y tuercas de seguridad, con una dimensión de 41 x 40 aproximadamente.</w:t>
            </w:r>
          </w:p>
          <w:p w14:paraId="16F31A92" w14:textId="77777777" w:rsidR="00286D07" w:rsidRPr="00286D07" w:rsidRDefault="00286D07" w:rsidP="00B2514C">
            <w:pPr>
              <w:tabs>
                <w:tab w:val="left" w:pos="240"/>
              </w:tabs>
              <w:spacing w:after="0"/>
              <w:jc w:val="both"/>
              <w:rPr>
                <w:rFonts w:ascii="Arial" w:hAnsi="Arial" w:cs="Arial"/>
                <w:sz w:val="16"/>
                <w:szCs w:val="16"/>
              </w:rPr>
            </w:pPr>
          </w:p>
          <w:p w14:paraId="074F0E03"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Brazo derecho en polipropileno tipo paleta asegurado con 4 tornillos y tuercas de seguridad con ranura para lápiz, con una dimensión de 60 x 40 (color: azul).</w:t>
            </w:r>
          </w:p>
          <w:p w14:paraId="7ED93AB0" w14:textId="77777777" w:rsidR="00286D07" w:rsidRPr="00286D07" w:rsidRDefault="00286D07" w:rsidP="00B2514C">
            <w:pPr>
              <w:tabs>
                <w:tab w:val="left" w:pos="240"/>
              </w:tabs>
              <w:spacing w:after="0"/>
              <w:jc w:val="both"/>
              <w:rPr>
                <w:rFonts w:ascii="Arial" w:hAnsi="Arial" w:cs="Arial"/>
                <w:sz w:val="16"/>
                <w:szCs w:val="16"/>
              </w:rPr>
            </w:pPr>
          </w:p>
          <w:p w14:paraId="6EAD7B94"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Espaldar de ensamble modelo ergonómico inyectado en polipropileno (color: azul), asegurado con remaches pop o tornito de seguridad, con una dimensión de 41 x 32 aproximadamente.</w:t>
            </w:r>
          </w:p>
          <w:p w14:paraId="106AD088" w14:textId="77777777" w:rsidR="00286D07" w:rsidRPr="00286D07" w:rsidRDefault="00286D07" w:rsidP="00B2514C">
            <w:pPr>
              <w:tabs>
                <w:tab w:val="left" w:pos="240"/>
              </w:tabs>
              <w:spacing w:after="0"/>
              <w:jc w:val="both"/>
              <w:rPr>
                <w:rFonts w:ascii="Arial" w:hAnsi="Arial" w:cs="Arial"/>
                <w:sz w:val="16"/>
                <w:szCs w:val="16"/>
              </w:rPr>
            </w:pPr>
          </w:p>
          <w:p w14:paraId="6CCEBD4E"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Soldadura de excelente calidad.</w:t>
            </w:r>
          </w:p>
          <w:p w14:paraId="5241599D" w14:textId="77777777" w:rsidR="00286D07" w:rsidRPr="00286D07" w:rsidRDefault="00286D07" w:rsidP="00B2514C">
            <w:pPr>
              <w:tabs>
                <w:tab w:val="left" w:pos="240"/>
              </w:tabs>
              <w:spacing w:after="0"/>
              <w:jc w:val="both"/>
              <w:rPr>
                <w:rFonts w:ascii="Arial" w:hAnsi="Arial" w:cs="Arial"/>
                <w:sz w:val="16"/>
                <w:szCs w:val="16"/>
              </w:rPr>
            </w:pPr>
          </w:p>
          <w:p w14:paraId="3017B4AD" w14:textId="77777777" w:rsidR="00286D07" w:rsidRPr="00286D07" w:rsidRDefault="00286D07" w:rsidP="00B2514C">
            <w:pPr>
              <w:tabs>
                <w:tab w:val="left" w:pos="240"/>
              </w:tabs>
              <w:spacing w:after="0"/>
              <w:jc w:val="both"/>
              <w:rPr>
                <w:rFonts w:ascii="Arial" w:hAnsi="Arial" w:cs="Arial"/>
                <w:sz w:val="16"/>
                <w:szCs w:val="16"/>
              </w:rPr>
            </w:pPr>
            <w:r w:rsidRPr="00286D07">
              <w:rPr>
                <w:rFonts w:ascii="Arial" w:hAnsi="Arial" w:cs="Arial"/>
                <w:sz w:val="16"/>
                <w:szCs w:val="16"/>
              </w:rPr>
              <w:t>Pintura tubos metálicos en polvo electrostática (Color: negro).</w:t>
            </w:r>
          </w:p>
          <w:p w14:paraId="187B261E" w14:textId="77777777" w:rsidR="00286D07" w:rsidRPr="00286D07" w:rsidRDefault="00286D07" w:rsidP="00B2514C">
            <w:pPr>
              <w:tabs>
                <w:tab w:val="left" w:pos="240"/>
              </w:tabs>
              <w:spacing w:after="0"/>
              <w:jc w:val="both"/>
              <w:rPr>
                <w:rFonts w:ascii="Arial" w:hAnsi="Arial" w:cs="Arial"/>
                <w:sz w:val="16"/>
                <w:szCs w:val="16"/>
              </w:rPr>
            </w:pPr>
          </w:p>
          <w:p w14:paraId="47721B80" w14:textId="77777777" w:rsidR="00286D07" w:rsidRPr="00286D07" w:rsidRDefault="00286D07" w:rsidP="00B2514C">
            <w:pPr>
              <w:tabs>
                <w:tab w:val="left" w:pos="240"/>
              </w:tabs>
              <w:spacing w:after="0"/>
              <w:jc w:val="both"/>
              <w:rPr>
                <w:rFonts w:ascii="Arial" w:hAnsi="Arial" w:cs="Arial"/>
                <w:b/>
                <w:bCs/>
                <w:sz w:val="16"/>
                <w:szCs w:val="16"/>
              </w:rPr>
            </w:pPr>
            <w:r w:rsidRPr="00286D07">
              <w:rPr>
                <w:rFonts w:ascii="Arial" w:hAnsi="Arial" w:cs="Arial"/>
                <w:sz w:val="16"/>
                <w:szCs w:val="16"/>
              </w:rPr>
              <w:t>Tapones plásticos de alto impacto, para proteger las baldosas.</w:t>
            </w:r>
          </w:p>
        </w:tc>
        <w:tc>
          <w:tcPr>
            <w:tcW w:w="850" w:type="dxa"/>
            <w:shd w:val="clear" w:color="000000" w:fill="FFFFFF"/>
          </w:tcPr>
          <w:p w14:paraId="02FE0107" w14:textId="77777777" w:rsidR="00286D07" w:rsidRPr="00286D07" w:rsidRDefault="00286D07" w:rsidP="00B2514C">
            <w:pPr>
              <w:tabs>
                <w:tab w:val="left" w:pos="240"/>
              </w:tabs>
              <w:spacing w:after="0"/>
              <w:jc w:val="both"/>
              <w:rPr>
                <w:rFonts w:ascii="Arial" w:hAnsi="Arial" w:cs="Arial"/>
                <w:b/>
                <w:bCs/>
                <w:sz w:val="16"/>
                <w:szCs w:val="16"/>
              </w:rPr>
            </w:pPr>
          </w:p>
        </w:tc>
        <w:tc>
          <w:tcPr>
            <w:tcW w:w="850" w:type="dxa"/>
            <w:shd w:val="clear" w:color="000000" w:fill="FFFFFF"/>
          </w:tcPr>
          <w:p w14:paraId="68BA7367" w14:textId="77777777" w:rsidR="00286D07" w:rsidRPr="00286D07" w:rsidRDefault="00286D07" w:rsidP="00B2514C">
            <w:pPr>
              <w:tabs>
                <w:tab w:val="left" w:pos="240"/>
              </w:tabs>
              <w:spacing w:after="0"/>
              <w:jc w:val="both"/>
              <w:rPr>
                <w:rFonts w:ascii="Arial" w:hAnsi="Arial" w:cs="Arial"/>
                <w:b/>
                <w:bCs/>
                <w:sz w:val="16"/>
                <w:szCs w:val="16"/>
              </w:rPr>
            </w:pPr>
          </w:p>
        </w:tc>
      </w:tr>
    </w:tbl>
    <w:p w14:paraId="75333695" w14:textId="77777777" w:rsidR="00917243" w:rsidRDefault="00917243" w:rsidP="00CA5585">
      <w:pPr>
        <w:pStyle w:val="Prrafodelista"/>
        <w:tabs>
          <w:tab w:val="left" w:pos="4485"/>
        </w:tabs>
        <w:ind w:left="0"/>
        <w:jc w:val="center"/>
        <w:rPr>
          <w:rFonts w:ascii="Arial" w:hAnsi="Arial" w:cs="Arial"/>
          <w:b/>
          <w:sz w:val="20"/>
          <w:szCs w:val="22"/>
        </w:rPr>
      </w:pPr>
    </w:p>
    <w:p w14:paraId="1B149373" w14:textId="40F5932C" w:rsidR="00554D12" w:rsidRDefault="00554D12" w:rsidP="00A9242F">
      <w:pPr>
        <w:pStyle w:val="Prrafodelista"/>
        <w:tabs>
          <w:tab w:val="left" w:pos="240"/>
        </w:tabs>
        <w:ind w:left="0"/>
        <w:jc w:val="center"/>
        <w:rPr>
          <w:rFonts w:ascii="Arial" w:hAnsi="Arial" w:cs="Arial"/>
          <w:b/>
          <w:sz w:val="20"/>
          <w:szCs w:val="20"/>
        </w:rPr>
      </w:pPr>
      <w:r w:rsidRPr="00C61814">
        <w:rPr>
          <w:rFonts w:ascii="Arial" w:hAnsi="Arial" w:cs="Arial"/>
          <w:b/>
          <w:sz w:val="20"/>
          <w:szCs w:val="20"/>
        </w:rPr>
        <w:lastRenderedPageBreak/>
        <w:t>OTRAS ESPECIFICACIONES TÉCNICAS MÍNIMAS DE OBLIGATORIO CUMPLIMIENTO</w:t>
      </w:r>
    </w:p>
    <w:p w14:paraId="3199A895" w14:textId="77777777" w:rsidR="001C3C96" w:rsidRDefault="001C3C96" w:rsidP="00A9242F">
      <w:pPr>
        <w:pStyle w:val="Prrafodelista"/>
        <w:tabs>
          <w:tab w:val="left" w:pos="240"/>
        </w:tabs>
        <w:ind w:left="0"/>
        <w:jc w:val="center"/>
        <w:rPr>
          <w:rFonts w:ascii="Arial" w:hAnsi="Arial" w:cs="Arial"/>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8238"/>
        <w:gridCol w:w="709"/>
        <w:gridCol w:w="709"/>
      </w:tblGrid>
      <w:tr w:rsidR="0003161D" w:rsidRPr="00F44F34" w14:paraId="473B94DE" w14:textId="77777777" w:rsidTr="00296BCA">
        <w:tc>
          <w:tcPr>
            <w:tcW w:w="693" w:type="dxa"/>
            <w:vMerge w:val="restart"/>
            <w:vAlign w:val="center"/>
          </w:tcPr>
          <w:p w14:paraId="3A1E275F" w14:textId="342ED3D1" w:rsidR="0003161D" w:rsidRPr="00F44F34" w:rsidRDefault="0003161D" w:rsidP="006E6F54">
            <w:pPr>
              <w:pStyle w:val="Prrafodelista"/>
              <w:tabs>
                <w:tab w:val="left" w:pos="240"/>
              </w:tabs>
              <w:ind w:left="0"/>
              <w:jc w:val="center"/>
              <w:rPr>
                <w:rFonts w:ascii="Arial" w:hAnsi="Arial" w:cs="Arial"/>
                <w:bCs/>
                <w:sz w:val="19"/>
                <w:szCs w:val="19"/>
              </w:rPr>
            </w:pPr>
            <w:r w:rsidRPr="00F44F34">
              <w:rPr>
                <w:rFonts w:ascii="Arial" w:hAnsi="Arial" w:cs="Arial"/>
                <w:sz w:val="19"/>
                <w:szCs w:val="19"/>
              </w:rPr>
              <w:t xml:space="preserve"> </w:t>
            </w:r>
            <w:r w:rsidRPr="00F44F34">
              <w:rPr>
                <w:rFonts w:ascii="Arial" w:hAnsi="Arial" w:cs="Arial"/>
                <w:b/>
                <w:sz w:val="19"/>
                <w:szCs w:val="19"/>
              </w:rPr>
              <w:t>No.</w:t>
            </w:r>
          </w:p>
        </w:tc>
        <w:tc>
          <w:tcPr>
            <w:tcW w:w="8238" w:type="dxa"/>
            <w:vMerge w:val="restart"/>
            <w:vAlign w:val="center"/>
          </w:tcPr>
          <w:p w14:paraId="31D94240" w14:textId="3DB5CDB5" w:rsidR="0003161D" w:rsidRPr="00F44F34" w:rsidRDefault="0003161D" w:rsidP="006E6F54">
            <w:pPr>
              <w:pStyle w:val="Prrafodelista"/>
              <w:tabs>
                <w:tab w:val="left" w:pos="240"/>
              </w:tabs>
              <w:ind w:left="0"/>
              <w:jc w:val="center"/>
              <w:rPr>
                <w:rFonts w:ascii="Arial" w:hAnsi="Arial" w:cs="Arial"/>
                <w:bCs/>
                <w:sz w:val="19"/>
                <w:szCs w:val="19"/>
              </w:rPr>
            </w:pPr>
            <w:r w:rsidRPr="00F44F34">
              <w:rPr>
                <w:rFonts w:ascii="Arial" w:hAnsi="Arial" w:cs="Arial"/>
                <w:b/>
                <w:sz w:val="19"/>
                <w:szCs w:val="19"/>
              </w:rPr>
              <w:t>ESPECIFICACIONES TÉCNICAS MÍNIMAS</w:t>
            </w:r>
          </w:p>
        </w:tc>
        <w:tc>
          <w:tcPr>
            <w:tcW w:w="1418" w:type="dxa"/>
            <w:gridSpan w:val="2"/>
            <w:vAlign w:val="center"/>
          </w:tcPr>
          <w:p w14:paraId="0E1B453B" w14:textId="7AA608E6" w:rsidR="0003161D" w:rsidRPr="00F44F34" w:rsidRDefault="0003161D" w:rsidP="006E6F54">
            <w:pPr>
              <w:pStyle w:val="Prrafodelista"/>
              <w:tabs>
                <w:tab w:val="left" w:pos="240"/>
              </w:tabs>
              <w:ind w:left="0"/>
              <w:jc w:val="center"/>
              <w:rPr>
                <w:rFonts w:ascii="Arial" w:hAnsi="Arial" w:cs="Arial"/>
                <w:b/>
                <w:sz w:val="19"/>
                <w:szCs w:val="19"/>
              </w:rPr>
            </w:pPr>
            <w:r w:rsidRPr="00F44F34">
              <w:rPr>
                <w:rFonts w:ascii="Arial" w:hAnsi="Arial" w:cs="Arial"/>
                <w:b/>
                <w:sz w:val="19"/>
                <w:szCs w:val="19"/>
              </w:rPr>
              <w:t>CUMPLE</w:t>
            </w:r>
          </w:p>
        </w:tc>
      </w:tr>
      <w:tr w:rsidR="0003161D" w:rsidRPr="00F44F34" w14:paraId="48A201A2" w14:textId="77777777" w:rsidTr="00296BCA">
        <w:tc>
          <w:tcPr>
            <w:tcW w:w="693" w:type="dxa"/>
            <w:vMerge/>
            <w:vAlign w:val="center"/>
          </w:tcPr>
          <w:p w14:paraId="42684243" w14:textId="77777777" w:rsidR="0003161D" w:rsidRPr="00F44F34" w:rsidRDefault="0003161D" w:rsidP="006E6F54">
            <w:pPr>
              <w:pStyle w:val="Prrafodelista"/>
              <w:tabs>
                <w:tab w:val="left" w:pos="240"/>
              </w:tabs>
              <w:ind w:left="0"/>
              <w:jc w:val="center"/>
              <w:rPr>
                <w:rFonts w:ascii="Arial" w:hAnsi="Arial" w:cs="Arial"/>
                <w:sz w:val="19"/>
                <w:szCs w:val="19"/>
              </w:rPr>
            </w:pPr>
          </w:p>
        </w:tc>
        <w:tc>
          <w:tcPr>
            <w:tcW w:w="8238" w:type="dxa"/>
            <w:vMerge/>
            <w:vAlign w:val="center"/>
          </w:tcPr>
          <w:p w14:paraId="34C2CC1F" w14:textId="77777777" w:rsidR="0003161D" w:rsidRPr="00F44F34" w:rsidRDefault="0003161D" w:rsidP="006E6F54">
            <w:pPr>
              <w:pStyle w:val="Prrafodelista"/>
              <w:tabs>
                <w:tab w:val="left" w:pos="240"/>
              </w:tabs>
              <w:ind w:left="0"/>
              <w:jc w:val="center"/>
              <w:rPr>
                <w:rFonts w:ascii="Arial" w:hAnsi="Arial" w:cs="Arial"/>
                <w:b/>
                <w:sz w:val="19"/>
                <w:szCs w:val="19"/>
              </w:rPr>
            </w:pPr>
          </w:p>
        </w:tc>
        <w:tc>
          <w:tcPr>
            <w:tcW w:w="709" w:type="dxa"/>
            <w:vAlign w:val="center"/>
          </w:tcPr>
          <w:p w14:paraId="301D9B8D" w14:textId="60E5F552" w:rsidR="0003161D" w:rsidRPr="00F44F34" w:rsidRDefault="0003161D" w:rsidP="006E6F54">
            <w:pPr>
              <w:pStyle w:val="Prrafodelista"/>
              <w:tabs>
                <w:tab w:val="left" w:pos="240"/>
              </w:tabs>
              <w:ind w:left="0"/>
              <w:jc w:val="center"/>
              <w:rPr>
                <w:rFonts w:ascii="Arial" w:hAnsi="Arial" w:cs="Arial"/>
                <w:b/>
                <w:sz w:val="19"/>
                <w:szCs w:val="19"/>
              </w:rPr>
            </w:pPr>
            <w:r w:rsidRPr="00F44F34">
              <w:rPr>
                <w:rFonts w:ascii="Arial" w:hAnsi="Arial" w:cs="Arial"/>
                <w:b/>
                <w:sz w:val="19"/>
                <w:szCs w:val="19"/>
              </w:rPr>
              <w:t>SI</w:t>
            </w:r>
          </w:p>
        </w:tc>
        <w:tc>
          <w:tcPr>
            <w:tcW w:w="709" w:type="dxa"/>
            <w:vAlign w:val="center"/>
          </w:tcPr>
          <w:p w14:paraId="7AE54557" w14:textId="56510A5B" w:rsidR="0003161D" w:rsidRPr="00F44F34" w:rsidRDefault="0003161D" w:rsidP="006E6F54">
            <w:pPr>
              <w:pStyle w:val="Prrafodelista"/>
              <w:tabs>
                <w:tab w:val="left" w:pos="240"/>
              </w:tabs>
              <w:ind w:left="0"/>
              <w:jc w:val="center"/>
              <w:rPr>
                <w:rFonts w:ascii="Arial" w:hAnsi="Arial" w:cs="Arial"/>
                <w:b/>
                <w:sz w:val="19"/>
                <w:szCs w:val="19"/>
              </w:rPr>
            </w:pPr>
            <w:r w:rsidRPr="00F44F34">
              <w:rPr>
                <w:rFonts w:ascii="Arial" w:hAnsi="Arial" w:cs="Arial"/>
                <w:b/>
                <w:sz w:val="19"/>
                <w:szCs w:val="19"/>
              </w:rPr>
              <w:t>NO</w:t>
            </w:r>
          </w:p>
        </w:tc>
      </w:tr>
      <w:tr w:rsidR="00C922B3" w:rsidRPr="00F44F34" w14:paraId="16E5CE8B" w14:textId="77777777" w:rsidTr="00296BCA">
        <w:tc>
          <w:tcPr>
            <w:tcW w:w="693" w:type="dxa"/>
            <w:vAlign w:val="center"/>
          </w:tcPr>
          <w:p w14:paraId="3B71AEE2" w14:textId="2BE44043" w:rsidR="00C922B3" w:rsidRPr="00F44F34" w:rsidRDefault="00F64357" w:rsidP="0025145C">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1</w:t>
            </w:r>
          </w:p>
        </w:tc>
        <w:tc>
          <w:tcPr>
            <w:tcW w:w="8238" w:type="dxa"/>
            <w:vAlign w:val="center"/>
          </w:tcPr>
          <w:p w14:paraId="445F3E86" w14:textId="102E3D03" w:rsidR="006E6F54" w:rsidRPr="00F44F34" w:rsidRDefault="006E6F54" w:rsidP="006E6F54">
            <w:pPr>
              <w:widowControl w:val="0"/>
              <w:autoSpaceDE w:val="0"/>
              <w:autoSpaceDN w:val="0"/>
              <w:spacing w:after="0" w:line="240" w:lineRule="auto"/>
              <w:rPr>
                <w:rFonts w:ascii="Arial" w:eastAsia="Arial" w:hAnsi="Arial" w:cs="Arial"/>
                <w:b/>
                <w:sz w:val="19"/>
                <w:szCs w:val="19"/>
                <w:lang w:bidi="es-ES"/>
              </w:rPr>
            </w:pPr>
            <w:r w:rsidRPr="00F44F34">
              <w:rPr>
                <w:rFonts w:ascii="Arial" w:eastAsia="Arial" w:hAnsi="Arial" w:cs="Arial"/>
                <w:b/>
                <w:sz w:val="19"/>
                <w:szCs w:val="19"/>
                <w:lang w:bidi="es-ES"/>
              </w:rPr>
              <w:t>EXPERIENCIA DEL PROPONENTE</w:t>
            </w:r>
          </w:p>
          <w:p w14:paraId="3E8ACC56" w14:textId="77777777" w:rsidR="00E62166" w:rsidRPr="00F44F34" w:rsidRDefault="00E62166" w:rsidP="006E6F54">
            <w:pPr>
              <w:widowControl w:val="0"/>
              <w:autoSpaceDE w:val="0"/>
              <w:autoSpaceDN w:val="0"/>
              <w:spacing w:after="0" w:line="240" w:lineRule="auto"/>
              <w:rPr>
                <w:rFonts w:ascii="Arial" w:eastAsia="Arial" w:hAnsi="Arial" w:cs="Arial"/>
                <w:b/>
                <w:sz w:val="19"/>
                <w:szCs w:val="19"/>
                <w:lang w:bidi="es-ES"/>
              </w:rPr>
            </w:pPr>
          </w:p>
          <w:p w14:paraId="5CAD31AB" w14:textId="4EAB8C97" w:rsidR="000F5066" w:rsidRPr="00F44F34" w:rsidRDefault="000F5066" w:rsidP="000F5066">
            <w:pPr>
              <w:widowControl w:val="0"/>
              <w:autoSpaceDE w:val="0"/>
              <w:autoSpaceDN w:val="0"/>
              <w:spacing w:after="0" w:line="240" w:lineRule="auto"/>
              <w:jc w:val="both"/>
              <w:rPr>
                <w:rFonts w:ascii="Arial" w:eastAsia="Arial" w:hAnsi="Arial" w:cs="Arial"/>
                <w:bCs/>
                <w:sz w:val="19"/>
                <w:szCs w:val="19"/>
                <w:lang w:bidi="es-ES"/>
              </w:rPr>
            </w:pPr>
            <w:r w:rsidRPr="00F44F34">
              <w:rPr>
                <w:rFonts w:ascii="Arial" w:eastAsia="Arial" w:hAnsi="Arial" w:cs="Arial"/>
                <w:bCs/>
                <w:sz w:val="19"/>
                <w:szCs w:val="19"/>
                <w:lang w:bidi="es-ES"/>
              </w:rPr>
              <w:t>El oferente deberá anexar certificaciones de contratos o actas de liquidación (una certificación o acta por contrato) celebrados con Entidades Públicas y/o Privadas, cuyo objeto sea igual o similar al objeto de la presente contratación; la sumatoria de la cuantía de dicha</w:t>
            </w:r>
            <w:r w:rsidR="00F44F34" w:rsidRPr="00F44F34">
              <w:rPr>
                <w:rFonts w:ascii="Arial" w:eastAsia="Arial" w:hAnsi="Arial" w:cs="Arial"/>
                <w:bCs/>
                <w:sz w:val="19"/>
                <w:szCs w:val="19"/>
                <w:lang w:bidi="es-ES"/>
              </w:rPr>
              <w:t xml:space="preserve">s documentos soportes </w:t>
            </w:r>
            <w:r w:rsidRPr="00F44F34">
              <w:rPr>
                <w:rFonts w:ascii="Arial" w:eastAsia="Arial" w:hAnsi="Arial" w:cs="Arial"/>
                <w:bCs/>
                <w:sz w:val="19"/>
                <w:szCs w:val="19"/>
                <w:lang w:bidi="es-ES"/>
              </w:rPr>
              <w:t>deberá ser igual o mayor al 100% del presupuesto oficial asignado a</w:t>
            </w:r>
            <w:r w:rsidR="00F44F34" w:rsidRPr="00F44F34">
              <w:rPr>
                <w:rFonts w:ascii="Arial" w:eastAsia="Arial" w:hAnsi="Arial" w:cs="Arial"/>
                <w:bCs/>
                <w:sz w:val="19"/>
                <w:szCs w:val="19"/>
                <w:lang w:bidi="es-ES"/>
              </w:rPr>
              <w:t>l lote 2 de</w:t>
            </w:r>
            <w:r w:rsidRPr="00F44F34">
              <w:rPr>
                <w:rFonts w:ascii="Arial" w:eastAsia="Arial" w:hAnsi="Arial" w:cs="Arial"/>
                <w:bCs/>
                <w:sz w:val="19"/>
                <w:szCs w:val="19"/>
                <w:lang w:bidi="es-ES"/>
              </w:rPr>
              <w:t xml:space="preserve"> este proceso contractual. Estas certificaciones deberán contener como mínimo la siguiente información:</w:t>
            </w:r>
          </w:p>
          <w:p w14:paraId="33C4377E" w14:textId="77777777" w:rsidR="000F5066" w:rsidRPr="00F44F34" w:rsidRDefault="000F5066" w:rsidP="000F5066">
            <w:pPr>
              <w:widowControl w:val="0"/>
              <w:autoSpaceDE w:val="0"/>
              <w:autoSpaceDN w:val="0"/>
              <w:spacing w:after="0" w:line="240" w:lineRule="auto"/>
              <w:jc w:val="both"/>
              <w:rPr>
                <w:rFonts w:ascii="Arial" w:eastAsia="Arial" w:hAnsi="Arial" w:cs="Arial"/>
                <w:bCs/>
                <w:sz w:val="19"/>
                <w:szCs w:val="19"/>
                <w:lang w:bidi="es-ES"/>
              </w:rPr>
            </w:pPr>
          </w:p>
          <w:p w14:paraId="7B57544B"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1.</w:t>
            </w:r>
            <w:r w:rsidRPr="00F44F34">
              <w:rPr>
                <w:rFonts w:ascii="Arial" w:eastAsia="Arial" w:hAnsi="Arial" w:cs="Arial"/>
                <w:bCs/>
                <w:sz w:val="19"/>
                <w:szCs w:val="19"/>
                <w:lang w:bidi="es-ES"/>
              </w:rPr>
              <w:tab/>
              <w:t>Datos del contratante.</w:t>
            </w:r>
          </w:p>
          <w:p w14:paraId="6049C604"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2.</w:t>
            </w:r>
            <w:r w:rsidRPr="00F44F34">
              <w:rPr>
                <w:rFonts w:ascii="Arial" w:eastAsia="Arial" w:hAnsi="Arial" w:cs="Arial"/>
                <w:bCs/>
                <w:sz w:val="19"/>
                <w:szCs w:val="19"/>
                <w:lang w:bidi="es-ES"/>
              </w:rPr>
              <w:tab/>
              <w:t>Datos del contratista.</w:t>
            </w:r>
          </w:p>
          <w:p w14:paraId="093E8290"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3.</w:t>
            </w:r>
            <w:r w:rsidRPr="00F44F34">
              <w:rPr>
                <w:rFonts w:ascii="Arial" w:eastAsia="Arial" w:hAnsi="Arial" w:cs="Arial"/>
                <w:bCs/>
                <w:sz w:val="19"/>
                <w:szCs w:val="19"/>
                <w:lang w:bidi="es-ES"/>
              </w:rPr>
              <w:tab/>
              <w:t>Objeto del Contrato.</w:t>
            </w:r>
          </w:p>
          <w:p w14:paraId="3E23927F"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4.</w:t>
            </w:r>
            <w:r w:rsidRPr="00F44F34">
              <w:rPr>
                <w:rFonts w:ascii="Arial" w:eastAsia="Arial" w:hAnsi="Arial" w:cs="Arial"/>
                <w:bCs/>
                <w:sz w:val="19"/>
                <w:szCs w:val="19"/>
                <w:lang w:bidi="es-ES"/>
              </w:rPr>
              <w:tab/>
              <w:t>Número del contrato.</w:t>
            </w:r>
          </w:p>
          <w:p w14:paraId="75B7F736"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5.</w:t>
            </w:r>
            <w:r w:rsidRPr="00F44F34">
              <w:rPr>
                <w:rFonts w:ascii="Arial" w:eastAsia="Arial" w:hAnsi="Arial" w:cs="Arial"/>
                <w:bCs/>
                <w:sz w:val="19"/>
                <w:szCs w:val="19"/>
                <w:lang w:bidi="es-ES"/>
              </w:rPr>
              <w:tab/>
              <w:t>Valor del contrato en pesos colombianos.</w:t>
            </w:r>
          </w:p>
          <w:p w14:paraId="2D93D418" w14:textId="77777777" w:rsidR="000F5066" w:rsidRPr="00F44F34" w:rsidRDefault="000F5066" w:rsidP="000F5066">
            <w:pPr>
              <w:widowControl w:val="0"/>
              <w:autoSpaceDE w:val="0"/>
              <w:autoSpaceDN w:val="0"/>
              <w:spacing w:after="0" w:line="240" w:lineRule="auto"/>
              <w:ind w:left="336" w:hanging="336"/>
              <w:jc w:val="both"/>
              <w:rPr>
                <w:rFonts w:ascii="Arial" w:eastAsia="Arial" w:hAnsi="Arial" w:cs="Arial"/>
                <w:bCs/>
                <w:sz w:val="19"/>
                <w:szCs w:val="19"/>
                <w:lang w:bidi="es-ES"/>
              </w:rPr>
            </w:pPr>
            <w:r w:rsidRPr="00F44F34">
              <w:rPr>
                <w:rFonts w:ascii="Arial" w:eastAsia="Arial" w:hAnsi="Arial" w:cs="Arial"/>
                <w:bCs/>
                <w:sz w:val="19"/>
                <w:szCs w:val="19"/>
                <w:lang w:bidi="es-ES"/>
              </w:rPr>
              <w:t>6.</w:t>
            </w:r>
            <w:r w:rsidRPr="00F44F34">
              <w:rPr>
                <w:rFonts w:ascii="Arial" w:eastAsia="Arial" w:hAnsi="Arial" w:cs="Arial"/>
                <w:bCs/>
                <w:sz w:val="19"/>
                <w:szCs w:val="19"/>
                <w:lang w:bidi="es-ES"/>
              </w:rPr>
              <w:tab/>
              <w:t>Las certificaciones deben estar suscritas por el Representante Legal o apoderado de la Entidad contratante o quien haga sus veces.</w:t>
            </w:r>
          </w:p>
          <w:p w14:paraId="1B3C71C4" w14:textId="77777777" w:rsidR="000F5066" w:rsidRPr="00F44F34" w:rsidRDefault="000F5066" w:rsidP="000F5066">
            <w:pPr>
              <w:widowControl w:val="0"/>
              <w:autoSpaceDE w:val="0"/>
              <w:autoSpaceDN w:val="0"/>
              <w:spacing w:after="0" w:line="240" w:lineRule="auto"/>
              <w:jc w:val="both"/>
              <w:rPr>
                <w:rFonts w:ascii="Arial" w:eastAsia="Arial" w:hAnsi="Arial" w:cs="Arial"/>
                <w:bCs/>
                <w:sz w:val="19"/>
                <w:szCs w:val="19"/>
                <w:lang w:bidi="es-ES"/>
              </w:rPr>
            </w:pPr>
          </w:p>
          <w:p w14:paraId="143472C5" w14:textId="77777777" w:rsidR="00C922B3" w:rsidRDefault="000F5066" w:rsidP="00B42505">
            <w:pPr>
              <w:widowControl w:val="0"/>
              <w:autoSpaceDE w:val="0"/>
              <w:autoSpaceDN w:val="0"/>
              <w:spacing w:after="0" w:line="240" w:lineRule="auto"/>
              <w:jc w:val="both"/>
              <w:rPr>
                <w:rFonts w:ascii="Arial" w:eastAsia="Arial" w:hAnsi="Arial" w:cs="Arial"/>
                <w:bCs/>
                <w:sz w:val="19"/>
                <w:szCs w:val="19"/>
                <w:lang w:bidi="es-ES"/>
              </w:rPr>
            </w:pPr>
            <w:r w:rsidRPr="00F44F34">
              <w:rPr>
                <w:rFonts w:ascii="Arial" w:eastAsia="Arial" w:hAnsi="Arial" w:cs="Arial"/>
                <w:bCs/>
                <w:sz w:val="19"/>
                <w:szCs w:val="19"/>
                <w:lang w:bidi="es-ES"/>
              </w:rPr>
              <w:t>NOTA 1: Las certificaciones serán objeto de verificación. No serán tenidas en cuenta auto certificaciones, ni aquellas certificaciones en las que no se pueda constatar que el contratista cumplió a cabalidad con el objeto del contrato.</w:t>
            </w:r>
          </w:p>
          <w:p w14:paraId="134EE40E" w14:textId="7139DF34" w:rsidR="00F44F34" w:rsidRPr="00F44F34" w:rsidRDefault="00F44F34" w:rsidP="00B42505">
            <w:pPr>
              <w:widowControl w:val="0"/>
              <w:autoSpaceDE w:val="0"/>
              <w:autoSpaceDN w:val="0"/>
              <w:spacing w:after="0" w:line="240" w:lineRule="auto"/>
              <w:jc w:val="both"/>
              <w:rPr>
                <w:rFonts w:ascii="Arial" w:eastAsia="Arial" w:hAnsi="Arial" w:cs="Arial"/>
                <w:bCs/>
                <w:sz w:val="19"/>
                <w:szCs w:val="19"/>
                <w:lang w:bidi="es-ES"/>
              </w:rPr>
            </w:pPr>
          </w:p>
        </w:tc>
        <w:tc>
          <w:tcPr>
            <w:tcW w:w="709" w:type="dxa"/>
            <w:vAlign w:val="center"/>
          </w:tcPr>
          <w:p w14:paraId="548F994B" w14:textId="77777777" w:rsidR="00C922B3" w:rsidRPr="00F44F34" w:rsidRDefault="00C922B3" w:rsidP="0025145C">
            <w:pPr>
              <w:pStyle w:val="Prrafodelista"/>
              <w:tabs>
                <w:tab w:val="left" w:pos="240"/>
              </w:tabs>
              <w:ind w:left="0"/>
              <w:jc w:val="center"/>
              <w:rPr>
                <w:rFonts w:ascii="Arial" w:hAnsi="Arial" w:cs="Arial"/>
                <w:b/>
                <w:sz w:val="19"/>
                <w:szCs w:val="19"/>
              </w:rPr>
            </w:pPr>
          </w:p>
        </w:tc>
        <w:tc>
          <w:tcPr>
            <w:tcW w:w="709" w:type="dxa"/>
            <w:vAlign w:val="center"/>
          </w:tcPr>
          <w:p w14:paraId="23F8B288" w14:textId="77777777" w:rsidR="00C922B3" w:rsidRPr="00F44F34" w:rsidRDefault="00C922B3" w:rsidP="0025145C">
            <w:pPr>
              <w:pStyle w:val="Prrafodelista"/>
              <w:tabs>
                <w:tab w:val="left" w:pos="240"/>
              </w:tabs>
              <w:ind w:left="0"/>
              <w:jc w:val="center"/>
              <w:rPr>
                <w:rFonts w:ascii="Arial" w:hAnsi="Arial" w:cs="Arial"/>
                <w:b/>
                <w:sz w:val="19"/>
                <w:szCs w:val="19"/>
              </w:rPr>
            </w:pPr>
          </w:p>
        </w:tc>
      </w:tr>
      <w:tr w:rsidR="006967A9" w:rsidRPr="00F44F34" w14:paraId="69C07A28" w14:textId="77777777" w:rsidTr="00296BCA">
        <w:tc>
          <w:tcPr>
            <w:tcW w:w="693" w:type="dxa"/>
            <w:vAlign w:val="center"/>
          </w:tcPr>
          <w:p w14:paraId="046F78DC" w14:textId="6E8216EA" w:rsidR="006967A9" w:rsidRPr="00F44F34" w:rsidRDefault="006967A9" w:rsidP="006967A9">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2</w:t>
            </w:r>
          </w:p>
        </w:tc>
        <w:tc>
          <w:tcPr>
            <w:tcW w:w="8238" w:type="dxa"/>
            <w:vAlign w:val="center"/>
          </w:tcPr>
          <w:p w14:paraId="46EE8B38" w14:textId="77777777" w:rsidR="006967A9" w:rsidRPr="00F44F34" w:rsidRDefault="006967A9" w:rsidP="006967A9">
            <w:pPr>
              <w:autoSpaceDE w:val="0"/>
              <w:autoSpaceDN w:val="0"/>
              <w:adjustRightInd w:val="0"/>
              <w:spacing w:after="0" w:line="240" w:lineRule="auto"/>
              <w:jc w:val="both"/>
              <w:rPr>
                <w:rFonts w:ascii="Arial" w:eastAsia="Calibri" w:hAnsi="Arial" w:cs="Arial"/>
                <w:b/>
                <w:color w:val="000000"/>
                <w:sz w:val="19"/>
                <w:szCs w:val="19"/>
              </w:rPr>
            </w:pPr>
            <w:bookmarkStart w:id="0" w:name="_Hlk138930127"/>
            <w:r w:rsidRPr="00F44F34">
              <w:rPr>
                <w:rFonts w:ascii="Arial" w:eastAsia="Calibri" w:hAnsi="Arial" w:cs="Arial"/>
                <w:b/>
                <w:color w:val="000000"/>
                <w:sz w:val="19"/>
                <w:szCs w:val="19"/>
              </w:rPr>
              <w:t>CAPACIDAD OPERATIVA</w:t>
            </w:r>
            <w:bookmarkStart w:id="1" w:name="_Hlk120437813"/>
          </w:p>
          <w:p w14:paraId="485FCB32" w14:textId="77777777" w:rsidR="006967A9" w:rsidRPr="00F44F34" w:rsidRDefault="006967A9" w:rsidP="006967A9">
            <w:pPr>
              <w:autoSpaceDE w:val="0"/>
              <w:autoSpaceDN w:val="0"/>
              <w:adjustRightInd w:val="0"/>
              <w:spacing w:after="0" w:line="240" w:lineRule="auto"/>
              <w:jc w:val="both"/>
              <w:rPr>
                <w:rFonts w:ascii="Arial" w:eastAsia="Calibri" w:hAnsi="Arial" w:cs="Arial"/>
                <w:b/>
                <w:color w:val="000000"/>
                <w:sz w:val="19"/>
                <w:szCs w:val="19"/>
              </w:rPr>
            </w:pPr>
          </w:p>
          <w:bookmarkEnd w:id="0"/>
          <w:bookmarkEnd w:id="1"/>
          <w:p w14:paraId="1E030D91" w14:textId="77777777" w:rsidR="006967A9" w:rsidRPr="00F44F34" w:rsidRDefault="006967A9" w:rsidP="006967A9">
            <w:pPr>
              <w:autoSpaceDE w:val="0"/>
              <w:autoSpaceDN w:val="0"/>
              <w:adjustRightInd w:val="0"/>
              <w:spacing w:after="0" w:line="240" w:lineRule="auto"/>
              <w:jc w:val="both"/>
              <w:rPr>
                <w:rFonts w:ascii="Arial" w:hAnsi="Arial" w:cs="Arial"/>
                <w:sz w:val="19"/>
                <w:szCs w:val="19"/>
              </w:rPr>
            </w:pPr>
            <w:r w:rsidRPr="00F44F34">
              <w:rPr>
                <w:rFonts w:ascii="Arial" w:hAnsi="Arial" w:cs="Arial"/>
                <w:sz w:val="19"/>
                <w:szCs w:val="19"/>
              </w:rPr>
              <w:t>El oferente mediante documento suscrito por el representante legal, deberá certificar que cuenta con los medios logísticos y de talento humano necesarios para la entrega de los bienes. Los costos que impliquen la contratación de operarios y/o medios logísticos, serán responsabilidad única y exclusiva del futuro contratista, librando de cualquier responsabilidad al contratante en este caso a la Policía Nacional – Policía Metropolitana de Villavicencio.</w:t>
            </w:r>
          </w:p>
          <w:p w14:paraId="76FA446B" w14:textId="77777777" w:rsidR="006967A9" w:rsidRPr="00F44F34" w:rsidRDefault="006967A9" w:rsidP="006967A9">
            <w:pPr>
              <w:autoSpaceDE w:val="0"/>
              <w:autoSpaceDN w:val="0"/>
              <w:adjustRightInd w:val="0"/>
              <w:spacing w:after="0" w:line="240" w:lineRule="auto"/>
              <w:jc w:val="both"/>
              <w:rPr>
                <w:rFonts w:ascii="Arial" w:hAnsi="Arial" w:cs="Arial"/>
                <w:color w:val="EE0000"/>
                <w:sz w:val="19"/>
                <w:szCs w:val="19"/>
              </w:rPr>
            </w:pPr>
          </w:p>
          <w:p w14:paraId="7A1FA265" w14:textId="77777777" w:rsidR="006967A9" w:rsidRPr="00F44F34" w:rsidRDefault="006967A9" w:rsidP="006967A9">
            <w:pPr>
              <w:autoSpaceDE w:val="0"/>
              <w:autoSpaceDN w:val="0"/>
              <w:adjustRightInd w:val="0"/>
              <w:spacing w:after="0" w:line="240" w:lineRule="auto"/>
              <w:jc w:val="both"/>
              <w:rPr>
                <w:rFonts w:ascii="Arial" w:hAnsi="Arial" w:cs="Arial"/>
                <w:b/>
                <w:bCs/>
                <w:sz w:val="19"/>
                <w:szCs w:val="19"/>
                <w:u w:val="single"/>
              </w:rPr>
            </w:pPr>
            <w:r w:rsidRPr="00F44F34">
              <w:rPr>
                <w:rFonts w:ascii="Arial" w:hAnsi="Arial" w:cs="Arial"/>
                <w:b/>
                <w:bCs/>
                <w:sz w:val="19"/>
                <w:szCs w:val="19"/>
                <w:u w:val="single"/>
              </w:rPr>
              <w:t>Forma de acreditación del requisito exigido.</w:t>
            </w:r>
          </w:p>
          <w:p w14:paraId="2AA601B1" w14:textId="77777777" w:rsidR="006967A9" w:rsidRPr="00F44F34" w:rsidRDefault="006967A9" w:rsidP="006967A9">
            <w:pPr>
              <w:autoSpaceDE w:val="0"/>
              <w:autoSpaceDN w:val="0"/>
              <w:adjustRightInd w:val="0"/>
              <w:spacing w:after="0" w:line="240" w:lineRule="auto"/>
              <w:jc w:val="both"/>
              <w:rPr>
                <w:rFonts w:ascii="Arial" w:hAnsi="Arial" w:cs="Arial"/>
                <w:b/>
                <w:bCs/>
                <w:sz w:val="19"/>
                <w:szCs w:val="19"/>
                <w:u w:val="single"/>
              </w:rPr>
            </w:pPr>
          </w:p>
          <w:p w14:paraId="5DA159FE" w14:textId="77777777" w:rsidR="006967A9" w:rsidRDefault="006967A9" w:rsidP="006967A9">
            <w:pPr>
              <w:tabs>
                <w:tab w:val="left" w:pos="240"/>
              </w:tabs>
              <w:spacing w:after="0" w:line="240" w:lineRule="auto"/>
              <w:ind w:left="54" w:right="29"/>
              <w:jc w:val="both"/>
              <w:rPr>
                <w:rFonts w:ascii="Arial" w:hAnsi="Arial" w:cs="Arial"/>
                <w:bCs/>
                <w:sz w:val="19"/>
                <w:szCs w:val="19"/>
              </w:rPr>
            </w:pPr>
            <w:r w:rsidRPr="00F44F34">
              <w:rPr>
                <w:rFonts w:ascii="Arial" w:hAnsi="Arial" w:cs="Arial"/>
                <w:bCs/>
                <w:sz w:val="19"/>
                <w:szCs w:val="19"/>
              </w:rPr>
              <w:t>Presentar junto con la propuesta una certificación firmada por el representante legal del proponente o persona natural, en la cual exprese el cumplimiento de las condiciones y exigencias contempladas en el presente numeral, debiendo anexar soporte y certificado que acrediten el cumplimiento de las exigencias aquí establecidas.</w:t>
            </w:r>
          </w:p>
          <w:p w14:paraId="437C4280" w14:textId="3D9BA6A9" w:rsidR="00F44F34" w:rsidRPr="00F44F34" w:rsidRDefault="00F44F34" w:rsidP="006967A9">
            <w:pPr>
              <w:tabs>
                <w:tab w:val="left" w:pos="240"/>
              </w:tabs>
              <w:spacing w:after="0" w:line="240" w:lineRule="auto"/>
              <w:ind w:left="54" w:right="29"/>
              <w:jc w:val="both"/>
              <w:rPr>
                <w:rFonts w:ascii="Arial" w:hAnsi="Arial" w:cs="Arial"/>
                <w:b/>
                <w:sz w:val="19"/>
                <w:szCs w:val="19"/>
              </w:rPr>
            </w:pPr>
          </w:p>
        </w:tc>
        <w:tc>
          <w:tcPr>
            <w:tcW w:w="709" w:type="dxa"/>
            <w:vAlign w:val="center"/>
          </w:tcPr>
          <w:p w14:paraId="110FF348" w14:textId="77777777" w:rsidR="006967A9" w:rsidRPr="00F44F34" w:rsidRDefault="006967A9" w:rsidP="006967A9">
            <w:pPr>
              <w:pStyle w:val="Prrafodelista"/>
              <w:tabs>
                <w:tab w:val="left" w:pos="240"/>
              </w:tabs>
              <w:ind w:left="0"/>
              <w:jc w:val="center"/>
              <w:rPr>
                <w:rFonts w:ascii="Arial" w:hAnsi="Arial" w:cs="Arial"/>
                <w:b/>
                <w:sz w:val="19"/>
                <w:szCs w:val="19"/>
              </w:rPr>
            </w:pPr>
          </w:p>
        </w:tc>
        <w:tc>
          <w:tcPr>
            <w:tcW w:w="709" w:type="dxa"/>
            <w:vAlign w:val="center"/>
          </w:tcPr>
          <w:p w14:paraId="2BF4CF46" w14:textId="77777777" w:rsidR="006967A9" w:rsidRPr="00F44F34" w:rsidRDefault="006967A9" w:rsidP="006967A9">
            <w:pPr>
              <w:pStyle w:val="Prrafodelista"/>
              <w:tabs>
                <w:tab w:val="left" w:pos="240"/>
              </w:tabs>
              <w:ind w:left="0"/>
              <w:jc w:val="center"/>
              <w:rPr>
                <w:rFonts w:ascii="Arial" w:hAnsi="Arial" w:cs="Arial"/>
                <w:b/>
                <w:sz w:val="19"/>
                <w:szCs w:val="19"/>
              </w:rPr>
            </w:pPr>
          </w:p>
        </w:tc>
      </w:tr>
      <w:tr w:rsidR="00C922B3" w:rsidRPr="00F44F34" w14:paraId="7BB801B8" w14:textId="77777777" w:rsidTr="00296BCA">
        <w:tc>
          <w:tcPr>
            <w:tcW w:w="693" w:type="dxa"/>
            <w:vAlign w:val="center"/>
          </w:tcPr>
          <w:p w14:paraId="1463F81B" w14:textId="209CAEA6" w:rsidR="00C922B3" w:rsidRPr="00F44F34" w:rsidRDefault="002D3FD6" w:rsidP="00C922B3">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3</w:t>
            </w:r>
          </w:p>
        </w:tc>
        <w:tc>
          <w:tcPr>
            <w:tcW w:w="8238" w:type="dxa"/>
            <w:vAlign w:val="center"/>
          </w:tcPr>
          <w:p w14:paraId="71691A51" w14:textId="77777777" w:rsidR="00F44F34" w:rsidRDefault="00C922B3" w:rsidP="00C922B3">
            <w:pPr>
              <w:pStyle w:val="Prrafodelista"/>
              <w:tabs>
                <w:tab w:val="left" w:pos="240"/>
              </w:tabs>
              <w:ind w:left="0"/>
              <w:jc w:val="both"/>
              <w:rPr>
                <w:rFonts w:ascii="Arial" w:hAnsi="Arial" w:cs="Arial"/>
                <w:b/>
                <w:sz w:val="19"/>
                <w:szCs w:val="19"/>
              </w:rPr>
            </w:pPr>
            <w:r w:rsidRPr="00F44F34">
              <w:rPr>
                <w:rFonts w:ascii="Arial" w:hAnsi="Arial" w:cs="Arial"/>
                <w:b/>
                <w:sz w:val="19"/>
                <w:szCs w:val="19"/>
              </w:rPr>
              <w:t>GARANTIA DE CALIDAD DE LOS BIENES Y SERVICIOS</w:t>
            </w:r>
          </w:p>
          <w:p w14:paraId="387ACFE0" w14:textId="77777777" w:rsidR="00F44F34" w:rsidRDefault="00F44F34" w:rsidP="00C922B3">
            <w:pPr>
              <w:pStyle w:val="Prrafodelista"/>
              <w:tabs>
                <w:tab w:val="left" w:pos="240"/>
              </w:tabs>
              <w:ind w:left="0"/>
              <w:jc w:val="both"/>
              <w:rPr>
                <w:rFonts w:ascii="Arial" w:hAnsi="Arial" w:cs="Arial"/>
                <w:b/>
                <w:sz w:val="19"/>
                <w:szCs w:val="19"/>
              </w:rPr>
            </w:pPr>
          </w:p>
          <w:p w14:paraId="733748AD" w14:textId="4F7E7EE8" w:rsidR="00C922B3" w:rsidRPr="00F44F34" w:rsidRDefault="00F44F34" w:rsidP="00C922B3">
            <w:pPr>
              <w:pStyle w:val="Prrafodelista"/>
              <w:tabs>
                <w:tab w:val="left" w:pos="240"/>
              </w:tabs>
              <w:ind w:left="0"/>
              <w:jc w:val="both"/>
              <w:rPr>
                <w:rFonts w:ascii="Arial" w:hAnsi="Arial" w:cs="Arial"/>
                <w:bCs/>
                <w:sz w:val="19"/>
                <w:szCs w:val="19"/>
              </w:rPr>
            </w:pPr>
            <w:r>
              <w:rPr>
                <w:rFonts w:ascii="Arial" w:hAnsi="Arial" w:cs="Arial"/>
                <w:bCs/>
                <w:sz w:val="19"/>
                <w:szCs w:val="19"/>
              </w:rPr>
              <w:t>E</w:t>
            </w:r>
            <w:r w:rsidR="00C922B3" w:rsidRPr="00F44F34">
              <w:rPr>
                <w:rFonts w:ascii="Arial" w:hAnsi="Arial" w:cs="Arial"/>
                <w:bCs/>
                <w:sz w:val="19"/>
                <w:szCs w:val="19"/>
              </w:rPr>
              <w:t>l proponente deberá presentar con su oferta un</w:t>
            </w:r>
            <w:r w:rsidR="00B777C5" w:rsidRPr="00F44F34">
              <w:rPr>
                <w:rFonts w:ascii="Arial" w:hAnsi="Arial" w:cs="Arial"/>
                <w:bCs/>
                <w:sz w:val="19"/>
                <w:szCs w:val="19"/>
              </w:rPr>
              <w:t xml:space="preserve"> certificado en la que se comprometa brindar l</w:t>
            </w:r>
            <w:r w:rsidR="00C922B3" w:rsidRPr="00F44F34">
              <w:rPr>
                <w:rFonts w:ascii="Arial" w:hAnsi="Arial" w:cs="Arial"/>
                <w:bCs/>
                <w:sz w:val="19"/>
                <w:szCs w:val="19"/>
              </w:rPr>
              <w:t xml:space="preserve">a garantía técnica de los bienes ofertados debidamente firmado por el representante legal, que cubra cualquier defecto del material contratado, entre los que se encuentran los de fabricación, diseño, contextura, elementos, presentación, materiales y funcionamiento por el tiempo establecido en las especificaciones </w:t>
            </w:r>
            <w:r w:rsidR="005415E3" w:rsidRPr="00F44F34">
              <w:rPr>
                <w:rFonts w:ascii="Arial" w:hAnsi="Arial" w:cs="Arial"/>
                <w:bCs/>
                <w:sz w:val="19"/>
                <w:szCs w:val="19"/>
              </w:rPr>
              <w:t>técnicas</w:t>
            </w:r>
            <w:r w:rsidRPr="00F44F34">
              <w:rPr>
                <w:rFonts w:ascii="Arial" w:hAnsi="Arial" w:cs="Arial"/>
                <w:bCs/>
                <w:sz w:val="19"/>
                <w:szCs w:val="19"/>
              </w:rPr>
              <w:t xml:space="preserve"> de fabrica;</w:t>
            </w:r>
            <w:r w:rsidR="00C922B3" w:rsidRPr="00F44F34">
              <w:rPr>
                <w:rFonts w:ascii="Arial" w:hAnsi="Arial" w:cs="Arial"/>
                <w:bCs/>
                <w:sz w:val="19"/>
                <w:szCs w:val="19"/>
              </w:rPr>
              <w:t xml:space="preserve"> en aquellos que no se contemple, </w:t>
            </w:r>
            <w:r w:rsidRPr="00F44F34">
              <w:rPr>
                <w:rFonts w:ascii="Arial" w:hAnsi="Arial" w:cs="Arial"/>
                <w:bCs/>
                <w:sz w:val="19"/>
                <w:szCs w:val="19"/>
              </w:rPr>
              <w:t xml:space="preserve">se aplicara la garantía de acuerdo a lo dispuesto por la </w:t>
            </w:r>
            <w:r w:rsidR="004E3C98" w:rsidRPr="00F44F34">
              <w:rPr>
                <w:rFonts w:ascii="Arial" w:hAnsi="Arial" w:cs="Arial"/>
                <w:bCs/>
                <w:sz w:val="19"/>
                <w:szCs w:val="19"/>
              </w:rPr>
              <w:t>Ley 1480 de 2011 “Estatuto del Consumidor”</w:t>
            </w:r>
            <w:r w:rsidR="00C922B3" w:rsidRPr="00F44F34">
              <w:rPr>
                <w:rFonts w:ascii="Arial" w:hAnsi="Arial" w:cs="Arial"/>
                <w:bCs/>
                <w:sz w:val="19"/>
                <w:szCs w:val="19"/>
              </w:rPr>
              <w:t xml:space="preserve">; </w:t>
            </w:r>
            <w:r w:rsidRPr="00F44F34">
              <w:rPr>
                <w:rFonts w:ascii="Arial" w:hAnsi="Arial" w:cs="Arial"/>
                <w:bCs/>
                <w:sz w:val="19"/>
                <w:szCs w:val="19"/>
              </w:rPr>
              <w:t xml:space="preserve">de ser requerida la garantía </w:t>
            </w:r>
            <w:r w:rsidR="00C922B3" w:rsidRPr="00F44F34">
              <w:rPr>
                <w:rFonts w:ascii="Arial" w:hAnsi="Arial" w:cs="Arial"/>
                <w:bCs/>
                <w:sz w:val="19"/>
                <w:szCs w:val="19"/>
              </w:rPr>
              <w:t xml:space="preserve">deberá proveer el reemplazo del </w:t>
            </w:r>
            <w:r w:rsidRPr="00F44F34">
              <w:rPr>
                <w:rFonts w:ascii="Arial" w:hAnsi="Arial" w:cs="Arial"/>
                <w:bCs/>
                <w:sz w:val="19"/>
                <w:szCs w:val="19"/>
              </w:rPr>
              <w:t xml:space="preserve">bien </w:t>
            </w:r>
            <w:r w:rsidR="00C922B3" w:rsidRPr="00F44F34">
              <w:rPr>
                <w:rFonts w:ascii="Arial" w:hAnsi="Arial" w:cs="Arial"/>
                <w:bCs/>
                <w:sz w:val="19"/>
                <w:szCs w:val="19"/>
              </w:rPr>
              <w:t xml:space="preserve">en calidad de nuevo, cuantas veces sea necesario y estar en capacidad de atender la novedad que se presente en un tiempo estimado entre 24 a 72 horas a partir de la solicitud hecha por el supervisor del contrato, en el lugar que indique, durante el tiempo que se encuentre vigente la garantía. Todos los costos que se produzcan en cumplimiento de la garantía técnica estarán a cargo del contratista. En caso de ser necesaria una nueva importación por cumplimiento de garantía, la reposición no debe superar 45 días calendario. </w:t>
            </w:r>
          </w:p>
          <w:p w14:paraId="3E498189" w14:textId="77777777" w:rsidR="00C922B3" w:rsidRPr="00F44F34" w:rsidRDefault="00C922B3" w:rsidP="00C922B3">
            <w:pPr>
              <w:pStyle w:val="Prrafodelista"/>
              <w:tabs>
                <w:tab w:val="left" w:pos="240"/>
              </w:tabs>
              <w:ind w:left="0"/>
              <w:jc w:val="both"/>
              <w:rPr>
                <w:rFonts w:ascii="Arial" w:hAnsi="Arial" w:cs="Arial"/>
                <w:bCs/>
                <w:sz w:val="19"/>
                <w:szCs w:val="19"/>
              </w:rPr>
            </w:pPr>
          </w:p>
          <w:p w14:paraId="526E5583" w14:textId="77777777" w:rsidR="00C922B3" w:rsidRPr="00F44F34" w:rsidRDefault="00C922B3" w:rsidP="00C922B3">
            <w:pPr>
              <w:tabs>
                <w:tab w:val="left" w:pos="240"/>
              </w:tabs>
              <w:spacing w:after="0" w:line="240" w:lineRule="auto"/>
              <w:jc w:val="both"/>
              <w:rPr>
                <w:rFonts w:ascii="Arial" w:hAnsi="Arial" w:cs="Arial"/>
                <w:b/>
                <w:sz w:val="19"/>
                <w:szCs w:val="19"/>
                <w:u w:val="single"/>
              </w:rPr>
            </w:pPr>
            <w:r w:rsidRPr="00F44F34">
              <w:rPr>
                <w:rFonts w:ascii="Arial" w:hAnsi="Arial" w:cs="Arial"/>
                <w:b/>
                <w:sz w:val="19"/>
                <w:szCs w:val="19"/>
                <w:u w:val="single"/>
              </w:rPr>
              <w:lastRenderedPageBreak/>
              <w:t>Forma de acreditación del requisito exigido.</w:t>
            </w:r>
          </w:p>
          <w:p w14:paraId="5E4DAAEB" w14:textId="77777777" w:rsidR="00C922B3" w:rsidRPr="00F44F34" w:rsidRDefault="00C922B3" w:rsidP="00C922B3">
            <w:pPr>
              <w:tabs>
                <w:tab w:val="left" w:pos="240"/>
              </w:tabs>
              <w:spacing w:after="0" w:line="240" w:lineRule="auto"/>
              <w:jc w:val="both"/>
              <w:rPr>
                <w:rFonts w:ascii="Arial" w:hAnsi="Arial" w:cs="Arial"/>
                <w:b/>
                <w:sz w:val="19"/>
                <w:szCs w:val="19"/>
              </w:rPr>
            </w:pPr>
          </w:p>
          <w:p w14:paraId="0FA98B64" w14:textId="77777777" w:rsidR="00C922B3" w:rsidRPr="00F44F34" w:rsidRDefault="00C922B3" w:rsidP="00C922B3">
            <w:pPr>
              <w:tabs>
                <w:tab w:val="left" w:pos="240"/>
              </w:tabs>
              <w:spacing w:after="0" w:line="240" w:lineRule="auto"/>
              <w:jc w:val="both"/>
              <w:rPr>
                <w:rFonts w:ascii="Arial" w:hAnsi="Arial" w:cs="Arial"/>
                <w:bCs/>
                <w:sz w:val="19"/>
                <w:szCs w:val="19"/>
              </w:rPr>
            </w:pPr>
            <w:r w:rsidRPr="00F44F34">
              <w:rPr>
                <w:rFonts w:ascii="Arial" w:hAnsi="Arial" w:cs="Arial"/>
                <w:bCs/>
                <w:sz w:val="19"/>
                <w:szCs w:val="19"/>
              </w:rPr>
              <w:t xml:space="preserve">Presentar junto con la propuesta una certificación firmada por el representante legal del proponente o persona natural, en la cual exprese el cumplimiento de las condiciones y exigencias contempladas en el numeral </w:t>
            </w:r>
            <w:r w:rsidR="002D3FD6" w:rsidRPr="00F44F34">
              <w:rPr>
                <w:rFonts w:ascii="Arial" w:hAnsi="Arial" w:cs="Arial"/>
                <w:bCs/>
                <w:sz w:val="19"/>
                <w:szCs w:val="19"/>
              </w:rPr>
              <w:t>3</w:t>
            </w:r>
            <w:r w:rsidRPr="00F44F34">
              <w:rPr>
                <w:rFonts w:ascii="Arial" w:hAnsi="Arial" w:cs="Arial"/>
                <w:bCs/>
                <w:sz w:val="19"/>
                <w:szCs w:val="19"/>
              </w:rPr>
              <w:t xml:space="preserve"> de “Otras especificaciones técnicas verificables” del presente anexo.</w:t>
            </w:r>
          </w:p>
          <w:p w14:paraId="5A31CF0A" w14:textId="25E42668" w:rsidR="00F44F34" w:rsidRPr="00F44F34" w:rsidRDefault="00F44F34" w:rsidP="00C922B3">
            <w:pPr>
              <w:tabs>
                <w:tab w:val="left" w:pos="240"/>
              </w:tabs>
              <w:spacing w:after="0" w:line="240" w:lineRule="auto"/>
              <w:jc w:val="both"/>
              <w:rPr>
                <w:rFonts w:ascii="Arial" w:hAnsi="Arial" w:cs="Arial"/>
                <w:b/>
                <w:sz w:val="19"/>
                <w:szCs w:val="19"/>
              </w:rPr>
            </w:pPr>
          </w:p>
        </w:tc>
        <w:tc>
          <w:tcPr>
            <w:tcW w:w="709" w:type="dxa"/>
            <w:vAlign w:val="center"/>
          </w:tcPr>
          <w:p w14:paraId="43E0AB6B" w14:textId="77777777" w:rsidR="00C922B3" w:rsidRPr="00F44F34" w:rsidRDefault="00C922B3" w:rsidP="00C922B3">
            <w:pPr>
              <w:pStyle w:val="Prrafodelista"/>
              <w:tabs>
                <w:tab w:val="left" w:pos="240"/>
              </w:tabs>
              <w:ind w:left="0"/>
              <w:jc w:val="center"/>
              <w:rPr>
                <w:rFonts w:ascii="Arial" w:hAnsi="Arial" w:cs="Arial"/>
                <w:b/>
                <w:sz w:val="19"/>
                <w:szCs w:val="19"/>
              </w:rPr>
            </w:pPr>
          </w:p>
        </w:tc>
        <w:tc>
          <w:tcPr>
            <w:tcW w:w="709" w:type="dxa"/>
            <w:vAlign w:val="center"/>
          </w:tcPr>
          <w:p w14:paraId="1D1CFA38" w14:textId="77777777" w:rsidR="00C922B3" w:rsidRPr="00F44F34" w:rsidRDefault="00C922B3" w:rsidP="00C922B3">
            <w:pPr>
              <w:pStyle w:val="Prrafodelista"/>
              <w:tabs>
                <w:tab w:val="left" w:pos="240"/>
              </w:tabs>
              <w:ind w:left="0"/>
              <w:jc w:val="center"/>
              <w:rPr>
                <w:rFonts w:ascii="Arial" w:hAnsi="Arial" w:cs="Arial"/>
                <w:b/>
                <w:sz w:val="19"/>
                <w:szCs w:val="19"/>
              </w:rPr>
            </w:pPr>
          </w:p>
        </w:tc>
      </w:tr>
      <w:tr w:rsidR="006C58E4" w:rsidRPr="00F44F34" w14:paraId="284F0CC6" w14:textId="77777777" w:rsidTr="00296BCA">
        <w:tc>
          <w:tcPr>
            <w:tcW w:w="693" w:type="dxa"/>
            <w:vAlign w:val="center"/>
          </w:tcPr>
          <w:p w14:paraId="0ABBE9E6" w14:textId="17AFD22E" w:rsidR="006C58E4" w:rsidRPr="00F44F34" w:rsidRDefault="0097603C" w:rsidP="006C58E4">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4</w:t>
            </w:r>
          </w:p>
        </w:tc>
        <w:tc>
          <w:tcPr>
            <w:tcW w:w="8238" w:type="dxa"/>
            <w:vAlign w:val="center"/>
          </w:tcPr>
          <w:p w14:paraId="1234F65F" w14:textId="77777777" w:rsidR="006C58E4" w:rsidRPr="00F44F34" w:rsidRDefault="006C58E4" w:rsidP="00DB1FC1">
            <w:pPr>
              <w:tabs>
                <w:tab w:val="left" w:pos="240"/>
              </w:tabs>
              <w:spacing w:after="0" w:line="240" w:lineRule="auto"/>
              <w:jc w:val="both"/>
              <w:rPr>
                <w:rFonts w:ascii="Arial" w:hAnsi="Arial" w:cs="Arial"/>
                <w:b/>
                <w:sz w:val="19"/>
                <w:szCs w:val="19"/>
              </w:rPr>
            </w:pPr>
            <w:r w:rsidRPr="00F44F34">
              <w:rPr>
                <w:rFonts w:ascii="Arial" w:hAnsi="Arial" w:cs="Arial"/>
                <w:b/>
                <w:sz w:val="19"/>
                <w:szCs w:val="19"/>
              </w:rPr>
              <w:t>CONFIDENCIALIDAD DE LA INFORMACIÓN</w:t>
            </w:r>
          </w:p>
          <w:p w14:paraId="61A3BD98" w14:textId="77777777" w:rsidR="00DB1FC1" w:rsidRPr="00F44F34" w:rsidRDefault="00DB1FC1" w:rsidP="00DB1FC1">
            <w:pPr>
              <w:tabs>
                <w:tab w:val="left" w:pos="240"/>
              </w:tabs>
              <w:spacing w:after="0" w:line="240" w:lineRule="auto"/>
              <w:jc w:val="both"/>
              <w:rPr>
                <w:rFonts w:ascii="Arial" w:hAnsi="Arial" w:cs="Arial"/>
                <w:b/>
                <w:sz w:val="19"/>
                <w:szCs w:val="19"/>
              </w:rPr>
            </w:pPr>
          </w:p>
          <w:p w14:paraId="673E56E6" w14:textId="355189C3" w:rsidR="006C58E4" w:rsidRPr="00F44F34" w:rsidRDefault="006C58E4" w:rsidP="00DB1FC1">
            <w:pPr>
              <w:tabs>
                <w:tab w:val="left" w:pos="240"/>
              </w:tabs>
              <w:spacing w:after="0" w:line="240" w:lineRule="auto"/>
              <w:jc w:val="both"/>
              <w:rPr>
                <w:rFonts w:ascii="Arial" w:hAnsi="Arial" w:cs="Arial"/>
                <w:bCs/>
                <w:sz w:val="19"/>
                <w:szCs w:val="19"/>
              </w:rPr>
            </w:pPr>
            <w:r w:rsidRPr="00F44F34">
              <w:rPr>
                <w:rFonts w:ascii="Arial" w:hAnsi="Arial" w:cs="Arial"/>
                <w:bCs/>
                <w:sz w:val="19"/>
                <w:szCs w:val="19"/>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w:t>
            </w:r>
            <w:r w:rsidR="00DB1FC1" w:rsidRPr="00F44F34">
              <w:rPr>
                <w:rFonts w:ascii="Arial" w:hAnsi="Arial" w:cs="Arial"/>
                <w:bCs/>
                <w:sz w:val="19"/>
                <w:szCs w:val="19"/>
              </w:rPr>
              <w:t xml:space="preserve"> </w:t>
            </w:r>
            <w:r w:rsidRPr="00F44F34">
              <w:rPr>
                <w:rFonts w:ascii="Arial" w:hAnsi="Arial" w:cs="Arial"/>
                <w:bCs/>
                <w:sz w:val="19"/>
                <w:szCs w:val="19"/>
              </w:rPr>
              <w:t>confidencialidad y no revelación de la información para lo cual deberá diligenciar entregar en la propuesta el formulario ACUERDO DE CONFIDENCIALIDAD.</w:t>
            </w:r>
          </w:p>
          <w:p w14:paraId="385DCC3C" w14:textId="77777777" w:rsidR="00DB1FC1" w:rsidRPr="00F44F34" w:rsidRDefault="00DB1FC1" w:rsidP="00DB1FC1">
            <w:pPr>
              <w:tabs>
                <w:tab w:val="left" w:pos="240"/>
              </w:tabs>
              <w:spacing w:after="0" w:line="240" w:lineRule="auto"/>
              <w:jc w:val="both"/>
              <w:rPr>
                <w:rFonts w:ascii="Arial" w:hAnsi="Arial" w:cs="Arial"/>
                <w:bCs/>
                <w:sz w:val="19"/>
                <w:szCs w:val="19"/>
              </w:rPr>
            </w:pPr>
          </w:p>
          <w:p w14:paraId="77E5ED62" w14:textId="2F93F58D" w:rsidR="006C58E4" w:rsidRPr="00F44F34" w:rsidRDefault="006C58E4" w:rsidP="006C58E4">
            <w:pPr>
              <w:tabs>
                <w:tab w:val="left" w:pos="240"/>
              </w:tabs>
              <w:spacing w:after="0"/>
              <w:jc w:val="both"/>
              <w:rPr>
                <w:rFonts w:ascii="Arial" w:hAnsi="Arial" w:cs="Arial"/>
                <w:bCs/>
                <w:sz w:val="19"/>
                <w:szCs w:val="19"/>
                <w:u w:val="single"/>
              </w:rPr>
            </w:pPr>
            <w:r w:rsidRPr="00F44F34">
              <w:rPr>
                <w:rFonts w:ascii="Arial" w:hAnsi="Arial" w:cs="Arial"/>
                <w:sz w:val="19"/>
                <w:szCs w:val="19"/>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deberá diligenciar y entregar al grupo de contratos de la MEVIL, dentro de los tres (3) días hábiles siguientes a la aprobación de la garantía única, el formato No. </w:t>
            </w:r>
            <w:r w:rsidRPr="00F44F34">
              <w:rPr>
                <w:rFonts w:ascii="Arial" w:eastAsia="Calibri" w:hAnsi="Arial" w:cs="Arial"/>
                <w:bCs/>
                <w:color w:val="000000"/>
                <w:sz w:val="19"/>
                <w:szCs w:val="19"/>
                <w:u w:val="single"/>
              </w:rPr>
              <w:t>1DT-FR-0016</w:t>
            </w:r>
            <w:r w:rsidRPr="00F44F34">
              <w:rPr>
                <w:rFonts w:ascii="Arial" w:hAnsi="Arial" w:cs="Arial"/>
                <w:bCs/>
                <w:sz w:val="19"/>
                <w:szCs w:val="19"/>
              </w:rPr>
              <w:t xml:space="preserve"> </w:t>
            </w:r>
            <w:r w:rsidRPr="00F44F34">
              <w:rPr>
                <w:rFonts w:ascii="Arial" w:hAnsi="Arial" w:cs="Arial"/>
                <w:bCs/>
                <w:sz w:val="19"/>
                <w:szCs w:val="19"/>
                <w:u w:val="single"/>
              </w:rPr>
              <w:t>DECLARACIÓN DE CONFIDENCIALIDAD Y COMPROMISO CON LA SEGURIDAD DE LA INFORMACION CONTRATISTAS O TERCEROS.</w:t>
            </w:r>
          </w:p>
          <w:p w14:paraId="45D9E269" w14:textId="77777777" w:rsidR="006C58E4" w:rsidRPr="00F44F34" w:rsidRDefault="006C58E4" w:rsidP="006C58E4">
            <w:pPr>
              <w:tabs>
                <w:tab w:val="left" w:pos="240"/>
              </w:tabs>
              <w:spacing w:after="0"/>
              <w:jc w:val="both"/>
              <w:rPr>
                <w:rFonts w:ascii="Arial" w:hAnsi="Arial" w:cs="Arial"/>
                <w:b/>
                <w:bCs/>
                <w:sz w:val="19"/>
                <w:szCs w:val="19"/>
                <w:u w:val="single"/>
              </w:rPr>
            </w:pPr>
          </w:p>
          <w:p w14:paraId="07085106" w14:textId="77777777" w:rsidR="006C58E4" w:rsidRPr="00F44F34" w:rsidRDefault="006C58E4" w:rsidP="006C58E4">
            <w:pPr>
              <w:tabs>
                <w:tab w:val="left" w:pos="240"/>
              </w:tabs>
              <w:spacing w:after="0"/>
              <w:jc w:val="both"/>
              <w:rPr>
                <w:rFonts w:ascii="Arial" w:hAnsi="Arial" w:cs="Arial"/>
                <w:b/>
                <w:bCs/>
                <w:sz w:val="19"/>
                <w:szCs w:val="19"/>
                <w:u w:val="single"/>
                <w:lang w:val="es-ES"/>
              </w:rPr>
            </w:pPr>
            <w:r w:rsidRPr="00F44F34">
              <w:rPr>
                <w:rFonts w:ascii="Arial" w:hAnsi="Arial" w:cs="Arial"/>
                <w:b/>
                <w:bCs/>
                <w:sz w:val="19"/>
                <w:szCs w:val="19"/>
                <w:u w:val="single"/>
                <w:lang w:val="es-ES"/>
              </w:rPr>
              <w:t>Forma de acreditación del requisito exigido.</w:t>
            </w:r>
          </w:p>
          <w:p w14:paraId="65190289" w14:textId="77777777" w:rsidR="006C58E4" w:rsidRPr="00F44F34" w:rsidRDefault="006C58E4" w:rsidP="006C58E4">
            <w:pPr>
              <w:tabs>
                <w:tab w:val="left" w:pos="240"/>
              </w:tabs>
              <w:spacing w:after="0"/>
              <w:jc w:val="both"/>
              <w:rPr>
                <w:rFonts w:ascii="Arial" w:hAnsi="Arial" w:cs="Arial"/>
                <w:b/>
                <w:sz w:val="19"/>
                <w:szCs w:val="19"/>
                <w:lang w:val="es-ES"/>
              </w:rPr>
            </w:pPr>
          </w:p>
          <w:p w14:paraId="64B0A672" w14:textId="77777777" w:rsidR="00DB1FC1" w:rsidRDefault="006C58E4" w:rsidP="006C58E4">
            <w:pPr>
              <w:tabs>
                <w:tab w:val="left" w:pos="240"/>
              </w:tabs>
              <w:spacing w:after="0"/>
              <w:jc w:val="both"/>
              <w:rPr>
                <w:rFonts w:ascii="Arial" w:hAnsi="Arial" w:cs="Arial"/>
                <w:sz w:val="19"/>
                <w:szCs w:val="19"/>
              </w:rPr>
            </w:pPr>
            <w:r w:rsidRPr="00F44F34">
              <w:rPr>
                <w:rFonts w:ascii="Arial" w:hAnsi="Arial" w:cs="Arial"/>
                <w:sz w:val="19"/>
                <w:szCs w:val="19"/>
              </w:rPr>
              <w:t>Diligenciar y presentar junto a la propuesta el acuerdo de confidencialidad.</w:t>
            </w:r>
          </w:p>
          <w:p w14:paraId="6608E216" w14:textId="5DB6C042" w:rsidR="00F44F34" w:rsidRPr="00F44F34" w:rsidRDefault="00F44F34" w:rsidP="006C58E4">
            <w:pPr>
              <w:tabs>
                <w:tab w:val="left" w:pos="240"/>
              </w:tabs>
              <w:spacing w:after="0"/>
              <w:jc w:val="both"/>
              <w:rPr>
                <w:rFonts w:ascii="Arial" w:hAnsi="Arial" w:cs="Arial"/>
                <w:sz w:val="19"/>
                <w:szCs w:val="19"/>
              </w:rPr>
            </w:pPr>
          </w:p>
        </w:tc>
        <w:tc>
          <w:tcPr>
            <w:tcW w:w="709" w:type="dxa"/>
            <w:vAlign w:val="center"/>
          </w:tcPr>
          <w:p w14:paraId="7DD65568" w14:textId="77777777" w:rsidR="006C58E4" w:rsidRPr="00F44F34" w:rsidRDefault="006C58E4" w:rsidP="006C58E4">
            <w:pPr>
              <w:pStyle w:val="Prrafodelista"/>
              <w:tabs>
                <w:tab w:val="left" w:pos="240"/>
              </w:tabs>
              <w:ind w:left="0"/>
              <w:jc w:val="center"/>
              <w:rPr>
                <w:rFonts w:ascii="Arial" w:hAnsi="Arial" w:cs="Arial"/>
                <w:b/>
                <w:sz w:val="19"/>
                <w:szCs w:val="19"/>
              </w:rPr>
            </w:pPr>
          </w:p>
        </w:tc>
        <w:tc>
          <w:tcPr>
            <w:tcW w:w="709" w:type="dxa"/>
            <w:vAlign w:val="center"/>
          </w:tcPr>
          <w:p w14:paraId="22977ACF" w14:textId="77777777" w:rsidR="006C58E4" w:rsidRPr="00F44F34" w:rsidRDefault="006C58E4" w:rsidP="006C58E4">
            <w:pPr>
              <w:pStyle w:val="Prrafodelista"/>
              <w:tabs>
                <w:tab w:val="left" w:pos="240"/>
              </w:tabs>
              <w:ind w:left="0"/>
              <w:jc w:val="center"/>
              <w:rPr>
                <w:rFonts w:ascii="Arial" w:hAnsi="Arial" w:cs="Arial"/>
                <w:b/>
                <w:sz w:val="19"/>
                <w:szCs w:val="19"/>
              </w:rPr>
            </w:pPr>
          </w:p>
        </w:tc>
      </w:tr>
      <w:tr w:rsidR="006C58E4" w:rsidRPr="00F44F34" w14:paraId="11571FDA" w14:textId="77777777" w:rsidTr="00296BCA">
        <w:tc>
          <w:tcPr>
            <w:tcW w:w="693" w:type="dxa"/>
            <w:vAlign w:val="center"/>
          </w:tcPr>
          <w:p w14:paraId="57A29C54" w14:textId="6E0C064A" w:rsidR="006C58E4" w:rsidRPr="00F44F34" w:rsidRDefault="0097603C" w:rsidP="006C58E4">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5</w:t>
            </w:r>
          </w:p>
        </w:tc>
        <w:tc>
          <w:tcPr>
            <w:tcW w:w="8238" w:type="dxa"/>
            <w:vAlign w:val="center"/>
          </w:tcPr>
          <w:p w14:paraId="64AFE39F" w14:textId="77777777" w:rsidR="006C58E4" w:rsidRPr="00F44F34" w:rsidRDefault="006C58E4" w:rsidP="006C58E4">
            <w:pPr>
              <w:tabs>
                <w:tab w:val="left" w:pos="240"/>
              </w:tabs>
              <w:spacing w:after="0" w:line="240" w:lineRule="auto"/>
              <w:jc w:val="both"/>
              <w:rPr>
                <w:rFonts w:ascii="Arial" w:hAnsi="Arial" w:cs="Arial"/>
                <w:b/>
                <w:sz w:val="19"/>
                <w:szCs w:val="19"/>
              </w:rPr>
            </w:pPr>
            <w:r w:rsidRPr="00F44F34">
              <w:rPr>
                <w:rFonts w:ascii="Arial" w:hAnsi="Arial" w:cs="Arial"/>
                <w:b/>
                <w:sz w:val="19"/>
                <w:szCs w:val="19"/>
              </w:rPr>
              <w:t>SISTEMA DE GESTIÓN DE LA SEGURIDAD Y SALUD EN EL TRABAJO</w:t>
            </w:r>
          </w:p>
          <w:p w14:paraId="32EE2A6A" w14:textId="77777777" w:rsidR="006C58E4" w:rsidRPr="00F44F34" w:rsidRDefault="006C58E4" w:rsidP="006C58E4">
            <w:pPr>
              <w:tabs>
                <w:tab w:val="left" w:pos="240"/>
              </w:tabs>
              <w:spacing w:after="0" w:line="240" w:lineRule="auto"/>
              <w:jc w:val="both"/>
              <w:rPr>
                <w:rFonts w:ascii="Arial" w:hAnsi="Arial" w:cs="Arial"/>
                <w:b/>
                <w:sz w:val="19"/>
                <w:szCs w:val="19"/>
              </w:rPr>
            </w:pPr>
          </w:p>
          <w:p w14:paraId="2496709F" w14:textId="5A9A6D3C" w:rsidR="006C58E4" w:rsidRPr="00F44F34" w:rsidRDefault="006C58E4" w:rsidP="006C58E4">
            <w:pPr>
              <w:pStyle w:val="Textoindependiente2"/>
              <w:spacing w:after="0" w:line="240" w:lineRule="auto"/>
              <w:jc w:val="both"/>
              <w:rPr>
                <w:rFonts w:ascii="Arial" w:eastAsia="Calibri" w:hAnsi="Arial" w:cs="Arial"/>
                <w:color w:val="000000" w:themeColor="text1"/>
                <w:sz w:val="19"/>
                <w:szCs w:val="19"/>
              </w:rPr>
            </w:pPr>
            <w:r w:rsidRPr="00F44F34">
              <w:rPr>
                <w:rFonts w:ascii="Arial" w:eastAsia="Arial" w:hAnsi="Arial" w:cs="Arial"/>
                <w:bCs/>
                <w:sz w:val="19"/>
                <w:szCs w:val="19"/>
                <w:lang w:bidi="es-ES"/>
              </w:rPr>
              <w:t xml:space="preserve">Con el fin de anticipar, reconocer, evaluar y controlar los riesgos que puedan afectar la seguridad y la salud en el trabajo, así prevenir </w:t>
            </w:r>
            <w:r w:rsidRPr="00F44F34">
              <w:rPr>
                <w:rFonts w:ascii="Arial" w:eastAsia="Calibri" w:hAnsi="Arial" w:cs="Arial"/>
                <w:color w:val="000000" w:themeColor="text1"/>
                <w:sz w:val="19"/>
                <w:szCs w:val="19"/>
              </w:rPr>
              <w:t>amenazas o accidentes y enfermedades laborales, que deriven</w:t>
            </w:r>
            <w:r w:rsidRPr="00F44F34">
              <w:rPr>
                <w:rFonts w:ascii="Arial" w:eastAsia="Arial" w:hAnsi="Arial" w:cs="Arial"/>
                <w:bCs/>
                <w:sz w:val="19"/>
                <w:szCs w:val="19"/>
                <w:lang w:bidi="es-ES"/>
              </w:rPr>
              <w:t xml:space="preserve"> en lesiones o enfermedades causadas por las condiciones de trabajo, y desarrollar acciones para  la protección y promoción de la salud de los trabajadores </w:t>
            </w:r>
            <w:r w:rsidRPr="00F44F34">
              <w:rPr>
                <w:rFonts w:ascii="Arial" w:eastAsia="Calibri" w:hAnsi="Arial" w:cs="Arial"/>
                <w:color w:val="000000" w:themeColor="text1"/>
                <w:sz w:val="19"/>
                <w:szCs w:val="19"/>
              </w:rPr>
              <w:t>que adelanten las labores de instalación de los equipos que así lo requieran, así como asegurar el cumplimiento de las disposiciones d</w:t>
            </w:r>
            <w:r w:rsidRPr="00F44F34">
              <w:rPr>
                <w:rFonts w:ascii="Arial" w:eastAsia="Arial" w:hAnsi="Arial" w:cs="Arial"/>
                <w:bCs/>
                <w:sz w:val="19"/>
                <w:szCs w:val="19"/>
                <w:lang w:bidi="es-ES"/>
              </w:rPr>
              <w:t>el Decreto 1072 de 2015 “Único Reglamentario del Sector Trabajo y demás normas que lo complementen</w:t>
            </w:r>
            <w:r w:rsidRPr="00F44F34">
              <w:rPr>
                <w:rFonts w:ascii="Arial" w:eastAsia="Calibri" w:hAnsi="Arial" w:cs="Arial"/>
                <w:color w:val="000000" w:themeColor="text1"/>
                <w:sz w:val="19"/>
                <w:szCs w:val="19"/>
              </w:rPr>
              <w:t xml:space="preserve">, en materia de seguridad y salud en el trabajo, los oferentes que participen del presente proceso contractual deberán acreditar el cumplimiento frente a la </w:t>
            </w:r>
            <w:r w:rsidRPr="00F44F34">
              <w:rPr>
                <w:rFonts w:ascii="Arial" w:eastAsia="Arial" w:hAnsi="Arial" w:cs="Arial"/>
                <w:bCs/>
                <w:sz w:val="19"/>
                <w:szCs w:val="19"/>
                <w:lang w:bidi="es-ES"/>
              </w:rPr>
              <w:t>implementación y desarrollo del Sistema de Gestión de la Seguridad y Salud en el Trabajo SG-SST al interior de su empresa, así:</w:t>
            </w:r>
          </w:p>
          <w:p w14:paraId="26BBEC37" w14:textId="77777777" w:rsidR="0008664D" w:rsidRPr="00F44F34" w:rsidRDefault="0008664D" w:rsidP="006C58E4">
            <w:pPr>
              <w:tabs>
                <w:tab w:val="left" w:pos="240"/>
              </w:tabs>
              <w:spacing w:after="0" w:line="240" w:lineRule="auto"/>
              <w:jc w:val="both"/>
              <w:rPr>
                <w:rFonts w:ascii="Arial" w:hAnsi="Arial" w:cs="Arial"/>
                <w:bCs/>
                <w:sz w:val="19"/>
                <w:szCs w:val="19"/>
              </w:rPr>
            </w:pPr>
          </w:p>
          <w:p w14:paraId="4798A01E" w14:textId="27B89B8E" w:rsidR="006C58E4" w:rsidRPr="00F44F34" w:rsidRDefault="006C58E4" w:rsidP="006C58E4">
            <w:pPr>
              <w:tabs>
                <w:tab w:val="left" w:pos="240"/>
              </w:tabs>
              <w:spacing w:after="0" w:line="240" w:lineRule="auto"/>
              <w:jc w:val="both"/>
              <w:rPr>
                <w:rFonts w:ascii="Arial" w:hAnsi="Arial" w:cs="Arial"/>
                <w:bCs/>
                <w:sz w:val="19"/>
                <w:szCs w:val="19"/>
              </w:rPr>
            </w:pPr>
            <w:r w:rsidRPr="00F44F34">
              <w:rPr>
                <w:rFonts w:ascii="Arial" w:hAnsi="Arial" w:cs="Arial"/>
                <w:bCs/>
                <w:sz w:val="19"/>
                <w:szCs w:val="19"/>
              </w:rPr>
              <w:t>El oferente deberá presentar certificación firmada por el representante legal y por el profesional encargado de la implementación del SISTEMA DE GESTIÓN DE LA SEGURIDAD Y SALUD EN EL - SG-SST o de la ARL, donde indique que cumple los estándares mínimos del SG-SST establecidos en la Resolución No. 0312 de 2019, en concordancia con el Decreto 1072 de 2015.</w:t>
            </w:r>
          </w:p>
          <w:p w14:paraId="4D1C3B91" w14:textId="77777777" w:rsidR="0008664D" w:rsidRPr="00F44F34" w:rsidRDefault="0008664D" w:rsidP="006C58E4">
            <w:pPr>
              <w:tabs>
                <w:tab w:val="left" w:pos="240"/>
              </w:tabs>
              <w:spacing w:after="0" w:line="240" w:lineRule="auto"/>
              <w:jc w:val="both"/>
              <w:rPr>
                <w:rFonts w:ascii="Arial" w:hAnsi="Arial" w:cs="Arial"/>
                <w:bCs/>
                <w:sz w:val="19"/>
                <w:szCs w:val="19"/>
              </w:rPr>
            </w:pPr>
          </w:p>
          <w:p w14:paraId="4836BF70" w14:textId="26ED11C6" w:rsidR="006C58E4" w:rsidRPr="00F44F34" w:rsidRDefault="006C58E4" w:rsidP="006C58E4">
            <w:pPr>
              <w:tabs>
                <w:tab w:val="left" w:pos="240"/>
              </w:tabs>
              <w:spacing w:after="0" w:line="240" w:lineRule="auto"/>
              <w:jc w:val="both"/>
              <w:rPr>
                <w:rFonts w:ascii="Arial" w:hAnsi="Arial" w:cs="Arial"/>
                <w:bCs/>
                <w:sz w:val="19"/>
                <w:szCs w:val="19"/>
              </w:rPr>
            </w:pPr>
            <w:r w:rsidRPr="00F44F34">
              <w:rPr>
                <w:rFonts w:ascii="Arial" w:hAnsi="Arial" w:cs="Arial"/>
                <w:bCs/>
                <w:sz w:val="19"/>
                <w:szCs w:val="19"/>
              </w:rPr>
              <w:t>De igual manera que se compromete a tomar las medidas y acciones necesarias dirigidas a preservar, la vida e integridad de los empleados que realicen el traslado y entrega de los bienes, dando cumplimiento a las normas técnicas de seguridad industrial y salud ocupacional.</w:t>
            </w:r>
          </w:p>
          <w:p w14:paraId="7F36BE12" w14:textId="77777777" w:rsidR="0008664D" w:rsidRPr="00F44F34" w:rsidRDefault="0008664D" w:rsidP="006C58E4">
            <w:pPr>
              <w:tabs>
                <w:tab w:val="left" w:pos="240"/>
              </w:tabs>
              <w:spacing w:after="0" w:line="240" w:lineRule="auto"/>
              <w:jc w:val="both"/>
              <w:rPr>
                <w:rFonts w:ascii="Arial" w:hAnsi="Arial" w:cs="Arial"/>
                <w:bCs/>
                <w:sz w:val="19"/>
                <w:szCs w:val="19"/>
              </w:rPr>
            </w:pPr>
          </w:p>
          <w:p w14:paraId="59E7661E" w14:textId="77777777" w:rsidR="006C58E4" w:rsidRPr="00F44F34" w:rsidRDefault="006C58E4" w:rsidP="006C58E4">
            <w:pPr>
              <w:tabs>
                <w:tab w:val="left" w:pos="240"/>
              </w:tabs>
              <w:spacing w:after="0" w:line="240" w:lineRule="auto"/>
              <w:jc w:val="both"/>
              <w:rPr>
                <w:rFonts w:ascii="Arial" w:hAnsi="Arial" w:cs="Arial"/>
                <w:b/>
                <w:bCs/>
                <w:sz w:val="19"/>
                <w:szCs w:val="19"/>
                <w:u w:val="single"/>
              </w:rPr>
            </w:pPr>
            <w:r w:rsidRPr="00F44F34">
              <w:rPr>
                <w:rFonts w:ascii="Arial" w:hAnsi="Arial" w:cs="Arial"/>
                <w:b/>
                <w:bCs/>
                <w:sz w:val="19"/>
                <w:szCs w:val="19"/>
                <w:u w:val="single"/>
              </w:rPr>
              <w:t>Forma de acreditación del requisito exigido.</w:t>
            </w:r>
          </w:p>
          <w:p w14:paraId="1D457AAC" w14:textId="77777777" w:rsidR="006C58E4" w:rsidRPr="00F44F34" w:rsidRDefault="006C58E4" w:rsidP="006C58E4">
            <w:pPr>
              <w:tabs>
                <w:tab w:val="left" w:pos="240"/>
              </w:tabs>
              <w:spacing w:after="0" w:line="240" w:lineRule="auto"/>
              <w:jc w:val="both"/>
              <w:rPr>
                <w:rFonts w:ascii="Arial" w:hAnsi="Arial" w:cs="Arial"/>
                <w:b/>
                <w:bCs/>
                <w:sz w:val="19"/>
                <w:szCs w:val="19"/>
                <w:u w:val="single"/>
              </w:rPr>
            </w:pPr>
          </w:p>
          <w:p w14:paraId="293B9847" w14:textId="5D1055C2" w:rsidR="006C58E4" w:rsidRPr="00F44F34" w:rsidRDefault="006C58E4">
            <w:pPr>
              <w:numPr>
                <w:ilvl w:val="0"/>
                <w:numId w:val="2"/>
              </w:numPr>
              <w:tabs>
                <w:tab w:val="left" w:pos="240"/>
              </w:tabs>
              <w:spacing w:after="0" w:line="240" w:lineRule="auto"/>
              <w:ind w:left="196" w:hanging="196"/>
              <w:jc w:val="both"/>
              <w:rPr>
                <w:rFonts w:ascii="Arial" w:hAnsi="Arial" w:cs="Arial"/>
                <w:b/>
                <w:sz w:val="19"/>
                <w:szCs w:val="19"/>
              </w:rPr>
            </w:pPr>
            <w:r w:rsidRPr="00F44F34">
              <w:rPr>
                <w:rFonts w:ascii="Arial" w:hAnsi="Arial" w:cs="Arial"/>
                <w:bCs/>
                <w:sz w:val="19"/>
                <w:szCs w:val="19"/>
              </w:rPr>
              <w:t>Presentar junto con la propuesta una certificación firmada por el representante legal del proponente o persona natural, en la cual exprese el cumplimiento de las condiciones y exigencias contempladas en el presente numeral; debiendo anexar soportes y certificados que acrediten el cumplimiento de las exigencias establecidas.</w:t>
            </w:r>
          </w:p>
          <w:p w14:paraId="20EE2894" w14:textId="77777777" w:rsidR="006C58E4" w:rsidRPr="00F44F34" w:rsidRDefault="006C58E4" w:rsidP="006C58E4">
            <w:pPr>
              <w:tabs>
                <w:tab w:val="left" w:pos="240"/>
              </w:tabs>
              <w:spacing w:after="0" w:line="240" w:lineRule="auto"/>
              <w:ind w:left="196"/>
              <w:jc w:val="both"/>
              <w:rPr>
                <w:rFonts w:ascii="Arial" w:hAnsi="Arial" w:cs="Arial"/>
                <w:b/>
                <w:sz w:val="19"/>
                <w:szCs w:val="19"/>
              </w:rPr>
            </w:pPr>
          </w:p>
          <w:p w14:paraId="1454395B" w14:textId="49B3FF36" w:rsidR="00433F07" w:rsidRPr="00F44F34" w:rsidRDefault="006C58E4">
            <w:pPr>
              <w:numPr>
                <w:ilvl w:val="0"/>
                <w:numId w:val="2"/>
              </w:numPr>
              <w:tabs>
                <w:tab w:val="left" w:pos="240"/>
              </w:tabs>
              <w:spacing w:after="0" w:line="240" w:lineRule="auto"/>
              <w:ind w:left="196" w:hanging="196"/>
              <w:jc w:val="both"/>
              <w:rPr>
                <w:rFonts w:ascii="Arial" w:hAnsi="Arial" w:cs="Arial"/>
                <w:b/>
                <w:sz w:val="19"/>
                <w:szCs w:val="19"/>
              </w:rPr>
            </w:pPr>
            <w:r w:rsidRPr="00F44F34">
              <w:rPr>
                <w:rFonts w:ascii="Arial" w:hAnsi="Arial" w:cs="Arial"/>
                <w:bCs/>
                <w:sz w:val="19"/>
                <w:szCs w:val="19"/>
              </w:rPr>
              <w:t>Diligenciar y presentar junto a la propuesta el FORMULARIO - COMPROMISO CON EL SISTEMA DE GESTIÓN DE LA SEGURIDAD Y SALUD EN EL TRABAJO.</w:t>
            </w:r>
          </w:p>
        </w:tc>
        <w:tc>
          <w:tcPr>
            <w:tcW w:w="709" w:type="dxa"/>
            <w:vAlign w:val="center"/>
          </w:tcPr>
          <w:p w14:paraId="7E290EAE" w14:textId="77777777" w:rsidR="006C58E4" w:rsidRPr="00F44F34" w:rsidRDefault="006C58E4" w:rsidP="006C58E4">
            <w:pPr>
              <w:pStyle w:val="Prrafodelista"/>
              <w:tabs>
                <w:tab w:val="left" w:pos="240"/>
              </w:tabs>
              <w:ind w:left="0"/>
              <w:jc w:val="center"/>
              <w:rPr>
                <w:rFonts w:ascii="Arial" w:hAnsi="Arial" w:cs="Arial"/>
                <w:b/>
                <w:sz w:val="19"/>
                <w:szCs w:val="19"/>
              </w:rPr>
            </w:pPr>
          </w:p>
        </w:tc>
        <w:tc>
          <w:tcPr>
            <w:tcW w:w="709" w:type="dxa"/>
            <w:vAlign w:val="center"/>
          </w:tcPr>
          <w:p w14:paraId="08251303" w14:textId="77777777" w:rsidR="006C58E4" w:rsidRPr="00F44F34" w:rsidRDefault="006C58E4" w:rsidP="006C58E4">
            <w:pPr>
              <w:pStyle w:val="Prrafodelista"/>
              <w:tabs>
                <w:tab w:val="left" w:pos="240"/>
              </w:tabs>
              <w:ind w:left="0"/>
              <w:jc w:val="center"/>
              <w:rPr>
                <w:rFonts w:ascii="Arial" w:hAnsi="Arial" w:cs="Arial"/>
                <w:b/>
                <w:sz w:val="19"/>
                <w:szCs w:val="19"/>
              </w:rPr>
            </w:pPr>
          </w:p>
        </w:tc>
      </w:tr>
      <w:tr w:rsidR="006C58E4" w:rsidRPr="00F44F34" w14:paraId="47BC595C" w14:textId="77777777" w:rsidTr="00296BCA">
        <w:tc>
          <w:tcPr>
            <w:tcW w:w="693" w:type="dxa"/>
            <w:vAlign w:val="center"/>
          </w:tcPr>
          <w:p w14:paraId="17ECFA13" w14:textId="45E2E84B" w:rsidR="006C58E4" w:rsidRPr="00F44F34" w:rsidRDefault="0097603C" w:rsidP="006C58E4">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6</w:t>
            </w:r>
          </w:p>
        </w:tc>
        <w:tc>
          <w:tcPr>
            <w:tcW w:w="8238" w:type="dxa"/>
            <w:vAlign w:val="center"/>
          </w:tcPr>
          <w:p w14:paraId="25BB8BAD" w14:textId="77777777" w:rsidR="006C58E4" w:rsidRPr="00F44F34" w:rsidRDefault="006C58E4" w:rsidP="0008664D">
            <w:pPr>
              <w:widowControl w:val="0"/>
              <w:autoSpaceDE w:val="0"/>
              <w:autoSpaceDN w:val="0"/>
              <w:spacing w:after="0" w:line="240" w:lineRule="auto"/>
              <w:jc w:val="both"/>
              <w:rPr>
                <w:rFonts w:ascii="Arial" w:eastAsia="Calibri" w:hAnsi="Arial" w:cs="Arial"/>
                <w:b/>
                <w:color w:val="000000" w:themeColor="text1"/>
                <w:sz w:val="19"/>
                <w:szCs w:val="19"/>
                <w:lang w:val="es-ES" w:eastAsia="es-ES"/>
              </w:rPr>
            </w:pPr>
            <w:bookmarkStart w:id="2" w:name="_Hlk99458377"/>
            <w:r w:rsidRPr="00F44F34">
              <w:rPr>
                <w:rFonts w:ascii="Arial" w:eastAsia="Calibri" w:hAnsi="Arial" w:cs="Arial"/>
                <w:b/>
                <w:color w:val="000000" w:themeColor="text1"/>
                <w:sz w:val="19"/>
                <w:szCs w:val="19"/>
                <w:lang w:val="es-ES" w:eastAsia="es-ES"/>
              </w:rPr>
              <w:t>SISTEMA DE GESTIÓN AMBIENTAL</w:t>
            </w:r>
            <w:bookmarkEnd w:id="2"/>
          </w:p>
          <w:p w14:paraId="26EA3B93" w14:textId="77777777" w:rsidR="006C58E4" w:rsidRPr="00F44F34" w:rsidRDefault="006C58E4" w:rsidP="0008664D">
            <w:pPr>
              <w:spacing w:after="0" w:line="240" w:lineRule="auto"/>
              <w:jc w:val="both"/>
              <w:rPr>
                <w:rFonts w:ascii="Arial" w:hAnsi="Arial" w:cs="Arial"/>
                <w:sz w:val="19"/>
                <w:szCs w:val="19"/>
              </w:rPr>
            </w:pPr>
          </w:p>
          <w:p w14:paraId="02FC3413" w14:textId="77777777"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El contratista durante la ejecución del contrato deberá dar cumplimiento de las normas y/o estándares técnicos nacionales e internacionales, al igual que las normas, leyes y políticas de gobierno en materia de protección del medio ambiente, así:</w:t>
            </w:r>
          </w:p>
          <w:p w14:paraId="5375D82A" w14:textId="77777777" w:rsidR="0008664D" w:rsidRPr="00F44F34" w:rsidRDefault="0008664D" w:rsidP="0008664D">
            <w:pPr>
              <w:spacing w:after="0" w:line="240" w:lineRule="auto"/>
              <w:jc w:val="both"/>
              <w:rPr>
                <w:rFonts w:ascii="Arial" w:hAnsi="Arial" w:cs="Arial"/>
                <w:sz w:val="19"/>
                <w:szCs w:val="19"/>
              </w:rPr>
            </w:pPr>
          </w:p>
          <w:p w14:paraId="1203CCAB" w14:textId="77777777"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60961A67" w14:textId="77777777" w:rsidR="0008664D" w:rsidRPr="00F44F34" w:rsidRDefault="0008664D" w:rsidP="0008664D">
            <w:pPr>
              <w:spacing w:after="0" w:line="240" w:lineRule="auto"/>
              <w:jc w:val="both"/>
              <w:rPr>
                <w:rFonts w:ascii="Arial" w:hAnsi="Arial" w:cs="Arial"/>
                <w:sz w:val="19"/>
                <w:szCs w:val="19"/>
              </w:rPr>
            </w:pPr>
          </w:p>
          <w:p w14:paraId="36CF8793" w14:textId="50FD604A"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67BE233D" w14:textId="77777777" w:rsidR="0008664D" w:rsidRPr="00F44F34" w:rsidRDefault="0008664D" w:rsidP="0008664D">
            <w:pPr>
              <w:spacing w:after="0" w:line="240" w:lineRule="auto"/>
              <w:jc w:val="both"/>
              <w:rPr>
                <w:rFonts w:ascii="Arial" w:hAnsi="Arial" w:cs="Arial"/>
                <w:sz w:val="19"/>
                <w:szCs w:val="19"/>
              </w:rPr>
            </w:pPr>
          </w:p>
          <w:p w14:paraId="5290E8DE" w14:textId="77777777"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4A8B19D9" w14:textId="77777777" w:rsidR="0008664D" w:rsidRPr="00F44F34" w:rsidRDefault="0008664D" w:rsidP="0008664D">
            <w:pPr>
              <w:spacing w:after="0" w:line="240" w:lineRule="auto"/>
              <w:jc w:val="both"/>
              <w:rPr>
                <w:rFonts w:ascii="Arial" w:hAnsi="Arial" w:cs="Arial"/>
                <w:sz w:val="19"/>
                <w:szCs w:val="19"/>
              </w:rPr>
            </w:pPr>
          </w:p>
          <w:p w14:paraId="35FD02AC" w14:textId="77777777" w:rsidR="0008664D"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Cumplir y respetar los programas ambientales establecidos para la Policía Nacional (Metropolitana de Villavicencio)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el Ministerio de Salud y demás normas concordantes y complementarias</w:t>
            </w:r>
            <w:r w:rsidR="0008664D" w:rsidRPr="00F44F34">
              <w:rPr>
                <w:rFonts w:ascii="Arial" w:hAnsi="Arial" w:cs="Arial"/>
                <w:sz w:val="19"/>
                <w:szCs w:val="19"/>
              </w:rPr>
              <w:t>.</w:t>
            </w:r>
          </w:p>
          <w:p w14:paraId="16865C0E" w14:textId="77777777" w:rsidR="0008664D" w:rsidRPr="00F44F34" w:rsidRDefault="0008664D" w:rsidP="0008664D">
            <w:pPr>
              <w:spacing w:after="0" w:line="240" w:lineRule="auto"/>
              <w:jc w:val="both"/>
              <w:rPr>
                <w:rFonts w:ascii="Arial" w:hAnsi="Arial" w:cs="Arial"/>
                <w:sz w:val="19"/>
                <w:szCs w:val="19"/>
              </w:rPr>
            </w:pPr>
          </w:p>
          <w:p w14:paraId="3DE93279" w14:textId="1CC112DA"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Cumplir con lo preceptuado en la norma ISO 14001 “NORMA INTERNACIONAL DEL SISTEMA DE GESTIÓN AMBIENTAL” (SGA).</w:t>
            </w:r>
          </w:p>
          <w:p w14:paraId="33585E83" w14:textId="77777777" w:rsidR="0008664D" w:rsidRPr="00F44F34" w:rsidRDefault="0008664D" w:rsidP="0008664D">
            <w:pPr>
              <w:spacing w:after="0" w:line="240" w:lineRule="auto"/>
              <w:jc w:val="both"/>
              <w:rPr>
                <w:rFonts w:ascii="Arial" w:hAnsi="Arial" w:cs="Arial"/>
                <w:sz w:val="19"/>
                <w:szCs w:val="19"/>
              </w:rPr>
            </w:pPr>
          </w:p>
          <w:p w14:paraId="36422FB0" w14:textId="77777777"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77755052" w14:textId="77777777" w:rsidR="0008664D" w:rsidRPr="00F44F34" w:rsidRDefault="0008664D" w:rsidP="0008664D">
            <w:pPr>
              <w:spacing w:after="0" w:line="240" w:lineRule="auto"/>
              <w:jc w:val="both"/>
              <w:rPr>
                <w:rFonts w:ascii="Arial" w:hAnsi="Arial" w:cs="Arial"/>
                <w:sz w:val="19"/>
                <w:szCs w:val="19"/>
              </w:rPr>
            </w:pPr>
          </w:p>
          <w:p w14:paraId="242C43B6" w14:textId="77777777" w:rsidR="006C58E4" w:rsidRPr="00F44F34" w:rsidRDefault="006C58E4" w:rsidP="0008664D">
            <w:pPr>
              <w:spacing w:after="0" w:line="240" w:lineRule="auto"/>
              <w:jc w:val="both"/>
              <w:rPr>
                <w:rFonts w:ascii="Arial" w:hAnsi="Arial" w:cs="Arial"/>
                <w:sz w:val="19"/>
                <w:szCs w:val="19"/>
              </w:rPr>
            </w:pPr>
            <w:r w:rsidRPr="00F44F34">
              <w:rPr>
                <w:rFonts w:ascii="Arial" w:hAnsi="Arial" w:cs="Arial"/>
                <w:sz w:val="19"/>
                <w:szCs w:val="19"/>
              </w:rPr>
              <w:t>Se acoge a la obligación de presentar las actas de disposición final correspondientes y las licencias ambientales de quienes realizarán dicha disposición, ya sean contratistas nacionales o extranjeros.</w:t>
            </w:r>
          </w:p>
          <w:p w14:paraId="49C089E7" w14:textId="77777777" w:rsidR="0008664D" w:rsidRPr="00F44F34" w:rsidRDefault="0008664D" w:rsidP="0008664D">
            <w:pPr>
              <w:spacing w:after="0" w:line="240" w:lineRule="auto"/>
              <w:jc w:val="both"/>
              <w:rPr>
                <w:rFonts w:ascii="Arial" w:hAnsi="Arial" w:cs="Arial"/>
                <w:sz w:val="19"/>
                <w:szCs w:val="19"/>
              </w:rPr>
            </w:pPr>
          </w:p>
          <w:p w14:paraId="512E6F9D" w14:textId="77777777" w:rsidR="006C58E4" w:rsidRPr="00F44F34" w:rsidRDefault="006C58E4" w:rsidP="0008664D">
            <w:pPr>
              <w:spacing w:after="0" w:line="240" w:lineRule="auto"/>
              <w:jc w:val="both"/>
              <w:rPr>
                <w:rFonts w:ascii="Arial" w:hAnsi="Arial" w:cs="Arial"/>
                <w:color w:val="000000"/>
                <w:sz w:val="19"/>
                <w:szCs w:val="19"/>
                <w:lang w:eastAsia="es-CO"/>
              </w:rPr>
            </w:pPr>
            <w:r w:rsidRPr="00F44F34">
              <w:rPr>
                <w:rFonts w:ascii="Arial" w:hAnsi="Arial" w:cs="Arial"/>
                <w:sz w:val="19"/>
                <w:szCs w:val="19"/>
              </w:rPr>
              <w:t xml:space="preserve">En los casos de tener personal bajo su responsabilidad, deberá contemplar capacitaciones en temas ambientales de  manera mensual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w:t>
            </w:r>
            <w:r w:rsidRPr="00F44F34">
              <w:rPr>
                <w:rFonts w:ascii="Arial" w:hAnsi="Arial" w:cs="Arial"/>
                <w:sz w:val="19"/>
                <w:szCs w:val="19"/>
              </w:rPr>
              <w:lastRenderedPageBreak/>
              <w:t xml:space="preserve">se desarrolle, presentando </w:t>
            </w:r>
            <w:r w:rsidRPr="00F44F34">
              <w:rPr>
                <w:rFonts w:ascii="Arial" w:hAnsi="Arial" w:cs="Arial"/>
                <w:color w:val="000000"/>
                <w:sz w:val="19"/>
                <w:szCs w:val="19"/>
                <w:lang w:eastAsia="es-CO"/>
              </w:rPr>
              <w:t>al supervisor la respectiva acta y planillas de asistencia así como anexar material audiovisual.</w:t>
            </w:r>
          </w:p>
          <w:p w14:paraId="5BB26C81" w14:textId="77777777" w:rsidR="00433F07" w:rsidRPr="00F44F34" w:rsidRDefault="00433F07" w:rsidP="0008664D">
            <w:pPr>
              <w:widowControl w:val="0"/>
              <w:autoSpaceDE w:val="0"/>
              <w:autoSpaceDN w:val="0"/>
              <w:spacing w:after="0" w:line="240" w:lineRule="auto"/>
              <w:jc w:val="both"/>
              <w:rPr>
                <w:rFonts w:ascii="Arial" w:eastAsia="Arial" w:hAnsi="Arial" w:cs="Arial"/>
                <w:b/>
                <w:bCs/>
                <w:sz w:val="19"/>
                <w:szCs w:val="19"/>
                <w:lang w:bidi="es-ES"/>
              </w:rPr>
            </w:pPr>
            <w:bookmarkStart w:id="3" w:name="_Hlk159580177"/>
            <w:bookmarkStart w:id="4" w:name="_Hlk96961731"/>
          </w:p>
          <w:p w14:paraId="7D7CB359" w14:textId="31AD2D5F" w:rsidR="006C58E4" w:rsidRPr="00F44F34" w:rsidRDefault="006C58E4" w:rsidP="0008664D">
            <w:pPr>
              <w:widowControl w:val="0"/>
              <w:autoSpaceDE w:val="0"/>
              <w:autoSpaceDN w:val="0"/>
              <w:spacing w:after="0" w:line="240" w:lineRule="auto"/>
              <w:jc w:val="both"/>
              <w:rPr>
                <w:rFonts w:ascii="Arial" w:eastAsia="Arial" w:hAnsi="Arial" w:cs="Arial"/>
                <w:b/>
                <w:bCs/>
                <w:sz w:val="19"/>
                <w:szCs w:val="19"/>
                <w:lang w:bidi="es-ES"/>
              </w:rPr>
            </w:pPr>
            <w:r w:rsidRPr="00F44F34">
              <w:rPr>
                <w:rFonts w:ascii="Arial" w:eastAsia="Arial" w:hAnsi="Arial" w:cs="Arial"/>
                <w:b/>
                <w:bCs/>
                <w:sz w:val="19"/>
                <w:szCs w:val="19"/>
                <w:lang w:bidi="es-ES"/>
              </w:rPr>
              <w:t>Forma de acreditación del requisito habilitante.</w:t>
            </w:r>
          </w:p>
          <w:p w14:paraId="08D5B4B2" w14:textId="77777777" w:rsidR="00433F07" w:rsidRPr="00F44F34" w:rsidRDefault="00433F07" w:rsidP="0008664D">
            <w:pPr>
              <w:widowControl w:val="0"/>
              <w:autoSpaceDE w:val="0"/>
              <w:autoSpaceDN w:val="0"/>
              <w:spacing w:after="0" w:line="240" w:lineRule="auto"/>
              <w:jc w:val="both"/>
              <w:rPr>
                <w:rFonts w:ascii="Arial" w:eastAsia="Arial" w:hAnsi="Arial" w:cs="Arial"/>
                <w:b/>
                <w:bCs/>
                <w:sz w:val="19"/>
                <w:szCs w:val="19"/>
                <w:lang w:bidi="es-ES"/>
              </w:rPr>
            </w:pPr>
          </w:p>
          <w:p w14:paraId="7942638C" w14:textId="1135B418" w:rsidR="0008664D" w:rsidRPr="00F44F34" w:rsidRDefault="006C58E4">
            <w:pPr>
              <w:pStyle w:val="Default"/>
              <w:numPr>
                <w:ilvl w:val="0"/>
                <w:numId w:val="1"/>
              </w:numPr>
              <w:ind w:left="270" w:hanging="283"/>
              <w:jc w:val="both"/>
              <w:rPr>
                <w:rFonts w:ascii="Arial" w:hAnsi="Arial" w:cs="Arial"/>
                <w:bCs/>
                <w:sz w:val="19"/>
                <w:szCs w:val="19"/>
              </w:rPr>
            </w:pPr>
            <w:r w:rsidRPr="00F44F34">
              <w:rPr>
                <w:rFonts w:ascii="Arial" w:hAnsi="Arial" w:cs="Arial"/>
                <w:sz w:val="19"/>
                <w:szCs w:val="19"/>
                <w:lang w:eastAsia="es-CO"/>
              </w:rPr>
              <w:t>Diligenciar y presentar junto con la propuesta el FORMULARIO - COMPROMISO CON EL SISTEMA DE GESTIÓN AMBIENTAL.</w:t>
            </w:r>
            <w:bookmarkEnd w:id="3"/>
            <w:bookmarkEnd w:id="4"/>
          </w:p>
        </w:tc>
        <w:tc>
          <w:tcPr>
            <w:tcW w:w="709" w:type="dxa"/>
            <w:vAlign w:val="center"/>
          </w:tcPr>
          <w:p w14:paraId="02F1D7FE" w14:textId="77777777" w:rsidR="006C58E4" w:rsidRPr="00F44F34" w:rsidRDefault="006C58E4" w:rsidP="006C58E4">
            <w:pPr>
              <w:pStyle w:val="Prrafodelista"/>
              <w:tabs>
                <w:tab w:val="left" w:pos="240"/>
              </w:tabs>
              <w:ind w:left="0"/>
              <w:jc w:val="center"/>
              <w:rPr>
                <w:rFonts w:ascii="Arial" w:hAnsi="Arial" w:cs="Arial"/>
                <w:b/>
                <w:sz w:val="19"/>
                <w:szCs w:val="19"/>
              </w:rPr>
            </w:pPr>
          </w:p>
        </w:tc>
        <w:tc>
          <w:tcPr>
            <w:tcW w:w="709" w:type="dxa"/>
            <w:vAlign w:val="center"/>
          </w:tcPr>
          <w:p w14:paraId="12F7CE91" w14:textId="77777777" w:rsidR="006C58E4" w:rsidRPr="00F44F34" w:rsidRDefault="006C58E4" w:rsidP="006C58E4">
            <w:pPr>
              <w:pStyle w:val="Prrafodelista"/>
              <w:tabs>
                <w:tab w:val="left" w:pos="240"/>
              </w:tabs>
              <w:ind w:left="0"/>
              <w:jc w:val="center"/>
              <w:rPr>
                <w:rFonts w:ascii="Arial" w:hAnsi="Arial" w:cs="Arial"/>
                <w:b/>
                <w:sz w:val="19"/>
                <w:szCs w:val="19"/>
              </w:rPr>
            </w:pPr>
          </w:p>
        </w:tc>
      </w:tr>
      <w:tr w:rsidR="006C58E4" w:rsidRPr="00F44F34" w14:paraId="3C3649B0" w14:textId="77777777" w:rsidTr="00296BCA">
        <w:trPr>
          <w:trHeight w:val="490"/>
        </w:trPr>
        <w:tc>
          <w:tcPr>
            <w:tcW w:w="693" w:type="dxa"/>
            <w:vAlign w:val="center"/>
          </w:tcPr>
          <w:p w14:paraId="5143033B" w14:textId="24657460" w:rsidR="006C58E4" w:rsidRPr="00F44F34" w:rsidRDefault="0097603C" w:rsidP="006C58E4">
            <w:pPr>
              <w:pStyle w:val="Prrafodelista"/>
              <w:tabs>
                <w:tab w:val="left" w:pos="240"/>
              </w:tabs>
              <w:ind w:left="0"/>
              <w:jc w:val="center"/>
              <w:rPr>
                <w:rFonts w:ascii="Arial" w:hAnsi="Arial" w:cs="Arial"/>
                <w:bCs/>
                <w:sz w:val="19"/>
                <w:szCs w:val="19"/>
              </w:rPr>
            </w:pPr>
            <w:r w:rsidRPr="00F44F34">
              <w:rPr>
                <w:rFonts w:ascii="Arial" w:hAnsi="Arial" w:cs="Arial"/>
                <w:bCs/>
                <w:sz w:val="19"/>
                <w:szCs w:val="19"/>
              </w:rPr>
              <w:t>7</w:t>
            </w:r>
          </w:p>
        </w:tc>
        <w:tc>
          <w:tcPr>
            <w:tcW w:w="8238" w:type="dxa"/>
            <w:vAlign w:val="center"/>
          </w:tcPr>
          <w:p w14:paraId="66E87079" w14:textId="77777777" w:rsidR="006C58E4" w:rsidRPr="00F44F34" w:rsidRDefault="006C58E4" w:rsidP="006C58E4">
            <w:pPr>
              <w:widowControl w:val="0"/>
              <w:autoSpaceDE w:val="0"/>
              <w:autoSpaceDN w:val="0"/>
              <w:spacing w:after="0" w:line="240" w:lineRule="auto"/>
              <w:jc w:val="both"/>
              <w:rPr>
                <w:rFonts w:ascii="Arial" w:eastAsia="Calibri" w:hAnsi="Arial" w:cs="Arial"/>
                <w:b/>
                <w:bCs/>
                <w:sz w:val="19"/>
                <w:szCs w:val="19"/>
              </w:rPr>
            </w:pPr>
            <w:r w:rsidRPr="00F44F34">
              <w:rPr>
                <w:rFonts w:ascii="Arial" w:eastAsia="Calibri" w:hAnsi="Arial" w:cs="Arial"/>
                <w:b/>
                <w:bCs/>
                <w:sz w:val="19"/>
                <w:szCs w:val="19"/>
              </w:rPr>
              <w:t>REGISTRO ÚNICO DE INFRACTORES AMBIENTALES RUIA</w:t>
            </w:r>
          </w:p>
          <w:p w14:paraId="7E2FD0E2" w14:textId="77777777" w:rsidR="006C58E4" w:rsidRPr="00F44F34" w:rsidRDefault="006C58E4" w:rsidP="006C58E4">
            <w:pPr>
              <w:pStyle w:val="Textoindependiente2"/>
              <w:spacing w:after="0" w:line="240" w:lineRule="auto"/>
              <w:ind w:left="-31"/>
              <w:jc w:val="both"/>
              <w:rPr>
                <w:rFonts w:ascii="Arial" w:eastAsia="Calibri" w:hAnsi="Arial" w:cs="Arial"/>
                <w:bCs/>
                <w:color w:val="000000" w:themeColor="text1"/>
                <w:sz w:val="19"/>
                <w:szCs w:val="19"/>
                <w:lang w:val="es-CO"/>
              </w:rPr>
            </w:pPr>
          </w:p>
          <w:p w14:paraId="0B6D62C5" w14:textId="77777777" w:rsidR="006C58E4" w:rsidRPr="00F44F34" w:rsidRDefault="006C58E4" w:rsidP="006C58E4">
            <w:pPr>
              <w:pStyle w:val="Textoindependiente2"/>
              <w:spacing w:after="0" w:line="240" w:lineRule="auto"/>
              <w:ind w:left="-31"/>
              <w:jc w:val="both"/>
              <w:rPr>
                <w:rFonts w:ascii="Arial" w:eastAsia="Calibri" w:hAnsi="Arial" w:cs="Arial"/>
                <w:bCs/>
                <w:color w:val="000000" w:themeColor="text1"/>
                <w:sz w:val="19"/>
                <w:szCs w:val="19"/>
                <w:lang w:val="es-CO"/>
              </w:rPr>
            </w:pPr>
            <w:r w:rsidRPr="00F44F34">
              <w:rPr>
                <w:rFonts w:ascii="Arial" w:eastAsia="Calibri" w:hAnsi="Arial" w:cs="Arial"/>
                <w:bCs/>
                <w:color w:val="000000" w:themeColor="text1"/>
                <w:sz w:val="19"/>
                <w:szCs w:val="19"/>
                <w:lang w:val="es-CO"/>
              </w:rPr>
              <w:t>Los oferentes que participen en el presente proceso no deberán estar inscritos en el Registro Único de Infractores Ambientales RUIA. La Policía Metropolitana de Villavicencio realizará la verificación correspondiente en el portal web del RUIA.</w:t>
            </w:r>
          </w:p>
          <w:p w14:paraId="7E72CBFF" w14:textId="77777777" w:rsidR="006C58E4" w:rsidRPr="00F44F34" w:rsidRDefault="006C58E4" w:rsidP="006C58E4">
            <w:pPr>
              <w:pStyle w:val="Textoindependiente2"/>
              <w:spacing w:after="0" w:line="240" w:lineRule="auto"/>
              <w:ind w:left="-31"/>
              <w:jc w:val="both"/>
              <w:rPr>
                <w:rFonts w:ascii="Arial" w:eastAsia="Calibri" w:hAnsi="Arial" w:cs="Arial"/>
                <w:bCs/>
                <w:color w:val="000000" w:themeColor="text1"/>
                <w:sz w:val="19"/>
                <w:szCs w:val="19"/>
                <w:lang w:val="es-CO"/>
              </w:rPr>
            </w:pPr>
          </w:p>
          <w:p w14:paraId="1508EAD4" w14:textId="77777777" w:rsidR="006C58E4" w:rsidRPr="00F44F34" w:rsidRDefault="006C58E4" w:rsidP="006C58E4">
            <w:pPr>
              <w:pStyle w:val="Textoindependiente2"/>
              <w:spacing w:after="0" w:line="240" w:lineRule="auto"/>
              <w:ind w:left="-31"/>
              <w:jc w:val="both"/>
              <w:rPr>
                <w:rFonts w:ascii="Arial" w:eastAsia="Calibri" w:hAnsi="Arial" w:cs="Arial"/>
                <w:b/>
                <w:color w:val="000000" w:themeColor="text1"/>
                <w:sz w:val="19"/>
                <w:szCs w:val="19"/>
                <w:lang w:val="es-CO"/>
              </w:rPr>
            </w:pPr>
            <w:r w:rsidRPr="00F44F34">
              <w:rPr>
                <w:rFonts w:ascii="Arial" w:eastAsia="Calibri" w:hAnsi="Arial" w:cs="Arial"/>
                <w:b/>
                <w:color w:val="000000" w:themeColor="text1"/>
                <w:sz w:val="19"/>
                <w:szCs w:val="19"/>
                <w:lang w:val="es-CO"/>
              </w:rPr>
              <w:t>Forma de Acreditación del Requisito Habilitante</w:t>
            </w:r>
          </w:p>
          <w:p w14:paraId="629C6AB5" w14:textId="77777777" w:rsidR="00433F07" w:rsidRPr="00F44F34" w:rsidRDefault="00433F07" w:rsidP="006C58E4">
            <w:pPr>
              <w:pStyle w:val="Textoindependiente2"/>
              <w:spacing w:after="0" w:line="240" w:lineRule="auto"/>
              <w:ind w:left="-31"/>
              <w:jc w:val="both"/>
              <w:rPr>
                <w:rFonts w:ascii="Arial" w:eastAsia="Calibri" w:hAnsi="Arial" w:cs="Arial"/>
                <w:b/>
                <w:color w:val="000000" w:themeColor="text1"/>
                <w:sz w:val="19"/>
                <w:szCs w:val="19"/>
                <w:lang w:val="es-CO"/>
              </w:rPr>
            </w:pPr>
          </w:p>
          <w:p w14:paraId="12DFDBC2" w14:textId="7704434A" w:rsidR="00BA6579" w:rsidRPr="00F44F34" w:rsidRDefault="006C58E4" w:rsidP="004E4FE3">
            <w:pPr>
              <w:pStyle w:val="Textoindependiente2"/>
              <w:spacing w:after="0" w:line="240" w:lineRule="auto"/>
              <w:ind w:left="-31"/>
              <w:jc w:val="both"/>
              <w:rPr>
                <w:rFonts w:ascii="Arial" w:eastAsia="Calibri" w:hAnsi="Arial" w:cs="Arial"/>
                <w:bCs/>
                <w:color w:val="000000" w:themeColor="text1"/>
                <w:sz w:val="19"/>
                <w:szCs w:val="19"/>
                <w:lang w:val="es-CO"/>
              </w:rPr>
            </w:pPr>
            <w:r w:rsidRPr="00F44F34">
              <w:rPr>
                <w:rFonts w:ascii="Arial" w:eastAsia="Arial" w:hAnsi="Arial" w:cs="Arial"/>
                <w:sz w:val="19"/>
                <w:szCs w:val="19"/>
                <w:lang w:bidi="es-ES"/>
              </w:rPr>
              <w:t xml:space="preserve">Presentar junto con la propuesta, una certificación firmada por el representante legal del proponente o persona natural, en la cual certifique que el oferente al momento del cierre del proceso </w:t>
            </w:r>
            <w:r w:rsidRPr="00F44F34">
              <w:rPr>
                <w:rFonts w:ascii="Arial" w:eastAsia="Calibri" w:hAnsi="Arial" w:cs="Arial"/>
                <w:bCs/>
                <w:color w:val="000000" w:themeColor="text1"/>
                <w:sz w:val="19"/>
                <w:szCs w:val="19"/>
                <w:lang w:val="es-CO"/>
              </w:rPr>
              <w:t>no se encuentra inscrito con infractor en el Registro Único de Infractores Ambientales RUIA.</w:t>
            </w:r>
          </w:p>
        </w:tc>
        <w:tc>
          <w:tcPr>
            <w:tcW w:w="709" w:type="dxa"/>
            <w:vAlign w:val="center"/>
          </w:tcPr>
          <w:p w14:paraId="30FE557A" w14:textId="77777777" w:rsidR="006C58E4" w:rsidRPr="00F44F34" w:rsidRDefault="006C58E4" w:rsidP="006C58E4">
            <w:pPr>
              <w:pStyle w:val="Prrafodelista"/>
              <w:tabs>
                <w:tab w:val="left" w:pos="240"/>
              </w:tabs>
              <w:ind w:left="0"/>
              <w:jc w:val="center"/>
              <w:rPr>
                <w:rFonts w:ascii="Arial" w:hAnsi="Arial" w:cs="Arial"/>
                <w:b/>
                <w:sz w:val="19"/>
                <w:szCs w:val="19"/>
              </w:rPr>
            </w:pPr>
          </w:p>
        </w:tc>
        <w:tc>
          <w:tcPr>
            <w:tcW w:w="709" w:type="dxa"/>
            <w:vAlign w:val="center"/>
          </w:tcPr>
          <w:p w14:paraId="28220569" w14:textId="77777777" w:rsidR="006C58E4" w:rsidRPr="00F44F34" w:rsidRDefault="006C58E4" w:rsidP="006C58E4">
            <w:pPr>
              <w:pStyle w:val="Prrafodelista"/>
              <w:tabs>
                <w:tab w:val="left" w:pos="240"/>
              </w:tabs>
              <w:ind w:left="0"/>
              <w:jc w:val="center"/>
              <w:rPr>
                <w:rFonts w:ascii="Arial" w:hAnsi="Arial" w:cs="Arial"/>
                <w:b/>
                <w:sz w:val="19"/>
                <w:szCs w:val="19"/>
              </w:rPr>
            </w:pPr>
          </w:p>
        </w:tc>
      </w:tr>
    </w:tbl>
    <w:p w14:paraId="164583D1" w14:textId="3516F27E" w:rsidR="0015384A" w:rsidRDefault="0015384A" w:rsidP="00C11380">
      <w:pPr>
        <w:pStyle w:val="Textoindependiente2"/>
        <w:spacing w:after="0" w:line="240" w:lineRule="auto"/>
        <w:jc w:val="center"/>
        <w:rPr>
          <w:rFonts w:ascii="Arial" w:hAnsi="Arial" w:cs="Arial"/>
          <w:b/>
          <w:sz w:val="20"/>
          <w:szCs w:val="20"/>
          <w:lang w:val="es-CO"/>
        </w:rPr>
      </w:pPr>
    </w:p>
    <w:p w14:paraId="7109EE41" w14:textId="77777777" w:rsidR="00747FA5" w:rsidRDefault="00747FA5" w:rsidP="00C11380">
      <w:pPr>
        <w:pStyle w:val="Textoindependiente2"/>
        <w:spacing w:after="0" w:line="240" w:lineRule="auto"/>
        <w:jc w:val="center"/>
        <w:rPr>
          <w:rFonts w:ascii="Arial" w:hAnsi="Arial" w:cs="Arial"/>
          <w:b/>
          <w:sz w:val="20"/>
          <w:szCs w:val="20"/>
          <w:lang w:val="es-CO"/>
        </w:rPr>
      </w:pPr>
    </w:p>
    <w:p w14:paraId="78B9D95C" w14:textId="77777777" w:rsidR="00747FA5" w:rsidRDefault="00747FA5" w:rsidP="00C11380">
      <w:pPr>
        <w:pStyle w:val="Textoindependiente2"/>
        <w:spacing w:after="0" w:line="240" w:lineRule="auto"/>
        <w:jc w:val="center"/>
        <w:rPr>
          <w:rFonts w:ascii="Arial" w:hAnsi="Arial" w:cs="Arial"/>
          <w:b/>
          <w:sz w:val="20"/>
          <w:szCs w:val="20"/>
          <w:lang w:val="es-CO"/>
        </w:rPr>
      </w:pPr>
    </w:p>
    <w:p w14:paraId="50E7F3B3" w14:textId="77777777" w:rsidR="00747FA5" w:rsidRDefault="00747FA5" w:rsidP="00C11380">
      <w:pPr>
        <w:pStyle w:val="Textoindependiente2"/>
        <w:spacing w:after="0" w:line="240" w:lineRule="auto"/>
        <w:jc w:val="center"/>
        <w:rPr>
          <w:rFonts w:ascii="Arial" w:hAnsi="Arial" w:cs="Arial"/>
          <w:b/>
          <w:sz w:val="20"/>
          <w:szCs w:val="20"/>
          <w:lang w:val="es-CO"/>
        </w:rPr>
      </w:pPr>
    </w:p>
    <w:p w14:paraId="6FE06395" w14:textId="77777777" w:rsidR="00747FA5" w:rsidRDefault="00747FA5" w:rsidP="00C11380">
      <w:pPr>
        <w:pStyle w:val="Textoindependiente2"/>
        <w:spacing w:after="0" w:line="240" w:lineRule="auto"/>
        <w:jc w:val="center"/>
        <w:rPr>
          <w:rFonts w:ascii="Arial" w:hAnsi="Arial" w:cs="Arial"/>
          <w:b/>
          <w:sz w:val="20"/>
          <w:szCs w:val="20"/>
          <w:lang w:val="es-CO"/>
        </w:rPr>
      </w:pPr>
    </w:p>
    <w:p w14:paraId="1072A73C" w14:textId="77777777" w:rsidR="00747FA5" w:rsidRDefault="00747FA5" w:rsidP="00C11380">
      <w:pPr>
        <w:pStyle w:val="Textoindependiente2"/>
        <w:spacing w:after="0" w:line="240" w:lineRule="auto"/>
        <w:jc w:val="center"/>
        <w:rPr>
          <w:rFonts w:ascii="Arial" w:hAnsi="Arial" w:cs="Arial"/>
          <w:b/>
          <w:sz w:val="20"/>
          <w:szCs w:val="20"/>
          <w:lang w:val="es-CO"/>
        </w:rPr>
      </w:pPr>
    </w:p>
    <w:p w14:paraId="55157E01" w14:textId="77777777" w:rsidR="00747FA5" w:rsidRDefault="00747FA5" w:rsidP="00C11380">
      <w:pPr>
        <w:pStyle w:val="Textoindependiente2"/>
        <w:spacing w:after="0" w:line="240" w:lineRule="auto"/>
        <w:jc w:val="center"/>
        <w:rPr>
          <w:rFonts w:ascii="Arial" w:hAnsi="Arial" w:cs="Arial"/>
          <w:b/>
          <w:sz w:val="20"/>
          <w:szCs w:val="20"/>
          <w:lang w:val="es-CO"/>
        </w:rPr>
      </w:pPr>
    </w:p>
    <w:p w14:paraId="005407E1" w14:textId="32BEFF6E" w:rsidR="00227295" w:rsidRDefault="00227295" w:rsidP="00C11380">
      <w:pPr>
        <w:pStyle w:val="Textoindependiente2"/>
        <w:spacing w:after="0" w:line="240" w:lineRule="auto"/>
        <w:jc w:val="center"/>
        <w:rPr>
          <w:rFonts w:ascii="Arial" w:hAnsi="Arial" w:cs="Arial"/>
          <w:b/>
          <w:sz w:val="20"/>
          <w:szCs w:val="20"/>
          <w:lang w:val="es-CO"/>
        </w:rPr>
      </w:pPr>
    </w:p>
    <w:p w14:paraId="6E38A521" w14:textId="77777777" w:rsidR="00747FA5" w:rsidRPr="00CB15A8" w:rsidRDefault="00747FA5" w:rsidP="00747FA5">
      <w:pPr>
        <w:pStyle w:val="Sinespaciado1"/>
        <w:rPr>
          <w:rFonts w:ascii="Arial" w:hAnsi="Arial" w:cs="Arial"/>
          <w:sz w:val="20"/>
          <w:szCs w:val="20"/>
        </w:rPr>
      </w:pPr>
      <w:r w:rsidRPr="00CB15A8">
        <w:rPr>
          <w:rFonts w:ascii="Arial" w:hAnsi="Arial" w:cs="Arial"/>
          <w:b/>
          <w:sz w:val="20"/>
          <w:szCs w:val="20"/>
        </w:rPr>
        <w:t>__________________________________</w:t>
      </w:r>
    </w:p>
    <w:p w14:paraId="0E23CD04" w14:textId="77777777" w:rsidR="00747FA5" w:rsidRPr="00CB15A8" w:rsidRDefault="00747FA5" w:rsidP="00747FA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E7CC6D5" w14:textId="77777777" w:rsidR="00747FA5" w:rsidRPr="00CB15A8" w:rsidRDefault="00747FA5" w:rsidP="00747FA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62D03290A534DE2AEB7F4CE48C1F39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3E48B94" w14:textId="77777777" w:rsidR="00747FA5" w:rsidRPr="00CB15A8" w:rsidRDefault="00747FA5" w:rsidP="00747FA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90D841897D04CA4AE4922CFBC52FAE6"/>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1CBA16E" w14:textId="77777777" w:rsidR="00747FA5" w:rsidRPr="00CB15A8" w:rsidRDefault="00747FA5" w:rsidP="00747FA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45B550DBCFDC4E5F84E488E25A7B416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BFCCBAF" w14:textId="77777777" w:rsidR="00747FA5" w:rsidRPr="00CB15A8" w:rsidRDefault="00747FA5" w:rsidP="00747FA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D6650197A4B49C49F5BC685EC11DE2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1EC06D" w14:textId="77777777" w:rsidR="00747FA5" w:rsidRPr="00CB15A8" w:rsidRDefault="00747FA5" w:rsidP="00747FA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EE9BB9A241D4E34B988DD758C638BB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2C91D38" w14:textId="77777777" w:rsidR="00747FA5" w:rsidRPr="00CB15A8" w:rsidRDefault="00747FA5" w:rsidP="00747FA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ADAA1F152BF4B51BEDAC7D234B7356F"/>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872BE7E" w14:textId="77777777" w:rsidR="00747FA5" w:rsidRDefault="00747FA5" w:rsidP="00747FA5">
      <w:pPr>
        <w:pStyle w:val="Sinespaciado1"/>
        <w:rPr>
          <w:rFonts w:ascii="Arial" w:hAnsi="Arial" w:cs="Arial"/>
          <w:sz w:val="16"/>
          <w:szCs w:val="16"/>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81A7B74720EB4737B453A1E8693F957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E885F3F" w14:textId="77777777" w:rsidR="00CB5085" w:rsidRDefault="00CB5085" w:rsidP="00DC5608">
      <w:pPr>
        <w:shd w:val="clear" w:color="auto" w:fill="FFFFFF"/>
        <w:spacing w:after="0" w:line="240" w:lineRule="auto"/>
        <w:ind w:right="-519"/>
        <w:rPr>
          <w:rFonts w:ascii="Arial" w:eastAsia="Calibri" w:hAnsi="Arial" w:cs="Arial"/>
          <w:b/>
          <w:sz w:val="20"/>
          <w:szCs w:val="20"/>
          <w:u w:val="single"/>
          <w:lang w:eastAsia="es-CO"/>
        </w:rPr>
      </w:pPr>
    </w:p>
    <w:p w14:paraId="56C14947" w14:textId="77777777" w:rsidR="00CB5085" w:rsidRPr="00A8366A" w:rsidRDefault="00CB5085" w:rsidP="00DC5608">
      <w:pPr>
        <w:shd w:val="clear" w:color="auto" w:fill="FFFFFF"/>
        <w:spacing w:after="0" w:line="240" w:lineRule="auto"/>
        <w:ind w:right="-519"/>
        <w:rPr>
          <w:rFonts w:ascii="Arial" w:eastAsia="Calibri" w:hAnsi="Arial" w:cs="Arial"/>
          <w:b/>
          <w:sz w:val="20"/>
          <w:szCs w:val="20"/>
          <w:u w:val="single"/>
          <w:lang w:eastAsia="es-CO"/>
        </w:rPr>
      </w:pPr>
    </w:p>
    <w:sectPr w:rsidR="00CB5085" w:rsidRPr="00A8366A" w:rsidSect="00313341">
      <w:headerReference w:type="default" r:id="rId13"/>
      <w:footerReference w:type="default" r:id="rId14"/>
      <w:pgSz w:w="12240" w:h="15840"/>
      <w:pgMar w:top="1418" w:right="1304"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65FA8" w14:textId="77777777" w:rsidR="00215A0E" w:rsidRDefault="00215A0E" w:rsidP="00F437E0">
      <w:pPr>
        <w:spacing w:after="0" w:line="240" w:lineRule="auto"/>
      </w:pPr>
      <w:r>
        <w:separator/>
      </w:r>
    </w:p>
  </w:endnote>
  <w:endnote w:type="continuationSeparator" w:id="0">
    <w:p w14:paraId="5E27470F" w14:textId="77777777" w:rsidR="00215A0E" w:rsidRDefault="00215A0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897887797"/>
      <w:docPartObj>
        <w:docPartGallery w:val="Page Numbers (Bottom of Page)"/>
        <w:docPartUnique/>
      </w:docPartObj>
    </w:sdtPr>
    <w:sdtEndPr/>
    <w:sdtContent>
      <w:sdt>
        <w:sdtPr>
          <w:rPr>
            <w:rFonts w:ascii="Arial" w:hAnsi="Arial" w:cs="Arial"/>
            <w:sz w:val="20"/>
            <w:szCs w:val="20"/>
          </w:rPr>
          <w:id w:val="1728636285"/>
          <w:docPartObj>
            <w:docPartGallery w:val="Page Numbers (Top of Page)"/>
            <w:docPartUnique/>
          </w:docPartObj>
        </w:sdtPr>
        <w:sdtEndPr/>
        <w:sdtContent>
          <w:p w14:paraId="7A9F1D02" w14:textId="4D260A93" w:rsidR="00313341" w:rsidRPr="00C832B3" w:rsidRDefault="00313341">
            <w:pPr>
              <w:pStyle w:val="Piedepgina"/>
              <w:jc w:val="center"/>
              <w:rPr>
                <w:rFonts w:ascii="Arial" w:hAnsi="Arial" w:cs="Arial"/>
                <w:sz w:val="20"/>
                <w:szCs w:val="20"/>
              </w:rPr>
            </w:pPr>
            <w:r w:rsidRPr="00C832B3">
              <w:rPr>
                <w:rFonts w:ascii="Arial" w:hAnsi="Arial" w:cs="Arial"/>
                <w:sz w:val="20"/>
                <w:szCs w:val="20"/>
                <w:lang w:val="es-ES"/>
              </w:rPr>
              <w:t xml:space="preserve">Página </w:t>
            </w:r>
            <w:r w:rsidRPr="00C832B3">
              <w:rPr>
                <w:rFonts w:ascii="Arial" w:hAnsi="Arial" w:cs="Arial"/>
                <w:sz w:val="20"/>
                <w:szCs w:val="20"/>
              </w:rPr>
              <w:fldChar w:fldCharType="begin"/>
            </w:r>
            <w:r w:rsidRPr="00C832B3">
              <w:rPr>
                <w:rFonts w:ascii="Arial" w:hAnsi="Arial" w:cs="Arial"/>
                <w:sz w:val="20"/>
                <w:szCs w:val="20"/>
              </w:rPr>
              <w:instrText>PAGE</w:instrText>
            </w:r>
            <w:r w:rsidRPr="00C832B3">
              <w:rPr>
                <w:rFonts w:ascii="Arial" w:hAnsi="Arial" w:cs="Arial"/>
                <w:sz w:val="20"/>
                <w:szCs w:val="20"/>
              </w:rPr>
              <w:fldChar w:fldCharType="separate"/>
            </w:r>
            <w:r w:rsidRPr="00C832B3">
              <w:rPr>
                <w:rFonts w:ascii="Arial" w:hAnsi="Arial" w:cs="Arial"/>
                <w:sz w:val="20"/>
                <w:szCs w:val="20"/>
                <w:lang w:val="es-ES"/>
              </w:rPr>
              <w:t>2</w:t>
            </w:r>
            <w:r w:rsidRPr="00C832B3">
              <w:rPr>
                <w:rFonts w:ascii="Arial" w:hAnsi="Arial" w:cs="Arial"/>
                <w:sz w:val="20"/>
                <w:szCs w:val="20"/>
              </w:rPr>
              <w:fldChar w:fldCharType="end"/>
            </w:r>
            <w:r w:rsidRPr="00C832B3">
              <w:rPr>
                <w:rFonts w:ascii="Arial" w:hAnsi="Arial" w:cs="Arial"/>
                <w:sz w:val="20"/>
                <w:szCs w:val="20"/>
                <w:lang w:val="es-ES"/>
              </w:rPr>
              <w:t xml:space="preserve"> de </w:t>
            </w:r>
            <w:r w:rsidRPr="00C832B3">
              <w:rPr>
                <w:rFonts w:ascii="Arial" w:hAnsi="Arial" w:cs="Arial"/>
                <w:sz w:val="20"/>
                <w:szCs w:val="20"/>
              </w:rPr>
              <w:fldChar w:fldCharType="begin"/>
            </w:r>
            <w:r w:rsidRPr="00C832B3">
              <w:rPr>
                <w:rFonts w:ascii="Arial" w:hAnsi="Arial" w:cs="Arial"/>
                <w:sz w:val="20"/>
                <w:szCs w:val="20"/>
              </w:rPr>
              <w:instrText>NUMPAGES</w:instrText>
            </w:r>
            <w:r w:rsidRPr="00C832B3">
              <w:rPr>
                <w:rFonts w:ascii="Arial" w:hAnsi="Arial" w:cs="Arial"/>
                <w:sz w:val="20"/>
                <w:szCs w:val="20"/>
              </w:rPr>
              <w:fldChar w:fldCharType="separate"/>
            </w:r>
            <w:r w:rsidRPr="00C832B3">
              <w:rPr>
                <w:rFonts w:ascii="Arial" w:hAnsi="Arial" w:cs="Arial"/>
                <w:sz w:val="20"/>
                <w:szCs w:val="20"/>
                <w:lang w:val="es-ES"/>
              </w:rPr>
              <w:t>2</w:t>
            </w:r>
            <w:r w:rsidRPr="00C832B3">
              <w:rPr>
                <w:rFonts w:ascii="Arial" w:hAnsi="Arial" w:cs="Arial"/>
                <w:sz w:val="20"/>
                <w:szCs w:val="20"/>
              </w:rPr>
              <w:fldChar w:fldCharType="end"/>
            </w:r>
          </w:p>
        </w:sdtContent>
      </w:sdt>
    </w:sdtContent>
  </w:sdt>
  <w:p w14:paraId="62790744" w14:textId="77777777" w:rsidR="00313341" w:rsidRPr="00313341" w:rsidRDefault="00313341" w:rsidP="00313341">
    <w:pPr>
      <w:pStyle w:val="Piedepgina"/>
      <w:rPr>
        <w:color w:val="5B9BD5"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D1768" w14:textId="77777777" w:rsidR="00215A0E" w:rsidRDefault="00215A0E" w:rsidP="00F437E0">
      <w:pPr>
        <w:spacing w:after="0" w:line="240" w:lineRule="auto"/>
      </w:pPr>
      <w:r>
        <w:separator/>
      </w:r>
    </w:p>
  </w:footnote>
  <w:footnote w:type="continuationSeparator" w:id="0">
    <w:p w14:paraId="7870F4A3" w14:textId="77777777" w:rsidR="00215A0E" w:rsidRDefault="00215A0E"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5DA1" w:rsidRPr="00285C0D" w14:paraId="28291CE5" w14:textId="77777777" w:rsidTr="005B4A94">
      <w:trPr>
        <w:trHeight w:val="416"/>
      </w:trPr>
      <w:tc>
        <w:tcPr>
          <w:tcW w:w="7971" w:type="dxa"/>
          <w:vAlign w:val="center"/>
        </w:tcPr>
        <w:p w14:paraId="43493039" w14:textId="49579127" w:rsidR="00035DA1" w:rsidRPr="006825B9" w:rsidRDefault="00C85454" w:rsidP="007B77C9">
          <w:pPr>
            <w:jc w:val="center"/>
            <w:rPr>
              <w:sz w:val="18"/>
              <w:szCs w:val="18"/>
            </w:rPr>
          </w:pPr>
          <w:r>
            <w:rPr>
              <w:rFonts w:ascii="Arial" w:hAnsi="Arial" w:cs="Arial"/>
              <w:b/>
              <w:bCs/>
              <w:sz w:val="18"/>
              <w:szCs w:val="18"/>
            </w:rPr>
            <w:t>ELABORACIÓN</w:t>
          </w:r>
          <w:r w:rsidR="00035DA1">
            <w:rPr>
              <w:rFonts w:ascii="Arial" w:hAnsi="Arial" w:cs="Arial"/>
              <w:b/>
              <w:bCs/>
              <w:sz w:val="18"/>
              <w:szCs w:val="18"/>
            </w:rPr>
            <w:t xml:space="preserve"> DE ESTUDIOS PREVIOS PARA</w:t>
          </w:r>
          <w:r w:rsidR="00035DA1" w:rsidRPr="00375898">
            <w:rPr>
              <w:rFonts w:ascii="Arial" w:hAnsi="Arial" w:cs="Arial"/>
              <w:b/>
              <w:bCs/>
              <w:sz w:val="18"/>
              <w:szCs w:val="18"/>
            </w:rPr>
            <w:t xml:space="preserve"> CONTRATOS</w:t>
          </w:r>
        </w:p>
      </w:tc>
      <w:tc>
        <w:tcPr>
          <w:tcW w:w="2458" w:type="dxa"/>
          <w:vMerge w:val="restart"/>
        </w:tcPr>
        <w:p w14:paraId="75E85141" w14:textId="300E46CB" w:rsidR="00035DA1" w:rsidRDefault="00035DA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35DA1" w:rsidRPr="00C91947" w:rsidRDefault="00035DA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35DA1" w:rsidRPr="00285C0D" w14:paraId="44B724FD" w14:textId="77777777" w:rsidTr="005B4A94">
      <w:trPr>
        <w:trHeight w:val="286"/>
      </w:trPr>
      <w:tc>
        <w:tcPr>
          <w:tcW w:w="7971" w:type="dxa"/>
          <w:vAlign w:val="center"/>
        </w:tcPr>
        <w:p w14:paraId="4C4641E6" w14:textId="0482D6A3" w:rsidR="00035DA1" w:rsidRPr="00334DB4" w:rsidRDefault="00035DA1" w:rsidP="002569B1">
          <w:pPr>
            <w:pStyle w:val="Prrafodelista"/>
            <w:tabs>
              <w:tab w:val="left" w:pos="240"/>
            </w:tabs>
            <w:ind w:left="0"/>
            <w:jc w:val="center"/>
            <w:rPr>
              <w:b/>
            </w:rPr>
          </w:pPr>
          <w:r w:rsidRPr="00265310">
            <w:rPr>
              <w:rFonts w:ascii="Arial" w:hAnsi="Arial" w:cs="Arial"/>
              <w:b/>
              <w:sz w:val="20"/>
              <w:szCs w:val="20"/>
            </w:rPr>
            <w:t>ESPECIFICACIONES TÉCNICAS MÍNIMAS</w:t>
          </w:r>
        </w:p>
      </w:tc>
      <w:tc>
        <w:tcPr>
          <w:tcW w:w="2458" w:type="dxa"/>
          <w:vMerge/>
        </w:tcPr>
        <w:p w14:paraId="3E5B040C" w14:textId="77777777" w:rsidR="00035DA1" w:rsidRPr="00285C0D" w:rsidRDefault="00035DA1" w:rsidP="007B77C9">
          <w:pPr>
            <w:rPr>
              <w:sz w:val="24"/>
              <w:szCs w:val="24"/>
            </w:rPr>
          </w:pPr>
        </w:p>
      </w:tc>
    </w:tr>
  </w:tbl>
  <w:p w14:paraId="4112D594" w14:textId="77777777" w:rsidR="00035DA1" w:rsidRDefault="00035D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6"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18831193"/>
    <w:multiLevelType w:val="hybridMultilevel"/>
    <w:tmpl w:val="D05A9E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9" w15:restartNumberingAfterBreak="0">
    <w:nsid w:val="36103FE4"/>
    <w:multiLevelType w:val="hybridMultilevel"/>
    <w:tmpl w:val="26A01CDA"/>
    <w:lvl w:ilvl="0" w:tplc="335CDB48">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20938206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20939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5021946">
    <w:abstractNumId w:val="6"/>
  </w:num>
  <w:num w:numId="4" w16cid:durableId="1345665544">
    <w:abstractNumId w:val="4"/>
  </w:num>
  <w:num w:numId="5" w16cid:durableId="659307225">
    <w:abstractNumId w:val="3"/>
  </w:num>
  <w:num w:numId="6" w16cid:durableId="434787276">
    <w:abstractNumId w:val="2"/>
  </w:num>
  <w:num w:numId="7" w16cid:durableId="975067250">
    <w:abstractNumId w:val="10"/>
  </w:num>
  <w:num w:numId="8" w16cid:durableId="1442144404">
    <w:abstractNumId w:val="5"/>
  </w:num>
  <w:num w:numId="9" w16cid:durableId="157040451">
    <w:abstractNumId w:val="1"/>
  </w:num>
  <w:num w:numId="10" w16cid:durableId="1042437215">
    <w:abstractNumId w:val="0"/>
  </w:num>
  <w:num w:numId="11" w16cid:durableId="168277410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EAC"/>
    <w:rsid w:val="00003E6B"/>
    <w:rsid w:val="000041A8"/>
    <w:rsid w:val="000047B5"/>
    <w:rsid w:val="000047CE"/>
    <w:rsid w:val="00004AEF"/>
    <w:rsid w:val="00005AAF"/>
    <w:rsid w:val="00005F28"/>
    <w:rsid w:val="0001013C"/>
    <w:rsid w:val="000113F5"/>
    <w:rsid w:val="00011CB9"/>
    <w:rsid w:val="00012E8E"/>
    <w:rsid w:val="00013C6A"/>
    <w:rsid w:val="00014CC6"/>
    <w:rsid w:val="00015D29"/>
    <w:rsid w:val="00021092"/>
    <w:rsid w:val="00022013"/>
    <w:rsid w:val="000223B9"/>
    <w:rsid w:val="00023139"/>
    <w:rsid w:val="00025998"/>
    <w:rsid w:val="0002666B"/>
    <w:rsid w:val="00026B8A"/>
    <w:rsid w:val="00027A38"/>
    <w:rsid w:val="00030500"/>
    <w:rsid w:val="0003161D"/>
    <w:rsid w:val="00031A7D"/>
    <w:rsid w:val="00031D02"/>
    <w:rsid w:val="0003300F"/>
    <w:rsid w:val="00034997"/>
    <w:rsid w:val="00034C51"/>
    <w:rsid w:val="00034CF2"/>
    <w:rsid w:val="00035A33"/>
    <w:rsid w:val="00035DA1"/>
    <w:rsid w:val="0003767D"/>
    <w:rsid w:val="00037778"/>
    <w:rsid w:val="00041F9F"/>
    <w:rsid w:val="0004291E"/>
    <w:rsid w:val="00045AEE"/>
    <w:rsid w:val="0004604E"/>
    <w:rsid w:val="000473B6"/>
    <w:rsid w:val="00050412"/>
    <w:rsid w:val="00060AB3"/>
    <w:rsid w:val="00061CE7"/>
    <w:rsid w:val="00067664"/>
    <w:rsid w:val="00070B6A"/>
    <w:rsid w:val="00071B32"/>
    <w:rsid w:val="00074056"/>
    <w:rsid w:val="000754EE"/>
    <w:rsid w:val="00075947"/>
    <w:rsid w:val="00076D2D"/>
    <w:rsid w:val="0007707A"/>
    <w:rsid w:val="00080116"/>
    <w:rsid w:val="00081D8B"/>
    <w:rsid w:val="00081F0A"/>
    <w:rsid w:val="000840D1"/>
    <w:rsid w:val="0008417F"/>
    <w:rsid w:val="0008664D"/>
    <w:rsid w:val="0008695F"/>
    <w:rsid w:val="00090660"/>
    <w:rsid w:val="00091616"/>
    <w:rsid w:val="00094A36"/>
    <w:rsid w:val="00094D8B"/>
    <w:rsid w:val="000952E9"/>
    <w:rsid w:val="000957F5"/>
    <w:rsid w:val="000959F2"/>
    <w:rsid w:val="000A013B"/>
    <w:rsid w:val="000A1E91"/>
    <w:rsid w:val="000A2183"/>
    <w:rsid w:val="000A2790"/>
    <w:rsid w:val="000A4A23"/>
    <w:rsid w:val="000A541B"/>
    <w:rsid w:val="000A56FE"/>
    <w:rsid w:val="000A5E84"/>
    <w:rsid w:val="000A693E"/>
    <w:rsid w:val="000A7662"/>
    <w:rsid w:val="000B2662"/>
    <w:rsid w:val="000B31E7"/>
    <w:rsid w:val="000B3493"/>
    <w:rsid w:val="000B38BE"/>
    <w:rsid w:val="000B3D6E"/>
    <w:rsid w:val="000B4BA1"/>
    <w:rsid w:val="000B5B09"/>
    <w:rsid w:val="000C3723"/>
    <w:rsid w:val="000C38C2"/>
    <w:rsid w:val="000C4564"/>
    <w:rsid w:val="000C6EE6"/>
    <w:rsid w:val="000D02F1"/>
    <w:rsid w:val="000D0348"/>
    <w:rsid w:val="000D10A1"/>
    <w:rsid w:val="000D290B"/>
    <w:rsid w:val="000D37C4"/>
    <w:rsid w:val="000D4865"/>
    <w:rsid w:val="000D4C89"/>
    <w:rsid w:val="000E1BD7"/>
    <w:rsid w:val="000E27F3"/>
    <w:rsid w:val="000E7260"/>
    <w:rsid w:val="000F1AAD"/>
    <w:rsid w:val="000F497E"/>
    <w:rsid w:val="000F5066"/>
    <w:rsid w:val="0010337E"/>
    <w:rsid w:val="00103AF6"/>
    <w:rsid w:val="00104BFA"/>
    <w:rsid w:val="00104E21"/>
    <w:rsid w:val="001067D1"/>
    <w:rsid w:val="00110744"/>
    <w:rsid w:val="001120C8"/>
    <w:rsid w:val="001125B1"/>
    <w:rsid w:val="00117CAB"/>
    <w:rsid w:val="00117E2C"/>
    <w:rsid w:val="00120AA8"/>
    <w:rsid w:val="001211C1"/>
    <w:rsid w:val="001211F2"/>
    <w:rsid w:val="00121532"/>
    <w:rsid w:val="00124BEF"/>
    <w:rsid w:val="001271D0"/>
    <w:rsid w:val="001306F1"/>
    <w:rsid w:val="001332CC"/>
    <w:rsid w:val="0013601E"/>
    <w:rsid w:val="001364DE"/>
    <w:rsid w:val="001403CE"/>
    <w:rsid w:val="00142394"/>
    <w:rsid w:val="001425B6"/>
    <w:rsid w:val="00143CB8"/>
    <w:rsid w:val="0014436B"/>
    <w:rsid w:val="001445F7"/>
    <w:rsid w:val="00147E07"/>
    <w:rsid w:val="00151D11"/>
    <w:rsid w:val="00152247"/>
    <w:rsid w:val="0015384A"/>
    <w:rsid w:val="00155A87"/>
    <w:rsid w:val="0015671B"/>
    <w:rsid w:val="00156C8D"/>
    <w:rsid w:val="00160BFF"/>
    <w:rsid w:val="00161D96"/>
    <w:rsid w:val="00163015"/>
    <w:rsid w:val="001646B7"/>
    <w:rsid w:val="00165B53"/>
    <w:rsid w:val="0017391F"/>
    <w:rsid w:val="001747A8"/>
    <w:rsid w:val="00174A55"/>
    <w:rsid w:val="00175CD1"/>
    <w:rsid w:val="00176D86"/>
    <w:rsid w:val="0017732F"/>
    <w:rsid w:val="001775F5"/>
    <w:rsid w:val="0018000B"/>
    <w:rsid w:val="0018491D"/>
    <w:rsid w:val="001861AF"/>
    <w:rsid w:val="00186341"/>
    <w:rsid w:val="001908E4"/>
    <w:rsid w:val="00194A5E"/>
    <w:rsid w:val="00195904"/>
    <w:rsid w:val="001963ED"/>
    <w:rsid w:val="00197C8E"/>
    <w:rsid w:val="001A1CE6"/>
    <w:rsid w:val="001A5D42"/>
    <w:rsid w:val="001B3198"/>
    <w:rsid w:val="001B4A1E"/>
    <w:rsid w:val="001B4E18"/>
    <w:rsid w:val="001B502B"/>
    <w:rsid w:val="001B5B4F"/>
    <w:rsid w:val="001B6364"/>
    <w:rsid w:val="001B7751"/>
    <w:rsid w:val="001C0B05"/>
    <w:rsid w:val="001C3C96"/>
    <w:rsid w:val="001C3F7D"/>
    <w:rsid w:val="001C4177"/>
    <w:rsid w:val="001C47B0"/>
    <w:rsid w:val="001C50A6"/>
    <w:rsid w:val="001C62A1"/>
    <w:rsid w:val="001D139E"/>
    <w:rsid w:val="001D23E6"/>
    <w:rsid w:val="001D50A6"/>
    <w:rsid w:val="001D7086"/>
    <w:rsid w:val="001D7462"/>
    <w:rsid w:val="001E417D"/>
    <w:rsid w:val="001E7B96"/>
    <w:rsid w:val="001F1AAB"/>
    <w:rsid w:val="001F7147"/>
    <w:rsid w:val="00202463"/>
    <w:rsid w:val="0020502B"/>
    <w:rsid w:val="00207DDA"/>
    <w:rsid w:val="00210261"/>
    <w:rsid w:val="00211AD6"/>
    <w:rsid w:val="0021233F"/>
    <w:rsid w:val="00215A0E"/>
    <w:rsid w:val="00220689"/>
    <w:rsid w:val="00221A4B"/>
    <w:rsid w:val="00222952"/>
    <w:rsid w:val="0022419B"/>
    <w:rsid w:val="002249BB"/>
    <w:rsid w:val="002258CF"/>
    <w:rsid w:val="00227295"/>
    <w:rsid w:val="002275CA"/>
    <w:rsid w:val="00233793"/>
    <w:rsid w:val="00234D84"/>
    <w:rsid w:val="00237B35"/>
    <w:rsid w:val="002400BE"/>
    <w:rsid w:val="00240879"/>
    <w:rsid w:val="00246C45"/>
    <w:rsid w:val="00247692"/>
    <w:rsid w:val="00247D53"/>
    <w:rsid w:val="00251287"/>
    <w:rsid w:val="0025145C"/>
    <w:rsid w:val="002549A1"/>
    <w:rsid w:val="00255DDA"/>
    <w:rsid w:val="002563AE"/>
    <w:rsid w:val="002569B1"/>
    <w:rsid w:val="00256ADF"/>
    <w:rsid w:val="00256D16"/>
    <w:rsid w:val="002571C8"/>
    <w:rsid w:val="00261099"/>
    <w:rsid w:val="002642C0"/>
    <w:rsid w:val="002647FB"/>
    <w:rsid w:val="00264ED1"/>
    <w:rsid w:val="00265332"/>
    <w:rsid w:val="002709DB"/>
    <w:rsid w:val="002721C4"/>
    <w:rsid w:val="00272A6F"/>
    <w:rsid w:val="00275A6E"/>
    <w:rsid w:val="002818B8"/>
    <w:rsid w:val="00282A7A"/>
    <w:rsid w:val="00282AE7"/>
    <w:rsid w:val="00282EAC"/>
    <w:rsid w:val="00286D07"/>
    <w:rsid w:val="00290547"/>
    <w:rsid w:val="002913CF"/>
    <w:rsid w:val="00293789"/>
    <w:rsid w:val="002941DD"/>
    <w:rsid w:val="00296BCA"/>
    <w:rsid w:val="00297A3C"/>
    <w:rsid w:val="002A32D9"/>
    <w:rsid w:val="002A6290"/>
    <w:rsid w:val="002A646E"/>
    <w:rsid w:val="002A6D3E"/>
    <w:rsid w:val="002B06D5"/>
    <w:rsid w:val="002B2BC2"/>
    <w:rsid w:val="002B3CB9"/>
    <w:rsid w:val="002B4E44"/>
    <w:rsid w:val="002B689D"/>
    <w:rsid w:val="002B790C"/>
    <w:rsid w:val="002C11B8"/>
    <w:rsid w:val="002C1530"/>
    <w:rsid w:val="002C678D"/>
    <w:rsid w:val="002C6A22"/>
    <w:rsid w:val="002D1ACB"/>
    <w:rsid w:val="002D2227"/>
    <w:rsid w:val="002D3FD6"/>
    <w:rsid w:val="002D4042"/>
    <w:rsid w:val="002E26BA"/>
    <w:rsid w:val="002E2D3E"/>
    <w:rsid w:val="002E3EB0"/>
    <w:rsid w:val="002E613C"/>
    <w:rsid w:val="002E6F59"/>
    <w:rsid w:val="002E722C"/>
    <w:rsid w:val="002E7AA7"/>
    <w:rsid w:val="002F0245"/>
    <w:rsid w:val="002F0964"/>
    <w:rsid w:val="002F0A03"/>
    <w:rsid w:val="002F23CA"/>
    <w:rsid w:val="002F2F6C"/>
    <w:rsid w:val="002F414C"/>
    <w:rsid w:val="002F4700"/>
    <w:rsid w:val="002F49DA"/>
    <w:rsid w:val="002F52DF"/>
    <w:rsid w:val="002F5DB9"/>
    <w:rsid w:val="002F738A"/>
    <w:rsid w:val="002F75AA"/>
    <w:rsid w:val="002F79C6"/>
    <w:rsid w:val="002F7EB5"/>
    <w:rsid w:val="003001F0"/>
    <w:rsid w:val="00300A0A"/>
    <w:rsid w:val="00300D9D"/>
    <w:rsid w:val="00304972"/>
    <w:rsid w:val="0031258F"/>
    <w:rsid w:val="00313341"/>
    <w:rsid w:val="00314D2B"/>
    <w:rsid w:val="00315587"/>
    <w:rsid w:val="00316545"/>
    <w:rsid w:val="003240EC"/>
    <w:rsid w:val="00330EC7"/>
    <w:rsid w:val="0033374B"/>
    <w:rsid w:val="00333E21"/>
    <w:rsid w:val="00334DB4"/>
    <w:rsid w:val="00335C1C"/>
    <w:rsid w:val="00336662"/>
    <w:rsid w:val="00337338"/>
    <w:rsid w:val="003376A6"/>
    <w:rsid w:val="00340832"/>
    <w:rsid w:val="0034130D"/>
    <w:rsid w:val="00341753"/>
    <w:rsid w:val="003417FF"/>
    <w:rsid w:val="00343D24"/>
    <w:rsid w:val="00344574"/>
    <w:rsid w:val="0034539D"/>
    <w:rsid w:val="00350B4B"/>
    <w:rsid w:val="00351523"/>
    <w:rsid w:val="00351A9D"/>
    <w:rsid w:val="00361F20"/>
    <w:rsid w:val="003625F5"/>
    <w:rsid w:val="00362D86"/>
    <w:rsid w:val="0036313E"/>
    <w:rsid w:val="00366125"/>
    <w:rsid w:val="0036625A"/>
    <w:rsid w:val="00370772"/>
    <w:rsid w:val="0037258E"/>
    <w:rsid w:val="00372F56"/>
    <w:rsid w:val="00374A15"/>
    <w:rsid w:val="00374F04"/>
    <w:rsid w:val="00375898"/>
    <w:rsid w:val="00376BC9"/>
    <w:rsid w:val="00380FA5"/>
    <w:rsid w:val="00382142"/>
    <w:rsid w:val="00384D59"/>
    <w:rsid w:val="00385169"/>
    <w:rsid w:val="00385543"/>
    <w:rsid w:val="00385A7F"/>
    <w:rsid w:val="00385F87"/>
    <w:rsid w:val="00385FA4"/>
    <w:rsid w:val="003873E5"/>
    <w:rsid w:val="00391859"/>
    <w:rsid w:val="00392A7D"/>
    <w:rsid w:val="00392B8C"/>
    <w:rsid w:val="00392FD8"/>
    <w:rsid w:val="00397410"/>
    <w:rsid w:val="003A0650"/>
    <w:rsid w:val="003A1B57"/>
    <w:rsid w:val="003A1D96"/>
    <w:rsid w:val="003A5441"/>
    <w:rsid w:val="003A55F3"/>
    <w:rsid w:val="003A5A72"/>
    <w:rsid w:val="003A69A5"/>
    <w:rsid w:val="003B0BBD"/>
    <w:rsid w:val="003B1B0E"/>
    <w:rsid w:val="003B2053"/>
    <w:rsid w:val="003B275C"/>
    <w:rsid w:val="003B428D"/>
    <w:rsid w:val="003B4936"/>
    <w:rsid w:val="003C4D25"/>
    <w:rsid w:val="003C6CFB"/>
    <w:rsid w:val="003C6D7C"/>
    <w:rsid w:val="003D040B"/>
    <w:rsid w:val="003D12FC"/>
    <w:rsid w:val="003D1377"/>
    <w:rsid w:val="003D20F7"/>
    <w:rsid w:val="003D214C"/>
    <w:rsid w:val="003D2651"/>
    <w:rsid w:val="003D44AC"/>
    <w:rsid w:val="003D55FE"/>
    <w:rsid w:val="003D5CC0"/>
    <w:rsid w:val="003D5E64"/>
    <w:rsid w:val="003D6040"/>
    <w:rsid w:val="003D6450"/>
    <w:rsid w:val="003E0B7E"/>
    <w:rsid w:val="003E1111"/>
    <w:rsid w:val="003E312A"/>
    <w:rsid w:val="003E65CD"/>
    <w:rsid w:val="003F13A0"/>
    <w:rsid w:val="003F13D0"/>
    <w:rsid w:val="003F448B"/>
    <w:rsid w:val="003F60BC"/>
    <w:rsid w:val="003F6404"/>
    <w:rsid w:val="003F77C0"/>
    <w:rsid w:val="0040368F"/>
    <w:rsid w:val="0040597D"/>
    <w:rsid w:val="00407B12"/>
    <w:rsid w:val="00411C2F"/>
    <w:rsid w:val="004133E1"/>
    <w:rsid w:val="00420EBE"/>
    <w:rsid w:val="00421E2D"/>
    <w:rsid w:val="00422B08"/>
    <w:rsid w:val="004249E9"/>
    <w:rsid w:val="004255D1"/>
    <w:rsid w:val="00425942"/>
    <w:rsid w:val="00426040"/>
    <w:rsid w:val="00427C1E"/>
    <w:rsid w:val="00432341"/>
    <w:rsid w:val="00433F07"/>
    <w:rsid w:val="00434480"/>
    <w:rsid w:val="00435664"/>
    <w:rsid w:val="00435D30"/>
    <w:rsid w:val="004362B6"/>
    <w:rsid w:val="00436513"/>
    <w:rsid w:val="0044005A"/>
    <w:rsid w:val="00443E1C"/>
    <w:rsid w:val="00444379"/>
    <w:rsid w:val="004444F8"/>
    <w:rsid w:val="0044450D"/>
    <w:rsid w:val="00446251"/>
    <w:rsid w:val="00446593"/>
    <w:rsid w:val="00447FBA"/>
    <w:rsid w:val="0045033E"/>
    <w:rsid w:val="00450414"/>
    <w:rsid w:val="00450B03"/>
    <w:rsid w:val="00452056"/>
    <w:rsid w:val="004522D3"/>
    <w:rsid w:val="0045256C"/>
    <w:rsid w:val="00453358"/>
    <w:rsid w:val="004568E4"/>
    <w:rsid w:val="004619BA"/>
    <w:rsid w:val="004641D2"/>
    <w:rsid w:val="00470BD8"/>
    <w:rsid w:val="0047456B"/>
    <w:rsid w:val="00474826"/>
    <w:rsid w:val="00480208"/>
    <w:rsid w:val="0048067D"/>
    <w:rsid w:val="004870CB"/>
    <w:rsid w:val="00490F4C"/>
    <w:rsid w:val="004915AA"/>
    <w:rsid w:val="004931E8"/>
    <w:rsid w:val="00493BEA"/>
    <w:rsid w:val="00494730"/>
    <w:rsid w:val="00494B59"/>
    <w:rsid w:val="004A0EB4"/>
    <w:rsid w:val="004A1214"/>
    <w:rsid w:val="004A4709"/>
    <w:rsid w:val="004A5702"/>
    <w:rsid w:val="004A6245"/>
    <w:rsid w:val="004A702C"/>
    <w:rsid w:val="004A7094"/>
    <w:rsid w:val="004B43B8"/>
    <w:rsid w:val="004B728E"/>
    <w:rsid w:val="004B762F"/>
    <w:rsid w:val="004B7706"/>
    <w:rsid w:val="004C07E8"/>
    <w:rsid w:val="004C0875"/>
    <w:rsid w:val="004C0C39"/>
    <w:rsid w:val="004C37A4"/>
    <w:rsid w:val="004C3D59"/>
    <w:rsid w:val="004C447F"/>
    <w:rsid w:val="004C6165"/>
    <w:rsid w:val="004C6688"/>
    <w:rsid w:val="004C7B23"/>
    <w:rsid w:val="004D026E"/>
    <w:rsid w:val="004D3DF4"/>
    <w:rsid w:val="004D67A1"/>
    <w:rsid w:val="004E18AF"/>
    <w:rsid w:val="004E3BFF"/>
    <w:rsid w:val="004E3C98"/>
    <w:rsid w:val="004E4429"/>
    <w:rsid w:val="004E4490"/>
    <w:rsid w:val="004E4FE3"/>
    <w:rsid w:val="004F0343"/>
    <w:rsid w:val="004F31FC"/>
    <w:rsid w:val="004F3212"/>
    <w:rsid w:val="004F3C1E"/>
    <w:rsid w:val="004F45CD"/>
    <w:rsid w:val="004F6098"/>
    <w:rsid w:val="0050078D"/>
    <w:rsid w:val="00500A15"/>
    <w:rsid w:val="00506136"/>
    <w:rsid w:val="005067AC"/>
    <w:rsid w:val="00511264"/>
    <w:rsid w:val="00512C97"/>
    <w:rsid w:val="0051319F"/>
    <w:rsid w:val="00521E21"/>
    <w:rsid w:val="0052256B"/>
    <w:rsid w:val="00522FCD"/>
    <w:rsid w:val="005251E9"/>
    <w:rsid w:val="005256DC"/>
    <w:rsid w:val="005258E5"/>
    <w:rsid w:val="0052702B"/>
    <w:rsid w:val="00527304"/>
    <w:rsid w:val="00531802"/>
    <w:rsid w:val="00531AB8"/>
    <w:rsid w:val="00535601"/>
    <w:rsid w:val="005415E3"/>
    <w:rsid w:val="00541611"/>
    <w:rsid w:val="00542CB5"/>
    <w:rsid w:val="00542CFB"/>
    <w:rsid w:val="00543187"/>
    <w:rsid w:val="00545AE4"/>
    <w:rsid w:val="00547593"/>
    <w:rsid w:val="0055026A"/>
    <w:rsid w:val="00550A27"/>
    <w:rsid w:val="005514CB"/>
    <w:rsid w:val="00551D02"/>
    <w:rsid w:val="00554D12"/>
    <w:rsid w:val="00555111"/>
    <w:rsid w:val="00556CCF"/>
    <w:rsid w:val="005602BB"/>
    <w:rsid w:val="00562DB1"/>
    <w:rsid w:val="00567B7C"/>
    <w:rsid w:val="005716BC"/>
    <w:rsid w:val="0057268D"/>
    <w:rsid w:val="00576553"/>
    <w:rsid w:val="0057666C"/>
    <w:rsid w:val="0058491C"/>
    <w:rsid w:val="00585BE6"/>
    <w:rsid w:val="00586D17"/>
    <w:rsid w:val="005870E7"/>
    <w:rsid w:val="005907D4"/>
    <w:rsid w:val="0059176E"/>
    <w:rsid w:val="00594091"/>
    <w:rsid w:val="005969DA"/>
    <w:rsid w:val="00597954"/>
    <w:rsid w:val="005A3FC2"/>
    <w:rsid w:val="005A4E5B"/>
    <w:rsid w:val="005A4F6D"/>
    <w:rsid w:val="005A5909"/>
    <w:rsid w:val="005B08B6"/>
    <w:rsid w:val="005B379B"/>
    <w:rsid w:val="005B4A94"/>
    <w:rsid w:val="005B609F"/>
    <w:rsid w:val="005C29BA"/>
    <w:rsid w:val="005C4C6C"/>
    <w:rsid w:val="005C6641"/>
    <w:rsid w:val="005C7D1D"/>
    <w:rsid w:val="005D3112"/>
    <w:rsid w:val="005D4AA3"/>
    <w:rsid w:val="005D79E5"/>
    <w:rsid w:val="005D7E44"/>
    <w:rsid w:val="005E07F1"/>
    <w:rsid w:val="005E0E22"/>
    <w:rsid w:val="005E0E6E"/>
    <w:rsid w:val="005E1815"/>
    <w:rsid w:val="005E5DC8"/>
    <w:rsid w:val="005F032B"/>
    <w:rsid w:val="005F087F"/>
    <w:rsid w:val="005F4092"/>
    <w:rsid w:val="005F563B"/>
    <w:rsid w:val="005F694D"/>
    <w:rsid w:val="005F6B93"/>
    <w:rsid w:val="00600D25"/>
    <w:rsid w:val="00601154"/>
    <w:rsid w:val="0060143F"/>
    <w:rsid w:val="00601E89"/>
    <w:rsid w:val="0060266C"/>
    <w:rsid w:val="00602EFD"/>
    <w:rsid w:val="00603B7B"/>
    <w:rsid w:val="00603E60"/>
    <w:rsid w:val="00604593"/>
    <w:rsid w:val="00610409"/>
    <w:rsid w:val="00612436"/>
    <w:rsid w:val="0061328D"/>
    <w:rsid w:val="00614981"/>
    <w:rsid w:val="00614DAE"/>
    <w:rsid w:val="00616812"/>
    <w:rsid w:val="006203E4"/>
    <w:rsid w:val="00620976"/>
    <w:rsid w:val="00624519"/>
    <w:rsid w:val="00624D30"/>
    <w:rsid w:val="00624F86"/>
    <w:rsid w:val="0063106F"/>
    <w:rsid w:val="0063447F"/>
    <w:rsid w:val="006357D2"/>
    <w:rsid w:val="00635FD1"/>
    <w:rsid w:val="00636AB9"/>
    <w:rsid w:val="00642BBB"/>
    <w:rsid w:val="006431A9"/>
    <w:rsid w:val="00645486"/>
    <w:rsid w:val="00650B79"/>
    <w:rsid w:val="00651421"/>
    <w:rsid w:val="0065339B"/>
    <w:rsid w:val="0065470C"/>
    <w:rsid w:val="00655DE9"/>
    <w:rsid w:val="006579DE"/>
    <w:rsid w:val="006619B5"/>
    <w:rsid w:val="00663F09"/>
    <w:rsid w:val="00664387"/>
    <w:rsid w:val="00665E9D"/>
    <w:rsid w:val="00666557"/>
    <w:rsid w:val="00667901"/>
    <w:rsid w:val="006724F1"/>
    <w:rsid w:val="00676119"/>
    <w:rsid w:val="00676500"/>
    <w:rsid w:val="00676DF8"/>
    <w:rsid w:val="0067706D"/>
    <w:rsid w:val="006825B9"/>
    <w:rsid w:val="00686A3A"/>
    <w:rsid w:val="0069061B"/>
    <w:rsid w:val="00691A9A"/>
    <w:rsid w:val="00693E1C"/>
    <w:rsid w:val="006967A9"/>
    <w:rsid w:val="00696B4C"/>
    <w:rsid w:val="006A44C4"/>
    <w:rsid w:val="006A452B"/>
    <w:rsid w:val="006A5959"/>
    <w:rsid w:val="006B1B40"/>
    <w:rsid w:val="006B2141"/>
    <w:rsid w:val="006B223C"/>
    <w:rsid w:val="006C023B"/>
    <w:rsid w:val="006C1DA5"/>
    <w:rsid w:val="006C2959"/>
    <w:rsid w:val="006C2E6D"/>
    <w:rsid w:val="006C58E4"/>
    <w:rsid w:val="006C591A"/>
    <w:rsid w:val="006D01FC"/>
    <w:rsid w:val="006D0452"/>
    <w:rsid w:val="006D0EC2"/>
    <w:rsid w:val="006D18C8"/>
    <w:rsid w:val="006D5080"/>
    <w:rsid w:val="006E34C1"/>
    <w:rsid w:val="006E6F54"/>
    <w:rsid w:val="006F0F95"/>
    <w:rsid w:val="006F1A5E"/>
    <w:rsid w:val="006F1C9A"/>
    <w:rsid w:val="006F3000"/>
    <w:rsid w:val="006F3D60"/>
    <w:rsid w:val="006F4C0E"/>
    <w:rsid w:val="006F6755"/>
    <w:rsid w:val="00700658"/>
    <w:rsid w:val="007018BB"/>
    <w:rsid w:val="00702381"/>
    <w:rsid w:val="00703855"/>
    <w:rsid w:val="007039CD"/>
    <w:rsid w:val="00707CA6"/>
    <w:rsid w:val="00710143"/>
    <w:rsid w:val="007105B8"/>
    <w:rsid w:val="00710928"/>
    <w:rsid w:val="00710C8A"/>
    <w:rsid w:val="007120CC"/>
    <w:rsid w:val="00714258"/>
    <w:rsid w:val="0072440A"/>
    <w:rsid w:val="00731E11"/>
    <w:rsid w:val="00732DFE"/>
    <w:rsid w:val="00734C8A"/>
    <w:rsid w:val="007357A3"/>
    <w:rsid w:val="00735B02"/>
    <w:rsid w:val="00736FBB"/>
    <w:rsid w:val="0074170C"/>
    <w:rsid w:val="00742C72"/>
    <w:rsid w:val="007454CC"/>
    <w:rsid w:val="00747FA5"/>
    <w:rsid w:val="00750946"/>
    <w:rsid w:val="00750FDB"/>
    <w:rsid w:val="00753080"/>
    <w:rsid w:val="00753AC6"/>
    <w:rsid w:val="007552B7"/>
    <w:rsid w:val="00756161"/>
    <w:rsid w:val="00761307"/>
    <w:rsid w:val="00764B57"/>
    <w:rsid w:val="00766CC6"/>
    <w:rsid w:val="00767C98"/>
    <w:rsid w:val="0077043B"/>
    <w:rsid w:val="00774520"/>
    <w:rsid w:val="00775530"/>
    <w:rsid w:val="00777525"/>
    <w:rsid w:val="00783CE7"/>
    <w:rsid w:val="00785CF9"/>
    <w:rsid w:val="0078605D"/>
    <w:rsid w:val="0078688B"/>
    <w:rsid w:val="007873A1"/>
    <w:rsid w:val="007924D4"/>
    <w:rsid w:val="00793F8C"/>
    <w:rsid w:val="00794B99"/>
    <w:rsid w:val="007A64A6"/>
    <w:rsid w:val="007B045C"/>
    <w:rsid w:val="007B227B"/>
    <w:rsid w:val="007B3494"/>
    <w:rsid w:val="007B34F4"/>
    <w:rsid w:val="007B4B83"/>
    <w:rsid w:val="007B5A04"/>
    <w:rsid w:val="007B77C9"/>
    <w:rsid w:val="007C0580"/>
    <w:rsid w:val="007C0B69"/>
    <w:rsid w:val="007C1578"/>
    <w:rsid w:val="007D3003"/>
    <w:rsid w:val="007D433D"/>
    <w:rsid w:val="007D46E0"/>
    <w:rsid w:val="007D7D9E"/>
    <w:rsid w:val="007E1FE1"/>
    <w:rsid w:val="007E4B09"/>
    <w:rsid w:val="007E529C"/>
    <w:rsid w:val="007E75CD"/>
    <w:rsid w:val="007F0E8E"/>
    <w:rsid w:val="007F5A94"/>
    <w:rsid w:val="008007CC"/>
    <w:rsid w:val="0080629C"/>
    <w:rsid w:val="008114AB"/>
    <w:rsid w:val="008114F2"/>
    <w:rsid w:val="00811EEB"/>
    <w:rsid w:val="008129C3"/>
    <w:rsid w:val="0081413F"/>
    <w:rsid w:val="00814D78"/>
    <w:rsid w:val="008163D8"/>
    <w:rsid w:val="0081657B"/>
    <w:rsid w:val="00816EB3"/>
    <w:rsid w:val="0082105C"/>
    <w:rsid w:val="00823816"/>
    <w:rsid w:val="00823891"/>
    <w:rsid w:val="00830F2C"/>
    <w:rsid w:val="00831570"/>
    <w:rsid w:val="00832E33"/>
    <w:rsid w:val="00833E32"/>
    <w:rsid w:val="00834730"/>
    <w:rsid w:val="008354D2"/>
    <w:rsid w:val="008375EB"/>
    <w:rsid w:val="00841AB5"/>
    <w:rsid w:val="008426A7"/>
    <w:rsid w:val="0084411A"/>
    <w:rsid w:val="00847658"/>
    <w:rsid w:val="00850D0E"/>
    <w:rsid w:val="008517BB"/>
    <w:rsid w:val="00852D8E"/>
    <w:rsid w:val="0085324B"/>
    <w:rsid w:val="00853A2A"/>
    <w:rsid w:val="0085685A"/>
    <w:rsid w:val="00857FD2"/>
    <w:rsid w:val="008610CA"/>
    <w:rsid w:val="0086120F"/>
    <w:rsid w:val="008645F9"/>
    <w:rsid w:val="00864C4B"/>
    <w:rsid w:val="008673BE"/>
    <w:rsid w:val="00870094"/>
    <w:rsid w:val="00873FC4"/>
    <w:rsid w:val="00874D80"/>
    <w:rsid w:val="0087565A"/>
    <w:rsid w:val="00876E9F"/>
    <w:rsid w:val="008809E0"/>
    <w:rsid w:val="00880B75"/>
    <w:rsid w:val="008816A2"/>
    <w:rsid w:val="00883106"/>
    <w:rsid w:val="008871BC"/>
    <w:rsid w:val="00887B01"/>
    <w:rsid w:val="008908D2"/>
    <w:rsid w:val="00891547"/>
    <w:rsid w:val="008951E5"/>
    <w:rsid w:val="00896E45"/>
    <w:rsid w:val="00897828"/>
    <w:rsid w:val="008A11C8"/>
    <w:rsid w:val="008A2432"/>
    <w:rsid w:val="008A3087"/>
    <w:rsid w:val="008A31DC"/>
    <w:rsid w:val="008A468E"/>
    <w:rsid w:val="008B04EF"/>
    <w:rsid w:val="008B0577"/>
    <w:rsid w:val="008B139E"/>
    <w:rsid w:val="008B1D7A"/>
    <w:rsid w:val="008B7A29"/>
    <w:rsid w:val="008C078D"/>
    <w:rsid w:val="008C1CB6"/>
    <w:rsid w:val="008C363E"/>
    <w:rsid w:val="008C365E"/>
    <w:rsid w:val="008C52C2"/>
    <w:rsid w:val="008C5E82"/>
    <w:rsid w:val="008C5E92"/>
    <w:rsid w:val="008D13BD"/>
    <w:rsid w:val="008D2DEE"/>
    <w:rsid w:val="008D5DDE"/>
    <w:rsid w:val="008D7BFD"/>
    <w:rsid w:val="008E46F6"/>
    <w:rsid w:val="008E48DB"/>
    <w:rsid w:val="008E4B17"/>
    <w:rsid w:val="008E6253"/>
    <w:rsid w:val="008E7959"/>
    <w:rsid w:val="008F24D9"/>
    <w:rsid w:val="008F45D2"/>
    <w:rsid w:val="008F53B3"/>
    <w:rsid w:val="008F6B29"/>
    <w:rsid w:val="008F6B97"/>
    <w:rsid w:val="009012E5"/>
    <w:rsid w:val="0090247F"/>
    <w:rsid w:val="00904A6A"/>
    <w:rsid w:val="00906B67"/>
    <w:rsid w:val="00912422"/>
    <w:rsid w:val="00912521"/>
    <w:rsid w:val="00914D4F"/>
    <w:rsid w:val="00915C7A"/>
    <w:rsid w:val="00917243"/>
    <w:rsid w:val="00920EF8"/>
    <w:rsid w:val="009210E9"/>
    <w:rsid w:val="009210EF"/>
    <w:rsid w:val="00921D1A"/>
    <w:rsid w:val="00923623"/>
    <w:rsid w:val="0092409A"/>
    <w:rsid w:val="009262AF"/>
    <w:rsid w:val="00930E03"/>
    <w:rsid w:val="00931EE8"/>
    <w:rsid w:val="009320D5"/>
    <w:rsid w:val="0093325C"/>
    <w:rsid w:val="00933336"/>
    <w:rsid w:val="0093493F"/>
    <w:rsid w:val="0093590D"/>
    <w:rsid w:val="0093650A"/>
    <w:rsid w:val="009367C0"/>
    <w:rsid w:val="009401FB"/>
    <w:rsid w:val="00942410"/>
    <w:rsid w:val="009447F3"/>
    <w:rsid w:val="00945625"/>
    <w:rsid w:val="00945A86"/>
    <w:rsid w:val="00947A53"/>
    <w:rsid w:val="00950697"/>
    <w:rsid w:val="009506EA"/>
    <w:rsid w:val="009509ED"/>
    <w:rsid w:val="00950F29"/>
    <w:rsid w:val="00952D53"/>
    <w:rsid w:val="009533F5"/>
    <w:rsid w:val="00953951"/>
    <w:rsid w:val="009566BC"/>
    <w:rsid w:val="00956FAB"/>
    <w:rsid w:val="009570D5"/>
    <w:rsid w:val="00961306"/>
    <w:rsid w:val="00961A4E"/>
    <w:rsid w:val="00963854"/>
    <w:rsid w:val="00964829"/>
    <w:rsid w:val="00964900"/>
    <w:rsid w:val="00971A6B"/>
    <w:rsid w:val="0097374E"/>
    <w:rsid w:val="0097449F"/>
    <w:rsid w:val="00975271"/>
    <w:rsid w:val="0097603C"/>
    <w:rsid w:val="0097667F"/>
    <w:rsid w:val="00977204"/>
    <w:rsid w:val="00980109"/>
    <w:rsid w:val="0098086F"/>
    <w:rsid w:val="009858C8"/>
    <w:rsid w:val="0098627A"/>
    <w:rsid w:val="00992F6D"/>
    <w:rsid w:val="009934B0"/>
    <w:rsid w:val="00994173"/>
    <w:rsid w:val="00994418"/>
    <w:rsid w:val="0099602F"/>
    <w:rsid w:val="0099697F"/>
    <w:rsid w:val="009A4641"/>
    <w:rsid w:val="009A53EF"/>
    <w:rsid w:val="009A7767"/>
    <w:rsid w:val="009B07BA"/>
    <w:rsid w:val="009B0ECA"/>
    <w:rsid w:val="009B2211"/>
    <w:rsid w:val="009B30AB"/>
    <w:rsid w:val="009B4CB2"/>
    <w:rsid w:val="009B672C"/>
    <w:rsid w:val="009C10F6"/>
    <w:rsid w:val="009C7196"/>
    <w:rsid w:val="009D169E"/>
    <w:rsid w:val="009D239A"/>
    <w:rsid w:val="009D2C51"/>
    <w:rsid w:val="009D4405"/>
    <w:rsid w:val="009D44AB"/>
    <w:rsid w:val="009D52AF"/>
    <w:rsid w:val="009D56B0"/>
    <w:rsid w:val="009D75C0"/>
    <w:rsid w:val="009D7B01"/>
    <w:rsid w:val="009E13CB"/>
    <w:rsid w:val="009E59C1"/>
    <w:rsid w:val="009E738E"/>
    <w:rsid w:val="009F3308"/>
    <w:rsid w:val="009F3682"/>
    <w:rsid w:val="009F4A9A"/>
    <w:rsid w:val="00A015B2"/>
    <w:rsid w:val="00A024D3"/>
    <w:rsid w:val="00A06612"/>
    <w:rsid w:val="00A06B81"/>
    <w:rsid w:val="00A0778C"/>
    <w:rsid w:val="00A112FC"/>
    <w:rsid w:val="00A11D8C"/>
    <w:rsid w:val="00A1514A"/>
    <w:rsid w:val="00A16199"/>
    <w:rsid w:val="00A1699A"/>
    <w:rsid w:val="00A17291"/>
    <w:rsid w:val="00A21382"/>
    <w:rsid w:val="00A21E9E"/>
    <w:rsid w:val="00A24752"/>
    <w:rsid w:val="00A25471"/>
    <w:rsid w:val="00A2553B"/>
    <w:rsid w:val="00A2585D"/>
    <w:rsid w:val="00A269E7"/>
    <w:rsid w:val="00A26BCD"/>
    <w:rsid w:val="00A26F64"/>
    <w:rsid w:val="00A30815"/>
    <w:rsid w:val="00A37E8A"/>
    <w:rsid w:val="00A37F9A"/>
    <w:rsid w:val="00A415B4"/>
    <w:rsid w:val="00A436C8"/>
    <w:rsid w:val="00A43B18"/>
    <w:rsid w:val="00A44356"/>
    <w:rsid w:val="00A4444D"/>
    <w:rsid w:val="00A47467"/>
    <w:rsid w:val="00A476F7"/>
    <w:rsid w:val="00A57012"/>
    <w:rsid w:val="00A57CB5"/>
    <w:rsid w:val="00A6449B"/>
    <w:rsid w:val="00A64F17"/>
    <w:rsid w:val="00A66FF6"/>
    <w:rsid w:val="00A70DFE"/>
    <w:rsid w:val="00A7313A"/>
    <w:rsid w:val="00A73333"/>
    <w:rsid w:val="00A74056"/>
    <w:rsid w:val="00A747DC"/>
    <w:rsid w:val="00A76B20"/>
    <w:rsid w:val="00A8503A"/>
    <w:rsid w:val="00A866ED"/>
    <w:rsid w:val="00A86FD3"/>
    <w:rsid w:val="00A87055"/>
    <w:rsid w:val="00A870BE"/>
    <w:rsid w:val="00A9242F"/>
    <w:rsid w:val="00A92C8A"/>
    <w:rsid w:val="00A932B9"/>
    <w:rsid w:val="00A93B77"/>
    <w:rsid w:val="00A9507F"/>
    <w:rsid w:val="00A966B2"/>
    <w:rsid w:val="00A966D9"/>
    <w:rsid w:val="00A966ED"/>
    <w:rsid w:val="00AA029F"/>
    <w:rsid w:val="00AA0B39"/>
    <w:rsid w:val="00AA26DB"/>
    <w:rsid w:val="00AA2A07"/>
    <w:rsid w:val="00AA3635"/>
    <w:rsid w:val="00AA5118"/>
    <w:rsid w:val="00AA59DD"/>
    <w:rsid w:val="00AB0F88"/>
    <w:rsid w:val="00AB17BB"/>
    <w:rsid w:val="00AB3321"/>
    <w:rsid w:val="00AB37E2"/>
    <w:rsid w:val="00AB43A1"/>
    <w:rsid w:val="00AB4CFA"/>
    <w:rsid w:val="00AB4F2B"/>
    <w:rsid w:val="00AB4FE7"/>
    <w:rsid w:val="00AB56F2"/>
    <w:rsid w:val="00AC3378"/>
    <w:rsid w:val="00AC362B"/>
    <w:rsid w:val="00AC41C4"/>
    <w:rsid w:val="00AC4324"/>
    <w:rsid w:val="00AD03BA"/>
    <w:rsid w:val="00AD0DD4"/>
    <w:rsid w:val="00AD2B50"/>
    <w:rsid w:val="00AD3948"/>
    <w:rsid w:val="00AD624C"/>
    <w:rsid w:val="00AD692D"/>
    <w:rsid w:val="00AD79C8"/>
    <w:rsid w:val="00AD7E30"/>
    <w:rsid w:val="00AE2F0E"/>
    <w:rsid w:val="00AE38DC"/>
    <w:rsid w:val="00AE7014"/>
    <w:rsid w:val="00AE7E6C"/>
    <w:rsid w:val="00AF0BCD"/>
    <w:rsid w:val="00AF6703"/>
    <w:rsid w:val="00B0287C"/>
    <w:rsid w:val="00B02DA8"/>
    <w:rsid w:val="00B05A30"/>
    <w:rsid w:val="00B10FDA"/>
    <w:rsid w:val="00B11C7E"/>
    <w:rsid w:val="00B123F4"/>
    <w:rsid w:val="00B13428"/>
    <w:rsid w:val="00B15993"/>
    <w:rsid w:val="00B17FED"/>
    <w:rsid w:val="00B20112"/>
    <w:rsid w:val="00B2514C"/>
    <w:rsid w:val="00B26FF0"/>
    <w:rsid w:val="00B30EAE"/>
    <w:rsid w:val="00B327A0"/>
    <w:rsid w:val="00B343CD"/>
    <w:rsid w:val="00B34FBD"/>
    <w:rsid w:val="00B35D00"/>
    <w:rsid w:val="00B40451"/>
    <w:rsid w:val="00B40E5A"/>
    <w:rsid w:val="00B412E7"/>
    <w:rsid w:val="00B42505"/>
    <w:rsid w:val="00B45633"/>
    <w:rsid w:val="00B46383"/>
    <w:rsid w:val="00B550D1"/>
    <w:rsid w:val="00B55E21"/>
    <w:rsid w:val="00B561E2"/>
    <w:rsid w:val="00B573FA"/>
    <w:rsid w:val="00B61C1D"/>
    <w:rsid w:val="00B61FB2"/>
    <w:rsid w:val="00B648A9"/>
    <w:rsid w:val="00B67518"/>
    <w:rsid w:val="00B711FD"/>
    <w:rsid w:val="00B76FE0"/>
    <w:rsid w:val="00B77448"/>
    <w:rsid w:val="00B777C5"/>
    <w:rsid w:val="00B84FEB"/>
    <w:rsid w:val="00B902F2"/>
    <w:rsid w:val="00B9071B"/>
    <w:rsid w:val="00B91ABF"/>
    <w:rsid w:val="00B922CB"/>
    <w:rsid w:val="00B93CF5"/>
    <w:rsid w:val="00B9452F"/>
    <w:rsid w:val="00B96875"/>
    <w:rsid w:val="00B9770D"/>
    <w:rsid w:val="00B9779F"/>
    <w:rsid w:val="00BA0DCF"/>
    <w:rsid w:val="00BA1AF0"/>
    <w:rsid w:val="00BA41FD"/>
    <w:rsid w:val="00BA5E6F"/>
    <w:rsid w:val="00BA6579"/>
    <w:rsid w:val="00BA6EEA"/>
    <w:rsid w:val="00BA7588"/>
    <w:rsid w:val="00BB045B"/>
    <w:rsid w:val="00BB224C"/>
    <w:rsid w:val="00BB2E2F"/>
    <w:rsid w:val="00BB7F31"/>
    <w:rsid w:val="00BC0C59"/>
    <w:rsid w:val="00BC29D0"/>
    <w:rsid w:val="00BC4EBD"/>
    <w:rsid w:val="00BC6F03"/>
    <w:rsid w:val="00BD104D"/>
    <w:rsid w:val="00BD339A"/>
    <w:rsid w:val="00BD4E64"/>
    <w:rsid w:val="00BD4FCF"/>
    <w:rsid w:val="00BD503A"/>
    <w:rsid w:val="00BD6F66"/>
    <w:rsid w:val="00BD7CA6"/>
    <w:rsid w:val="00BE032C"/>
    <w:rsid w:val="00BE0D01"/>
    <w:rsid w:val="00BE24F0"/>
    <w:rsid w:val="00BE26A1"/>
    <w:rsid w:val="00BE4086"/>
    <w:rsid w:val="00BE5AC8"/>
    <w:rsid w:val="00BE6F1E"/>
    <w:rsid w:val="00BF1032"/>
    <w:rsid w:val="00BF12E6"/>
    <w:rsid w:val="00BF3832"/>
    <w:rsid w:val="00BF4EA9"/>
    <w:rsid w:val="00BF5955"/>
    <w:rsid w:val="00BF59BF"/>
    <w:rsid w:val="00BF7EE1"/>
    <w:rsid w:val="00C006CD"/>
    <w:rsid w:val="00C008A3"/>
    <w:rsid w:val="00C03D32"/>
    <w:rsid w:val="00C04859"/>
    <w:rsid w:val="00C073CB"/>
    <w:rsid w:val="00C11380"/>
    <w:rsid w:val="00C1152B"/>
    <w:rsid w:val="00C122E4"/>
    <w:rsid w:val="00C14F59"/>
    <w:rsid w:val="00C16654"/>
    <w:rsid w:val="00C16F1F"/>
    <w:rsid w:val="00C178A7"/>
    <w:rsid w:val="00C204E3"/>
    <w:rsid w:val="00C2054B"/>
    <w:rsid w:val="00C22654"/>
    <w:rsid w:val="00C3036E"/>
    <w:rsid w:val="00C3135C"/>
    <w:rsid w:val="00C31833"/>
    <w:rsid w:val="00C333ED"/>
    <w:rsid w:val="00C35723"/>
    <w:rsid w:val="00C35F06"/>
    <w:rsid w:val="00C43227"/>
    <w:rsid w:val="00C44ED3"/>
    <w:rsid w:val="00C4629B"/>
    <w:rsid w:val="00C47478"/>
    <w:rsid w:val="00C4786D"/>
    <w:rsid w:val="00C511AA"/>
    <w:rsid w:val="00C52E7C"/>
    <w:rsid w:val="00C5607A"/>
    <w:rsid w:val="00C56D7D"/>
    <w:rsid w:val="00C61814"/>
    <w:rsid w:val="00C65C3F"/>
    <w:rsid w:val="00C65EF9"/>
    <w:rsid w:val="00C730CA"/>
    <w:rsid w:val="00C732A2"/>
    <w:rsid w:val="00C73EFB"/>
    <w:rsid w:val="00C73F22"/>
    <w:rsid w:val="00C763BA"/>
    <w:rsid w:val="00C764C4"/>
    <w:rsid w:val="00C76F3A"/>
    <w:rsid w:val="00C77E03"/>
    <w:rsid w:val="00C8136E"/>
    <w:rsid w:val="00C832B3"/>
    <w:rsid w:val="00C8527B"/>
    <w:rsid w:val="00C85454"/>
    <w:rsid w:val="00C90BF4"/>
    <w:rsid w:val="00C916E5"/>
    <w:rsid w:val="00C91947"/>
    <w:rsid w:val="00C922B3"/>
    <w:rsid w:val="00C925CC"/>
    <w:rsid w:val="00C941E8"/>
    <w:rsid w:val="00C943FC"/>
    <w:rsid w:val="00C94B44"/>
    <w:rsid w:val="00C97973"/>
    <w:rsid w:val="00C97B0A"/>
    <w:rsid w:val="00C97C1A"/>
    <w:rsid w:val="00CA08E2"/>
    <w:rsid w:val="00CA0AB9"/>
    <w:rsid w:val="00CA2B85"/>
    <w:rsid w:val="00CA368E"/>
    <w:rsid w:val="00CA37CB"/>
    <w:rsid w:val="00CA5239"/>
    <w:rsid w:val="00CA52F2"/>
    <w:rsid w:val="00CA5585"/>
    <w:rsid w:val="00CA7033"/>
    <w:rsid w:val="00CA7A02"/>
    <w:rsid w:val="00CB02D2"/>
    <w:rsid w:val="00CB15A8"/>
    <w:rsid w:val="00CB3618"/>
    <w:rsid w:val="00CB49F1"/>
    <w:rsid w:val="00CB4C40"/>
    <w:rsid w:val="00CB5085"/>
    <w:rsid w:val="00CB6EDF"/>
    <w:rsid w:val="00CB7137"/>
    <w:rsid w:val="00CC1086"/>
    <w:rsid w:val="00CC727E"/>
    <w:rsid w:val="00CD0B2F"/>
    <w:rsid w:val="00CD2737"/>
    <w:rsid w:val="00CD5680"/>
    <w:rsid w:val="00CD6C29"/>
    <w:rsid w:val="00CD76D1"/>
    <w:rsid w:val="00CE35FD"/>
    <w:rsid w:val="00CF1C14"/>
    <w:rsid w:val="00CF1C84"/>
    <w:rsid w:val="00CF32E8"/>
    <w:rsid w:val="00CF5977"/>
    <w:rsid w:val="00CF69EE"/>
    <w:rsid w:val="00CF6C09"/>
    <w:rsid w:val="00D013B1"/>
    <w:rsid w:val="00D01DC6"/>
    <w:rsid w:val="00D02FCE"/>
    <w:rsid w:val="00D03829"/>
    <w:rsid w:val="00D0449F"/>
    <w:rsid w:val="00D04C6B"/>
    <w:rsid w:val="00D063A7"/>
    <w:rsid w:val="00D11B53"/>
    <w:rsid w:val="00D13105"/>
    <w:rsid w:val="00D1344D"/>
    <w:rsid w:val="00D13A1B"/>
    <w:rsid w:val="00D23573"/>
    <w:rsid w:val="00D269E9"/>
    <w:rsid w:val="00D27B9E"/>
    <w:rsid w:val="00D27D62"/>
    <w:rsid w:val="00D34CBC"/>
    <w:rsid w:val="00D34CE9"/>
    <w:rsid w:val="00D3607C"/>
    <w:rsid w:val="00D37AB2"/>
    <w:rsid w:val="00D4047B"/>
    <w:rsid w:val="00D41082"/>
    <w:rsid w:val="00D42814"/>
    <w:rsid w:val="00D44177"/>
    <w:rsid w:val="00D51A5C"/>
    <w:rsid w:val="00D52FE6"/>
    <w:rsid w:val="00D54E03"/>
    <w:rsid w:val="00D565FC"/>
    <w:rsid w:val="00D5705D"/>
    <w:rsid w:val="00D57662"/>
    <w:rsid w:val="00D658CA"/>
    <w:rsid w:val="00D66D3C"/>
    <w:rsid w:val="00D73A5E"/>
    <w:rsid w:val="00D74AC3"/>
    <w:rsid w:val="00D768B4"/>
    <w:rsid w:val="00D77CB6"/>
    <w:rsid w:val="00D77CC4"/>
    <w:rsid w:val="00D80927"/>
    <w:rsid w:val="00D816A6"/>
    <w:rsid w:val="00D82553"/>
    <w:rsid w:val="00D83495"/>
    <w:rsid w:val="00D859B3"/>
    <w:rsid w:val="00D866AB"/>
    <w:rsid w:val="00D91B45"/>
    <w:rsid w:val="00D92A4A"/>
    <w:rsid w:val="00D94DB4"/>
    <w:rsid w:val="00D970B8"/>
    <w:rsid w:val="00DA15E3"/>
    <w:rsid w:val="00DA2372"/>
    <w:rsid w:val="00DA3783"/>
    <w:rsid w:val="00DA534C"/>
    <w:rsid w:val="00DA64CB"/>
    <w:rsid w:val="00DA7512"/>
    <w:rsid w:val="00DA765E"/>
    <w:rsid w:val="00DB1E9A"/>
    <w:rsid w:val="00DB1E9B"/>
    <w:rsid w:val="00DB1FC1"/>
    <w:rsid w:val="00DB39FF"/>
    <w:rsid w:val="00DB5A6B"/>
    <w:rsid w:val="00DB5C08"/>
    <w:rsid w:val="00DC4362"/>
    <w:rsid w:val="00DC5608"/>
    <w:rsid w:val="00DC60B5"/>
    <w:rsid w:val="00DC6772"/>
    <w:rsid w:val="00DC6874"/>
    <w:rsid w:val="00DD24AD"/>
    <w:rsid w:val="00DD2E69"/>
    <w:rsid w:val="00DD3176"/>
    <w:rsid w:val="00DD3F13"/>
    <w:rsid w:val="00DD4105"/>
    <w:rsid w:val="00DE37AD"/>
    <w:rsid w:val="00DE38E7"/>
    <w:rsid w:val="00DE4671"/>
    <w:rsid w:val="00DE72B6"/>
    <w:rsid w:val="00DE7CBC"/>
    <w:rsid w:val="00DF26DB"/>
    <w:rsid w:val="00DF2FA5"/>
    <w:rsid w:val="00DF5EDC"/>
    <w:rsid w:val="00DF6142"/>
    <w:rsid w:val="00DF61C8"/>
    <w:rsid w:val="00E00217"/>
    <w:rsid w:val="00E00479"/>
    <w:rsid w:val="00E06F7A"/>
    <w:rsid w:val="00E07C8A"/>
    <w:rsid w:val="00E104BC"/>
    <w:rsid w:val="00E1114C"/>
    <w:rsid w:val="00E12BF5"/>
    <w:rsid w:val="00E17E59"/>
    <w:rsid w:val="00E212CD"/>
    <w:rsid w:val="00E21BEA"/>
    <w:rsid w:val="00E22D3A"/>
    <w:rsid w:val="00E2368D"/>
    <w:rsid w:val="00E23CA0"/>
    <w:rsid w:val="00E272EC"/>
    <w:rsid w:val="00E31C49"/>
    <w:rsid w:val="00E32364"/>
    <w:rsid w:val="00E3474E"/>
    <w:rsid w:val="00E35064"/>
    <w:rsid w:val="00E35118"/>
    <w:rsid w:val="00E41C2C"/>
    <w:rsid w:val="00E43AF5"/>
    <w:rsid w:val="00E43BE6"/>
    <w:rsid w:val="00E43CA6"/>
    <w:rsid w:val="00E44AC9"/>
    <w:rsid w:val="00E45580"/>
    <w:rsid w:val="00E55221"/>
    <w:rsid w:val="00E60014"/>
    <w:rsid w:val="00E60201"/>
    <w:rsid w:val="00E62166"/>
    <w:rsid w:val="00E652D4"/>
    <w:rsid w:val="00E673B4"/>
    <w:rsid w:val="00E70D07"/>
    <w:rsid w:val="00E70E17"/>
    <w:rsid w:val="00E71720"/>
    <w:rsid w:val="00E73DEC"/>
    <w:rsid w:val="00E7536A"/>
    <w:rsid w:val="00E8160E"/>
    <w:rsid w:val="00E82B18"/>
    <w:rsid w:val="00E84007"/>
    <w:rsid w:val="00E8451F"/>
    <w:rsid w:val="00E86609"/>
    <w:rsid w:val="00E87E03"/>
    <w:rsid w:val="00E939A8"/>
    <w:rsid w:val="00E94147"/>
    <w:rsid w:val="00E941BC"/>
    <w:rsid w:val="00E94668"/>
    <w:rsid w:val="00E978A3"/>
    <w:rsid w:val="00EA26FE"/>
    <w:rsid w:val="00EA3F31"/>
    <w:rsid w:val="00EA5ACF"/>
    <w:rsid w:val="00EB09B0"/>
    <w:rsid w:val="00EB1E2B"/>
    <w:rsid w:val="00EB24DA"/>
    <w:rsid w:val="00EB287F"/>
    <w:rsid w:val="00EB28E3"/>
    <w:rsid w:val="00EB2A47"/>
    <w:rsid w:val="00EB33B0"/>
    <w:rsid w:val="00EB4F05"/>
    <w:rsid w:val="00EB579A"/>
    <w:rsid w:val="00EC0572"/>
    <w:rsid w:val="00EC0FAB"/>
    <w:rsid w:val="00EC11D4"/>
    <w:rsid w:val="00EC4110"/>
    <w:rsid w:val="00EC4235"/>
    <w:rsid w:val="00ED203C"/>
    <w:rsid w:val="00ED5180"/>
    <w:rsid w:val="00ED5AF5"/>
    <w:rsid w:val="00ED6D3D"/>
    <w:rsid w:val="00EE28AA"/>
    <w:rsid w:val="00EE3FD9"/>
    <w:rsid w:val="00EF3528"/>
    <w:rsid w:val="00EF3B20"/>
    <w:rsid w:val="00EF3FB5"/>
    <w:rsid w:val="00EF4065"/>
    <w:rsid w:val="00EF4E55"/>
    <w:rsid w:val="00EF60FF"/>
    <w:rsid w:val="00F12537"/>
    <w:rsid w:val="00F144EA"/>
    <w:rsid w:val="00F1500C"/>
    <w:rsid w:val="00F16E32"/>
    <w:rsid w:val="00F223E6"/>
    <w:rsid w:val="00F22DF2"/>
    <w:rsid w:val="00F25CDE"/>
    <w:rsid w:val="00F2683F"/>
    <w:rsid w:val="00F33564"/>
    <w:rsid w:val="00F33BAA"/>
    <w:rsid w:val="00F36172"/>
    <w:rsid w:val="00F3745D"/>
    <w:rsid w:val="00F427E6"/>
    <w:rsid w:val="00F4299F"/>
    <w:rsid w:val="00F437E0"/>
    <w:rsid w:val="00F44F34"/>
    <w:rsid w:val="00F50B3E"/>
    <w:rsid w:val="00F517E9"/>
    <w:rsid w:val="00F52C70"/>
    <w:rsid w:val="00F62660"/>
    <w:rsid w:val="00F62E1E"/>
    <w:rsid w:val="00F64065"/>
    <w:rsid w:val="00F641CE"/>
    <w:rsid w:val="00F64357"/>
    <w:rsid w:val="00F64DD3"/>
    <w:rsid w:val="00F6517F"/>
    <w:rsid w:val="00F65A00"/>
    <w:rsid w:val="00F66639"/>
    <w:rsid w:val="00F7070E"/>
    <w:rsid w:val="00F7137B"/>
    <w:rsid w:val="00F72E24"/>
    <w:rsid w:val="00F73BD2"/>
    <w:rsid w:val="00F76E05"/>
    <w:rsid w:val="00F85E97"/>
    <w:rsid w:val="00F87138"/>
    <w:rsid w:val="00F90FAB"/>
    <w:rsid w:val="00F91060"/>
    <w:rsid w:val="00F914D9"/>
    <w:rsid w:val="00F95359"/>
    <w:rsid w:val="00F961D7"/>
    <w:rsid w:val="00FA028C"/>
    <w:rsid w:val="00FA0F86"/>
    <w:rsid w:val="00FA5B63"/>
    <w:rsid w:val="00FA641E"/>
    <w:rsid w:val="00FB115F"/>
    <w:rsid w:val="00FB2447"/>
    <w:rsid w:val="00FB3AAB"/>
    <w:rsid w:val="00FB3D13"/>
    <w:rsid w:val="00FB40DD"/>
    <w:rsid w:val="00FB5538"/>
    <w:rsid w:val="00FB713C"/>
    <w:rsid w:val="00FC241D"/>
    <w:rsid w:val="00FC490F"/>
    <w:rsid w:val="00FD0BF9"/>
    <w:rsid w:val="00FD2226"/>
    <w:rsid w:val="00FD333C"/>
    <w:rsid w:val="00FD3A8A"/>
    <w:rsid w:val="00FE2711"/>
    <w:rsid w:val="00FE62D6"/>
    <w:rsid w:val="00FE6C59"/>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015"/>
  </w:style>
  <w:style w:type="paragraph" w:styleId="Ttulo1">
    <w:name w:val="heading 1"/>
    <w:aliases w:val="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A9242F"/>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aliases w:val="MT3,título 3,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qFormat/>
    <w:rsid w:val="00A9242F"/>
    <w:pPr>
      <w:spacing w:before="240" w:after="60" w:line="240" w:lineRule="auto"/>
      <w:outlineLvl w:val="4"/>
    </w:pPr>
    <w:rPr>
      <w:rFonts w:ascii="Times New Roman" w:eastAsia="Times New Roman" w:hAnsi="Times New Roman" w:cs="Times New Roman"/>
      <w:b/>
      <w:bCs/>
      <w:i/>
      <w:iCs/>
      <w:sz w:val="26"/>
      <w:szCs w:val="26"/>
      <w:lang w:val="es-MX" w:eastAsia="es-MX"/>
    </w:rPr>
  </w:style>
  <w:style w:type="paragraph" w:styleId="Ttulo6">
    <w:name w:val="heading 6"/>
    <w:basedOn w:val="Normal"/>
    <w:next w:val="Normal"/>
    <w:link w:val="Ttulo6Car"/>
    <w:uiPriority w:val="9"/>
    <w:qFormat/>
    <w:rsid w:val="00A9242F"/>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next w:val="Normal"/>
    <w:link w:val="Ttulo7Car"/>
    <w:uiPriority w:val="9"/>
    <w:qFormat/>
    <w:rsid w:val="00DB1E9B"/>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A9242F"/>
    <w:pPr>
      <w:spacing w:before="240" w:after="60" w:line="240" w:lineRule="auto"/>
      <w:outlineLvl w:val="7"/>
    </w:pPr>
    <w:rPr>
      <w:rFonts w:ascii="Times New Roman" w:eastAsia="Times New Roman" w:hAnsi="Times New Roman" w:cs="Times New Roman"/>
      <w:i/>
      <w:iCs/>
      <w:color w:val="000080"/>
      <w:sz w:val="24"/>
      <w:szCs w:val="24"/>
      <w:lang w:val="es-ES" w:eastAsia="es-ES"/>
    </w:rPr>
  </w:style>
  <w:style w:type="paragraph" w:styleId="Ttulo9">
    <w:name w:val="heading 9"/>
    <w:basedOn w:val="Normal"/>
    <w:next w:val="Normal"/>
    <w:link w:val="Ttulo9Car"/>
    <w:uiPriority w:val="9"/>
    <w:qFormat/>
    <w:rsid w:val="00DB1E9B"/>
    <w:pPr>
      <w:spacing w:before="240" w:after="60" w:line="240" w:lineRule="auto"/>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9242F"/>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A9242F"/>
    <w:rPr>
      <w:rFonts w:ascii="Times New Roman" w:eastAsia="Times New Roman" w:hAnsi="Times New Roman" w:cs="Times New Roman"/>
      <w:b/>
      <w:bCs/>
      <w:i/>
      <w:iCs/>
      <w:sz w:val="26"/>
      <w:szCs w:val="26"/>
      <w:lang w:val="es-MX" w:eastAsia="es-MX"/>
    </w:rPr>
  </w:style>
  <w:style w:type="character" w:customStyle="1" w:styleId="Ttulo6Car">
    <w:name w:val="Título 6 Car"/>
    <w:basedOn w:val="Fuentedeprrafopredeter"/>
    <w:link w:val="Ttulo6"/>
    <w:uiPriority w:val="9"/>
    <w:rsid w:val="00A9242F"/>
    <w:rPr>
      <w:rFonts w:ascii="Calibri" w:eastAsia="Times New Roman" w:hAnsi="Calibri" w:cs="Times New Roman"/>
      <w:b/>
      <w:bCs/>
      <w:lang w:val="es-MX" w:eastAsia="es-MX"/>
    </w:rPr>
  </w:style>
  <w:style w:type="character" w:customStyle="1" w:styleId="Ttulo8Car">
    <w:name w:val="Título 8 Car"/>
    <w:basedOn w:val="Fuentedeprrafopredeter"/>
    <w:link w:val="Ttulo8"/>
    <w:uiPriority w:val="9"/>
    <w:rsid w:val="00A9242F"/>
    <w:rPr>
      <w:rFonts w:ascii="Times New Roman" w:eastAsia="Times New Roman" w:hAnsi="Times New Roman" w:cs="Times New Roman"/>
      <w:i/>
      <w:iCs/>
      <w:color w:val="00008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nexos,Puesto1"/>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nexos Car,Puesto1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Car Car, Car2,Car31"/>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Car Car Car, Car2 Car,Car31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Anexos Car1,Título1 Car1,Títulos Principales sin numeración Car2,Title Car2,Puesto1 Car2"/>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A9242F"/>
    <w:pPr>
      <w:widowControl w:val="0"/>
      <w:autoSpaceDE w:val="0"/>
      <w:autoSpaceDN w:val="0"/>
      <w:spacing w:after="0" w:line="240" w:lineRule="auto"/>
    </w:pPr>
    <w:rPr>
      <w:rFonts w:ascii="Arial" w:eastAsia="Arial" w:hAnsi="Arial" w:cs="Arial"/>
      <w:lang w:eastAsia="es-ES" w:bidi="es-ES"/>
    </w:rPr>
  </w:style>
  <w:style w:type="character" w:styleId="Hipervnculovisitado">
    <w:name w:val="FollowedHyperlink"/>
    <w:basedOn w:val="Fuentedeprrafopredeter"/>
    <w:uiPriority w:val="99"/>
    <w:unhideWhenUsed/>
    <w:rsid w:val="00A9242F"/>
    <w:rPr>
      <w:color w:val="800080"/>
      <w:u w:val="single"/>
    </w:rPr>
  </w:style>
  <w:style w:type="paragraph" w:customStyle="1" w:styleId="xl65">
    <w:name w:val="xl65"/>
    <w:basedOn w:val="Normal"/>
    <w:rsid w:val="00A9242F"/>
    <w:pPr>
      <w:pBdr>
        <w:top w:val="single" w:sz="4" w:space="0" w:color="979991"/>
        <w:left w:val="single" w:sz="4" w:space="0" w:color="979991"/>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66">
    <w:name w:val="xl66"/>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7">
    <w:name w:val="xl67"/>
    <w:basedOn w:val="Normal"/>
    <w:rsid w:val="00A9242F"/>
    <w:pPr>
      <w:pBdr>
        <w:top w:val="single" w:sz="4" w:space="0" w:color="979991"/>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8">
    <w:name w:val="xl68"/>
    <w:basedOn w:val="Normal"/>
    <w:rsid w:val="00A9242F"/>
    <w:pPr>
      <w:pBdr>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9">
    <w:name w:val="xl69"/>
    <w:basedOn w:val="Normal"/>
    <w:rsid w:val="00A9242F"/>
    <w:pPr>
      <w:pBdr>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70">
    <w:name w:val="xl70"/>
    <w:basedOn w:val="Normal"/>
    <w:rsid w:val="00A9242F"/>
    <w:pPr>
      <w:pBdr>
        <w:top w:val="single" w:sz="4" w:space="0" w:color="979991"/>
        <w:bottom w:val="single" w:sz="4" w:space="0" w:color="979991"/>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1">
    <w:name w:val="xl71"/>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2">
    <w:name w:val="xl72"/>
    <w:basedOn w:val="Normal"/>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73">
    <w:name w:val="xl73"/>
    <w:basedOn w:val="Normal"/>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4">
    <w:name w:val="xl74"/>
    <w:basedOn w:val="Normal"/>
    <w:rsid w:val="00A9242F"/>
    <w:pPr>
      <w:pBdr>
        <w:top w:val="single" w:sz="4" w:space="0" w:color="979991"/>
        <w:left w:val="single" w:sz="4" w:space="0" w:color="979991"/>
        <w:bottom w:val="single" w:sz="4" w:space="0" w:color="979991"/>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5">
    <w:name w:val="xl75"/>
    <w:basedOn w:val="Normal"/>
    <w:rsid w:val="00A9242F"/>
    <w:pPr>
      <w:pBdr>
        <w:top w:val="single" w:sz="4" w:space="0" w:color="auto"/>
        <w:left w:val="single" w:sz="4" w:space="0" w:color="auto"/>
        <w:bottom w:val="single" w:sz="4" w:space="0" w:color="auto"/>
        <w:right w:val="single" w:sz="4" w:space="0" w:color="auto"/>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6">
    <w:name w:val="xl76"/>
    <w:basedOn w:val="Normal"/>
    <w:rsid w:val="00A9242F"/>
    <w:pPr>
      <w:pBdr>
        <w:top w:val="single" w:sz="4" w:space="0" w:color="auto"/>
        <w:left w:val="single" w:sz="4" w:space="0" w:color="auto"/>
        <w:bottom w:val="single" w:sz="4" w:space="0" w:color="auto"/>
        <w:right w:val="single" w:sz="4" w:space="0" w:color="auto"/>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7">
    <w:name w:val="xl77"/>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8">
    <w:name w:val="xl78"/>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79">
    <w:name w:val="xl79"/>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0">
    <w:name w:val="xl80"/>
    <w:basedOn w:val="Normal"/>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81">
    <w:name w:val="xl81"/>
    <w:basedOn w:val="Normal"/>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82">
    <w:name w:val="xl82"/>
    <w:basedOn w:val="Normal"/>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center"/>
    </w:pPr>
    <w:rPr>
      <w:rFonts w:ascii="Times New Roman" w:eastAsia="Times New Roman" w:hAnsi="Times New Roman" w:cs="Times New Roman"/>
      <w:sz w:val="16"/>
      <w:szCs w:val="16"/>
      <w:lang w:eastAsia="es-ES"/>
    </w:rPr>
  </w:style>
  <w:style w:type="paragraph" w:customStyle="1" w:styleId="xl83">
    <w:name w:val="xl83"/>
    <w:basedOn w:val="Normal"/>
    <w:rsid w:val="00A9242F"/>
    <w:pPr>
      <w:pBdr>
        <w:top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4">
    <w:name w:val="xl84"/>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7">
    <w:name w:val="xl87"/>
    <w:basedOn w:val="Normal"/>
    <w:rsid w:val="00A9242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8">
    <w:name w:val="xl88"/>
    <w:basedOn w:val="Normal"/>
    <w:rsid w:val="00A9242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9">
    <w:name w:val="xl89"/>
    <w:basedOn w:val="Normal"/>
    <w:rsid w:val="00A9242F"/>
    <w:pPr>
      <w:pBdr>
        <w:bottom w:val="single" w:sz="4" w:space="0" w:color="979991"/>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character" w:customStyle="1" w:styleId="PuestoCar1">
    <w:name w:val="Puesto Car1"/>
    <w:aliases w:val="Title Char Car1,Títulos Principales sin numeración Car1"/>
    <w:locked/>
    <w:rsid w:val="00A9242F"/>
    <w:rPr>
      <w:rFonts w:ascii="Arial" w:hAnsi="Arial" w:cs="Arial"/>
      <w:b/>
      <w:sz w:val="24"/>
      <w:lang w:val="es-ES" w:eastAsia="es-ES"/>
    </w:rPr>
  </w:style>
  <w:style w:type="paragraph" w:styleId="Textoindependiente3">
    <w:name w:val="Body Text 3"/>
    <w:basedOn w:val="Normal"/>
    <w:link w:val="Textoindependiente3Car"/>
    <w:uiPriority w:val="99"/>
    <w:unhideWhenUsed/>
    <w:rsid w:val="00A9242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9242F"/>
    <w:rPr>
      <w:rFonts w:ascii="Times New Roman" w:eastAsia="Times New Roman" w:hAnsi="Times New Roman" w:cs="Times New Roman"/>
      <w:sz w:val="16"/>
      <w:szCs w:val="16"/>
      <w:lang w:eastAsia="es-ES"/>
    </w:rPr>
  </w:style>
  <w:style w:type="paragraph" w:customStyle="1" w:styleId="CarCarCar3">
    <w:name w:val="Car Car Car3"/>
    <w:basedOn w:val="Normal"/>
    <w:rsid w:val="00A9242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A9242F"/>
    <w:pPr>
      <w:spacing w:line="240" w:lineRule="exact"/>
    </w:pPr>
    <w:rPr>
      <w:rFonts w:ascii="Verdana" w:eastAsia="Times New Roman" w:hAnsi="Verdana" w:cs="Verdana"/>
      <w:sz w:val="20"/>
      <w:szCs w:val="20"/>
    </w:rPr>
  </w:style>
  <w:style w:type="character" w:customStyle="1" w:styleId="PredeterminadoCar">
    <w:name w:val="Predeterminado Car"/>
    <w:link w:val="Predeterminado"/>
    <w:locked/>
    <w:rsid w:val="00A9242F"/>
    <w:rPr>
      <w:szCs w:val="24"/>
      <w:lang w:val="es-ES" w:eastAsia="es-ES"/>
    </w:rPr>
  </w:style>
  <w:style w:type="paragraph" w:customStyle="1" w:styleId="Predeterminado">
    <w:name w:val="Predeterminado"/>
    <w:link w:val="PredeterminadoCar"/>
    <w:rsid w:val="00A9242F"/>
    <w:pPr>
      <w:autoSpaceDE w:val="0"/>
      <w:autoSpaceDN w:val="0"/>
      <w:adjustRightInd w:val="0"/>
      <w:spacing w:after="0" w:line="240" w:lineRule="auto"/>
    </w:pPr>
    <w:rPr>
      <w:szCs w:val="24"/>
      <w:lang w:val="es-ES" w:eastAsia="es-ES"/>
    </w:rPr>
  </w:style>
  <w:style w:type="paragraph" w:customStyle="1" w:styleId="western">
    <w:name w:val="western"/>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0">
    <w:name w:val="CM40"/>
    <w:basedOn w:val="Default"/>
    <w:next w:val="Default"/>
    <w:uiPriority w:val="99"/>
    <w:rsid w:val="00A9242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A9242F"/>
    <w:pPr>
      <w:spacing w:after="324"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A9242F"/>
    <w:pPr>
      <w:spacing w:before="100" w:beforeAutospacing="1" w:after="100" w:afterAutospacing="1" w:line="240" w:lineRule="auto"/>
    </w:pPr>
    <w:rPr>
      <w:rFonts w:ascii="Arial" w:eastAsia="Times New Roman" w:hAnsi="Arial" w:cs="Arial"/>
      <w:sz w:val="16"/>
      <w:szCs w:val="16"/>
      <w:lang w:eastAsia="es-CO"/>
    </w:rPr>
  </w:style>
  <w:style w:type="paragraph" w:customStyle="1" w:styleId="xl90">
    <w:name w:val="xl90"/>
    <w:basedOn w:val="Normal"/>
    <w:rsid w:val="00A9242F"/>
    <w:pP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1">
    <w:name w:val="xl91"/>
    <w:basedOn w:val="Normal"/>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2">
    <w:name w:val="xl92"/>
    <w:basedOn w:val="Normal"/>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3">
    <w:name w:val="xl93"/>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4">
    <w:name w:val="xl94"/>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95">
    <w:name w:val="xl95"/>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6">
    <w:name w:val="xl96"/>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7">
    <w:name w:val="xl97"/>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8">
    <w:name w:val="xl98"/>
    <w:basedOn w:val="Normal"/>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xl99">
    <w:name w:val="xl99"/>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0">
    <w:name w:val="xl100"/>
    <w:basedOn w:val="Normal"/>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1">
    <w:name w:val="xl101"/>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2">
    <w:name w:val="xl102"/>
    <w:basedOn w:val="Normal"/>
    <w:rsid w:val="00A924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3">
    <w:name w:val="xl103"/>
    <w:basedOn w:val="Normal"/>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pPr>
    <w:rPr>
      <w:rFonts w:ascii="Arial" w:eastAsia="Times New Roman" w:hAnsi="Arial" w:cs="Arial"/>
      <w:sz w:val="16"/>
      <w:szCs w:val="16"/>
      <w:lang w:eastAsia="es-CO"/>
    </w:rPr>
  </w:style>
  <w:style w:type="paragraph" w:customStyle="1" w:styleId="xl104">
    <w:name w:val="xl104"/>
    <w:basedOn w:val="Normal"/>
    <w:rsid w:val="00A9242F"/>
    <w:pPr>
      <w:pBdr>
        <w:top w:val="single" w:sz="4" w:space="0" w:color="auto"/>
        <w:left w:val="single" w:sz="8" w:space="0" w:color="auto"/>
        <w:bottom w:val="single" w:sz="8"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A9242F"/>
    <w:pPr>
      <w:pBdr>
        <w:top w:val="single" w:sz="4" w:space="0" w:color="auto"/>
        <w:left w:val="single" w:sz="4" w:space="0" w:color="auto"/>
        <w:bottom w:val="single" w:sz="8"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6">
    <w:name w:val="xl106"/>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7">
    <w:name w:val="xl107"/>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rsid w:val="00A9242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9">
    <w:name w:val="xl109"/>
    <w:basedOn w:val="Normal"/>
    <w:rsid w:val="00A9242F"/>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CM42">
    <w:name w:val="CM42"/>
    <w:basedOn w:val="Default"/>
    <w:next w:val="Default"/>
    <w:uiPriority w:val="99"/>
    <w:rsid w:val="00A9242F"/>
    <w:pPr>
      <w:suppressAutoHyphens w:val="0"/>
      <w:autoSpaceDN w:val="0"/>
      <w:adjustRightInd w:val="0"/>
    </w:pPr>
    <w:rPr>
      <w:rFonts w:ascii="Arial" w:hAnsi="Arial" w:cs="Arial"/>
      <w:color w:val="auto"/>
      <w:lang w:eastAsia="es-CO"/>
    </w:rPr>
  </w:style>
  <w:style w:type="paragraph" w:customStyle="1" w:styleId="xl110">
    <w:name w:val="xl110"/>
    <w:basedOn w:val="Normal"/>
    <w:rsid w:val="00A9242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4"/>
      <w:szCs w:val="24"/>
      <w:lang w:eastAsia="es-CO"/>
    </w:rPr>
  </w:style>
  <w:style w:type="paragraph" w:customStyle="1" w:styleId="xl111">
    <w:name w:val="xl111"/>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2">
    <w:name w:val="xl112"/>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4">
    <w:name w:val="xl114"/>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5">
    <w:name w:val="xl115"/>
    <w:basedOn w:val="Normal"/>
    <w:rsid w:val="00A9242F"/>
    <w:pP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rsid w:val="00A9242F"/>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7">
    <w:name w:val="xl117"/>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8">
    <w:name w:val="xl118"/>
    <w:basedOn w:val="Normal"/>
    <w:rsid w:val="00A9242F"/>
    <w:pPr>
      <w:pBdr>
        <w:top w:val="single" w:sz="4" w:space="0" w:color="auto"/>
        <w:left w:val="single" w:sz="4" w:space="0" w:color="auto"/>
        <w:bottom w:val="single" w:sz="4" w:space="0" w:color="auto"/>
        <w:right w:val="single" w:sz="4" w:space="0" w:color="auto"/>
      </w:pBdr>
      <w:shd w:val="clear" w:color="auto" w:fill="FAC090"/>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19">
    <w:name w:val="xl119"/>
    <w:basedOn w:val="Normal"/>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lang w:eastAsia="es-CO"/>
    </w:rPr>
  </w:style>
  <w:style w:type="paragraph" w:customStyle="1" w:styleId="xl120">
    <w:name w:val="xl120"/>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1">
    <w:name w:val="xl121"/>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3">
    <w:name w:val="xl123"/>
    <w:basedOn w:val="Normal"/>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4">
    <w:name w:val="xl124"/>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25">
    <w:name w:val="xl125"/>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lang w:eastAsia="es-CO"/>
    </w:rPr>
  </w:style>
  <w:style w:type="paragraph" w:customStyle="1" w:styleId="xl127">
    <w:name w:val="xl127"/>
    <w:basedOn w:val="Normal"/>
    <w:rsid w:val="00A9242F"/>
    <w:pPr>
      <w:shd w:val="clear" w:color="auto" w:fill="FFFFFF"/>
      <w:spacing w:before="100" w:beforeAutospacing="1" w:after="100" w:afterAutospacing="1" w:line="240" w:lineRule="auto"/>
      <w:jc w:val="right"/>
    </w:pPr>
    <w:rPr>
      <w:rFonts w:ascii="Arial" w:eastAsia="Times New Roman" w:hAnsi="Arial" w:cs="Arial"/>
      <w:b/>
      <w:bCs/>
      <w:lang w:eastAsia="es-CO"/>
    </w:rPr>
  </w:style>
  <w:style w:type="paragraph" w:customStyle="1" w:styleId="xl128">
    <w:name w:val="xl128"/>
    <w:basedOn w:val="Normal"/>
    <w:rsid w:val="00A9242F"/>
    <w:pPr>
      <w:spacing w:before="100" w:beforeAutospacing="1" w:after="100" w:afterAutospacing="1" w:line="240" w:lineRule="auto"/>
      <w:jc w:val="right"/>
    </w:pPr>
    <w:rPr>
      <w:rFonts w:ascii="Arial" w:eastAsia="Times New Roman" w:hAnsi="Arial" w:cs="Arial"/>
      <w:b/>
      <w:bCs/>
      <w:lang w:eastAsia="es-CO"/>
    </w:rPr>
  </w:style>
  <w:style w:type="paragraph" w:customStyle="1" w:styleId="xl129">
    <w:name w:val="xl129"/>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0">
    <w:name w:val="xl130"/>
    <w:basedOn w:val="Normal"/>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1">
    <w:name w:val="xl131"/>
    <w:basedOn w:val="Normal"/>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lang w:eastAsia="es-CO"/>
    </w:rPr>
  </w:style>
  <w:style w:type="paragraph" w:customStyle="1" w:styleId="xl132">
    <w:name w:val="xl132"/>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CO"/>
    </w:rPr>
  </w:style>
  <w:style w:type="paragraph" w:customStyle="1" w:styleId="xl133">
    <w:name w:val="xl133"/>
    <w:basedOn w:val="Normal"/>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lang w:eastAsia="es-CO"/>
    </w:rPr>
  </w:style>
  <w:style w:type="paragraph" w:customStyle="1" w:styleId="DecimalAligned">
    <w:name w:val="Decimal Aligned"/>
    <w:basedOn w:val="Normal"/>
    <w:uiPriority w:val="40"/>
    <w:qFormat/>
    <w:rsid w:val="00A9242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A9242F"/>
    <w:pPr>
      <w:suppressAutoHyphens w:val="0"/>
      <w:autoSpaceDN w:val="0"/>
      <w:adjustRightInd w:val="0"/>
      <w:spacing w:line="273" w:lineRule="atLeast"/>
    </w:pPr>
    <w:rPr>
      <w:rFonts w:ascii="Arial" w:eastAsia="Times New Roman" w:hAnsi="Arial" w:cs="Arial"/>
      <w:color w:val="auto"/>
      <w:lang w:eastAsia="es-CO"/>
    </w:rPr>
  </w:style>
  <w:style w:type="paragraph" w:customStyle="1" w:styleId="1">
    <w:name w:val="1"/>
    <w:basedOn w:val="Normal"/>
    <w:next w:val="Normal"/>
    <w:uiPriority w:val="99"/>
    <w:qFormat/>
    <w:rsid w:val="00A9242F"/>
    <w:pPr>
      <w:spacing w:after="0" w:line="240" w:lineRule="auto"/>
      <w:jc w:val="center"/>
    </w:pPr>
    <w:rPr>
      <w:rFonts w:ascii="Arial" w:eastAsia="Times New Roman" w:hAnsi="Arial" w:cs="Times New Roman"/>
      <w:b/>
      <w:sz w:val="24"/>
      <w:szCs w:val="20"/>
      <w:lang w:eastAsia="es-ES"/>
    </w:rPr>
  </w:style>
  <w:style w:type="paragraph" w:customStyle="1" w:styleId="xl63">
    <w:name w:val="xl63"/>
    <w:basedOn w:val="Normal"/>
    <w:rsid w:val="00A924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msonormal">
    <w:name w:val="x_msonormal"/>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sutil">
    <w:name w:val="Subtle Emphasis"/>
    <w:uiPriority w:val="19"/>
    <w:qFormat/>
    <w:rsid w:val="00A9242F"/>
    <w:rPr>
      <w:rFonts w:ascii="Times New Roman" w:eastAsia="Times New Roman" w:hAnsi="Times New Roman" w:cs="Times New Roman" w:hint="default"/>
      <w:bCs w:val="0"/>
      <w:i/>
      <w:iCs/>
      <w:color w:val="808080"/>
      <w:szCs w:val="22"/>
      <w:lang w:val="es-ES"/>
    </w:rPr>
  </w:style>
  <w:style w:type="character" w:customStyle="1" w:styleId="gralsubtitulos">
    <w:name w:val="gralsubtitulos"/>
    <w:basedOn w:val="Fuentedeprrafopredeter"/>
    <w:rsid w:val="00A9242F"/>
  </w:style>
  <w:style w:type="character" w:customStyle="1" w:styleId="st">
    <w:name w:val="st"/>
    <w:basedOn w:val="Fuentedeprrafopredeter"/>
    <w:rsid w:val="00A9242F"/>
  </w:style>
  <w:style w:type="character" w:customStyle="1" w:styleId="titular2">
    <w:name w:val="titular2"/>
    <w:basedOn w:val="Fuentedeprrafopredeter"/>
    <w:rsid w:val="00A9242F"/>
  </w:style>
  <w:style w:type="paragraph" w:customStyle="1" w:styleId="WW-Sangra3detindependiente">
    <w:name w:val="WW-Sangría 3 de t. independiente"/>
    <w:basedOn w:val="Normal"/>
    <w:rsid w:val="00A9242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A9242F"/>
    <w:rPr>
      <w:rFonts w:ascii="Arial" w:eastAsia="Calibri" w:hAnsi="Arial" w:cs="Arial"/>
      <w:sz w:val="24"/>
      <w:szCs w:val="24"/>
      <w:lang w:eastAsia="es-ES"/>
    </w:rPr>
  </w:style>
  <w:style w:type="paragraph" w:customStyle="1" w:styleId="arial">
    <w:name w:val="arial"/>
    <w:basedOn w:val="Normal"/>
    <w:link w:val="arialCar"/>
    <w:rsid w:val="00A9242F"/>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A9242F"/>
    <w:rPr>
      <w:rFonts w:asciiTheme="majorHAnsi" w:eastAsiaTheme="majorEastAsia" w:hAnsiTheme="majorHAnsi" w:cstheme="majorBidi"/>
      <w:color w:val="2E74B5" w:themeColor="accent1" w:themeShade="BF"/>
      <w:sz w:val="32"/>
      <w:szCs w:val="32"/>
      <w:lang w:eastAsia="es-ES"/>
    </w:rPr>
  </w:style>
  <w:style w:type="character" w:customStyle="1" w:styleId="vortalspan">
    <w:name w:val="vortalspan"/>
    <w:basedOn w:val="Fuentedeprrafopredeter"/>
    <w:rsid w:val="00A9242F"/>
  </w:style>
  <w:style w:type="paragraph" w:customStyle="1" w:styleId="rtejustify">
    <w:name w:val="rtejustify"/>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rsid w:val="00A9242F"/>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9242F"/>
    <w:rPr>
      <w:rFonts w:ascii="Times New Roman" w:eastAsia="Times New Roman" w:hAnsi="Times New Roman" w:cs="Times New Roman"/>
      <w:sz w:val="16"/>
      <w:szCs w:val="16"/>
      <w:lang w:val="es-MX" w:eastAsia="es-MX"/>
    </w:rPr>
  </w:style>
  <w:style w:type="paragraph" w:customStyle="1" w:styleId="titulo">
    <w:name w:val="titulo"/>
    <w:basedOn w:val="Normal"/>
    <w:rsid w:val="00A9242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A9242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A9242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A9242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
    <w:name w:val="Table Normal"/>
    <w:uiPriority w:val="2"/>
    <w:semiHidden/>
    <w:unhideWhenUsed/>
    <w:qFormat/>
    <w:rsid w:val="008F24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uerpodetexto">
    <w:name w:val="Cuerpo de texto"/>
    <w:basedOn w:val="Predeterminado"/>
    <w:rsid w:val="009F3308"/>
    <w:pPr>
      <w:tabs>
        <w:tab w:val="center" w:pos="4512"/>
        <w:tab w:val="left" w:pos="7088"/>
      </w:tabs>
      <w:jc w:val="center"/>
    </w:pPr>
    <w:rPr>
      <w:rFonts w:ascii="Univers" w:eastAsia="Times New Roman" w:hAnsi="Univers" w:cs="Times New Roman"/>
      <w:b/>
      <w:bCs/>
      <w:color w:val="800000"/>
      <w:szCs w:val="22"/>
    </w:rPr>
  </w:style>
  <w:style w:type="character" w:customStyle="1" w:styleId="Ttulo7Car">
    <w:name w:val="Título 7 Car"/>
    <w:aliases w:val=" Car Car1"/>
    <w:basedOn w:val="Fuentedeprrafopredeter"/>
    <w:link w:val="Ttulo7"/>
    <w:uiPriority w:val="9"/>
    <w:rsid w:val="00DB1E9B"/>
    <w:rPr>
      <w:rFonts w:ascii="Times New Roman" w:eastAsia="Times New Roman" w:hAnsi="Times New Roman" w:cs="Times New Roman"/>
      <w:sz w:val="24"/>
      <w:szCs w:val="24"/>
      <w:lang w:eastAsia="es-ES"/>
    </w:rPr>
  </w:style>
  <w:style w:type="character" w:customStyle="1" w:styleId="Ttulo9Car">
    <w:name w:val="Título 9 Car"/>
    <w:basedOn w:val="Fuentedeprrafopredeter"/>
    <w:link w:val="Ttulo9"/>
    <w:uiPriority w:val="9"/>
    <w:rsid w:val="00DB1E9B"/>
    <w:rPr>
      <w:rFonts w:ascii="Arial" w:eastAsia="Times New Roman" w:hAnsi="Arial" w:cs="Times New Roman"/>
      <w:lang w:eastAsia="es-ES"/>
    </w:rPr>
  </w:style>
  <w:style w:type="character" w:customStyle="1" w:styleId="ilad">
    <w:name w:val="il_ad"/>
    <w:rsid w:val="00DB1E9B"/>
  </w:style>
  <w:style w:type="paragraph" w:styleId="Lista">
    <w:name w:val="List"/>
    <w:basedOn w:val="Normal"/>
    <w:uiPriority w:val="99"/>
    <w:rsid w:val="00DB1E9B"/>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DB1E9B"/>
    <w:pPr>
      <w:spacing w:after="0" w:line="240" w:lineRule="auto"/>
      <w:ind w:left="720"/>
      <w:contextualSpacing/>
    </w:pPr>
    <w:rPr>
      <w:rFonts w:ascii="Times New Roman" w:eastAsia="Times New Roman" w:hAnsi="Times New Roman" w:cs="Times New Roman"/>
      <w:sz w:val="24"/>
      <w:szCs w:val="24"/>
      <w:lang w:eastAsia="es-ES"/>
    </w:rPr>
  </w:style>
  <w:style w:type="table" w:styleId="Tablaconcuadrculaclara">
    <w:name w:val="Grid Table Light"/>
    <w:basedOn w:val="Tablanormal"/>
    <w:uiPriority w:val="40"/>
    <w:rsid w:val="00DB1E9B"/>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6concolores1">
    <w:name w:val="Tabla de cuadrícula 6 con colores1"/>
    <w:basedOn w:val="Tablanormal"/>
    <w:uiPriority w:val="51"/>
    <w:rsid w:val="00DB1E9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enter">
    <w:name w:val="center"/>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DB1E9B"/>
  </w:style>
  <w:style w:type="table" w:customStyle="1" w:styleId="TableNormal1">
    <w:name w:val="Table Normal1"/>
    <w:uiPriority w:val="2"/>
    <w:semiHidden/>
    <w:unhideWhenUsed/>
    <w:qFormat/>
    <w:rsid w:val="00DB1E9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B1E9B"/>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B1E9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lsica2">
    <w:name w:val="Table Classic 2"/>
    <w:basedOn w:val="Tablanormal"/>
    <w:rsid w:val="00DB1E9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B1E9B"/>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DB1E9B"/>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3">
    <w:name w:val="List 3"/>
    <w:basedOn w:val="Normal"/>
    <w:uiPriority w:val="99"/>
    <w:rsid w:val="00DB1E9B"/>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DB1E9B"/>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rsid w:val="00DB1E9B"/>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B1E9B"/>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B1E9B"/>
    <w:rPr>
      <w:rFonts w:ascii="Times New Roman" w:eastAsia="Times New Roman" w:hAnsi="Times New Roman" w:cs="Times New Roman"/>
      <w:sz w:val="24"/>
      <w:szCs w:val="24"/>
      <w:lang w:eastAsia="es-ES"/>
    </w:rPr>
  </w:style>
  <w:style w:type="paragraph" w:styleId="Listaconvietas">
    <w:name w:val="List Bullet"/>
    <w:basedOn w:val="Normal"/>
    <w:uiPriority w:val="99"/>
    <w:rsid w:val="00DB1E9B"/>
    <w:pPr>
      <w:numPr>
        <w:numId w:val="3"/>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DB1E9B"/>
    <w:pPr>
      <w:numPr>
        <w:numId w:val="4"/>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rsid w:val="00DB1E9B"/>
    <w:pPr>
      <w:numPr>
        <w:numId w:val="5"/>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DB1E9B"/>
    <w:pPr>
      <w:numPr>
        <w:numId w:val="6"/>
      </w:numPr>
      <w:tabs>
        <w:tab w:val="clear" w:pos="1209"/>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rsid w:val="00DB1E9B"/>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rsid w:val="00DB1E9B"/>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B1E9B"/>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DB1E9B"/>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B1E9B"/>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DB1E9B"/>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DB1E9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B1E9B"/>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B1E9B"/>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DB1E9B"/>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WW-Textoindependiente3">
    <w:name w:val="WW-Texto independiente 3"/>
    <w:basedOn w:val="Predeterminado"/>
    <w:rsid w:val="00DB1E9B"/>
    <w:pPr>
      <w:tabs>
        <w:tab w:val="left" w:pos="0"/>
      </w:tabs>
      <w:jc w:val="both"/>
    </w:pPr>
    <w:rPr>
      <w:rFonts w:ascii="Century Gothic" w:eastAsia="Times New Roman" w:hAnsi="Century Gothic" w:cs="Times New Roman"/>
      <w:sz w:val="18"/>
      <w:szCs w:val="18"/>
    </w:rPr>
  </w:style>
  <w:style w:type="paragraph" w:customStyle="1" w:styleId="WW-Textoindependiente2">
    <w:name w:val="WW-Texto independiente 2"/>
    <w:basedOn w:val="Predeterminado"/>
    <w:rsid w:val="00DB1E9B"/>
    <w:pPr>
      <w:tabs>
        <w:tab w:val="center" w:pos="4512"/>
        <w:tab w:val="left" w:pos="7088"/>
      </w:tabs>
      <w:jc w:val="center"/>
    </w:pPr>
    <w:rPr>
      <w:rFonts w:ascii="Century Gothic" w:eastAsia="Times New Roman" w:hAnsi="Century Gothic" w:cs="Times New Roman"/>
      <w:szCs w:val="22"/>
    </w:rPr>
  </w:style>
  <w:style w:type="paragraph" w:styleId="Textodebloque">
    <w:name w:val="Block Text"/>
    <w:basedOn w:val="Normal"/>
    <w:rsid w:val="00DB1E9B"/>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B1E9B"/>
    <w:pPr>
      <w:keepNext/>
      <w:numPr>
        <w:ilvl w:val="2"/>
      </w:numPr>
      <w:tabs>
        <w:tab w:val="left" w:pos="4820"/>
        <w:tab w:val="left" w:pos="9356"/>
      </w:tabs>
      <w:ind w:left="4820" w:hanging="4820"/>
      <w:outlineLvl w:val="2"/>
    </w:pPr>
    <w:rPr>
      <w:rFonts w:ascii="Univers" w:eastAsia="Times New Roman" w:hAnsi="Univers" w:cs="Times New Roman"/>
      <w:b/>
      <w:color w:val="008080"/>
    </w:rPr>
  </w:style>
  <w:style w:type="paragraph" w:customStyle="1" w:styleId="Encabezado2">
    <w:name w:val="Encabezado 2"/>
    <w:basedOn w:val="Predeterminado"/>
    <w:next w:val="Predeterminado"/>
    <w:rsid w:val="00DB1E9B"/>
    <w:pPr>
      <w:keepNext/>
      <w:numPr>
        <w:ilvl w:val="1"/>
      </w:numPr>
      <w:outlineLvl w:val="1"/>
    </w:pPr>
    <w:rPr>
      <w:rFonts w:ascii="Times New Roman" w:eastAsia="Times New Roman" w:hAnsi="Times New Roman" w:cs="Times New Roman"/>
      <w:b/>
      <w:sz w:val="20"/>
    </w:rPr>
  </w:style>
  <w:style w:type="paragraph" w:customStyle="1" w:styleId="Cuerpodetextoconsangra">
    <w:name w:val="Cuerpo de texto con sangría"/>
    <w:basedOn w:val="Predeterminado"/>
    <w:rsid w:val="00DB1E9B"/>
    <w:pPr>
      <w:tabs>
        <w:tab w:val="left" w:pos="1134"/>
        <w:tab w:val="left" w:pos="1719"/>
        <w:tab w:val="left" w:pos="2727"/>
      </w:tabs>
      <w:ind w:left="567" w:firstLine="1"/>
      <w:jc w:val="both"/>
    </w:pPr>
    <w:rPr>
      <w:rFonts w:ascii="Century Gothic" w:eastAsia="Times New Roman" w:hAnsi="Century Gothic" w:cs="Times New Roman"/>
      <w:sz w:val="20"/>
    </w:rPr>
  </w:style>
  <w:style w:type="paragraph" w:styleId="Cierre">
    <w:name w:val="Closing"/>
    <w:basedOn w:val="Normal"/>
    <w:link w:val="CierreCar"/>
    <w:rsid w:val="00DB1E9B"/>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DB1E9B"/>
    <w:rPr>
      <w:rFonts w:ascii="Times New Roman" w:eastAsia="Times New Roman" w:hAnsi="Times New Roman" w:cs="Times New Roman"/>
      <w:sz w:val="20"/>
      <w:szCs w:val="24"/>
      <w:lang w:eastAsia="es-ES"/>
    </w:rPr>
  </w:style>
  <w:style w:type="paragraph" w:customStyle="1" w:styleId="ListaCC">
    <w:name w:val="Lista CC."/>
    <w:basedOn w:val="Normal"/>
    <w:rsid w:val="00DB1E9B"/>
    <w:pPr>
      <w:spacing w:after="0" w:line="240" w:lineRule="auto"/>
    </w:pPr>
    <w:rPr>
      <w:rFonts w:ascii="Times New Roman" w:eastAsia="Times New Roman" w:hAnsi="Times New Roman" w:cs="Times New Roman"/>
      <w:sz w:val="20"/>
      <w:szCs w:val="24"/>
      <w:lang w:eastAsia="es-ES"/>
    </w:rPr>
  </w:style>
  <w:style w:type="paragraph" w:styleId="Textosinformato">
    <w:name w:val="Plain Text"/>
    <w:basedOn w:val="Normal"/>
    <w:link w:val="TextosinformatoCar"/>
    <w:rsid w:val="00DB1E9B"/>
    <w:pPr>
      <w:spacing w:after="0" w:line="240" w:lineRule="auto"/>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DB1E9B"/>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DB1E9B"/>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DB1E9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DB1E9B"/>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DB1E9B"/>
    <w:rPr>
      <w:rFonts w:ascii="Arial" w:eastAsia="Times New Roman" w:hAnsi="Arial" w:cs="Times New Roman"/>
      <w:b/>
      <w:sz w:val="32"/>
      <w:szCs w:val="24"/>
      <w:lang w:eastAsia="es-ES"/>
    </w:rPr>
  </w:style>
  <w:style w:type="paragraph" w:customStyle="1" w:styleId="03dash">
    <w:name w:val="03 dash"/>
    <w:basedOn w:val="Normal"/>
    <w:rsid w:val="00DB1E9B"/>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DB1E9B"/>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DB1E9B"/>
    <w:pPr>
      <w:tabs>
        <w:tab w:val="num" w:pos="1701"/>
      </w:tabs>
      <w:spacing w:after="60" w:line="240" w:lineRule="auto"/>
      <w:ind w:left="1701" w:hanging="567"/>
      <w:jc w:val="both"/>
    </w:pPr>
    <w:rPr>
      <w:rFonts w:ascii="Arial" w:eastAsia="Times New Roman" w:hAnsi="Arial" w:cs="Times New Roman"/>
      <w:sz w:val="24"/>
      <w:szCs w:val="20"/>
      <w:lang w:eastAsia="es-ES"/>
    </w:rPr>
  </w:style>
  <w:style w:type="paragraph" w:customStyle="1" w:styleId="60exhnormal">
    <w:name w:val="60 exh normal"/>
    <w:basedOn w:val="Normal"/>
    <w:rsid w:val="00DB1E9B"/>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DB1E9B"/>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B1E9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eastAsia="es-ES"/>
    </w:rPr>
  </w:style>
  <w:style w:type="paragraph" w:customStyle="1" w:styleId="Normalt">
    <w:name w:val="Normalt"/>
    <w:basedOn w:val="Normal"/>
    <w:rsid w:val="00DB1E9B"/>
    <w:pPr>
      <w:widowControl w:val="0"/>
      <w:spacing w:after="240" w:line="240" w:lineRule="auto"/>
    </w:pPr>
    <w:rPr>
      <w:rFonts w:ascii="Times" w:eastAsia="Times New Roman" w:hAnsi="Times" w:cs="Times New Roman"/>
      <w:szCs w:val="24"/>
      <w:lang w:eastAsia="es-ES"/>
    </w:rPr>
  </w:style>
  <w:style w:type="paragraph" w:customStyle="1" w:styleId="Textosinformato1">
    <w:name w:val="Texto sin formato1"/>
    <w:basedOn w:val="Normal"/>
    <w:rsid w:val="00DB1E9B"/>
    <w:pPr>
      <w:spacing w:after="0" w:line="240" w:lineRule="auto"/>
    </w:pPr>
    <w:rPr>
      <w:rFonts w:ascii="Courier New" w:eastAsia="Times New Roman" w:hAnsi="Courier New" w:cs="Times New Roman"/>
      <w:sz w:val="20"/>
      <w:szCs w:val="20"/>
      <w:lang w:eastAsia="es-ES"/>
    </w:rPr>
  </w:style>
  <w:style w:type="paragraph" w:customStyle="1" w:styleId="Textodebloque1">
    <w:name w:val="Texto de bloque1"/>
    <w:basedOn w:val="Normal"/>
    <w:rsid w:val="00DB1E9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xl24">
    <w:name w:val="xl24"/>
    <w:basedOn w:val="Normal"/>
    <w:rsid w:val="00DB1E9B"/>
    <w:pPr>
      <w:spacing w:before="100" w:beforeAutospacing="1" w:after="100" w:afterAutospacing="1" w:line="240" w:lineRule="auto"/>
    </w:pPr>
    <w:rPr>
      <w:rFonts w:ascii="Arial" w:eastAsia="Arial Unicode MS" w:hAnsi="Arial" w:cs="Arial"/>
      <w:sz w:val="24"/>
      <w:szCs w:val="24"/>
      <w:lang w:eastAsia="es-ES"/>
    </w:rPr>
  </w:style>
  <w:style w:type="paragraph" w:customStyle="1" w:styleId="xl25">
    <w:name w:val="xl25"/>
    <w:basedOn w:val="Normal"/>
    <w:rsid w:val="00DB1E9B"/>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6">
    <w:name w:val="xl26"/>
    <w:basedOn w:val="Normal"/>
    <w:rsid w:val="00DB1E9B"/>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7">
    <w:name w:val="xl27"/>
    <w:basedOn w:val="Normal"/>
    <w:rsid w:val="00DB1E9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8">
    <w:name w:val="xl28"/>
    <w:basedOn w:val="Normal"/>
    <w:rsid w:val="00DB1E9B"/>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29">
    <w:name w:val="xl29"/>
    <w:basedOn w:val="Normal"/>
    <w:rsid w:val="00DB1E9B"/>
    <w:pP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0">
    <w:name w:val="xl30"/>
    <w:basedOn w:val="Normal"/>
    <w:rsid w:val="00DB1E9B"/>
    <w:pPr>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1">
    <w:name w:val="xl31"/>
    <w:basedOn w:val="Normal"/>
    <w:rsid w:val="00DB1E9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2">
    <w:name w:val="xl32"/>
    <w:basedOn w:val="Normal"/>
    <w:rsid w:val="00DB1E9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3">
    <w:name w:val="xl3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4">
    <w:name w:val="xl3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5">
    <w:name w:val="xl3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37">
    <w:name w:val="xl3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38">
    <w:name w:val="xl3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DB1E9B"/>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40">
    <w:name w:val="xl4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41">
    <w:name w:val="xl4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eastAsia="es-ES"/>
    </w:rPr>
  </w:style>
  <w:style w:type="paragraph" w:customStyle="1" w:styleId="marta3">
    <w:name w:val="marta 3"/>
    <w:basedOn w:val="Normal"/>
    <w:rsid w:val="00DB1E9B"/>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B1E9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B1E9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DB1E9B"/>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DB1E9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har81">
    <w:name w:val="Char81"/>
    <w:basedOn w:val="Normal"/>
    <w:uiPriority w:val="99"/>
    <w:rsid w:val="00DB1E9B"/>
    <w:pPr>
      <w:spacing w:line="240" w:lineRule="exact"/>
    </w:pPr>
    <w:rPr>
      <w:rFonts w:ascii="Verdana" w:eastAsia="Times New Roman" w:hAnsi="Verdana" w:cs="Verdana"/>
      <w:sz w:val="20"/>
      <w:szCs w:val="20"/>
    </w:rPr>
  </w:style>
  <w:style w:type="character" w:customStyle="1" w:styleId="texttiny">
    <w:name w:val="texttiny"/>
    <w:basedOn w:val="Fuentedeprrafopredeter"/>
    <w:rsid w:val="00DB1E9B"/>
  </w:style>
  <w:style w:type="character" w:customStyle="1" w:styleId="i5">
    <w:name w:val="i5"/>
    <w:basedOn w:val="Fuentedeprrafopredeter"/>
    <w:rsid w:val="00DB1E9B"/>
  </w:style>
  <w:style w:type="paragraph" w:customStyle="1" w:styleId="MARITZA6">
    <w:name w:val="MARITZA6"/>
    <w:basedOn w:val="Normal"/>
    <w:rsid w:val="00DB1E9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B1E9B"/>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rsid w:val="00DB1E9B"/>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rsid w:val="00DB1E9B"/>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rsid w:val="00DB1E9B"/>
    <w:rPr>
      <w:rFonts w:ascii="Arial" w:eastAsia="Times New Roman" w:hAnsi="Arial" w:cs="Times New Roman"/>
      <w:vanish/>
      <w:sz w:val="16"/>
      <w:szCs w:val="16"/>
      <w:lang w:eastAsia="es-ES"/>
    </w:rPr>
  </w:style>
  <w:style w:type="character" w:customStyle="1" w:styleId="blub121">
    <w:name w:val="blub121"/>
    <w:rsid w:val="00DB1E9B"/>
    <w:rPr>
      <w:rFonts w:ascii="Arial" w:hAnsi="Arial" w:cs="Arial" w:hint="default"/>
      <w:b/>
      <w:bCs/>
      <w:color w:val="333399"/>
      <w:sz w:val="18"/>
      <w:szCs w:val="18"/>
    </w:rPr>
  </w:style>
  <w:style w:type="paragraph" w:customStyle="1" w:styleId="BodyText21">
    <w:name w:val="Body Text 21"/>
    <w:basedOn w:val="Normal"/>
    <w:rsid w:val="00DB1E9B"/>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B1E9B"/>
    <w:rPr>
      <w:vanish/>
      <w:webHidden w:val="0"/>
    </w:rPr>
  </w:style>
  <w:style w:type="character" w:customStyle="1" w:styleId="CarCar6">
    <w:name w:val="Car Car6"/>
    <w:rsid w:val="00DB1E9B"/>
    <w:rPr>
      <w:sz w:val="24"/>
      <w:szCs w:val="24"/>
      <w:lang w:val="es-CO" w:eastAsia="es-ES" w:bidi="ar-SA"/>
    </w:rPr>
  </w:style>
  <w:style w:type="paragraph" w:customStyle="1" w:styleId="BodyText22">
    <w:name w:val="Body Text 22"/>
    <w:basedOn w:val="Normal"/>
    <w:rsid w:val="00DB1E9B"/>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B1E9B"/>
    <w:rPr>
      <w:rFonts w:ascii="Verdana" w:hAnsi="Verdana" w:hint="default"/>
      <w:color w:val="223344"/>
      <w:sz w:val="20"/>
      <w:szCs w:val="20"/>
    </w:rPr>
  </w:style>
  <w:style w:type="character" w:customStyle="1" w:styleId="piproductsdesattvalue">
    <w:name w:val="piproductsdesattvalue"/>
    <w:rsid w:val="00DB1E9B"/>
    <w:rPr>
      <w:rFonts w:ascii="Verdana" w:hAnsi="Verdana" w:hint="default"/>
      <w:color w:val="000000"/>
      <w:sz w:val="20"/>
      <w:szCs w:val="20"/>
    </w:rPr>
  </w:style>
  <w:style w:type="character" w:customStyle="1" w:styleId="piproductsdesattbatterytype">
    <w:name w:val="piproductsdesattbatterytype"/>
    <w:rsid w:val="00DB1E9B"/>
    <w:rPr>
      <w:rFonts w:ascii="Verdana" w:hAnsi="Verdana" w:hint="default"/>
      <w:b/>
      <w:bCs/>
      <w:color w:val="592413"/>
      <w:sz w:val="20"/>
      <w:szCs w:val="20"/>
    </w:rPr>
  </w:style>
  <w:style w:type="paragraph" w:customStyle="1" w:styleId="Textoindependiente31">
    <w:name w:val="Texto independiente 31"/>
    <w:basedOn w:val="Normal"/>
    <w:rsid w:val="00DB1E9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DB1E9B"/>
  </w:style>
  <w:style w:type="paragraph" w:customStyle="1" w:styleId="Estndar">
    <w:name w:val="Estándar"/>
    <w:rsid w:val="00DB1E9B"/>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DB1E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DB1E9B"/>
    <w:rPr>
      <w:rFonts w:ascii="Arial" w:eastAsia="Times New Roman" w:hAnsi="Arial" w:cs="Times New Roman"/>
      <w:sz w:val="24"/>
      <w:szCs w:val="24"/>
      <w:shd w:val="pct20" w:color="auto" w:fill="auto"/>
      <w:lang w:eastAsia="es-ES"/>
    </w:rPr>
  </w:style>
  <w:style w:type="paragraph" w:customStyle="1" w:styleId="Textoindependiente22">
    <w:name w:val="Texto independiente 22"/>
    <w:basedOn w:val="Normal"/>
    <w:rsid w:val="00DB1E9B"/>
    <w:pPr>
      <w:spacing w:after="0" w:line="240" w:lineRule="auto"/>
      <w:jc w:val="both"/>
    </w:pPr>
    <w:rPr>
      <w:rFonts w:ascii="Arial" w:eastAsia="Times New Roman" w:hAnsi="Arial" w:cs="Times New Roman"/>
      <w:sz w:val="24"/>
      <w:szCs w:val="20"/>
      <w:lang w:eastAsia="es-ES"/>
    </w:rPr>
  </w:style>
  <w:style w:type="paragraph" w:customStyle="1" w:styleId="toa">
    <w:name w:val="toa"/>
    <w:basedOn w:val="Normal"/>
    <w:rsid w:val="00DB1E9B"/>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DB1E9B"/>
    <w:pPr>
      <w:autoSpaceDE w:val="0"/>
      <w:autoSpaceDN w:val="0"/>
      <w:spacing w:before="28" w:after="28" w:line="210" w:lineRule="atLeast"/>
      <w:ind w:firstLine="283"/>
      <w:jc w:val="both"/>
    </w:pPr>
    <w:rPr>
      <w:rFonts w:ascii="Arial" w:eastAsia="Times New Roman" w:hAnsi="Arial" w:cs="Times New Roman"/>
      <w:color w:val="000000"/>
      <w:sz w:val="19"/>
      <w:szCs w:val="19"/>
      <w:lang w:eastAsia="es-ES"/>
    </w:rPr>
  </w:style>
  <w:style w:type="paragraph" w:customStyle="1" w:styleId="Sangradetextonormal2">
    <w:name w:val="Sangría de texto normal2"/>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DB1E9B"/>
    <w:pPr>
      <w:spacing w:after="0" w:line="240" w:lineRule="auto"/>
      <w:ind w:left="4252"/>
    </w:pPr>
    <w:rPr>
      <w:rFonts w:ascii="Arial" w:eastAsia="Times New Roman" w:hAnsi="Arial" w:cs="Times New Roman"/>
      <w:sz w:val="24"/>
      <w:szCs w:val="24"/>
      <w:lang w:eastAsia="es-ES"/>
    </w:rPr>
  </w:style>
  <w:style w:type="character" w:customStyle="1" w:styleId="FirmaCar">
    <w:name w:val="Firma Car"/>
    <w:basedOn w:val="Fuentedeprrafopredeter"/>
    <w:link w:val="Firma"/>
    <w:rsid w:val="00DB1E9B"/>
    <w:rPr>
      <w:rFonts w:ascii="Arial" w:eastAsia="Times New Roman" w:hAnsi="Arial" w:cs="Times New Roman"/>
      <w:sz w:val="24"/>
      <w:szCs w:val="24"/>
      <w:lang w:eastAsia="es-ES"/>
    </w:rPr>
  </w:style>
  <w:style w:type="paragraph" w:customStyle="1" w:styleId="Firmapuesto">
    <w:name w:val="Firma puesto"/>
    <w:basedOn w:val="Firma"/>
    <w:rsid w:val="00DB1E9B"/>
  </w:style>
  <w:style w:type="paragraph" w:customStyle="1" w:styleId="Firmaorganizacin">
    <w:name w:val="Firma organización"/>
    <w:basedOn w:val="Firma"/>
    <w:rsid w:val="00DB1E9B"/>
  </w:style>
  <w:style w:type="paragraph" w:customStyle="1" w:styleId="Captulo">
    <w:name w:val="Capítulo"/>
    <w:basedOn w:val="Normal"/>
    <w:autoRedefine/>
    <w:rsid w:val="00DB1E9B"/>
    <w:pPr>
      <w:shd w:val="solid" w:color="auto" w:fill="FFFFFF"/>
      <w:spacing w:after="0" w:line="240" w:lineRule="auto"/>
      <w:jc w:val="center"/>
    </w:pPr>
    <w:rPr>
      <w:rFonts w:ascii="Arial" w:eastAsia="Times New Roman" w:hAnsi="Arial" w:cs="Arial"/>
      <w:b/>
      <w:bCs/>
      <w:color w:val="FFFFFF"/>
      <w:sz w:val="28"/>
      <w:szCs w:val="28"/>
      <w:lang w:eastAsia="es-ES"/>
    </w:rPr>
  </w:style>
  <w:style w:type="paragraph" w:customStyle="1" w:styleId="maincontent">
    <w:name w:val="maincontent"/>
    <w:basedOn w:val="Normal"/>
    <w:rsid w:val="00DB1E9B"/>
    <w:pPr>
      <w:spacing w:before="100" w:beforeAutospacing="1" w:after="100" w:afterAutospacing="1" w:line="255" w:lineRule="atLeast"/>
      <w:jc w:val="both"/>
    </w:pPr>
    <w:rPr>
      <w:rFonts w:ascii="Verdana" w:eastAsia="Times New Roman" w:hAnsi="Verdana" w:cs="Times New Roman"/>
      <w:color w:val="333333"/>
      <w:sz w:val="18"/>
      <w:szCs w:val="18"/>
      <w:lang w:eastAsia="es-ES"/>
    </w:rPr>
  </w:style>
  <w:style w:type="paragraph" w:customStyle="1" w:styleId="epgrafe">
    <w:name w:val="epígrafe"/>
    <w:basedOn w:val="Normal"/>
    <w:rsid w:val="00DB1E9B"/>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DB1E9B"/>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DB1E9B"/>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DB1E9B"/>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font6">
    <w:name w:val="font6"/>
    <w:basedOn w:val="Normal"/>
    <w:rsid w:val="00DB1E9B"/>
    <w:pPr>
      <w:spacing w:before="100" w:beforeAutospacing="1" w:after="100" w:afterAutospacing="1" w:line="240" w:lineRule="auto"/>
    </w:pPr>
    <w:rPr>
      <w:rFonts w:ascii="Arial" w:eastAsia="Arial Unicode MS" w:hAnsi="Arial" w:cs="Arial"/>
      <w:b/>
      <w:bCs/>
      <w:color w:val="000000"/>
      <w:sz w:val="20"/>
      <w:szCs w:val="20"/>
      <w:lang w:eastAsia="es-ES"/>
    </w:rPr>
  </w:style>
  <w:style w:type="paragraph" w:customStyle="1" w:styleId="font7">
    <w:name w:val="font7"/>
    <w:basedOn w:val="Normal"/>
    <w:rsid w:val="00DB1E9B"/>
    <w:pPr>
      <w:spacing w:before="100" w:beforeAutospacing="1" w:after="100" w:afterAutospacing="1" w:line="240" w:lineRule="auto"/>
    </w:pPr>
    <w:rPr>
      <w:rFonts w:ascii="Arial" w:eastAsia="Arial Unicode MS" w:hAnsi="Arial" w:cs="Arial"/>
      <w:sz w:val="20"/>
      <w:szCs w:val="20"/>
      <w:lang w:eastAsia="es-ES"/>
    </w:rPr>
  </w:style>
  <w:style w:type="paragraph" w:customStyle="1" w:styleId="xl42">
    <w:name w:val="xl42"/>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3">
    <w:name w:val="xl43"/>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eastAsia="es-ES"/>
    </w:rPr>
  </w:style>
  <w:style w:type="paragraph" w:customStyle="1" w:styleId="xl45">
    <w:name w:val="xl45"/>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46">
    <w:name w:val="xl4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48">
    <w:name w:val="xl48"/>
    <w:basedOn w:val="Normal"/>
    <w:rsid w:val="00DB1E9B"/>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9">
    <w:name w:val="xl4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51">
    <w:name w:val="xl5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2">
    <w:name w:val="xl5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eastAsia="es-ES"/>
    </w:rPr>
  </w:style>
  <w:style w:type="paragraph" w:customStyle="1" w:styleId="xl53">
    <w:name w:val="xl5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eastAsia="es-ES"/>
    </w:rPr>
  </w:style>
  <w:style w:type="paragraph" w:customStyle="1" w:styleId="xl54">
    <w:name w:val="xl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55">
    <w:name w:val="xl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eastAsia="es-ES"/>
    </w:rPr>
  </w:style>
  <w:style w:type="paragraph" w:customStyle="1" w:styleId="xl56">
    <w:name w:val="xl56"/>
    <w:basedOn w:val="Normal"/>
    <w:rsid w:val="00DB1E9B"/>
    <w:pP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7">
    <w:name w:val="xl5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eastAsia="es-ES"/>
    </w:rPr>
  </w:style>
  <w:style w:type="paragraph" w:customStyle="1" w:styleId="font8">
    <w:name w:val="font8"/>
    <w:basedOn w:val="Normal"/>
    <w:rsid w:val="00DB1E9B"/>
    <w:pPr>
      <w:spacing w:before="100" w:beforeAutospacing="1" w:after="100" w:afterAutospacing="1" w:line="240" w:lineRule="auto"/>
    </w:pPr>
    <w:rPr>
      <w:rFonts w:ascii="Arial" w:eastAsia="Arial Unicode MS" w:hAnsi="Arial" w:cs="Arial"/>
      <w:color w:val="000000"/>
      <w:sz w:val="20"/>
      <w:szCs w:val="20"/>
      <w:lang w:eastAsia="es-ES"/>
    </w:rPr>
  </w:style>
  <w:style w:type="paragraph" w:customStyle="1" w:styleId="NormalSencillo">
    <w:name w:val="Normal Sencillo"/>
    <w:basedOn w:val="Normal"/>
    <w:next w:val="Normal"/>
    <w:rsid w:val="00DB1E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DB1E9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60">
    <w:name w:val="xl60"/>
    <w:basedOn w:val="Normal"/>
    <w:rsid w:val="00DB1E9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eastAsia="es-ES"/>
    </w:rPr>
  </w:style>
  <w:style w:type="paragraph" w:customStyle="1" w:styleId="xl61">
    <w:name w:val="xl61"/>
    <w:basedOn w:val="Normal"/>
    <w:rsid w:val="00DB1E9B"/>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DB1E9B"/>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CarCarCarCar">
    <w:name w:val="Car Car Car Car"/>
    <w:basedOn w:val="Normal"/>
    <w:rsid w:val="00DB1E9B"/>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B1E9B"/>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BodyText31">
    <w:name w:val="Body Text 31"/>
    <w:basedOn w:val="Normal"/>
    <w:rsid w:val="00DB1E9B"/>
    <w:pPr>
      <w:spacing w:after="0" w:line="240" w:lineRule="auto"/>
      <w:jc w:val="both"/>
    </w:pPr>
    <w:rPr>
      <w:rFonts w:ascii="Arial" w:eastAsia="Times New Roman" w:hAnsi="Arial" w:cs="Times New Roman"/>
      <w:szCs w:val="24"/>
      <w:lang w:eastAsia="es-ES"/>
    </w:rPr>
  </w:style>
  <w:style w:type="paragraph" w:customStyle="1" w:styleId="BodyTextIndent1">
    <w:name w:val="Body Text Indent1"/>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DB1E9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B1E9B"/>
    <w:pPr>
      <w:spacing w:line="240" w:lineRule="exact"/>
    </w:pPr>
    <w:rPr>
      <w:rFonts w:ascii="Verdana" w:eastAsia="Times New Roman" w:hAnsi="Verdana" w:cs="Times New Roman"/>
      <w:sz w:val="20"/>
      <w:szCs w:val="20"/>
    </w:rPr>
  </w:style>
  <w:style w:type="character" w:customStyle="1" w:styleId="CarCar4">
    <w:name w:val="Car Car4"/>
    <w:rsid w:val="00DB1E9B"/>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DB1E9B"/>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DB1E9B"/>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DB1E9B"/>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DB1E9B"/>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3">
    <w:name w:val="Sangría de texto normal3"/>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DB1E9B"/>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DB1E9B"/>
    <w:pPr>
      <w:spacing w:line="240" w:lineRule="exact"/>
    </w:pPr>
    <w:rPr>
      <w:rFonts w:ascii="Verdana" w:eastAsia="Times New Roman" w:hAnsi="Verdana" w:cs="Times New Roman"/>
      <w:sz w:val="20"/>
      <w:szCs w:val="24"/>
      <w:lang w:val="en-US"/>
    </w:rPr>
  </w:style>
  <w:style w:type="character" w:customStyle="1" w:styleId="WW8Num5z0">
    <w:name w:val="WW8Num5z0"/>
    <w:rsid w:val="00DB1E9B"/>
    <w:rPr>
      <w:rFonts w:ascii="Symbol" w:hAnsi="Symbol"/>
    </w:rPr>
  </w:style>
  <w:style w:type="paragraph" w:customStyle="1" w:styleId="Car7">
    <w:name w:val="Car7"/>
    <w:basedOn w:val="Normal"/>
    <w:rsid w:val="00DB1E9B"/>
    <w:pPr>
      <w:spacing w:line="240" w:lineRule="exact"/>
    </w:pPr>
    <w:rPr>
      <w:rFonts w:ascii="Verdana" w:eastAsia="Times New Roman" w:hAnsi="Verdana" w:cs="Times New Roman"/>
      <w:sz w:val="20"/>
      <w:szCs w:val="20"/>
      <w:lang w:val="en-US"/>
    </w:rPr>
  </w:style>
  <w:style w:type="character" w:customStyle="1" w:styleId="corchete-llamada1">
    <w:name w:val="corchete-llamada1"/>
    <w:rsid w:val="00DB1E9B"/>
    <w:rPr>
      <w:vanish/>
      <w:webHidden w:val="0"/>
      <w:specVanish w:val="0"/>
    </w:rPr>
  </w:style>
  <w:style w:type="table" w:styleId="Tablaweb1">
    <w:name w:val="Table Web 1"/>
    <w:basedOn w:val="Tablanormal"/>
    <w:semiHidden/>
    <w:unhideWhenUsed/>
    <w:rsid w:val="00DB1E9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unhideWhenUsed/>
    <w:rsid w:val="00DB1E9B"/>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DB1E9B"/>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DB1E9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DB1E9B"/>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1">
    <w:name w:val="Tabla con cuadrícula1"/>
    <w:basedOn w:val="Tablanormal"/>
    <w:next w:val="Tablaconcuadrcula"/>
    <w:uiPriority w:val="59"/>
    <w:rsid w:val="00DB1E9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DB1E9B"/>
    <w:pPr>
      <w:widowControl w:val="0"/>
      <w:spacing w:before="51" w:after="0" w:line="240" w:lineRule="auto"/>
      <w:ind w:left="103"/>
      <w:outlineLvl w:val="1"/>
    </w:pPr>
    <w:rPr>
      <w:rFonts w:ascii="Arial" w:eastAsia="Arial" w:hAnsi="Arial" w:cs="Times New Roman"/>
      <w:b/>
      <w:bCs/>
      <w:sz w:val="20"/>
      <w:szCs w:val="20"/>
      <w:lang w:val="en-US"/>
    </w:rPr>
  </w:style>
  <w:style w:type="paragraph" w:customStyle="1" w:styleId="tdcontenidoproductos">
    <w:name w:val="tdcontenidoproductos"/>
    <w:basedOn w:val="Normal"/>
    <w:rsid w:val="00DB1E9B"/>
    <w:pPr>
      <w:spacing w:before="100" w:beforeAutospacing="1" w:after="100" w:afterAutospacing="1" w:line="300" w:lineRule="atLeast"/>
    </w:pPr>
    <w:rPr>
      <w:rFonts w:ascii="Times New Roman" w:eastAsia="Times New Roman" w:hAnsi="Times New Roman" w:cs="Times New Roman"/>
      <w:sz w:val="24"/>
      <w:szCs w:val="24"/>
      <w:lang w:eastAsia="es-CO"/>
    </w:rPr>
  </w:style>
  <w:style w:type="character" w:customStyle="1" w:styleId="hps">
    <w:name w:val="hps"/>
    <w:basedOn w:val="Fuentedeprrafopredeter"/>
    <w:rsid w:val="00DB1E9B"/>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DB1E9B"/>
    <w:rPr>
      <w:rFonts w:ascii="Arial" w:hAnsi="Arial" w:cs="Arial"/>
      <w:sz w:val="28"/>
      <w:szCs w:val="24"/>
      <w:lang w:val="es-ES" w:eastAsia="es-ES"/>
    </w:rPr>
  </w:style>
  <w:style w:type="character" w:customStyle="1" w:styleId="estilo121">
    <w:name w:val="estilo121"/>
    <w:rsid w:val="00DB1E9B"/>
    <w:rPr>
      <w:sz w:val="16"/>
      <w:szCs w:val="16"/>
    </w:rPr>
  </w:style>
  <w:style w:type="character" w:customStyle="1" w:styleId="ircsu">
    <w:name w:val="irc_su"/>
    <w:basedOn w:val="Fuentedeprrafopredeter"/>
    <w:rsid w:val="00DB1E9B"/>
  </w:style>
  <w:style w:type="character" w:styleId="AcrnimoHTML">
    <w:name w:val="HTML Acronym"/>
    <w:basedOn w:val="Fuentedeprrafopredeter"/>
    <w:uiPriority w:val="99"/>
    <w:unhideWhenUsed/>
    <w:rsid w:val="00DB1E9B"/>
  </w:style>
  <w:style w:type="character" w:customStyle="1" w:styleId="breadcrumblastitem2">
    <w:name w:val="breadcrumblastitem2"/>
    <w:rsid w:val="00DB1E9B"/>
    <w:rPr>
      <w:rFonts w:ascii="Verdana" w:hAnsi="Verdana" w:hint="default"/>
      <w:b/>
      <w:bCs/>
      <w:color w:val="007E00"/>
      <w:sz w:val="21"/>
      <w:szCs w:val="21"/>
    </w:rPr>
  </w:style>
  <w:style w:type="character" w:customStyle="1" w:styleId="span">
    <w:name w:val="span"/>
    <w:rsid w:val="00DB1E9B"/>
  </w:style>
  <w:style w:type="paragraph" w:customStyle="1" w:styleId="Encabezado-base">
    <w:name w:val="Encabezado - base"/>
    <w:basedOn w:val="Normal"/>
    <w:next w:val="Textoindependiente"/>
    <w:rsid w:val="00DB1E9B"/>
    <w:pPr>
      <w:keepNext/>
      <w:keepLines/>
      <w:spacing w:before="140" w:after="0" w:line="220" w:lineRule="atLeast"/>
      <w:ind w:left="1080"/>
      <w:jc w:val="both"/>
    </w:pPr>
    <w:rPr>
      <w:rFonts w:ascii="Arial" w:eastAsia="Times New Roman" w:hAnsi="Arial" w:cs="Times New Roman"/>
      <w:spacing w:val="-4"/>
      <w:kern w:val="28"/>
      <w:szCs w:val="20"/>
      <w:lang w:eastAsia="es-ES"/>
    </w:rPr>
  </w:style>
  <w:style w:type="character" w:customStyle="1" w:styleId="pg">
    <w:name w:val="pg"/>
    <w:basedOn w:val="Fuentedeprrafopredeter"/>
    <w:rsid w:val="00DB1E9B"/>
  </w:style>
  <w:style w:type="paragraph" w:customStyle="1" w:styleId="justify">
    <w:name w:val="justify"/>
    <w:basedOn w:val="Normal"/>
    <w:rsid w:val="00DB1E9B"/>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styleId="TDC1">
    <w:name w:val="toc 1"/>
    <w:basedOn w:val="Ttulo1"/>
    <w:autoRedefine/>
    <w:rsid w:val="00DB1E9B"/>
    <w:pPr>
      <w:keepNext w:val="0"/>
      <w:keepLines w:val="0"/>
      <w:pBdr>
        <w:top w:val="single" w:sz="48" w:space="3" w:color="FFFFFF"/>
        <w:left w:val="single" w:sz="6" w:space="3" w:color="FFFFFF"/>
        <w:bottom w:val="single" w:sz="6" w:space="3" w:color="FFFFFF"/>
      </w:pBdr>
      <w:suppressAutoHyphens/>
      <w:spacing w:before="0" w:line="0" w:lineRule="atLeast"/>
      <w:ind w:left="284"/>
      <w:outlineLvl w:val="9"/>
    </w:pPr>
    <w:rPr>
      <w:rFonts w:ascii="Garamond" w:hAnsi="Garamond"/>
      <w:b w:val="0"/>
      <w:bCs w:val="0"/>
      <w:color w:val="auto"/>
      <w:spacing w:val="-4"/>
      <w:kern w:val="20"/>
      <w:position w:val="8"/>
      <w:sz w:val="22"/>
      <w:szCs w:val="20"/>
      <w:lang w:val="es-CO"/>
    </w:rPr>
  </w:style>
  <w:style w:type="paragraph" w:styleId="TDC2">
    <w:name w:val="toc 2"/>
    <w:basedOn w:val="Normal"/>
    <w:autoRedefine/>
    <w:rsid w:val="00DB1E9B"/>
    <w:pPr>
      <w:keepNext/>
      <w:keepLines/>
      <w:tabs>
        <w:tab w:val="right" w:leader="dot" w:pos="6480"/>
      </w:tabs>
      <w:suppressAutoHyphens/>
      <w:spacing w:after="240" w:line="240" w:lineRule="atLeast"/>
      <w:jc w:val="both"/>
    </w:pPr>
    <w:rPr>
      <w:rFonts w:ascii="Garamond" w:eastAsia="Times New Roman" w:hAnsi="Garamond" w:cs="Times New Roman"/>
      <w:spacing w:val="-5"/>
      <w:szCs w:val="20"/>
      <w:lang w:eastAsia="es-ES"/>
    </w:rPr>
  </w:style>
  <w:style w:type="paragraph" w:styleId="TDC4">
    <w:name w:val="toc 4"/>
    <w:basedOn w:val="Normal"/>
    <w:autoRedefine/>
    <w:rsid w:val="00DB1E9B"/>
    <w:pPr>
      <w:widowControl w:val="0"/>
      <w:suppressAutoHyphens/>
      <w:spacing w:after="0" w:line="240" w:lineRule="auto"/>
      <w:jc w:val="both"/>
    </w:pPr>
    <w:rPr>
      <w:rFonts w:ascii="Garamond" w:eastAsia="Times New Roman" w:hAnsi="Garamond" w:cs="Times New Roman"/>
      <w:sz w:val="21"/>
      <w:szCs w:val="20"/>
      <w:lang w:eastAsia="es-ES"/>
    </w:rPr>
  </w:style>
  <w:style w:type="paragraph" w:customStyle="1" w:styleId="Encabezadodeseccin">
    <w:name w:val="Encabezado de sección"/>
    <w:basedOn w:val="Ttulo1"/>
    <w:rsid w:val="00DB1E9B"/>
    <w:pPr>
      <w:pBdr>
        <w:top w:val="single" w:sz="48" w:space="3" w:color="FFFFFF"/>
        <w:left w:val="single" w:sz="6" w:space="3" w:color="FFFFFF"/>
        <w:bottom w:val="single" w:sz="6" w:space="3" w:color="FFFFFF"/>
      </w:pBdr>
      <w:shd w:val="pct10" w:color="auto" w:fill="auto"/>
      <w:suppressAutoHyphens/>
      <w:spacing w:before="240" w:after="240" w:line="240" w:lineRule="atLeast"/>
      <w:outlineLvl w:val="9"/>
    </w:pPr>
    <w:rPr>
      <w:rFonts w:ascii="Garamond" w:hAnsi="Garamond"/>
      <w:bCs w:val="0"/>
      <w:caps/>
      <w:color w:val="auto"/>
      <w:spacing w:val="-10"/>
      <w:kern w:val="20"/>
      <w:position w:val="8"/>
      <w:sz w:val="22"/>
      <w:szCs w:val="20"/>
      <w:lang w:val="es-CO"/>
    </w:rPr>
  </w:style>
  <w:style w:type="paragraph" w:customStyle="1" w:styleId="BaseTDC">
    <w:name w:val="Base TDC"/>
    <w:basedOn w:val="Normal"/>
    <w:rsid w:val="00DB1E9B"/>
    <w:pPr>
      <w:keepNext/>
      <w:tabs>
        <w:tab w:val="right" w:leader="dot" w:pos="6480"/>
      </w:tabs>
      <w:spacing w:after="240" w:line="240" w:lineRule="atLeast"/>
      <w:jc w:val="both"/>
    </w:pPr>
    <w:rPr>
      <w:rFonts w:ascii="Arial" w:eastAsia="Times New Roman" w:hAnsi="Arial" w:cs="Times New Roman"/>
      <w:spacing w:val="-5"/>
      <w:szCs w:val="20"/>
      <w:lang w:eastAsia="es-ES"/>
    </w:rPr>
  </w:style>
  <w:style w:type="paragraph" w:customStyle="1" w:styleId="Firma-nombre">
    <w:name w:val="Firma - nombre"/>
    <w:basedOn w:val="Firma"/>
    <w:next w:val="Firma-puesto"/>
    <w:rsid w:val="00DB1E9B"/>
    <w:pPr>
      <w:keepNext/>
      <w:spacing w:before="1080" w:line="240" w:lineRule="atLeast"/>
      <w:ind w:left="4536"/>
    </w:pPr>
    <w:rPr>
      <w:rFonts w:ascii="Garamond" w:hAnsi="Garamond"/>
      <w:b/>
      <w:kern w:val="18"/>
      <w:sz w:val="22"/>
      <w:szCs w:val="20"/>
    </w:rPr>
  </w:style>
  <w:style w:type="paragraph" w:customStyle="1" w:styleId="Firma-puesto">
    <w:name w:val="Firma - puesto"/>
    <w:basedOn w:val="Firma"/>
    <w:next w:val="Normal"/>
    <w:rsid w:val="00DB1E9B"/>
    <w:pPr>
      <w:keepNext/>
      <w:spacing w:line="240" w:lineRule="atLeast"/>
      <w:ind w:left="4536"/>
    </w:pPr>
    <w:rPr>
      <w:rFonts w:ascii="Garamond" w:hAnsi="Garamond"/>
      <w:kern w:val="18"/>
      <w:sz w:val="22"/>
      <w:szCs w:val="20"/>
    </w:rPr>
  </w:style>
  <w:style w:type="paragraph" w:styleId="ndice1">
    <w:name w:val="index 1"/>
    <w:basedOn w:val="Normal"/>
    <w:next w:val="Normal"/>
    <w:autoRedefine/>
    <w:rsid w:val="00DB1E9B"/>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aliases w:val="edgar"/>
    <w:basedOn w:val="Normal"/>
    <w:next w:val="ndice1"/>
    <w:rsid w:val="00DB1E9B"/>
    <w:pPr>
      <w:keepNext/>
      <w:spacing w:after="0" w:line="480" w:lineRule="atLeast"/>
      <w:jc w:val="both"/>
    </w:pPr>
    <w:rPr>
      <w:rFonts w:ascii="Arial Black" w:eastAsia="Times New Roman" w:hAnsi="Arial Black" w:cs="Times New Roman"/>
      <w:spacing w:val="-5"/>
      <w:sz w:val="24"/>
      <w:szCs w:val="20"/>
      <w:lang w:eastAsia="es-ES"/>
    </w:rPr>
  </w:style>
  <w:style w:type="paragraph" w:styleId="TDC3">
    <w:name w:val="toc 3"/>
    <w:basedOn w:val="Ttulo3"/>
    <w:autoRedefine/>
    <w:rsid w:val="00DB1E9B"/>
    <w:pPr>
      <w:keepNext w:val="0"/>
      <w:keepLines w:val="0"/>
      <w:widowControl w:val="0"/>
      <w:suppressAutoHyphens/>
      <w:spacing w:before="0" w:line="0" w:lineRule="atLeast"/>
      <w:jc w:val="both"/>
      <w:outlineLvl w:val="9"/>
    </w:pPr>
    <w:rPr>
      <w:rFonts w:ascii="Garamond" w:eastAsia="Times New Roman" w:hAnsi="Garamond" w:cs="Times New Roman"/>
      <w:color w:val="auto"/>
      <w:spacing w:val="-5"/>
      <w:kern w:val="28"/>
      <w:sz w:val="22"/>
      <w:szCs w:val="20"/>
      <w:lang w:eastAsia="es-ES"/>
    </w:rPr>
  </w:style>
  <w:style w:type="paragraph" w:styleId="ndice2">
    <w:name w:val="index 2"/>
    <w:basedOn w:val="Normal"/>
    <w:autoRedefine/>
    <w:rsid w:val="00DB1E9B"/>
    <w:pPr>
      <w:keepNext/>
      <w:spacing w:after="0" w:line="240" w:lineRule="auto"/>
      <w:ind w:left="720" w:hanging="360"/>
      <w:jc w:val="both"/>
    </w:pPr>
    <w:rPr>
      <w:rFonts w:ascii="Arial" w:eastAsia="Times New Roman" w:hAnsi="Arial" w:cs="Times New Roman"/>
      <w:spacing w:val="-5"/>
      <w:sz w:val="18"/>
      <w:szCs w:val="20"/>
      <w:lang w:eastAsia="es-ES"/>
    </w:rPr>
  </w:style>
  <w:style w:type="paragraph" w:customStyle="1" w:styleId="Cubiertadettulo">
    <w:name w:val="Cubierta de título"/>
    <w:basedOn w:val="Normal"/>
    <w:next w:val="Cubiertadesubttulo"/>
    <w:rsid w:val="00DB1E9B"/>
    <w:pPr>
      <w:keepNext/>
      <w:keepLines/>
      <w:pBdr>
        <w:top w:val="single" w:sz="48" w:space="31" w:color="auto"/>
      </w:pBdr>
      <w:tabs>
        <w:tab w:val="left" w:pos="0"/>
      </w:tabs>
      <w:spacing w:before="240" w:after="500" w:line="640" w:lineRule="exact"/>
      <w:ind w:left="-840" w:right="-840"/>
      <w:jc w:val="both"/>
    </w:pPr>
    <w:rPr>
      <w:rFonts w:ascii="Arial Black" w:eastAsia="Times New Roman" w:hAnsi="Arial Black" w:cs="Times New Roman"/>
      <w:b/>
      <w:spacing w:val="-48"/>
      <w:kern w:val="28"/>
      <w:sz w:val="64"/>
      <w:szCs w:val="20"/>
      <w:lang w:eastAsia="es-ES"/>
    </w:rPr>
  </w:style>
  <w:style w:type="paragraph" w:customStyle="1" w:styleId="Cubiertadesubttulo">
    <w:name w:val="Cubierta de subtítulo"/>
    <w:basedOn w:val="Cubiertadettulo"/>
    <w:next w:val="Textoindependiente"/>
    <w:rsid w:val="00DB1E9B"/>
    <w:pPr>
      <w:pBdr>
        <w:top w:val="single" w:sz="6" w:space="24" w:color="auto"/>
      </w:pBdr>
      <w:tabs>
        <w:tab w:val="clear" w:pos="0"/>
      </w:tabs>
      <w:spacing w:before="0" w:after="0" w:line="480" w:lineRule="atLeast"/>
      <w:ind w:left="0" w:right="0"/>
    </w:pPr>
    <w:rPr>
      <w:rFonts w:ascii="Arial" w:hAnsi="Arial"/>
      <w:b w:val="0"/>
      <w:spacing w:val="-30"/>
      <w:sz w:val="48"/>
    </w:rPr>
  </w:style>
  <w:style w:type="table" w:customStyle="1" w:styleId="Tablaconcuadrcula11">
    <w:name w:val="Tabla con cuadrícula11"/>
    <w:basedOn w:val="Tablanormal"/>
    <w:next w:val="Tablaconcuadrcula"/>
    <w:uiPriority w:val="59"/>
    <w:rsid w:val="00DB1E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rsid w:val="00DB1E9B"/>
    <w:rPr>
      <w:rFonts w:ascii="Times New Roman" w:eastAsia="Times New Roman" w:hAnsi="Times New Roman"/>
      <w:sz w:val="24"/>
      <w:szCs w:val="24"/>
      <w:lang w:val="x-none" w:eastAsia="es-ES"/>
    </w:rPr>
  </w:style>
  <w:style w:type="paragraph" w:customStyle="1" w:styleId="marta4">
    <w:name w:val="marta 4"/>
    <w:basedOn w:val="Normal"/>
    <w:rsid w:val="00DB1E9B"/>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DB1E9B"/>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DB1E9B"/>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independiente1"/>
    <w:basedOn w:val="Normal"/>
    <w:rsid w:val="00DB1E9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DB1E9B"/>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DB1E9B"/>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character" w:customStyle="1" w:styleId="WW8Num178z1">
    <w:name w:val="WW8Num178z1"/>
    <w:rsid w:val="00DB1E9B"/>
    <w:rPr>
      <w:rFonts w:ascii="Courier New" w:hAnsi="Courier New"/>
    </w:rPr>
  </w:style>
  <w:style w:type="character" w:customStyle="1" w:styleId="WW-Fuentedeprrafopredeter">
    <w:name w:val="WW-Fuente de párrafo predeter"/>
    <w:rsid w:val="00DB1E9B"/>
  </w:style>
  <w:style w:type="character" w:customStyle="1" w:styleId="WW8Num15z1">
    <w:name w:val="WW8Num15z1"/>
    <w:rsid w:val="00DB1E9B"/>
    <w:rPr>
      <w:rFonts w:ascii="Courier New" w:hAnsi="Courier New"/>
    </w:rPr>
  </w:style>
  <w:style w:type="character" w:customStyle="1" w:styleId="WW8Num17z0">
    <w:name w:val="WW8Num17z0"/>
    <w:rsid w:val="00DB1E9B"/>
    <w:rPr>
      <w:rFonts w:ascii="Symbol" w:hAnsi="Symbol"/>
    </w:rPr>
  </w:style>
  <w:style w:type="character" w:customStyle="1" w:styleId="WW8Num19z0">
    <w:name w:val="WW8Num19z0"/>
    <w:rsid w:val="00DB1E9B"/>
    <w:rPr>
      <w:rFonts w:ascii="Symbol" w:hAnsi="Symbol"/>
    </w:rPr>
  </w:style>
  <w:style w:type="paragraph" w:customStyle="1" w:styleId="TituloN">
    <w:name w:val="Titulo N"/>
    <w:basedOn w:val="Descripcin"/>
    <w:next w:val="Ttulo1"/>
    <w:rsid w:val="00DB1E9B"/>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DB1E9B"/>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eastAsia="es-ES"/>
    </w:rPr>
  </w:style>
  <w:style w:type="paragraph" w:customStyle="1" w:styleId="CarCarCar4">
    <w:name w:val="Car Car Car4"/>
    <w:basedOn w:val="Normal"/>
    <w:rsid w:val="00DB1E9B"/>
    <w:pPr>
      <w:spacing w:line="240" w:lineRule="exact"/>
    </w:pPr>
    <w:rPr>
      <w:rFonts w:ascii="Verdana" w:eastAsia="Times New Roman" w:hAnsi="Verdana" w:cs="Times New Roman"/>
      <w:sz w:val="20"/>
      <w:szCs w:val="20"/>
    </w:rPr>
  </w:style>
  <w:style w:type="paragraph" w:customStyle="1" w:styleId="Char82">
    <w:name w:val="Char82"/>
    <w:basedOn w:val="Normal"/>
    <w:rsid w:val="00DB1E9B"/>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B1E9B"/>
    <w:pPr>
      <w:spacing w:line="240" w:lineRule="exact"/>
    </w:pPr>
    <w:rPr>
      <w:rFonts w:ascii="Verdana" w:eastAsia="Times New Roman" w:hAnsi="Verdana" w:cs="Verdana"/>
      <w:sz w:val="20"/>
      <w:szCs w:val="20"/>
    </w:rPr>
  </w:style>
  <w:style w:type="paragraph" w:customStyle="1" w:styleId="NoSpacing1">
    <w:name w:val="No Spacing1"/>
    <w:uiPriority w:val="1"/>
    <w:qFormat/>
    <w:rsid w:val="00DB1E9B"/>
    <w:pPr>
      <w:spacing w:after="0" w:line="240" w:lineRule="auto"/>
    </w:pPr>
    <w:rPr>
      <w:rFonts w:ascii="Calibri" w:eastAsia="Times New Roman" w:hAnsi="Calibri" w:cs="Times New Roman"/>
      <w:lang w:val="es-ES"/>
    </w:rPr>
  </w:style>
  <w:style w:type="numbering" w:customStyle="1" w:styleId="Estilo1">
    <w:name w:val="Estilo1"/>
    <w:rsid w:val="00DB1E9B"/>
    <w:pPr>
      <w:numPr>
        <w:numId w:val="7"/>
      </w:numPr>
    </w:pPr>
  </w:style>
  <w:style w:type="character" w:customStyle="1" w:styleId="CarCar5">
    <w:name w:val="Car Car5"/>
    <w:rsid w:val="00DB1E9B"/>
    <w:rPr>
      <w:sz w:val="24"/>
      <w:szCs w:val="24"/>
      <w:lang w:val="es-ES" w:eastAsia="es-ES"/>
    </w:rPr>
  </w:style>
  <w:style w:type="character" w:customStyle="1" w:styleId="estilo71">
    <w:name w:val="estilo71"/>
    <w:rsid w:val="00DB1E9B"/>
    <w:rPr>
      <w:rFonts w:ascii="Tahoma" w:hAnsi="Tahoma" w:cs="Tahoma" w:hint="default"/>
      <w:b/>
      <w:bCs/>
      <w:sz w:val="18"/>
      <w:szCs w:val="18"/>
    </w:rPr>
  </w:style>
  <w:style w:type="paragraph" w:customStyle="1" w:styleId="CarCarCar1Car1">
    <w:name w:val="Car Car Car1 Car1"/>
    <w:basedOn w:val="Normal"/>
    <w:rsid w:val="00DB1E9B"/>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DB1E9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DB1E9B"/>
  </w:style>
  <w:style w:type="paragraph" w:customStyle="1" w:styleId="xl134">
    <w:name w:val="xl134"/>
    <w:basedOn w:val="Normal"/>
    <w:rsid w:val="00DB1E9B"/>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DB1E9B"/>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DB1E9B"/>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DB1E9B"/>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DB1E9B"/>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DB1E9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DB1E9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DB1E9B"/>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DB1E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DB1E9B"/>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DB1E9B"/>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DB1E9B"/>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DB1E9B"/>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DB1E9B"/>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DB1E9B"/>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DB1E9B"/>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DB1E9B"/>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DB1E9B"/>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DB1E9B"/>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DB1E9B"/>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DB1E9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DB1E9B"/>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DB1E9B"/>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DB1E9B"/>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DB1E9B"/>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DB1E9B"/>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DB1E9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DB1E9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DB1E9B"/>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DB1E9B"/>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DB1E9B"/>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DB1E9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DB1E9B"/>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DB1E9B"/>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DB1E9B"/>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DB1E9B"/>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DB1E9B"/>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DB1E9B"/>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DB1E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DB1E9B"/>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DB1E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DB1E9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DB1E9B"/>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DB1E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DB1E9B"/>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DB1E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DB1E9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DB1E9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DB1E9B"/>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DB1E9B"/>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val="es-ES_tradnl"/>
    </w:rPr>
  </w:style>
  <w:style w:type="paragraph" w:customStyle="1" w:styleId="xl257">
    <w:name w:val="xl257"/>
    <w:basedOn w:val="Normal"/>
    <w:rsid w:val="00DB1E9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8">
    <w:name w:val="xl258"/>
    <w:basedOn w:val="Normal"/>
    <w:rsid w:val="00DB1E9B"/>
    <w:pPr>
      <w:pBdr>
        <w:left w:val="single" w:sz="4" w:space="0" w:color="auto"/>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9">
    <w:name w:val="xl259"/>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60">
    <w:name w:val="xl260"/>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1">
    <w:name w:val="xl261"/>
    <w:basedOn w:val="Normal"/>
    <w:rsid w:val="00DB1E9B"/>
    <w:pPr>
      <w:pBdr>
        <w:top w:val="single" w:sz="8" w:space="0" w:color="auto"/>
        <w:left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2">
    <w:name w:val="xl262"/>
    <w:basedOn w:val="Normal"/>
    <w:rsid w:val="00DB1E9B"/>
    <w:pPr>
      <w:pBdr>
        <w:top w:val="single" w:sz="8"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3">
    <w:name w:val="xl26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264">
    <w:name w:val="xl26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5">
    <w:name w:val="xl26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267">
    <w:name w:val="xl267"/>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268">
    <w:name w:val="xl26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9">
    <w:name w:val="xl269"/>
    <w:basedOn w:val="Normal"/>
    <w:rsid w:val="00DB1E9B"/>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0">
    <w:name w:val="xl270"/>
    <w:basedOn w:val="Normal"/>
    <w:rsid w:val="00DB1E9B"/>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1">
    <w:name w:val="xl271"/>
    <w:basedOn w:val="Normal"/>
    <w:rsid w:val="00DB1E9B"/>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2">
    <w:name w:val="xl272"/>
    <w:basedOn w:val="Normal"/>
    <w:rsid w:val="00DB1E9B"/>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3">
    <w:name w:val="xl273"/>
    <w:basedOn w:val="Normal"/>
    <w:rsid w:val="00DB1E9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ES"/>
    </w:rPr>
  </w:style>
  <w:style w:type="paragraph" w:customStyle="1" w:styleId="xl275">
    <w:name w:val="xl275"/>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76">
    <w:name w:val="xl276"/>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7">
    <w:name w:val="xl277"/>
    <w:basedOn w:val="Normal"/>
    <w:rsid w:val="00DB1E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8">
    <w:name w:val="xl278"/>
    <w:basedOn w:val="Normal"/>
    <w:rsid w:val="00DB1E9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DB1E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0">
    <w:name w:val="xl280"/>
    <w:basedOn w:val="Normal"/>
    <w:rsid w:val="00DB1E9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1">
    <w:name w:val="xl281"/>
    <w:basedOn w:val="Normal"/>
    <w:rsid w:val="00DB1E9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2">
    <w:name w:val="xl282"/>
    <w:basedOn w:val="Normal"/>
    <w:rsid w:val="00DB1E9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4">
    <w:name w:val="xl284"/>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5">
    <w:name w:val="xl285"/>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6">
    <w:name w:val="xl28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87">
    <w:name w:val="xl287"/>
    <w:basedOn w:val="Normal"/>
    <w:rsid w:val="00DB1E9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0">
    <w:name w:val="xl290"/>
    <w:basedOn w:val="Normal"/>
    <w:rsid w:val="00DB1E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1">
    <w:name w:val="xl291"/>
    <w:basedOn w:val="Normal"/>
    <w:rsid w:val="00DB1E9B"/>
    <w:pP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2">
    <w:name w:val="xl292"/>
    <w:basedOn w:val="Normal"/>
    <w:rsid w:val="00DB1E9B"/>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3">
    <w:name w:val="xl293"/>
    <w:basedOn w:val="Normal"/>
    <w:rsid w:val="00DB1E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4">
    <w:name w:val="xl294"/>
    <w:basedOn w:val="Normal"/>
    <w:rsid w:val="00DB1E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5">
    <w:name w:val="xl295"/>
    <w:basedOn w:val="Normal"/>
    <w:rsid w:val="00DB1E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6">
    <w:name w:val="xl296"/>
    <w:basedOn w:val="Normal"/>
    <w:rsid w:val="00DB1E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97">
    <w:name w:val="xl297"/>
    <w:basedOn w:val="Normal"/>
    <w:rsid w:val="00DB1E9B"/>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8">
    <w:name w:val="xl298"/>
    <w:basedOn w:val="Normal"/>
    <w:rsid w:val="00DB1E9B"/>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9">
    <w:name w:val="xl299"/>
    <w:basedOn w:val="Normal"/>
    <w:rsid w:val="00DB1E9B"/>
    <w:pPr>
      <w:pBdr>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0">
    <w:name w:val="xl300"/>
    <w:basedOn w:val="Normal"/>
    <w:rsid w:val="00DB1E9B"/>
    <w:pPr>
      <w:pBdr>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1">
    <w:name w:val="xl301"/>
    <w:basedOn w:val="Normal"/>
    <w:rsid w:val="00DB1E9B"/>
    <w:pPr>
      <w:pBdr>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2">
    <w:name w:val="xl302"/>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3">
    <w:name w:val="xl303"/>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DB1E9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DB1E9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7">
    <w:name w:val="xl307"/>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8">
    <w:name w:val="xl308"/>
    <w:basedOn w:val="Normal"/>
    <w:rsid w:val="00DB1E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9">
    <w:name w:val="xl309"/>
    <w:basedOn w:val="Normal"/>
    <w:rsid w:val="00DB1E9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0">
    <w:name w:val="xl310"/>
    <w:basedOn w:val="Normal"/>
    <w:rsid w:val="00DB1E9B"/>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1">
    <w:name w:val="xl311"/>
    <w:basedOn w:val="Normal"/>
    <w:rsid w:val="00DB1E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2">
    <w:name w:val="xl312"/>
    <w:basedOn w:val="Normal"/>
    <w:rsid w:val="00DB1E9B"/>
    <w:pPr>
      <w:pBdr>
        <w:top w:val="single" w:sz="4"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3">
    <w:name w:val="xl313"/>
    <w:basedOn w:val="Normal"/>
    <w:rsid w:val="00DB1E9B"/>
    <w:pPr>
      <w:pBdr>
        <w:top w:val="single" w:sz="4"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4">
    <w:name w:val="xl314"/>
    <w:basedOn w:val="Normal"/>
    <w:rsid w:val="00DB1E9B"/>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5">
    <w:name w:val="xl315"/>
    <w:basedOn w:val="Normal"/>
    <w:rsid w:val="00DB1E9B"/>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6">
    <w:name w:val="xl316"/>
    <w:basedOn w:val="Normal"/>
    <w:rsid w:val="00DB1E9B"/>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7">
    <w:name w:val="xl317"/>
    <w:basedOn w:val="Normal"/>
    <w:rsid w:val="00DB1E9B"/>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8">
    <w:name w:val="xl318"/>
    <w:basedOn w:val="Normal"/>
    <w:rsid w:val="00DB1E9B"/>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9">
    <w:name w:val="xl319"/>
    <w:basedOn w:val="Normal"/>
    <w:rsid w:val="00DB1E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0">
    <w:name w:val="xl320"/>
    <w:basedOn w:val="Normal"/>
    <w:rsid w:val="00DB1E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DB1E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2">
    <w:name w:val="xl322"/>
    <w:basedOn w:val="Normal"/>
    <w:rsid w:val="00DB1E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DB1E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4">
    <w:name w:val="xl324"/>
    <w:basedOn w:val="Normal"/>
    <w:rsid w:val="00DB1E9B"/>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5">
    <w:name w:val="xl325"/>
    <w:basedOn w:val="Normal"/>
    <w:rsid w:val="00DB1E9B"/>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6">
    <w:name w:val="xl326"/>
    <w:basedOn w:val="Normal"/>
    <w:rsid w:val="00DB1E9B"/>
    <w:pP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327">
    <w:name w:val="xl327"/>
    <w:basedOn w:val="Normal"/>
    <w:rsid w:val="00DB1E9B"/>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28">
    <w:name w:val="xl328"/>
    <w:basedOn w:val="Normal"/>
    <w:rsid w:val="00DB1E9B"/>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DB1E9B"/>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0">
    <w:name w:val="xl330"/>
    <w:basedOn w:val="Normal"/>
    <w:rsid w:val="00DB1E9B"/>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1">
    <w:name w:val="xl331"/>
    <w:basedOn w:val="Normal"/>
    <w:rsid w:val="00DB1E9B"/>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2">
    <w:name w:val="xl332"/>
    <w:basedOn w:val="Normal"/>
    <w:rsid w:val="00DB1E9B"/>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3">
    <w:name w:val="xl333"/>
    <w:basedOn w:val="Normal"/>
    <w:rsid w:val="00DB1E9B"/>
    <w:pPr>
      <w:spacing w:before="100" w:beforeAutospacing="1" w:after="100" w:afterAutospacing="1" w:line="240" w:lineRule="auto"/>
    </w:pPr>
    <w:rPr>
      <w:rFonts w:ascii="Arial" w:eastAsia="Times New Roman" w:hAnsi="Arial" w:cs="Arial"/>
      <w:sz w:val="16"/>
      <w:szCs w:val="16"/>
      <w:lang w:eastAsia="es-ES"/>
    </w:rPr>
  </w:style>
  <w:style w:type="paragraph" w:customStyle="1" w:styleId="xl334">
    <w:name w:val="xl334"/>
    <w:basedOn w:val="Normal"/>
    <w:rsid w:val="00DB1E9B"/>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5">
    <w:name w:val="xl335"/>
    <w:basedOn w:val="Normal"/>
    <w:rsid w:val="00DB1E9B"/>
    <w:pPr>
      <w:pBdr>
        <w:bottom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6">
    <w:name w:val="xl336"/>
    <w:basedOn w:val="Normal"/>
    <w:rsid w:val="00DB1E9B"/>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Cuadrculamedia1-nfasis21">
    <w:name w:val="Cuadrícula media 1 - Énfasis 21"/>
    <w:basedOn w:val="Normal"/>
    <w:uiPriority w:val="34"/>
    <w:qFormat/>
    <w:rsid w:val="00DB1E9B"/>
    <w:pPr>
      <w:spacing w:after="0" w:line="240" w:lineRule="auto"/>
      <w:ind w:left="720"/>
      <w:contextualSpacing/>
    </w:pPr>
    <w:rPr>
      <w:rFonts w:ascii="Times New Roman" w:eastAsia="SimSun" w:hAnsi="Times New Roman" w:cs="Times New Roman"/>
      <w:sz w:val="20"/>
      <w:szCs w:val="20"/>
      <w:lang w:eastAsia="es-ES"/>
    </w:rPr>
  </w:style>
  <w:style w:type="character" w:customStyle="1" w:styleId="Listavistosa-nfasis1Car1">
    <w:name w:val="Lista vistosa - Énfasis 1 Car1"/>
    <w:rsid w:val="00DB1E9B"/>
    <w:rPr>
      <w:sz w:val="22"/>
      <w:szCs w:val="22"/>
      <w:lang w:val="x-none" w:eastAsia="x-none"/>
    </w:rPr>
  </w:style>
  <w:style w:type="paragraph" w:customStyle="1" w:styleId="xl337">
    <w:name w:val="xl337"/>
    <w:basedOn w:val="Normal"/>
    <w:rsid w:val="00DB1E9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8">
    <w:name w:val="xl338"/>
    <w:basedOn w:val="Normal"/>
    <w:rsid w:val="00DB1E9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9">
    <w:name w:val="xl339"/>
    <w:basedOn w:val="Normal"/>
    <w:rsid w:val="00DB1E9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40">
    <w:name w:val="xl340"/>
    <w:basedOn w:val="Normal"/>
    <w:rsid w:val="00DB1E9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table" w:customStyle="1" w:styleId="TableNormal2">
    <w:name w:val="Table Normal2"/>
    <w:uiPriority w:val="2"/>
    <w:semiHidden/>
    <w:unhideWhenUsed/>
    <w:qFormat/>
    <w:rsid w:val="00DB1E9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ontsplit">
    <w:name w:val="dontsplit"/>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
    <w:name w:val="foot-note"/>
    <w:rsid w:val="00DB1E9B"/>
  </w:style>
  <w:style w:type="character" w:customStyle="1" w:styleId="PuestoCar2">
    <w:name w:val="Puesto Car2"/>
    <w:basedOn w:val="Fuentedeprrafopredeter"/>
    <w:uiPriority w:val="10"/>
    <w:rsid w:val="00DB1E9B"/>
    <w:rPr>
      <w:rFonts w:ascii="Calibri Light" w:eastAsia="Times New Roman" w:hAnsi="Calibri Light" w:cs="Times New Roman"/>
      <w:spacing w:val="-10"/>
      <w:kern w:val="28"/>
      <w:sz w:val="56"/>
      <w:szCs w:val="56"/>
      <w:lang w:val="es-ES" w:eastAsia="es-ES"/>
    </w:rPr>
  </w:style>
  <w:style w:type="table" w:customStyle="1" w:styleId="TableGrid">
    <w:name w:val="TableGrid"/>
    <w:rsid w:val="00DB1E9B"/>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aracteresenmarcados">
    <w:name w:val="Caracteres enmarcados"/>
    <w:basedOn w:val="Normal"/>
    <w:rsid w:val="00DB1E9B"/>
    <w:pPr>
      <w:spacing w:after="0" w:line="240" w:lineRule="auto"/>
    </w:pPr>
    <w:rPr>
      <w:rFonts w:ascii="Times New Roman" w:eastAsia="Times New Roman" w:hAnsi="Times New Roman" w:cs="Times New Roman"/>
      <w:sz w:val="24"/>
      <w:szCs w:val="24"/>
      <w:lang w:eastAsia="es-ES"/>
    </w:rPr>
  </w:style>
  <w:style w:type="paragraph" w:customStyle="1" w:styleId="CarCarCarCar3">
    <w:name w:val="Car Car Car Car3"/>
    <w:basedOn w:val="Normal"/>
    <w:rsid w:val="00DB1E9B"/>
    <w:pPr>
      <w:spacing w:line="240" w:lineRule="exact"/>
    </w:pPr>
    <w:rPr>
      <w:rFonts w:ascii="Verdana" w:eastAsia="Times New Roman" w:hAnsi="Verdana" w:cs="Times New Roman"/>
      <w:sz w:val="20"/>
      <w:szCs w:val="24"/>
      <w:lang w:val="en-US"/>
    </w:rPr>
  </w:style>
  <w:style w:type="character" w:customStyle="1" w:styleId="lphit1">
    <w:name w:val="lphit1"/>
    <w:rsid w:val="00DB1E9B"/>
    <w:rPr>
      <w:vanish w:val="0"/>
      <w:webHidden w:val="0"/>
      <w:color w:val="000000"/>
      <w:shd w:val="clear" w:color="auto" w:fill="FFFF00"/>
      <w:specVanish w:val="0"/>
    </w:rPr>
  </w:style>
  <w:style w:type="paragraph" w:customStyle="1" w:styleId="2">
    <w:name w:val="2"/>
    <w:basedOn w:val="Normal"/>
    <w:rsid w:val="00DB1E9B"/>
    <w:pPr>
      <w:spacing w:after="0" w:line="240" w:lineRule="auto"/>
    </w:pPr>
    <w:rPr>
      <w:rFonts w:ascii="Times New Roman" w:eastAsia="Times New Roman" w:hAnsi="Times New Roman" w:cs="Times New Roman"/>
      <w:sz w:val="24"/>
      <w:szCs w:val="24"/>
      <w:lang w:eastAsia="es-ES"/>
    </w:rPr>
  </w:style>
  <w:style w:type="paragraph" w:customStyle="1" w:styleId="msonormal0">
    <w:name w:val="msonormal"/>
    <w:basedOn w:val="Normal"/>
    <w:rsid w:val="00DB1E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DB1E9B"/>
    <w:rPr>
      <w:color w:val="605E5C"/>
      <w:shd w:val="clear" w:color="auto" w:fill="E1DFDD"/>
    </w:rPr>
  </w:style>
  <w:style w:type="paragraph" w:styleId="Cita">
    <w:name w:val="Quote"/>
    <w:basedOn w:val="Normal"/>
    <w:next w:val="Normal"/>
    <w:link w:val="CitaCar"/>
    <w:uiPriority w:val="29"/>
    <w:qFormat/>
    <w:rsid w:val="00DB1E9B"/>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DB1E9B"/>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DB1E9B"/>
    <w:rPr>
      <w:i/>
      <w:iCs/>
      <w:color w:val="2E74B5" w:themeColor="accent1" w:themeShade="BF"/>
    </w:rPr>
  </w:style>
  <w:style w:type="paragraph" w:styleId="Citadestacada">
    <w:name w:val="Intense Quote"/>
    <w:basedOn w:val="Normal"/>
    <w:next w:val="Normal"/>
    <w:link w:val="CitadestacadaCar"/>
    <w:uiPriority w:val="30"/>
    <w:qFormat/>
    <w:rsid w:val="00DB1E9B"/>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DB1E9B"/>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DB1E9B"/>
    <w:rPr>
      <w:b/>
      <w:bCs/>
      <w:smallCaps/>
      <w:color w:val="2E74B5" w:themeColor="accent1" w:themeShade="BF"/>
      <w:spacing w:val="5"/>
    </w:rPr>
  </w:style>
  <w:style w:type="paragraph" w:styleId="Listaconnmeros">
    <w:name w:val="List Number"/>
    <w:basedOn w:val="Normal"/>
    <w:uiPriority w:val="99"/>
    <w:unhideWhenUsed/>
    <w:rsid w:val="00DB1E9B"/>
    <w:pPr>
      <w:numPr>
        <w:numId w:val="8"/>
      </w:numPr>
      <w:tabs>
        <w:tab w:val="clear" w:pos="360"/>
      </w:tabs>
      <w:spacing w:after="200" w:line="276" w:lineRule="auto"/>
      <w:ind w:left="0" w:firstLine="0"/>
      <w:contextualSpacing/>
    </w:pPr>
    <w:rPr>
      <w:rFonts w:eastAsiaTheme="minorEastAsia"/>
    </w:rPr>
  </w:style>
  <w:style w:type="paragraph" w:styleId="Listaconnmeros2">
    <w:name w:val="List Number 2"/>
    <w:basedOn w:val="Normal"/>
    <w:uiPriority w:val="99"/>
    <w:unhideWhenUsed/>
    <w:rsid w:val="00DB1E9B"/>
    <w:pPr>
      <w:numPr>
        <w:numId w:val="9"/>
      </w:numPr>
      <w:tabs>
        <w:tab w:val="clear" w:pos="720"/>
      </w:tabs>
      <w:spacing w:after="200" w:line="276" w:lineRule="auto"/>
      <w:ind w:left="0" w:firstLine="0"/>
      <w:contextualSpacing/>
    </w:pPr>
    <w:rPr>
      <w:rFonts w:eastAsiaTheme="minorEastAsia"/>
    </w:rPr>
  </w:style>
  <w:style w:type="paragraph" w:styleId="Listaconnmeros3">
    <w:name w:val="List Number 3"/>
    <w:basedOn w:val="Normal"/>
    <w:uiPriority w:val="99"/>
    <w:unhideWhenUsed/>
    <w:rsid w:val="00DB1E9B"/>
    <w:pPr>
      <w:numPr>
        <w:numId w:val="10"/>
      </w:numPr>
      <w:tabs>
        <w:tab w:val="clear" w:pos="1080"/>
      </w:tabs>
      <w:spacing w:after="200" w:line="276" w:lineRule="auto"/>
      <w:ind w:left="0" w:firstLine="0"/>
      <w:contextualSpacing/>
    </w:pPr>
    <w:rPr>
      <w:rFonts w:eastAsiaTheme="minorEastAsia"/>
    </w:rPr>
  </w:style>
  <w:style w:type="paragraph" w:styleId="Textomacro">
    <w:name w:val="macro"/>
    <w:link w:val="TextomacroCar"/>
    <w:uiPriority w:val="99"/>
    <w:unhideWhenUsed/>
    <w:rsid w:val="00DB1E9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macroCar">
    <w:name w:val="Texto macro Car"/>
    <w:basedOn w:val="Fuentedeprrafopredeter"/>
    <w:link w:val="Textomacro"/>
    <w:uiPriority w:val="99"/>
    <w:rsid w:val="00DB1E9B"/>
    <w:rPr>
      <w:rFonts w:ascii="Courier" w:eastAsiaTheme="minorEastAsia" w:hAnsi="Courier"/>
      <w:sz w:val="20"/>
      <w:szCs w:val="20"/>
      <w:lang w:val="en-US"/>
    </w:rPr>
  </w:style>
  <w:style w:type="character" w:styleId="Referenciasutil">
    <w:name w:val="Subtle Reference"/>
    <w:basedOn w:val="Fuentedeprrafopredeter"/>
    <w:uiPriority w:val="31"/>
    <w:qFormat/>
    <w:rsid w:val="00DB1E9B"/>
    <w:rPr>
      <w:smallCaps/>
      <w:color w:val="ED7D31" w:themeColor="accent2"/>
      <w:u w:val="single"/>
    </w:rPr>
  </w:style>
  <w:style w:type="character" w:styleId="Ttulodellibro">
    <w:name w:val="Book Title"/>
    <w:basedOn w:val="Fuentedeprrafopredeter"/>
    <w:uiPriority w:val="33"/>
    <w:qFormat/>
    <w:rsid w:val="00DB1E9B"/>
    <w:rPr>
      <w:b/>
      <w:bCs/>
      <w:smallCaps/>
      <w:spacing w:val="5"/>
    </w:rPr>
  </w:style>
  <w:style w:type="paragraph" w:styleId="TtuloTDC">
    <w:name w:val="TOC Heading"/>
    <w:basedOn w:val="Ttulo1"/>
    <w:next w:val="Normal"/>
    <w:uiPriority w:val="39"/>
    <w:semiHidden/>
    <w:unhideWhenUsed/>
    <w:qFormat/>
    <w:rsid w:val="00DB1E9B"/>
    <w:pPr>
      <w:spacing w:line="276" w:lineRule="auto"/>
      <w:jc w:val="left"/>
      <w:outlineLvl w:val="9"/>
    </w:pPr>
    <w:rPr>
      <w:rFonts w:asciiTheme="majorHAnsi" w:eastAsiaTheme="majorEastAsia" w:hAnsiTheme="majorHAnsi" w:cstheme="majorBidi"/>
      <w:color w:val="2E74B5" w:themeColor="accent1" w:themeShade="BF"/>
      <w:lang w:val="es-CO" w:eastAsia="en-US"/>
    </w:rPr>
  </w:style>
  <w:style w:type="table" w:styleId="Sombreadoclaro">
    <w:name w:val="Light Shading"/>
    <w:basedOn w:val="Tablanormal"/>
    <w:uiPriority w:val="60"/>
    <w:rsid w:val="00DB1E9B"/>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B1E9B"/>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2">
    <w:name w:val="Light Shading Accent 2"/>
    <w:basedOn w:val="Tablanormal"/>
    <w:uiPriority w:val="60"/>
    <w:rsid w:val="00DB1E9B"/>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DB1E9B"/>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DB1E9B"/>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DB1E9B"/>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doclaro-nfasis6">
    <w:name w:val="Light Shading Accent 6"/>
    <w:basedOn w:val="Tablanormal"/>
    <w:uiPriority w:val="60"/>
    <w:rsid w:val="00DB1E9B"/>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is2">
    <w:name w:val="Light List Accent 2"/>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is6">
    <w:name w:val="Light List Accent 6"/>
    <w:basedOn w:val="Tablanormal"/>
    <w:uiPriority w:val="61"/>
    <w:rsid w:val="00DB1E9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Cuadrculaclara-nfasis2">
    <w:name w:val="Light Grid Accent 2"/>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clara-nfasis6">
    <w:name w:val="Light Grid Accent 6"/>
    <w:basedOn w:val="Tablanormal"/>
    <w:uiPriority w:val="62"/>
    <w:rsid w:val="00DB1E9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DB1E9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B1E9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edia1-nfasis2">
    <w:name w:val="Medium List 1 Accent 2"/>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edia1-nfasis6">
    <w:name w:val="Medium List 1 Accent 6"/>
    <w:basedOn w:val="Tablanormal"/>
    <w:uiPriority w:val="65"/>
    <w:rsid w:val="00DB1E9B"/>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media1-nfasis2">
    <w:name w:val="Medium Grid 1 Accent 2"/>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6">
    <w:name w:val="Medium Grid 1 Accent 6"/>
    <w:basedOn w:val="Tablanormal"/>
    <w:uiPriority w:val="67"/>
    <w:rsid w:val="00DB1E9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DB1E9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2">
    <w:name w:val="Medium Grid 3 Accent 2"/>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media3-nfasis6">
    <w:name w:val="Medium Grid 3 Accent 6"/>
    <w:basedOn w:val="Tablanormal"/>
    <w:uiPriority w:val="69"/>
    <w:rsid w:val="00DB1E9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oscura-nfasis2">
    <w:name w:val="Dark List Accent 2"/>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oscura-nfasis6">
    <w:name w:val="Dark List Accent 6"/>
    <w:basedOn w:val="Tablanormal"/>
    <w:uiPriority w:val="70"/>
    <w:rsid w:val="00DB1E9B"/>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DB1E9B"/>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vistosa-nfasis2">
    <w:name w:val="Colorful List Accent 2"/>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avistosa-nfasis6">
    <w:name w:val="Colorful List Accent 6"/>
    <w:basedOn w:val="Tablanormal"/>
    <w:uiPriority w:val="72"/>
    <w:rsid w:val="00DB1E9B"/>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vistosa-nfasis2">
    <w:name w:val="Colorful Grid Accent 2"/>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vistosa-nfasis6">
    <w:name w:val="Colorful Grid Accent 6"/>
    <w:basedOn w:val="Tablanormal"/>
    <w:uiPriority w:val="73"/>
    <w:rsid w:val="00DB1E9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Mencinsinresolver">
    <w:name w:val="Unresolved Mention"/>
    <w:basedOn w:val="Fuentedeprrafopredeter"/>
    <w:uiPriority w:val="99"/>
    <w:semiHidden/>
    <w:unhideWhenUsed/>
    <w:rsid w:val="00DB1E9B"/>
    <w:rPr>
      <w:color w:val="605E5C"/>
      <w:shd w:val="clear" w:color="auto" w:fill="E1DFDD"/>
    </w:rPr>
  </w:style>
  <w:style w:type="paragraph" w:customStyle="1" w:styleId="SinespaciadoCarCar">
    <w:name w:val="Sin espaciado Car Car"/>
    <w:basedOn w:val="Normal"/>
    <w:link w:val="SinespaciadoCarCarCar"/>
    <w:qFormat/>
    <w:rsid w:val="00DB1E9B"/>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DB1E9B"/>
    <w:rPr>
      <w:rFonts w:ascii="Cambria" w:eastAsia="Times New Roman" w:hAnsi="Cambria" w:cs="Times New Roman"/>
      <w:sz w:val="24"/>
      <w:szCs w:val="24"/>
      <w:lang w:eastAsia="es-CO" w:bidi="en-US"/>
    </w:rPr>
  </w:style>
  <w:style w:type="numbering" w:customStyle="1" w:styleId="Listaactual3">
    <w:name w:val="Lista actual3"/>
    <w:uiPriority w:val="99"/>
    <w:rsid w:val="00DB1E9B"/>
    <w:pPr>
      <w:numPr>
        <w:numId w:val="11"/>
      </w:numPr>
    </w:pPr>
  </w:style>
  <w:style w:type="paragraph" w:customStyle="1" w:styleId="xxtableparagraph">
    <w:name w:val="x_x_tableparagraph"/>
    <w:basedOn w:val="Normal"/>
    <w:rsid w:val="00DB1E9B"/>
    <w:pPr>
      <w:spacing w:before="100" w:beforeAutospacing="1" w:after="100" w:afterAutospacing="1" w:line="240" w:lineRule="auto"/>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215">
      <w:bodyDiv w:val="1"/>
      <w:marLeft w:val="0"/>
      <w:marRight w:val="0"/>
      <w:marTop w:val="0"/>
      <w:marBottom w:val="0"/>
      <w:divBdr>
        <w:top w:val="none" w:sz="0" w:space="0" w:color="auto"/>
        <w:left w:val="none" w:sz="0" w:space="0" w:color="auto"/>
        <w:bottom w:val="none" w:sz="0" w:space="0" w:color="auto"/>
        <w:right w:val="none" w:sz="0" w:space="0" w:color="auto"/>
      </w:divBdr>
    </w:div>
    <w:div w:id="9178252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95046104">
      <w:bodyDiv w:val="1"/>
      <w:marLeft w:val="0"/>
      <w:marRight w:val="0"/>
      <w:marTop w:val="0"/>
      <w:marBottom w:val="0"/>
      <w:divBdr>
        <w:top w:val="none" w:sz="0" w:space="0" w:color="auto"/>
        <w:left w:val="none" w:sz="0" w:space="0" w:color="auto"/>
        <w:bottom w:val="none" w:sz="0" w:space="0" w:color="auto"/>
        <w:right w:val="none" w:sz="0" w:space="0" w:color="auto"/>
      </w:divBdr>
    </w:div>
    <w:div w:id="261039130">
      <w:bodyDiv w:val="1"/>
      <w:marLeft w:val="0"/>
      <w:marRight w:val="0"/>
      <w:marTop w:val="0"/>
      <w:marBottom w:val="0"/>
      <w:divBdr>
        <w:top w:val="none" w:sz="0" w:space="0" w:color="auto"/>
        <w:left w:val="none" w:sz="0" w:space="0" w:color="auto"/>
        <w:bottom w:val="none" w:sz="0" w:space="0" w:color="auto"/>
        <w:right w:val="none" w:sz="0" w:space="0" w:color="auto"/>
      </w:divBdr>
    </w:div>
    <w:div w:id="29984522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5760800">
      <w:bodyDiv w:val="1"/>
      <w:marLeft w:val="0"/>
      <w:marRight w:val="0"/>
      <w:marTop w:val="0"/>
      <w:marBottom w:val="0"/>
      <w:divBdr>
        <w:top w:val="none" w:sz="0" w:space="0" w:color="auto"/>
        <w:left w:val="none" w:sz="0" w:space="0" w:color="auto"/>
        <w:bottom w:val="none" w:sz="0" w:space="0" w:color="auto"/>
        <w:right w:val="none" w:sz="0" w:space="0" w:color="auto"/>
      </w:divBdr>
    </w:div>
    <w:div w:id="59913989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6788617">
      <w:bodyDiv w:val="1"/>
      <w:marLeft w:val="0"/>
      <w:marRight w:val="0"/>
      <w:marTop w:val="0"/>
      <w:marBottom w:val="0"/>
      <w:divBdr>
        <w:top w:val="none" w:sz="0" w:space="0" w:color="auto"/>
        <w:left w:val="none" w:sz="0" w:space="0" w:color="auto"/>
        <w:bottom w:val="none" w:sz="0" w:space="0" w:color="auto"/>
        <w:right w:val="none" w:sz="0" w:space="0" w:color="auto"/>
      </w:divBdr>
    </w:div>
    <w:div w:id="746269980">
      <w:bodyDiv w:val="1"/>
      <w:marLeft w:val="0"/>
      <w:marRight w:val="0"/>
      <w:marTop w:val="0"/>
      <w:marBottom w:val="0"/>
      <w:divBdr>
        <w:top w:val="none" w:sz="0" w:space="0" w:color="auto"/>
        <w:left w:val="none" w:sz="0" w:space="0" w:color="auto"/>
        <w:bottom w:val="none" w:sz="0" w:space="0" w:color="auto"/>
        <w:right w:val="none" w:sz="0" w:space="0" w:color="auto"/>
      </w:divBdr>
    </w:div>
    <w:div w:id="100860034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00875458">
      <w:bodyDiv w:val="1"/>
      <w:marLeft w:val="0"/>
      <w:marRight w:val="0"/>
      <w:marTop w:val="0"/>
      <w:marBottom w:val="0"/>
      <w:divBdr>
        <w:top w:val="none" w:sz="0" w:space="0" w:color="auto"/>
        <w:left w:val="none" w:sz="0" w:space="0" w:color="auto"/>
        <w:bottom w:val="none" w:sz="0" w:space="0" w:color="auto"/>
        <w:right w:val="none" w:sz="0" w:space="0" w:color="auto"/>
      </w:divBdr>
    </w:div>
    <w:div w:id="120332382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69528377">
      <w:bodyDiv w:val="1"/>
      <w:marLeft w:val="0"/>
      <w:marRight w:val="0"/>
      <w:marTop w:val="0"/>
      <w:marBottom w:val="0"/>
      <w:divBdr>
        <w:top w:val="none" w:sz="0" w:space="0" w:color="auto"/>
        <w:left w:val="none" w:sz="0" w:space="0" w:color="auto"/>
        <w:bottom w:val="none" w:sz="0" w:space="0" w:color="auto"/>
        <w:right w:val="none" w:sz="0" w:space="0" w:color="auto"/>
      </w:divBdr>
    </w:div>
    <w:div w:id="1416899072">
      <w:bodyDiv w:val="1"/>
      <w:marLeft w:val="0"/>
      <w:marRight w:val="0"/>
      <w:marTop w:val="0"/>
      <w:marBottom w:val="0"/>
      <w:divBdr>
        <w:top w:val="none" w:sz="0" w:space="0" w:color="auto"/>
        <w:left w:val="none" w:sz="0" w:space="0" w:color="auto"/>
        <w:bottom w:val="none" w:sz="0" w:space="0" w:color="auto"/>
        <w:right w:val="none" w:sz="0" w:space="0" w:color="auto"/>
      </w:divBdr>
    </w:div>
    <w:div w:id="1452169046">
      <w:bodyDiv w:val="1"/>
      <w:marLeft w:val="0"/>
      <w:marRight w:val="0"/>
      <w:marTop w:val="0"/>
      <w:marBottom w:val="0"/>
      <w:divBdr>
        <w:top w:val="none" w:sz="0" w:space="0" w:color="auto"/>
        <w:left w:val="none" w:sz="0" w:space="0" w:color="auto"/>
        <w:bottom w:val="none" w:sz="0" w:space="0" w:color="auto"/>
        <w:right w:val="none" w:sz="0" w:space="0" w:color="auto"/>
      </w:divBdr>
    </w:div>
    <w:div w:id="146658046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9008218">
      <w:bodyDiv w:val="1"/>
      <w:marLeft w:val="0"/>
      <w:marRight w:val="0"/>
      <w:marTop w:val="0"/>
      <w:marBottom w:val="0"/>
      <w:divBdr>
        <w:top w:val="none" w:sz="0" w:space="0" w:color="auto"/>
        <w:left w:val="none" w:sz="0" w:space="0" w:color="auto"/>
        <w:bottom w:val="none" w:sz="0" w:space="0" w:color="auto"/>
        <w:right w:val="none" w:sz="0" w:space="0" w:color="auto"/>
      </w:divBdr>
    </w:div>
    <w:div w:id="154012209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259220">
      <w:bodyDiv w:val="1"/>
      <w:marLeft w:val="0"/>
      <w:marRight w:val="0"/>
      <w:marTop w:val="0"/>
      <w:marBottom w:val="0"/>
      <w:divBdr>
        <w:top w:val="none" w:sz="0" w:space="0" w:color="auto"/>
        <w:left w:val="none" w:sz="0" w:space="0" w:color="auto"/>
        <w:bottom w:val="none" w:sz="0" w:space="0" w:color="auto"/>
        <w:right w:val="none" w:sz="0" w:space="0" w:color="auto"/>
      </w:divBdr>
    </w:div>
    <w:div w:id="161521324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728145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0890176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2D03290A534DE2AEB7F4CE48C1F39C"/>
        <w:category>
          <w:name w:val="General"/>
          <w:gallery w:val="placeholder"/>
        </w:category>
        <w:types>
          <w:type w:val="bbPlcHdr"/>
        </w:types>
        <w:behaviors>
          <w:behavior w:val="content"/>
        </w:behaviors>
        <w:guid w:val="{8C008D86-7287-4019-9FB3-236578EE7680}"/>
      </w:docPartPr>
      <w:docPartBody>
        <w:p w:rsidR="004A6FFB" w:rsidRDefault="004A6FFB" w:rsidP="004A6FFB">
          <w:pPr>
            <w:pStyle w:val="C62D03290A534DE2AEB7F4CE48C1F39C"/>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90D841897D04CA4AE4922CFBC52FAE6"/>
        <w:category>
          <w:name w:val="General"/>
          <w:gallery w:val="placeholder"/>
        </w:category>
        <w:types>
          <w:type w:val="bbPlcHdr"/>
        </w:types>
        <w:behaviors>
          <w:behavior w:val="content"/>
        </w:behaviors>
        <w:guid w:val="{4E383DBD-98A7-4DE4-A61C-4515C8004DF1}"/>
      </w:docPartPr>
      <w:docPartBody>
        <w:p w:rsidR="004A6FFB" w:rsidRDefault="004A6FFB" w:rsidP="004A6FFB">
          <w:pPr>
            <w:pStyle w:val="A90D841897D04CA4AE4922CFBC52FAE6"/>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5B550DBCFDC4E5F84E488E25A7B4164"/>
        <w:category>
          <w:name w:val="General"/>
          <w:gallery w:val="placeholder"/>
        </w:category>
        <w:types>
          <w:type w:val="bbPlcHdr"/>
        </w:types>
        <w:behaviors>
          <w:behavior w:val="content"/>
        </w:behaviors>
        <w:guid w:val="{C987766E-B83A-43F9-9A7E-BA9D672E24EF}"/>
      </w:docPartPr>
      <w:docPartBody>
        <w:p w:rsidR="004A6FFB" w:rsidRDefault="004A6FFB" w:rsidP="004A6FFB">
          <w:pPr>
            <w:pStyle w:val="45B550DBCFDC4E5F84E488E25A7B4164"/>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D6650197A4B49C49F5BC685EC11DE2C"/>
        <w:category>
          <w:name w:val="General"/>
          <w:gallery w:val="placeholder"/>
        </w:category>
        <w:types>
          <w:type w:val="bbPlcHdr"/>
        </w:types>
        <w:behaviors>
          <w:behavior w:val="content"/>
        </w:behaviors>
        <w:guid w:val="{3C8D541D-19FF-4FB7-B755-FBDB36ADE959}"/>
      </w:docPartPr>
      <w:docPartBody>
        <w:p w:rsidR="004A6FFB" w:rsidRDefault="004A6FFB" w:rsidP="004A6FFB">
          <w:pPr>
            <w:pStyle w:val="1D6650197A4B49C49F5BC685EC11DE2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EE9BB9A241D4E34B988DD758C638BBA"/>
        <w:category>
          <w:name w:val="General"/>
          <w:gallery w:val="placeholder"/>
        </w:category>
        <w:types>
          <w:type w:val="bbPlcHdr"/>
        </w:types>
        <w:behaviors>
          <w:behavior w:val="content"/>
        </w:behaviors>
        <w:guid w:val="{7B45C447-5857-4405-AC65-F741A69AC2EE}"/>
      </w:docPartPr>
      <w:docPartBody>
        <w:p w:rsidR="004A6FFB" w:rsidRDefault="004A6FFB" w:rsidP="004A6FFB">
          <w:pPr>
            <w:pStyle w:val="EEE9BB9A241D4E34B988DD758C638BBA"/>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AADAA1F152BF4B51BEDAC7D234B7356F"/>
        <w:category>
          <w:name w:val="General"/>
          <w:gallery w:val="placeholder"/>
        </w:category>
        <w:types>
          <w:type w:val="bbPlcHdr"/>
        </w:types>
        <w:behaviors>
          <w:behavior w:val="content"/>
        </w:behaviors>
        <w:guid w:val="{B5BD82A3-0DD7-45E8-AF84-A4BAEB0DE6B5}"/>
      </w:docPartPr>
      <w:docPartBody>
        <w:p w:rsidR="004A6FFB" w:rsidRDefault="004A6FFB" w:rsidP="004A6FFB">
          <w:pPr>
            <w:pStyle w:val="AADAA1F152BF4B51BEDAC7D234B7356F"/>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1A7B74720EB4737B453A1E8693F9578"/>
        <w:category>
          <w:name w:val="General"/>
          <w:gallery w:val="placeholder"/>
        </w:category>
        <w:types>
          <w:type w:val="bbPlcHdr"/>
        </w:types>
        <w:behaviors>
          <w:behavior w:val="content"/>
        </w:behaviors>
        <w:guid w:val="{85D65DD6-2F76-4EE9-BDFF-ACFD733E39D2}"/>
      </w:docPartPr>
      <w:docPartBody>
        <w:p w:rsidR="004A6FFB" w:rsidRDefault="004A6FFB" w:rsidP="004A6FFB">
          <w:pPr>
            <w:pStyle w:val="81A7B74720EB4737B453A1E8693F9578"/>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FB"/>
    <w:rsid w:val="004A6FFB"/>
    <w:rsid w:val="00732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6FFB"/>
    <w:rPr>
      <w:color w:val="808080"/>
    </w:rPr>
  </w:style>
  <w:style w:type="paragraph" w:customStyle="1" w:styleId="C62D03290A534DE2AEB7F4CE48C1F39C">
    <w:name w:val="C62D03290A534DE2AEB7F4CE48C1F39C"/>
    <w:rsid w:val="004A6FFB"/>
  </w:style>
  <w:style w:type="paragraph" w:customStyle="1" w:styleId="A90D841897D04CA4AE4922CFBC52FAE6">
    <w:name w:val="A90D841897D04CA4AE4922CFBC52FAE6"/>
    <w:rsid w:val="004A6FFB"/>
  </w:style>
  <w:style w:type="paragraph" w:customStyle="1" w:styleId="45B550DBCFDC4E5F84E488E25A7B4164">
    <w:name w:val="45B550DBCFDC4E5F84E488E25A7B4164"/>
    <w:rsid w:val="004A6FFB"/>
  </w:style>
  <w:style w:type="paragraph" w:customStyle="1" w:styleId="1D6650197A4B49C49F5BC685EC11DE2C">
    <w:name w:val="1D6650197A4B49C49F5BC685EC11DE2C"/>
    <w:rsid w:val="004A6FFB"/>
  </w:style>
  <w:style w:type="paragraph" w:customStyle="1" w:styleId="EEE9BB9A241D4E34B988DD758C638BBA">
    <w:name w:val="EEE9BB9A241D4E34B988DD758C638BBA"/>
    <w:rsid w:val="004A6FFB"/>
  </w:style>
  <w:style w:type="paragraph" w:customStyle="1" w:styleId="AADAA1F152BF4B51BEDAC7D234B7356F">
    <w:name w:val="AADAA1F152BF4B51BEDAC7D234B7356F"/>
    <w:rsid w:val="004A6FFB"/>
  </w:style>
  <w:style w:type="paragraph" w:customStyle="1" w:styleId="81A7B74720EB4737B453A1E8693F9578">
    <w:name w:val="81A7B74720EB4737B453A1E8693F9578"/>
    <w:rsid w:val="004A6F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8E8F7-5D49-4598-B539-2F971C62D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4373</TotalTime>
  <Pages>8</Pages>
  <Words>2905</Words>
  <Characters>15982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CARLOS ALBERTO HENAO ORTIZ</cp:lastModifiedBy>
  <cp:revision>399</cp:revision>
  <cp:lastPrinted>2026-05-11T21:57:00Z</cp:lastPrinted>
  <dcterms:created xsi:type="dcterms:W3CDTF">2022-11-22T22:13:00Z</dcterms:created>
  <dcterms:modified xsi:type="dcterms:W3CDTF">2026-06-06T00:50:00Z</dcterms:modified>
</cp:coreProperties>
</file>