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52A64" w14:textId="205DB376" w:rsidR="00DE1A8C" w:rsidRDefault="00DE1A8C" w:rsidP="007F77E3">
      <w:pPr>
        <w:pStyle w:val="Prrafodelista"/>
        <w:tabs>
          <w:tab w:val="left" w:pos="240"/>
        </w:tabs>
        <w:ind w:left="-567" w:right="-519"/>
        <w:jc w:val="center"/>
        <w:rPr>
          <w:rFonts w:ascii="Arial" w:hAnsi="Arial" w:cs="Arial"/>
          <w:b/>
          <w:sz w:val="20"/>
          <w:szCs w:val="20"/>
        </w:rPr>
      </w:pPr>
      <w:r>
        <w:rPr>
          <w:rFonts w:ascii="Arial" w:hAnsi="Arial" w:cs="Arial"/>
          <w:b/>
          <w:sz w:val="20"/>
          <w:szCs w:val="20"/>
        </w:rPr>
        <w:t>ANEXO 1</w:t>
      </w:r>
    </w:p>
    <w:p w14:paraId="4E2E3D41" w14:textId="5EF0CB2A" w:rsidR="000925A2" w:rsidRDefault="000925A2" w:rsidP="007F77E3">
      <w:pPr>
        <w:pStyle w:val="Prrafodelista"/>
        <w:tabs>
          <w:tab w:val="left" w:pos="240"/>
        </w:tabs>
        <w:ind w:left="-567" w:right="-519"/>
        <w:jc w:val="center"/>
        <w:rPr>
          <w:rFonts w:ascii="Arial" w:hAnsi="Arial" w:cs="Arial"/>
          <w:b/>
          <w:sz w:val="20"/>
          <w:szCs w:val="20"/>
        </w:rPr>
      </w:pPr>
    </w:p>
    <w:p w14:paraId="56AF0151" w14:textId="6C5A0E95" w:rsidR="000925A2" w:rsidRPr="000925A2" w:rsidRDefault="000925A2" w:rsidP="007F77E3">
      <w:pPr>
        <w:pStyle w:val="Prrafodelista"/>
        <w:tabs>
          <w:tab w:val="left" w:pos="240"/>
        </w:tabs>
        <w:ind w:left="-567" w:right="-519"/>
        <w:jc w:val="both"/>
        <w:rPr>
          <w:rFonts w:ascii="Arial" w:hAnsi="Arial" w:cs="Arial"/>
          <w:sz w:val="20"/>
          <w:szCs w:val="20"/>
        </w:rPr>
      </w:pPr>
      <w:r>
        <w:rPr>
          <w:rFonts w:ascii="Arial" w:hAnsi="Arial" w:cs="Arial"/>
          <w:sz w:val="20"/>
          <w:szCs w:val="20"/>
        </w:rPr>
        <w:t>El oferente deberá diligenciar el formulario marcando con una X en el espacio definido como cumple o no cumple y de igual forma presentar los certificados o constancias requeridos por la entidad si aplica.</w:t>
      </w:r>
    </w:p>
    <w:p w14:paraId="36F8268E" w14:textId="77777777" w:rsidR="00DE1A8C" w:rsidRDefault="00DE1A8C" w:rsidP="007F77E3">
      <w:pPr>
        <w:pStyle w:val="Prrafodelista"/>
        <w:tabs>
          <w:tab w:val="left" w:pos="240"/>
        </w:tabs>
        <w:ind w:left="-567" w:right="-519"/>
        <w:jc w:val="center"/>
        <w:rPr>
          <w:rFonts w:ascii="Arial" w:hAnsi="Arial" w:cs="Arial"/>
          <w:b/>
          <w:sz w:val="20"/>
          <w:szCs w:val="20"/>
        </w:rPr>
      </w:pPr>
    </w:p>
    <w:p w14:paraId="68EBE276" w14:textId="77777777" w:rsidR="00DE1A8C" w:rsidRDefault="00DE1A8C" w:rsidP="007F77E3">
      <w:pPr>
        <w:pStyle w:val="Prrafodelista"/>
        <w:tabs>
          <w:tab w:val="left" w:pos="240"/>
        </w:tabs>
        <w:ind w:left="-567" w:right="-519"/>
        <w:jc w:val="center"/>
        <w:rPr>
          <w:rFonts w:ascii="Arial" w:hAnsi="Arial" w:cs="Arial"/>
          <w:b/>
          <w:sz w:val="20"/>
          <w:szCs w:val="20"/>
        </w:rPr>
      </w:pPr>
      <w:r w:rsidRPr="00D57349">
        <w:rPr>
          <w:rFonts w:ascii="Arial" w:hAnsi="Arial" w:cs="Arial"/>
          <w:b/>
          <w:sz w:val="20"/>
          <w:szCs w:val="20"/>
        </w:rPr>
        <w:t>ESPECIFICACIONES TÉCNICAS MÍNIMAS REQUERIDAS POR LOTE</w:t>
      </w:r>
      <w:r>
        <w:rPr>
          <w:rFonts w:ascii="Arial" w:hAnsi="Arial" w:cs="Arial"/>
          <w:b/>
          <w:sz w:val="20"/>
          <w:szCs w:val="20"/>
        </w:rPr>
        <w:t>S</w:t>
      </w:r>
    </w:p>
    <w:p w14:paraId="3C5BB0A5" w14:textId="77777777" w:rsidR="00DE1A8C" w:rsidRDefault="00DE1A8C" w:rsidP="007F77E3">
      <w:pPr>
        <w:pStyle w:val="Prrafodelista"/>
        <w:tabs>
          <w:tab w:val="left" w:pos="240"/>
        </w:tabs>
        <w:ind w:left="-567" w:right="-519"/>
        <w:jc w:val="center"/>
        <w:rPr>
          <w:rFonts w:ascii="Arial" w:hAnsi="Arial" w:cs="Arial"/>
          <w:b/>
          <w:sz w:val="20"/>
          <w:szCs w:val="20"/>
        </w:rPr>
      </w:pPr>
    </w:p>
    <w:p w14:paraId="0C725CF2" w14:textId="77777777" w:rsidR="007574D6" w:rsidRDefault="004C3CDC" w:rsidP="007574D6">
      <w:pPr>
        <w:pStyle w:val="Prrafodelista"/>
        <w:tabs>
          <w:tab w:val="left" w:pos="4485"/>
        </w:tabs>
        <w:ind w:left="-567" w:right="-519"/>
        <w:jc w:val="center"/>
        <w:rPr>
          <w:rFonts w:ascii="Arial" w:hAnsi="Arial" w:cs="Arial"/>
          <w:b/>
          <w:sz w:val="20"/>
          <w:szCs w:val="22"/>
        </w:rPr>
      </w:pPr>
      <w:r w:rsidRPr="004C3CDC">
        <w:rPr>
          <w:rFonts w:ascii="Arial" w:hAnsi="Arial" w:cs="Arial"/>
          <w:b/>
          <w:sz w:val="20"/>
          <w:szCs w:val="22"/>
        </w:rPr>
        <w:t>LOTE 1</w:t>
      </w:r>
    </w:p>
    <w:p w14:paraId="1620BDB4" w14:textId="77777777" w:rsidR="007574D6" w:rsidRDefault="007574D6" w:rsidP="007F77E3">
      <w:pPr>
        <w:pStyle w:val="Prrafodelista"/>
        <w:tabs>
          <w:tab w:val="left" w:pos="4485"/>
        </w:tabs>
        <w:ind w:left="-567" w:right="-519"/>
        <w:jc w:val="both"/>
        <w:rPr>
          <w:rFonts w:ascii="Arial" w:hAnsi="Arial" w:cs="Arial"/>
          <w:b/>
          <w:sz w:val="20"/>
          <w:szCs w:val="22"/>
        </w:rPr>
      </w:pPr>
    </w:p>
    <w:p w14:paraId="2E5E6D7B" w14:textId="3989D9FD" w:rsidR="004C3CDC" w:rsidRPr="00D57349" w:rsidRDefault="004C3CDC" w:rsidP="007F77E3">
      <w:pPr>
        <w:pStyle w:val="Prrafodelista"/>
        <w:tabs>
          <w:tab w:val="left" w:pos="4485"/>
        </w:tabs>
        <w:ind w:left="-567" w:right="-519"/>
        <w:jc w:val="both"/>
        <w:rPr>
          <w:rFonts w:ascii="Arial" w:hAnsi="Arial" w:cs="Arial"/>
          <w:b/>
          <w:sz w:val="20"/>
          <w:szCs w:val="22"/>
        </w:rPr>
      </w:pPr>
      <w:r w:rsidRPr="004C3CDC">
        <w:rPr>
          <w:rFonts w:ascii="Arial" w:hAnsi="Arial" w:cs="Arial"/>
          <w:b/>
          <w:sz w:val="20"/>
          <w:szCs w:val="22"/>
        </w:rPr>
        <w:t>MANTENIMIENTO PREVENTIVO Y CORRECTIVO DEL CABLEADO ESTRUCTUTADO, RED DE VOZ Y DATOS, SISTEMA REGULADO Y NO REGULADO, PARA LA POLICÍA METROPOLITANA DE VILLAVICENCIO, DEPARTAMENTO DE POLICÍA META, REGIONAL DE INCORPORACIÓN N°7 Y DEPARTAMENTO DE POLICÍA VAUPÉS.</w:t>
      </w:r>
    </w:p>
    <w:p w14:paraId="11C4204A" w14:textId="77777777" w:rsidR="00DE1A8C" w:rsidRDefault="00DE1A8C" w:rsidP="00DE1A8C">
      <w:pPr>
        <w:spacing w:after="0"/>
        <w:jc w:val="center"/>
        <w:rPr>
          <w:rFonts w:ascii="Arial" w:eastAsia="Calibri" w:hAnsi="Arial" w:cs="Arial"/>
          <w:sz w:val="20"/>
          <w:szCs w:val="20"/>
        </w:rPr>
      </w:pPr>
    </w:p>
    <w:tbl>
      <w:tblPr>
        <w:tblStyle w:val="Tablaconcuadrcula"/>
        <w:tblW w:w="10490" w:type="dxa"/>
        <w:tblInd w:w="-572" w:type="dxa"/>
        <w:tblLayout w:type="fixed"/>
        <w:tblLook w:val="04A0" w:firstRow="1" w:lastRow="0" w:firstColumn="1" w:lastColumn="0" w:noHBand="0" w:noVBand="1"/>
      </w:tblPr>
      <w:tblGrid>
        <w:gridCol w:w="709"/>
        <w:gridCol w:w="1696"/>
        <w:gridCol w:w="6100"/>
        <w:gridCol w:w="993"/>
        <w:gridCol w:w="992"/>
      </w:tblGrid>
      <w:tr w:rsidR="00516A5B" w:rsidRPr="00A56DF5" w14:paraId="3A2CB4C0" w14:textId="77777777" w:rsidTr="00674DB8">
        <w:tc>
          <w:tcPr>
            <w:tcW w:w="709" w:type="dxa"/>
            <w:shd w:val="clear" w:color="auto" w:fill="D9D9D9" w:themeFill="background1" w:themeFillShade="D9"/>
            <w:vAlign w:val="center"/>
          </w:tcPr>
          <w:p w14:paraId="5F4DF563" w14:textId="77777777" w:rsidR="00516A5B" w:rsidRPr="00C13320" w:rsidRDefault="00516A5B" w:rsidP="00B25E14">
            <w:pPr>
              <w:jc w:val="center"/>
              <w:rPr>
                <w:rFonts w:ascii="Arial" w:hAnsi="Arial" w:cs="Arial"/>
                <w:b/>
                <w:bCs/>
                <w:sz w:val="18"/>
                <w:szCs w:val="18"/>
              </w:rPr>
            </w:pPr>
            <w:r w:rsidRPr="00C13320">
              <w:rPr>
                <w:rFonts w:ascii="Arial" w:hAnsi="Arial" w:cs="Arial"/>
                <w:b/>
                <w:bCs/>
                <w:sz w:val="18"/>
                <w:szCs w:val="18"/>
              </w:rPr>
              <w:t>ITEM</w:t>
            </w:r>
          </w:p>
        </w:tc>
        <w:tc>
          <w:tcPr>
            <w:tcW w:w="7796" w:type="dxa"/>
            <w:gridSpan w:val="2"/>
            <w:shd w:val="clear" w:color="auto" w:fill="D9D9D9" w:themeFill="background1" w:themeFillShade="D9"/>
            <w:vAlign w:val="center"/>
          </w:tcPr>
          <w:p w14:paraId="4CCBC46F" w14:textId="77777777" w:rsidR="00516A5B" w:rsidRPr="00C13320" w:rsidRDefault="00516A5B" w:rsidP="00B25E14">
            <w:pPr>
              <w:jc w:val="both"/>
              <w:rPr>
                <w:rFonts w:ascii="Arial" w:hAnsi="Arial" w:cs="Arial"/>
                <w:b/>
                <w:sz w:val="18"/>
                <w:szCs w:val="18"/>
              </w:rPr>
            </w:pPr>
            <w:r w:rsidRPr="00D561B1">
              <w:rPr>
                <w:rFonts w:ascii="Arial" w:hAnsi="Arial" w:cs="Arial"/>
                <w:b/>
                <w:sz w:val="18"/>
                <w:szCs w:val="18"/>
              </w:rPr>
              <w:t xml:space="preserve">ESPECIFICACIONES TÉCNICAS </w:t>
            </w:r>
            <w:r>
              <w:rPr>
                <w:rFonts w:ascii="Arial" w:hAnsi="Arial" w:cs="Arial"/>
                <w:b/>
                <w:sz w:val="18"/>
                <w:szCs w:val="18"/>
              </w:rPr>
              <w:t xml:space="preserve">CABLEADO ESTRUCTURADO: </w:t>
            </w:r>
            <w:r w:rsidRPr="00EF0443">
              <w:rPr>
                <w:rFonts w:ascii="Arial" w:hAnsi="Arial" w:cs="Arial"/>
                <w:b/>
                <w:sz w:val="18"/>
                <w:szCs w:val="18"/>
              </w:rPr>
              <w:t>FIBRA ÓPTICA OM4</w:t>
            </w:r>
            <w:r>
              <w:rPr>
                <w:rFonts w:ascii="Arial" w:hAnsi="Arial" w:cs="Arial"/>
                <w:b/>
                <w:sz w:val="18"/>
                <w:szCs w:val="18"/>
              </w:rPr>
              <w:t xml:space="preserve"> Y </w:t>
            </w:r>
            <w:r w:rsidRPr="00EF0443">
              <w:rPr>
                <w:rFonts w:ascii="Arial" w:hAnsi="Arial" w:cs="Arial"/>
                <w:b/>
                <w:sz w:val="18"/>
                <w:szCs w:val="18"/>
              </w:rPr>
              <w:t>PUNTOS DE RED CATEGORÍA 6A F/UTP</w:t>
            </w:r>
          </w:p>
        </w:tc>
        <w:tc>
          <w:tcPr>
            <w:tcW w:w="993" w:type="dxa"/>
            <w:shd w:val="clear" w:color="auto" w:fill="D9D9D9" w:themeFill="background1" w:themeFillShade="D9"/>
            <w:vAlign w:val="center"/>
          </w:tcPr>
          <w:p w14:paraId="403BBEA0" w14:textId="77777777" w:rsidR="00516A5B" w:rsidRPr="00C13320" w:rsidRDefault="00516A5B" w:rsidP="00B25E14">
            <w:pPr>
              <w:jc w:val="center"/>
              <w:rPr>
                <w:rFonts w:ascii="Arial" w:hAnsi="Arial" w:cs="Arial"/>
                <w:sz w:val="18"/>
                <w:szCs w:val="18"/>
              </w:rPr>
            </w:pPr>
            <w:r w:rsidRPr="00C13320">
              <w:rPr>
                <w:rFonts w:ascii="Arial" w:hAnsi="Arial" w:cs="Arial"/>
                <w:b/>
                <w:sz w:val="18"/>
                <w:szCs w:val="18"/>
              </w:rPr>
              <w:t>CUMPLE</w:t>
            </w:r>
          </w:p>
        </w:tc>
        <w:tc>
          <w:tcPr>
            <w:tcW w:w="992" w:type="dxa"/>
            <w:shd w:val="clear" w:color="auto" w:fill="D9D9D9" w:themeFill="background1" w:themeFillShade="D9"/>
            <w:vAlign w:val="center"/>
          </w:tcPr>
          <w:p w14:paraId="4F0CD3F8" w14:textId="77777777" w:rsidR="00516A5B" w:rsidRPr="00C13320" w:rsidRDefault="00516A5B" w:rsidP="00B25E14">
            <w:pPr>
              <w:jc w:val="center"/>
              <w:rPr>
                <w:rFonts w:ascii="Arial" w:hAnsi="Arial" w:cs="Arial"/>
                <w:sz w:val="18"/>
                <w:szCs w:val="18"/>
              </w:rPr>
            </w:pPr>
            <w:r w:rsidRPr="00C13320">
              <w:rPr>
                <w:rFonts w:ascii="Arial" w:hAnsi="Arial" w:cs="Arial"/>
                <w:b/>
                <w:sz w:val="18"/>
                <w:szCs w:val="18"/>
              </w:rPr>
              <w:t>NO</w:t>
            </w:r>
            <w:r w:rsidRPr="00C13320">
              <w:rPr>
                <w:rFonts w:ascii="Arial" w:hAnsi="Arial" w:cs="Arial"/>
                <w:b/>
                <w:spacing w:val="1"/>
                <w:sz w:val="18"/>
                <w:szCs w:val="18"/>
              </w:rPr>
              <w:t xml:space="preserve"> </w:t>
            </w:r>
            <w:r w:rsidRPr="00C13320">
              <w:rPr>
                <w:rFonts w:ascii="Arial" w:hAnsi="Arial" w:cs="Arial"/>
                <w:b/>
                <w:sz w:val="18"/>
                <w:szCs w:val="18"/>
              </w:rPr>
              <w:t>CUMPLE</w:t>
            </w:r>
          </w:p>
        </w:tc>
      </w:tr>
      <w:tr w:rsidR="00516A5B" w:rsidRPr="00A56DF5" w14:paraId="7003F502" w14:textId="77777777" w:rsidTr="00674DB8">
        <w:tc>
          <w:tcPr>
            <w:tcW w:w="709" w:type="dxa"/>
            <w:vAlign w:val="center"/>
          </w:tcPr>
          <w:p w14:paraId="601EF38E" w14:textId="77777777" w:rsidR="00516A5B" w:rsidRPr="009A4250" w:rsidRDefault="00516A5B" w:rsidP="00B25E14">
            <w:pPr>
              <w:jc w:val="center"/>
              <w:rPr>
                <w:rFonts w:ascii="Arial" w:hAnsi="Arial" w:cs="Arial"/>
                <w:sz w:val="18"/>
                <w:szCs w:val="18"/>
              </w:rPr>
            </w:pPr>
            <w:r>
              <w:rPr>
                <w:rFonts w:ascii="Arial" w:hAnsi="Arial" w:cs="Arial"/>
                <w:sz w:val="18"/>
                <w:szCs w:val="18"/>
              </w:rPr>
              <w:t>1</w:t>
            </w:r>
          </w:p>
        </w:tc>
        <w:tc>
          <w:tcPr>
            <w:tcW w:w="7796" w:type="dxa"/>
            <w:gridSpan w:val="2"/>
            <w:vAlign w:val="center"/>
          </w:tcPr>
          <w:p w14:paraId="1E726535" w14:textId="77777777" w:rsidR="00516A5B" w:rsidRPr="00EF0443" w:rsidRDefault="00516A5B" w:rsidP="00B25E14">
            <w:pPr>
              <w:rPr>
                <w:rFonts w:ascii="Arial" w:hAnsi="Arial" w:cs="Arial"/>
                <w:b/>
                <w:bCs/>
                <w:color w:val="EE0000"/>
                <w:sz w:val="18"/>
                <w:szCs w:val="18"/>
              </w:rPr>
            </w:pPr>
            <w:r w:rsidRPr="00EF0443">
              <w:rPr>
                <w:rFonts w:ascii="Arial" w:hAnsi="Arial" w:cs="Arial"/>
                <w:b/>
                <w:bCs/>
                <w:sz w:val="18"/>
                <w:szCs w:val="18"/>
              </w:rPr>
              <w:t xml:space="preserve">GENERALIDADES </w:t>
            </w:r>
          </w:p>
        </w:tc>
        <w:tc>
          <w:tcPr>
            <w:tcW w:w="993" w:type="dxa"/>
            <w:vAlign w:val="center"/>
          </w:tcPr>
          <w:p w14:paraId="25A154D5" w14:textId="77777777" w:rsidR="00516A5B" w:rsidRPr="00A56DF5" w:rsidRDefault="00516A5B" w:rsidP="00B25E14">
            <w:pPr>
              <w:rPr>
                <w:rFonts w:ascii="Arial" w:hAnsi="Arial" w:cs="Arial"/>
                <w:color w:val="EE0000"/>
                <w:sz w:val="18"/>
                <w:szCs w:val="18"/>
              </w:rPr>
            </w:pPr>
          </w:p>
        </w:tc>
        <w:tc>
          <w:tcPr>
            <w:tcW w:w="992" w:type="dxa"/>
            <w:vAlign w:val="center"/>
          </w:tcPr>
          <w:p w14:paraId="39403A28" w14:textId="77777777" w:rsidR="00516A5B" w:rsidRPr="00A56DF5" w:rsidRDefault="00516A5B" w:rsidP="00B25E14">
            <w:pPr>
              <w:rPr>
                <w:rFonts w:ascii="Arial" w:hAnsi="Arial" w:cs="Arial"/>
                <w:color w:val="EE0000"/>
                <w:sz w:val="18"/>
                <w:szCs w:val="18"/>
              </w:rPr>
            </w:pPr>
          </w:p>
        </w:tc>
      </w:tr>
      <w:tr w:rsidR="00516A5B" w:rsidRPr="00A56DF5" w14:paraId="5D479A1A" w14:textId="77777777" w:rsidTr="00674DB8">
        <w:tc>
          <w:tcPr>
            <w:tcW w:w="709" w:type="dxa"/>
            <w:vAlign w:val="center"/>
          </w:tcPr>
          <w:p w14:paraId="62DB3DD1" w14:textId="77777777" w:rsidR="00516A5B" w:rsidRPr="00B64BC5" w:rsidRDefault="00516A5B">
            <w:pPr>
              <w:pStyle w:val="Prrafodelista"/>
              <w:numPr>
                <w:ilvl w:val="0"/>
                <w:numId w:val="21"/>
              </w:numPr>
              <w:ind w:left="473"/>
              <w:rPr>
                <w:rFonts w:ascii="Arial" w:hAnsi="Arial" w:cs="Arial"/>
                <w:sz w:val="18"/>
                <w:szCs w:val="18"/>
              </w:rPr>
            </w:pPr>
          </w:p>
        </w:tc>
        <w:tc>
          <w:tcPr>
            <w:tcW w:w="7796" w:type="dxa"/>
            <w:gridSpan w:val="2"/>
            <w:vAlign w:val="center"/>
          </w:tcPr>
          <w:p w14:paraId="0FDF70F1" w14:textId="77777777" w:rsidR="00516A5B" w:rsidRPr="00EF0443" w:rsidRDefault="00516A5B" w:rsidP="00B25E14">
            <w:pPr>
              <w:jc w:val="both"/>
              <w:rPr>
                <w:rFonts w:ascii="Arial" w:hAnsi="Arial" w:cs="Arial"/>
                <w:sz w:val="18"/>
                <w:szCs w:val="18"/>
              </w:rPr>
            </w:pPr>
            <w:r w:rsidRPr="00EF0443">
              <w:rPr>
                <w:rFonts w:ascii="Arial" w:hAnsi="Arial" w:cs="Arial"/>
                <w:sz w:val="18"/>
                <w:szCs w:val="18"/>
              </w:rPr>
              <w:t xml:space="preserve">El Sistema de Cableado Estructurado debe cumplir con las especificaciones de la categoría </w:t>
            </w:r>
            <w:r>
              <w:rPr>
                <w:rFonts w:ascii="Arial" w:hAnsi="Arial" w:cs="Arial"/>
                <w:sz w:val="18"/>
                <w:szCs w:val="18"/>
              </w:rPr>
              <w:t xml:space="preserve">OM4 y </w:t>
            </w:r>
            <w:r w:rsidRPr="00EF0443">
              <w:rPr>
                <w:rFonts w:ascii="Arial" w:hAnsi="Arial" w:cs="Arial"/>
                <w:sz w:val="18"/>
                <w:szCs w:val="18"/>
              </w:rPr>
              <w:t>6</w:t>
            </w:r>
            <w:r>
              <w:rPr>
                <w:rFonts w:ascii="Arial" w:hAnsi="Arial" w:cs="Arial"/>
                <w:sz w:val="18"/>
                <w:szCs w:val="18"/>
              </w:rPr>
              <w:t xml:space="preserve">A, junto a </w:t>
            </w:r>
            <w:r w:rsidRPr="00EF0443">
              <w:rPr>
                <w:rFonts w:ascii="Arial" w:hAnsi="Arial" w:cs="Arial"/>
                <w:sz w:val="18"/>
                <w:szCs w:val="18"/>
              </w:rPr>
              <w:t>las recomendaciones consignadas en los siguientes estándares:</w:t>
            </w:r>
          </w:p>
          <w:p w14:paraId="09FC8441" w14:textId="77777777" w:rsidR="00516A5B" w:rsidRPr="00EF0443" w:rsidRDefault="00516A5B" w:rsidP="00B25E14">
            <w:pPr>
              <w:jc w:val="both"/>
              <w:rPr>
                <w:rFonts w:ascii="Arial" w:hAnsi="Arial" w:cs="Arial"/>
                <w:sz w:val="18"/>
                <w:szCs w:val="18"/>
              </w:rPr>
            </w:pPr>
            <w:r w:rsidRPr="00EF0443">
              <w:rPr>
                <w:rFonts w:ascii="Arial" w:hAnsi="Arial" w:cs="Arial"/>
                <w:sz w:val="18"/>
                <w:szCs w:val="18"/>
              </w:rPr>
              <w:t>•</w:t>
            </w:r>
            <w:r>
              <w:rPr>
                <w:rFonts w:ascii="Arial" w:hAnsi="Arial" w:cs="Arial"/>
                <w:sz w:val="18"/>
                <w:szCs w:val="18"/>
              </w:rPr>
              <w:t xml:space="preserve"> </w:t>
            </w:r>
            <w:r w:rsidRPr="00EF0443">
              <w:rPr>
                <w:rFonts w:ascii="Arial" w:hAnsi="Arial" w:cs="Arial"/>
                <w:sz w:val="18"/>
                <w:szCs w:val="18"/>
              </w:rPr>
              <w:t>NTC 6064-1 Norma Técnica Colombiana, Tecnologías de la Información Cableado Genérico para instalaciones en clientes, Requisitos generales.</w:t>
            </w:r>
          </w:p>
          <w:p w14:paraId="376A55A8" w14:textId="77777777" w:rsidR="00516A5B" w:rsidRPr="00EF0443" w:rsidRDefault="00516A5B" w:rsidP="00B25E14">
            <w:pPr>
              <w:jc w:val="both"/>
              <w:rPr>
                <w:rFonts w:ascii="Arial" w:hAnsi="Arial" w:cs="Arial"/>
                <w:sz w:val="18"/>
                <w:szCs w:val="18"/>
              </w:rPr>
            </w:pPr>
            <w:r w:rsidRPr="00EF0443">
              <w:rPr>
                <w:rFonts w:ascii="Arial" w:hAnsi="Arial" w:cs="Arial"/>
                <w:sz w:val="18"/>
                <w:szCs w:val="18"/>
              </w:rPr>
              <w:t>•</w:t>
            </w:r>
            <w:r>
              <w:rPr>
                <w:rFonts w:ascii="Arial" w:hAnsi="Arial" w:cs="Arial"/>
                <w:sz w:val="18"/>
                <w:szCs w:val="18"/>
              </w:rPr>
              <w:t xml:space="preserve"> </w:t>
            </w:r>
            <w:r w:rsidRPr="00EF0443">
              <w:rPr>
                <w:rFonts w:ascii="Arial" w:hAnsi="Arial" w:cs="Arial"/>
                <w:sz w:val="18"/>
                <w:szCs w:val="18"/>
              </w:rPr>
              <w:t>NTC 6064-2 Norma Técnica Colombiana, Tecnología de la información. Cableado genérico para instalaciones de clientes. Parte 2: Instalaciones para oficinas/2019.</w:t>
            </w:r>
          </w:p>
          <w:p w14:paraId="0564CFAC"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 xml:space="preserve">• ISO 14763-2/2019 </w:t>
            </w:r>
            <w:proofErr w:type="spellStart"/>
            <w:r w:rsidRPr="008B609D">
              <w:rPr>
                <w:rFonts w:ascii="Arial" w:hAnsi="Arial" w:cs="Arial"/>
                <w:sz w:val="18"/>
                <w:szCs w:val="18"/>
              </w:rPr>
              <w:t>Implementation</w:t>
            </w:r>
            <w:proofErr w:type="spellEnd"/>
            <w:r w:rsidRPr="008B609D">
              <w:rPr>
                <w:rFonts w:ascii="Arial" w:hAnsi="Arial" w:cs="Arial"/>
                <w:sz w:val="18"/>
                <w:szCs w:val="18"/>
              </w:rPr>
              <w:t xml:space="preserve"> and </w:t>
            </w:r>
            <w:proofErr w:type="spellStart"/>
            <w:r w:rsidRPr="008B609D">
              <w:rPr>
                <w:rFonts w:ascii="Arial" w:hAnsi="Arial" w:cs="Arial"/>
                <w:sz w:val="18"/>
                <w:szCs w:val="18"/>
              </w:rPr>
              <w:t>operation</w:t>
            </w:r>
            <w:proofErr w:type="spellEnd"/>
            <w:r w:rsidRPr="008B609D">
              <w:rPr>
                <w:rFonts w:ascii="Arial" w:hAnsi="Arial" w:cs="Arial"/>
                <w:sz w:val="18"/>
                <w:szCs w:val="18"/>
              </w:rPr>
              <w:t xml:space="preserve"> of </w:t>
            </w:r>
            <w:proofErr w:type="spellStart"/>
            <w:r w:rsidRPr="008B609D">
              <w:rPr>
                <w:rFonts w:ascii="Arial" w:hAnsi="Arial" w:cs="Arial"/>
                <w:sz w:val="18"/>
                <w:szCs w:val="18"/>
              </w:rPr>
              <w:t>customer</w:t>
            </w:r>
            <w:proofErr w:type="spellEnd"/>
            <w:r w:rsidRPr="008B609D">
              <w:rPr>
                <w:rFonts w:ascii="Arial" w:hAnsi="Arial" w:cs="Arial"/>
                <w:sz w:val="18"/>
                <w:szCs w:val="18"/>
              </w:rPr>
              <w:t xml:space="preserve"> </w:t>
            </w:r>
            <w:proofErr w:type="spellStart"/>
            <w:r w:rsidRPr="008B609D">
              <w:rPr>
                <w:rFonts w:ascii="Arial" w:hAnsi="Arial" w:cs="Arial"/>
                <w:sz w:val="18"/>
                <w:szCs w:val="18"/>
              </w:rPr>
              <w:t>premises</w:t>
            </w:r>
            <w:proofErr w:type="spellEnd"/>
            <w:r w:rsidRPr="008B609D">
              <w:rPr>
                <w:rFonts w:ascii="Arial" w:hAnsi="Arial" w:cs="Arial"/>
                <w:sz w:val="18"/>
                <w:szCs w:val="18"/>
              </w:rPr>
              <w:t xml:space="preserve"> </w:t>
            </w:r>
            <w:proofErr w:type="spellStart"/>
            <w:r w:rsidRPr="008B609D">
              <w:rPr>
                <w:rFonts w:ascii="Arial" w:hAnsi="Arial" w:cs="Arial"/>
                <w:sz w:val="18"/>
                <w:szCs w:val="18"/>
              </w:rPr>
              <w:t>cabling</w:t>
            </w:r>
            <w:proofErr w:type="spellEnd"/>
            <w:r w:rsidRPr="008B609D">
              <w:rPr>
                <w:rFonts w:ascii="Arial" w:hAnsi="Arial" w:cs="Arial"/>
                <w:sz w:val="18"/>
                <w:szCs w:val="18"/>
              </w:rPr>
              <w:t xml:space="preserve"> - </w:t>
            </w:r>
            <w:proofErr w:type="spellStart"/>
            <w:r w:rsidRPr="008B609D">
              <w:rPr>
                <w:rFonts w:ascii="Arial" w:hAnsi="Arial" w:cs="Arial"/>
                <w:sz w:val="18"/>
                <w:szCs w:val="18"/>
              </w:rPr>
              <w:t>Part</w:t>
            </w:r>
            <w:proofErr w:type="spellEnd"/>
            <w:r w:rsidRPr="008B609D">
              <w:rPr>
                <w:rFonts w:ascii="Arial" w:hAnsi="Arial" w:cs="Arial"/>
                <w:sz w:val="18"/>
                <w:szCs w:val="18"/>
              </w:rPr>
              <w:t xml:space="preserve"> 2: </w:t>
            </w:r>
            <w:proofErr w:type="spellStart"/>
            <w:r w:rsidRPr="008B609D">
              <w:rPr>
                <w:rFonts w:ascii="Arial" w:hAnsi="Arial" w:cs="Arial"/>
                <w:sz w:val="18"/>
                <w:szCs w:val="18"/>
              </w:rPr>
              <w:t>Planning</w:t>
            </w:r>
            <w:proofErr w:type="spellEnd"/>
            <w:r w:rsidRPr="008B609D">
              <w:rPr>
                <w:rFonts w:ascii="Arial" w:hAnsi="Arial" w:cs="Arial"/>
                <w:sz w:val="18"/>
                <w:szCs w:val="18"/>
              </w:rPr>
              <w:t xml:space="preserve"> and </w:t>
            </w:r>
            <w:proofErr w:type="spellStart"/>
            <w:r w:rsidRPr="008B609D">
              <w:rPr>
                <w:rFonts w:ascii="Arial" w:hAnsi="Arial" w:cs="Arial"/>
                <w:sz w:val="18"/>
                <w:szCs w:val="18"/>
              </w:rPr>
              <w:t>installation</w:t>
            </w:r>
            <w:proofErr w:type="spellEnd"/>
            <w:r w:rsidRPr="008B609D">
              <w:rPr>
                <w:rFonts w:ascii="Arial" w:hAnsi="Arial" w:cs="Arial"/>
                <w:sz w:val="18"/>
                <w:szCs w:val="18"/>
              </w:rPr>
              <w:t>.</w:t>
            </w:r>
          </w:p>
          <w:p w14:paraId="077FB176" w14:textId="77777777" w:rsidR="00516A5B" w:rsidRPr="00EF0443" w:rsidRDefault="00516A5B" w:rsidP="00B25E14">
            <w:pPr>
              <w:jc w:val="both"/>
              <w:rPr>
                <w:rFonts w:ascii="Arial" w:hAnsi="Arial" w:cs="Arial"/>
                <w:sz w:val="18"/>
                <w:szCs w:val="18"/>
                <w:lang w:val="en-US"/>
              </w:rPr>
            </w:pPr>
            <w:r w:rsidRPr="00EF0443">
              <w:rPr>
                <w:rFonts w:ascii="Arial" w:hAnsi="Arial" w:cs="Arial"/>
                <w:sz w:val="18"/>
                <w:szCs w:val="18"/>
                <w:lang w:val="en-US"/>
              </w:rPr>
              <w:t>•</w:t>
            </w:r>
            <w:r>
              <w:rPr>
                <w:rFonts w:ascii="Arial" w:hAnsi="Arial" w:cs="Arial"/>
                <w:sz w:val="18"/>
                <w:szCs w:val="18"/>
                <w:lang w:val="en-US"/>
              </w:rPr>
              <w:t xml:space="preserve"> </w:t>
            </w:r>
            <w:r w:rsidRPr="00EF0443">
              <w:rPr>
                <w:rFonts w:ascii="Arial" w:hAnsi="Arial" w:cs="Arial"/>
                <w:sz w:val="18"/>
                <w:szCs w:val="18"/>
                <w:lang w:val="en-US"/>
              </w:rPr>
              <w:t xml:space="preserve">ISO/IEC 11801: y </w:t>
            </w:r>
            <w:proofErr w:type="spellStart"/>
            <w:r w:rsidRPr="00EF0443">
              <w:rPr>
                <w:rFonts w:ascii="Arial" w:hAnsi="Arial" w:cs="Arial"/>
                <w:sz w:val="18"/>
                <w:szCs w:val="18"/>
                <w:lang w:val="en-US"/>
              </w:rPr>
              <w:t>enmiendas</w:t>
            </w:r>
            <w:proofErr w:type="spellEnd"/>
            <w:r w:rsidRPr="00EF0443">
              <w:rPr>
                <w:rFonts w:ascii="Arial" w:hAnsi="Arial" w:cs="Arial"/>
                <w:sz w:val="18"/>
                <w:szCs w:val="18"/>
                <w:lang w:val="en-US"/>
              </w:rPr>
              <w:t>. ”Information technology - Generic cabling for customer premises - Part 1: General requirements”</w:t>
            </w:r>
          </w:p>
          <w:p w14:paraId="48C7A347" w14:textId="77777777" w:rsidR="00516A5B" w:rsidRPr="00EF0443" w:rsidRDefault="00516A5B" w:rsidP="00B25E14">
            <w:pPr>
              <w:jc w:val="both"/>
              <w:rPr>
                <w:rFonts w:ascii="Arial" w:hAnsi="Arial" w:cs="Arial"/>
                <w:sz w:val="18"/>
                <w:szCs w:val="18"/>
                <w:lang w:val="en-US"/>
              </w:rPr>
            </w:pPr>
            <w:r w:rsidRPr="00EF0443">
              <w:rPr>
                <w:rFonts w:ascii="Arial" w:hAnsi="Arial" w:cs="Arial"/>
                <w:sz w:val="18"/>
                <w:szCs w:val="18"/>
                <w:lang w:val="en-US"/>
              </w:rPr>
              <w:t>•</w:t>
            </w:r>
            <w:r>
              <w:rPr>
                <w:rFonts w:ascii="Arial" w:hAnsi="Arial" w:cs="Arial"/>
                <w:sz w:val="18"/>
                <w:szCs w:val="18"/>
                <w:lang w:val="en-US"/>
              </w:rPr>
              <w:t xml:space="preserve"> </w:t>
            </w:r>
            <w:r w:rsidRPr="00EF0443">
              <w:rPr>
                <w:rFonts w:ascii="Arial" w:hAnsi="Arial" w:cs="Arial"/>
                <w:sz w:val="18"/>
                <w:szCs w:val="18"/>
                <w:lang w:val="en-US"/>
              </w:rPr>
              <w:t xml:space="preserve">ANSI/TIA 568.0-E </w:t>
            </w:r>
            <w:proofErr w:type="spellStart"/>
            <w:r w:rsidRPr="00EF0443">
              <w:rPr>
                <w:rFonts w:ascii="Arial" w:hAnsi="Arial" w:cs="Arial"/>
                <w:sz w:val="18"/>
                <w:szCs w:val="18"/>
                <w:lang w:val="en-US"/>
              </w:rPr>
              <w:t>conjunto</w:t>
            </w:r>
            <w:proofErr w:type="spellEnd"/>
            <w:r w:rsidRPr="00EF0443">
              <w:rPr>
                <w:rFonts w:ascii="Arial" w:hAnsi="Arial" w:cs="Arial"/>
                <w:sz w:val="18"/>
                <w:szCs w:val="18"/>
                <w:lang w:val="en-US"/>
              </w:rPr>
              <w:t xml:space="preserve"> de </w:t>
            </w:r>
            <w:proofErr w:type="spellStart"/>
            <w:r w:rsidRPr="00EF0443">
              <w:rPr>
                <w:rFonts w:ascii="Arial" w:hAnsi="Arial" w:cs="Arial"/>
                <w:sz w:val="18"/>
                <w:szCs w:val="18"/>
                <w:lang w:val="en-US"/>
              </w:rPr>
              <w:t>normas</w:t>
            </w:r>
            <w:proofErr w:type="spellEnd"/>
            <w:r w:rsidRPr="00EF0443">
              <w:rPr>
                <w:rFonts w:ascii="Arial" w:hAnsi="Arial" w:cs="Arial"/>
                <w:sz w:val="18"/>
                <w:szCs w:val="18"/>
                <w:lang w:val="en-US"/>
              </w:rPr>
              <w:t xml:space="preserve"> para </w:t>
            </w:r>
            <w:proofErr w:type="spellStart"/>
            <w:r w:rsidRPr="00EF0443">
              <w:rPr>
                <w:rFonts w:ascii="Arial" w:hAnsi="Arial" w:cs="Arial"/>
                <w:sz w:val="18"/>
                <w:szCs w:val="18"/>
                <w:lang w:val="en-US"/>
              </w:rPr>
              <w:t>instalaciones</w:t>
            </w:r>
            <w:proofErr w:type="spellEnd"/>
            <w:r w:rsidRPr="00EF0443">
              <w:rPr>
                <w:rFonts w:ascii="Arial" w:hAnsi="Arial" w:cs="Arial"/>
                <w:sz w:val="18"/>
                <w:szCs w:val="18"/>
                <w:lang w:val="en-US"/>
              </w:rPr>
              <w:t xml:space="preserve"> de </w:t>
            </w:r>
            <w:proofErr w:type="spellStart"/>
            <w:r w:rsidRPr="00EF0443">
              <w:rPr>
                <w:rFonts w:ascii="Arial" w:hAnsi="Arial" w:cs="Arial"/>
                <w:sz w:val="18"/>
                <w:szCs w:val="18"/>
                <w:lang w:val="en-US"/>
              </w:rPr>
              <w:t>cableado</w:t>
            </w:r>
            <w:proofErr w:type="spellEnd"/>
            <w:r w:rsidRPr="00EF0443">
              <w:rPr>
                <w:rFonts w:ascii="Arial" w:hAnsi="Arial" w:cs="Arial"/>
                <w:sz w:val="18"/>
                <w:szCs w:val="18"/>
                <w:lang w:val="en-US"/>
              </w:rPr>
              <w:t xml:space="preserve"> para </w:t>
            </w:r>
            <w:proofErr w:type="spellStart"/>
            <w:r w:rsidRPr="00EF0443">
              <w:rPr>
                <w:rFonts w:ascii="Arial" w:hAnsi="Arial" w:cs="Arial"/>
                <w:sz w:val="18"/>
                <w:szCs w:val="18"/>
                <w:lang w:val="en-US"/>
              </w:rPr>
              <w:t>premisas</w:t>
            </w:r>
            <w:proofErr w:type="spellEnd"/>
            <w:r w:rsidRPr="00EF0443">
              <w:rPr>
                <w:rFonts w:ascii="Arial" w:hAnsi="Arial" w:cs="Arial"/>
                <w:sz w:val="18"/>
                <w:szCs w:val="18"/>
                <w:lang w:val="en-US"/>
              </w:rPr>
              <w:t xml:space="preserve"> del </w:t>
            </w:r>
            <w:proofErr w:type="spellStart"/>
            <w:r w:rsidRPr="00EF0443">
              <w:rPr>
                <w:rFonts w:ascii="Arial" w:hAnsi="Arial" w:cs="Arial"/>
                <w:sz w:val="18"/>
                <w:szCs w:val="18"/>
                <w:lang w:val="en-US"/>
              </w:rPr>
              <w:t>cliente</w:t>
            </w:r>
            <w:proofErr w:type="spellEnd"/>
            <w:r w:rsidRPr="00EF0443">
              <w:rPr>
                <w:rFonts w:ascii="Arial" w:hAnsi="Arial" w:cs="Arial"/>
                <w:sz w:val="18"/>
                <w:szCs w:val="18"/>
                <w:lang w:val="en-US"/>
              </w:rPr>
              <w:t xml:space="preserve"> </w:t>
            </w:r>
          </w:p>
          <w:p w14:paraId="2DCFC977" w14:textId="77777777" w:rsidR="00516A5B" w:rsidRPr="00EF0443" w:rsidRDefault="00516A5B" w:rsidP="00B25E14">
            <w:pPr>
              <w:jc w:val="both"/>
              <w:rPr>
                <w:rFonts w:ascii="Arial" w:hAnsi="Arial" w:cs="Arial"/>
                <w:sz w:val="18"/>
                <w:szCs w:val="18"/>
                <w:lang w:val="en-US"/>
              </w:rPr>
            </w:pPr>
            <w:r w:rsidRPr="00EF0443">
              <w:rPr>
                <w:rFonts w:ascii="Arial" w:hAnsi="Arial" w:cs="Arial"/>
                <w:sz w:val="18"/>
                <w:szCs w:val="18"/>
                <w:lang w:val="en-US"/>
              </w:rPr>
              <w:t>•</w:t>
            </w:r>
            <w:r>
              <w:rPr>
                <w:rFonts w:ascii="Arial" w:hAnsi="Arial" w:cs="Arial"/>
                <w:sz w:val="18"/>
                <w:szCs w:val="18"/>
                <w:lang w:val="en-US"/>
              </w:rPr>
              <w:t xml:space="preserve"> </w:t>
            </w:r>
            <w:r w:rsidRPr="00EF0443">
              <w:rPr>
                <w:rFonts w:ascii="Arial" w:hAnsi="Arial" w:cs="Arial"/>
                <w:sz w:val="18"/>
                <w:szCs w:val="18"/>
                <w:lang w:val="en-US"/>
              </w:rPr>
              <w:t>ANSI/TIA 568.1-E “</w:t>
            </w:r>
            <w:proofErr w:type="spellStart"/>
            <w:r w:rsidRPr="00EF0443">
              <w:rPr>
                <w:rFonts w:ascii="Arial" w:hAnsi="Arial" w:cs="Arial"/>
                <w:sz w:val="18"/>
                <w:szCs w:val="18"/>
                <w:lang w:val="en-US"/>
              </w:rPr>
              <w:t>Cableado</w:t>
            </w:r>
            <w:proofErr w:type="spellEnd"/>
            <w:r w:rsidRPr="00EF0443">
              <w:rPr>
                <w:rFonts w:ascii="Arial" w:hAnsi="Arial" w:cs="Arial"/>
                <w:sz w:val="18"/>
                <w:szCs w:val="18"/>
                <w:lang w:val="en-US"/>
              </w:rPr>
              <w:t xml:space="preserve"> de </w:t>
            </w:r>
            <w:proofErr w:type="spellStart"/>
            <w:r w:rsidRPr="00EF0443">
              <w:rPr>
                <w:rFonts w:ascii="Arial" w:hAnsi="Arial" w:cs="Arial"/>
                <w:sz w:val="18"/>
                <w:szCs w:val="18"/>
                <w:lang w:val="en-US"/>
              </w:rPr>
              <w:t>telecomunicaciones</w:t>
            </w:r>
            <w:proofErr w:type="spellEnd"/>
            <w:r w:rsidRPr="00EF0443">
              <w:rPr>
                <w:rFonts w:ascii="Arial" w:hAnsi="Arial" w:cs="Arial"/>
                <w:sz w:val="18"/>
                <w:szCs w:val="18"/>
                <w:lang w:val="en-US"/>
              </w:rPr>
              <w:t xml:space="preserve"> para </w:t>
            </w:r>
            <w:proofErr w:type="spellStart"/>
            <w:r w:rsidRPr="00EF0443">
              <w:rPr>
                <w:rFonts w:ascii="Arial" w:hAnsi="Arial" w:cs="Arial"/>
                <w:sz w:val="18"/>
                <w:szCs w:val="18"/>
                <w:lang w:val="en-US"/>
              </w:rPr>
              <w:t>edificios</w:t>
            </w:r>
            <w:proofErr w:type="spellEnd"/>
            <w:r w:rsidRPr="00EF0443">
              <w:rPr>
                <w:rFonts w:ascii="Arial" w:hAnsi="Arial" w:cs="Arial"/>
                <w:sz w:val="18"/>
                <w:szCs w:val="18"/>
                <w:lang w:val="en-US"/>
              </w:rPr>
              <w:t xml:space="preserve"> </w:t>
            </w:r>
            <w:proofErr w:type="spellStart"/>
            <w:r w:rsidRPr="00EF0443">
              <w:rPr>
                <w:rFonts w:ascii="Arial" w:hAnsi="Arial" w:cs="Arial"/>
                <w:sz w:val="18"/>
                <w:szCs w:val="18"/>
                <w:lang w:val="en-US"/>
              </w:rPr>
              <w:t>comerciales</w:t>
            </w:r>
            <w:proofErr w:type="spellEnd"/>
            <w:r w:rsidRPr="00EF0443">
              <w:rPr>
                <w:rFonts w:ascii="Arial" w:hAnsi="Arial" w:cs="Arial"/>
                <w:sz w:val="18"/>
                <w:szCs w:val="18"/>
                <w:lang w:val="en-US"/>
              </w:rPr>
              <w:t>”</w:t>
            </w:r>
          </w:p>
          <w:p w14:paraId="17709893" w14:textId="77777777" w:rsidR="00516A5B" w:rsidRPr="00EF0443" w:rsidRDefault="00516A5B" w:rsidP="00B25E14">
            <w:pPr>
              <w:jc w:val="both"/>
              <w:rPr>
                <w:rFonts w:ascii="Arial" w:hAnsi="Arial" w:cs="Arial"/>
                <w:sz w:val="18"/>
                <w:szCs w:val="18"/>
              </w:rPr>
            </w:pPr>
            <w:r w:rsidRPr="00EF0443">
              <w:rPr>
                <w:rFonts w:ascii="Arial" w:hAnsi="Arial" w:cs="Arial"/>
                <w:sz w:val="18"/>
                <w:szCs w:val="18"/>
              </w:rPr>
              <w:t>•</w:t>
            </w:r>
            <w:r>
              <w:rPr>
                <w:rFonts w:ascii="Arial" w:hAnsi="Arial" w:cs="Arial"/>
                <w:sz w:val="18"/>
                <w:szCs w:val="18"/>
              </w:rPr>
              <w:t xml:space="preserve"> </w:t>
            </w:r>
            <w:r w:rsidRPr="00EF0443">
              <w:rPr>
                <w:rFonts w:ascii="Arial" w:hAnsi="Arial" w:cs="Arial"/>
                <w:sz w:val="18"/>
                <w:szCs w:val="18"/>
              </w:rPr>
              <w:t>ANSI/TIA 568.2-D “Cableado y componentes de telecomunicaciones de par trenzado balanceado”</w:t>
            </w:r>
          </w:p>
          <w:p w14:paraId="5599F7AC" w14:textId="77777777" w:rsidR="00516A5B" w:rsidRPr="00EF0443" w:rsidRDefault="00516A5B" w:rsidP="00B25E14">
            <w:pPr>
              <w:jc w:val="both"/>
              <w:rPr>
                <w:rFonts w:ascii="Arial" w:hAnsi="Arial" w:cs="Arial"/>
                <w:sz w:val="18"/>
                <w:szCs w:val="18"/>
              </w:rPr>
            </w:pPr>
            <w:r w:rsidRPr="00EF0443">
              <w:rPr>
                <w:rFonts w:ascii="Arial" w:hAnsi="Arial" w:cs="Arial"/>
                <w:sz w:val="18"/>
                <w:szCs w:val="18"/>
              </w:rPr>
              <w:t>•</w:t>
            </w:r>
            <w:r>
              <w:rPr>
                <w:rFonts w:ascii="Arial" w:hAnsi="Arial" w:cs="Arial"/>
                <w:sz w:val="18"/>
                <w:szCs w:val="18"/>
              </w:rPr>
              <w:t xml:space="preserve"> </w:t>
            </w:r>
            <w:r w:rsidRPr="00EF0443">
              <w:rPr>
                <w:rFonts w:ascii="Arial" w:hAnsi="Arial" w:cs="Arial"/>
                <w:sz w:val="18"/>
                <w:szCs w:val="18"/>
              </w:rPr>
              <w:t xml:space="preserve">ANSI/TIA 568.3-D “Componentes de cableado de fibra </w:t>
            </w:r>
            <w:proofErr w:type="spellStart"/>
            <w:r w:rsidRPr="00EF0443">
              <w:rPr>
                <w:rFonts w:ascii="Arial" w:hAnsi="Arial" w:cs="Arial"/>
                <w:sz w:val="18"/>
                <w:szCs w:val="18"/>
              </w:rPr>
              <w:t>optica</w:t>
            </w:r>
            <w:proofErr w:type="spellEnd"/>
            <w:r w:rsidRPr="00EF0443">
              <w:rPr>
                <w:rFonts w:ascii="Arial" w:hAnsi="Arial" w:cs="Arial"/>
                <w:sz w:val="18"/>
                <w:szCs w:val="18"/>
              </w:rPr>
              <w:t>”</w:t>
            </w:r>
          </w:p>
          <w:p w14:paraId="0EBF6B23" w14:textId="77777777" w:rsidR="00516A5B" w:rsidRPr="00EF0443" w:rsidRDefault="00516A5B" w:rsidP="00B25E14">
            <w:pPr>
              <w:jc w:val="both"/>
              <w:rPr>
                <w:rFonts w:ascii="Arial" w:hAnsi="Arial" w:cs="Arial"/>
                <w:sz w:val="18"/>
                <w:szCs w:val="18"/>
              </w:rPr>
            </w:pPr>
            <w:r w:rsidRPr="00EF0443">
              <w:rPr>
                <w:rFonts w:ascii="Arial" w:hAnsi="Arial" w:cs="Arial"/>
                <w:sz w:val="18"/>
                <w:szCs w:val="18"/>
              </w:rPr>
              <w:t>•</w:t>
            </w:r>
            <w:r>
              <w:rPr>
                <w:rFonts w:ascii="Arial" w:hAnsi="Arial" w:cs="Arial"/>
                <w:sz w:val="18"/>
                <w:szCs w:val="18"/>
              </w:rPr>
              <w:t xml:space="preserve"> </w:t>
            </w:r>
            <w:r w:rsidRPr="00EF0443">
              <w:rPr>
                <w:rFonts w:ascii="Arial" w:hAnsi="Arial" w:cs="Arial"/>
                <w:sz w:val="18"/>
                <w:szCs w:val="18"/>
              </w:rPr>
              <w:t xml:space="preserve">ANSI/TIA-569-E </w:t>
            </w:r>
            <w:proofErr w:type="spellStart"/>
            <w:r w:rsidRPr="00EF0443">
              <w:rPr>
                <w:rFonts w:ascii="Arial" w:hAnsi="Arial" w:cs="Arial"/>
                <w:sz w:val="18"/>
                <w:szCs w:val="18"/>
              </w:rPr>
              <w:t>Commercial</w:t>
            </w:r>
            <w:proofErr w:type="spellEnd"/>
            <w:r w:rsidRPr="00EF0443">
              <w:rPr>
                <w:rFonts w:ascii="Arial" w:hAnsi="Arial" w:cs="Arial"/>
                <w:sz w:val="18"/>
                <w:szCs w:val="18"/>
              </w:rPr>
              <w:t xml:space="preserve"> </w:t>
            </w:r>
            <w:proofErr w:type="spellStart"/>
            <w:r w:rsidRPr="00EF0443">
              <w:rPr>
                <w:rFonts w:ascii="Arial" w:hAnsi="Arial" w:cs="Arial"/>
                <w:sz w:val="18"/>
                <w:szCs w:val="18"/>
              </w:rPr>
              <w:t>Building</w:t>
            </w:r>
            <w:proofErr w:type="spellEnd"/>
            <w:r w:rsidRPr="00EF0443">
              <w:rPr>
                <w:rFonts w:ascii="Arial" w:hAnsi="Arial" w:cs="Arial"/>
                <w:sz w:val="18"/>
                <w:szCs w:val="18"/>
              </w:rPr>
              <w:t xml:space="preserve"> Standard </w:t>
            </w:r>
            <w:proofErr w:type="spellStart"/>
            <w:r w:rsidRPr="00EF0443">
              <w:rPr>
                <w:rFonts w:ascii="Arial" w:hAnsi="Arial" w:cs="Arial"/>
                <w:sz w:val="18"/>
                <w:szCs w:val="18"/>
              </w:rPr>
              <w:t>for</w:t>
            </w:r>
            <w:proofErr w:type="spellEnd"/>
            <w:r w:rsidRPr="00EF0443">
              <w:rPr>
                <w:rFonts w:ascii="Arial" w:hAnsi="Arial" w:cs="Arial"/>
                <w:sz w:val="18"/>
                <w:szCs w:val="18"/>
              </w:rPr>
              <w:t xml:space="preserve"> </w:t>
            </w:r>
            <w:proofErr w:type="spellStart"/>
            <w:r w:rsidRPr="00EF0443">
              <w:rPr>
                <w:rFonts w:ascii="Arial" w:hAnsi="Arial" w:cs="Arial"/>
                <w:sz w:val="18"/>
                <w:szCs w:val="18"/>
              </w:rPr>
              <w:t>Telecomunications</w:t>
            </w:r>
            <w:proofErr w:type="spellEnd"/>
            <w:r w:rsidRPr="00EF0443">
              <w:rPr>
                <w:rFonts w:ascii="Arial" w:hAnsi="Arial" w:cs="Arial"/>
                <w:sz w:val="18"/>
                <w:szCs w:val="18"/>
              </w:rPr>
              <w:t xml:space="preserve"> </w:t>
            </w:r>
            <w:proofErr w:type="spellStart"/>
            <w:r w:rsidRPr="00EF0443">
              <w:rPr>
                <w:rFonts w:ascii="Arial" w:hAnsi="Arial" w:cs="Arial"/>
                <w:sz w:val="18"/>
                <w:szCs w:val="18"/>
              </w:rPr>
              <w:t>Pathways</w:t>
            </w:r>
            <w:proofErr w:type="spellEnd"/>
            <w:r w:rsidRPr="00EF0443">
              <w:rPr>
                <w:rFonts w:ascii="Arial" w:hAnsi="Arial" w:cs="Arial"/>
                <w:sz w:val="18"/>
                <w:szCs w:val="18"/>
              </w:rPr>
              <w:t xml:space="preserve"> and </w:t>
            </w:r>
            <w:proofErr w:type="spellStart"/>
            <w:r w:rsidRPr="00EF0443">
              <w:rPr>
                <w:rFonts w:ascii="Arial" w:hAnsi="Arial" w:cs="Arial"/>
                <w:sz w:val="18"/>
                <w:szCs w:val="18"/>
              </w:rPr>
              <w:t>Spaces</w:t>
            </w:r>
            <w:proofErr w:type="spellEnd"/>
            <w:r w:rsidRPr="00EF0443">
              <w:rPr>
                <w:rFonts w:ascii="Arial" w:hAnsi="Arial" w:cs="Arial"/>
                <w:sz w:val="18"/>
                <w:szCs w:val="18"/>
              </w:rPr>
              <w:t>, que estandariza prácticas de diseño y construcción dentro y entre edificios, que son hechas en soporte de medios y/o equipos de telecomunicaciones tales como canaletas y guías, facilidades de entrada al edificio, armarios y/o closet de comunicaciones y cuarto de equipos.</w:t>
            </w:r>
          </w:p>
          <w:p w14:paraId="607DD589" w14:textId="77777777" w:rsidR="00516A5B" w:rsidRPr="00EF0443" w:rsidRDefault="00516A5B" w:rsidP="00B25E14">
            <w:pPr>
              <w:jc w:val="both"/>
              <w:rPr>
                <w:rFonts w:ascii="Arial" w:hAnsi="Arial" w:cs="Arial"/>
                <w:sz w:val="18"/>
                <w:szCs w:val="18"/>
              </w:rPr>
            </w:pPr>
            <w:r w:rsidRPr="00EF0443">
              <w:rPr>
                <w:rFonts w:ascii="Arial" w:hAnsi="Arial" w:cs="Arial"/>
                <w:sz w:val="18"/>
                <w:szCs w:val="18"/>
              </w:rPr>
              <w:t>•</w:t>
            </w:r>
            <w:r>
              <w:rPr>
                <w:rFonts w:ascii="Arial" w:hAnsi="Arial" w:cs="Arial"/>
                <w:sz w:val="18"/>
                <w:szCs w:val="18"/>
              </w:rPr>
              <w:t xml:space="preserve"> </w:t>
            </w:r>
            <w:r w:rsidRPr="00EF0443">
              <w:rPr>
                <w:rFonts w:ascii="Arial" w:hAnsi="Arial" w:cs="Arial"/>
                <w:sz w:val="18"/>
                <w:szCs w:val="18"/>
              </w:rPr>
              <w:t xml:space="preserve">ANSI/TIA-606 D </w:t>
            </w:r>
            <w:proofErr w:type="spellStart"/>
            <w:r w:rsidRPr="00EF0443">
              <w:rPr>
                <w:rFonts w:ascii="Arial" w:hAnsi="Arial" w:cs="Arial"/>
                <w:sz w:val="18"/>
                <w:szCs w:val="18"/>
              </w:rPr>
              <w:t>Administration</w:t>
            </w:r>
            <w:proofErr w:type="spellEnd"/>
            <w:r w:rsidRPr="00EF0443">
              <w:rPr>
                <w:rFonts w:ascii="Arial" w:hAnsi="Arial" w:cs="Arial"/>
                <w:sz w:val="18"/>
                <w:szCs w:val="18"/>
              </w:rPr>
              <w:t xml:space="preserve"> Standard </w:t>
            </w:r>
            <w:proofErr w:type="spellStart"/>
            <w:r w:rsidRPr="00EF0443">
              <w:rPr>
                <w:rFonts w:ascii="Arial" w:hAnsi="Arial" w:cs="Arial"/>
                <w:sz w:val="18"/>
                <w:szCs w:val="18"/>
              </w:rPr>
              <w:t>for</w:t>
            </w:r>
            <w:proofErr w:type="spellEnd"/>
            <w:r w:rsidRPr="00EF0443">
              <w:rPr>
                <w:rFonts w:ascii="Arial" w:hAnsi="Arial" w:cs="Arial"/>
                <w:sz w:val="18"/>
                <w:szCs w:val="18"/>
              </w:rPr>
              <w:t xml:space="preserve"> </w:t>
            </w:r>
            <w:proofErr w:type="spellStart"/>
            <w:r w:rsidRPr="00EF0443">
              <w:rPr>
                <w:rFonts w:ascii="Arial" w:hAnsi="Arial" w:cs="Arial"/>
                <w:sz w:val="18"/>
                <w:szCs w:val="18"/>
              </w:rPr>
              <w:t>the</w:t>
            </w:r>
            <w:proofErr w:type="spellEnd"/>
            <w:r w:rsidRPr="00EF0443">
              <w:rPr>
                <w:rFonts w:ascii="Arial" w:hAnsi="Arial" w:cs="Arial"/>
                <w:sz w:val="18"/>
                <w:szCs w:val="18"/>
              </w:rPr>
              <w:t xml:space="preserve"> </w:t>
            </w:r>
            <w:proofErr w:type="spellStart"/>
            <w:r w:rsidRPr="00EF0443">
              <w:rPr>
                <w:rFonts w:ascii="Arial" w:hAnsi="Arial" w:cs="Arial"/>
                <w:sz w:val="18"/>
                <w:szCs w:val="18"/>
              </w:rPr>
              <w:t>Telecomunications</w:t>
            </w:r>
            <w:proofErr w:type="spellEnd"/>
            <w:r w:rsidRPr="00EF0443">
              <w:rPr>
                <w:rFonts w:ascii="Arial" w:hAnsi="Arial" w:cs="Arial"/>
                <w:sz w:val="18"/>
                <w:szCs w:val="18"/>
              </w:rPr>
              <w:t xml:space="preserve"> </w:t>
            </w:r>
            <w:proofErr w:type="spellStart"/>
            <w:r w:rsidRPr="00EF0443">
              <w:rPr>
                <w:rFonts w:ascii="Arial" w:hAnsi="Arial" w:cs="Arial"/>
                <w:sz w:val="18"/>
                <w:szCs w:val="18"/>
              </w:rPr>
              <w:t>Commercial</w:t>
            </w:r>
            <w:proofErr w:type="spellEnd"/>
            <w:r w:rsidRPr="00EF0443">
              <w:rPr>
                <w:rFonts w:ascii="Arial" w:hAnsi="Arial" w:cs="Arial"/>
                <w:sz w:val="18"/>
                <w:szCs w:val="18"/>
              </w:rPr>
              <w:t xml:space="preserve"> </w:t>
            </w:r>
            <w:proofErr w:type="spellStart"/>
            <w:r w:rsidRPr="00EF0443">
              <w:rPr>
                <w:rFonts w:ascii="Arial" w:hAnsi="Arial" w:cs="Arial"/>
                <w:sz w:val="18"/>
                <w:szCs w:val="18"/>
              </w:rPr>
              <w:t>Building</w:t>
            </w:r>
            <w:proofErr w:type="spellEnd"/>
            <w:r w:rsidRPr="00EF0443">
              <w:rPr>
                <w:rFonts w:ascii="Arial" w:hAnsi="Arial" w:cs="Arial"/>
                <w:sz w:val="18"/>
                <w:szCs w:val="18"/>
              </w:rPr>
              <w:t xml:space="preserve"> dura of Comercial </w:t>
            </w:r>
            <w:proofErr w:type="spellStart"/>
            <w:r w:rsidRPr="00EF0443">
              <w:rPr>
                <w:rFonts w:ascii="Arial" w:hAnsi="Arial" w:cs="Arial"/>
                <w:sz w:val="18"/>
                <w:szCs w:val="18"/>
              </w:rPr>
              <w:t>Buildings</w:t>
            </w:r>
            <w:proofErr w:type="spellEnd"/>
            <w:r w:rsidRPr="00EF0443">
              <w:rPr>
                <w:rFonts w:ascii="Arial" w:hAnsi="Arial" w:cs="Arial"/>
                <w:sz w:val="18"/>
                <w:szCs w:val="18"/>
              </w:rPr>
              <w:t>, que da las guías para marcar y administrar los componentes de un sistema de Cableado Estructurado.</w:t>
            </w:r>
          </w:p>
          <w:p w14:paraId="5675CEF8" w14:textId="77777777" w:rsidR="00516A5B" w:rsidRPr="001F1184" w:rsidRDefault="00516A5B" w:rsidP="00B25E14">
            <w:pPr>
              <w:jc w:val="both"/>
              <w:rPr>
                <w:rFonts w:ascii="Arial" w:hAnsi="Arial" w:cs="Arial"/>
                <w:sz w:val="18"/>
                <w:szCs w:val="18"/>
              </w:rPr>
            </w:pPr>
            <w:r w:rsidRPr="00EF0443">
              <w:rPr>
                <w:rFonts w:ascii="Arial" w:hAnsi="Arial" w:cs="Arial"/>
                <w:sz w:val="18"/>
                <w:szCs w:val="18"/>
              </w:rPr>
              <w:t>•</w:t>
            </w:r>
            <w:r>
              <w:rPr>
                <w:rFonts w:ascii="Arial" w:hAnsi="Arial" w:cs="Arial"/>
                <w:sz w:val="18"/>
                <w:szCs w:val="18"/>
              </w:rPr>
              <w:t xml:space="preserve"> </w:t>
            </w:r>
            <w:r w:rsidRPr="00EF0443">
              <w:rPr>
                <w:rFonts w:ascii="Arial" w:hAnsi="Arial" w:cs="Arial"/>
                <w:sz w:val="18"/>
                <w:szCs w:val="18"/>
              </w:rPr>
              <w:t xml:space="preserve">ANSI/TIA-607-D </w:t>
            </w:r>
            <w:proofErr w:type="spellStart"/>
            <w:r w:rsidRPr="00EF0443">
              <w:rPr>
                <w:rFonts w:ascii="Arial" w:hAnsi="Arial" w:cs="Arial"/>
                <w:sz w:val="18"/>
                <w:szCs w:val="18"/>
              </w:rPr>
              <w:t>Commercial</w:t>
            </w:r>
            <w:proofErr w:type="spellEnd"/>
            <w:r w:rsidRPr="00EF0443">
              <w:rPr>
                <w:rFonts w:ascii="Arial" w:hAnsi="Arial" w:cs="Arial"/>
                <w:sz w:val="18"/>
                <w:szCs w:val="18"/>
              </w:rPr>
              <w:t xml:space="preserve"> </w:t>
            </w:r>
            <w:proofErr w:type="spellStart"/>
            <w:r w:rsidRPr="00EF0443">
              <w:rPr>
                <w:rFonts w:ascii="Arial" w:hAnsi="Arial" w:cs="Arial"/>
                <w:sz w:val="18"/>
                <w:szCs w:val="18"/>
              </w:rPr>
              <w:t>Building</w:t>
            </w:r>
            <w:proofErr w:type="spellEnd"/>
            <w:r w:rsidRPr="00EF0443">
              <w:rPr>
                <w:rFonts w:ascii="Arial" w:hAnsi="Arial" w:cs="Arial"/>
                <w:sz w:val="18"/>
                <w:szCs w:val="18"/>
              </w:rPr>
              <w:t xml:space="preserve"> </w:t>
            </w:r>
            <w:proofErr w:type="spellStart"/>
            <w:r w:rsidRPr="00EF0443">
              <w:rPr>
                <w:rFonts w:ascii="Arial" w:hAnsi="Arial" w:cs="Arial"/>
                <w:sz w:val="18"/>
                <w:szCs w:val="18"/>
              </w:rPr>
              <w:t>Grounding</w:t>
            </w:r>
            <w:proofErr w:type="spellEnd"/>
            <w:r w:rsidRPr="00EF0443">
              <w:rPr>
                <w:rFonts w:ascii="Arial" w:hAnsi="Arial" w:cs="Arial"/>
                <w:sz w:val="18"/>
                <w:szCs w:val="18"/>
              </w:rPr>
              <w:t xml:space="preserve"> and </w:t>
            </w:r>
            <w:proofErr w:type="spellStart"/>
            <w:r w:rsidRPr="00EF0443">
              <w:rPr>
                <w:rFonts w:ascii="Arial" w:hAnsi="Arial" w:cs="Arial"/>
                <w:sz w:val="18"/>
                <w:szCs w:val="18"/>
              </w:rPr>
              <w:t>Bonding</w:t>
            </w:r>
            <w:proofErr w:type="spellEnd"/>
            <w:r w:rsidRPr="00EF0443">
              <w:rPr>
                <w:rFonts w:ascii="Arial" w:hAnsi="Arial" w:cs="Arial"/>
                <w:sz w:val="18"/>
                <w:szCs w:val="18"/>
              </w:rPr>
              <w:t xml:space="preserve"> </w:t>
            </w:r>
            <w:proofErr w:type="spellStart"/>
            <w:r w:rsidRPr="00EF0443">
              <w:rPr>
                <w:rFonts w:ascii="Arial" w:hAnsi="Arial" w:cs="Arial"/>
                <w:sz w:val="18"/>
                <w:szCs w:val="18"/>
              </w:rPr>
              <w:t>Requeriments</w:t>
            </w:r>
            <w:proofErr w:type="spellEnd"/>
            <w:r w:rsidRPr="00EF0443">
              <w:rPr>
                <w:rFonts w:ascii="Arial" w:hAnsi="Arial" w:cs="Arial"/>
                <w:sz w:val="18"/>
                <w:szCs w:val="18"/>
              </w:rPr>
              <w:t xml:space="preserve"> </w:t>
            </w:r>
            <w:proofErr w:type="spellStart"/>
            <w:r w:rsidRPr="00EF0443">
              <w:rPr>
                <w:rFonts w:ascii="Arial" w:hAnsi="Arial" w:cs="Arial"/>
                <w:sz w:val="18"/>
                <w:szCs w:val="18"/>
              </w:rPr>
              <w:t>for</w:t>
            </w:r>
            <w:proofErr w:type="spellEnd"/>
            <w:r w:rsidRPr="00EF0443">
              <w:rPr>
                <w:rFonts w:ascii="Arial" w:hAnsi="Arial" w:cs="Arial"/>
                <w:sz w:val="18"/>
                <w:szCs w:val="18"/>
              </w:rPr>
              <w:t xml:space="preserve"> </w:t>
            </w:r>
            <w:proofErr w:type="spellStart"/>
            <w:r w:rsidRPr="00EF0443">
              <w:rPr>
                <w:rFonts w:ascii="Arial" w:hAnsi="Arial" w:cs="Arial"/>
                <w:sz w:val="18"/>
                <w:szCs w:val="18"/>
              </w:rPr>
              <w:t>Telecomunications</w:t>
            </w:r>
            <w:proofErr w:type="spellEnd"/>
            <w:r w:rsidRPr="00EF0443">
              <w:rPr>
                <w:rFonts w:ascii="Arial" w:hAnsi="Arial" w:cs="Arial"/>
                <w:sz w:val="18"/>
                <w:szCs w:val="18"/>
              </w:rPr>
              <w:t>, que describe los métodos estándares para distribuir las señales de tierra a través de un edificio.</w:t>
            </w:r>
          </w:p>
        </w:tc>
        <w:tc>
          <w:tcPr>
            <w:tcW w:w="993" w:type="dxa"/>
          </w:tcPr>
          <w:p w14:paraId="0091F702" w14:textId="77777777" w:rsidR="00516A5B" w:rsidRPr="00A56DF5" w:rsidRDefault="00516A5B" w:rsidP="00B25E14">
            <w:pPr>
              <w:rPr>
                <w:rFonts w:ascii="Arial" w:hAnsi="Arial" w:cs="Arial"/>
                <w:color w:val="EE0000"/>
                <w:sz w:val="18"/>
                <w:szCs w:val="18"/>
              </w:rPr>
            </w:pPr>
          </w:p>
        </w:tc>
        <w:tc>
          <w:tcPr>
            <w:tcW w:w="992" w:type="dxa"/>
            <w:vAlign w:val="center"/>
          </w:tcPr>
          <w:p w14:paraId="7ABDC550" w14:textId="77777777" w:rsidR="00516A5B" w:rsidRPr="00A56DF5" w:rsidRDefault="00516A5B" w:rsidP="00B25E14">
            <w:pPr>
              <w:rPr>
                <w:rFonts w:ascii="Arial" w:hAnsi="Arial" w:cs="Arial"/>
                <w:color w:val="EE0000"/>
                <w:sz w:val="18"/>
                <w:szCs w:val="18"/>
              </w:rPr>
            </w:pPr>
          </w:p>
        </w:tc>
      </w:tr>
      <w:tr w:rsidR="00516A5B" w:rsidRPr="00A56DF5" w14:paraId="6DCF2B3D" w14:textId="77777777" w:rsidTr="00674DB8">
        <w:tc>
          <w:tcPr>
            <w:tcW w:w="709" w:type="dxa"/>
            <w:vAlign w:val="center"/>
          </w:tcPr>
          <w:p w14:paraId="1EEFCF8F" w14:textId="77777777" w:rsidR="00516A5B" w:rsidRPr="0098131D" w:rsidRDefault="00516A5B">
            <w:pPr>
              <w:pStyle w:val="Prrafodelista"/>
              <w:numPr>
                <w:ilvl w:val="0"/>
                <w:numId w:val="21"/>
              </w:numPr>
              <w:ind w:left="473"/>
              <w:rPr>
                <w:rFonts w:ascii="Arial" w:hAnsi="Arial" w:cs="Arial"/>
                <w:sz w:val="18"/>
                <w:szCs w:val="18"/>
              </w:rPr>
            </w:pPr>
          </w:p>
        </w:tc>
        <w:tc>
          <w:tcPr>
            <w:tcW w:w="7796" w:type="dxa"/>
            <w:gridSpan w:val="2"/>
            <w:vAlign w:val="center"/>
          </w:tcPr>
          <w:p w14:paraId="70FA5AF1" w14:textId="77777777" w:rsidR="00516A5B" w:rsidRPr="0098131D" w:rsidRDefault="00516A5B" w:rsidP="00B25E14">
            <w:pPr>
              <w:jc w:val="both"/>
              <w:rPr>
                <w:rFonts w:ascii="Arial" w:hAnsi="Arial" w:cs="Arial"/>
                <w:sz w:val="18"/>
                <w:szCs w:val="18"/>
              </w:rPr>
            </w:pPr>
            <w:r w:rsidRPr="0098131D">
              <w:rPr>
                <w:rFonts w:ascii="Arial" w:hAnsi="Arial" w:cs="Arial"/>
                <w:sz w:val="18"/>
                <w:szCs w:val="18"/>
              </w:rPr>
              <w:t>Incluye instalación red eléctrica regulada por UPS e instalación de energía comercial</w:t>
            </w:r>
          </w:p>
        </w:tc>
        <w:tc>
          <w:tcPr>
            <w:tcW w:w="993" w:type="dxa"/>
          </w:tcPr>
          <w:p w14:paraId="4F7FC004" w14:textId="77777777" w:rsidR="00516A5B" w:rsidRPr="00A56DF5" w:rsidRDefault="00516A5B" w:rsidP="00B25E14">
            <w:pPr>
              <w:rPr>
                <w:rFonts w:ascii="Arial" w:hAnsi="Arial" w:cs="Arial"/>
                <w:color w:val="EE0000"/>
                <w:sz w:val="18"/>
                <w:szCs w:val="18"/>
              </w:rPr>
            </w:pPr>
          </w:p>
        </w:tc>
        <w:tc>
          <w:tcPr>
            <w:tcW w:w="992" w:type="dxa"/>
            <w:vAlign w:val="center"/>
          </w:tcPr>
          <w:p w14:paraId="72F64C04" w14:textId="77777777" w:rsidR="00516A5B" w:rsidRPr="00A56DF5" w:rsidRDefault="00516A5B" w:rsidP="00B25E14">
            <w:pPr>
              <w:rPr>
                <w:rFonts w:ascii="Arial" w:hAnsi="Arial" w:cs="Arial"/>
                <w:color w:val="EE0000"/>
                <w:sz w:val="18"/>
                <w:szCs w:val="18"/>
              </w:rPr>
            </w:pPr>
          </w:p>
        </w:tc>
      </w:tr>
      <w:tr w:rsidR="00516A5B" w:rsidRPr="00A56DF5" w14:paraId="0593BD7D" w14:textId="77777777" w:rsidTr="00674DB8">
        <w:tc>
          <w:tcPr>
            <w:tcW w:w="709" w:type="dxa"/>
            <w:vAlign w:val="center"/>
          </w:tcPr>
          <w:p w14:paraId="3FBAB1AE" w14:textId="77777777" w:rsidR="00516A5B" w:rsidRPr="0098131D" w:rsidRDefault="00516A5B">
            <w:pPr>
              <w:pStyle w:val="Prrafodelista"/>
              <w:numPr>
                <w:ilvl w:val="0"/>
                <w:numId w:val="21"/>
              </w:numPr>
              <w:ind w:left="473"/>
              <w:rPr>
                <w:rFonts w:ascii="Arial" w:hAnsi="Arial" w:cs="Arial"/>
                <w:sz w:val="18"/>
                <w:szCs w:val="18"/>
              </w:rPr>
            </w:pPr>
          </w:p>
        </w:tc>
        <w:tc>
          <w:tcPr>
            <w:tcW w:w="7796" w:type="dxa"/>
            <w:gridSpan w:val="2"/>
            <w:vAlign w:val="center"/>
          </w:tcPr>
          <w:p w14:paraId="783F370D" w14:textId="77777777" w:rsidR="00516A5B" w:rsidRPr="0098131D" w:rsidRDefault="00516A5B" w:rsidP="00B25E14">
            <w:pPr>
              <w:jc w:val="both"/>
              <w:rPr>
                <w:rFonts w:ascii="Arial" w:hAnsi="Arial" w:cs="Arial"/>
                <w:sz w:val="18"/>
                <w:szCs w:val="18"/>
              </w:rPr>
            </w:pPr>
            <w:r w:rsidRPr="0098131D">
              <w:rPr>
                <w:rFonts w:ascii="Arial" w:hAnsi="Arial" w:cs="Arial"/>
                <w:sz w:val="18"/>
                <w:szCs w:val="18"/>
              </w:rPr>
              <w:t>Instalación y puesta en funcionamiento del sistema de energía regulada por UPS atendiendo las recomendaciones de NTC 2050, NEC y RETIE.</w:t>
            </w:r>
          </w:p>
        </w:tc>
        <w:tc>
          <w:tcPr>
            <w:tcW w:w="993" w:type="dxa"/>
          </w:tcPr>
          <w:p w14:paraId="2C2FDB92" w14:textId="77777777" w:rsidR="00516A5B" w:rsidRPr="00A56DF5" w:rsidRDefault="00516A5B" w:rsidP="00B25E14">
            <w:pPr>
              <w:rPr>
                <w:rFonts w:ascii="Arial" w:hAnsi="Arial" w:cs="Arial"/>
                <w:color w:val="EE0000"/>
                <w:sz w:val="18"/>
                <w:szCs w:val="18"/>
              </w:rPr>
            </w:pPr>
          </w:p>
        </w:tc>
        <w:tc>
          <w:tcPr>
            <w:tcW w:w="992" w:type="dxa"/>
            <w:vAlign w:val="center"/>
          </w:tcPr>
          <w:p w14:paraId="43072E9B" w14:textId="77777777" w:rsidR="00516A5B" w:rsidRPr="00A56DF5" w:rsidRDefault="00516A5B" w:rsidP="00B25E14">
            <w:pPr>
              <w:rPr>
                <w:rFonts w:ascii="Arial" w:hAnsi="Arial" w:cs="Arial"/>
                <w:color w:val="EE0000"/>
                <w:sz w:val="18"/>
                <w:szCs w:val="18"/>
              </w:rPr>
            </w:pPr>
          </w:p>
        </w:tc>
      </w:tr>
      <w:tr w:rsidR="00516A5B" w:rsidRPr="00A56DF5" w14:paraId="4FF3D6FF" w14:textId="77777777" w:rsidTr="00674DB8">
        <w:tc>
          <w:tcPr>
            <w:tcW w:w="709" w:type="dxa"/>
            <w:vAlign w:val="center"/>
          </w:tcPr>
          <w:p w14:paraId="0FD91B56"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16FA6B31" w14:textId="77777777" w:rsidR="00516A5B" w:rsidRPr="001F1184" w:rsidRDefault="00516A5B" w:rsidP="00B25E14">
            <w:pPr>
              <w:jc w:val="both"/>
              <w:rPr>
                <w:rFonts w:ascii="Arial" w:hAnsi="Arial" w:cs="Arial"/>
                <w:sz w:val="18"/>
                <w:szCs w:val="18"/>
              </w:rPr>
            </w:pPr>
            <w:r w:rsidRPr="00B57831">
              <w:rPr>
                <w:rFonts w:ascii="Arial" w:hAnsi="Arial" w:cs="Arial"/>
                <w:sz w:val="18"/>
                <w:szCs w:val="18"/>
              </w:rPr>
              <w:t xml:space="preserve">Informe de </w:t>
            </w:r>
            <w:r>
              <w:rPr>
                <w:rFonts w:ascii="Arial" w:hAnsi="Arial" w:cs="Arial"/>
                <w:sz w:val="18"/>
                <w:szCs w:val="18"/>
              </w:rPr>
              <w:t xml:space="preserve">certificación de desempeño de canal, de </w:t>
            </w:r>
            <w:r w:rsidRPr="00B57831">
              <w:rPr>
                <w:rFonts w:ascii="Arial" w:hAnsi="Arial" w:cs="Arial"/>
                <w:sz w:val="18"/>
                <w:szCs w:val="18"/>
              </w:rPr>
              <w:t xml:space="preserve">la </w:t>
            </w:r>
            <w:r w:rsidRPr="00614780">
              <w:rPr>
                <w:rFonts w:ascii="Arial" w:hAnsi="Arial" w:cs="Arial"/>
                <w:sz w:val="18"/>
                <w:szCs w:val="18"/>
              </w:rPr>
              <w:t>totalidad del sistema horizontal y vertical</w:t>
            </w:r>
            <w:r>
              <w:rPr>
                <w:rFonts w:ascii="Arial" w:hAnsi="Arial" w:cs="Arial"/>
                <w:sz w:val="18"/>
                <w:szCs w:val="18"/>
              </w:rPr>
              <w:t xml:space="preserve">, por </w:t>
            </w:r>
            <w:r w:rsidRPr="00B57831">
              <w:rPr>
                <w:rFonts w:ascii="Arial" w:hAnsi="Arial" w:cs="Arial"/>
                <w:sz w:val="18"/>
                <w:szCs w:val="18"/>
              </w:rPr>
              <w:t xml:space="preserve">cada uno de los puntos </w:t>
            </w:r>
            <w:r w:rsidRPr="00614780">
              <w:rPr>
                <w:rFonts w:ascii="Arial" w:hAnsi="Arial" w:cs="Arial"/>
                <w:sz w:val="18"/>
                <w:szCs w:val="18"/>
              </w:rPr>
              <w:t>en formato PDF medio magnético, junto con certificación vigente de calibración del instrumento de medición a utilizar</w:t>
            </w:r>
            <w:r>
              <w:rPr>
                <w:rFonts w:ascii="Arial" w:hAnsi="Arial" w:cs="Arial"/>
                <w:sz w:val="18"/>
                <w:szCs w:val="18"/>
              </w:rPr>
              <w:t>.</w:t>
            </w:r>
          </w:p>
        </w:tc>
        <w:tc>
          <w:tcPr>
            <w:tcW w:w="993" w:type="dxa"/>
            <w:vAlign w:val="center"/>
          </w:tcPr>
          <w:p w14:paraId="1FEEEC14" w14:textId="77777777" w:rsidR="00516A5B" w:rsidRPr="00A56DF5" w:rsidRDefault="00516A5B" w:rsidP="00B25E14">
            <w:pPr>
              <w:rPr>
                <w:rFonts w:ascii="Arial" w:hAnsi="Arial" w:cs="Arial"/>
                <w:color w:val="EE0000"/>
                <w:sz w:val="18"/>
                <w:szCs w:val="18"/>
              </w:rPr>
            </w:pPr>
          </w:p>
        </w:tc>
        <w:tc>
          <w:tcPr>
            <w:tcW w:w="992" w:type="dxa"/>
            <w:vAlign w:val="center"/>
          </w:tcPr>
          <w:p w14:paraId="2BE3745D" w14:textId="77777777" w:rsidR="00516A5B" w:rsidRPr="00A56DF5" w:rsidRDefault="00516A5B" w:rsidP="00B25E14">
            <w:pPr>
              <w:rPr>
                <w:rFonts w:ascii="Arial" w:hAnsi="Arial" w:cs="Arial"/>
                <w:color w:val="EE0000"/>
                <w:sz w:val="18"/>
                <w:szCs w:val="18"/>
              </w:rPr>
            </w:pPr>
          </w:p>
        </w:tc>
      </w:tr>
      <w:tr w:rsidR="00516A5B" w:rsidRPr="00A56DF5" w14:paraId="3ECD8476" w14:textId="77777777" w:rsidTr="00674DB8">
        <w:tc>
          <w:tcPr>
            <w:tcW w:w="709" w:type="dxa"/>
            <w:vAlign w:val="center"/>
          </w:tcPr>
          <w:p w14:paraId="588BCBDA"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06185486" w14:textId="77777777" w:rsidR="00516A5B" w:rsidRPr="00B57831" w:rsidRDefault="00516A5B" w:rsidP="00B25E14">
            <w:pPr>
              <w:jc w:val="both"/>
              <w:rPr>
                <w:rFonts w:ascii="Arial" w:hAnsi="Arial" w:cs="Arial"/>
                <w:sz w:val="18"/>
                <w:szCs w:val="18"/>
              </w:rPr>
            </w:pPr>
            <w:r w:rsidRPr="00614780">
              <w:rPr>
                <w:rFonts w:ascii="Arial" w:hAnsi="Arial" w:cs="Arial"/>
                <w:sz w:val="18"/>
                <w:szCs w:val="18"/>
              </w:rPr>
              <w:t>E</w:t>
            </w:r>
            <w:r>
              <w:rPr>
                <w:rFonts w:ascii="Arial" w:hAnsi="Arial" w:cs="Arial"/>
                <w:sz w:val="18"/>
                <w:szCs w:val="18"/>
              </w:rPr>
              <w:t xml:space="preserve">l contratista entregará </w:t>
            </w:r>
            <w:r w:rsidRPr="00614780">
              <w:rPr>
                <w:rFonts w:ascii="Arial" w:hAnsi="Arial" w:cs="Arial"/>
                <w:sz w:val="18"/>
                <w:szCs w:val="18"/>
              </w:rPr>
              <w:t xml:space="preserve">garantía extendida mínima de veinticinco (25) años de la solución instalada por parte del fabricante </w:t>
            </w:r>
            <w:r>
              <w:rPr>
                <w:rFonts w:ascii="Arial" w:hAnsi="Arial" w:cs="Arial"/>
                <w:sz w:val="18"/>
                <w:szCs w:val="18"/>
              </w:rPr>
              <w:t xml:space="preserve">de la solución a nombre de la </w:t>
            </w:r>
            <w:r w:rsidRPr="00614780">
              <w:rPr>
                <w:rFonts w:ascii="Arial" w:hAnsi="Arial" w:cs="Arial"/>
                <w:sz w:val="18"/>
                <w:szCs w:val="18"/>
              </w:rPr>
              <w:t>Policía Nacional sin incurrir en gastos adicionales.</w:t>
            </w:r>
          </w:p>
        </w:tc>
        <w:tc>
          <w:tcPr>
            <w:tcW w:w="993" w:type="dxa"/>
            <w:vAlign w:val="center"/>
          </w:tcPr>
          <w:p w14:paraId="6E6F427D" w14:textId="77777777" w:rsidR="00516A5B" w:rsidRPr="00A56DF5" w:rsidRDefault="00516A5B" w:rsidP="00B25E14">
            <w:pPr>
              <w:rPr>
                <w:rFonts w:ascii="Arial" w:hAnsi="Arial" w:cs="Arial"/>
                <w:color w:val="EE0000"/>
                <w:sz w:val="18"/>
                <w:szCs w:val="18"/>
              </w:rPr>
            </w:pPr>
          </w:p>
        </w:tc>
        <w:tc>
          <w:tcPr>
            <w:tcW w:w="992" w:type="dxa"/>
            <w:vAlign w:val="center"/>
          </w:tcPr>
          <w:p w14:paraId="3D569CE3" w14:textId="77777777" w:rsidR="00516A5B" w:rsidRPr="00A56DF5" w:rsidRDefault="00516A5B" w:rsidP="00B25E14">
            <w:pPr>
              <w:rPr>
                <w:rFonts w:ascii="Arial" w:hAnsi="Arial" w:cs="Arial"/>
                <w:color w:val="EE0000"/>
                <w:sz w:val="18"/>
                <w:szCs w:val="18"/>
              </w:rPr>
            </w:pPr>
          </w:p>
        </w:tc>
      </w:tr>
      <w:tr w:rsidR="00516A5B" w:rsidRPr="00A56DF5" w14:paraId="215859DF" w14:textId="77777777" w:rsidTr="00674DB8">
        <w:tc>
          <w:tcPr>
            <w:tcW w:w="709" w:type="dxa"/>
            <w:vAlign w:val="center"/>
          </w:tcPr>
          <w:p w14:paraId="6D5F6E18"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010F76A6" w14:textId="77777777" w:rsidR="00516A5B" w:rsidRPr="00FD5844" w:rsidRDefault="00516A5B" w:rsidP="00B25E14">
            <w:pPr>
              <w:jc w:val="both"/>
              <w:rPr>
                <w:rFonts w:ascii="Arial" w:hAnsi="Arial" w:cs="Arial"/>
                <w:sz w:val="18"/>
                <w:szCs w:val="18"/>
              </w:rPr>
            </w:pPr>
            <w:r w:rsidRPr="00D2169A">
              <w:rPr>
                <w:rFonts w:ascii="Arial" w:hAnsi="Arial" w:cs="Arial"/>
                <w:sz w:val="18"/>
                <w:szCs w:val="18"/>
              </w:rPr>
              <w:t xml:space="preserve">Las cantidades y medidas de materiales o elementos, serán definidas por el contratista tras visita técnica a las instalaciones a intervenir, previa solicitud escrita al Grupo de </w:t>
            </w:r>
            <w:r>
              <w:rPr>
                <w:rFonts w:ascii="Arial" w:hAnsi="Arial" w:cs="Arial"/>
                <w:sz w:val="18"/>
                <w:szCs w:val="18"/>
              </w:rPr>
              <w:t xml:space="preserve">Tecnologías de la Información y </w:t>
            </w:r>
            <w:r w:rsidRPr="00D2169A">
              <w:rPr>
                <w:rFonts w:ascii="Arial" w:hAnsi="Arial" w:cs="Arial"/>
                <w:sz w:val="18"/>
                <w:szCs w:val="18"/>
              </w:rPr>
              <w:t>la</w:t>
            </w:r>
            <w:r>
              <w:rPr>
                <w:rFonts w:ascii="Arial" w:hAnsi="Arial" w:cs="Arial"/>
                <w:sz w:val="18"/>
                <w:szCs w:val="18"/>
              </w:rPr>
              <w:t>s Comunicaciones de la</w:t>
            </w:r>
            <w:r w:rsidRPr="00D2169A">
              <w:rPr>
                <w:rFonts w:ascii="Arial" w:hAnsi="Arial" w:cs="Arial"/>
                <w:sz w:val="18"/>
                <w:szCs w:val="18"/>
              </w:rPr>
              <w:t xml:space="preserve"> unidad policial. Toda vez que el contratista será el encargado de realizar propuesta de enrutamiento y canalización para la aprobación de la Policía Nacional, motivo por el cual las cantidades dependerán directamente de dicha propuesta.</w:t>
            </w:r>
          </w:p>
        </w:tc>
        <w:tc>
          <w:tcPr>
            <w:tcW w:w="993" w:type="dxa"/>
            <w:vAlign w:val="center"/>
          </w:tcPr>
          <w:p w14:paraId="49476F62" w14:textId="77777777" w:rsidR="00516A5B" w:rsidRPr="00A56DF5" w:rsidRDefault="00516A5B" w:rsidP="00B25E14">
            <w:pPr>
              <w:rPr>
                <w:rFonts w:ascii="Arial" w:hAnsi="Arial" w:cs="Arial"/>
                <w:color w:val="EE0000"/>
                <w:sz w:val="18"/>
                <w:szCs w:val="18"/>
              </w:rPr>
            </w:pPr>
          </w:p>
        </w:tc>
        <w:tc>
          <w:tcPr>
            <w:tcW w:w="992" w:type="dxa"/>
            <w:vAlign w:val="center"/>
          </w:tcPr>
          <w:p w14:paraId="5488DB77" w14:textId="77777777" w:rsidR="00516A5B" w:rsidRPr="00A56DF5" w:rsidRDefault="00516A5B" w:rsidP="00B25E14">
            <w:pPr>
              <w:rPr>
                <w:rFonts w:ascii="Arial" w:hAnsi="Arial" w:cs="Arial"/>
                <w:color w:val="EE0000"/>
                <w:sz w:val="18"/>
                <w:szCs w:val="18"/>
              </w:rPr>
            </w:pPr>
          </w:p>
        </w:tc>
      </w:tr>
      <w:tr w:rsidR="00516A5B" w:rsidRPr="00A56DF5" w14:paraId="381199F6" w14:textId="77777777" w:rsidTr="00674DB8">
        <w:tc>
          <w:tcPr>
            <w:tcW w:w="709" w:type="dxa"/>
            <w:vAlign w:val="center"/>
          </w:tcPr>
          <w:p w14:paraId="557C7A3B"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236A0872" w14:textId="77777777" w:rsidR="00516A5B" w:rsidRPr="00D2169A" w:rsidRDefault="00516A5B" w:rsidP="00B25E14">
            <w:pPr>
              <w:jc w:val="both"/>
              <w:rPr>
                <w:rFonts w:ascii="Arial" w:hAnsi="Arial" w:cs="Arial"/>
                <w:sz w:val="18"/>
                <w:szCs w:val="18"/>
              </w:rPr>
            </w:pPr>
            <w:r w:rsidRPr="0016038B">
              <w:rPr>
                <w:rFonts w:ascii="Arial" w:hAnsi="Arial" w:cs="Arial"/>
                <w:sz w:val="18"/>
                <w:szCs w:val="18"/>
              </w:rPr>
              <w:t xml:space="preserve">La planificación de las rutas de canalización del cableado estructurado, ubicación de cada uno de los puntos de red, tamaños y ubicación de los cuartos de telecomunicaciones en cada uno de los pisos de las edificaciones, deben ser validados y aprobados por el personal del </w:t>
            </w:r>
            <w:r w:rsidRPr="00D2169A">
              <w:rPr>
                <w:rFonts w:ascii="Arial" w:hAnsi="Arial" w:cs="Arial"/>
                <w:sz w:val="18"/>
                <w:szCs w:val="18"/>
              </w:rPr>
              <w:t xml:space="preserve">Grupo de </w:t>
            </w:r>
            <w:r>
              <w:rPr>
                <w:rFonts w:ascii="Arial" w:hAnsi="Arial" w:cs="Arial"/>
                <w:sz w:val="18"/>
                <w:szCs w:val="18"/>
              </w:rPr>
              <w:t xml:space="preserve">Tecnologías de la Información y </w:t>
            </w:r>
            <w:r w:rsidRPr="00D2169A">
              <w:rPr>
                <w:rFonts w:ascii="Arial" w:hAnsi="Arial" w:cs="Arial"/>
                <w:sz w:val="18"/>
                <w:szCs w:val="18"/>
              </w:rPr>
              <w:t>la</w:t>
            </w:r>
            <w:r>
              <w:rPr>
                <w:rFonts w:ascii="Arial" w:hAnsi="Arial" w:cs="Arial"/>
                <w:sz w:val="18"/>
                <w:szCs w:val="18"/>
              </w:rPr>
              <w:t>s Comunicaciones de la</w:t>
            </w:r>
            <w:r w:rsidRPr="00D2169A">
              <w:rPr>
                <w:rFonts w:ascii="Arial" w:hAnsi="Arial" w:cs="Arial"/>
                <w:sz w:val="18"/>
                <w:szCs w:val="18"/>
              </w:rPr>
              <w:t xml:space="preserve"> unidad policial</w:t>
            </w:r>
            <w:r>
              <w:rPr>
                <w:rFonts w:ascii="Arial" w:hAnsi="Arial" w:cs="Arial"/>
                <w:sz w:val="18"/>
                <w:szCs w:val="18"/>
              </w:rPr>
              <w:t>.</w:t>
            </w:r>
          </w:p>
        </w:tc>
        <w:tc>
          <w:tcPr>
            <w:tcW w:w="993" w:type="dxa"/>
            <w:vAlign w:val="center"/>
          </w:tcPr>
          <w:p w14:paraId="35D2BD2E" w14:textId="77777777" w:rsidR="00516A5B" w:rsidRPr="00A56DF5" w:rsidRDefault="00516A5B" w:rsidP="00B25E14">
            <w:pPr>
              <w:rPr>
                <w:rFonts w:ascii="Arial" w:hAnsi="Arial" w:cs="Arial"/>
                <w:color w:val="EE0000"/>
                <w:sz w:val="18"/>
                <w:szCs w:val="18"/>
              </w:rPr>
            </w:pPr>
          </w:p>
        </w:tc>
        <w:tc>
          <w:tcPr>
            <w:tcW w:w="992" w:type="dxa"/>
            <w:vAlign w:val="center"/>
          </w:tcPr>
          <w:p w14:paraId="70B0574A" w14:textId="77777777" w:rsidR="00516A5B" w:rsidRPr="00A56DF5" w:rsidRDefault="00516A5B" w:rsidP="00B25E14">
            <w:pPr>
              <w:rPr>
                <w:rFonts w:ascii="Arial" w:hAnsi="Arial" w:cs="Arial"/>
                <w:color w:val="EE0000"/>
                <w:sz w:val="18"/>
                <w:szCs w:val="18"/>
              </w:rPr>
            </w:pPr>
          </w:p>
        </w:tc>
      </w:tr>
      <w:tr w:rsidR="00516A5B" w:rsidRPr="00A56DF5" w14:paraId="5B7AAADE" w14:textId="77777777" w:rsidTr="00674DB8">
        <w:tc>
          <w:tcPr>
            <w:tcW w:w="709" w:type="dxa"/>
            <w:vAlign w:val="center"/>
          </w:tcPr>
          <w:p w14:paraId="164C3162"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040F4D3A" w14:textId="77777777" w:rsidR="00516A5B" w:rsidRPr="00FD5844" w:rsidRDefault="00516A5B" w:rsidP="00B25E14">
            <w:pPr>
              <w:jc w:val="both"/>
              <w:rPr>
                <w:rFonts w:ascii="Arial" w:hAnsi="Arial" w:cs="Arial"/>
                <w:sz w:val="18"/>
                <w:szCs w:val="18"/>
              </w:rPr>
            </w:pPr>
            <w:r w:rsidRPr="00D2169A">
              <w:rPr>
                <w:rFonts w:ascii="Arial" w:hAnsi="Arial" w:cs="Arial"/>
                <w:sz w:val="18"/>
                <w:szCs w:val="18"/>
              </w:rPr>
              <w:t>La instalación de solución de cableado estructurado y fibra óptica deberá ser realizada por personal certificado por parte del fabricante de la solución, las cuales deberán estar vigentes para el desarrollo del proyecto, las respectivas copias de certificaciones serán presentadas por el contratista.</w:t>
            </w:r>
          </w:p>
        </w:tc>
        <w:tc>
          <w:tcPr>
            <w:tcW w:w="993" w:type="dxa"/>
            <w:vAlign w:val="center"/>
          </w:tcPr>
          <w:p w14:paraId="5A126EA1" w14:textId="77777777" w:rsidR="00516A5B" w:rsidRPr="00A56DF5" w:rsidRDefault="00516A5B" w:rsidP="00B25E14">
            <w:pPr>
              <w:rPr>
                <w:rFonts w:ascii="Arial" w:hAnsi="Arial" w:cs="Arial"/>
                <w:color w:val="EE0000"/>
                <w:sz w:val="18"/>
                <w:szCs w:val="18"/>
              </w:rPr>
            </w:pPr>
          </w:p>
        </w:tc>
        <w:tc>
          <w:tcPr>
            <w:tcW w:w="992" w:type="dxa"/>
            <w:vAlign w:val="center"/>
          </w:tcPr>
          <w:p w14:paraId="102AF80C" w14:textId="77777777" w:rsidR="00516A5B" w:rsidRPr="00A56DF5" w:rsidRDefault="00516A5B" w:rsidP="00B25E14">
            <w:pPr>
              <w:rPr>
                <w:rFonts w:ascii="Arial" w:hAnsi="Arial" w:cs="Arial"/>
                <w:color w:val="EE0000"/>
                <w:sz w:val="18"/>
                <w:szCs w:val="18"/>
              </w:rPr>
            </w:pPr>
          </w:p>
        </w:tc>
      </w:tr>
      <w:tr w:rsidR="00516A5B" w:rsidRPr="00A56DF5" w14:paraId="7446105B" w14:textId="77777777" w:rsidTr="00674DB8">
        <w:tc>
          <w:tcPr>
            <w:tcW w:w="709" w:type="dxa"/>
            <w:vAlign w:val="center"/>
          </w:tcPr>
          <w:p w14:paraId="0BF9DD92"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0BB5D221" w14:textId="77777777" w:rsidR="00516A5B" w:rsidRPr="00FD5844" w:rsidRDefault="00516A5B" w:rsidP="00B25E14">
            <w:pPr>
              <w:jc w:val="both"/>
              <w:rPr>
                <w:rFonts w:ascii="Arial" w:hAnsi="Arial" w:cs="Arial"/>
                <w:sz w:val="18"/>
                <w:szCs w:val="18"/>
              </w:rPr>
            </w:pPr>
            <w:r w:rsidRPr="0016038B">
              <w:rPr>
                <w:rFonts w:ascii="Arial" w:hAnsi="Arial" w:cs="Arial"/>
                <w:sz w:val="18"/>
                <w:szCs w:val="18"/>
              </w:rPr>
              <w:t>Los trabajos concernientes al diseño, planificación e implementación de los sistemas eléctricos y de telecomunicaciones, deben ser aprobados y realizados con el permanente acompañamiento y aprobación del personal del</w:t>
            </w:r>
            <w:r>
              <w:rPr>
                <w:rFonts w:ascii="Arial" w:hAnsi="Arial" w:cs="Arial"/>
                <w:sz w:val="18"/>
                <w:szCs w:val="18"/>
              </w:rPr>
              <w:t xml:space="preserve"> </w:t>
            </w:r>
            <w:r w:rsidRPr="00D2169A">
              <w:rPr>
                <w:rFonts w:ascii="Arial" w:hAnsi="Arial" w:cs="Arial"/>
                <w:sz w:val="18"/>
                <w:szCs w:val="18"/>
              </w:rPr>
              <w:t xml:space="preserve">Grupo de </w:t>
            </w:r>
            <w:r>
              <w:rPr>
                <w:rFonts w:ascii="Arial" w:hAnsi="Arial" w:cs="Arial"/>
                <w:sz w:val="18"/>
                <w:szCs w:val="18"/>
              </w:rPr>
              <w:t xml:space="preserve">Tecnologías de la Información y </w:t>
            </w:r>
            <w:r w:rsidRPr="00D2169A">
              <w:rPr>
                <w:rFonts w:ascii="Arial" w:hAnsi="Arial" w:cs="Arial"/>
                <w:sz w:val="18"/>
                <w:szCs w:val="18"/>
              </w:rPr>
              <w:t>la</w:t>
            </w:r>
            <w:r>
              <w:rPr>
                <w:rFonts w:ascii="Arial" w:hAnsi="Arial" w:cs="Arial"/>
                <w:sz w:val="18"/>
                <w:szCs w:val="18"/>
              </w:rPr>
              <w:t>s Comunicaciones de la</w:t>
            </w:r>
            <w:r w:rsidRPr="00D2169A">
              <w:rPr>
                <w:rFonts w:ascii="Arial" w:hAnsi="Arial" w:cs="Arial"/>
                <w:sz w:val="18"/>
                <w:szCs w:val="18"/>
              </w:rPr>
              <w:t xml:space="preserve"> unidad policial</w:t>
            </w:r>
            <w:r>
              <w:rPr>
                <w:rFonts w:ascii="Arial" w:hAnsi="Arial" w:cs="Arial"/>
                <w:sz w:val="18"/>
                <w:szCs w:val="18"/>
              </w:rPr>
              <w:t>.</w:t>
            </w:r>
          </w:p>
        </w:tc>
        <w:tc>
          <w:tcPr>
            <w:tcW w:w="993" w:type="dxa"/>
            <w:vAlign w:val="center"/>
          </w:tcPr>
          <w:p w14:paraId="594AF648" w14:textId="77777777" w:rsidR="00516A5B" w:rsidRPr="00A56DF5" w:rsidRDefault="00516A5B" w:rsidP="00B25E14">
            <w:pPr>
              <w:rPr>
                <w:rFonts w:ascii="Arial" w:hAnsi="Arial" w:cs="Arial"/>
                <w:color w:val="EE0000"/>
                <w:sz w:val="18"/>
                <w:szCs w:val="18"/>
              </w:rPr>
            </w:pPr>
          </w:p>
        </w:tc>
        <w:tc>
          <w:tcPr>
            <w:tcW w:w="992" w:type="dxa"/>
            <w:vAlign w:val="center"/>
          </w:tcPr>
          <w:p w14:paraId="2BD70E23" w14:textId="77777777" w:rsidR="00516A5B" w:rsidRPr="00A56DF5" w:rsidRDefault="00516A5B" w:rsidP="00B25E14">
            <w:pPr>
              <w:rPr>
                <w:rFonts w:ascii="Arial" w:hAnsi="Arial" w:cs="Arial"/>
                <w:color w:val="EE0000"/>
                <w:sz w:val="18"/>
                <w:szCs w:val="18"/>
              </w:rPr>
            </w:pPr>
          </w:p>
        </w:tc>
      </w:tr>
      <w:tr w:rsidR="00516A5B" w:rsidRPr="00A56DF5" w14:paraId="495A535F" w14:textId="77777777" w:rsidTr="00674DB8">
        <w:tc>
          <w:tcPr>
            <w:tcW w:w="709" w:type="dxa"/>
            <w:vAlign w:val="center"/>
          </w:tcPr>
          <w:p w14:paraId="3EEE6360"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5A673E81" w14:textId="77777777" w:rsidR="00516A5B" w:rsidRPr="00FD5844" w:rsidRDefault="00516A5B" w:rsidP="00B25E14">
            <w:pPr>
              <w:jc w:val="both"/>
              <w:rPr>
                <w:rFonts w:ascii="Arial" w:hAnsi="Arial" w:cs="Arial"/>
                <w:sz w:val="18"/>
                <w:szCs w:val="18"/>
              </w:rPr>
            </w:pPr>
            <w:r w:rsidRPr="00C72DFD">
              <w:rPr>
                <w:rFonts w:ascii="Arial" w:hAnsi="Arial" w:cs="Arial"/>
                <w:sz w:val="18"/>
                <w:szCs w:val="18"/>
              </w:rPr>
              <w:t>Trabajos de infraestructura, desmonte y/o sustitución de estructuras, elementos y/o accesorios en cualquier material objeto de la intervención, serán realizados por el contratista de manera manual o mecánica de acuerdo con las indicaciones del supervisor del contrato o en su defecto según los parámetros de la Policía Nacional o según normas técnicas para la materia. Dentro de esta actividad se debe tener especial cuidado en la remoción de elementos que deban ser desarmados y desmontados sin daño alguno. Incluye el retiro de material resultante y disposición de escombros que resultaren a lugar autorizado por la autoridad ambiental.</w:t>
            </w:r>
          </w:p>
        </w:tc>
        <w:tc>
          <w:tcPr>
            <w:tcW w:w="993" w:type="dxa"/>
            <w:vAlign w:val="center"/>
          </w:tcPr>
          <w:p w14:paraId="45D5B288" w14:textId="77777777" w:rsidR="00516A5B" w:rsidRPr="00A56DF5" w:rsidRDefault="00516A5B" w:rsidP="00B25E14">
            <w:pPr>
              <w:rPr>
                <w:rFonts w:ascii="Arial" w:hAnsi="Arial" w:cs="Arial"/>
                <w:color w:val="EE0000"/>
                <w:sz w:val="18"/>
                <w:szCs w:val="18"/>
              </w:rPr>
            </w:pPr>
          </w:p>
        </w:tc>
        <w:tc>
          <w:tcPr>
            <w:tcW w:w="992" w:type="dxa"/>
            <w:vAlign w:val="center"/>
          </w:tcPr>
          <w:p w14:paraId="322ED2D0" w14:textId="77777777" w:rsidR="00516A5B" w:rsidRPr="00A56DF5" w:rsidRDefault="00516A5B" w:rsidP="00B25E14">
            <w:pPr>
              <w:rPr>
                <w:rFonts w:ascii="Arial" w:hAnsi="Arial" w:cs="Arial"/>
                <w:color w:val="EE0000"/>
                <w:sz w:val="18"/>
                <w:szCs w:val="18"/>
              </w:rPr>
            </w:pPr>
          </w:p>
        </w:tc>
      </w:tr>
      <w:tr w:rsidR="00516A5B" w:rsidRPr="00A56DF5" w14:paraId="3474F567" w14:textId="77777777" w:rsidTr="00674DB8">
        <w:tc>
          <w:tcPr>
            <w:tcW w:w="709" w:type="dxa"/>
            <w:vAlign w:val="center"/>
          </w:tcPr>
          <w:p w14:paraId="293D4D3D"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2FC8DBF4" w14:textId="77777777" w:rsidR="00516A5B" w:rsidRPr="00FD5844" w:rsidRDefault="00516A5B" w:rsidP="00B25E14">
            <w:pPr>
              <w:jc w:val="both"/>
              <w:rPr>
                <w:rFonts w:ascii="Arial" w:hAnsi="Arial" w:cs="Arial"/>
                <w:sz w:val="18"/>
                <w:szCs w:val="18"/>
              </w:rPr>
            </w:pPr>
            <w:r w:rsidRPr="00D04DEA">
              <w:rPr>
                <w:rFonts w:ascii="Arial" w:hAnsi="Arial" w:cs="Arial"/>
                <w:sz w:val="18"/>
                <w:szCs w:val="18"/>
              </w:rPr>
              <w:t>El contratista empleara estrategias y/o mecanismos para reducir o minimizar la producción de polvo o residuos aéreos. Toda vez que en las instalaciones alojan personal laborando las 24 horas del día.</w:t>
            </w:r>
          </w:p>
        </w:tc>
        <w:tc>
          <w:tcPr>
            <w:tcW w:w="993" w:type="dxa"/>
            <w:vAlign w:val="center"/>
          </w:tcPr>
          <w:p w14:paraId="47AADB5C" w14:textId="77777777" w:rsidR="00516A5B" w:rsidRPr="00A56DF5" w:rsidRDefault="00516A5B" w:rsidP="00B25E14">
            <w:pPr>
              <w:rPr>
                <w:rFonts w:ascii="Arial" w:hAnsi="Arial" w:cs="Arial"/>
                <w:color w:val="EE0000"/>
                <w:sz w:val="18"/>
                <w:szCs w:val="18"/>
              </w:rPr>
            </w:pPr>
          </w:p>
        </w:tc>
        <w:tc>
          <w:tcPr>
            <w:tcW w:w="992" w:type="dxa"/>
            <w:vAlign w:val="center"/>
          </w:tcPr>
          <w:p w14:paraId="00AE2959" w14:textId="77777777" w:rsidR="00516A5B" w:rsidRPr="00A56DF5" w:rsidRDefault="00516A5B" w:rsidP="00B25E14">
            <w:pPr>
              <w:rPr>
                <w:rFonts w:ascii="Arial" w:hAnsi="Arial" w:cs="Arial"/>
                <w:color w:val="EE0000"/>
                <w:sz w:val="18"/>
                <w:szCs w:val="18"/>
              </w:rPr>
            </w:pPr>
          </w:p>
        </w:tc>
      </w:tr>
      <w:tr w:rsidR="00516A5B" w:rsidRPr="00A56DF5" w14:paraId="4A199578" w14:textId="77777777" w:rsidTr="00674DB8">
        <w:tc>
          <w:tcPr>
            <w:tcW w:w="709" w:type="dxa"/>
            <w:vAlign w:val="center"/>
          </w:tcPr>
          <w:p w14:paraId="05F7417F" w14:textId="77777777" w:rsidR="00516A5B" w:rsidRPr="00710098" w:rsidRDefault="00516A5B">
            <w:pPr>
              <w:pStyle w:val="Prrafodelista"/>
              <w:numPr>
                <w:ilvl w:val="0"/>
                <w:numId w:val="21"/>
              </w:numPr>
              <w:ind w:left="473"/>
              <w:rPr>
                <w:rFonts w:ascii="Arial" w:hAnsi="Arial" w:cs="Arial"/>
                <w:sz w:val="18"/>
                <w:szCs w:val="18"/>
              </w:rPr>
            </w:pPr>
          </w:p>
        </w:tc>
        <w:tc>
          <w:tcPr>
            <w:tcW w:w="7796" w:type="dxa"/>
            <w:gridSpan w:val="2"/>
            <w:vAlign w:val="center"/>
          </w:tcPr>
          <w:p w14:paraId="79985247" w14:textId="77777777" w:rsidR="00516A5B" w:rsidRPr="00710098" w:rsidRDefault="00516A5B" w:rsidP="00B25E14">
            <w:pPr>
              <w:jc w:val="both"/>
              <w:rPr>
                <w:rFonts w:ascii="Arial" w:hAnsi="Arial" w:cs="Arial"/>
                <w:sz w:val="18"/>
                <w:szCs w:val="18"/>
              </w:rPr>
            </w:pPr>
            <w:r w:rsidRPr="00F175D8">
              <w:rPr>
                <w:rFonts w:ascii="Arial" w:hAnsi="Arial" w:cs="Arial"/>
                <w:sz w:val="18"/>
                <w:szCs w:val="18"/>
              </w:rPr>
              <w:t>El contratista certificará por lo menos tres (03) instalaciones de Categoría 6A F/UTP, en diferentes empresas en el país y certificar haber instalado puntos de la categoría y marca ofertada.</w:t>
            </w:r>
          </w:p>
        </w:tc>
        <w:tc>
          <w:tcPr>
            <w:tcW w:w="993" w:type="dxa"/>
            <w:vAlign w:val="center"/>
          </w:tcPr>
          <w:p w14:paraId="63996BA2" w14:textId="77777777" w:rsidR="00516A5B" w:rsidRPr="00A56DF5" w:rsidRDefault="00516A5B" w:rsidP="00B25E14">
            <w:pPr>
              <w:rPr>
                <w:rFonts w:ascii="Arial" w:hAnsi="Arial" w:cs="Arial"/>
                <w:color w:val="EE0000"/>
                <w:sz w:val="18"/>
                <w:szCs w:val="18"/>
              </w:rPr>
            </w:pPr>
          </w:p>
        </w:tc>
        <w:tc>
          <w:tcPr>
            <w:tcW w:w="992" w:type="dxa"/>
            <w:vAlign w:val="center"/>
          </w:tcPr>
          <w:p w14:paraId="0FC3156C" w14:textId="77777777" w:rsidR="00516A5B" w:rsidRPr="00A56DF5" w:rsidRDefault="00516A5B" w:rsidP="00B25E14">
            <w:pPr>
              <w:rPr>
                <w:rFonts w:ascii="Arial" w:hAnsi="Arial" w:cs="Arial"/>
                <w:color w:val="EE0000"/>
                <w:sz w:val="18"/>
                <w:szCs w:val="18"/>
              </w:rPr>
            </w:pPr>
          </w:p>
        </w:tc>
      </w:tr>
      <w:tr w:rsidR="00516A5B" w:rsidRPr="00A56DF5" w14:paraId="76147D52" w14:textId="77777777" w:rsidTr="00674DB8">
        <w:tc>
          <w:tcPr>
            <w:tcW w:w="709" w:type="dxa"/>
            <w:vAlign w:val="center"/>
          </w:tcPr>
          <w:p w14:paraId="5287F023" w14:textId="77777777" w:rsidR="00516A5B" w:rsidRPr="00710098" w:rsidRDefault="00516A5B">
            <w:pPr>
              <w:pStyle w:val="Prrafodelista"/>
              <w:numPr>
                <w:ilvl w:val="0"/>
                <w:numId w:val="21"/>
              </w:numPr>
              <w:ind w:left="473"/>
              <w:rPr>
                <w:rFonts w:ascii="Arial" w:hAnsi="Arial" w:cs="Arial"/>
                <w:sz w:val="18"/>
                <w:szCs w:val="18"/>
              </w:rPr>
            </w:pPr>
          </w:p>
        </w:tc>
        <w:tc>
          <w:tcPr>
            <w:tcW w:w="7796" w:type="dxa"/>
            <w:gridSpan w:val="2"/>
            <w:vAlign w:val="center"/>
          </w:tcPr>
          <w:p w14:paraId="44145CDC" w14:textId="77777777" w:rsidR="00516A5B" w:rsidRPr="00710098" w:rsidRDefault="00516A5B" w:rsidP="00B25E14">
            <w:pPr>
              <w:jc w:val="both"/>
              <w:rPr>
                <w:rFonts w:ascii="Arial" w:hAnsi="Arial" w:cs="Arial"/>
                <w:sz w:val="18"/>
                <w:szCs w:val="18"/>
              </w:rPr>
            </w:pPr>
            <w:r w:rsidRPr="00710098">
              <w:rPr>
                <w:rFonts w:ascii="Arial" w:hAnsi="Arial" w:cs="Arial"/>
                <w:sz w:val="18"/>
                <w:szCs w:val="18"/>
              </w:rPr>
              <w:t>No se aceptarán elementos cuyo número de parte y/o referencia no se encuentre en el sitio web oficial del fabricante.</w:t>
            </w:r>
          </w:p>
        </w:tc>
        <w:tc>
          <w:tcPr>
            <w:tcW w:w="993" w:type="dxa"/>
            <w:vAlign w:val="center"/>
          </w:tcPr>
          <w:p w14:paraId="5C3B3E36" w14:textId="77777777" w:rsidR="00516A5B" w:rsidRPr="00A56DF5" w:rsidRDefault="00516A5B" w:rsidP="00B25E14">
            <w:pPr>
              <w:rPr>
                <w:rFonts w:ascii="Arial" w:hAnsi="Arial" w:cs="Arial"/>
                <w:color w:val="EE0000"/>
                <w:sz w:val="18"/>
                <w:szCs w:val="18"/>
              </w:rPr>
            </w:pPr>
          </w:p>
        </w:tc>
        <w:tc>
          <w:tcPr>
            <w:tcW w:w="992" w:type="dxa"/>
            <w:vAlign w:val="center"/>
          </w:tcPr>
          <w:p w14:paraId="67CE72BC" w14:textId="77777777" w:rsidR="00516A5B" w:rsidRPr="00A56DF5" w:rsidRDefault="00516A5B" w:rsidP="00B25E14">
            <w:pPr>
              <w:rPr>
                <w:rFonts w:ascii="Arial" w:hAnsi="Arial" w:cs="Arial"/>
                <w:color w:val="EE0000"/>
                <w:sz w:val="18"/>
                <w:szCs w:val="18"/>
              </w:rPr>
            </w:pPr>
          </w:p>
        </w:tc>
      </w:tr>
      <w:tr w:rsidR="00516A5B" w:rsidRPr="00A56DF5" w14:paraId="1852196C" w14:textId="77777777" w:rsidTr="00674DB8">
        <w:tc>
          <w:tcPr>
            <w:tcW w:w="709" w:type="dxa"/>
            <w:vAlign w:val="center"/>
          </w:tcPr>
          <w:p w14:paraId="0B18A9A1"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4C303C43" w14:textId="77777777" w:rsidR="00516A5B" w:rsidRPr="00FD5844" w:rsidRDefault="00516A5B" w:rsidP="00B25E14">
            <w:pPr>
              <w:jc w:val="both"/>
              <w:rPr>
                <w:rFonts w:ascii="Arial" w:hAnsi="Arial" w:cs="Arial"/>
                <w:sz w:val="18"/>
                <w:szCs w:val="18"/>
              </w:rPr>
            </w:pPr>
            <w:r w:rsidRPr="00D04DEA">
              <w:rPr>
                <w:rFonts w:ascii="Arial" w:hAnsi="Arial" w:cs="Arial"/>
                <w:sz w:val="18"/>
                <w:szCs w:val="18"/>
              </w:rPr>
              <w:t>Adjuntar ficha técnica de los productos y elementos ofertados, estas mismas fichas técnicas deberán estar disponibles en la página web del fabricante. De presentarse alguna inconsistencia se verificará el número de parte y/o referencia en el sitio web del fabricante y debe coincidir con las especificaciones técnicas solicitadas en el presente documento.</w:t>
            </w:r>
          </w:p>
        </w:tc>
        <w:tc>
          <w:tcPr>
            <w:tcW w:w="993" w:type="dxa"/>
            <w:vAlign w:val="center"/>
          </w:tcPr>
          <w:p w14:paraId="7184A7B6" w14:textId="77777777" w:rsidR="00516A5B" w:rsidRPr="00A56DF5" w:rsidRDefault="00516A5B" w:rsidP="00B25E14">
            <w:pPr>
              <w:rPr>
                <w:rFonts w:ascii="Arial" w:hAnsi="Arial" w:cs="Arial"/>
                <w:color w:val="EE0000"/>
                <w:sz w:val="18"/>
                <w:szCs w:val="18"/>
              </w:rPr>
            </w:pPr>
          </w:p>
        </w:tc>
        <w:tc>
          <w:tcPr>
            <w:tcW w:w="992" w:type="dxa"/>
            <w:vAlign w:val="center"/>
          </w:tcPr>
          <w:p w14:paraId="0922D500" w14:textId="77777777" w:rsidR="00516A5B" w:rsidRPr="00A56DF5" w:rsidRDefault="00516A5B" w:rsidP="00B25E14">
            <w:pPr>
              <w:rPr>
                <w:rFonts w:ascii="Arial" w:hAnsi="Arial" w:cs="Arial"/>
                <w:color w:val="EE0000"/>
                <w:sz w:val="18"/>
                <w:szCs w:val="18"/>
              </w:rPr>
            </w:pPr>
          </w:p>
        </w:tc>
      </w:tr>
      <w:tr w:rsidR="00516A5B" w:rsidRPr="00A56DF5" w14:paraId="37ABC1C7" w14:textId="77777777" w:rsidTr="00674DB8">
        <w:tc>
          <w:tcPr>
            <w:tcW w:w="709" w:type="dxa"/>
            <w:vAlign w:val="center"/>
          </w:tcPr>
          <w:p w14:paraId="20A61575"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1E91FF73" w14:textId="77777777" w:rsidR="00516A5B" w:rsidRPr="00FD5844" w:rsidRDefault="00516A5B" w:rsidP="00B25E14">
            <w:pPr>
              <w:jc w:val="both"/>
              <w:rPr>
                <w:rFonts w:ascii="Arial" w:hAnsi="Arial" w:cs="Arial"/>
                <w:sz w:val="18"/>
                <w:szCs w:val="18"/>
              </w:rPr>
            </w:pPr>
            <w:r w:rsidRPr="00C51934">
              <w:rPr>
                <w:rFonts w:ascii="Arial" w:hAnsi="Arial" w:cs="Arial"/>
                <w:sz w:val="18"/>
                <w:szCs w:val="18"/>
              </w:rPr>
              <w:t>Identificación y Administración del sistema de cableado estructurado de acuerdo a ANSI/TIA 606 D.</w:t>
            </w:r>
          </w:p>
        </w:tc>
        <w:tc>
          <w:tcPr>
            <w:tcW w:w="993" w:type="dxa"/>
            <w:vAlign w:val="center"/>
          </w:tcPr>
          <w:p w14:paraId="62019F5D" w14:textId="77777777" w:rsidR="00516A5B" w:rsidRPr="00A56DF5" w:rsidRDefault="00516A5B" w:rsidP="00B25E14">
            <w:pPr>
              <w:rPr>
                <w:rFonts w:ascii="Arial" w:hAnsi="Arial" w:cs="Arial"/>
                <w:color w:val="EE0000"/>
                <w:sz w:val="18"/>
                <w:szCs w:val="18"/>
              </w:rPr>
            </w:pPr>
          </w:p>
        </w:tc>
        <w:tc>
          <w:tcPr>
            <w:tcW w:w="992" w:type="dxa"/>
            <w:vAlign w:val="center"/>
          </w:tcPr>
          <w:p w14:paraId="734BA2A6" w14:textId="77777777" w:rsidR="00516A5B" w:rsidRPr="00A56DF5" w:rsidRDefault="00516A5B" w:rsidP="00B25E14">
            <w:pPr>
              <w:rPr>
                <w:rFonts w:ascii="Arial" w:hAnsi="Arial" w:cs="Arial"/>
                <w:color w:val="EE0000"/>
                <w:sz w:val="18"/>
                <w:szCs w:val="18"/>
              </w:rPr>
            </w:pPr>
          </w:p>
        </w:tc>
      </w:tr>
      <w:tr w:rsidR="00516A5B" w:rsidRPr="00A56DF5" w14:paraId="396A7148" w14:textId="77777777" w:rsidTr="00674DB8">
        <w:tc>
          <w:tcPr>
            <w:tcW w:w="709" w:type="dxa"/>
            <w:vAlign w:val="center"/>
          </w:tcPr>
          <w:p w14:paraId="5335B25A" w14:textId="77777777" w:rsidR="00516A5B" w:rsidRPr="009A4250" w:rsidRDefault="00516A5B">
            <w:pPr>
              <w:pStyle w:val="Prrafodelista"/>
              <w:numPr>
                <w:ilvl w:val="0"/>
                <w:numId w:val="21"/>
              </w:numPr>
              <w:ind w:left="473"/>
              <w:rPr>
                <w:rFonts w:ascii="Arial" w:hAnsi="Arial" w:cs="Arial"/>
                <w:sz w:val="18"/>
                <w:szCs w:val="18"/>
              </w:rPr>
            </w:pPr>
          </w:p>
        </w:tc>
        <w:tc>
          <w:tcPr>
            <w:tcW w:w="7796" w:type="dxa"/>
            <w:gridSpan w:val="2"/>
            <w:vAlign w:val="center"/>
          </w:tcPr>
          <w:p w14:paraId="4E081657" w14:textId="77777777" w:rsidR="00516A5B" w:rsidRPr="00FD5844" w:rsidRDefault="00516A5B" w:rsidP="00B25E14">
            <w:pPr>
              <w:jc w:val="both"/>
              <w:rPr>
                <w:rFonts w:ascii="Arial" w:hAnsi="Arial" w:cs="Arial"/>
                <w:sz w:val="18"/>
                <w:szCs w:val="18"/>
              </w:rPr>
            </w:pPr>
            <w:r w:rsidRPr="00742ECD">
              <w:rPr>
                <w:rFonts w:ascii="Arial" w:hAnsi="Arial" w:cs="Arial"/>
                <w:sz w:val="18"/>
                <w:szCs w:val="18"/>
              </w:rPr>
              <w:t xml:space="preserve">Suministro e instalación de </w:t>
            </w:r>
            <w:proofErr w:type="spellStart"/>
            <w:r w:rsidRPr="00742ECD">
              <w:rPr>
                <w:rFonts w:ascii="Arial" w:hAnsi="Arial" w:cs="Arial"/>
                <w:sz w:val="18"/>
                <w:szCs w:val="18"/>
              </w:rPr>
              <w:t>labels</w:t>
            </w:r>
            <w:proofErr w:type="spellEnd"/>
            <w:r w:rsidRPr="00742ECD">
              <w:rPr>
                <w:rFonts w:ascii="Arial" w:hAnsi="Arial" w:cs="Arial"/>
                <w:sz w:val="18"/>
                <w:szCs w:val="18"/>
              </w:rPr>
              <w:t xml:space="preserve"> de marcación para identificarán cada elemento contemplado en la solución de cableado tanto UTP, Fibra Óptica, Eléctrico y los elementos que la componen y acompañan.</w:t>
            </w:r>
          </w:p>
        </w:tc>
        <w:tc>
          <w:tcPr>
            <w:tcW w:w="993" w:type="dxa"/>
            <w:vAlign w:val="center"/>
          </w:tcPr>
          <w:p w14:paraId="274DD3CF" w14:textId="77777777" w:rsidR="00516A5B" w:rsidRPr="00A56DF5" w:rsidRDefault="00516A5B" w:rsidP="00B25E14">
            <w:pPr>
              <w:rPr>
                <w:rFonts w:ascii="Arial" w:hAnsi="Arial" w:cs="Arial"/>
                <w:color w:val="EE0000"/>
                <w:sz w:val="18"/>
                <w:szCs w:val="18"/>
              </w:rPr>
            </w:pPr>
          </w:p>
        </w:tc>
        <w:tc>
          <w:tcPr>
            <w:tcW w:w="992" w:type="dxa"/>
            <w:vAlign w:val="center"/>
          </w:tcPr>
          <w:p w14:paraId="6FC37B9F" w14:textId="77777777" w:rsidR="00516A5B" w:rsidRPr="00A56DF5" w:rsidRDefault="00516A5B" w:rsidP="00B25E14">
            <w:pPr>
              <w:rPr>
                <w:rFonts w:ascii="Arial" w:hAnsi="Arial" w:cs="Arial"/>
                <w:color w:val="EE0000"/>
                <w:sz w:val="18"/>
                <w:szCs w:val="18"/>
              </w:rPr>
            </w:pPr>
          </w:p>
        </w:tc>
      </w:tr>
      <w:tr w:rsidR="00516A5B" w:rsidRPr="0094688A" w14:paraId="4064A0FE" w14:textId="77777777" w:rsidTr="00674DB8">
        <w:tc>
          <w:tcPr>
            <w:tcW w:w="709" w:type="dxa"/>
            <w:vAlign w:val="center"/>
          </w:tcPr>
          <w:p w14:paraId="4388AE00" w14:textId="77777777" w:rsidR="00516A5B" w:rsidRPr="00683F65" w:rsidRDefault="00516A5B" w:rsidP="00B25E14">
            <w:pPr>
              <w:jc w:val="center"/>
              <w:rPr>
                <w:rFonts w:ascii="Arial" w:hAnsi="Arial" w:cs="Arial"/>
                <w:sz w:val="18"/>
                <w:szCs w:val="18"/>
              </w:rPr>
            </w:pPr>
            <w:r>
              <w:rPr>
                <w:rFonts w:ascii="Arial" w:hAnsi="Arial" w:cs="Arial"/>
                <w:sz w:val="18"/>
                <w:szCs w:val="18"/>
              </w:rPr>
              <w:t>2</w:t>
            </w:r>
          </w:p>
        </w:tc>
        <w:tc>
          <w:tcPr>
            <w:tcW w:w="7796" w:type="dxa"/>
            <w:gridSpan w:val="2"/>
            <w:vAlign w:val="center"/>
          </w:tcPr>
          <w:p w14:paraId="6D87FD7B" w14:textId="77777777" w:rsidR="00516A5B" w:rsidRPr="00E57C32" w:rsidRDefault="00516A5B" w:rsidP="00B25E14">
            <w:pPr>
              <w:rPr>
                <w:rFonts w:ascii="Arial" w:hAnsi="Arial" w:cs="Arial"/>
                <w:sz w:val="18"/>
                <w:szCs w:val="18"/>
                <w:lang w:val="pt-PT"/>
              </w:rPr>
            </w:pPr>
            <w:r w:rsidRPr="00E57C32">
              <w:rPr>
                <w:rFonts w:ascii="Arial" w:hAnsi="Arial" w:cs="Arial"/>
                <w:b/>
                <w:sz w:val="18"/>
                <w:szCs w:val="18"/>
                <w:lang w:val="pt-PT"/>
              </w:rPr>
              <w:t>FIBRA ÓPTICA OM4 PARA INTERIORES</w:t>
            </w:r>
          </w:p>
        </w:tc>
        <w:tc>
          <w:tcPr>
            <w:tcW w:w="993" w:type="dxa"/>
            <w:vAlign w:val="center"/>
          </w:tcPr>
          <w:p w14:paraId="15143C77" w14:textId="77777777" w:rsidR="00516A5B" w:rsidRPr="00E57C32" w:rsidRDefault="00516A5B" w:rsidP="00B25E14">
            <w:pPr>
              <w:rPr>
                <w:rFonts w:ascii="Arial" w:hAnsi="Arial" w:cs="Arial"/>
                <w:color w:val="EE0000"/>
                <w:sz w:val="18"/>
                <w:szCs w:val="18"/>
                <w:lang w:val="pt-PT"/>
              </w:rPr>
            </w:pPr>
          </w:p>
        </w:tc>
        <w:tc>
          <w:tcPr>
            <w:tcW w:w="992" w:type="dxa"/>
            <w:vAlign w:val="center"/>
          </w:tcPr>
          <w:p w14:paraId="4460608C" w14:textId="77777777" w:rsidR="00516A5B" w:rsidRPr="00E57C32" w:rsidRDefault="00516A5B" w:rsidP="00B25E14">
            <w:pPr>
              <w:rPr>
                <w:rFonts w:ascii="Arial" w:hAnsi="Arial" w:cs="Arial"/>
                <w:color w:val="EE0000"/>
                <w:sz w:val="18"/>
                <w:szCs w:val="18"/>
                <w:lang w:val="pt-PT"/>
              </w:rPr>
            </w:pPr>
          </w:p>
        </w:tc>
      </w:tr>
      <w:tr w:rsidR="00516A5B" w:rsidRPr="00A56DF5" w14:paraId="61C05582" w14:textId="77777777" w:rsidTr="00674DB8">
        <w:tc>
          <w:tcPr>
            <w:tcW w:w="709" w:type="dxa"/>
            <w:vAlign w:val="center"/>
          </w:tcPr>
          <w:p w14:paraId="6F810AB6" w14:textId="77777777" w:rsidR="00516A5B" w:rsidRPr="00B64BC5" w:rsidRDefault="00516A5B">
            <w:pPr>
              <w:pStyle w:val="Prrafodelista"/>
              <w:numPr>
                <w:ilvl w:val="0"/>
                <w:numId w:val="22"/>
              </w:numPr>
              <w:ind w:left="473"/>
              <w:jc w:val="center"/>
              <w:rPr>
                <w:rFonts w:ascii="Arial" w:hAnsi="Arial" w:cs="Arial"/>
                <w:sz w:val="18"/>
                <w:szCs w:val="18"/>
                <w:lang w:val="pt-PT"/>
              </w:rPr>
            </w:pPr>
          </w:p>
        </w:tc>
        <w:tc>
          <w:tcPr>
            <w:tcW w:w="1696" w:type="dxa"/>
            <w:vAlign w:val="center"/>
          </w:tcPr>
          <w:p w14:paraId="4484CB2C" w14:textId="77777777" w:rsidR="00516A5B" w:rsidRPr="00683F65" w:rsidRDefault="00516A5B" w:rsidP="00B25E14">
            <w:pPr>
              <w:rPr>
                <w:rFonts w:ascii="Arial" w:hAnsi="Arial" w:cs="Arial"/>
                <w:sz w:val="18"/>
                <w:szCs w:val="18"/>
              </w:rPr>
            </w:pPr>
            <w:r>
              <w:rPr>
                <w:rFonts w:ascii="Arial" w:hAnsi="Arial" w:cs="Arial"/>
                <w:sz w:val="18"/>
                <w:szCs w:val="18"/>
              </w:rPr>
              <w:t>Marca:</w:t>
            </w:r>
          </w:p>
        </w:tc>
        <w:tc>
          <w:tcPr>
            <w:tcW w:w="6100" w:type="dxa"/>
            <w:vAlign w:val="center"/>
          </w:tcPr>
          <w:p w14:paraId="357335EB" w14:textId="77777777" w:rsidR="00516A5B" w:rsidRPr="00683F65" w:rsidRDefault="00516A5B" w:rsidP="00B25E14">
            <w:pPr>
              <w:rPr>
                <w:rFonts w:ascii="Arial" w:hAnsi="Arial" w:cs="Arial"/>
                <w:sz w:val="18"/>
                <w:szCs w:val="18"/>
              </w:rPr>
            </w:pPr>
          </w:p>
        </w:tc>
        <w:tc>
          <w:tcPr>
            <w:tcW w:w="993" w:type="dxa"/>
            <w:vAlign w:val="center"/>
          </w:tcPr>
          <w:p w14:paraId="1FE85788" w14:textId="77777777" w:rsidR="00516A5B" w:rsidRPr="00A56DF5" w:rsidRDefault="00516A5B" w:rsidP="00B25E14">
            <w:pPr>
              <w:rPr>
                <w:rFonts w:ascii="Arial" w:hAnsi="Arial" w:cs="Arial"/>
                <w:color w:val="EE0000"/>
                <w:sz w:val="18"/>
                <w:szCs w:val="18"/>
              </w:rPr>
            </w:pPr>
          </w:p>
        </w:tc>
        <w:tc>
          <w:tcPr>
            <w:tcW w:w="992" w:type="dxa"/>
            <w:vAlign w:val="center"/>
          </w:tcPr>
          <w:p w14:paraId="2F72CA1C" w14:textId="77777777" w:rsidR="00516A5B" w:rsidRPr="00A56DF5" w:rsidRDefault="00516A5B" w:rsidP="00B25E14">
            <w:pPr>
              <w:rPr>
                <w:rFonts w:ascii="Arial" w:hAnsi="Arial" w:cs="Arial"/>
                <w:color w:val="EE0000"/>
                <w:sz w:val="18"/>
                <w:szCs w:val="18"/>
              </w:rPr>
            </w:pPr>
          </w:p>
        </w:tc>
      </w:tr>
      <w:tr w:rsidR="00516A5B" w:rsidRPr="00A56DF5" w14:paraId="53542DEC" w14:textId="77777777" w:rsidTr="00674DB8">
        <w:tc>
          <w:tcPr>
            <w:tcW w:w="709" w:type="dxa"/>
            <w:vAlign w:val="center"/>
          </w:tcPr>
          <w:p w14:paraId="2A9D450E" w14:textId="77777777" w:rsidR="00516A5B" w:rsidRPr="00B64BC5" w:rsidRDefault="00516A5B">
            <w:pPr>
              <w:pStyle w:val="Prrafodelista"/>
              <w:numPr>
                <w:ilvl w:val="0"/>
                <w:numId w:val="22"/>
              </w:numPr>
              <w:ind w:left="473"/>
              <w:jc w:val="center"/>
              <w:rPr>
                <w:rFonts w:ascii="Arial" w:hAnsi="Arial" w:cs="Arial"/>
                <w:sz w:val="18"/>
                <w:szCs w:val="18"/>
                <w:lang w:val="pt-PT"/>
              </w:rPr>
            </w:pPr>
          </w:p>
        </w:tc>
        <w:tc>
          <w:tcPr>
            <w:tcW w:w="1696" w:type="dxa"/>
            <w:vAlign w:val="center"/>
          </w:tcPr>
          <w:p w14:paraId="6E6EE1FB" w14:textId="77777777" w:rsidR="00516A5B" w:rsidRPr="00683F65" w:rsidRDefault="00516A5B" w:rsidP="00B25E14">
            <w:pPr>
              <w:rPr>
                <w:rFonts w:ascii="Arial" w:hAnsi="Arial" w:cs="Arial"/>
                <w:sz w:val="18"/>
                <w:szCs w:val="18"/>
              </w:rPr>
            </w:pPr>
            <w:r>
              <w:rPr>
                <w:rFonts w:ascii="Arial" w:hAnsi="Arial" w:cs="Arial"/>
                <w:sz w:val="18"/>
                <w:szCs w:val="18"/>
              </w:rPr>
              <w:t>Referencia:</w:t>
            </w:r>
          </w:p>
        </w:tc>
        <w:tc>
          <w:tcPr>
            <w:tcW w:w="6100" w:type="dxa"/>
            <w:vAlign w:val="center"/>
          </w:tcPr>
          <w:p w14:paraId="2EE0475B" w14:textId="77777777" w:rsidR="00516A5B" w:rsidRPr="00683F65" w:rsidRDefault="00516A5B" w:rsidP="00B25E14">
            <w:pPr>
              <w:rPr>
                <w:rFonts w:ascii="Arial" w:hAnsi="Arial" w:cs="Arial"/>
                <w:sz w:val="18"/>
                <w:szCs w:val="18"/>
              </w:rPr>
            </w:pPr>
          </w:p>
        </w:tc>
        <w:tc>
          <w:tcPr>
            <w:tcW w:w="993" w:type="dxa"/>
            <w:vAlign w:val="center"/>
          </w:tcPr>
          <w:p w14:paraId="6D1E3A8F" w14:textId="77777777" w:rsidR="00516A5B" w:rsidRPr="00A56DF5" w:rsidRDefault="00516A5B" w:rsidP="00B25E14">
            <w:pPr>
              <w:rPr>
                <w:rFonts w:ascii="Arial" w:hAnsi="Arial" w:cs="Arial"/>
                <w:color w:val="EE0000"/>
                <w:sz w:val="18"/>
                <w:szCs w:val="18"/>
              </w:rPr>
            </w:pPr>
          </w:p>
        </w:tc>
        <w:tc>
          <w:tcPr>
            <w:tcW w:w="992" w:type="dxa"/>
            <w:vAlign w:val="center"/>
          </w:tcPr>
          <w:p w14:paraId="3BB96B3F" w14:textId="77777777" w:rsidR="00516A5B" w:rsidRPr="00A56DF5" w:rsidRDefault="00516A5B" w:rsidP="00B25E14">
            <w:pPr>
              <w:rPr>
                <w:rFonts w:ascii="Arial" w:hAnsi="Arial" w:cs="Arial"/>
                <w:color w:val="EE0000"/>
                <w:sz w:val="18"/>
                <w:szCs w:val="18"/>
              </w:rPr>
            </w:pPr>
          </w:p>
        </w:tc>
      </w:tr>
      <w:tr w:rsidR="00516A5B" w:rsidRPr="00A56DF5" w14:paraId="3DB5D0F6" w14:textId="77777777" w:rsidTr="00674DB8">
        <w:tc>
          <w:tcPr>
            <w:tcW w:w="709" w:type="dxa"/>
            <w:vAlign w:val="center"/>
          </w:tcPr>
          <w:p w14:paraId="5F728F00" w14:textId="77777777" w:rsidR="00516A5B" w:rsidRPr="00B64BC5" w:rsidRDefault="00516A5B">
            <w:pPr>
              <w:pStyle w:val="Prrafodelista"/>
              <w:numPr>
                <w:ilvl w:val="0"/>
                <w:numId w:val="22"/>
              </w:numPr>
              <w:ind w:left="473"/>
              <w:jc w:val="center"/>
              <w:rPr>
                <w:rFonts w:ascii="Arial" w:hAnsi="Arial" w:cs="Arial"/>
                <w:sz w:val="18"/>
                <w:szCs w:val="18"/>
                <w:lang w:val="pt-PT"/>
              </w:rPr>
            </w:pPr>
          </w:p>
        </w:tc>
        <w:tc>
          <w:tcPr>
            <w:tcW w:w="7796" w:type="dxa"/>
            <w:gridSpan w:val="2"/>
          </w:tcPr>
          <w:p w14:paraId="48E4CBCA" w14:textId="77777777" w:rsidR="00516A5B" w:rsidRPr="00AA65C2" w:rsidRDefault="00516A5B" w:rsidP="00B25E14">
            <w:pPr>
              <w:jc w:val="both"/>
              <w:rPr>
                <w:rFonts w:ascii="Arial" w:hAnsi="Arial" w:cs="Arial"/>
                <w:sz w:val="18"/>
                <w:szCs w:val="18"/>
              </w:rPr>
            </w:pPr>
            <w:r w:rsidRPr="00AA65C2">
              <w:rPr>
                <w:rFonts w:ascii="Arial" w:hAnsi="Arial" w:cs="Arial"/>
                <w:sz w:val="18"/>
                <w:szCs w:val="18"/>
              </w:rPr>
              <w:t>Las cantidades serán definidas por el contratista tras visita técnica a las instalaciones a intervenir, previa solicitud escrita al Grupo de Tecnologías de la Información y las Comunicaciones de la unidad policial.</w:t>
            </w:r>
          </w:p>
        </w:tc>
        <w:tc>
          <w:tcPr>
            <w:tcW w:w="993" w:type="dxa"/>
            <w:vAlign w:val="center"/>
          </w:tcPr>
          <w:p w14:paraId="0C6AE797" w14:textId="77777777" w:rsidR="00516A5B" w:rsidRPr="00A56DF5" w:rsidRDefault="00516A5B" w:rsidP="00B25E14">
            <w:pPr>
              <w:rPr>
                <w:rFonts w:ascii="Arial" w:hAnsi="Arial" w:cs="Arial"/>
                <w:color w:val="EE0000"/>
                <w:sz w:val="18"/>
                <w:szCs w:val="18"/>
              </w:rPr>
            </w:pPr>
          </w:p>
        </w:tc>
        <w:tc>
          <w:tcPr>
            <w:tcW w:w="992" w:type="dxa"/>
            <w:vAlign w:val="center"/>
          </w:tcPr>
          <w:p w14:paraId="7C435236" w14:textId="77777777" w:rsidR="00516A5B" w:rsidRPr="00A56DF5" w:rsidRDefault="00516A5B" w:rsidP="00B25E14">
            <w:pPr>
              <w:rPr>
                <w:rFonts w:ascii="Arial" w:hAnsi="Arial" w:cs="Arial"/>
                <w:color w:val="EE0000"/>
                <w:sz w:val="18"/>
                <w:szCs w:val="18"/>
              </w:rPr>
            </w:pPr>
          </w:p>
        </w:tc>
      </w:tr>
      <w:tr w:rsidR="00516A5B" w:rsidRPr="00A56DF5" w14:paraId="4E239581" w14:textId="77777777" w:rsidTr="00674DB8">
        <w:tc>
          <w:tcPr>
            <w:tcW w:w="709" w:type="dxa"/>
            <w:vAlign w:val="center"/>
          </w:tcPr>
          <w:p w14:paraId="031E4437"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tcPr>
          <w:p w14:paraId="3B2B9319" w14:textId="77777777" w:rsidR="00516A5B" w:rsidRPr="00AA65C2" w:rsidRDefault="00516A5B" w:rsidP="00B25E14">
            <w:pPr>
              <w:jc w:val="both"/>
              <w:rPr>
                <w:rFonts w:ascii="Arial" w:hAnsi="Arial" w:cs="Arial"/>
                <w:sz w:val="18"/>
                <w:szCs w:val="18"/>
              </w:rPr>
            </w:pPr>
            <w:r w:rsidRPr="00AA65C2">
              <w:rPr>
                <w:rFonts w:ascii="Arial" w:hAnsi="Arial" w:cs="Arial"/>
                <w:sz w:val="18"/>
                <w:szCs w:val="18"/>
              </w:rPr>
              <w:t xml:space="preserve">El contratista será el encargado de realizar propuesta de enrutamiento y </w:t>
            </w:r>
            <w:r>
              <w:rPr>
                <w:rFonts w:ascii="Arial" w:hAnsi="Arial" w:cs="Arial"/>
                <w:sz w:val="18"/>
                <w:szCs w:val="18"/>
              </w:rPr>
              <w:t>canalización</w:t>
            </w:r>
            <w:r w:rsidRPr="00AA65C2">
              <w:rPr>
                <w:rFonts w:ascii="Arial" w:hAnsi="Arial" w:cs="Arial"/>
                <w:sz w:val="18"/>
                <w:szCs w:val="18"/>
              </w:rPr>
              <w:t xml:space="preserve"> para la aprobación de la Policía Nacional, motivo por el cual las </w:t>
            </w:r>
            <w:r>
              <w:rPr>
                <w:rFonts w:ascii="Arial" w:hAnsi="Arial" w:cs="Arial"/>
                <w:sz w:val="18"/>
                <w:szCs w:val="18"/>
              </w:rPr>
              <w:t>c</w:t>
            </w:r>
            <w:r w:rsidRPr="00AA65C2">
              <w:rPr>
                <w:rFonts w:ascii="Arial" w:hAnsi="Arial" w:cs="Arial"/>
                <w:sz w:val="18"/>
                <w:szCs w:val="18"/>
              </w:rPr>
              <w:t>antidades dependerán directamente de dicha propuesta.</w:t>
            </w:r>
          </w:p>
        </w:tc>
        <w:tc>
          <w:tcPr>
            <w:tcW w:w="993" w:type="dxa"/>
            <w:vAlign w:val="center"/>
          </w:tcPr>
          <w:p w14:paraId="11B70ADE" w14:textId="77777777" w:rsidR="00516A5B" w:rsidRPr="00A56DF5" w:rsidRDefault="00516A5B" w:rsidP="00B25E14">
            <w:pPr>
              <w:rPr>
                <w:rFonts w:ascii="Arial" w:hAnsi="Arial" w:cs="Arial"/>
                <w:color w:val="EE0000"/>
                <w:sz w:val="18"/>
                <w:szCs w:val="18"/>
              </w:rPr>
            </w:pPr>
          </w:p>
        </w:tc>
        <w:tc>
          <w:tcPr>
            <w:tcW w:w="992" w:type="dxa"/>
            <w:vAlign w:val="center"/>
          </w:tcPr>
          <w:p w14:paraId="36289687" w14:textId="77777777" w:rsidR="00516A5B" w:rsidRPr="00A56DF5" w:rsidRDefault="00516A5B" w:rsidP="00B25E14">
            <w:pPr>
              <w:rPr>
                <w:rFonts w:ascii="Arial" w:hAnsi="Arial" w:cs="Arial"/>
                <w:color w:val="EE0000"/>
                <w:sz w:val="18"/>
                <w:szCs w:val="18"/>
              </w:rPr>
            </w:pPr>
          </w:p>
        </w:tc>
      </w:tr>
      <w:tr w:rsidR="00516A5B" w:rsidRPr="00A56DF5" w14:paraId="71C00DF4" w14:textId="77777777" w:rsidTr="00674DB8">
        <w:tc>
          <w:tcPr>
            <w:tcW w:w="709" w:type="dxa"/>
            <w:vAlign w:val="center"/>
          </w:tcPr>
          <w:p w14:paraId="462B553F"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vAlign w:val="center"/>
          </w:tcPr>
          <w:p w14:paraId="0772347F" w14:textId="77777777" w:rsidR="00516A5B" w:rsidRPr="00683F65" w:rsidRDefault="00516A5B" w:rsidP="00B25E14">
            <w:pPr>
              <w:ind w:left="101" w:hanging="40"/>
              <w:jc w:val="both"/>
              <w:rPr>
                <w:rFonts w:ascii="Arial" w:hAnsi="Arial" w:cs="Arial"/>
                <w:sz w:val="18"/>
                <w:szCs w:val="18"/>
              </w:rPr>
            </w:pPr>
            <w:r w:rsidRPr="00B55E0B">
              <w:rPr>
                <w:rFonts w:ascii="Arial" w:hAnsi="Arial" w:cs="Arial"/>
                <w:sz w:val="18"/>
                <w:szCs w:val="18"/>
              </w:rPr>
              <w:t>Suministro e instalación de fibra óptica OM4 mínimo ocho</w:t>
            </w:r>
            <w:r>
              <w:rPr>
                <w:rFonts w:ascii="Arial" w:hAnsi="Arial" w:cs="Arial"/>
                <w:sz w:val="18"/>
                <w:szCs w:val="18"/>
              </w:rPr>
              <w:t xml:space="preserve"> (08)</w:t>
            </w:r>
            <w:r w:rsidRPr="00B55E0B">
              <w:rPr>
                <w:rFonts w:ascii="Arial" w:hAnsi="Arial" w:cs="Arial"/>
                <w:sz w:val="18"/>
                <w:szCs w:val="18"/>
              </w:rPr>
              <w:t xml:space="preserve"> hilos, resistente a tirones, resistente a humedad, con protección anti roedores, con recubrimiento LSZH-3/LS0H-3 para interconexión de edificios. Se garantizará velocidades hasta de 10 </w:t>
            </w:r>
            <w:proofErr w:type="spellStart"/>
            <w:r w:rsidRPr="00B55E0B">
              <w:rPr>
                <w:rFonts w:ascii="Arial" w:hAnsi="Arial" w:cs="Arial"/>
                <w:sz w:val="18"/>
                <w:szCs w:val="18"/>
              </w:rPr>
              <w:t>Gbps</w:t>
            </w:r>
            <w:proofErr w:type="spellEnd"/>
            <w:r w:rsidRPr="00B55E0B">
              <w:rPr>
                <w:rFonts w:ascii="Arial" w:hAnsi="Arial" w:cs="Arial"/>
                <w:sz w:val="18"/>
                <w:szCs w:val="18"/>
              </w:rPr>
              <w:t xml:space="preserve"> en longitudes de hasta 500 metros.</w:t>
            </w:r>
          </w:p>
        </w:tc>
        <w:tc>
          <w:tcPr>
            <w:tcW w:w="993" w:type="dxa"/>
            <w:vAlign w:val="center"/>
          </w:tcPr>
          <w:p w14:paraId="4354A11C" w14:textId="77777777" w:rsidR="00516A5B" w:rsidRPr="00A56DF5" w:rsidRDefault="00516A5B" w:rsidP="00B25E14">
            <w:pPr>
              <w:rPr>
                <w:rFonts w:ascii="Arial" w:hAnsi="Arial" w:cs="Arial"/>
                <w:color w:val="EE0000"/>
                <w:sz w:val="18"/>
                <w:szCs w:val="18"/>
              </w:rPr>
            </w:pPr>
          </w:p>
        </w:tc>
        <w:tc>
          <w:tcPr>
            <w:tcW w:w="992" w:type="dxa"/>
            <w:vAlign w:val="center"/>
          </w:tcPr>
          <w:p w14:paraId="20B5991F" w14:textId="77777777" w:rsidR="00516A5B" w:rsidRPr="00A56DF5" w:rsidRDefault="00516A5B" w:rsidP="00B25E14">
            <w:pPr>
              <w:rPr>
                <w:rFonts w:ascii="Arial" w:hAnsi="Arial" w:cs="Arial"/>
                <w:color w:val="EE0000"/>
                <w:sz w:val="18"/>
                <w:szCs w:val="18"/>
              </w:rPr>
            </w:pPr>
          </w:p>
        </w:tc>
      </w:tr>
      <w:tr w:rsidR="00516A5B" w:rsidRPr="00A56DF5" w14:paraId="3C22A4A3" w14:textId="77777777" w:rsidTr="00674DB8">
        <w:tc>
          <w:tcPr>
            <w:tcW w:w="709" w:type="dxa"/>
            <w:vAlign w:val="center"/>
          </w:tcPr>
          <w:p w14:paraId="6FE445B8"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tcPr>
          <w:p w14:paraId="23539C41" w14:textId="77777777" w:rsidR="00516A5B" w:rsidRPr="00683F65" w:rsidRDefault="00516A5B" w:rsidP="00B25E14">
            <w:pPr>
              <w:rPr>
                <w:rFonts w:ascii="Arial" w:hAnsi="Arial" w:cs="Arial"/>
                <w:sz w:val="18"/>
                <w:szCs w:val="18"/>
              </w:rPr>
            </w:pPr>
            <w:r w:rsidRPr="00B55E0B">
              <w:rPr>
                <w:rFonts w:ascii="Arial" w:hAnsi="Arial" w:cs="Arial"/>
                <w:sz w:val="18"/>
                <w:szCs w:val="18"/>
              </w:rPr>
              <w:t xml:space="preserve">Suministro e instalación de ODF </w:t>
            </w:r>
            <w:proofErr w:type="spellStart"/>
            <w:r w:rsidRPr="00B55E0B">
              <w:rPr>
                <w:rFonts w:ascii="Arial" w:hAnsi="Arial" w:cs="Arial"/>
                <w:sz w:val="18"/>
                <w:szCs w:val="18"/>
              </w:rPr>
              <w:t>rackeables</w:t>
            </w:r>
            <w:proofErr w:type="spellEnd"/>
            <w:r w:rsidRPr="00B55E0B">
              <w:rPr>
                <w:rFonts w:ascii="Arial" w:hAnsi="Arial" w:cs="Arial"/>
                <w:sz w:val="18"/>
                <w:szCs w:val="18"/>
              </w:rPr>
              <w:t xml:space="preserve"> de 19” de 1U con terminaciones LC. Fusión o terminación de la totalidad de hilos de fibra óptica a instalar.</w:t>
            </w:r>
          </w:p>
        </w:tc>
        <w:tc>
          <w:tcPr>
            <w:tcW w:w="993" w:type="dxa"/>
            <w:vAlign w:val="center"/>
          </w:tcPr>
          <w:p w14:paraId="599E3F8E" w14:textId="77777777" w:rsidR="00516A5B" w:rsidRPr="00A56DF5" w:rsidRDefault="00516A5B" w:rsidP="00B25E14">
            <w:pPr>
              <w:rPr>
                <w:rFonts w:ascii="Arial" w:hAnsi="Arial" w:cs="Arial"/>
                <w:color w:val="EE0000"/>
                <w:sz w:val="18"/>
                <w:szCs w:val="18"/>
              </w:rPr>
            </w:pPr>
          </w:p>
        </w:tc>
        <w:tc>
          <w:tcPr>
            <w:tcW w:w="992" w:type="dxa"/>
            <w:vAlign w:val="center"/>
          </w:tcPr>
          <w:p w14:paraId="26F9118A" w14:textId="77777777" w:rsidR="00516A5B" w:rsidRPr="00A56DF5" w:rsidRDefault="00516A5B" w:rsidP="00B25E14">
            <w:pPr>
              <w:rPr>
                <w:rFonts w:ascii="Arial" w:hAnsi="Arial" w:cs="Arial"/>
                <w:color w:val="EE0000"/>
                <w:sz w:val="18"/>
                <w:szCs w:val="18"/>
              </w:rPr>
            </w:pPr>
          </w:p>
        </w:tc>
      </w:tr>
      <w:tr w:rsidR="00516A5B" w:rsidRPr="00A56DF5" w14:paraId="198D61EC" w14:textId="77777777" w:rsidTr="00674DB8">
        <w:tc>
          <w:tcPr>
            <w:tcW w:w="709" w:type="dxa"/>
            <w:vAlign w:val="center"/>
          </w:tcPr>
          <w:p w14:paraId="1812E253"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tcPr>
          <w:p w14:paraId="27814D37" w14:textId="77777777" w:rsidR="00516A5B" w:rsidRPr="00683F65" w:rsidRDefault="00516A5B" w:rsidP="00B25E14">
            <w:pPr>
              <w:rPr>
                <w:rFonts w:ascii="Arial" w:hAnsi="Arial" w:cs="Arial"/>
                <w:sz w:val="18"/>
                <w:szCs w:val="18"/>
              </w:rPr>
            </w:pPr>
            <w:r w:rsidRPr="00B55E0B">
              <w:rPr>
                <w:rFonts w:ascii="Arial" w:hAnsi="Arial" w:cs="Arial"/>
                <w:sz w:val="18"/>
                <w:szCs w:val="18"/>
              </w:rPr>
              <w:t xml:space="preserve">No se aceptarán ODF que no sean </w:t>
            </w:r>
            <w:proofErr w:type="spellStart"/>
            <w:r w:rsidRPr="00B55E0B">
              <w:rPr>
                <w:rFonts w:ascii="Arial" w:hAnsi="Arial" w:cs="Arial"/>
                <w:sz w:val="18"/>
                <w:szCs w:val="18"/>
              </w:rPr>
              <w:t>rackeables</w:t>
            </w:r>
            <w:proofErr w:type="spellEnd"/>
            <w:r w:rsidRPr="00B55E0B">
              <w:rPr>
                <w:rFonts w:ascii="Arial" w:hAnsi="Arial" w:cs="Arial"/>
                <w:sz w:val="18"/>
                <w:szCs w:val="18"/>
              </w:rPr>
              <w:t>.</w:t>
            </w:r>
          </w:p>
        </w:tc>
        <w:tc>
          <w:tcPr>
            <w:tcW w:w="993" w:type="dxa"/>
            <w:vAlign w:val="center"/>
          </w:tcPr>
          <w:p w14:paraId="267C0043" w14:textId="77777777" w:rsidR="00516A5B" w:rsidRPr="00A56DF5" w:rsidRDefault="00516A5B" w:rsidP="00B25E14">
            <w:pPr>
              <w:rPr>
                <w:rFonts w:ascii="Arial" w:hAnsi="Arial" w:cs="Arial"/>
                <w:color w:val="EE0000"/>
                <w:sz w:val="18"/>
                <w:szCs w:val="18"/>
              </w:rPr>
            </w:pPr>
          </w:p>
        </w:tc>
        <w:tc>
          <w:tcPr>
            <w:tcW w:w="992" w:type="dxa"/>
            <w:vAlign w:val="center"/>
          </w:tcPr>
          <w:p w14:paraId="7E22D68A" w14:textId="77777777" w:rsidR="00516A5B" w:rsidRPr="00A56DF5" w:rsidRDefault="00516A5B" w:rsidP="00B25E14">
            <w:pPr>
              <w:rPr>
                <w:rFonts w:ascii="Arial" w:hAnsi="Arial" w:cs="Arial"/>
                <w:color w:val="EE0000"/>
                <w:sz w:val="18"/>
                <w:szCs w:val="18"/>
              </w:rPr>
            </w:pPr>
          </w:p>
        </w:tc>
      </w:tr>
      <w:tr w:rsidR="00516A5B" w:rsidRPr="00A56DF5" w14:paraId="09C8F480" w14:textId="77777777" w:rsidTr="00674DB8">
        <w:tc>
          <w:tcPr>
            <w:tcW w:w="709" w:type="dxa"/>
            <w:vAlign w:val="center"/>
          </w:tcPr>
          <w:p w14:paraId="5FF262E4"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vAlign w:val="center"/>
          </w:tcPr>
          <w:p w14:paraId="70C89B98" w14:textId="77777777" w:rsidR="00516A5B" w:rsidRPr="00683F65" w:rsidRDefault="00516A5B" w:rsidP="00B25E14">
            <w:pPr>
              <w:rPr>
                <w:rFonts w:ascii="Arial" w:hAnsi="Arial" w:cs="Arial"/>
                <w:sz w:val="18"/>
                <w:szCs w:val="18"/>
              </w:rPr>
            </w:pPr>
            <w:r w:rsidRPr="00B55E0B">
              <w:rPr>
                <w:rFonts w:ascii="Arial" w:hAnsi="Arial" w:cs="Arial"/>
                <w:sz w:val="18"/>
                <w:szCs w:val="18"/>
              </w:rPr>
              <w:t>No se aceptarán desangrado de las fibras.</w:t>
            </w:r>
          </w:p>
        </w:tc>
        <w:tc>
          <w:tcPr>
            <w:tcW w:w="993" w:type="dxa"/>
            <w:vAlign w:val="center"/>
          </w:tcPr>
          <w:p w14:paraId="5B05FD18" w14:textId="77777777" w:rsidR="00516A5B" w:rsidRPr="00A56DF5" w:rsidRDefault="00516A5B" w:rsidP="00B25E14">
            <w:pPr>
              <w:rPr>
                <w:rFonts w:ascii="Arial" w:hAnsi="Arial" w:cs="Arial"/>
                <w:color w:val="EE0000"/>
                <w:sz w:val="18"/>
                <w:szCs w:val="18"/>
              </w:rPr>
            </w:pPr>
          </w:p>
        </w:tc>
        <w:tc>
          <w:tcPr>
            <w:tcW w:w="992" w:type="dxa"/>
            <w:vAlign w:val="center"/>
          </w:tcPr>
          <w:p w14:paraId="0FCB6AB2" w14:textId="77777777" w:rsidR="00516A5B" w:rsidRPr="00A56DF5" w:rsidRDefault="00516A5B" w:rsidP="00B25E14">
            <w:pPr>
              <w:rPr>
                <w:rFonts w:ascii="Arial" w:hAnsi="Arial" w:cs="Arial"/>
                <w:color w:val="EE0000"/>
                <w:sz w:val="18"/>
                <w:szCs w:val="18"/>
              </w:rPr>
            </w:pPr>
          </w:p>
        </w:tc>
      </w:tr>
      <w:tr w:rsidR="00516A5B" w:rsidRPr="00A56DF5" w14:paraId="714A9C30" w14:textId="77777777" w:rsidTr="00674DB8">
        <w:tc>
          <w:tcPr>
            <w:tcW w:w="709" w:type="dxa"/>
            <w:vAlign w:val="center"/>
          </w:tcPr>
          <w:p w14:paraId="7D589110"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vAlign w:val="center"/>
          </w:tcPr>
          <w:p w14:paraId="49C2065A" w14:textId="77777777" w:rsidR="00516A5B" w:rsidRPr="00B55E0B" w:rsidRDefault="00516A5B" w:rsidP="00B25E14">
            <w:pPr>
              <w:jc w:val="both"/>
              <w:rPr>
                <w:rFonts w:ascii="Arial" w:hAnsi="Arial" w:cs="Arial"/>
                <w:sz w:val="18"/>
                <w:szCs w:val="18"/>
              </w:rPr>
            </w:pPr>
            <w:r w:rsidRPr="00CC656F">
              <w:rPr>
                <w:rFonts w:ascii="Arial" w:hAnsi="Arial" w:cs="Arial"/>
                <w:sz w:val="18"/>
                <w:szCs w:val="18"/>
              </w:rPr>
              <w:t>Se deberá garantizar reserva</w:t>
            </w:r>
            <w:r>
              <w:rPr>
                <w:rFonts w:ascii="Arial" w:hAnsi="Arial" w:cs="Arial"/>
                <w:sz w:val="18"/>
                <w:szCs w:val="18"/>
              </w:rPr>
              <w:t>s</w:t>
            </w:r>
            <w:r w:rsidRPr="00CC656F">
              <w:rPr>
                <w:rFonts w:ascii="Arial" w:hAnsi="Arial" w:cs="Arial"/>
                <w:sz w:val="18"/>
                <w:szCs w:val="18"/>
              </w:rPr>
              <w:t xml:space="preserve"> </w:t>
            </w:r>
            <w:r>
              <w:rPr>
                <w:rFonts w:ascii="Arial" w:hAnsi="Arial" w:cs="Arial"/>
                <w:sz w:val="18"/>
                <w:szCs w:val="18"/>
              </w:rPr>
              <w:t xml:space="preserve">mínima </w:t>
            </w:r>
            <w:r w:rsidRPr="00CC656F">
              <w:rPr>
                <w:rFonts w:ascii="Arial" w:hAnsi="Arial" w:cs="Arial"/>
                <w:sz w:val="18"/>
                <w:szCs w:val="18"/>
              </w:rPr>
              <w:t xml:space="preserve">de </w:t>
            </w:r>
            <w:r>
              <w:rPr>
                <w:rFonts w:ascii="Arial" w:hAnsi="Arial" w:cs="Arial"/>
                <w:sz w:val="18"/>
                <w:szCs w:val="18"/>
              </w:rPr>
              <w:t xml:space="preserve">cinco metros </w:t>
            </w:r>
            <w:r w:rsidRPr="00CC656F">
              <w:rPr>
                <w:rFonts w:ascii="Arial" w:hAnsi="Arial" w:cs="Arial"/>
                <w:sz w:val="18"/>
                <w:szCs w:val="18"/>
              </w:rPr>
              <w:t>(</w:t>
            </w:r>
            <w:r>
              <w:rPr>
                <w:rFonts w:ascii="Arial" w:hAnsi="Arial" w:cs="Arial"/>
                <w:sz w:val="18"/>
                <w:szCs w:val="18"/>
              </w:rPr>
              <w:t>5</w:t>
            </w:r>
            <w:r w:rsidRPr="00CC656F">
              <w:rPr>
                <w:rFonts w:ascii="Arial" w:hAnsi="Arial" w:cs="Arial"/>
                <w:sz w:val="18"/>
                <w:szCs w:val="18"/>
              </w:rPr>
              <w:t xml:space="preserve">) metros en </w:t>
            </w:r>
            <w:r>
              <w:rPr>
                <w:rFonts w:ascii="Arial" w:hAnsi="Arial" w:cs="Arial"/>
                <w:sz w:val="18"/>
                <w:szCs w:val="18"/>
              </w:rPr>
              <w:t xml:space="preserve">cada caja de inspección o paso y en </w:t>
            </w:r>
            <w:r w:rsidRPr="00CC656F">
              <w:rPr>
                <w:rFonts w:ascii="Arial" w:hAnsi="Arial" w:cs="Arial"/>
                <w:sz w:val="18"/>
                <w:szCs w:val="18"/>
              </w:rPr>
              <w:t>sus extremos.</w:t>
            </w:r>
          </w:p>
        </w:tc>
        <w:tc>
          <w:tcPr>
            <w:tcW w:w="993" w:type="dxa"/>
            <w:vAlign w:val="center"/>
          </w:tcPr>
          <w:p w14:paraId="337A8822" w14:textId="77777777" w:rsidR="00516A5B" w:rsidRPr="00A56DF5" w:rsidRDefault="00516A5B" w:rsidP="00B25E14">
            <w:pPr>
              <w:rPr>
                <w:rFonts w:ascii="Arial" w:hAnsi="Arial" w:cs="Arial"/>
                <w:color w:val="EE0000"/>
                <w:sz w:val="18"/>
                <w:szCs w:val="18"/>
              </w:rPr>
            </w:pPr>
          </w:p>
        </w:tc>
        <w:tc>
          <w:tcPr>
            <w:tcW w:w="992" w:type="dxa"/>
            <w:vAlign w:val="center"/>
          </w:tcPr>
          <w:p w14:paraId="7EC5473B" w14:textId="77777777" w:rsidR="00516A5B" w:rsidRPr="00A56DF5" w:rsidRDefault="00516A5B" w:rsidP="00B25E14">
            <w:pPr>
              <w:rPr>
                <w:rFonts w:ascii="Arial" w:hAnsi="Arial" w:cs="Arial"/>
                <w:color w:val="EE0000"/>
                <w:sz w:val="18"/>
                <w:szCs w:val="18"/>
              </w:rPr>
            </w:pPr>
          </w:p>
        </w:tc>
      </w:tr>
      <w:tr w:rsidR="00516A5B" w:rsidRPr="00A56DF5" w14:paraId="3440E787" w14:textId="77777777" w:rsidTr="00674DB8">
        <w:tc>
          <w:tcPr>
            <w:tcW w:w="709" w:type="dxa"/>
            <w:vAlign w:val="center"/>
          </w:tcPr>
          <w:p w14:paraId="5656E415"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vAlign w:val="center"/>
          </w:tcPr>
          <w:p w14:paraId="5E78E334" w14:textId="77777777" w:rsidR="00516A5B" w:rsidRPr="00CC656F" w:rsidRDefault="00516A5B" w:rsidP="00B25E14">
            <w:pPr>
              <w:jc w:val="both"/>
              <w:rPr>
                <w:rFonts w:ascii="Arial" w:hAnsi="Arial" w:cs="Arial"/>
                <w:sz w:val="18"/>
                <w:szCs w:val="18"/>
              </w:rPr>
            </w:pPr>
            <w:r w:rsidRPr="00050EFB">
              <w:rPr>
                <w:rFonts w:ascii="Arial" w:hAnsi="Arial" w:cs="Arial"/>
                <w:sz w:val="18"/>
                <w:szCs w:val="18"/>
                <w:lang w:val="es-ES_tradnl"/>
              </w:rPr>
              <w:t>Certificación de desempeño de cada uno de los hilos y/o canal en formato PDF en medio magnético, junto con certificación vigente de calibración del instrumento de medición a utilizar</w:t>
            </w:r>
          </w:p>
        </w:tc>
        <w:tc>
          <w:tcPr>
            <w:tcW w:w="993" w:type="dxa"/>
            <w:vAlign w:val="center"/>
          </w:tcPr>
          <w:p w14:paraId="5EB1191B" w14:textId="77777777" w:rsidR="00516A5B" w:rsidRPr="00A56DF5" w:rsidRDefault="00516A5B" w:rsidP="00B25E14">
            <w:pPr>
              <w:rPr>
                <w:rFonts w:ascii="Arial" w:hAnsi="Arial" w:cs="Arial"/>
                <w:color w:val="EE0000"/>
                <w:sz w:val="18"/>
                <w:szCs w:val="18"/>
              </w:rPr>
            </w:pPr>
          </w:p>
        </w:tc>
        <w:tc>
          <w:tcPr>
            <w:tcW w:w="992" w:type="dxa"/>
            <w:vAlign w:val="center"/>
          </w:tcPr>
          <w:p w14:paraId="4B1D0B22" w14:textId="77777777" w:rsidR="00516A5B" w:rsidRPr="00A56DF5" w:rsidRDefault="00516A5B" w:rsidP="00B25E14">
            <w:pPr>
              <w:rPr>
                <w:rFonts w:ascii="Arial" w:hAnsi="Arial" w:cs="Arial"/>
                <w:color w:val="EE0000"/>
                <w:sz w:val="18"/>
                <w:szCs w:val="18"/>
              </w:rPr>
            </w:pPr>
          </w:p>
        </w:tc>
      </w:tr>
      <w:tr w:rsidR="00516A5B" w:rsidRPr="00A56DF5" w14:paraId="189D0053" w14:textId="77777777" w:rsidTr="00674DB8">
        <w:tc>
          <w:tcPr>
            <w:tcW w:w="709" w:type="dxa"/>
            <w:vAlign w:val="center"/>
          </w:tcPr>
          <w:p w14:paraId="38FEE728"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tcPr>
          <w:p w14:paraId="25F6BD74" w14:textId="77777777" w:rsidR="00516A5B" w:rsidRDefault="00516A5B" w:rsidP="00B25E14">
            <w:pPr>
              <w:jc w:val="both"/>
              <w:rPr>
                <w:rFonts w:ascii="Arial" w:hAnsi="Arial" w:cs="Arial"/>
                <w:sz w:val="18"/>
                <w:szCs w:val="18"/>
                <w:lang w:val="es-ES_tradnl"/>
              </w:rPr>
            </w:pPr>
            <w:r w:rsidRPr="00050EFB">
              <w:rPr>
                <w:rFonts w:ascii="Arial" w:hAnsi="Arial" w:cs="Arial"/>
                <w:sz w:val="18"/>
                <w:szCs w:val="18"/>
                <w:lang w:val="es-ES_tradnl"/>
              </w:rPr>
              <w:t xml:space="preserve">Incluir los módulos </w:t>
            </w:r>
            <w:proofErr w:type="spellStart"/>
            <w:r w:rsidRPr="00050EFB">
              <w:rPr>
                <w:rFonts w:ascii="Arial" w:hAnsi="Arial" w:cs="Arial"/>
                <w:sz w:val="18"/>
                <w:szCs w:val="18"/>
                <w:lang w:val="es-ES_tradnl"/>
              </w:rPr>
              <w:t>transeiver</w:t>
            </w:r>
            <w:proofErr w:type="spellEnd"/>
            <w:r w:rsidRPr="00050EFB">
              <w:rPr>
                <w:rFonts w:ascii="Arial" w:hAnsi="Arial" w:cs="Arial"/>
                <w:sz w:val="18"/>
                <w:szCs w:val="18"/>
                <w:lang w:val="es-ES_tradnl"/>
              </w:rPr>
              <w:t xml:space="preserve"> tipo LC de fibra óptica necesarios para la puesta en funcionamiento de cada uno de los enlaces de fibra óptica a utilizar. Dichos módulos deberán </w:t>
            </w:r>
            <w:r w:rsidRPr="00050EFB">
              <w:rPr>
                <w:rFonts w:ascii="Arial" w:hAnsi="Arial" w:cs="Arial"/>
                <w:sz w:val="18"/>
                <w:szCs w:val="18"/>
                <w:lang w:val="es-ES_tradnl"/>
              </w:rPr>
              <w:lastRenderedPageBreak/>
              <w:t>ser compatibles con los equipos activos de red (</w:t>
            </w:r>
            <w:proofErr w:type="spellStart"/>
            <w:r w:rsidRPr="00050EFB">
              <w:rPr>
                <w:rFonts w:ascii="Arial" w:hAnsi="Arial" w:cs="Arial"/>
                <w:sz w:val="18"/>
                <w:szCs w:val="18"/>
                <w:lang w:val="es-ES_tradnl"/>
              </w:rPr>
              <w:t>switch</w:t>
            </w:r>
            <w:proofErr w:type="spellEnd"/>
            <w:r w:rsidRPr="00050EFB">
              <w:rPr>
                <w:rFonts w:ascii="Arial" w:hAnsi="Arial" w:cs="Arial"/>
                <w:sz w:val="18"/>
                <w:szCs w:val="18"/>
                <w:lang w:val="es-ES_tradnl"/>
              </w:rPr>
              <w:t>), a instalar, garantizando conexiones mínimas de 10Gbps.</w:t>
            </w:r>
          </w:p>
          <w:p w14:paraId="05CECF67"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Módulo transceptor/</w:t>
            </w:r>
            <w:proofErr w:type="spellStart"/>
            <w:r w:rsidRPr="00C9411B">
              <w:rPr>
                <w:rFonts w:ascii="Arial" w:hAnsi="Arial" w:cs="Arial"/>
                <w:sz w:val="18"/>
                <w:szCs w:val="18"/>
                <w:lang w:val="es-CO"/>
              </w:rPr>
              <w:t>Transceiver</w:t>
            </w:r>
            <w:proofErr w:type="spellEnd"/>
            <w:r w:rsidRPr="00C9411B">
              <w:rPr>
                <w:rFonts w:ascii="Arial" w:hAnsi="Arial" w:cs="Arial"/>
                <w:sz w:val="18"/>
                <w:szCs w:val="18"/>
                <w:lang w:val="es-CO"/>
              </w:rPr>
              <w:t xml:space="preserve"> óptico compatible con </w:t>
            </w:r>
            <w:proofErr w:type="spellStart"/>
            <w:r w:rsidRPr="00C9411B">
              <w:rPr>
                <w:rFonts w:ascii="Arial" w:hAnsi="Arial" w:cs="Arial"/>
                <w:sz w:val="18"/>
                <w:szCs w:val="18"/>
                <w:lang w:val="es-CO"/>
              </w:rPr>
              <w:t>Huawei</w:t>
            </w:r>
            <w:proofErr w:type="spellEnd"/>
            <w:r w:rsidRPr="00C9411B">
              <w:rPr>
                <w:rFonts w:ascii="Arial" w:hAnsi="Arial" w:cs="Arial"/>
                <w:sz w:val="18"/>
                <w:szCs w:val="18"/>
                <w:lang w:val="es-CO"/>
              </w:rPr>
              <w:t>, HP y CISCO</w:t>
            </w:r>
          </w:p>
          <w:p w14:paraId="69F76819" w14:textId="77777777" w:rsidR="00516A5B" w:rsidRPr="00C9411B" w:rsidRDefault="00516A5B" w:rsidP="00B25E14">
            <w:pPr>
              <w:pStyle w:val="TableParagraph"/>
              <w:ind w:right="113"/>
              <w:jc w:val="both"/>
              <w:rPr>
                <w:rFonts w:ascii="Arial" w:hAnsi="Arial" w:cs="Arial"/>
                <w:sz w:val="18"/>
                <w:szCs w:val="18"/>
                <w:lang w:val="pt-PT"/>
              </w:rPr>
            </w:pPr>
            <w:r w:rsidRPr="00C9411B">
              <w:rPr>
                <w:rFonts w:ascii="Arial" w:hAnsi="Arial" w:cs="Arial"/>
                <w:sz w:val="18"/>
                <w:szCs w:val="18"/>
                <w:lang w:val="pt-PT"/>
              </w:rPr>
              <w:t xml:space="preserve">SFP-10G-SR SFP+ 10GBASE-SR 850nm  </w:t>
            </w:r>
          </w:p>
          <w:p w14:paraId="53618470" w14:textId="77777777" w:rsidR="00516A5B" w:rsidRPr="00050EFB" w:rsidRDefault="00516A5B" w:rsidP="00B25E14">
            <w:pPr>
              <w:jc w:val="both"/>
              <w:rPr>
                <w:rFonts w:ascii="Arial" w:hAnsi="Arial" w:cs="Arial"/>
                <w:sz w:val="18"/>
                <w:szCs w:val="18"/>
                <w:lang w:val="es-ES_tradnl"/>
              </w:rPr>
            </w:pPr>
            <w:r w:rsidRPr="00C9411B">
              <w:rPr>
                <w:rFonts w:ascii="Arial" w:hAnsi="Arial" w:cs="Arial"/>
                <w:sz w:val="18"/>
                <w:szCs w:val="18"/>
              </w:rPr>
              <w:t>LC/UPC dúplex MMF DOM</w:t>
            </w:r>
            <w:r>
              <w:rPr>
                <w:rFonts w:ascii="Arial" w:hAnsi="Arial" w:cs="Arial"/>
                <w:sz w:val="18"/>
                <w:szCs w:val="18"/>
              </w:rPr>
              <w:t xml:space="preserve"> </w:t>
            </w:r>
            <w:r w:rsidRPr="00C9411B">
              <w:rPr>
                <w:rFonts w:ascii="Arial" w:hAnsi="Arial" w:cs="Arial"/>
                <w:sz w:val="18"/>
                <w:szCs w:val="18"/>
              </w:rPr>
              <w:t>Debe entregarse en funcionamiento</w:t>
            </w:r>
          </w:p>
        </w:tc>
        <w:tc>
          <w:tcPr>
            <w:tcW w:w="993" w:type="dxa"/>
            <w:vAlign w:val="center"/>
          </w:tcPr>
          <w:p w14:paraId="5F22921B" w14:textId="77777777" w:rsidR="00516A5B" w:rsidRPr="00A56DF5" w:rsidRDefault="00516A5B" w:rsidP="00B25E14">
            <w:pPr>
              <w:rPr>
                <w:rFonts w:ascii="Arial" w:hAnsi="Arial" w:cs="Arial"/>
                <w:color w:val="EE0000"/>
                <w:sz w:val="18"/>
                <w:szCs w:val="18"/>
              </w:rPr>
            </w:pPr>
          </w:p>
        </w:tc>
        <w:tc>
          <w:tcPr>
            <w:tcW w:w="992" w:type="dxa"/>
            <w:vAlign w:val="center"/>
          </w:tcPr>
          <w:p w14:paraId="4C4BF258" w14:textId="77777777" w:rsidR="00516A5B" w:rsidRPr="00A56DF5" w:rsidRDefault="00516A5B" w:rsidP="00B25E14">
            <w:pPr>
              <w:rPr>
                <w:rFonts w:ascii="Arial" w:hAnsi="Arial" w:cs="Arial"/>
                <w:color w:val="EE0000"/>
                <w:sz w:val="18"/>
                <w:szCs w:val="18"/>
              </w:rPr>
            </w:pPr>
          </w:p>
        </w:tc>
      </w:tr>
      <w:tr w:rsidR="00516A5B" w:rsidRPr="00A56DF5" w14:paraId="7099CB4B" w14:textId="77777777" w:rsidTr="00674DB8">
        <w:tc>
          <w:tcPr>
            <w:tcW w:w="709" w:type="dxa"/>
            <w:vAlign w:val="center"/>
          </w:tcPr>
          <w:p w14:paraId="5A222846"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vAlign w:val="center"/>
          </w:tcPr>
          <w:p w14:paraId="6B6FE124" w14:textId="77777777" w:rsidR="00516A5B" w:rsidRDefault="00516A5B" w:rsidP="00B25E14">
            <w:pPr>
              <w:rPr>
                <w:rFonts w:ascii="Arial" w:hAnsi="Arial" w:cs="Arial"/>
                <w:sz w:val="18"/>
                <w:szCs w:val="18"/>
              </w:rPr>
            </w:pPr>
            <w:r w:rsidRPr="00C35A56">
              <w:rPr>
                <w:rFonts w:ascii="Arial" w:hAnsi="Arial" w:cs="Arial"/>
                <w:sz w:val="18"/>
                <w:szCs w:val="18"/>
              </w:rPr>
              <w:t>Deberá relacionar URL o enlace web del fabricante del producto con dominio .</w:t>
            </w:r>
            <w:proofErr w:type="spellStart"/>
            <w:r w:rsidRPr="00C35A56">
              <w:rPr>
                <w:rFonts w:ascii="Arial" w:hAnsi="Arial" w:cs="Arial"/>
                <w:sz w:val="18"/>
                <w:szCs w:val="18"/>
              </w:rPr>
              <w:t>com</w:t>
            </w:r>
            <w:proofErr w:type="spellEnd"/>
            <w:r w:rsidRPr="00C35A56">
              <w:rPr>
                <w:rFonts w:ascii="Arial" w:hAnsi="Arial" w:cs="Arial"/>
                <w:sz w:val="18"/>
                <w:szCs w:val="18"/>
              </w:rPr>
              <w:t xml:space="preserve">, donde se posible la verificación de la ficha técnica aportada en cada uno de sus </w:t>
            </w:r>
            <w:proofErr w:type="gramStart"/>
            <w:r w:rsidRPr="00C35A56">
              <w:rPr>
                <w:rFonts w:ascii="Arial" w:hAnsi="Arial" w:cs="Arial"/>
                <w:sz w:val="18"/>
                <w:szCs w:val="18"/>
              </w:rPr>
              <w:t>item:_</w:t>
            </w:r>
            <w:proofErr w:type="gramEnd"/>
            <w:r w:rsidRPr="00C35A56">
              <w:rPr>
                <w:rFonts w:ascii="Arial" w:hAnsi="Arial" w:cs="Arial"/>
                <w:sz w:val="18"/>
                <w:szCs w:val="18"/>
              </w:rPr>
              <w:t>____________________________________________________________</w:t>
            </w:r>
          </w:p>
          <w:p w14:paraId="3E1D0881" w14:textId="77777777" w:rsidR="00516A5B" w:rsidRPr="0065206D" w:rsidRDefault="00516A5B" w:rsidP="00B25E14">
            <w:pPr>
              <w:rPr>
                <w:rFonts w:ascii="Arial" w:hAnsi="Arial" w:cs="Arial"/>
                <w:sz w:val="18"/>
                <w:szCs w:val="18"/>
              </w:rPr>
            </w:pPr>
          </w:p>
        </w:tc>
        <w:tc>
          <w:tcPr>
            <w:tcW w:w="993" w:type="dxa"/>
            <w:vAlign w:val="center"/>
          </w:tcPr>
          <w:p w14:paraId="7ADC2263" w14:textId="77777777" w:rsidR="00516A5B" w:rsidRPr="00A56DF5" w:rsidRDefault="00516A5B" w:rsidP="00B25E14">
            <w:pPr>
              <w:rPr>
                <w:rFonts w:ascii="Arial" w:hAnsi="Arial" w:cs="Arial"/>
                <w:color w:val="EE0000"/>
                <w:sz w:val="18"/>
                <w:szCs w:val="18"/>
              </w:rPr>
            </w:pPr>
          </w:p>
        </w:tc>
        <w:tc>
          <w:tcPr>
            <w:tcW w:w="992" w:type="dxa"/>
            <w:vAlign w:val="center"/>
          </w:tcPr>
          <w:p w14:paraId="6A2034E3" w14:textId="77777777" w:rsidR="00516A5B" w:rsidRPr="00A56DF5" w:rsidRDefault="00516A5B" w:rsidP="00B25E14">
            <w:pPr>
              <w:rPr>
                <w:rFonts w:ascii="Arial" w:hAnsi="Arial" w:cs="Arial"/>
                <w:color w:val="EE0000"/>
                <w:sz w:val="18"/>
                <w:szCs w:val="18"/>
              </w:rPr>
            </w:pPr>
          </w:p>
        </w:tc>
      </w:tr>
      <w:tr w:rsidR="00516A5B" w:rsidRPr="00A56DF5" w14:paraId="5BF7DC23" w14:textId="77777777" w:rsidTr="00674DB8">
        <w:tc>
          <w:tcPr>
            <w:tcW w:w="709" w:type="dxa"/>
            <w:vAlign w:val="center"/>
          </w:tcPr>
          <w:p w14:paraId="5718EC7D"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vAlign w:val="center"/>
          </w:tcPr>
          <w:p w14:paraId="72355525" w14:textId="77777777" w:rsidR="00516A5B" w:rsidRPr="00C35A56" w:rsidRDefault="00516A5B" w:rsidP="00B25E14">
            <w:pPr>
              <w:rPr>
                <w:rFonts w:ascii="Arial" w:hAnsi="Arial" w:cs="Arial"/>
                <w:sz w:val="18"/>
                <w:szCs w:val="18"/>
              </w:rPr>
            </w:pPr>
            <w:r w:rsidRPr="00C9411B">
              <w:rPr>
                <w:rFonts w:ascii="Arial" w:hAnsi="Arial" w:cs="Arial"/>
                <w:sz w:val="18"/>
                <w:szCs w:val="18"/>
              </w:rPr>
              <w:t xml:space="preserve">Convertidor de Fibra Convertidor de Medios Ethernet de Fibra a RJ45 para Redes NBASE-T de 10Gbps - para Fibra </w:t>
            </w:r>
            <w:proofErr w:type="spellStart"/>
            <w:r w:rsidRPr="00C9411B">
              <w:rPr>
                <w:rFonts w:ascii="Arial" w:hAnsi="Arial" w:cs="Arial"/>
                <w:sz w:val="18"/>
                <w:szCs w:val="18"/>
              </w:rPr>
              <w:t>Monomodo</w:t>
            </w:r>
            <w:proofErr w:type="spellEnd"/>
            <w:r w:rsidRPr="00C9411B">
              <w:rPr>
                <w:rFonts w:ascii="Arial" w:hAnsi="Arial" w:cs="Arial"/>
                <w:sz w:val="18"/>
                <w:szCs w:val="18"/>
              </w:rPr>
              <w:t xml:space="preserve"> y </w:t>
            </w:r>
            <w:proofErr w:type="spellStart"/>
            <w:r w:rsidRPr="00C9411B">
              <w:rPr>
                <w:rFonts w:ascii="Arial" w:hAnsi="Arial" w:cs="Arial"/>
                <w:sz w:val="18"/>
                <w:szCs w:val="18"/>
              </w:rPr>
              <w:t>Multimodo</w:t>
            </w:r>
            <w:proofErr w:type="spellEnd"/>
            <w:r w:rsidRPr="00C9411B">
              <w:rPr>
                <w:rFonts w:ascii="Arial" w:hAnsi="Arial" w:cs="Arial"/>
                <w:sz w:val="18"/>
                <w:szCs w:val="18"/>
              </w:rPr>
              <w:t xml:space="preserve"> a Red de Cobre Ethernet </w:t>
            </w:r>
          </w:p>
        </w:tc>
        <w:tc>
          <w:tcPr>
            <w:tcW w:w="993" w:type="dxa"/>
            <w:vAlign w:val="center"/>
          </w:tcPr>
          <w:p w14:paraId="03104F33" w14:textId="77777777" w:rsidR="00516A5B" w:rsidRPr="00A56DF5" w:rsidRDefault="00516A5B" w:rsidP="00B25E14">
            <w:pPr>
              <w:rPr>
                <w:rFonts w:ascii="Arial" w:hAnsi="Arial" w:cs="Arial"/>
                <w:color w:val="EE0000"/>
                <w:sz w:val="18"/>
                <w:szCs w:val="18"/>
              </w:rPr>
            </w:pPr>
          </w:p>
        </w:tc>
        <w:tc>
          <w:tcPr>
            <w:tcW w:w="992" w:type="dxa"/>
            <w:vAlign w:val="center"/>
          </w:tcPr>
          <w:p w14:paraId="23BB1A97" w14:textId="77777777" w:rsidR="00516A5B" w:rsidRPr="00A56DF5" w:rsidRDefault="00516A5B" w:rsidP="00B25E14">
            <w:pPr>
              <w:rPr>
                <w:rFonts w:ascii="Arial" w:hAnsi="Arial" w:cs="Arial"/>
                <w:color w:val="EE0000"/>
                <w:sz w:val="18"/>
                <w:szCs w:val="18"/>
              </w:rPr>
            </w:pPr>
          </w:p>
        </w:tc>
      </w:tr>
      <w:tr w:rsidR="00516A5B" w:rsidRPr="00A56DF5" w14:paraId="521C35BF" w14:textId="77777777" w:rsidTr="00674DB8">
        <w:tc>
          <w:tcPr>
            <w:tcW w:w="709" w:type="dxa"/>
            <w:vAlign w:val="center"/>
          </w:tcPr>
          <w:p w14:paraId="4EC50DEB"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vAlign w:val="center"/>
          </w:tcPr>
          <w:p w14:paraId="78B3DD17"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rPr>
              <w:t xml:space="preserve">Caja terminal de fibra óptica </w:t>
            </w:r>
            <w:r w:rsidRPr="00C9411B">
              <w:rPr>
                <w:rFonts w:ascii="Arial" w:hAnsi="Arial" w:cs="Arial"/>
                <w:sz w:val="18"/>
                <w:szCs w:val="18"/>
                <w:lang w:val="es-CO"/>
              </w:rPr>
              <w:t>Instalación en interior</w:t>
            </w:r>
          </w:p>
          <w:p w14:paraId="2735AAB3"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Capacidad para mínimo 8 empalmes</w:t>
            </w:r>
          </w:p>
          <w:p w14:paraId="50E26BDE"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Acopladores acorde</w:t>
            </w:r>
            <w:r>
              <w:rPr>
                <w:rFonts w:ascii="Arial" w:hAnsi="Arial" w:cs="Arial"/>
                <w:sz w:val="18"/>
                <w:szCs w:val="18"/>
                <w:lang w:val="es-CO"/>
              </w:rPr>
              <w:t>s</w:t>
            </w:r>
            <w:r w:rsidRPr="00C9411B">
              <w:rPr>
                <w:rFonts w:ascii="Arial" w:hAnsi="Arial" w:cs="Arial"/>
                <w:sz w:val="18"/>
                <w:szCs w:val="18"/>
                <w:lang w:val="es-CO"/>
              </w:rPr>
              <w:t xml:space="preserve"> a fibra a suministrar</w:t>
            </w:r>
          </w:p>
          <w:p w14:paraId="1951117F"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Puertos para cable de distribución acorde a conectores y fibra suministrada</w:t>
            </w:r>
          </w:p>
          <w:p w14:paraId="5618F38D"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Con salida para fibra DROP</w:t>
            </w:r>
          </w:p>
          <w:p w14:paraId="16444DD4" w14:textId="77777777" w:rsidR="00516A5B" w:rsidRPr="00C35A56" w:rsidRDefault="00516A5B" w:rsidP="00B25E14">
            <w:pPr>
              <w:rPr>
                <w:rFonts w:ascii="Arial" w:hAnsi="Arial" w:cs="Arial"/>
                <w:sz w:val="18"/>
                <w:szCs w:val="18"/>
              </w:rPr>
            </w:pPr>
            <w:r w:rsidRPr="00C9411B">
              <w:rPr>
                <w:rFonts w:ascii="Arial" w:hAnsi="Arial" w:cs="Arial"/>
                <w:sz w:val="18"/>
                <w:szCs w:val="18"/>
              </w:rPr>
              <w:t xml:space="preserve">Espacio para instalación de un micro </w:t>
            </w:r>
            <w:proofErr w:type="spellStart"/>
            <w:r w:rsidRPr="00C9411B">
              <w:rPr>
                <w:rFonts w:ascii="Arial" w:hAnsi="Arial" w:cs="Arial"/>
                <w:sz w:val="18"/>
                <w:szCs w:val="18"/>
              </w:rPr>
              <w:t>Splitter</w:t>
            </w:r>
            <w:proofErr w:type="spellEnd"/>
            <w:r w:rsidRPr="00C9411B">
              <w:rPr>
                <w:rFonts w:ascii="Arial" w:hAnsi="Arial" w:cs="Arial"/>
                <w:sz w:val="18"/>
                <w:szCs w:val="18"/>
              </w:rPr>
              <w:t>.</w:t>
            </w:r>
          </w:p>
        </w:tc>
        <w:tc>
          <w:tcPr>
            <w:tcW w:w="993" w:type="dxa"/>
            <w:vAlign w:val="center"/>
          </w:tcPr>
          <w:p w14:paraId="556A7D2E" w14:textId="77777777" w:rsidR="00516A5B" w:rsidRPr="00A56DF5" w:rsidRDefault="00516A5B" w:rsidP="00B25E14">
            <w:pPr>
              <w:rPr>
                <w:rFonts w:ascii="Arial" w:hAnsi="Arial" w:cs="Arial"/>
                <w:color w:val="EE0000"/>
                <w:sz w:val="18"/>
                <w:szCs w:val="18"/>
              </w:rPr>
            </w:pPr>
          </w:p>
        </w:tc>
        <w:tc>
          <w:tcPr>
            <w:tcW w:w="992" w:type="dxa"/>
            <w:vAlign w:val="center"/>
          </w:tcPr>
          <w:p w14:paraId="71512C45" w14:textId="77777777" w:rsidR="00516A5B" w:rsidRPr="00A56DF5" w:rsidRDefault="00516A5B" w:rsidP="00B25E14">
            <w:pPr>
              <w:rPr>
                <w:rFonts w:ascii="Arial" w:hAnsi="Arial" w:cs="Arial"/>
                <w:color w:val="EE0000"/>
                <w:sz w:val="18"/>
                <w:szCs w:val="18"/>
              </w:rPr>
            </w:pPr>
          </w:p>
        </w:tc>
      </w:tr>
      <w:tr w:rsidR="00516A5B" w:rsidRPr="00A56DF5" w14:paraId="65E275FC" w14:textId="77777777" w:rsidTr="00674DB8">
        <w:tc>
          <w:tcPr>
            <w:tcW w:w="709" w:type="dxa"/>
            <w:vAlign w:val="center"/>
          </w:tcPr>
          <w:p w14:paraId="1F46C2C5" w14:textId="77777777" w:rsidR="00516A5B" w:rsidRPr="007B5653" w:rsidRDefault="00516A5B">
            <w:pPr>
              <w:pStyle w:val="Prrafodelista"/>
              <w:numPr>
                <w:ilvl w:val="0"/>
                <w:numId w:val="22"/>
              </w:numPr>
              <w:ind w:left="473"/>
              <w:jc w:val="center"/>
              <w:rPr>
                <w:rFonts w:ascii="Arial" w:hAnsi="Arial" w:cs="Arial"/>
                <w:sz w:val="18"/>
                <w:szCs w:val="18"/>
              </w:rPr>
            </w:pPr>
          </w:p>
        </w:tc>
        <w:tc>
          <w:tcPr>
            <w:tcW w:w="7796" w:type="dxa"/>
            <w:gridSpan w:val="2"/>
            <w:vAlign w:val="center"/>
          </w:tcPr>
          <w:p w14:paraId="78AAC5FF" w14:textId="77777777" w:rsidR="00516A5B" w:rsidRPr="00C35A56" w:rsidRDefault="00516A5B" w:rsidP="00B25E14">
            <w:pPr>
              <w:rPr>
                <w:rFonts w:ascii="Arial" w:hAnsi="Arial" w:cs="Arial"/>
                <w:sz w:val="18"/>
                <w:szCs w:val="18"/>
              </w:rPr>
            </w:pPr>
            <w:r w:rsidRPr="00C9411B">
              <w:rPr>
                <w:rFonts w:ascii="Arial" w:hAnsi="Arial" w:cs="Arial"/>
                <w:sz w:val="18"/>
                <w:szCs w:val="18"/>
              </w:rPr>
              <w:t>Planos Impresos y una copia en medio magnético en AutoCAD que</w:t>
            </w:r>
            <w:r w:rsidRPr="00C9411B">
              <w:rPr>
                <w:rFonts w:ascii="Arial" w:hAnsi="Arial" w:cs="Arial"/>
                <w:spacing w:val="1"/>
                <w:sz w:val="18"/>
                <w:szCs w:val="18"/>
              </w:rPr>
              <w:t xml:space="preserve"> </w:t>
            </w:r>
            <w:r w:rsidRPr="00C9411B">
              <w:rPr>
                <w:rFonts w:ascii="Arial" w:hAnsi="Arial" w:cs="Arial"/>
                <w:sz w:val="18"/>
                <w:szCs w:val="18"/>
              </w:rPr>
              <w:t>contenga; Ubicación física de cada toma lógica, de cada toma</w:t>
            </w:r>
            <w:r w:rsidRPr="00C9411B">
              <w:rPr>
                <w:rFonts w:ascii="Arial" w:hAnsi="Arial" w:cs="Arial"/>
                <w:spacing w:val="1"/>
                <w:sz w:val="18"/>
                <w:szCs w:val="18"/>
              </w:rPr>
              <w:t xml:space="preserve"> </w:t>
            </w:r>
            <w:r w:rsidRPr="00C9411B">
              <w:rPr>
                <w:rFonts w:ascii="Arial" w:hAnsi="Arial" w:cs="Arial"/>
                <w:sz w:val="18"/>
                <w:szCs w:val="18"/>
              </w:rPr>
              <w:t>eléctrica, recorrido de la ruta del cableado tanto de datos como</w:t>
            </w:r>
            <w:r w:rsidRPr="00C9411B">
              <w:rPr>
                <w:rFonts w:ascii="Arial" w:hAnsi="Arial" w:cs="Arial"/>
                <w:spacing w:val="1"/>
                <w:sz w:val="18"/>
                <w:szCs w:val="18"/>
              </w:rPr>
              <w:t xml:space="preserve"> </w:t>
            </w:r>
            <w:r w:rsidRPr="00C9411B">
              <w:rPr>
                <w:rFonts w:ascii="Arial" w:hAnsi="Arial" w:cs="Arial"/>
                <w:sz w:val="18"/>
                <w:szCs w:val="18"/>
              </w:rPr>
              <w:t>eléctrico; plano de las tierras; lo anterior se requiere en sistema</w:t>
            </w:r>
            <w:r w:rsidRPr="00C9411B">
              <w:rPr>
                <w:rFonts w:ascii="Arial" w:hAnsi="Arial" w:cs="Arial"/>
                <w:spacing w:val="1"/>
                <w:sz w:val="18"/>
                <w:szCs w:val="18"/>
              </w:rPr>
              <w:t xml:space="preserve"> </w:t>
            </w:r>
            <w:r w:rsidRPr="00C9411B">
              <w:rPr>
                <w:rFonts w:ascii="Arial" w:hAnsi="Arial" w:cs="Arial"/>
                <w:sz w:val="18"/>
                <w:szCs w:val="18"/>
              </w:rPr>
              <w:t>de</w:t>
            </w:r>
            <w:r w:rsidRPr="00C9411B">
              <w:rPr>
                <w:rFonts w:ascii="Arial" w:hAnsi="Arial" w:cs="Arial"/>
                <w:spacing w:val="49"/>
                <w:sz w:val="18"/>
                <w:szCs w:val="18"/>
              </w:rPr>
              <w:t xml:space="preserve"> </w:t>
            </w:r>
            <w:r w:rsidRPr="00C9411B">
              <w:rPr>
                <w:rFonts w:ascii="Arial" w:hAnsi="Arial" w:cs="Arial"/>
                <w:sz w:val="18"/>
                <w:szCs w:val="18"/>
              </w:rPr>
              <w:t>capas para</w:t>
            </w:r>
            <w:r w:rsidRPr="00C9411B">
              <w:rPr>
                <w:rFonts w:ascii="Arial" w:hAnsi="Arial" w:cs="Arial"/>
                <w:spacing w:val="49"/>
                <w:sz w:val="18"/>
                <w:szCs w:val="18"/>
              </w:rPr>
              <w:t xml:space="preserve"> </w:t>
            </w:r>
            <w:r w:rsidRPr="00C9411B">
              <w:rPr>
                <w:rFonts w:ascii="Arial" w:hAnsi="Arial" w:cs="Arial"/>
                <w:sz w:val="18"/>
                <w:szCs w:val="18"/>
              </w:rPr>
              <w:t>cada uno de</w:t>
            </w:r>
            <w:r w:rsidRPr="00C9411B">
              <w:rPr>
                <w:rFonts w:ascii="Arial" w:hAnsi="Arial" w:cs="Arial"/>
                <w:spacing w:val="49"/>
                <w:sz w:val="18"/>
                <w:szCs w:val="18"/>
              </w:rPr>
              <w:t xml:space="preserve"> </w:t>
            </w:r>
            <w:r w:rsidRPr="00C9411B">
              <w:rPr>
                <w:rFonts w:ascii="Arial" w:hAnsi="Arial" w:cs="Arial"/>
                <w:sz w:val="18"/>
                <w:szCs w:val="18"/>
              </w:rPr>
              <w:t>los componentes</w:t>
            </w:r>
            <w:r w:rsidRPr="00C9411B">
              <w:rPr>
                <w:rFonts w:ascii="Arial" w:hAnsi="Arial" w:cs="Arial"/>
                <w:spacing w:val="4"/>
                <w:sz w:val="18"/>
                <w:szCs w:val="18"/>
              </w:rPr>
              <w:t xml:space="preserve"> </w:t>
            </w:r>
            <w:r w:rsidRPr="00C9411B">
              <w:rPr>
                <w:rFonts w:ascii="Arial" w:hAnsi="Arial" w:cs="Arial"/>
                <w:sz w:val="18"/>
                <w:szCs w:val="18"/>
              </w:rPr>
              <w:t>técnicos o</w:t>
            </w:r>
            <w:r w:rsidRPr="00C9411B">
              <w:rPr>
                <w:rFonts w:ascii="Arial" w:hAnsi="Arial" w:cs="Arial"/>
                <w:spacing w:val="49"/>
                <w:sz w:val="18"/>
                <w:szCs w:val="18"/>
              </w:rPr>
              <w:t xml:space="preserve"> </w:t>
            </w:r>
            <w:r w:rsidRPr="00C9411B">
              <w:rPr>
                <w:rFonts w:ascii="Arial" w:hAnsi="Arial" w:cs="Arial"/>
                <w:sz w:val="18"/>
                <w:szCs w:val="18"/>
              </w:rPr>
              <w:t>a instalar.</w:t>
            </w:r>
          </w:p>
        </w:tc>
        <w:tc>
          <w:tcPr>
            <w:tcW w:w="993" w:type="dxa"/>
            <w:vAlign w:val="center"/>
          </w:tcPr>
          <w:p w14:paraId="4A7ABDF3" w14:textId="77777777" w:rsidR="00516A5B" w:rsidRPr="00A56DF5" w:rsidRDefault="00516A5B" w:rsidP="00B25E14">
            <w:pPr>
              <w:rPr>
                <w:rFonts w:ascii="Arial" w:hAnsi="Arial" w:cs="Arial"/>
                <w:color w:val="EE0000"/>
                <w:sz w:val="18"/>
                <w:szCs w:val="18"/>
              </w:rPr>
            </w:pPr>
          </w:p>
        </w:tc>
        <w:tc>
          <w:tcPr>
            <w:tcW w:w="992" w:type="dxa"/>
            <w:vAlign w:val="center"/>
          </w:tcPr>
          <w:p w14:paraId="61D5E5EC" w14:textId="77777777" w:rsidR="00516A5B" w:rsidRPr="00A56DF5" w:rsidRDefault="00516A5B" w:rsidP="00B25E14">
            <w:pPr>
              <w:rPr>
                <w:rFonts w:ascii="Arial" w:hAnsi="Arial" w:cs="Arial"/>
                <w:color w:val="EE0000"/>
                <w:sz w:val="18"/>
                <w:szCs w:val="18"/>
              </w:rPr>
            </w:pPr>
          </w:p>
        </w:tc>
      </w:tr>
      <w:tr w:rsidR="00516A5B" w:rsidRPr="0094688A" w14:paraId="7B306137" w14:textId="77777777" w:rsidTr="00674DB8">
        <w:tc>
          <w:tcPr>
            <w:tcW w:w="709" w:type="dxa"/>
            <w:vAlign w:val="center"/>
          </w:tcPr>
          <w:p w14:paraId="3BD529ED" w14:textId="77777777" w:rsidR="00516A5B" w:rsidRPr="0065206D" w:rsidRDefault="00516A5B" w:rsidP="00B25E14">
            <w:pPr>
              <w:jc w:val="center"/>
              <w:rPr>
                <w:rFonts w:ascii="Arial" w:hAnsi="Arial" w:cs="Arial"/>
                <w:sz w:val="18"/>
                <w:szCs w:val="18"/>
              </w:rPr>
            </w:pPr>
            <w:r>
              <w:rPr>
                <w:rFonts w:ascii="Arial" w:hAnsi="Arial" w:cs="Arial"/>
                <w:sz w:val="18"/>
                <w:szCs w:val="18"/>
              </w:rPr>
              <w:t>3</w:t>
            </w:r>
          </w:p>
        </w:tc>
        <w:tc>
          <w:tcPr>
            <w:tcW w:w="7796" w:type="dxa"/>
            <w:gridSpan w:val="2"/>
            <w:vAlign w:val="center"/>
          </w:tcPr>
          <w:p w14:paraId="7BB639B8" w14:textId="77777777" w:rsidR="00516A5B" w:rsidRPr="00E57C32" w:rsidRDefault="00516A5B" w:rsidP="00B25E14">
            <w:pPr>
              <w:jc w:val="both"/>
              <w:rPr>
                <w:rFonts w:ascii="Arial" w:hAnsi="Arial" w:cs="Arial"/>
                <w:sz w:val="18"/>
                <w:szCs w:val="18"/>
                <w:lang w:val="pt-PT"/>
              </w:rPr>
            </w:pPr>
            <w:r w:rsidRPr="00E57C32">
              <w:rPr>
                <w:rFonts w:ascii="Arial" w:hAnsi="Arial" w:cs="Arial"/>
                <w:b/>
                <w:sz w:val="18"/>
                <w:szCs w:val="18"/>
                <w:lang w:val="pt-PT"/>
              </w:rPr>
              <w:t>FIBRA ÓPTICA S2 PARA E</w:t>
            </w:r>
            <w:r>
              <w:rPr>
                <w:rFonts w:ascii="Arial" w:hAnsi="Arial" w:cs="Arial"/>
                <w:b/>
                <w:sz w:val="18"/>
                <w:szCs w:val="18"/>
                <w:lang w:val="pt-PT"/>
              </w:rPr>
              <w:t>XTERIORES</w:t>
            </w:r>
          </w:p>
        </w:tc>
        <w:tc>
          <w:tcPr>
            <w:tcW w:w="993" w:type="dxa"/>
            <w:vAlign w:val="center"/>
          </w:tcPr>
          <w:p w14:paraId="18D132C5" w14:textId="77777777" w:rsidR="00516A5B" w:rsidRPr="00E57C32" w:rsidRDefault="00516A5B" w:rsidP="00B25E14">
            <w:pPr>
              <w:rPr>
                <w:rFonts w:ascii="Arial" w:hAnsi="Arial" w:cs="Arial"/>
                <w:color w:val="EE0000"/>
                <w:sz w:val="18"/>
                <w:szCs w:val="18"/>
                <w:lang w:val="pt-PT"/>
              </w:rPr>
            </w:pPr>
          </w:p>
        </w:tc>
        <w:tc>
          <w:tcPr>
            <w:tcW w:w="992" w:type="dxa"/>
            <w:vAlign w:val="center"/>
          </w:tcPr>
          <w:p w14:paraId="2C956AD6" w14:textId="77777777" w:rsidR="00516A5B" w:rsidRPr="00E57C32" w:rsidRDefault="00516A5B" w:rsidP="00B25E14">
            <w:pPr>
              <w:rPr>
                <w:rFonts w:ascii="Arial" w:hAnsi="Arial" w:cs="Arial"/>
                <w:color w:val="EE0000"/>
                <w:sz w:val="18"/>
                <w:szCs w:val="18"/>
                <w:lang w:val="pt-PT"/>
              </w:rPr>
            </w:pPr>
          </w:p>
        </w:tc>
      </w:tr>
      <w:tr w:rsidR="00516A5B" w:rsidRPr="00E57C32" w14:paraId="6940C9AD" w14:textId="77777777" w:rsidTr="00674DB8">
        <w:tc>
          <w:tcPr>
            <w:tcW w:w="709" w:type="dxa"/>
            <w:vAlign w:val="center"/>
          </w:tcPr>
          <w:p w14:paraId="0A0E7425" w14:textId="77777777" w:rsidR="00516A5B" w:rsidRPr="00B64BC5" w:rsidRDefault="00516A5B">
            <w:pPr>
              <w:pStyle w:val="Prrafodelista"/>
              <w:numPr>
                <w:ilvl w:val="0"/>
                <w:numId w:val="23"/>
              </w:numPr>
              <w:ind w:left="417"/>
              <w:jc w:val="center"/>
              <w:rPr>
                <w:rFonts w:ascii="Arial" w:hAnsi="Arial" w:cs="Arial"/>
                <w:sz w:val="18"/>
                <w:szCs w:val="18"/>
                <w:lang w:val="pt-PT"/>
              </w:rPr>
            </w:pPr>
          </w:p>
        </w:tc>
        <w:tc>
          <w:tcPr>
            <w:tcW w:w="1696" w:type="dxa"/>
            <w:vAlign w:val="center"/>
          </w:tcPr>
          <w:p w14:paraId="678A57FA" w14:textId="77777777" w:rsidR="00516A5B" w:rsidRPr="00E57C32" w:rsidRDefault="00516A5B" w:rsidP="00B25E14">
            <w:pPr>
              <w:rPr>
                <w:rFonts w:ascii="Arial" w:hAnsi="Arial" w:cs="Arial"/>
                <w:sz w:val="18"/>
                <w:szCs w:val="18"/>
                <w:lang w:val="pt-PT"/>
              </w:rPr>
            </w:pPr>
            <w:r>
              <w:rPr>
                <w:rFonts w:ascii="Arial" w:hAnsi="Arial" w:cs="Arial"/>
                <w:sz w:val="18"/>
                <w:szCs w:val="18"/>
              </w:rPr>
              <w:t>Marca:</w:t>
            </w:r>
          </w:p>
        </w:tc>
        <w:tc>
          <w:tcPr>
            <w:tcW w:w="6100" w:type="dxa"/>
          </w:tcPr>
          <w:p w14:paraId="415DF5ED" w14:textId="77777777" w:rsidR="00516A5B" w:rsidRPr="00E57C32" w:rsidRDefault="00516A5B" w:rsidP="00B25E14">
            <w:pPr>
              <w:jc w:val="both"/>
              <w:rPr>
                <w:rFonts w:ascii="Arial" w:hAnsi="Arial" w:cs="Arial"/>
                <w:sz w:val="18"/>
                <w:szCs w:val="18"/>
                <w:lang w:val="pt-PT"/>
              </w:rPr>
            </w:pPr>
          </w:p>
        </w:tc>
        <w:tc>
          <w:tcPr>
            <w:tcW w:w="993" w:type="dxa"/>
            <w:vAlign w:val="center"/>
          </w:tcPr>
          <w:p w14:paraId="4CB05259" w14:textId="77777777" w:rsidR="00516A5B" w:rsidRPr="00E57C32" w:rsidRDefault="00516A5B" w:rsidP="00B25E14">
            <w:pPr>
              <w:rPr>
                <w:rFonts w:ascii="Arial" w:hAnsi="Arial" w:cs="Arial"/>
                <w:color w:val="EE0000"/>
                <w:sz w:val="18"/>
                <w:szCs w:val="18"/>
                <w:lang w:val="pt-PT"/>
              </w:rPr>
            </w:pPr>
          </w:p>
        </w:tc>
        <w:tc>
          <w:tcPr>
            <w:tcW w:w="992" w:type="dxa"/>
            <w:vAlign w:val="center"/>
          </w:tcPr>
          <w:p w14:paraId="23540497" w14:textId="77777777" w:rsidR="00516A5B" w:rsidRPr="00E57C32" w:rsidRDefault="00516A5B" w:rsidP="00B25E14">
            <w:pPr>
              <w:rPr>
                <w:rFonts w:ascii="Arial" w:hAnsi="Arial" w:cs="Arial"/>
                <w:color w:val="EE0000"/>
                <w:sz w:val="18"/>
                <w:szCs w:val="18"/>
                <w:lang w:val="pt-PT"/>
              </w:rPr>
            </w:pPr>
          </w:p>
        </w:tc>
      </w:tr>
      <w:tr w:rsidR="00516A5B" w:rsidRPr="00E57C32" w14:paraId="10D67B88" w14:textId="77777777" w:rsidTr="00674DB8">
        <w:tc>
          <w:tcPr>
            <w:tcW w:w="709" w:type="dxa"/>
            <w:vAlign w:val="center"/>
          </w:tcPr>
          <w:p w14:paraId="7585F438" w14:textId="77777777" w:rsidR="00516A5B" w:rsidRPr="00E57C32" w:rsidRDefault="00516A5B">
            <w:pPr>
              <w:pStyle w:val="Prrafodelista"/>
              <w:numPr>
                <w:ilvl w:val="0"/>
                <w:numId w:val="23"/>
              </w:numPr>
              <w:ind w:left="417"/>
              <w:jc w:val="center"/>
              <w:rPr>
                <w:rFonts w:ascii="Arial" w:hAnsi="Arial" w:cs="Arial"/>
                <w:sz w:val="18"/>
                <w:szCs w:val="18"/>
                <w:lang w:val="pt-PT"/>
              </w:rPr>
            </w:pPr>
          </w:p>
        </w:tc>
        <w:tc>
          <w:tcPr>
            <w:tcW w:w="1696" w:type="dxa"/>
            <w:vAlign w:val="center"/>
          </w:tcPr>
          <w:p w14:paraId="2EF70AA5" w14:textId="77777777" w:rsidR="00516A5B" w:rsidRPr="00E57C32" w:rsidRDefault="00516A5B" w:rsidP="00B25E14">
            <w:pPr>
              <w:rPr>
                <w:rFonts w:ascii="Arial" w:hAnsi="Arial" w:cs="Arial"/>
                <w:sz w:val="18"/>
                <w:szCs w:val="18"/>
                <w:lang w:val="pt-PT"/>
              </w:rPr>
            </w:pPr>
            <w:r>
              <w:rPr>
                <w:rFonts w:ascii="Arial" w:hAnsi="Arial" w:cs="Arial"/>
                <w:sz w:val="18"/>
                <w:szCs w:val="18"/>
              </w:rPr>
              <w:t>Referencia:</w:t>
            </w:r>
          </w:p>
        </w:tc>
        <w:tc>
          <w:tcPr>
            <w:tcW w:w="6100" w:type="dxa"/>
          </w:tcPr>
          <w:p w14:paraId="566030FC" w14:textId="77777777" w:rsidR="00516A5B" w:rsidRPr="00E57C32" w:rsidRDefault="00516A5B" w:rsidP="00B25E14">
            <w:pPr>
              <w:jc w:val="both"/>
              <w:rPr>
                <w:rFonts w:ascii="Arial" w:hAnsi="Arial" w:cs="Arial"/>
                <w:sz w:val="18"/>
                <w:szCs w:val="18"/>
                <w:lang w:val="pt-PT"/>
              </w:rPr>
            </w:pPr>
          </w:p>
        </w:tc>
        <w:tc>
          <w:tcPr>
            <w:tcW w:w="993" w:type="dxa"/>
            <w:vAlign w:val="center"/>
          </w:tcPr>
          <w:p w14:paraId="4344139B" w14:textId="77777777" w:rsidR="00516A5B" w:rsidRPr="00E57C32" w:rsidRDefault="00516A5B" w:rsidP="00B25E14">
            <w:pPr>
              <w:rPr>
                <w:rFonts w:ascii="Arial" w:hAnsi="Arial" w:cs="Arial"/>
                <w:color w:val="EE0000"/>
                <w:sz w:val="18"/>
                <w:szCs w:val="18"/>
                <w:lang w:val="pt-PT"/>
              </w:rPr>
            </w:pPr>
          </w:p>
        </w:tc>
        <w:tc>
          <w:tcPr>
            <w:tcW w:w="992" w:type="dxa"/>
            <w:vAlign w:val="center"/>
          </w:tcPr>
          <w:p w14:paraId="25B0F5E8" w14:textId="77777777" w:rsidR="00516A5B" w:rsidRPr="00E57C32" w:rsidRDefault="00516A5B" w:rsidP="00B25E14">
            <w:pPr>
              <w:rPr>
                <w:rFonts w:ascii="Arial" w:hAnsi="Arial" w:cs="Arial"/>
                <w:color w:val="EE0000"/>
                <w:sz w:val="18"/>
                <w:szCs w:val="18"/>
                <w:lang w:val="pt-PT"/>
              </w:rPr>
            </w:pPr>
          </w:p>
        </w:tc>
      </w:tr>
      <w:tr w:rsidR="00516A5B" w:rsidRPr="00E57C32" w14:paraId="413BE425" w14:textId="77777777" w:rsidTr="00674DB8">
        <w:tc>
          <w:tcPr>
            <w:tcW w:w="709" w:type="dxa"/>
            <w:vAlign w:val="center"/>
          </w:tcPr>
          <w:p w14:paraId="0F4DD75E" w14:textId="77777777" w:rsidR="00516A5B" w:rsidRPr="00E57C32" w:rsidRDefault="00516A5B">
            <w:pPr>
              <w:pStyle w:val="Prrafodelista"/>
              <w:numPr>
                <w:ilvl w:val="0"/>
                <w:numId w:val="23"/>
              </w:numPr>
              <w:ind w:left="417"/>
              <w:jc w:val="center"/>
              <w:rPr>
                <w:rFonts w:ascii="Arial" w:hAnsi="Arial" w:cs="Arial"/>
                <w:sz w:val="18"/>
                <w:szCs w:val="18"/>
                <w:lang w:val="pt-PT"/>
              </w:rPr>
            </w:pPr>
          </w:p>
        </w:tc>
        <w:tc>
          <w:tcPr>
            <w:tcW w:w="7796" w:type="dxa"/>
            <w:gridSpan w:val="2"/>
          </w:tcPr>
          <w:p w14:paraId="384BE526" w14:textId="77777777" w:rsidR="00516A5B" w:rsidRPr="00E57C32" w:rsidRDefault="00516A5B" w:rsidP="00B25E14">
            <w:pPr>
              <w:jc w:val="both"/>
              <w:rPr>
                <w:rFonts w:ascii="Arial" w:hAnsi="Arial" w:cs="Arial"/>
                <w:sz w:val="18"/>
                <w:szCs w:val="18"/>
              </w:rPr>
            </w:pPr>
            <w:r w:rsidRPr="00AA65C2">
              <w:rPr>
                <w:rFonts w:ascii="Arial" w:hAnsi="Arial" w:cs="Arial"/>
                <w:sz w:val="18"/>
                <w:szCs w:val="18"/>
              </w:rPr>
              <w:t>Las cantidades serán definidas por el contratista tras visita técnica a las instalaciones a intervenir, previa solicitud escrita al Grupo de Tecnologías de la Información y las Comunicaciones de la unidad policial.</w:t>
            </w:r>
          </w:p>
        </w:tc>
        <w:tc>
          <w:tcPr>
            <w:tcW w:w="993" w:type="dxa"/>
            <w:vAlign w:val="center"/>
          </w:tcPr>
          <w:p w14:paraId="52A2BEE4" w14:textId="77777777" w:rsidR="00516A5B" w:rsidRPr="00E57C32" w:rsidRDefault="00516A5B" w:rsidP="00B25E14">
            <w:pPr>
              <w:rPr>
                <w:rFonts w:ascii="Arial" w:hAnsi="Arial" w:cs="Arial"/>
                <w:color w:val="EE0000"/>
                <w:sz w:val="18"/>
                <w:szCs w:val="18"/>
              </w:rPr>
            </w:pPr>
          </w:p>
        </w:tc>
        <w:tc>
          <w:tcPr>
            <w:tcW w:w="992" w:type="dxa"/>
            <w:vAlign w:val="center"/>
          </w:tcPr>
          <w:p w14:paraId="488213BC" w14:textId="77777777" w:rsidR="00516A5B" w:rsidRPr="00E57C32" w:rsidRDefault="00516A5B" w:rsidP="00B25E14">
            <w:pPr>
              <w:rPr>
                <w:rFonts w:ascii="Arial" w:hAnsi="Arial" w:cs="Arial"/>
                <w:color w:val="EE0000"/>
                <w:sz w:val="18"/>
                <w:szCs w:val="18"/>
              </w:rPr>
            </w:pPr>
          </w:p>
        </w:tc>
      </w:tr>
      <w:tr w:rsidR="00516A5B" w:rsidRPr="00E57C32" w14:paraId="64D6D5B5" w14:textId="77777777" w:rsidTr="00674DB8">
        <w:tc>
          <w:tcPr>
            <w:tcW w:w="709" w:type="dxa"/>
            <w:vAlign w:val="center"/>
          </w:tcPr>
          <w:p w14:paraId="31AC38E8"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tcPr>
          <w:p w14:paraId="370FF17A" w14:textId="77777777" w:rsidR="00516A5B" w:rsidRPr="00E57C32" w:rsidRDefault="00516A5B" w:rsidP="00B25E14">
            <w:pPr>
              <w:jc w:val="both"/>
              <w:rPr>
                <w:rFonts w:ascii="Arial" w:hAnsi="Arial" w:cs="Arial"/>
                <w:sz w:val="18"/>
                <w:szCs w:val="18"/>
              </w:rPr>
            </w:pPr>
            <w:r w:rsidRPr="00AA65C2">
              <w:rPr>
                <w:rFonts w:ascii="Arial" w:hAnsi="Arial" w:cs="Arial"/>
                <w:sz w:val="18"/>
                <w:szCs w:val="18"/>
              </w:rPr>
              <w:t xml:space="preserve">El contratista será el encargado de realizar propuesta de enrutamiento y </w:t>
            </w:r>
            <w:r>
              <w:rPr>
                <w:rFonts w:ascii="Arial" w:hAnsi="Arial" w:cs="Arial"/>
                <w:sz w:val="18"/>
                <w:szCs w:val="18"/>
              </w:rPr>
              <w:t>canalización</w:t>
            </w:r>
            <w:r w:rsidRPr="00AA65C2">
              <w:rPr>
                <w:rFonts w:ascii="Arial" w:hAnsi="Arial" w:cs="Arial"/>
                <w:sz w:val="18"/>
                <w:szCs w:val="18"/>
              </w:rPr>
              <w:t xml:space="preserve"> para la aprobación de la Policía Nacional, motivo por el cual las </w:t>
            </w:r>
            <w:r>
              <w:rPr>
                <w:rFonts w:ascii="Arial" w:hAnsi="Arial" w:cs="Arial"/>
                <w:sz w:val="18"/>
                <w:szCs w:val="18"/>
              </w:rPr>
              <w:t>c</w:t>
            </w:r>
            <w:r w:rsidRPr="00AA65C2">
              <w:rPr>
                <w:rFonts w:ascii="Arial" w:hAnsi="Arial" w:cs="Arial"/>
                <w:sz w:val="18"/>
                <w:szCs w:val="18"/>
              </w:rPr>
              <w:t>antidades dependerán directamente de dicha propuesta.</w:t>
            </w:r>
          </w:p>
        </w:tc>
        <w:tc>
          <w:tcPr>
            <w:tcW w:w="993" w:type="dxa"/>
            <w:vAlign w:val="center"/>
          </w:tcPr>
          <w:p w14:paraId="79AF9CF3" w14:textId="77777777" w:rsidR="00516A5B" w:rsidRPr="00E57C32" w:rsidRDefault="00516A5B" w:rsidP="00B25E14">
            <w:pPr>
              <w:rPr>
                <w:rFonts w:ascii="Arial" w:hAnsi="Arial" w:cs="Arial"/>
                <w:color w:val="EE0000"/>
                <w:sz w:val="18"/>
                <w:szCs w:val="18"/>
              </w:rPr>
            </w:pPr>
          </w:p>
        </w:tc>
        <w:tc>
          <w:tcPr>
            <w:tcW w:w="992" w:type="dxa"/>
            <w:vAlign w:val="center"/>
          </w:tcPr>
          <w:p w14:paraId="612508FE" w14:textId="77777777" w:rsidR="00516A5B" w:rsidRPr="00E57C32" w:rsidRDefault="00516A5B" w:rsidP="00B25E14">
            <w:pPr>
              <w:rPr>
                <w:rFonts w:ascii="Arial" w:hAnsi="Arial" w:cs="Arial"/>
                <w:color w:val="EE0000"/>
                <w:sz w:val="18"/>
                <w:szCs w:val="18"/>
              </w:rPr>
            </w:pPr>
          </w:p>
        </w:tc>
      </w:tr>
      <w:tr w:rsidR="00516A5B" w:rsidRPr="00E57C32" w14:paraId="3A6C515D" w14:textId="77777777" w:rsidTr="00674DB8">
        <w:tc>
          <w:tcPr>
            <w:tcW w:w="709" w:type="dxa"/>
            <w:vAlign w:val="center"/>
          </w:tcPr>
          <w:p w14:paraId="20D16E00"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1D75C966" w14:textId="77777777" w:rsidR="00516A5B" w:rsidRPr="00E57C32" w:rsidRDefault="00516A5B" w:rsidP="00B25E14">
            <w:pPr>
              <w:jc w:val="both"/>
              <w:rPr>
                <w:rFonts w:ascii="Arial" w:hAnsi="Arial" w:cs="Arial"/>
                <w:sz w:val="18"/>
                <w:szCs w:val="18"/>
              </w:rPr>
            </w:pPr>
            <w:r w:rsidRPr="00B55E0B">
              <w:rPr>
                <w:rFonts w:ascii="Arial" w:hAnsi="Arial" w:cs="Arial"/>
                <w:sz w:val="18"/>
                <w:szCs w:val="18"/>
              </w:rPr>
              <w:t xml:space="preserve">Suministro e instalación de fibra óptica </w:t>
            </w:r>
            <w:proofErr w:type="spellStart"/>
            <w:r>
              <w:rPr>
                <w:rFonts w:ascii="Arial" w:hAnsi="Arial" w:cs="Arial"/>
                <w:sz w:val="18"/>
                <w:szCs w:val="18"/>
              </w:rPr>
              <w:t>monomodo</w:t>
            </w:r>
            <w:proofErr w:type="spellEnd"/>
            <w:r>
              <w:rPr>
                <w:rFonts w:ascii="Arial" w:hAnsi="Arial" w:cs="Arial"/>
                <w:sz w:val="18"/>
                <w:szCs w:val="18"/>
              </w:rPr>
              <w:t xml:space="preserve"> S2, </w:t>
            </w:r>
            <w:r w:rsidRPr="00B55E0B">
              <w:rPr>
                <w:rFonts w:ascii="Arial" w:hAnsi="Arial" w:cs="Arial"/>
                <w:sz w:val="18"/>
                <w:szCs w:val="18"/>
              </w:rPr>
              <w:t xml:space="preserve">mínimo </w:t>
            </w:r>
            <w:r>
              <w:rPr>
                <w:rFonts w:ascii="Arial" w:hAnsi="Arial" w:cs="Arial"/>
                <w:sz w:val="18"/>
                <w:szCs w:val="18"/>
              </w:rPr>
              <w:t>doce (12)</w:t>
            </w:r>
            <w:r w:rsidRPr="00B55E0B">
              <w:rPr>
                <w:rFonts w:ascii="Arial" w:hAnsi="Arial" w:cs="Arial"/>
                <w:sz w:val="18"/>
                <w:szCs w:val="18"/>
              </w:rPr>
              <w:t xml:space="preserve"> hilos, resistente a tirones, resistente a humedad, con protección anti roedores, con recubrimiento LSZH-3/LS0H-3 para interconexión de edificios. </w:t>
            </w:r>
          </w:p>
        </w:tc>
        <w:tc>
          <w:tcPr>
            <w:tcW w:w="993" w:type="dxa"/>
            <w:vAlign w:val="center"/>
          </w:tcPr>
          <w:p w14:paraId="4ABC07E6" w14:textId="77777777" w:rsidR="00516A5B" w:rsidRPr="00E57C32" w:rsidRDefault="00516A5B" w:rsidP="00B25E14">
            <w:pPr>
              <w:rPr>
                <w:rFonts w:ascii="Arial" w:hAnsi="Arial" w:cs="Arial"/>
                <w:color w:val="EE0000"/>
                <w:sz w:val="18"/>
                <w:szCs w:val="18"/>
              </w:rPr>
            </w:pPr>
          </w:p>
        </w:tc>
        <w:tc>
          <w:tcPr>
            <w:tcW w:w="992" w:type="dxa"/>
            <w:vAlign w:val="center"/>
          </w:tcPr>
          <w:p w14:paraId="2A87E516" w14:textId="77777777" w:rsidR="00516A5B" w:rsidRPr="00E57C32" w:rsidRDefault="00516A5B" w:rsidP="00B25E14">
            <w:pPr>
              <w:rPr>
                <w:rFonts w:ascii="Arial" w:hAnsi="Arial" w:cs="Arial"/>
                <w:color w:val="EE0000"/>
                <w:sz w:val="18"/>
                <w:szCs w:val="18"/>
              </w:rPr>
            </w:pPr>
          </w:p>
        </w:tc>
      </w:tr>
      <w:tr w:rsidR="00516A5B" w:rsidRPr="00E57C32" w14:paraId="7809B006" w14:textId="77777777" w:rsidTr="00674DB8">
        <w:tc>
          <w:tcPr>
            <w:tcW w:w="709" w:type="dxa"/>
            <w:vAlign w:val="center"/>
          </w:tcPr>
          <w:p w14:paraId="687A247D"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tcPr>
          <w:p w14:paraId="30D6C918" w14:textId="77777777" w:rsidR="00516A5B" w:rsidRPr="00E57C32" w:rsidRDefault="00516A5B" w:rsidP="00B25E14">
            <w:pPr>
              <w:jc w:val="both"/>
              <w:rPr>
                <w:rFonts w:ascii="Arial" w:hAnsi="Arial" w:cs="Arial"/>
                <w:sz w:val="18"/>
                <w:szCs w:val="18"/>
              </w:rPr>
            </w:pPr>
            <w:r w:rsidRPr="00B55E0B">
              <w:rPr>
                <w:rFonts w:ascii="Arial" w:hAnsi="Arial" w:cs="Arial"/>
                <w:sz w:val="18"/>
                <w:szCs w:val="18"/>
              </w:rPr>
              <w:t xml:space="preserve">Suministro e instalación de ODF </w:t>
            </w:r>
            <w:proofErr w:type="spellStart"/>
            <w:r w:rsidRPr="00B55E0B">
              <w:rPr>
                <w:rFonts w:ascii="Arial" w:hAnsi="Arial" w:cs="Arial"/>
                <w:sz w:val="18"/>
                <w:szCs w:val="18"/>
              </w:rPr>
              <w:t>rackeables</w:t>
            </w:r>
            <w:proofErr w:type="spellEnd"/>
            <w:r w:rsidRPr="00B55E0B">
              <w:rPr>
                <w:rFonts w:ascii="Arial" w:hAnsi="Arial" w:cs="Arial"/>
                <w:sz w:val="18"/>
                <w:szCs w:val="18"/>
              </w:rPr>
              <w:t xml:space="preserve"> de 19” de 1U con terminaciones LC. Fusión o terminación de la totalidad de hilos de fibra óptica a instalar.</w:t>
            </w:r>
          </w:p>
        </w:tc>
        <w:tc>
          <w:tcPr>
            <w:tcW w:w="993" w:type="dxa"/>
            <w:vAlign w:val="center"/>
          </w:tcPr>
          <w:p w14:paraId="3AED76F5" w14:textId="77777777" w:rsidR="00516A5B" w:rsidRPr="00E57C32" w:rsidRDefault="00516A5B" w:rsidP="00B25E14">
            <w:pPr>
              <w:rPr>
                <w:rFonts w:ascii="Arial" w:hAnsi="Arial" w:cs="Arial"/>
                <w:color w:val="EE0000"/>
                <w:sz w:val="18"/>
                <w:szCs w:val="18"/>
              </w:rPr>
            </w:pPr>
          </w:p>
        </w:tc>
        <w:tc>
          <w:tcPr>
            <w:tcW w:w="992" w:type="dxa"/>
            <w:vAlign w:val="center"/>
          </w:tcPr>
          <w:p w14:paraId="42F97BA8" w14:textId="77777777" w:rsidR="00516A5B" w:rsidRPr="00E57C32" w:rsidRDefault="00516A5B" w:rsidP="00B25E14">
            <w:pPr>
              <w:rPr>
                <w:rFonts w:ascii="Arial" w:hAnsi="Arial" w:cs="Arial"/>
                <w:color w:val="EE0000"/>
                <w:sz w:val="18"/>
                <w:szCs w:val="18"/>
              </w:rPr>
            </w:pPr>
          </w:p>
        </w:tc>
      </w:tr>
      <w:tr w:rsidR="00516A5B" w:rsidRPr="00E57C32" w14:paraId="4D52B5C0" w14:textId="77777777" w:rsidTr="00674DB8">
        <w:tc>
          <w:tcPr>
            <w:tcW w:w="709" w:type="dxa"/>
            <w:vAlign w:val="center"/>
          </w:tcPr>
          <w:p w14:paraId="26B2C7C6"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tcPr>
          <w:p w14:paraId="33A6B87E" w14:textId="77777777" w:rsidR="00516A5B" w:rsidRPr="00E57C32" w:rsidRDefault="00516A5B" w:rsidP="00B25E14">
            <w:pPr>
              <w:jc w:val="both"/>
              <w:rPr>
                <w:rFonts w:ascii="Arial" w:hAnsi="Arial" w:cs="Arial"/>
                <w:sz w:val="18"/>
                <w:szCs w:val="18"/>
              </w:rPr>
            </w:pPr>
            <w:r w:rsidRPr="00B55E0B">
              <w:rPr>
                <w:rFonts w:ascii="Arial" w:hAnsi="Arial" w:cs="Arial"/>
                <w:sz w:val="18"/>
                <w:szCs w:val="18"/>
              </w:rPr>
              <w:t xml:space="preserve">No se aceptarán ODF que no sean </w:t>
            </w:r>
            <w:proofErr w:type="spellStart"/>
            <w:r w:rsidRPr="00B55E0B">
              <w:rPr>
                <w:rFonts w:ascii="Arial" w:hAnsi="Arial" w:cs="Arial"/>
                <w:sz w:val="18"/>
                <w:szCs w:val="18"/>
              </w:rPr>
              <w:t>rackeables</w:t>
            </w:r>
            <w:proofErr w:type="spellEnd"/>
            <w:r w:rsidRPr="00B55E0B">
              <w:rPr>
                <w:rFonts w:ascii="Arial" w:hAnsi="Arial" w:cs="Arial"/>
                <w:sz w:val="18"/>
                <w:szCs w:val="18"/>
              </w:rPr>
              <w:t>.</w:t>
            </w:r>
          </w:p>
        </w:tc>
        <w:tc>
          <w:tcPr>
            <w:tcW w:w="993" w:type="dxa"/>
            <w:vAlign w:val="center"/>
          </w:tcPr>
          <w:p w14:paraId="1E009124" w14:textId="77777777" w:rsidR="00516A5B" w:rsidRPr="00E57C32" w:rsidRDefault="00516A5B" w:rsidP="00B25E14">
            <w:pPr>
              <w:rPr>
                <w:rFonts w:ascii="Arial" w:hAnsi="Arial" w:cs="Arial"/>
                <w:color w:val="EE0000"/>
                <w:sz w:val="18"/>
                <w:szCs w:val="18"/>
              </w:rPr>
            </w:pPr>
          </w:p>
        </w:tc>
        <w:tc>
          <w:tcPr>
            <w:tcW w:w="992" w:type="dxa"/>
            <w:vAlign w:val="center"/>
          </w:tcPr>
          <w:p w14:paraId="16CCE3FA" w14:textId="77777777" w:rsidR="00516A5B" w:rsidRPr="00E57C32" w:rsidRDefault="00516A5B" w:rsidP="00B25E14">
            <w:pPr>
              <w:rPr>
                <w:rFonts w:ascii="Arial" w:hAnsi="Arial" w:cs="Arial"/>
                <w:color w:val="EE0000"/>
                <w:sz w:val="18"/>
                <w:szCs w:val="18"/>
              </w:rPr>
            </w:pPr>
          </w:p>
        </w:tc>
      </w:tr>
      <w:tr w:rsidR="00516A5B" w:rsidRPr="00E57C32" w14:paraId="2094258D" w14:textId="77777777" w:rsidTr="00674DB8">
        <w:tc>
          <w:tcPr>
            <w:tcW w:w="709" w:type="dxa"/>
            <w:vAlign w:val="center"/>
          </w:tcPr>
          <w:p w14:paraId="79136EF9"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799539B2" w14:textId="77777777" w:rsidR="00516A5B" w:rsidRPr="00E57C32" w:rsidRDefault="00516A5B" w:rsidP="00B25E14">
            <w:pPr>
              <w:jc w:val="both"/>
              <w:rPr>
                <w:rFonts w:ascii="Arial" w:hAnsi="Arial" w:cs="Arial"/>
                <w:sz w:val="18"/>
                <w:szCs w:val="18"/>
              </w:rPr>
            </w:pPr>
            <w:r w:rsidRPr="00B55E0B">
              <w:rPr>
                <w:rFonts w:ascii="Arial" w:hAnsi="Arial" w:cs="Arial"/>
                <w:sz w:val="18"/>
                <w:szCs w:val="18"/>
              </w:rPr>
              <w:t>No se aceptarán desangrado de las fibras.</w:t>
            </w:r>
          </w:p>
        </w:tc>
        <w:tc>
          <w:tcPr>
            <w:tcW w:w="993" w:type="dxa"/>
            <w:vAlign w:val="center"/>
          </w:tcPr>
          <w:p w14:paraId="6CD34996" w14:textId="77777777" w:rsidR="00516A5B" w:rsidRPr="00E57C32" w:rsidRDefault="00516A5B" w:rsidP="00B25E14">
            <w:pPr>
              <w:rPr>
                <w:rFonts w:ascii="Arial" w:hAnsi="Arial" w:cs="Arial"/>
                <w:color w:val="EE0000"/>
                <w:sz w:val="18"/>
                <w:szCs w:val="18"/>
              </w:rPr>
            </w:pPr>
          </w:p>
        </w:tc>
        <w:tc>
          <w:tcPr>
            <w:tcW w:w="992" w:type="dxa"/>
            <w:vAlign w:val="center"/>
          </w:tcPr>
          <w:p w14:paraId="00BAFD4D" w14:textId="77777777" w:rsidR="00516A5B" w:rsidRPr="00E57C32" w:rsidRDefault="00516A5B" w:rsidP="00B25E14">
            <w:pPr>
              <w:rPr>
                <w:rFonts w:ascii="Arial" w:hAnsi="Arial" w:cs="Arial"/>
                <w:color w:val="EE0000"/>
                <w:sz w:val="18"/>
                <w:szCs w:val="18"/>
              </w:rPr>
            </w:pPr>
          </w:p>
        </w:tc>
      </w:tr>
      <w:tr w:rsidR="00516A5B" w:rsidRPr="00E57C32" w14:paraId="22CA948E" w14:textId="77777777" w:rsidTr="00674DB8">
        <w:tc>
          <w:tcPr>
            <w:tcW w:w="709" w:type="dxa"/>
            <w:vAlign w:val="center"/>
          </w:tcPr>
          <w:p w14:paraId="6E715D00"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0E09B8FC" w14:textId="77777777" w:rsidR="00516A5B" w:rsidRPr="00B55E0B" w:rsidRDefault="00516A5B" w:rsidP="00B25E14">
            <w:pPr>
              <w:jc w:val="both"/>
              <w:rPr>
                <w:rFonts w:ascii="Arial" w:hAnsi="Arial" w:cs="Arial"/>
                <w:sz w:val="18"/>
                <w:szCs w:val="18"/>
              </w:rPr>
            </w:pPr>
            <w:r w:rsidRPr="00CC656F">
              <w:rPr>
                <w:rFonts w:ascii="Arial" w:hAnsi="Arial" w:cs="Arial"/>
                <w:sz w:val="18"/>
                <w:szCs w:val="18"/>
              </w:rPr>
              <w:t xml:space="preserve">Se deberá garantizar reserva </w:t>
            </w:r>
            <w:r>
              <w:rPr>
                <w:rFonts w:ascii="Arial" w:hAnsi="Arial" w:cs="Arial"/>
                <w:sz w:val="18"/>
                <w:szCs w:val="18"/>
              </w:rPr>
              <w:t xml:space="preserve">mínima </w:t>
            </w:r>
            <w:r w:rsidRPr="00CC656F">
              <w:rPr>
                <w:rFonts w:ascii="Arial" w:hAnsi="Arial" w:cs="Arial"/>
                <w:sz w:val="18"/>
                <w:szCs w:val="18"/>
              </w:rPr>
              <w:t xml:space="preserve">de </w:t>
            </w:r>
            <w:r>
              <w:rPr>
                <w:rFonts w:ascii="Arial" w:hAnsi="Arial" w:cs="Arial"/>
                <w:sz w:val="18"/>
                <w:szCs w:val="18"/>
              </w:rPr>
              <w:t xml:space="preserve">diez </w:t>
            </w:r>
            <w:r w:rsidRPr="00CC656F">
              <w:rPr>
                <w:rFonts w:ascii="Arial" w:hAnsi="Arial" w:cs="Arial"/>
                <w:sz w:val="18"/>
                <w:szCs w:val="18"/>
              </w:rPr>
              <w:t>(</w:t>
            </w:r>
            <w:r>
              <w:rPr>
                <w:rFonts w:ascii="Arial" w:hAnsi="Arial" w:cs="Arial"/>
                <w:sz w:val="18"/>
                <w:szCs w:val="18"/>
              </w:rPr>
              <w:t>10</w:t>
            </w:r>
            <w:r w:rsidRPr="00CC656F">
              <w:rPr>
                <w:rFonts w:ascii="Arial" w:hAnsi="Arial" w:cs="Arial"/>
                <w:sz w:val="18"/>
                <w:szCs w:val="18"/>
              </w:rPr>
              <w:t xml:space="preserve">) metros en </w:t>
            </w:r>
            <w:r>
              <w:rPr>
                <w:rFonts w:ascii="Arial" w:hAnsi="Arial" w:cs="Arial"/>
                <w:sz w:val="18"/>
                <w:szCs w:val="18"/>
              </w:rPr>
              <w:t xml:space="preserve">cada una de las cajas de paso o inspección, en </w:t>
            </w:r>
            <w:r w:rsidRPr="00CC656F">
              <w:rPr>
                <w:rFonts w:ascii="Arial" w:hAnsi="Arial" w:cs="Arial"/>
                <w:sz w:val="18"/>
                <w:szCs w:val="18"/>
              </w:rPr>
              <w:t>todo su recorrido</w:t>
            </w:r>
            <w:r>
              <w:rPr>
                <w:rFonts w:ascii="Arial" w:hAnsi="Arial" w:cs="Arial"/>
                <w:sz w:val="18"/>
                <w:szCs w:val="18"/>
              </w:rPr>
              <w:t xml:space="preserve"> y </w:t>
            </w:r>
            <w:r w:rsidRPr="00CC656F">
              <w:rPr>
                <w:rFonts w:ascii="Arial" w:hAnsi="Arial" w:cs="Arial"/>
                <w:sz w:val="18"/>
                <w:szCs w:val="18"/>
              </w:rPr>
              <w:t>en sus extremos.</w:t>
            </w:r>
          </w:p>
        </w:tc>
        <w:tc>
          <w:tcPr>
            <w:tcW w:w="993" w:type="dxa"/>
            <w:vAlign w:val="center"/>
          </w:tcPr>
          <w:p w14:paraId="260A4DAD" w14:textId="77777777" w:rsidR="00516A5B" w:rsidRPr="00E57C32" w:rsidRDefault="00516A5B" w:rsidP="00B25E14">
            <w:pPr>
              <w:rPr>
                <w:rFonts w:ascii="Arial" w:hAnsi="Arial" w:cs="Arial"/>
                <w:color w:val="EE0000"/>
                <w:sz w:val="18"/>
                <w:szCs w:val="18"/>
              </w:rPr>
            </w:pPr>
          </w:p>
        </w:tc>
        <w:tc>
          <w:tcPr>
            <w:tcW w:w="992" w:type="dxa"/>
            <w:vAlign w:val="center"/>
          </w:tcPr>
          <w:p w14:paraId="7452AD2D" w14:textId="77777777" w:rsidR="00516A5B" w:rsidRPr="00E57C32" w:rsidRDefault="00516A5B" w:rsidP="00B25E14">
            <w:pPr>
              <w:rPr>
                <w:rFonts w:ascii="Arial" w:hAnsi="Arial" w:cs="Arial"/>
                <w:color w:val="EE0000"/>
                <w:sz w:val="18"/>
                <w:szCs w:val="18"/>
              </w:rPr>
            </w:pPr>
          </w:p>
        </w:tc>
      </w:tr>
      <w:tr w:rsidR="00516A5B" w:rsidRPr="00E57C32" w14:paraId="5FB231A6" w14:textId="77777777" w:rsidTr="00674DB8">
        <w:tc>
          <w:tcPr>
            <w:tcW w:w="709" w:type="dxa"/>
            <w:vAlign w:val="center"/>
          </w:tcPr>
          <w:p w14:paraId="50B1D324"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50FDF7D3" w14:textId="77777777" w:rsidR="00516A5B" w:rsidRPr="00E57C32" w:rsidRDefault="00516A5B" w:rsidP="00B25E14">
            <w:pPr>
              <w:jc w:val="both"/>
              <w:rPr>
                <w:rFonts w:ascii="Arial" w:hAnsi="Arial" w:cs="Arial"/>
                <w:sz w:val="18"/>
                <w:szCs w:val="18"/>
              </w:rPr>
            </w:pPr>
            <w:r w:rsidRPr="00CC656F">
              <w:rPr>
                <w:rFonts w:ascii="Arial" w:hAnsi="Arial" w:cs="Arial"/>
                <w:sz w:val="18"/>
                <w:szCs w:val="18"/>
              </w:rPr>
              <w:t>Chaqueta en polietileno, resistente a roedores, tubos provistos de gel</w:t>
            </w:r>
            <w:r>
              <w:rPr>
                <w:rFonts w:ascii="Arial" w:hAnsi="Arial" w:cs="Arial"/>
                <w:sz w:val="18"/>
                <w:szCs w:val="18"/>
              </w:rPr>
              <w:t>, resistente a condiciones de inmersión en agua.</w:t>
            </w:r>
          </w:p>
        </w:tc>
        <w:tc>
          <w:tcPr>
            <w:tcW w:w="993" w:type="dxa"/>
            <w:vAlign w:val="center"/>
          </w:tcPr>
          <w:p w14:paraId="3A193B22" w14:textId="77777777" w:rsidR="00516A5B" w:rsidRPr="00E57C32" w:rsidRDefault="00516A5B" w:rsidP="00B25E14">
            <w:pPr>
              <w:rPr>
                <w:rFonts w:ascii="Arial" w:hAnsi="Arial" w:cs="Arial"/>
                <w:color w:val="EE0000"/>
                <w:sz w:val="18"/>
                <w:szCs w:val="18"/>
              </w:rPr>
            </w:pPr>
          </w:p>
        </w:tc>
        <w:tc>
          <w:tcPr>
            <w:tcW w:w="992" w:type="dxa"/>
            <w:vAlign w:val="center"/>
          </w:tcPr>
          <w:p w14:paraId="74FE6D40" w14:textId="77777777" w:rsidR="00516A5B" w:rsidRPr="00E57C32" w:rsidRDefault="00516A5B" w:rsidP="00B25E14">
            <w:pPr>
              <w:rPr>
                <w:rFonts w:ascii="Arial" w:hAnsi="Arial" w:cs="Arial"/>
                <w:color w:val="EE0000"/>
                <w:sz w:val="18"/>
                <w:szCs w:val="18"/>
              </w:rPr>
            </w:pPr>
          </w:p>
        </w:tc>
      </w:tr>
      <w:tr w:rsidR="00516A5B" w:rsidRPr="00E57C32" w14:paraId="40C50645" w14:textId="77777777" w:rsidTr="00674DB8">
        <w:tc>
          <w:tcPr>
            <w:tcW w:w="709" w:type="dxa"/>
            <w:vAlign w:val="center"/>
          </w:tcPr>
          <w:p w14:paraId="5227A1D1"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5577BA12" w14:textId="77777777" w:rsidR="00516A5B" w:rsidRPr="00E57C32" w:rsidRDefault="00516A5B" w:rsidP="00B25E14">
            <w:pPr>
              <w:jc w:val="both"/>
              <w:rPr>
                <w:rFonts w:ascii="Arial" w:hAnsi="Arial" w:cs="Arial"/>
                <w:sz w:val="18"/>
                <w:szCs w:val="18"/>
              </w:rPr>
            </w:pPr>
            <w:r>
              <w:rPr>
                <w:rFonts w:ascii="Arial" w:hAnsi="Arial" w:cs="Arial"/>
                <w:sz w:val="18"/>
                <w:szCs w:val="18"/>
              </w:rPr>
              <w:t xml:space="preserve">Para tendidos aéreos, </w:t>
            </w:r>
            <w:r w:rsidRPr="00996F69">
              <w:rPr>
                <w:rFonts w:ascii="Arial" w:hAnsi="Arial" w:cs="Arial"/>
                <w:sz w:val="18"/>
                <w:szCs w:val="18"/>
              </w:rPr>
              <w:t>resistente a rayos ultra violeta</w:t>
            </w:r>
            <w:r>
              <w:rPr>
                <w:rFonts w:ascii="Arial" w:hAnsi="Arial" w:cs="Arial"/>
                <w:sz w:val="18"/>
                <w:szCs w:val="18"/>
              </w:rPr>
              <w:t xml:space="preserve">, garantizando </w:t>
            </w:r>
            <w:r w:rsidRPr="00996F69">
              <w:rPr>
                <w:rFonts w:ascii="Arial" w:hAnsi="Arial" w:cs="Arial"/>
                <w:sz w:val="18"/>
                <w:szCs w:val="18"/>
              </w:rPr>
              <w:t>la sujeción, tensión y SPAN mínimos normados en todo el tendido.</w:t>
            </w:r>
          </w:p>
        </w:tc>
        <w:tc>
          <w:tcPr>
            <w:tcW w:w="993" w:type="dxa"/>
            <w:vAlign w:val="center"/>
          </w:tcPr>
          <w:p w14:paraId="6D2A3B00" w14:textId="77777777" w:rsidR="00516A5B" w:rsidRPr="00E57C32" w:rsidRDefault="00516A5B" w:rsidP="00B25E14">
            <w:pPr>
              <w:rPr>
                <w:rFonts w:ascii="Arial" w:hAnsi="Arial" w:cs="Arial"/>
                <w:color w:val="EE0000"/>
                <w:sz w:val="18"/>
                <w:szCs w:val="18"/>
              </w:rPr>
            </w:pPr>
          </w:p>
        </w:tc>
        <w:tc>
          <w:tcPr>
            <w:tcW w:w="992" w:type="dxa"/>
            <w:vAlign w:val="center"/>
          </w:tcPr>
          <w:p w14:paraId="08264F83" w14:textId="77777777" w:rsidR="00516A5B" w:rsidRPr="00E57C32" w:rsidRDefault="00516A5B" w:rsidP="00B25E14">
            <w:pPr>
              <w:rPr>
                <w:rFonts w:ascii="Arial" w:hAnsi="Arial" w:cs="Arial"/>
                <w:color w:val="EE0000"/>
                <w:sz w:val="18"/>
                <w:szCs w:val="18"/>
              </w:rPr>
            </w:pPr>
          </w:p>
        </w:tc>
      </w:tr>
      <w:tr w:rsidR="00516A5B" w:rsidRPr="00E57C32" w14:paraId="08A8A2FE" w14:textId="77777777" w:rsidTr="00674DB8">
        <w:tc>
          <w:tcPr>
            <w:tcW w:w="709" w:type="dxa"/>
            <w:vAlign w:val="center"/>
          </w:tcPr>
          <w:p w14:paraId="618E48F3"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2A9181D9" w14:textId="77777777" w:rsidR="00516A5B" w:rsidRPr="00E57C32" w:rsidRDefault="00516A5B" w:rsidP="00B25E14">
            <w:pPr>
              <w:jc w:val="both"/>
              <w:rPr>
                <w:rFonts w:ascii="Arial" w:hAnsi="Arial" w:cs="Arial"/>
                <w:sz w:val="18"/>
                <w:szCs w:val="18"/>
              </w:rPr>
            </w:pPr>
            <w:r w:rsidRPr="00996F69">
              <w:rPr>
                <w:rFonts w:ascii="Arial" w:hAnsi="Arial" w:cs="Arial"/>
                <w:sz w:val="18"/>
                <w:szCs w:val="18"/>
              </w:rPr>
              <w:t>Debe soportar como mínimo temperaturas de operación entre-10°C a 50°C.</w:t>
            </w:r>
          </w:p>
        </w:tc>
        <w:tc>
          <w:tcPr>
            <w:tcW w:w="993" w:type="dxa"/>
            <w:vAlign w:val="center"/>
          </w:tcPr>
          <w:p w14:paraId="2B2F2711" w14:textId="77777777" w:rsidR="00516A5B" w:rsidRPr="00E57C32" w:rsidRDefault="00516A5B" w:rsidP="00B25E14">
            <w:pPr>
              <w:rPr>
                <w:rFonts w:ascii="Arial" w:hAnsi="Arial" w:cs="Arial"/>
                <w:color w:val="EE0000"/>
                <w:sz w:val="18"/>
                <w:szCs w:val="18"/>
              </w:rPr>
            </w:pPr>
          </w:p>
        </w:tc>
        <w:tc>
          <w:tcPr>
            <w:tcW w:w="992" w:type="dxa"/>
            <w:vAlign w:val="center"/>
          </w:tcPr>
          <w:p w14:paraId="4AFA8AB8" w14:textId="77777777" w:rsidR="00516A5B" w:rsidRPr="00E57C32" w:rsidRDefault="00516A5B" w:rsidP="00B25E14">
            <w:pPr>
              <w:rPr>
                <w:rFonts w:ascii="Arial" w:hAnsi="Arial" w:cs="Arial"/>
                <w:color w:val="EE0000"/>
                <w:sz w:val="18"/>
                <w:szCs w:val="18"/>
              </w:rPr>
            </w:pPr>
          </w:p>
        </w:tc>
      </w:tr>
      <w:tr w:rsidR="00516A5B" w:rsidRPr="00E57C32" w14:paraId="386364D0" w14:textId="77777777" w:rsidTr="00674DB8">
        <w:tc>
          <w:tcPr>
            <w:tcW w:w="709" w:type="dxa"/>
            <w:vAlign w:val="center"/>
          </w:tcPr>
          <w:p w14:paraId="48819E33"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2F9EDFA6" w14:textId="77777777" w:rsidR="00516A5B" w:rsidRPr="00E57C32" w:rsidRDefault="00516A5B" w:rsidP="00B25E14">
            <w:pPr>
              <w:jc w:val="both"/>
              <w:rPr>
                <w:rFonts w:ascii="Arial" w:hAnsi="Arial" w:cs="Arial"/>
                <w:sz w:val="18"/>
                <w:szCs w:val="18"/>
              </w:rPr>
            </w:pPr>
            <w:r>
              <w:rPr>
                <w:rFonts w:ascii="Arial" w:hAnsi="Arial" w:cs="Arial"/>
                <w:sz w:val="18"/>
                <w:szCs w:val="18"/>
              </w:rPr>
              <w:t xml:space="preserve">Compuesta por elemento </w:t>
            </w:r>
            <w:r w:rsidRPr="006D3CF4">
              <w:rPr>
                <w:rFonts w:ascii="Arial" w:hAnsi="Arial" w:cs="Arial"/>
                <w:sz w:val="18"/>
                <w:szCs w:val="18"/>
              </w:rPr>
              <w:t>central dieléctrico, tubos holgados (buffer), fibras ópticas, elementos</w:t>
            </w:r>
            <w:r>
              <w:rPr>
                <w:rFonts w:ascii="Arial" w:hAnsi="Arial" w:cs="Arial"/>
                <w:sz w:val="18"/>
                <w:szCs w:val="18"/>
              </w:rPr>
              <w:t xml:space="preserve"> </w:t>
            </w:r>
            <w:r w:rsidRPr="006D3CF4">
              <w:rPr>
                <w:rFonts w:ascii="Arial" w:hAnsi="Arial" w:cs="Arial"/>
                <w:sz w:val="18"/>
                <w:szCs w:val="18"/>
              </w:rPr>
              <w:t>absorbentes de la humedad. cubierta exterior de polietileno.</w:t>
            </w:r>
          </w:p>
        </w:tc>
        <w:tc>
          <w:tcPr>
            <w:tcW w:w="993" w:type="dxa"/>
            <w:vAlign w:val="center"/>
          </w:tcPr>
          <w:p w14:paraId="7CF6A3F7" w14:textId="77777777" w:rsidR="00516A5B" w:rsidRPr="00E57C32" w:rsidRDefault="00516A5B" w:rsidP="00B25E14">
            <w:pPr>
              <w:rPr>
                <w:rFonts w:ascii="Arial" w:hAnsi="Arial" w:cs="Arial"/>
                <w:color w:val="EE0000"/>
                <w:sz w:val="18"/>
                <w:szCs w:val="18"/>
              </w:rPr>
            </w:pPr>
          </w:p>
        </w:tc>
        <w:tc>
          <w:tcPr>
            <w:tcW w:w="992" w:type="dxa"/>
            <w:vAlign w:val="center"/>
          </w:tcPr>
          <w:p w14:paraId="1CFD3192" w14:textId="77777777" w:rsidR="00516A5B" w:rsidRPr="00E57C32" w:rsidRDefault="00516A5B" w:rsidP="00B25E14">
            <w:pPr>
              <w:rPr>
                <w:rFonts w:ascii="Arial" w:hAnsi="Arial" w:cs="Arial"/>
                <w:color w:val="EE0000"/>
                <w:sz w:val="18"/>
                <w:szCs w:val="18"/>
              </w:rPr>
            </w:pPr>
          </w:p>
        </w:tc>
      </w:tr>
      <w:tr w:rsidR="00516A5B" w:rsidRPr="00E57C32" w14:paraId="4A45AC17" w14:textId="77777777" w:rsidTr="00674DB8">
        <w:tc>
          <w:tcPr>
            <w:tcW w:w="709" w:type="dxa"/>
            <w:vAlign w:val="center"/>
          </w:tcPr>
          <w:p w14:paraId="581F50EF" w14:textId="77777777" w:rsidR="00516A5B" w:rsidRPr="00B64BC5" w:rsidRDefault="00516A5B">
            <w:pPr>
              <w:pStyle w:val="Prrafodelista"/>
              <w:numPr>
                <w:ilvl w:val="0"/>
                <w:numId w:val="23"/>
              </w:numPr>
              <w:ind w:left="417"/>
              <w:jc w:val="center"/>
              <w:rPr>
                <w:rFonts w:ascii="Arial" w:hAnsi="Arial" w:cs="Arial"/>
                <w:sz w:val="18"/>
                <w:szCs w:val="18"/>
                <w:lang w:val="pt-PT"/>
              </w:rPr>
            </w:pPr>
          </w:p>
        </w:tc>
        <w:tc>
          <w:tcPr>
            <w:tcW w:w="7796" w:type="dxa"/>
            <w:gridSpan w:val="2"/>
            <w:vAlign w:val="center"/>
          </w:tcPr>
          <w:p w14:paraId="4470C4B4" w14:textId="77777777" w:rsidR="00516A5B" w:rsidRPr="00E57C32" w:rsidRDefault="00516A5B" w:rsidP="00B25E14">
            <w:pPr>
              <w:jc w:val="both"/>
              <w:rPr>
                <w:rFonts w:ascii="Arial" w:hAnsi="Arial" w:cs="Arial"/>
                <w:sz w:val="18"/>
                <w:szCs w:val="18"/>
              </w:rPr>
            </w:pPr>
            <w:r w:rsidRPr="006D3CF4">
              <w:rPr>
                <w:rFonts w:ascii="Arial" w:hAnsi="Arial" w:cs="Arial"/>
                <w:sz w:val="18"/>
                <w:szCs w:val="18"/>
              </w:rPr>
              <w:t>Cada uno de los extremos del cableado será identificado, con una placa de material acrílico</w:t>
            </w:r>
            <w:r>
              <w:rPr>
                <w:rFonts w:ascii="Arial" w:hAnsi="Arial" w:cs="Arial"/>
                <w:sz w:val="18"/>
                <w:szCs w:val="18"/>
              </w:rPr>
              <w:t xml:space="preserve"> </w:t>
            </w:r>
            <w:r w:rsidRPr="006D3CF4">
              <w:rPr>
                <w:rFonts w:ascii="Arial" w:hAnsi="Arial" w:cs="Arial"/>
                <w:sz w:val="18"/>
                <w:szCs w:val="18"/>
              </w:rPr>
              <w:t>de color verde</w:t>
            </w:r>
            <w:r>
              <w:rPr>
                <w:rFonts w:ascii="Arial" w:hAnsi="Arial" w:cs="Arial"/>
                <w:sz w:val="18"/>
                <w:szCs w:val="18"/>
              </w:rPr>
              <w:t xml:space="preserve">, con </w:t>
            </w:r>
            <w:r w:rsidRPr="006D3CF4">
              <w:rPr>
                <w:rFonts w:ascii="Arial" w:hAnsi="Arial" w:cs="Arial"/>
                <w:sz w:val="18"/>
                <w:szCs w:val="18"/>
              </w:rPr>
              <w:t>las letras y logos de color blanco</w:t>
            </w:r>
            <w:r>
              <w:rPr>
                <w:rFonts w:ascii="Arial" w:hAnsi="Arial" w:cs="Arial"/>
                <w:sz w:val="18"/>
                <w:szCs w:val="18"/>
              </w:rPr>
              <w:t xml:space="preserve"> con la información que disponga el supervisor del contrato</w:t>
            </w:r>
            <w:r w:rsidRPr="006D3CF4">
              <w:rPr>
                <w:rFonts w:ascii="Arial" w:hAnsi="Arial" w:cs="Arial"/>
                <w:sz w:val="18"/>
                <w:szCs w:val="18"/>
              </w:rPr>
              <w:t xml:space="preserve">. </w:t>
            </w:r>
          </w:p>
        </w:tc>
        <w:tc>
          <w:tcPr>
            <w:tcW w:w="993" w:type="dxa"/>
            <w:vAlign w:val="center"/>
          </w:tcPr>
          <w:p w14:paraId="35370C1A" w14:textId="77777777" w:rsidR="00516A5B" w:rsidRPr="00E57C32" w:rsidRDefault="00516A5B" w:rsidP="00B25E14">
            <w:pPr>
              <w:rPr>
                <w:rFonts w:ascii="Arial" w:hAnsi="Arial" w:cs="Arial"/>
                <w:color w:val="EE0000"/>
                <w:sz w:val="18"/>
                <w:szCs w:val="18"/>
              </w:rPr>
            </w:pPr>
          </w:p>
        </w:tc>
        <w:tc>
          <w:tcPr>
            <w:tcW w:w="992" w:type="dxa"/>
            <w:vAlign w:val="center"/>
          </w:tcPr>
          <w:p w14:paraId="1BD80BB4" w14:textId="77777777" w:rsidR="00516A5B" w:rsidRPr="00E57C32" w:rsidRDefault="00516A5B" w:rsidP="00B25E14">
            <w:pPr>
              <w:rPr>
                <w:rFonts w:ascii="Arial" w:hAnsi="Arial" w:cs="Arial"/>
                <w:color w:val="EE0000"/>
                <w:sz w:val="18"/>
                <w:szCs w:val="18"/>
              </w:rPr>
            </w:pPr>
          </w:p>
        </w:tc>
      </w:tr>
      <w:tr w:rsidR="00516A5B" w:rsidRPr="00E57C32" w14:paraId="522CC21E" w14:textId="77777777" w:rsidTr="00674DB8">
        <w:tc>
          <w:tcPr>
            <w:tcW w:w="709" w:type="dxa"/>
            <w:vAlign w:val="center"/>
          </w:tcPr>
          <w:p w14:paraId="6DE7D4EE" w14:textId="77777777" w:rsidR="00516A5B" w:rsidRPr="001324DD"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71E0A1D9" w14:textId="77777777" w:rsidR="00516A5B" w:rsidRPr="00E57C32" w:rsidRDefault="00516A5B" w:rsidP="00B25E14">
            <w:pPr>
              <w:jc w:val="both"/>
              <w:rPr>
                <w:rFonts w:ascii="Arial" w:hAnsi="Arial" w:cs="Arial"/>
                <w:sz w:val="18"/>
                <w:szCs w:val="18"/>
              </w:rPr>
            </w:pPr>
            <w:r w:rsidRPr="000D3AA7">
              <w:rPr>
                <w:rFonts w:ascii="Arial" w:hAnsi="Arial" w:cs="Arial"/>
                <w:sz w:val="18"/>
                <w:szCs w:val="18"/>
              </w:rPr>
              <w:t>Suministro e instalación de muflas de acuerdo a la necesidad de la instalación, y consideraciones del supervisor frente a la interconexión de fibras existentes y/o proyectadas.</w:t>
            </w:r>
          </w:p>
        </w:tc>
        <w:tc>
          <w:tcPr>
            <w:tcW w:w="993" w:type="dxa"/>
            <w:vAlign w:val="center"/>
          </w:tcPr>
          <w:p w14:paraId="51ADF78B" w14:textId="77777777" w:rsidR="00516A5B" w:rsidRPr="00E57C32" w:rsidRDefault="00516A5B" w:rsidP="00B25E14">
            <w:pPr>
              <w:rPr>
                <w:rFonts w:ascii="Arial" w:hAnsi="Arial" w:cs="Arial"/>
                <w:color w:val="EE0000"/>
                <w:sz w:val="18"/>
                <w:szCs w:val="18"/>
              </w:rPr>
            </w:pPr>
          </w:p>
        </w:tc>
        <w:tc>
          <w:tcPr>
            <w:tcW w:w="992" w:type="dxa"/>
            <w:vAlign w:val="center"/>
          </w:tcPr>
          <w:p w14:paraId="19FE7720" w14:textId="77777777" w:rsidR="00516A5B" w:rsidRPr="00E57C32" w:rsidRDefault="00516A5B" w:rsidP="00B25E14">
            <w:pPr>
              <w:rPr>
                <w:rFonts w:ascii="Arial" w:hAnsi="Arial" w:cs="Arial"/>
                <w:color w:val="EE0000"/>
                <w:sz w:val="18"/>
                <w:szCs w:val="18"/>
              </w:rPr>
            </w:pPr>
          </w:p>
        </w:tc>
      </w:tr>
      <w:tr w:rsidR="00516A5B" w:rsidRPr="00E57C32" w14:paraId="23D94E11" w14:textId="77777777" w:rsidTr="00674DB8">
        <w:tc>
          <w:tcPr>
            <w:tcW w:w="709" w:type="dxa"/>
            <w:vAlign w:val="center"/>
          </w:tcPr>
          <w:p w14:paraId="1A1FDB48"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532C1F97" w14:textId="77777777" w:rsidR="00516A5B" w:rsidRPr="00E57C32" w:rsidRDefault="00516A5B" w:rsidP="00B25E14">
            <w:pPr>
              <w:jc w:val="both"/>
              <w:rPr>
                <w:rFonts w:ascii="Arial" w:hAnsi="Arial" w:cs="Arial"/>
                <w:sz w:val="18"/>
                <w:szCs w:val="18"/>
              </w:rPr>
            </w:pPr>
            <w:r w:rsidRPr="00050EFB">
              <w:rPr>
                <w:rFonts w:ascii="Arial" w:hAnsi="Arial" w:cs="Arial"/>
                <w:sz w:val="18"/>
                <w:szCs w:val="18"/>
              </w:rPr>
              <w:t>Certificación de desempeño de cada uno de los hilos y/o canal en formato PDF en medio magnético, junto con certificación vigente de calibración del instrumento de medición a utilizar</w:t>
            </w:r>
          </w:p>
        </w:tc>
        <w:tc>
          <w:tcPr>
            <w:tcW w:w="993" w:type="dxa"/>
            <w:vAlign w:val="center"/>
          </w:tcPr>
          <w:p w14:paraId="5EC4B3CD" w14:textId="77777777" w:rsidR="00516A5B" w:rsidRPr="00E57C32" w:rsidRDefault="00516A5B" w:rsidP="00B25E14">
            <w:pPr>
              <w:rPr>
                <w:rFonts w:ascii="Arial" w:hAnsi="Arial" w:cs="Arial"/>
                <w:color w:val="EE0000"/>
                <w:sz w:val="18"/>
                <w:szCs w:val="18"/>
              </w:rPr>
            </w:pPr>
          </w:p>
        </w:tc>
        <w:tc>
          <w:tcPr>
            <w:tcW w:w="992" w:type="dxa"/>
            <w:vAlign w:val="center"/>
          </w:tcPr>
          <w:p w14:paraId="3B32B868" w14:textId="77777777" w:rsidR="00516A5B" w:rsidRPr="00E57C32" w:rsidRDefault="00516A5B" w:rsidP="00B25E14">
            <w:pPr>
              <w:rPr>
                <w:rFonts w:ascii="Arial" w:hAnsi="Arial" w:cs="Arial"/>
                <w:color w:val="EE0000"/>
                <w:sz w:val="18"/>
                <w:szCs w:val="18"/>
              </w:rPr>
            </w:pPr>
          </w:p>
        </w:tc>
      </w:tr>
      <w:tr w:rsidR="00516A5B" w:rsidRPr="00E57C32" w14:paraId="7D8E40E5" w14:textId="77777777" w:rsidTr="00674DB8">
        <w:tc>
          <w:tcPr>
            <w:tcW w:w="709" w:type="dxa"/>
            <w:vAlign w:val="center"/>
          </w:tcPr>
          <w:p w14:paraId="6294A54F"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7B96BE4F" w14:textId="77777777" w:rsidR="00516A5B" w:rsidRPr="00E57C32" w:rsidRDefault="00516A5B" w:rsidP="00B25E14">
            <w:pPr>
              <w:jc w:val="both"/>
              <w:rPr>
                <w:rFonts w:ascii="Arial" w:hAnsi="Arial" w:cs="Arial"/>
                <w:sz w:val="18"/>
                <w:szCs w:val="18"/>
              </w:rPr>
            </w:pPr>
            <w:r w:rsidRPr="00050EFB">
              <w:rPr>
                <w:rFonts w:ascii="Arial" w:hAnsi="Arial" w:cs="Arial"/>
                <w:sz w:val="18"/>
                <w:szCs w:val="18"/>
              </w:rPr>
              <w:t xml:space="preserve">Incluir los módulos </w:t>
            </w:r>
            <w:proofErr w:type="spellStart"/>
            <w:r w:rsidRPr="00050EFB">
              <w:rPr>
                <w:rFonts w:ascii="Arial" w:hAnsi="Arial" w:cs="Arial"/>
                <w:sz w:val="18"/>
                <w:szCs w:val="18"/>
              </w:rPr>
              <w:t>transeiver</w:t>
            </w:r>
            <w:proofErr w:type="spellEnd"/>
            <w:r w:rsidRPr="00050EFB">
              <w:rPr>
                <w:rFonts w:ascii="Arial" w:hAnsi="Arial" w:cs="Arial"/>
                <w:sz w:val="18"/>
                <w:szCs w:val="18"/>
              </w:rPr>
              <w:t xml:space="preserve"> tipo LC de fibra óptica necesarios para la puesta en funcionamiento de cada uno de los enlaces de fibra óptica a utilizar. Dichos módulos deberán ser compatibles con los equipos activos de red (</w:t>
            </w:r>
            <w:proofErr w:type="spellStart"/>
            <w:r w:rsidRPr="00050EFB">
              <w:rPr>
                <w:rFonts w:ascii="Arial" w:hAnsi="Arial" w:cs="Arial"/>
                <w:sz w:val="18"/>
                <w:szCs w:val="18"/>
              </w:rPr>
              <w:t>switch</w:t>
            </w:r>
            <w:proofErr w:type="spellEnd"/>
            <w:r w:rsidRPr="00050EFB">
              <w:rPr>
                <w:rFonts w:ascii="Arial" w:hAnsi="Arial" w:cs="Arial"/>
                <w:sz w:val="18"/>
                <w:szCs w:val="18"/>
              </w:rPr>
              <w:t>), a instalar, garantizando conexiones mínimas de 10Gbps.</w:t>
            </w:r>
          </w:p>
        </w:tc>
        <w:tc>
          <w:tcPr>
            <w:tcW w:w="993" w:type="dxa"/>
            <w:vAlign w:val="center"/>
          </w:tcPr>
          <w:p w14:paraId="610FCB24" w14:textId="77777777" w:rsidR="00516A5B" w:rsidRPr="00E57C32" w:rsidRDefault="00516A5B" w:rsidP="00B25E14">
            <w:pPr>
              <w:rPr>
                <w:rFonts w:ascii="Arial" w:hAnsi="Arial" w:cs="Arial"/>
                <w:color w:val="EE0000"/>
                <w:sz w:val="18"/>
                <w:szCs w:val="18"/>
              </w:rPr>
            </w:pPr>
          </w:p>
        </w:tc>
        <w:tc>
          <w:tcPr>
            <w:tcW w:w="992" w:type="dxa"/>
            <w:vAlign w:val="center"/>
          </w:tcPr>
          <w:p w14:paraId="35F11A64" w14:textId="77777777" w:rsidR="00516A5B" w:rsidRPr="00E57C32" w:rsidRDefault="00516A5B" w:rsidP="00B25E14">
            <w:pPr>
              <w:rPr>
                <w:rFonts w:ascii="Arial" w:hAnsi="Arial" w:cs="Arial"/>
                <w:color w:val="EE0000"/>
                <w:sz w:val="18"/>
                <w:szCs w:val="18"/>
              </w:rPr>
            </w:pPr>
          </w:p>
        </w:tc>
      </w:tr>
      <w:tr w:rsidR="00516A5B" w:rsidRPr="00E57C32" w14:paraId="2F760CFC" w14:textId="77777777" w:rsidTr="00674DB8">
        <w:tc>
          <w:tcPr>
            <w:tcW w:w="709" w:type="dxa"/>
            <w:vAlign w:val="center"/>
          </w:tcPr>
          <w:p w14:paraId="555C97D6" w14:textId="77777777" w:rsidR="00516A5B" w:rsidRPr="007B5653" w:rsidRDefault="00516A5B">
            <w:pPr>
              <w:pStyle w:val="Prrafodelista"/>
              <w:numPr>
                <w:ilvl w:val="0"/>
                <w:numId w:val="23"/>
              </w:numPr>
              <w:ind w:left="417"/>
              <w:jc w:val="center"/>
              <w:rPr>
                <w:rFonts w:ascii="Arial" w:hAnsi="Arial" w:cs="Arial"/>
                <w:sz w:val="18"/>
                <w:szCs w:val="18"/>
              </w:rPr>
            </w:pPr>
          </w:p>
        </w:tc>
        <w:tc>
          <w:tcPr>
            <w:tcW w:w="7796" w:type="dxa"/>
            <w:gridSpan w:val="2"/>
            <w:vAlign w:val="center"/>
          </w:tcPr>
          <w:p w14:paraId="5C39D651" w14:textId="77777777" w:rsidR="00516A5B" w:rsidRDefault="00516A5B" w:rsidP="00B25E14">
            <w:pPr>
              <w:rPr>
                <w:rFonts w:ascii="Arial" w:hAnsi="Arial" w:cs="Arial"/>
                <w:sz w:val="18"/>
                <w:szCs w:val="18"/>
              </w:rPr>
            </w:pPr>
            <w:r w:rsidRPr="00C35A56">
              <w:rPr>
                <w:rFonts w:ascii="Arial" w:hAnsi="Arial" w:cs="Arial"/>
                <w:sz w:val="18"/>
                <w:szCs w:val="18"/>
              </w:rPr>
              <w:t>Deberá relacionar URL o enlace web del fabricante del producto con dominio .</w:t>
            </w:r>
            <w:proofErr w:type="spellStart"/>
            <w:r w:rsidRPr="00C35A56">
              <w:rPr>
                <w:rFonts w:ascii="Arial" w:hAnsi="Arial" w:cs="Arial"/>
                <w:sz w:val="18"/>
                <w:szCs w:val="18"/>
              </w:rPr>
              <w:t>com</w:t>
            </w:r>
            <w:proofErr w:type="spellEnd"/>
            <w:r w:rsidRPr="00C35A56">
              <w:rPr>
                <w:rFonts w:ascii="Arial" w:hAnsi="Arial" w:cs="Arial"/>
                <w:sz w:val="18"/>
                <w:szCs w:val="18"/>
              </w:rPr>
              <w:t xml:space="preserve">, donde se posible la verificación de la ficha técnica aportada en cada uno de sus </w:t>
            </w:r>
            <w:proofErr w:type="gramStart"/>
            <w:r w:rsidRPr="00C35A56">
              <w:rPr>
                <w:rFonts w:ascii="Arial" w:hAnsi="Arial" w:cs="Arial"/>
                <w:sz w:val="18"/>
                <w:szCs w:val="18"/>
              </w:rPr>
              <w:t>item:_</w:t>
            </w:r>
            <w:proofErr w:type="gramEnd"/>
            <w:r w:rsidRPr="00C35A56">
              <w:rPr>
                <w:rFonts w:ascii="Arial" w:hAnsi="Arial" w:cs="Arial"/>
                <w:sz w:val="18"/>
                <w:szCs w:val="18"/>
              </w:rPr>
              <w:t>____________________________________________________________</w:t>
            </w:r>
          </w:p>
          <w:p w14:paraId="31DFB8A5" w14:textId="77777777" w:rsidR="00516A5B" w:rsidRPr="00E57C32" w:rsidRDefault="00516A5B" w:rsidP="00B25E14">
            <w:pPr>
              <w:jc w:val="both"/>
              <w:rPr>
                <w:rFonts w:ascii="Arial" w:hAnsi="Arial" w:cs="Arial"/>
                <w:sz w:val="18"/>
                <w:szCs w:val="18"/>
              </w:rPr>
            </w:pPr>
          </w:p>
        </w:tc>
        <w:tc>
          <w:tcPr>
            <w:tcW w:w="993" w:type="dxa"/>
            <w:vAlign w:val="center"/>
          </w:tcPr>
          <w:p w14:paraId="6EBB55E6" w14:textId="77777777" w:rsidR="00516A5B" w:rsidRPr="00E57C32" w:rsidRDefault="00516A5B" w:rsidP="00B25E14">
            <w:pPr>
              <w:rPr>
                <w:rFonts w:ascii="Arial" w:hAnsi="Arial" w:cs="Arial"/>
                <w:color w:val="EE0000"/>
                <w:sz w:val="18"/>
                <w:szCs w:val="18"/>
              </w:rPr>
            </w:pPr>
          </w:p>
        </w:tc>
        <w:tc>
          <w:tcPr>
            <w:tcW w:w="992" w:type="dxa"/>
            <w:vAlign w:val="center"/>
          </w:tcPr>
          <w:p w14:paraId="23DB4F18" w14:textId="77777777" w:rsidR="00516A5B" w:rsidRPr="00E57C32" w:rsidRDefault="00516A5B" w:rsidP="00B25E14">
            <w:pPr>
              <w:rPr>
                <w:rFonts w:ascii="Arial" w:hAnsi="Arial" w:cs="Arial"/>
                <w:color w:val="EE0000"/>
                <w:sz w:val="18"/>
                <w:szCs w:val="18"/>
              </w:rPr>
            </w:pPr>
          </w:p>
        </w:tc>
      </w:tr>
      <w:tr w:rsidR="00516A5B" w:rsidRPr="00A56DF5" w14:paraId="247E0528" w14:textId="77777777" w:rsidTr="00674DB8">
        <w:tc>
          <w:tcPr>
            <w:tcW w:w="709" w:type="dxa"/>
            <w:vAlign w:val="center"/>
          </w:tcPr>
          <w:p w14:paraId="5EDCDB0A" w14:textId="77777777" w:rsidR="00516A5B" w:rsidRPr="008C4D7F" w:rsidRDefault="00516A5B" w:rsidP="00B25E14">
            <w:pPr>
              <w:jc w:val="center"/>
              <w:rPr>
                <w:rFonts w:ascii="Arial" w:hAnsi="Arial" w:cs="Arial"/>
                <w:b/>
                <w:bCs/>
                <w:sz w:val="18"/>
                <w:szCs w:val="18"/>
              </w:rPr>
            </w:pPr>
            <w:r w:rsidRPr="008C4D7F">
              <w:rPr>
                <w:rFonts w:ascii="Arial" w:hAnsi="Arial" w:cs="Arial"/>
                <w:b/>
                <w:bCs/>
                <w:sz w:val="18"/>
                <w:szCs w:val="18"/>
              </w:rPr>
              <w:t>4</w:t>
            </w:r>
          </w:p>
        </w:tc>
        <w:tc>
          <w:tcPr>
            <w:tcW w:w="7796" w:type="dxa"/>
            <w:gridSpan w:val="2"/>
            <w:vAlign w:val="center"/>
          </w:tcPr>
          <w:p w14:paraId="59CBF103" w14:textId="77777777" w:rsidR="00516A5B" w:rsidRPr="009E3AAE" w:rsidRDefault="00516A5B" w:rsidP="00B25E14">
            <w:pPr>
              <w:jc w:val="both"/>
              <w:rPr>
                <w:rFonts w:ascii="Arial" w:hAnsi="Arial" w:cs="Arial"/>
                <w:b/>
                <w:sz w:val="18"/>
                <w:szCs w:val="18"/>
              </w:rPr>
            </w:pPr>
            <w:r w:rsidRPr="009E3AAE">
              <w:rPr>
                <w:rFonts w:ascii="Arial" w:hAnsi="Arial" w:cs="Arial"/>
                <w:b/>
                <w:sz w:val="18"/>
                <w:szCs w:val="18"/>
              </w:rPr>
              <w:t>PATCH CORD DÚPLEX DE FIBRA ÓPTICA LC/LC</w:t>
            </w:r>
          </w:p>
        </w:tc>
        <w:tc>
          <w:tcPr>
            <w:tcW w:w="993" w:type="dxa"/>
            <w:vAlign w:val="center"/>
          </w:tcPr>
          <w:p w14:paraId="7FE9ECE2" w14:textId="77777777" w:rsidR="00516A5B" w:rsidRPr="00A56DF5" w:rsidRDefault="00516A5B" w:rsidP="00B25E14">
            <w:pPr>
              <w:rPr>
                <w:rFonts w:ascii="Arial" w:hAnsi="Arial" w:cs="Arial"/>
                <w:color w:val="EE0000"/>
                <w:sz w:val="18"/>
                <w:szCs w:val="18"/>
              </w:rPr>
            </w:pPr>
          </w:p>
        </w:tc>
        <w:tc>
          <w:tcPr>
            <w:tcW w:w="992" w:type="dxa"/>
            <w:vAlign w:val="center"/>
          </w:tcPr>
          <w:p w14:paraId="4C31906A" w14:textId="77777777" w:rsidR="00516A5B" w:rsidRPr="00A56DF5" w:rsidRDefault="00516A5B" w:rsidP="00B25E14">
            <w:pPr>
              <w:rPr>
                <w:rFonts w:ascii="Arial" w:hAnsi="Arial" w:cs="Arial"/>
                <w:color w:val="EE0000"/>
                <w:sz w:val="18"/>
                <w:szCs w:val="18"/>
              </w:rPr>
            </w:pPr>
          </w:p>
        </w:tc>
      </w:tr>
      <w:tr w:rsidR="00516A5B" w:rsidRPr="00A56DF5" w14:paraId="0E43A862" w14:textId="77777777" w:rsidTr="00674DB8">
        <w:tc>
          <w:tcPr>
            <w:tcW w:w="709" w:type="dxa"/>
            <w:vAlign w:val="center"/>
          </w:tcPr>
          <w:p w14:paraId="1198906C" w14:textId="77777777" w:rsidR="00516A5B" w:rsidRPr="00B64BC5" w:rsidRDefault="00516A5B">
            <w:pPr>
              <w:pStyle w:val="Prrafodelista"/>
              <w:numPr>
                <w:ilvl w:val="0"/>
                <w:numId w:val="24"/>
              </w:numPr>
              <w:ind w:left="473"/>
              <w:jc w:val="center"/>
              <w:rPr>
                <w:rFonts w:ascii="Arial" w:hAnsi="Arial" w:cs="Arial"/>
                <w:sz w:val="18"/>
                <w:szCs w:val="18"/>
              </w:rPr>
            </w:pPr>
          </w:p>
        </w:tc>
        <w:tc>
          <w:tcPr>
            <w:tcW w:w="7796" w:type="dxa"/>
            <w:gridSpan w:val="2"/>
            <w:vAlign w:val="center"/>
          </w:tcPr>
          <w:p w14:paraId="24E93E40"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 xml:space="preserve">Suministro e instalación de </w:t>
            </w:r>
            <w:proofErr w:type="spellStart"/>
            <w:r w:rsidRPr="009E3AAE">
              <w:rPr>
                <w:rFonts w:ascii="Arial" w:hAnsi="Arial" w:cs="Arial"/>
                <w:sz w:val="18"/>
                <w:szCs w:val="18"/>
              </w:rPr>
              <w:t>patch</w:t>
            </w:r>
            <w:proofErr w:type="spellEnd"/>
            <w:r w:rsidRPr="009E3AAE">
              <w:rPr>
                <w:rFonts w:ascii="Arial" w:hAnsi="Arial" w:cs="Arial"/>
                <w:sz w:val="18"/>
                <w:szCs w:val="18"/>
              </w:rPr>
              <w:t xml:space="preserve"> </w:t>
            </w:r>
            <w:proofErr w:type="spellStart"/>
            <w:r w:rsidRPr="009E3AAE">
              <w:rPr>
                <w:rFonts w:ascii="Arial" w:hAnsi="Arial" w:cs="Arial"/>
                <w:sz w:val="18"/>
                <w:szCs w:val="18"/>
              </w:rPr>
              <w:t>Cord</w:t>
            </w:r>
            <w:proofErr w:type="spellEnd"/>
            <w:r w:rsidRPr="009E3AAE">
              <w:rPr>
                <w:rFonts w:ascii="Arial" w:hAnsi="Arial" w:cs="Arial"/>
                <w:sz w:val="18"/>
                <w:szCs w:val="18"/>
              </w:rPr>
              <w:t xml:space="preserve"> de fibra óptica OM4</w:t>
            </w:r>
            <w:r>
              <w:rPr>
                <w:rFonts w:ascii="Arial" w:hAnsi="Arial" w:cs="Arial"/>
                <w:sz w:val="18"/>
                <w:szCs w:val="18"/>
              </w:rPr>
              <w:t xml:space="preserve"> o S2 (según corresponda)</w:t>
            </w:r>
            <w:r w:rsidRPr="009E3AAE">
              <w:rPr>
                <w:rFonts w:ascii="Arial" w:hAnsi="Arial" w:cs="Arial"/>
                <w:sz w:val="18"/>
                <w:szCs w:val="18"/>
              </w:rPr>
              <w:t xml:space="preserve"> 10 </w:t>
            </w:r>
            <w:proofErr w:type="spellStart"/>
            <w:r w:rsidRPr="009E3AAE">
              <w:rPr>
                <w:rFonts w:ascii="Arial" w:hAnsi="Arial" w:cs="Arial"/>
                <w:sz w:val="18"/>
                <w:szCs w:val="18"/>
              </w:rPr>
              <w:t>GbE</w:t>
            </w:r>
            <w:proofErr w:type="spellEnd"/>
            <w:r>
              <w:rPr>
                <w:rFonts w:ascii="Arial" w:hAnsi="Arial" w:cs="Arial"/>
                <w:sz w:val="18"/>
                <w:szCs w:val="18"/>
              </w:rPr>
              <w:t xml:space="preserve">, conectores </w:t>
            </w:r>
            <w:r w:rsidRPr="009E3AAE">
              <w:rPr>
                <w:rFonts w:ascii="Arial" w:hAnsi="Arial" w:cs="Arial"/>
                <w:sz w:val="18"/>
                <w:szCs w:val="18"/>
              </w:rPr>
              <w:t>LC-LC ,  para la interconexión de equipos y puertos de datos.</w:t>
            </w:r>
          </w:p>
        </w:tc>
        <w:tc>
          <w:tcPr>
            <w:tcW w:w="993" w:type="dxa"/>
            <w:vAlign w:val="center"/>
          </w:tcPr>
          <w:p w14:paraId="2305EDE0" w14:textId="77777777" w:rsidR="00516A5B" w:rsidRPr="00A56DF5" w:rsidRDefault="00516A5B" w:rsidP="00B25E14">
            <w:pPr>
              <w:rPr>
                <w:rFonts w:ascii="Arial" w:hAnsi="Arial" w:cs="Arial"/>
                <w:color w:val="EE0000"/>
                <w:sz w:val="18"/>
                <w:szCs w:val="18"/>
              </w:rPr>
            </w:pPr>
          </w:p>
        </w:tc>
        <w:tc>
          <w:tcPr>
            <w:tcW w:w="992" w:type="dxa"/>
            <w:vAlign w:val="center"/>
          </w:tcPr>
          <w:p w14:paraId="35836EEF" w14:textId="77777777" w:rsidR="00516A5B" w:rsidRPr="00A56DF5" w:rsidRDefault="00516A5B" w:rsidP="00B25E14">
            <w:pPr>
              <w:rPr>
                <w:rFonts w:ascii="Arial" w:hAnsi="Arial" w:cs="Arial"/>
                <w:color w:val="EE0000"/>
                <w:sz w:val="18"/>
                <w:szCs w:val="18"/>
              </w:rPr>
            </w:pPr>
          </w:p>
        </w:tc>
      </w:tr>
      <w:tr w:rsidR="00516A5B" w:rsidRPr="00A56DF5" w14:paraId="3AA575C0" w14:textId="77777777" w:rsidTr="00674DB8">
        <w:tc>
          <w:tcPr>
            <w:tcW w:w="709" w:type="dxa"/>
            <w:vAlign w:val="center"/>
          </w:tcPr>
          <w:p w14:paraId="549F7E1C"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vAlign w:val="center"/>
          </w:tcPr>
          <w:p w14:paraId="05B5CF18"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Los conectores deben cumplir con los estándares de cableado como lo estipula la norma ANSI/TIA-568-3-D</w:t>
            </w:r>
          </w:p>
        </w:tc>
        <w:tc>
          <w:tcPr>
            <w:tcW w:w="993" w:type="dxa"/>
            <w:vAlign w:val="center"/>
          </w:tcPr>
          <w:p w14:paraId="2AD673CF" w14:textId="77777777" w:rsidR="00516A5B" w:rsidRPr="00A56DF5" w:rsidRDefault="00516A5B" w:rsidP="00B25E14">
            <w:pPr>
              <w:rPr>
                <w:rFonts w:ascii="Arial" w:hAnsi="Arial" w:cs="Arial"/>
                <w:color w:val="EE0000"/>
                <w:sz w:val="18"/>
                <w:szCs w:val="18"/>
              </w:rPr>
            </w:pPr>
          </w:p>
        </w:tc>
        <w:tc>
          <w:tcPr>
            <w:tcW w:w="992" w:type="dxa"/>
            <w:vAlign w:val="center"/>
          </w:tcPr>
          <w:p w14:paraId="0025867F" w14:textId="77777777" w:rsidR="00516A5B" w:rsidRPr="00A56DF5" w:rsidRDefault="00516A5B" w:rsidP="00B25E14">
            <w:pPr>
              <w:rPr>
                <w:rFonts w:ascii="Arial" w:hAnsi="Arial" w:cs="Arial"/>
                <w:color w:val="EE0000"/>
                <w:sz w:val="18"/>
                <w:szCs w:val="18"/>
              </w:rPr>
            </w:pPr>
          </w:p>
        </w:tc>
      </w:tr>
      <w:tr w:rsidR="00516A5B" w:rsidRPr="00A56DF5" w14:paraId="7FFCEF04" w14:textId="77777777" w:rsidTr="00674DB8">
        <w:tc>
          <w:tcPr>
            <w:tcW w:w="709" w:type="dxa"/>
            <w:vAlign w:val="center"/>
          </w:tcPr>
          <w:p w14:paraId="78A328C1"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vAlign w:val="center"/>
          </w:tcPr>
          <w:p w14:paraId="265F72D2"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 xml:space="preserve">La fibra debe ser </w:t>
            </w:r>
            <w:proofErr w:type="spellStart"/>
            <w:r w:rsidRPr="009E3AAE">
              <w:rPr>
                <w:rFonts w:ascii="Arial" w:hAnsi="Arial" w:cs="Arial"/>
                <w:sz w:val="18"/>
                <w:szCs w:val="18"/>
              </w:rPr>
              <w:t>Multimodo</w:t>
            </w:r>
            <w:proofErr w:type="spellEnd"/>
            <w:r>
              <w:rPr>
                <w:rFonts w:ascii="Arial" w:hAnsi="Arial" w:cs="Arial"/>
                <w:sz w:val="18"/>
                <w:szCs w:val="18"/>
              </w:rPr>
              <w:t xml:space="preserve"> o </w:t>
            </w:r>
            <w:proofErr w:type="spellStart"/>
            <w:r>
              <w:rPr>
                <w:rFonts w:ascii="Arial" w:hAnsi="Arial" w:cs="Arial"/>
                <w:sz w:val="18"/>
                <w:szCs w:val="18"/>
              </w:rPr>
              <w:t>monomodo</w:t>
            </w:r>
            <w:proofErr w:type="spellEnd"/>
            <w:r>
              <w:rPr>
                <w:rFonts w:ascii="Arial" w:hAnsi="Arial" w:cs="Arial"/>
                <w:sz w:val="18"/>
                <w:szCs w:val="18"/>
              </w:rPr>
              <w:t xml:space="preserve">, </w:t>
            </w:r>
            <w:proofErr w:type="spellStart"/>
            <w:r w:rsidRPr="009E3AAE">
              <w:rPr>
                <w:rFonts w:ascii="Arial" w:hAnsi="Arial" w:cs="Arial"/>
                <w:sz w:val="18"/>
                <w:szCs w:val="18"/>
              </w:rPr>
              <w:t>superar</w:t>
            </w:r>
            <w:r>
              <w:rPr>
                <w:rFonts w:ascii="Arial" w:hAnsi="Arial" w:cs="Arial"/>
                <w:sz w:val="18"/>
                <w:szCs w:val="18"/>
              </w:rPr>
              <w:t>ando</w:t>
            </w:r>
            <w:proofErr w:type="spellEnd"/>
            <w:r w:rsidRPr="009E3AAE">
              <w:rPr>
                <w:rFonts w:ascii="Arial" w:hAnsi="Arial" w:cs="Arial"/>
                <w:sz w:val="18"/>
                <w:szCs w:val="18"/>
              </w:rPr>
              <w:t xml:space="preserve"> las especificaciones del estándar IEEE802.3ae.</w:t>
            </w:r>
          </w:p>
        </w:tc>
        <w:tc>
          <w:tcPr>
            <w:tcW w:w="993" w:type="dxa"/>
            <w:vAlign w:val="center"/>
          </w:tcPr>
          <w:p w14:paraId="36C49BC3" w14:textId="77777777" w:rsidR="00516A5B" w:rsidRPr="00A56DF5" w:rsidRDefault="00516A5B" w:rsidP="00B25E14">
            <w:pPr>
              <w:rPr>
                <w:rFonts w:ascii="Arial" w:hAnsi="Arial" w:cs="Arial"/>
                <w:color w:val="EE0000"/>
                <w:sz w:val="18"/>
                <w:szCs w:val="18"/>
              </w:rPr>
            </w:pPr>
          </w:p>
        </w:tc>
        <w:tc>
          <w:tcPr>
            <w:tcW w:w="992" w:type="dxa"/>
            <w:vAlign w:val="center"/>
          </w:tcPr>
          <w:p w14:paraId="2F984788" w14:textId="77777777" w:rsidR="00516A5B" w:rsidRPr="00A56DF5" w:rsidRDefault="00516A5B" w:rsidP="00B25E14">
            <w:pPr>
              <w:rPr>
                <w:rFonts w:ascii="Arial" w:hAnsi="Arial" w:cs="Arial"/>
                <w:color w:val="EE0000"/>
                <w:sz w:val="18"/>
                <w:szCs w:val="18"/>
              </w:rPr>
            </w:pPr>
          </w:p>
        </w:tc>
      </w:tr>
      <w:tr w:rsidR="00516A5B" w:rsidRPr="00A56DF5" w14:paraId="3D33BC13" w14:textId="77777777" w:rsidTr="00674DB8">
        <w:tc>
          <w:tcPr>
            <w:tcW w:w="709" w:type="dxa"/>
            <w:vAlign w:val="center"/>
          </w:tcPr>
          <w:p w14:paraId="256A58A7"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vAlign w:val="center"/>
          </w:tcPr>
          <w:p w14:paraId="7BD7BD3B"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 xml:space="preserve">La chaqueta de la </w:t>
            </w:r>
            <w:proofErr w:type="spellStart"/>
            <w:r w:rsidRPr="009E3AAE">
              <w:rPr>
                <w:rFonts w:ascii="Arial" w:hAnsi="Arial" w:cs="Arial"/>
                <w:sz w:val="18"/>
                <w:szCs w:val="18"/>
              </w:rPr>
              <w:t>patch</w:t>
            </w:r>
            <w:proofErr w:type="spellEnd"/>
            <w:r w:rsidRPr="009E3AAE">
              <w:rPr>
                <w:rFonts w:ascii="Arial" w:hAnsi="Arial" w:cs="Arial"/>
                <w:sz w:val="18"/>
                <w:szCs w:val="18"/>
              </w:rPr>
              <w:t xml:space="preserve"> </w:t>
            </w:r>
            <w:proofErr w:type="spellStart"/>
            <w:r w:rsidRPr="009E3AAE">
              <w:rPr>
                <w:rFonts w:ascii="Arial" w:hAnsi="Arial" w:cs="Arial"/>
                <w:sz w:val="18"/>
                <w:szCs w:val="18"/>
              </w:rPr>
              <w:t>cord</w:t>
            </w:r>
            <w:proofErr w:type="spellEnd"/>
            <w:r w:rsidRPr="009E3AAE">
              <w:rPr>
                <w:rFonts w:ascii="Arial" w:hAnsi="Arial" w:cs="Arial"/>
                <w:sz w:val="18"/>
                <w:szCs w:val="18"/>
              </w:rPr>
              <w:t xml:space="preserve"> debe ser </w:t>
            </w:r>
            <w:proofErr w:type="spellStart"/>
            <w:r w:rsidRPr="009E3AAE">
              <w:rPr>
                <w:rFonts w:ascii="Arial" w:hAnsi="Arial" w:cs="Arial"/>
                <w:sz w:val="18"/>
                <w:szCs w:val="18"/>
              </w:rPr>
              <w:t>retardante</w:t>
            </w:r>
            <w:proofErr w:type="spellEnd"/>
            <w:r w:rsidRPr="009E3AAE">
              <w:rPr>
                <w:rFonts w:ascii="Arial" w:hAnsi="Arial" w:cs="Arial"/>
                <w:sz w:val="18"/>
                <w:szCs w:val="18"/>
              </w:rPr>
              <w:t xml:space="preserve"> de fuego de alta calidad, libre de halógenos, no producir gases tóxicos,  tipo (LSZH-3/LS0H-3).</w:t>
            </w:r>
          </w:p>
        </w:tc>
        <w:tc>
          <w:tcPr>
            <w:tcW w:w="993" w:type="dxa"/>
            <w:vAlign w:val="center"/>
          </w:tcPr>
          <w:p w14:paraId="1E8373FA" w14:textId="77777777" w:rsidR="00516A5B" w:rsidRPr="00A56DF5" w:rsidRDefault="00516A5B" w:rsidP="00B25E14">
            <w:pPr>
              <w:rPr>
                <w:rFonts w:ascii="Arial" w:hAnsi="Arial" w:cs="Arial"/>
                <w:color w:val="EE0000"/>
                <w:sz w:val="18"/>
                <w:szCs w:val="18"/>
              </w:rPr>
            </w:pPr>
          </w:p>
        </w:tc>
        <w:tc>
          <w:tcPr>
            <w:tcW w:w="992" w:type="dxa"/>
            <w:vAlign w:val="center"/>
          </w:tcPr>
          <w:p w14:paraId="3404F4E5" w14:textId="77777777" w:rsidR="00516A5B" w:rsidRPr="00A56DF5" w:rsidRDefault="00516A5B" w:rsidP="00B25E14">
            <w:pPr>
              <w:rPr>
                <w:rFonts w:ascii="Arial" w:hAnsi="Arial" w:cs="Arial"/>
                <w:color w:val="EE0000"/>
                <w:sz w:val="18"/>
                <w:szCs w:val="18"/>
              </w:rPr>
            </w:pPr>
          </w:p>
        </w:tc>
      </w:tr>
      <w:tr w:rsidR="00516A5B" w:rsidRPr="00A56DF5" w14:paraId="44BC6015" w14:textId="77777777" w:rsidTr="00674DB8">
        <w:tc>
          <w:tcPr>
            <w:tcW w:w="709" w:type="dxa"/>
            <w:vAlign w:val="center"/>
          </w:tcPr>
          <w:p w14:paraId="04C2F84D"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tcPr>
          <w:p w14:paraId="46BC5BD1"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 xml:space="preserve">Dichos </w:t>
            </w:r>
            <w:proofErr w:type="spellStart"/>
            <w:r w:rsidRPr="009E3AAE">
              <w:rPr>
                <w:rFonts w:ascii="Arial" w:hAnsi="Arial" w:cs="Arial"/>
                <w:sz w:val="18"/>
                <w:szCs w:val="18"/>
              </w:rPr>
              <w:t>patch</w:t>
            </w:r>
            <w:proofErr w:type="spellEnd"/>
            <w:r w:rsidRPr="009E3AAE">
              <w:rPr>
                <w:rFonts w:ascii="Arial" w:hAnsi="Arial" w:cs="Arial"/>
                <w:sz w:val="18"/>
                <w:szCs w:val="18"/>
              </w:rPr>
              <w:t xml:space="preserve"> </w:t>
            </w:r>
            <w:proofErr w:type="spellStart"/>
            <w:r w:rsidRPr="009E3AAE">
              <w:rPr>
                <w:rFonts w:ascii="Arial" w:hAnsi="Arial" w:cs="Arial"/>
                <w:sz w:val="18"/>
                <w:szCs w:val="18"/>
              </w:rPr>
              <w:t>Cords</w:t>
            </w:r>
            <w:proofErr w:type="spellEnd"/>
            <w:r w:rsidRPr="009E3AAE">
              <w:rPr>
                <w:rFonts w:ascii="Arial" w:hAnsi="Arial" w:cs="Arial"/>
                <w:sz w:val="18"/>
                <w:szCs w:val="18"/>
              </w:rPr>
              <w:t xml:space="preserve"> deberán ser originales de fábrica y </w:t>
            </w:r>
            <w:proofErr w:type="spellStart"/>
            <w:r w:rsidRPr="009E3AAE">
              <w:rPr>
                <w:rFonts w:ascii="Arial" w:hAnsi="Arial" w:cs="Arial"/>
                <w:sz w:val="18"/>
                <w:szCs w:val="18"/>
              </w:rPr>
              <w:t>precertificados</w:t>
            </w:r>
            <w:proofErr w:type="spellEnd"/>
            <w:r w:rsidRPr="009E3AAE">
              <w:rPr>
                <w:rFonts w:ascii="Arial" w:hAnsi="Arial" w:cs="Arial"/>
                <w:sz w:val="18"/>
                <w:szCs w:val="18"/>
              </w:rPr>
              <w:t xml:space="preserve"> por el fabricante como estipula la ANSI/TIA 568.3-D, deberán venir en su bolsa original de empaque tal como salen de la fábrica. </w:t>
            </w:r>
          </w:p>
        </w:tc>
        <w:tc>
          <w:tcPr>
            <w:tcW w:w="993" w:type="dxa"/>
            <w:vAlign w:val="center"/>
          </w:tcPr>
          <w:p w14:paraId="431B4375" w14:textId="77777777" w:rsidR="00516A5B" w:rsidRPr="00A56DF5" w:rsidRDefault="00516A5B" w:rsidP="00B25E14">
            <w:pPr>
              <w:rPr>
                <w:rFonts w:ascii="Arial" w:hAnsi="Arial" w:cs="Arial"/>
                <w:color w:val="EE0000"/>
                <w:sz w:val="18"/>
                <w:szCs w:val="18"/>
              </w:rPr>
            </w:pPr>
          </w:p>
        </w:tc>
        <w:tc>
          <w:tcPr>
            <w:tcW w:w="992" w:type="dxa"/>
            <w:vAlign w:val="center"/>
          </w:tcPr>
          <w:p w14:paraId="07F7B3E0" w14:textId="77777777" w:rsidR="00516A5B" w:rsidRPr="00A56DF5" w:rsidRDefault="00516A5B" w:rsidP="00B25E14">
            <w:pPr>
              <w:rPr>
                <w:rFonts w:ascii="Arial" w:hAnsi="Arial" w:cs="Arial"/>
                <w:color w:val="EE0000"/>
                <w:sz w:val="18"/>
                <w:szCs w:val="18"/>
              </w:rPr>
            </w:pPr>
          </w:p>
        </w:tc>
      </w:tr>
      <w:tr w:rsidR="00516A5B" w:rsidRPr="00A56DF5" w14:paraId="0B6E964F" w14:textId="77777777" w:rsidTr="00674DB8">
        <w:tc>
          <w:tcPr>
            <w:tcW w:w="709" w:type="dxa"/>
            <w:vAlign w:val="center"/>
          </w:tcPr>
          <w:p w14:paraId="09BED8F4"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tcPr>
          <w:p w14:paraId="7995BB84"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 xml:space="preserve">Los </w:t>
            </w:r>
            <w:proofErr w:type="spellStart"/>
            <w:r w:rsidRPr="009E3AAE">
              <w:rPr>
                <w:rFonts w:ascii="Arial" w:hAnsi="Arial" w:cs="Arial"/>
                <w:sz w:val="18"/>
                <w:szCs w:val="18"/>
              </w:rPr>
              <w:t>plugs</w:t>
            </w:r>
            <w:proofErr w:type="spellEnd"/>
            <w:r w:rsidRPr="009E3AAE">
              <w:rPr>
                <w:rFonts w:ascii="Arial" w:hAnsi="Arial" w:cs="Arial"/>
                <w:sz w:val="18"/>
                <w:szCs w:val="18"/>
              </w:rPr>
              <w:t xml:space="preserve"> usados para los </w:t>
            </w:r>
            <w:proofErr w:type="spellStart"/>
            <w:r w:rsidRPr="009E3AAE">
              <w:rPr>
                <w:rFonts w:ascii="Arial" w:hAnsi="Arial" w:cs="Arial"/>
                <w:sz w:val="18"/>
                <w:szCs w:val="18"/>
              </w:rPr>
              <w:t>Patch</w:t>
            </w:r>
            <w:proofErr w:type="spellEnd"/>
            <w:r w:rsidRPr="009E3AAE">
              <w:rPr>
                <w:rFonts w:ascii="Arial" w:hAnsi="Arial" w:cs="Arial"/>
                <w:sz w:val="18"/>
                <w:szCs w:val="18"/>
              </w:rPr>
              <w:t xml:space="preserve"> </w:t>
            </w:r>
            <w:proofErr w:type="spellStart"/>
            <w:r w:rsidRPr="009E3AAE">
              <w:rPr>
                <w:rFonts w:ascii="Arial" w:hAnsi="Arial" w:cs="Arial"/>
                <w:sz w:val="18"/>
                <w:szCs w:val="18"/>
              </w:rPr>
              <w:t>Cord</w:t>
            </w:r>
            <w:proofErr w:type="spellEnd"/>
            <w:r w:rsidRPr="009E3AAE">
              <w:rPr>
                <w:rFonts w:ascii="Arial" w:hAnsi="Arial" w:cs="Arial"/>
                <w:sz w:val="18"/>
                <w:szCs w:val="18"/>
              </w:rPr>
              <w:t xml:space="preserve"> deben venir diseñados para que estos eviten trabarse al momento de conexión o desconexión.</w:t>
            </w:r>
          </w:p>
        </w:tc>
        <w:tc>
          <w:tcPr>
            <w:tcW w:w="993" w:type="dxa"/>
            <w:vAlign w:val="center"/>
          </w:tcPr>
          <w:p w14:paraId="00479D9C" w14:textId="77777777" w:rsidR="00516A5B" w:rsidRPr="00A56DF5" w:rsidRDefault="00516A5B" w:rsidP="00B25E14">
            <w:pPr>
              <w:rPr>
                <w:rFonts w:ascii="Arial" w:hAnsi="Arial" w:cs="Arial"/>
                <w:color w:val="EE0000"/>
                <w:sz w:val="18"/>
                <w:szCs w:val="18"/>
              </w:rPr>
            </w:pPr>
          </w:p>
        </w:tc>
        <w:tc>
          <w:tcPr>
            <w:tcW w:w="992" w:type="dxa"/>
            <w:vAlign w:val="center"/>
          </w:tcPr>
          <w:p w14:paraId="56761774" w14:textId="77777777" w:rsidR="00516A5B" w:rsidRPr="00A56DF5" w:rsidRDefault="00516A5B" w:rsidP="00B25E14">
            <w:pPr>
              <w:rPr>
                <w:rFonts w:ascii="Arial" w:hAnsi="Arial" w:cs="Arial"/>
                <w:color w:val="EE0000"/>
                <w:sz w:val="18"/>
                <w:szCs w:val="18"/>
              </w:rPr>
            </w:pPr>
          </w:p>
        </w:tc>
      </w:tr>
      <w:tr w:rsidR="00516A5B" w:rsidRPr="00A56DF5" w14:paraId="70413C10" w14:textId="77777777" w:rsidTr="00674DB8">
        <w:tc>
          <w:tcPr>
            <w:tcW w:w="709" w:type="dxa"/>
            <w:vAlign w:val="center"/>
          </w:tcPr>
          <w:p w14:paraId="2C891C68"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tcPr>
          <w:p w14:paraId="2313951B"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Serán certificados por UL y/o CSA, para garantizar que los elementos ofrecidos han sido avalados por estos laboratorios.</w:t>
            </w:r>
          </w:p>
        </w:tc>
        <w:tc>
          <w:tcPr>
            <w:tcW w:w="993" w:type="dxa"/>
            <w:vAlign w:val="center"/>
          </w:tcPr>
          <w:p w14:paraId="414BDFAF" w14:textId="77777777" w:rsidR="00516A5B" w:rsidRPr="00A56DF5" w:rsidRDefault="00516A5B" w:rsidP="00B25E14">
            <w:pPr>
              <w:rPr>
                <w:rFonts w:ascii="Arial" w:hAnsi="Arial" w:cs="Arial"/>
                <w:color w:val="EE0000"/>
                <w:sz w:val="18"/>
                <w:szCs w:val="18"/>
              </w:rPr>
            </w:pPr>
          </w:p>
        </w:tc>
        <w:tc>
          <w:tcPr>
            <w:tcW w:w="992" w:type="dxa"/>
            <w:vAlign w:val="center"/>
          </w:tcPr>
          <w:p w14:paraId="16D1233B" w14:textId="77777777" w:rsidR="00516A5B" w:rsidRPr="00A56DF5" w:rsidRDefault="00516A5B" w:rsidP="00B25E14">
            <w:pPr>
              <w:rPr>
                <w:rFonts w:ascii="Arial" w:hAnsi="Arial" w:cs="Arial"/>
                <w:color w:val="EE0000"/>
                <w:sz w:val="18"/>
                <w:szCs w:val="18"/>
              </w:rPr>
            </w:pPr>
          </w:p>
        </w:tc>
      </w:tr>
      <w:tr w:rsidR="00516A5B" w:rsidRPr="00A56DF5" w14:paraId="1C62B303" w14:textId="77777777" w:rsidTr="00674DB8">
        <w:tc>
          <w:tcPr>
            <w:tcW w:w="709" w:type="dxa"/>
            <w:vAlign w:val="center"/>
          </w:tcPr>
          <w:p w14:paraId="11AA2368"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tcPr>
          <w:p w14:paraId="471D0E58"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Los elementos estarán identificados individualmente con el correspondiente logo de la prueba de laboratorio (UL y/o CSA), de forma permanente.</w:t>
            </w:r>
          </w:p>
        </w:tc>
        <w:tc>
          <w:tcPr>
            <w:tcW w:w="993" w:type="dxa"/>
            <w:vAlign w:val="center"/>
          </w:tcPr>
          <w:p w14:paraId="40BC1D56" w14:textId="77777777" w:rsidR="00516A5B" w:rsidRPr="00A56DF5" w:rsidRDefault="00516A5B" w:rsidP="00B25E14">
            <w:pPr>
              <w:rPr>
                <w:rFonts w:ascii="Arial" w:hAnsi="Arial" w:cs="Arial"/>
                <w:color w:val="EE0000"/>
                <w:sz w:val="18"/>
                <w:szCs w:val="18"/>
              </w:rPr>
            </w:pPr>
          </w:p>
        </w:tc>
        <w:tc>
          <w:tcPr>
            <w:tcW w:w="992" w:type="dxa"/>
            <w:vAlign w:val="center"/>
          </w:tcPr>
          <w:p w14:paraId="0BBE3E24" w14:textId="77777777" w:rsidR="00516A5B" w:rsidRPr="00A56DF5" w:rsidRDefault="00516A5B" w:rsidP="00B25E14">
            <w:pPr>
              <w:rPr>
                <w:rFonts w:ascii="Arial" w:hAnsi="Arial" w:cs="Arial"/>
                <w:color w:val="EE0000"/>
                <w:sz w:val="18"/>
                <w:szCs w:val="18"/>
              </w:rPr>
            </w:pPr>
          </w:p>
        </w:tc>
      </w:tr>
      <w:tr w:rsidR="00516A5B" w:rsidRPr="00A56DF5" w14:paraId="18AA5FED" w14:textId="77777777" w:rsidTr="00674DB8">
        <w:tc>
          <w:tcPr>
            <w:tcW w:w="709" w:type="dxa"/>
            <w:vAlign w:val="center"/>
          </w:tcPr>
          <w:p w14:paraId="117A3BF4"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tcPr>
          <w:p w14:paraId="195ACC85" w14:textId="77777777" w:rsidR="00516A5B" w:rsidRPr="009E3AAE" w:rsidRDefault="00516A5B" w:rsidP="00B25E14">
            <w:pPr>
              <w:jc w:val="both"/>
              <w:rPr>
                <w:rFonts w:ascii="Arial" w:hAnsi="Arial" w:cs="Arial"/>
                <w:sz w:val="18"/>
                <w:szCs w:val="18"/>
              </w:rPr>
            </w:pPr>
            <w:r w:rsidRPr="009E3AAE">
              <w:rPr>
                <w:rFonts w:ascii="Arial" w:hAnsi="Arial" w:cs="Arial"/>
                <w:sz w:val="18"/>
                <w:szCs w:val="18"/>
              </w:rPr>
              <w:t xml:space="preserve">No se aceptarán </w:t>
            </w:r>
            <w:proofErr w:type="spellStart"/>
            <w:r w:rsidRPr="009E3AAE">
              <w:rPr>
                <w:rFonts w:ascii="Arial" w:hAnsi="Arial" w:cs="Arial"/>
                <w:sz w:val="18"/>
                <w:szCs w:val="18"/>
              </w:rPr>
              <w:t>patch</w:t>
            </w:r>
            <w:proofErr w:type="spellEnd"/>
            <w:r w:rsidRPr="009E3AAE">
              <w:rPr>
                <w:rFonts w:ascii="Arial" w:hAnsi="Arial" w:cs="Arial"/>
                <w:sz w:val="18"/>
                <w:szCs w:val="18"/>
              </w:rPr>
              <w:t xml:space="preserve"> </w:t>
            </w:r>
            <w:proofErr w:type="spellStart"/>
            <w:r w:rsidRPr="009E3AAE">
              <w:rPr>
                <w:rFonts w:ascii="Arial" w:hAnsi="Arial" w:cs="Arial"/>
                <w:sz w:val="18"/>
                <w:szCs w:val="18"/>
              </w:rPr>
              <w:t>cords</w:t>
            </w:r>
            <w:proofErr w:type="spellEnd"/>
            <w:r w:rsidRPr="009E3AAE">
              <w:rPr>
                <w:rFonts w:ascii="Arial" w:hAnsi="Arial" w:cs="Arial"/>
                <w:sz w:val="18"/>
                <w:szCs w:val="18"/>
              </w:rPr>
              <w:t xml:space="preserve"> fabricados localmente o a mano.</w:t>
            </w:r>
          </w:p>
        </w:tc>
        <w:tc>
          <w:tcPr>
            <w:tcW w:w="993" w:type="dxa"/>
            <w:vAlign w:val="center"/>
          </w:tcPr>
          <w:p w14:paraId="4B64CBBA" w14:textId="77777777" w:rsidR="00516A5B" w:rsidRPr="00A56DF5" w:rsidRDefault="00516A5B" w:rsidP="00B25E14">
            <w:pPr>
              <w:rPr>
                <w:rFonts w:ascii="Arial" w:hAnsi="Arial" w:cs="Arial"/>
                <w:color w:val="EE0000"/>
                <w:sz w:val="18"/>
                <w:szCs w:val="18"/>
              </w:rPr>
            </w:pPr>
          </w:p>
        </w:tc>
        <w:tc>
          <w:tcPr>
            <w:tcW w:w="992" w:type="dxa"/>
            <w:vAlign w:val="center"/>
          </w:tcPr>
          <w:p w14:paraId="74E88E5C" w14:textId="77777777" w:rsidR="00516A5B" w:rsidRPr="00A56DF5" w:rsidRDefault="00516A5B" w:rsidP="00B25E14">
            <w:pPr>
              <w:rPr>
                <w:rFonts w:ascii="Arial" w:hAnsi="Arial" w:cs="Arial"/>
                <w:color w:val="EE0000"/>
                <w:sz w:val="18"/>
                <w:szCs w:val="18"/>
              </w:rPr>
            </w:pPr>
          </w:p>
        </w:tc>
      </w:tr>
      <w:tr w:rsidR="00516A5B" w:rsidRPr="00A56DF5" w14:paraId="7D032C29" w14:textId="77777777" w:rsidTr="00674DB8">
        <w:tc>
          <w:tcPr>
            <w:tcW w:w="709" w:type="dxa"/>
            <w:vAlign w:val="center"/>
          </w:tcPr>
          <w:p w14:paraId="5B2ECE5A"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tcPr>
          <w:p w14:paraId="2DAF48EF" w14:textId="77777777" w:rsidR="00516A5B" w:rsidRPr="00C9411B" w:rsidRDefault="00516A5B" w:rsidP="00B25E14">
            <w:pPr>
              <w:jc w:val="both"/>
              <w:rPr>
                <w:rFonts w:ascii="Arial" w:hAnsi="Arial" w:cs="Arial"/>
                <w:sz w:val="18"/>
                <w:szCs w:val="18"/>
                <w:lang w:val="es-ES_tradnl"/>
              </w:rPr>
            </w:pPr>
            <w:r w:rsidRPr="00C9411B">
              <w:rPr>
                <w:rFonts w:ascii="Arial" w:hAnsi="Arial" w:cs="Arial"/>
                <w:sz w:val="18"/>
                <w:szCs w:val="18"/>
                <w:lang w:val="es-ES_tradnl"/>
              </w:rPr>
              <w:t xml:space="preserve">Incluir los módulos </w:t>
            </w:r>
            <w:proofErr w:type="spellStart"/>
            <w:r w:rsidRPr="00C9411B">
              <w:rPr>
                <w:rFonts w:ascii="Arial" w:hAnsi="Arial" w:cs="Arial"/>
                <w:sz w:val="18"/>
                <w:szCs w:val="18"/>
                <w:lang w:val="es-ES_tradnl"/>
              </w:rPr>
              <w:t>transeiver</w:t>
            </w:r>
            <w:proofErr w:type="spellEnd"/>
            <w:r w:rsidRPr="00C9411B">
              <w:rPr>
                <w:rFonts w:ascii="Arial" w:hAnsi="Arial" w:cs="Arial"/>
                <w:sz w:val="18"/>
                <w:szCs w:val="18"/>
                <w:lang w:val="es-ES_tradnl"/>
              </w:rPr>
              <w:t xml:space="preserve"> tipo LC de fibra óptica necesarios para la puesta en funcionamiento de cada uno de los enlaces de fibra óptica a utilizar. Dichos módulos deberán ser compatibles con los equipos activos de red (</w:t>
            </w:r>
            <w:proofErr w:type="spellStart"/>
            <w:r w:rsidRPr="00C9411B">
              <w:rPr>
                <w:rFonts w:ascii="Arial" w:hAnsi="Arial" w:cs="Arial"/>
                <w:sz w:val="18"/>
                <w:szCs w:val="18"/>
                <w:lang w:val="es-ES_tradnl"/>
              </w:rPr>
              <w:t>switch</w:t>
            </w:r>
            <w:proofErr w:type="spellEnd"/>
            <w:r w:rsidRPr="00C9411B">
              <w:rPr>
                <w:rFonts w:ascii="Arial" w:hAnsi="Arial" w:cs="Arial"/>
                <w:sz w:val="18"/>
                <w:szCs w:val="18"/>
                <w:lang w:val="es-ES_tradnl"/>
              </w:rPr>
              <w:t xml:space="preserve">), a instalar, garantizando conexiones mínimas de 10Gbps. </w:t>
            </w:r>
          </w:p>
          <w:p w14:paraId="388DC46D"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Módulo transceptor/</w:t>
            </w:r>
            <w:proofErr w:type="spellStart"/>
            <w:r w:rsidRPr="00C9411B">
              <w:rPr>
                <w:rFonts w:ascii="Arial" w:hAnsi="Arial" w:cs="Arial"/>
                <w:sz w:val="18"/>
                <w:szCs w:val="18"/>
                <w:lang w:val="es-CO"/>
              </w:rPr>
              <w:t>Transceiver</w:t>
            </w:r>
            <w:proofErr w:type="spellEnd"/>
            <w:r w:rsidRPr="00C9411B">
              <w:rPr>
                <w:rFonts w:ascii="Arial" w:hAnsi="Arial" w:cs="Arial"/>
                <w:sz w:val="18"/>
                <w:szCs w:val="18"/>
                <w:lang w:val="es-CO"/>
              </w:rPr>
              <w:t xml:space="preserve"> óptico compatible con </w:t>
            </w:r>
            <w:proofErr w:type="spellStart"/>
            <w:r w:rsidRPr="00C9411B">
              <w:rPr>
                <w:rFonts w:ascii="Arial" w:hAnsi="Arial" w:cs="Arial"/>
                <w:sz w:val="18"/>
                <w:szCs w:val="18"/>
                <w:lang w:val="es-CO"/>
              </w:rPr>
              <w:t>Huawei</w:t>
            </w:r>
            <w:proofErr w:type="spellEnd"/>
            <w:r w:rsidRPr="00C9411B">
              <w:rPr>
                <w:rFonts w:ascii="Arial" w:hAnsi="Arial" w:cs="Arial"/>
                <w:sz w:val="18"/>
                <w:szCs w:val="18"/>
                <w:lang w:val="es-CO"/>
              </w:rPr>
              <w:t>, HP y CISCO</w:t>
            </w:r>
          </w:p>
          <w:p w14:paraId="31B56E01" w14:textId="77777777" w:rsidR="00516A5B" w:rsidRPr="00C9411B" w:rsidRDefault="00516A5B" w:rsidP="00B25E14">
            <w:pPr>
              <w:pStyle w:val="TableParagraph"/>
              <w:ind w:right="113"/>
              <w:jc w:val="both"/>
              <w:rPr>
                <w:rFonts w:ascii="Arial" w:hAnsi="Arial" w:cs="Arial"/>
                <w:sz w:val="18"/>
                <w:szCs w:val="18"/>
                <w:lang w:val="pt-PT"/>
              </w:rPr>
            </w:pPr>
            <w:r w:rsidRPr="00C9411B">
              <w:rPr>
                <w:rFonts w:ascii="Arial" w:hAnsi="Arial" w:cs="Arial"/>
                <w:sz w:val="18"/>
                <w:szCs w:val="18"/>
                <w:lang w:val="pt-PT"/>
              </w:rPr>
              <w:t xml:space="preserve">SFP-10G-SR SFP+ 10GBASE-SR 850nm  </w:t>
            </w:r>
          </w:p>
          <w:p w14:paraId="1849DF21" w14:textId="77777777" w:rsidR="00516A5B" w:rsidRPr="009E3AAE" w:rsidRDefault="00516A5B" w:rsidP="00B25E14">
            <w:pPr>
              <w:jc w:val="both"/>
              <w:rPr>
                <w:rFonts w:ascii="Arial" w:hAnsi="Arial" w:cs="Arial"/>
                <w:sz w:val="18"/>
                <w:szCs w:val="18"/>
              </w:rPr>
            </w:pPr>
            <w:r w:rsidRPr="00C9411B">
              <w:rPr>
                <w:rFonts w:ascii="Arial" w:hAnsi="Arial" w:cs="Arial"/>
                <w:sz w:val="18"/>
                <w:szCs w:val="18"/>
              </w:rPr>
              <w:t xml:space="preserve">LC/UPC dúplex MMF </w:t>
            </w:r>
            <w:proofErr w:type="spellStart"/>
            <w:r w:rsidRPr="00C9411B">
              <w:rPr>
                <w:rFonts w:ascii="Arial" w:hAnsi="Arial" w:cs="Arial"/>
                <w:sz w:val="18"/>
                <w:szCs w:val="18"/>
              </w:rPr>
              <w:t>DOMDebe</w:t>
            </w:r>
            <w:proofErr w:type="spellEnd"/>
            <w:r w:rsidRPr="00C9411B">
              <w:rPr>
                <w:rFonts w:ascii="Arial" w:hAnsi="Arial" w:cs="Arial"/>
                <w:sz w:val="18"/>
                <w:szCs w:val="18"/>
              </w:rPr>
              <w:t xml:space="preserve"> entregarse en funcionamiento</w:t>
            </w:r>
          </w:p>
        </w:tc>
        <w:tc>
          <w:tcPr>
            <w:tcW w:w="993" w:type="dxa"/>
            <w:vAlign w:val="center"/>
          </w:tcPr>
          <w:p w14:paraId="6501A265" w14:textId="77777777" w:rsidR="00516A5B" w:rsidRPr="00A56DF5" w:rsidRDefault="00516A5B" w:rsidP="00B25E14">
            <w:pPr>
              <w:rPr>
                <w:rFonts w:ascii="Arial" w:hAnsi="Arial" w:cs="Arial"/>
                <w:color w:val="EE0000"/>
                <w:sz w:val="18"/>
                <w:szCs w:val="18"/>
              </w:rPr>
            </w:pPr>
          </w:p>
        </w:tc>
        <w:tc>
          <w:tcPr>
            <w:tcW w:w="992" w:type="dxa"/>
            <w:vAlign w:val="center"/>
          </w:tcPr>
          <w:p w14:paraId="0ABFD962" w14:textId="77777777" w:rsidR="00516A5B" w:rsidRPr="00A56DF5" w:rsidRDefault="00516A5B" w:rsidP="00B25E14">
            <w:pPr>
              <w:rPr>
                <w:rFonts w:ascii="Arial" w:hAnsi="Arial" w:cs="Arial"/>
                <w:color w:val="EE0000"/>
                <w:sz w:val="18"/>
                <w:szCs w:val="18"/>
              </w:rPr>
            </w:pPr>
          </w:p>
        </w:tc>
      </w:tr>
      <w:tr w:rsidR="00516A5B" w:rsidRPr="00A56DF5" w14:paraId="29219137" w14:textId="77777777" w:rsidTr="00674DB8">
        <w:tc>
          <w:tcPr>
            <w:tcW w:w="709" w:type="dxa"/>
            <w:vAlign w:val="center"/>
          </w:tcPr>
          <w:p w14:paraId="7DC21D7F"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vAlign w:val="center"/>
          </w:tcPr>
          <w:p w14:paraId="1AF2940A" w14:textId="77777777" w:rsidR="00516A5B" w:rsidRPr="00C9411B" w:rsidRDefault="00516A5B" w:rsidP="00B25E14">
            <w:pPr>
              <w:jc w:val="both"/>
              <w:rPr>
                <w:rFonts w:ascii="Arial" w:hAnsi="Arial" w:cs="Arial"/>
                <w:sz w:val="18"/>
                <w:szCs w:val="18"/>
              </w:rPr>
            </w:pPr>
            <w:r w:rsidRPr="00C9411B">
              <w:rPr>
                <w:rFonts w:ascii="Arial" w:hAnsi="Arial" w:cs="Arial"/>
                <w:sz w:val="18"/>
                <w:szCs w:val="18"/>
              </w:rPr>
              <w:t>Deberá relacionar URL o enlace web del fabricante del producto con dominio .</w:t>
            </w:r>
            <w:proofErr w:type="spellStart"/>
            <w:r w:rsidRPr="00C9411B">
              <w:rPr>
                <w:rFonts w:ascii="Arial" w:hAnsi="Arial" w:cs="Arial"/>
                <w:sz w:val="18"/>
                <w:szCs w:val="18"/>
              </w:rPr>
              <w:t>com</w:t>
            </w:r>
            <w:proofErr w:type="spellEnd"/>
            <w:r w:rsidRPr="00C9411B">
              <w:rPr>
                <w:rFonts w:ascii="Arial" w:hAnsi="Arial" w:cs="Arial"/>
                <w:sz w:val="18"/>
                <w:szCs w:val="18"/>
              </w:rPr>
              <w:t xml:space="preserve">, donde se posible la verificación de la ficha técnica aportada en cada uno de sus </w:t>
            </w:r>
            <w:proofErr w:type="spellStart"/>
            <w:r w:rsidRPr="00C9411B">
              <w:rPr>
                <w:rFonts w:ascii="Arial" w:hAnsi="Arial" w:cs="Arial"/>
                <w:sz w:val="18"/>
                <w:szCs w:val="18"/>
              </w:rPr>
              <w:t>items</w:t>
            </w:r>
            <w:proofErr w:type="spellEnd"/>
            <w:r w:rsidRPr="00C9411B">
              <w:rPr>
                <w:rFonts w:ascii="Arial" w:hAnsi="Arial" w:cs="Arial"/>
                <w:sz w:val="18"/>
                <w:szCs w:val="18"/>
              </w:rPr>
              <w:t>: _____________________________________________________________.</w:t>
            </w:r>
          </w:p>
          <w:p w14:paraId="672603B2" w14:textId="77777777" w:rsidR="00516A5B" w:rsidRPr="009E3AAE" w:rsidRDefault="00516A5B" w:rsidP="00B25E14">
            <w:pPr>
              <w:jc w:val="both"/>
              <w:rPr>
                <w:rFonts w:ascii="Arial" w:hAnsi="Arial" w:cs="Arial"/>
                <w:sz w:val="18"/>
                <w:szCs w:val="18"/>
              </w:rPr>
            </w:pPr>
          </w:p>
        </w:tc>
        <w:tc>
          <w:tcPr>
            <w:tcW w:w="993" w:type="dxa"/>
            <w:vAlign w:val="center"/>
          </w:tcPr>
          <w:p w14:paraId="3868A91E" w14:textId="77777777" w:rsidR="00516A5B" w:rsidRPr="00A56DF5" w:rsidRDefault="00516A5B" w:rsidP="00B25E14">
            <w:pPr>
              <w:rPr>
                <w:rFonts w:ascii="Arial" w:hAnsi="Arial" w:cs="Arial"/>
                <w:color w:val="EE0000"/>
                <w:sz w:val="18"/>
                <w:szCs w:val="18"/>
              </w:rPr>
            </w:pPr>
          </w:p>
        </w:tc>
        <w:tc>
          <w:tcPr>
            <w:tcW w:w="992" w:type="dxa"/>
            <w:vAlign w:val="center"/>
          </w:tcPr>
          <w:p w14:paraId="222CBB7E" w14:textId="77777777" w:rsidR="00516A5B" w:rsidRPr="00A56DF5" w:rsidRDefault="00516A5B" w:rsidP="00B25E14">
            <w:pPr>
              <w:rPr>
                <w:rFonts w:ascii="Arial" w:hAnsi="Arial" w:cs="Arial"/>
                <w:color w:val="EE0000"/>
                <w:sz w:val="18"/>
                <w:szCs w:val="18"/>
              </w:rPr>
            </w:pPr>
          </w:p>
        </w:tc>
      </w:tr>
      <w:tr w:rsidR="00516A5B" w:rsidRPr="00A56DF5" w14:paraId="1F1D9B12" w14:textId="77777777" w:rsidTr="00674DB8">
        <w:tc>
          <w:tcPr>
            <w:tcW w:w="709" w:type="dxa"/>
            <w:vAlign w:val="center"/>
          </w:tcPr>
          <w:p w14:paraId="07CCA68D"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vAlign w:val="center"/>
          </w:tcPr>
          <w:p w14:paraId="511E3235" w14:textId="77777777" w:rsidR="00516A5B" w:rsidRPr="009E3AAE" w:rsidRDefault="00516A5B" w:rsidP="00B25E14">
            <w:pPr>
              <w:jc w:val="both"/>
              <w:rPr>
                <w:rFonts w:ascii="Arial" w:hAnsi="Arial" w:cs="Arial"/>
                <w:sz w:val="18"/>
                <w:szCs w:val="18"/>
              </w:rPr>
            </w:pPr>
            <w:r w:rsidRPr="00C9411B">
              <w:rPr>
                <w:rFonts w:ascii="Arial" w:hAnsi="Arial" w:cs="Arial"/>
                <w:sz w:val="18"/>
                <w:szCs w:val="18"/>
              </w:rPr>
              <w:t xml:space="preserve">Convertidor de Fibra Convertidor de Medios Ethernet de Fibra a RJ45 para Redes NBASE-T de 10Gbps - para Fibra </w:t>
            </w:r>
            <w:proofErr w:type="spellStart"/>
            <w:r w:rsidRPr="00C9411B">
              <w:rPr>
                <w:rFonts w:ascii="Arial" w:hAnsi="Arial" w:cs="Arial"/>
                <w:sz w:val="18"/>
                <w:szCs w:val="18"/>
              </w:rPr>
              <w:t>Monomodo</w:t>
            </w:r>
            <w:proofErr w:type="spellEnd"/>
            <w:r w:rsidRPr="00C9411B">
              <w:rPr>
                <w:rFonts w:ascii="Arial" w:hAnsi="Arial" w:cs="Arial"/>
                <w:sz w:val="18"/>
                <w:szCs w:val="18"/>
              </w:rPr>
              <w:t xml:space="preserve"> y </w:t>
            </w:r>
            <w:proofErr w:type="spellStart"/>
            <w:r w:rsidRPr="00C9411B">
              <w:rPr>
                <w:rFonts w:ascii="Arial" w:hAnsi="Arial" w:cs="Arial"/>
                <w:sz w:val="18"/>
                <w:szCs w:val="18"/>
              </w:rPr>
              <w:t>Multimodo</w:t>
            </w:r>
            <w:proofErr w:type="spellEnd"/>
            <w:r w:rsidRPr="00C9411B">
              <w:rPr>
                <w:rFonts w:ascii="Arial" w:hAnsi="Arial" w:cs="Arial"/>
                <w:sz w:val="18"/>
                <w:szCs w:val="18"/>
              </w:rPr>
              <w:t xml:space="preserve"> a Red de Cobre Ethernet </w:t>
            </w:r>
          </w:p>
        </w:tc>
        <w:tc>
          <w:tcPr>
            <w:tcW w:w="993" w:type="dxa"/>
            <w:vAlign w:val="center"/>
          </w:tcPr>
          <w:p w14:paraId="0E7903EF" w14:textId="77777777" w:rsidR="00516A5B" w:rsidRPr="00A56DF5" w:rsidRDefault="00516A5B" w:rsidP="00B25E14">
            <w:pPr>
              <w:rPr>
                <w:rFonts w:ascii="Arial" w:hAnsi="Arial" w:cs="Arial"/>
                <w:color w:val="EE0000"/>
                <w:sz w:val="18"/>
                <w:szCs w:val="18"/>
              </w:rPr>
            </w:pPr>
          </w:p>
        </w:tc>
        <w:tc>
          <w:tcPr>
            <w:tcW w:w="992" w:type="dxa"/>
            <w:vAlign w:val="center"/>
          </w:tcPr>
          <w:p w14:paraId="539891C8" w14:textId="77777777" w:rsidR="00516A5B" w:rsidRPr="00A56DF5" w:rsidRDefault="00516A5B" w:rsidP="00B25E14">
            <w:pPr>
              <w:rPr>
                <w:rFonts w:ascii="Arial" w:hAnsi="Arial" w:cs="Arial"/>
                <w:color w:val="EE0000"/>
                <w:sz w:val="18"/>
                <w:szCs w:val="18"/>
              </w:rPr>
            </w:pPr>
          </w:p>
        </w:tc>
      </w:tr>
      <w:tr w:rsidR="00516A5B" w:rsidRPr="00A56DF5" w14:paraId="75FCF50E" w14:textId="77777777" w:rsidTr="00674DB8">
        <w:tc>
          <w:tcPr>
            <w:tcW w:w="709" w:type="dxa"/>
            <w:vAlign w:val="center"/>
          </w:tcPr>
          <w:p w14:paraId="4DD2CD37"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vAlign w:val="center"/>
          </w:tcPr>
          <w:p w14:paraId="2B17A25B"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rPr>
              <w:t xml:space="preserve">Caja terminal de fibra óptica </w:t>
            </w:r>
            <w:r w:rsidRPr="00C9411B">
              <w:rPr>
                <w:rFonts w:ascii="Arial" w:hAnsi="Arial" w:cs="Arial"/>
                <w:sz w:val="18"/>
                <w:szCs w:val="18"/>
                <w:lang w:val="es-CO"/>
              </w:rPr>
              <w:t>Instalación en interior</w:t>
            </w:r>
          </w:p>
          <w:p w14:paraId="44BC3BB3"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Capacidad para mínimo 8 empalmes</w:t>
            </w:r>
          </w:p>
          <w:p w14:paraId="044B162D"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Acopladores acordes a fibra a suministrar</w:t>
            </w:r>
          </w:p>
          <w:p w14:paraId="4F9E6F26"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Puertos para cable de distribución acorde a conectores y fibra suministrada</w:t>
            </w:r>
          </w:p>
          <w:p w14:paraId="0C1AE47E" w14:textId="77777777" w:rsidR="00516A5B" w:rsidRPr="00C9411B" w:rsidRDefault="00516A5B" w:rsidP="00B25E14">
            <w:pPr>
              <w:pStyle w:val="TableParagraph"/>
              <w:ind w:right="113"/>
              <w:jc w:val="both"/>
              <w:rPr>
                <w:rFonts w:ascii="Arial" w:hAnsi="Arial" w:cs="Arial"/>
                <w:sz w:val="18"/>
                <w:szCs w:val="18"/>
                <w:lang w:val="es-CO"/>
              </w:rPr>
            </w:pPr>
            <w:r w:rsidRPr="00C9411B">
              <w:rPr>
                <w:rFonts w:ascii="Arial" w:hAnsi="Arial" w:cs="Arial"/>
                <w:sz w:val="18"/>
                <w:szCs w:val="18"/>
                <w:lang w:val="es-CO"/>
              </w:rPr>
              <w:t>Con salida para fibra DROP</w:t>
            </w:r>
          </w:p>
          <w:p w14:paraId="7EBC6786" w14:textId="77777777" w:rsidR="00516A5B" w:rsidRPr="009E3AAE" w:rsidRDefault="00516A5B" w:rsidP="00B25E14">
            <w:pPr>
              <w:jc w:val="both"/>
              <w:rPr>
                <w:rFonts w:ascii="Arial" w:hAnsi="Arial" w:cs="Arial"/>
                <w:sz w:val="18"/>
                <w:szCs w:val="18"/>
              </w:rPr>
            </w:pPr>
            <w:r w:rsidRPr="00C9411B">
              <w:rPr>
                <w:rFonts w:ascii="Arial" w:hAnsi="Arial" w:cs="Arial"/>
                <w:sz w:val="18"/>
                <w:szCs w:val="18"/>
              </w:rPr>
              <w:t xml:space="preserve">Espacio para instalación de un micro </w:t>
            </w:r>
            <w:proofErr w:type="spellStart"/>
            <w:r w:rsidRPr="00C9411B">
              <w:rPr>
                <w:rFonts w:ascii="Arial" w:hAnsi="Arial" w:cs="Arial"/>
                <w:sz w:val="18"/>
                <w:szCs w:val="18"/>
              </w:rPr>
              <w:t>splitter</w:t>
            </w:r>
            <w:proofErr w:type="spellEnd"/>
            <w:r w:rsidRPr="00C9411B">
              <w:rPr>
                <w:rFonts w:ascii="Arial" w:hAnsi="Arial" w:cs="Arial"/>
                <w:sz w:val="18"/>
                <w:szCs w:val="18"/>
              </w:rPr>
              <w:t>.</w:t>
            </w:r>
          </w:p>
        </w:tc>
        <w:tc>
          <w:tcPr>
            <w:tcW w:w="993" w:type="dxa"/>
            <w:vAlign w:val="center"/>
          </w:tcPr>
          <w:p w14:paraId="1CDC70E6" w14:textId="77777777" w:rsidR="00516A5B" w:rsidRPr="00A56DF5" w:rsidRDefault="00516A5B" w:rsidP="00B25E14">
            <w:pPr>
              <w:rPr>
                <w:rFonts w:ascii="Arial" w:hAnsi="Arial" w:cs="Arial"/>
                <w:color w:val="EE0000"/>
                <w:sz w:val="18"/>
                <w:szCs w:val="18"/>
              </w:rPr>
            </w:pPr>
          </w:p>
        </w:tc>
        <w:tc>
          <w:tcPr>
            <w:tcW w:w="992" w:type="dxa"/>
            <w:vAlign w:val="center"/>
          </w:tcPr>
          <w:p w14:paraId="4FE3ECB6" w14:textId="77777777" w:rsidR="00516A5B" w:rsidRPr="00A56DF5" w:rsidRDefault="00516A5B" w:rsidP="00B25E14">
            <w:pPr>
              <w:rPr>
                <w:rFonts w:ascii="Arial" w:hAnsi="Arial" w:cs="Arial"/>
                <w:color w:val="EE0000"/>
                <w:sz w:val="18"/>
                <w:szCs w:val="18"/>
              </w:rPr>
            </w:pPr>
          </w:p>
        </w:tc>
      </w:tr>
      <w:tr w:rsidR="00516A5B" w:rsidRPr="00A56DF5" w14:paraId="409F60AF" w14:textId="77777777" w:rsidTr="00674DB8">
        <w:tc>
          <w:tcPr>
            <w:tcW w:w="709" w:type="dxa"/>
            <w:vAlign w:val="center"/>
          </w:tcPr>
          <w:p w14:paraId="04520C5B" w14:textId="77777777" w:rsidR="00516A5B" w:rsidRPr="0065206D" w:rsidRDefault="00516A5B">
            <w:pPr>
              <w:pStyle w:val="Prrafodelista"/>
              <w:numPr>
                <w:ilvl w:val="0"/>
                <w:numId w:val="24"/>
              </w:numPr>
              <w:ind w:left="473"/>
              <w:jc w:val="center"/>
              <w:rPr>
                <w:rFonts w:ascii="Arial" w:hAnsi="Arial" w:cs="Arial"/>
                <w:sz w:val="18"/>
                <w:szCs w:val="18"/>
              </w:rPr>
            </w:pPr>
          </w:p>
        </w:tc>
        <w:tc>
          <w:tcPr>
            <w:tcW w:w="7796" w:type="dxa"/>
            <w:gridSpan w:val="2"/>
            <w:vAlign w:val="center"/>
          </w:tcPr>
          <w:p w14:paraId="5AB0B2AF" w14:textId="77777777" w:rsidR="00516A5B" w:rsidRPr="009E3AAE" w:rsidRDefault="00516A5B" w:rsidP="00B25E14">
            <w:pPr>
              <w:jc w:val="both"/>
              <w:rPr>
                <w:rFonts w:ascii="Arial" w:hAnsi="Arial" w:cs="Arial"/>
                <w:sz w:val="18"/>
                <w:szCs w:val="18"/>
              </w:rPr>
            </w:pPr>
            <w:r w:rsidRPr="00C9411B">
              <w:rPr>
                <w:rFonts w:ascii="Arial" w:hAnsi="Arial" w:cs="Arial"/>
                <w:sz w:val="18"/>
                <w:szCs w:val="18"/>
              </w:rPr>
              <w:t>Planos Impresos y una copia en medio magnético en AutoCAD que</w:t>
            </w:r>
            <w:r w:rsidRPr="00C9411B">
              <w:rPr>
                <w:rFonts w:ascii="Arial" w:hAnsi="Arial" w:cs="Arial"/>
                <w:spacing w:val="1"/>
                <w:sz w:val="18"/>
                <w:szCs w:val="18"/>
              </w:rPr>
              <w:t xml:space="preserve"> </w:t>
            </w:r>
            <w:r w:rsidRPr="00C9411B">
              <w:rPr>
                <w:rFonts w:ascii="Arial" w:hAnsi="Arial" w:cs="Arial"/>
                <w:sz w:val="18"/>
                <w:szCs w:val="18"/>
              </w:rPr>
              <w:t>contenga; Ubicación física de cada toma lógica, de cada toma</w:t>
            </w:r>
            <w:r w:rsidRPr="00C9411B">
              <w:rPr>
                <w:rFonts w:ascii="Arial" w:hAnsi="Arial" w:cs="Arial"/>
                <w:spacing w:val="1"/>
                <w:sz w:val="18"/>
                <w:szCs w:val="18"/>
              </w:rPr>
              <w:t xml:space="preserve"> </w:t>
            </w:r>
            <w:r w:rsidRPr="00C9411B">
              <w:rPr>
                <w:rFonts w:ascii="Arial" w:hAnsi="Arial" w:cs="Arial"/>
                <w:sz w:val="18"/>
                <w:szCs w:val="18"/>
              </w:rPr>
              <w:t>eléctrica, recorrido de la ruta del cableado tanto de datos como</w:t>
            </w:r>
            <w:r w:rsidRPr="00C9411B">
              <w:rPr>
                <w:rFonts w:ascii="Arial" w:hAnsi="Arial" w:cs="Arial"/>
                <w:spacing w:val="1"/>
                <w:sz w:val="18"/>
                <w:szCs w:val="18"/>
              </w:rPr>
              <w:t xml:space="preserve"> </w:t>
            </w:r>
            <w:r w:rsidRPr="00C9411B">
              <w:rPr>
                <w:rFonts w:ascii="Arial" w:hAnsi="Arial" w:cs="Arial"/>
                <w:sz w:val="18"/>
                <w:szCs w:val="18"/>
              </w:rPr>
              <w:t>eléctrico; plano de las tierras; lo anterior se requiere en sistema</w:t>
            </w:r>
            <w:r w:rsidRPr="00C9411B">
              <w:rPr>
                <w:rFonts w:ascii="Arial" w:hAnsi="Arial" w:cs="Arial"/>
                <w:spacing w:val="1"/>
                <w:sz w:val="18"/>
                <w:szCs w:val="18"/>
              </w:rPr>
              <w:t xml:space="preserve"> </w:t>
            </w:r>
            <w:r w:rsidRPr="00C9411B">
              <w:rPr>
                <w:rFonts w:ascii="Arial" w:hAnsi="Arial" w:cs="Arial"/>
                <w:sz w:val="18"/>
                <w:szCs w:val="18"/>
              </w:rPr>
              <w:t>de</w:t>
            </w:r>
            <w:r w:rsidRPr="00C9411B">
              <w:rPr>
                <w:rFonts w:ascii="Arial" w:hAnsi="Arial" w:cs="Arial"/>
                <w:spacing w:val="49"/>
                <w:sz w:val="18"/>
                <w:szCs w:val="18"/>
              </w:rPr>
              <w:t xml:space="preserve"> </w:t>
            </w:r>
            <w:r w:rsidRPr="00C9411B">
              <w:rPr>
                <w:rFonts w:ascii="Arial" w:hAnsi="Arial" w:cs="Arial"/>
                <w:sz w:val="18"/>
                <w:szCs w:val="18"/>
              </w:rPr>
              <w:t>capas para</w:t>
            </w:r>
            <w:r w:rsidRPr="00C9411B">
              <w:rPr>
                <w:rFonts w:ascii="Arial" w:hAnsi="Arial" w:cs="Arial"/>
                <w:spacing w:val="49"/>
                <w:sz w:val="18"/>
                <w:szCs w:val="18"/>
              </w:rPr>
              <w:t xml:space="preserve"> </w:t>
            </w:r>
            <w:r w:rsidRPr="00C9411B">
              <w:rPr>
                <w:rFonts w:ascii="Arial" w:hAnsi="Arial" w:cs="Arial"/>
                <w:sz w:val="18"/>
                <w:szCs w:val="18"/>
              </w:rPr>
              <w:t>cada uno de</w:t>
            </w:r>
            <w:r w:rsidRPr="00C9411B">
              <w:rPr>
                <w:rFonts w:ascii="Arial" w:hAnsi="Arial" w:cs="Arial"/>
                <w:spacing w:val="49"/>
                <w:sz w:val="18"/>
                <w:szCs w:val="18"/>
              </w:rPr>
              <w:t xml:space="preserve"> </w:t>
            </w:r>
            <w:r w:rsidRPr="00C9411B">
              <w:rPr>
                <w:rFonts w:ascii="Arial" w:hAnsi="Arial" w:cs="Arial"/>
                <w:sz w:val="18"/>
                <w:szCs w:val="18"/>
              </w:rPr>
              <w:t>los componentes</w:t>
            </w:r>
            <w:r w:rsidRPr="00C9411B">
              <w:rPr>
                <w:rFonts w:ascii="Arial" w:hAnsi="Arial" w:cs="Arial"/>
                <w:spacing w:val="4"/>
                <w:sz w:val="18"/>
                <w:szCs w:val="18"/>
              </w:rPr>
              <w:t xml:space="preserve"> </w:t>
            </w:r>
            <w:r w:rsidRPr="00C9411B">
              <w:rPr>
                <w:rFonts w:ascii="Arial" w:hAnsi="Arial" w:cs="Arial"/>
                <w:sz w:val="18"/>
                <w:szCs w:val="18"/>
              </w:rPr>
              <w:t>técnicos o</w:t>
            </w:r>
            <w:r w:rsidRPr="00C9411B">
              <w:rPr>
                <w:rFonts w:ascii="Arial" w:hAnsi="Arial" w:cs="Arial"/>
                <w:spacing w:val="49"/>
                <w:sz w:val="18"/>
                <w:szCs w:val="18"/>
              </w:rPr>
              <w:t xml:space="preserve"> </w:t>
            </w:r>
            <w:r w:rsidRPr="00C9411B">
              <w:rPr>
                <w:rFonts w:ascii="Arial" w:hAnsi="Arial" w:cs="Arial"/>
                <w:sz w:val="18"/>
                <w:szCs w:val="18"/>
              </w:rPr>
              <w:t>a instalar.</w:t>
            </w:r>
          </w:p>
        </w:tc>
        <w:tc>
          <w:tcPr>
            <w:tcW w:w="993" w:type="dxa"/>
            <w:vAlign w:val="center"/>
          </w:tcPr>
          <w:p w14:paraId="47C3C32F" w14:textId="77777777" w:rsidR="00516A5B" w:rsidRPr="00A56DF5" w:rsidRDefault="00516A5B" w:rsidP="00B25E14">
            <w:pPr>
              <w:rPr>
                <w:rFonts w:ascii="Arial" w:hAnsi="Arial" w:cs="Arial"/>
                <w:color w:val="EE0000"/>
                <w:sz w:val="18"/>
                <w:szCs w:val="18"/>
              </w:rPr>
            </w:pPr>
          </w:p>
        </w:tc>
        <w:tc>
          <w:tcPr>
            <w:tcW w:w="992" w:type="dxa"/>
            <w:vAlign w:val="center"/>
          </w:tcPr>
          <w:p w14:paraId="3C23B339" w14:textId="77777777" w:rsidR="00516A5B" w:rsidRPr="00A56DF5" w:rsidRDefault="00516A5B" w:rsidP="00B25E14">
            <w:pPr>
              <w:rPr>
                <w:rFonts w:ascii="Arial" w:hAnsi="Arial" w:cs="Arial"/>
                <w:color w:val="EE0000"/>
                <w:sz w:val="18"/>
                <w:szCs w:val="18"/>
              </w:rPr>
            </w:pPr>
          </w:p>
        </w:tc>
      </w:tr>
      <w:tr w:rsidR="00516A5B" w:rsidRPr="00A56DF5" w14:paraId="67297054" w14:textId="77777777" w:rsidTr="00674DB8">
        <w:tc>
          <w:tcPr>
            <w:tcW w:w="709" w:type="dxa"/>
            <w:vAlign w:val="center"/>
          </w:tcPr>
          <w:p w14:paraId="3D4CDE49" w14:textId="77777777" w:rsidR="00516A5B" w:rsidRPr="001324DD" w:rsidRDefault="00516A5B" w:rsidP="00B25E14">
            <w:pPr>
              <w:jc w:val="center"/>
              <w:rPr>
                <w:rFonts w:ascii="Arial" w:hAnsi="Arial" w:cs="Arial"/>
                <w:b/>
                <w:bCs/>
                <w:sz w:val="18"/>
                <w:szCs w:val="18"/>
              </w:rPr>
            </w:pPr>
            <w:r w:rsidRPr="001324DD">
              <w:rPr>
                <w:rFonts w:ascii="Arial" w:hAnsi="Arial" w:cs="Arial"/>
                <w:b/>
                <w:bCs/>
                <w:sz w:val="18"/>
                <w:szCs w:val="18"/>
              </w:rPr>
              <w:t>5</w:t>
            </w:r>
          </w:p>
        </w:tc>
        <w:tc>
          <w:tcPr>
            <w:tcW w:w="7796" w:type="dxa"/>
            <w:gridSpan w:val="2"/>
            <w:vAlign w:val="center"/>
          </w:tcPr>
          <w:p w14:paraId="48F85FA6" w14:textId="77777777" w:rsidR="00516A5B" w:rsidRPr="0065206D" w:rsidRDefault="00516A5B" w:rsidP="00B25E14">
            <w:pPr>
              <w:jc w:val="both"/>
              <w:rPr>
                <w:rFonts w:ascii="Arial" w:hAnsi="Arial" w:cs="Arial"/>
                <w:sz w:val="18"/>
                <w:szCs w:val="18"/>
              </w:rPr>
            </w:pPr>
            <w:r>
              <w:rPr>
                <w:rFonts w:ascii="Arial" w:hAnsi="Arial" w:cs="Arial"/>
                <w:b/>
                <w:sz w:val="18"/>
                <w:szCs w:val="18"/>
              </w:rPr>
              <w:t xml:space="preserve">CABLE </w:t>
            </w:r>
            <w:r w:rsidRPr="00EF0443">
              <w:rPr>
                <w:rFonts w:ascii="Arial" w:hAnsi="Arial" w:cs="Arial"/>
                <w:b/>
                <w:sz w:val="18"/>
                <w:szCs w:val="18"/>
              </w:rPr>
              <w:t xml:space="preserve">F/UTP CATEGORÍA 6A </w:t>
            </w:r>
          </w:p>
        </w:tc>
        <w:tc>
          <w:tcPr>
            <w:tcW w:w="993" w:type="dxa"/>
            <w:vAlign w:val="center"/>
          </w:tcPr>
          <w:p w14:paraId="7B7A47EE" w14:textId="77777777" w:rsidR="00516A5B" w:rsidRPr="00A56DF5" w:rsidRDefault="00516A5B" w:rsidP="00B25E14">
            <w:pPr>
              <w:rPr>
                <w:rFonts w:ascii="Arial" w:hAnsi="Arial" w:cs="Arial"/>
                <w:color w:val="EE0000"/>
                <w:sz w:val="18"/>
                <w:szCs w:val="18"/>
              </w:rPr>
            </w:pPr>
          </w:p>
        </w:tc>
        <w:tc>
          <w:tcPr>
            <w:tcW w:w="992" w:type="dxa"/>
            <w:vAlign w:val="center"/>
          </w:tcPr>
          <w:p w14:paraId="1D26737E" w14:textId="77777777" w:rsidR="00516A5B" w:rsidRPr="00A56DF5" w:rsidRDefault="00516A5B" w:rsidP="00B25E14">
            <w:pPr>
              <w:rPr>
                <w:rFonts w:ascii="Arial" w:hAnsi="Arial" w:cs="Arial"/>
                <w:color w:val="EE0000"/>
                <w:sz w:val="18"/>
                <w:szCs w:val="18"/>
              </w:rPr>
            </w:pPr>
          </w:p>
        </w:tc>
      </w:tr>
      <w:tr w:rsidR="00516A5B" w:rsidRPr="00A56DF5" w14:paraId="20CA33E4" w14:textId="77777777" w:rsidTr="00674DB8">
        <w:tc>
          <w:tcPr>
            <w:tcW w:w="709" w:type="dxa"/>
            <w:vAlign w:val="center"/>
          </w:tcPr>
          <w:p w14:paraId="3BC73243" w14:textId="77777777" w:rsidR="00516A5B" w:rsidRPr="00B64BC5" w:rsidRDefault="00516A5B">
            <w:pPr>
              <w:pStyle w:val="Prrafodelista"/>
              <w:numPr>
                <w:ilvl w:val="0"/>
                <w:numId w:val="25"/>
              </w:numPr>
              <w:ind w:left="473"/>
              <w:jc w:val="center"/>
              <w:rPr>
                <w:rFonts w:ascii="Arial" w:hAnsi="Arial" w:cs="Arial"/>
                <w:sz w:val="18"/>
                <w:szCs w:val="18"/>
              </w:rPr>
            </w:pPr>
          </w:p>
        </w:tc>
        <w:tc>
          <w:tcPr>
            <w:tcW w:w="1696" w:type="dxa"/>
            <w:vAlign w:val="center"/>
          </w:tcPr>
          <w:p w14:paraId="63E015D2" w14:textId="77777777" w:rsidR="00516A5B" w:rsidRPr="0065206D" w:rsidRDefault="00516A5B" w:rsidP="00B25E14">
            <w:pPr>
              <w:rPr>
                <w:rFonts w:ascii="Arial" w:hAnsi="Arial" w:cs="Arial"/>
                <w:sz w:val="18"/>
                <w:szCs w:val="18"/>
              </w:rPr>
            </w:pPr>
            <w:r>
              <w:rPr>
                <w:rFonts w:ascii="Arial" w:hAnsi="Arial" w:cs="Arial"/>
                <w:sz w:val="18"/>
                <w:szCs w:val="18"/>
              </w:rPr>
              <w:t>Marca:</w:t>
            </w:r>
          </w:p>
        </w:tc>
        <w:tc>
          <w:tcPr>
            <w:tcW w:w="6100" w:type="dxa"/>
          </w:tcPr>
          <w:p w14:paraId="26B1FF32" w14:textId="77777777" w:rsidR="00516A5B" w:rsidRPr="0065206D" w:rsidRDefault="00516A5B" w:rsidP="00B25E14">
            <w:pPr>
              <w:jc w:val="both"/>
              <w:rPr>
                <w:rFonts w:ascii="Arial" w:hAnsi="Arial" w:cs="Arial"/>
                <w:sz w:val="18"/>
                <w:szCs w:val="18"/>
              </w:rPr>
            </w:pPr>
          </w:p>
        </w:tc>
        <w:tc>
          <w:tcPr>
            <w:tcW w:w="993" w:type="dxa"/>
            <w:vAlign w:val="center"/>
          </w:tcPr>
          <w:p w14:paraId="1597D5D7" w14:textId="77777777" w:rsidR="00516A5B" w:rsidRPr="00A56DF5" w:rsidRDefault="00516A5B" w:rsidP="00B25E14">
            <w:pPr>
              <w:rPr>
                <w:rFonts w:ascii="Arial" w:hAnsi="Arial" w:cs="Arial"/>
                <w:color w:val="EE0000"/>
                <w:sz w:val="18"/>
                <w:szCs w:val="18"/>
              </w:rPr>
            </w:pPr>
          </w:p>
        </w:tc>
        <w:tc>
          <w:tcPr>
            <w:tcW w:w="992" w:type="dxa"/>
            <w:vAlign w:val="center"/>
          </w:tcPr>
          <w:p w14:paraId="7CF3672D" w14:textId="77777777" w:rsidR="00516A5B" w:rsidRPr="00A56DF5" w:rsidRDefault="00516A5B" w:rsidP="00B25E14">
            <w:pPr>
              <w:rPr>
                <w:rFonts w:ascii="Arial" w:hAnsi="Arial" w:cs="Arial"/>
                <w:color w:val="EE0000"/>
                <w:sz w:val="18"/>
                <w:szCs w:val="18"/>
              </w:rPr>
            </w:pPr>
          </w:p>
        </w:tc>
      </w:tr>
      <w:tr w:rsidR="00516A5B" w:rsidRPr="00A56DF5" w14:paraId="35303EFB" w14:textId="77777777" w:rsidTr="00674DB8">
        <w:tc>
          <w:tcPr>
            <w:tcW w:w="709" w:type="dxa"/>
            <w:vAlign w:val="center"/>
          </w:tcPr>
          <w:p w14:paraId="08358620" w14:textId="77777777" w:rsidR="00516A5B" w:rsidRPr="0065206D" w:rsidRDefault="00516A5B">
            <w:pPr>
              <w:pStyle w:val="Prrafodelista"/>
              <w:numPr>
                <w:ilvl w:val="0"/>
                <w:numId w:val="25"/>
              </w:numPr>
              <w:ind w:left="473"/>
              <w:jc w:val="center"/>
              <w:rPr>
                <w:rFonts w:ascii="Arial" w:hAnsi="Arial" w:cs="Arial"/>
                <w:sz w:val="18"/>
                <w:szCs w:val="18"/>
              </w:rPr>
            </w:pPr>
          </w:p>
        </w:tc>
        <w:tc>
          <w:tcPr>
            <w:tcW w:w="1696" w:type="dxa"/>
            <w:vAlign w:val="center"/>
          </w:tcPr>
          <w:p w14:paraId="08673A5E" w14:textId="77777777" w:rsidR="00516A5B" w:rsidRPr="0065206D" w:rsidRDefault="00516A5B" w:rsidP="00B25E14">
            <w:pPr>
              <w:rPr>
                <w:rFonts w:ascii="Arial" w:hAnsi="Arial" w:cs="Arial"/>
                <w:sz w:val="18"/>
                <w:szCs w:val="18"/>
              </w:rPr>
            </w:pPr>
            <w:r>
              <w:rPr>
                <w:rFonts w:ascii="Arial" w:hAnsi="Arial" w:cs="Arial"/>
                <w:sz w:val="18"/>
                <w:szCs w:val="18"/>
              </w:rPr>
              <w:t>Referencia:</w:t>
            </w:r>
          </w:p>
        </w:tc>
        <w:tc>
          <w:tcPr>
            <w:tcW w:w="6100" w:type="dxa"/>
          </w:tcPr>
          <w:p w14:paraId="7B36D939" w14:textId="77777777" w:rsidR="00516A5B" w:rsidRPr="0065206D" w:rsidRDefault="00516A5B" w:rsidP="00B25E14">
            <w:pPr>
              <w:jc w:val="both"/>
              <w:rPr>
                <w:rFonts w:ascii="Arial" w:hAnsi="Arial" w:cs="Arial"/>
                <w:sz w:val="18"/>
                <w:szCs w:val="18"/>
              </w:rPr>
            </w:pPr>
          </w:p>
        </w:tc>
        <w:tc>
          <w:tcPr>
            <w:tcW w:w="993" w:type="dxa"/>
            <w:vAlign w:val="center"/>
          </w:tcPr>
          <w:p w14:paraId="02385EF0" w14:textId="77777777" w:rsidR="00516A5B" w:rsidRPr="00A56DF5" w:rsidRDefault="00516A5B" w:rsidP="00B25E14">
            <w:pPr>
              <w:rPr>
                <w:rFonts w:ascii="Arial" w:hAnsi="Arial" w:cs="Arial"/>
                <w:color w:val="EE0000"/>
                <w:sz w:val="18"/>
                <w:szCs w:val="18"/>
              </w:rPr>
            </w:pPr>
          </w:p>
        </w:tc>
        <w:tc>
          <w:tcPr>
            <w:tcW w:w="992" w:type="dxa"/>
            <w:vAlign w:val="center"/>
          </w:tcPr>
          <w:p w14:paraId="479EE126" w14:textId="77777777" w:rsidR="00516A5B" w:rsidRPr="00A56DF5" w:rsidRDefault="00516A5B" w:rsidP="00B25E14">
            <w:pPr>
              <w:rPr>
                <w:rFonts w:ascii="Arial" w:hAnsi="Arial" w:cs="Arial"/>
                <w:color w:val="EE0000"/>
                <w:sz w:val="18"/>
                <w:szCs w:val="18"/>
              </w:rPr>
            </w:pPr>
          </w:p>
        </w:tc>
      </w:tr>
      <w:tr w:rsidR="00516A5B" w:rsidRPr="00A56DF5" w14:paraId="1F7698B7" w14:textId="77777777" w:rsidTr="00674DB8">
        <w:tc>
          <w:tcPr>
            <w:tcW w:w="709" w:type="dxa"/>
            <w:vAlign w:val="center"/>
          </w:tcPr>
          <w:p w14:paraId="16ECFB4D" w14:textId="77777777" w:rsidR="00516A5B" w:rsidRPr="0065206D" w:rsidRDefault="00516A5B">
            <w:pPr>
              <w:pStyle w:val="Prrafodelista"/>
              <w:numPr>
                <w:ilvl w:val="0"/>
                <w:numId w:val="25"/>
              </w:numPr>
              <w:ind w:left="473"/>
              <w:jc w:val="center"/>
              <w:rPr>
                <w:rFonts w:ascii="Arial" w:hAnsi="Arial" w:cs="Arial"/>
                <w:sz w:val="18"/>
                <w:szCs w:val="18"/>
              </w:rPr>
            </w:pPr>
          </w:p>
        </w:tc>
        <w:tc>
          <w:tcPr>
            <w:tcW w:w="1696" w:type="dxa"/>
            <w:vAlign w:val="center"/>
          </w:tcPr>
          <w:p w14:paraId="1C7183D4" w14:textId="77777777" w:rsidR="00516A5B" w:rsidRPr="0065206D" w:rsidRDefault="00516A5B" w:rsidP="00B25E14">
            <w:pPr>
              <w:rPr>
                <w:rFonts w:ascii="Arial" w:hAnsi="Arial" w:cs="Arial"/>
                <w:sz w:val="18"/>
                <w:szCs w:val="18"/>
              </w:rPr>
            </w:pPr>
            <w:r>
              <w:rPr>
                <w:rFonts w:ascii="Arial" w:hAnsi="Arial" w:cs="Arial"/>
                <w:sz w:val="18"/>
                <w:szCs w:val="18"/>
              </w:rPr>
              <w:t>Cantidad de puntos:</w:t>
            </w:r>
          </w:p>
        </w:tc>
        <w:tc>
          <w:tcPr>
            <w:tcW w:w="6100" w:type="dxa"/>
            <w:vAlign w:val="center"/>
          </w:tcPr>
          <w:p w14:paraId="49DB2119" w14:textId="77777777" w:rsidR="00516A5B" w:rsidRPr="0065206D" w:rsidRDefault="00516A5B" w:rsidP="00B25E14">
            <w:pPr>
              <w:rPr>
                <w:rFonts w:ascii="Arial" w:hAnsi="Arial" w:cs="Arial"/>
                <w:sz w:val="18"/>
                <w:szCs w:val="18"/>
              </w:rPr>
            </w:pPr>
            <w:r>
              <w:rPr>
                <w:rFonts w:ascii="Arial" w:hAnsi="Arial" w:cs="Arial"/>
                <w:sz w:val="18"/>
                <w:szCs w:val="18"/>
              </w:rPr>
              <w:t>60</w:t>
            </w:r>
          </w:p>
        </w:tc>
        <w:tc>
          <w:tcPr>
            <w:tcW w:w="993" w:type="dxa"/>
            <w:vAlign w:val="center"/>
          </w:tcPr>
          <w:p w14:paraId="7691A80D" w14:textId="77777777" w:rsidR="00516A5B" w:rsidRPr="00A56DF5" w:rsidRDefault="00516A5B" w:rsidP="00B25E14">
            <w:pPr>
              <w:rPr>
                <w:rFonts w:ascii="Arial" w:hAnsi="Arial" w:cs="Arial"/>
                <w:color w:val="EE0000"/>
                <w:sz w:val="18"/>
                <w:szCs w:val="18"/>
              </w:rPr>
            </w:pPr>
          </w:p>
        </w:tc>
        <w:tc>
          <w:tcPr>
            <w:tcW w:w="992" w:type="dxa"/>
            <w:vAlign w:val="center"/>
          </w:tcPr>
          <w:p w14:paraId="4CE8F11C" w14:textId="77777777" w:rsidR="00516A5B" w:rsidRPr="00A56DF5" w:rsidRDefault="00516A5B" w:rsidP="00B25E14">
            <w:pPr>
              <w:rPr>
                <w:rFonts w:ascii="Arial" w:hAnsi="Arial" w:cs="Arial"/>
                <w:color w:val="EE0000"/>
                <w:sz w:val="18"/>
                <w:szCs w:val="18"/>
              </w:rPr>
            </w:pPr>
          </w:p>
        </w:tc>
      </w:tr>
      <w:tr w:rsidR="00516A5B" w:rsidRPr="00A56DF5" w14:paraId="37F6C528" w14:textId="77777777" w:rsidTr="00674DB8">
        <w:tc>
          <w:tcPr>
            <w:tcW w:w="709" w:type="dxa"/>
            <w:vAlign w:val="center"/>
          </w:tcPr>
          <w:p w14:paraId="23CD5A48" w14:textId="77777777" w:rsidR="00516A5B" w:rsidRPr="0065206D" w:rsidRDefault="00516A5B">
            <w:pPr>
              <w:pStyle w:val="Prrafodelista"/>
              <w:numPr>
                <w:ilvl w:val="0"/>
                <w:numId w:val="25"/>
              </w:numPr>
              <w:ind w:left="473"/>
              <w:jc w:val="center"/>
              <w:rPr>
                <w:rFonts w:ascii="Arial" w:hAnsi="Arial" w:cs="Arial"/>
                <w:sz w:val="18"/>
                <w:szCs w:val="18"/>
              </w:rPr>
            </w:pPr>
          </w:p>
        </w:tc>
        <w:tc>
          <w:tcPr>
            <w:tcW w:w="7796" w:type="dxa"/>
            <w:gridSpan w:val="2"/>
            <w:vAlign w:val="center"/>
          </w:tcPr>
          <w:p w14:paraId="180D3FAB" w14:textId="77777777" w:rsidR="00516A5B" w:rsidRPr="0065206D" w:rsidRDefault="00516A5B" w:rsidP="00B25E14">
            <w:pPr>
              <w:jc w:val="both"/>
              <w:rPr>
                <w:rFonts w:ascii="Arial" w:hAnsi="Arial" w:cs="Arial"/>
                <w:sz w:val="18"/>
                <w:szCs w:val="18"/>
              </w:rPr>
            </w:pPr>
            <w:r w:rsidRPr="00EF0443">
              <w:rPr>
                <w:rFonts w:ascii="Arial" w:hAnsi="Arial" w:cs="Arial"/>
                <w:sz w:val="18"/>
                <w:szCs w:val="18"/>
              </w:rPr>
              <w:t>Se aclara que un punto de red se compone de dos enlaces de cobre con todos sus componentes, de acuerdo a lo estipulado en el estándar para cableado y componentes.</w:t>
            </w:r>
          </w:p>
        </w:tc>
        <w:tc>
          <w:tcPr>
            <w:tcW w:w="993" w:type="dxa"/>
            <w:vAlign w:val="center"/>
          </w:tcPr>
          <w:p w14:paraId="4F504FD9" w14:textId="77777777" w:rsidR="00516A5B" w:rsidRPr="00A56DF5" w:rsidRDefault="00516A5B" w:rsidP="00B25E14">
            <w:pPr>
              <w:rPr>
                <w:rFonts w:ascii="Arial" w:hAnsi="Arial" w:cs="Arial"/>
                <w:color w:val="EE0000"/>
                <w:sz w:val="18"/>
                <w:szCs w:val="18"/>
              </w:rPr>
            </w:pPr>
          </w:p>
        </w:tc>
        <w:tc>
          <w:tcPr>
            <w:tcW w:w="992" w:type="dxa"/>
            <w:vAlign w:val="center"/>
          </w:tcPr>
          <w:p w14:paraId="571411AC" w14:textId="77777777" w:rsidR="00516A5B" w:rsidRPr="00A56DF5" w:rsidRDefault="00516A5B" w:rsidP="00B25E14">
            <w:pPr>
              <w:rPr>
                <w:rFonts w:ascii="Arial" w:hAnsi="Arial" w:cs="Arial"/>
                <w:color w:val="EE0000"/>
                <w:sz w:val="18"/>
                <w:szCs w:val="18"/>
              </w:rPr>
            </w:pPr>
          </w:p>
        </w:tc>
      </w:tr>
      <w:tr w:rsidR="00516A5B" w:rsidRPr="00A56DF5" w14:paraId="39808231" w14:textId="77777777" w:rsidTr="00674DB8">
        <w:tc>
          <w:tcPr>
            <w:tcW w:w="709" w:type="dxa"/>
            <w:vAlign w:val="center"/>
          </w:tcPr>
          <w:p w14:paraId="10F668ED" w14:textId="77777777" w:rsidR="00516A5B" w:rsidRPr="0065206D" w:rsidRDefault="00516A5B">
            <w:pPr>
              <w:pStyle w:val="Prrafodelista"/>
              <w:numPr>
                <w:ilvl w:val="0"/>
                <w:numId w:val="25"/>
              </w:numPr>
              <w:ind w:left="473"/>
              <w:jc w:val="center"/>
              <w:rPr>
                <w:rFonts w:ascii="Arial" w:hAnsi="Arial" w:cs="Arial"/>
                <w:sz w:val="18"/>
                <w:szCs w:val="18"/>
              </w:rPr>
            </w:pPr>
          </w:p>
        </w:tc>
        <w:tc>
          <w:tcPr>
            <w:tcW w:w="7796" w:type="dxa"/>
            <w:gridSpan w:val="2"/>
            <w:vAlign w:val="center"/>
          </w:tcPr>
          <w:p w14:paraId="5823F3F5" w14:textId="77777777" w:rsidR="00516A5B" w:rsidRPr="0065206D" w:rsidRDefault="00516A5B" w:rsidP="00B25E14">
            <w:pPr>
              <w:jc w:val="both"/>
              <w:rPr>
                <w:rFonts w:ascii="Arial" w:hAnsi="Arial" w:cs="Arial"/>
                <w:sz w:val="18"/>
                <w:szCs w:val="18"/>
              </w:rPr>
            </w:pPr>
            <w:r w:rsidRPr="00EF0443">
              <w:rPr>
                <w:rFonts w:ascii="Arial" w:hAnsi="Arial" w:cs="Arial"/>
                <w:sz w:val="18"/>
                <w:szCs w:val="18"/>
              </w:rPr>
              <w:t xml:space="preserve">Punto de red a todo costo comprendiendo elementos, instalación, mano de obra y trabajos de infraestructura requeridos. Dentro de los elementos a contemplar por cada uno de los puntos de red se tendrán en cuenta: </w:t>
            </w:r>
            <w:proofErr w:type="spellStart"/>
            <w:r w:rsidRPr="00EF0443">
              <w:rPr>
                <w:rFonts w:ascii="Arial" w:hAnsi="Arial" w:cs="Arial"/>
                <w:sz w:val="18"/>
                <w:szCs w:val="18"/>
              </w:rPr>
              <w:t>FacePlate</w:t>
            </w:r>
            <w:proofErr w:type="spellEnd"/>
            <w:r w:rsidRPr="00EF0443">
              <w:rPr>
                <w:rFonts w:ascii="Arial" w:hAnsi="Arial" w:cs="Arial"/>
                <w:sz w:val="18"/>
                <w:szCs w:val="18"/>
              </w:rPr>
              <w:t xml:space="preserve">, caja, Jack RJ45, cable F/UTP, canaleta plástica, </w:t>
            </w:r>
            <w:proofErr w:type="spellStart"/>
            <w:r w:rsidRPr="00EF0443">
              <w:rPr>
                <w:rFonts w:ascii="Arial" w:hAnsi="Arial" w:cs="Arial"/>
                <w:sz w:val="18"/>
                <w:szCs w:val="18"/>
              </w:rPr>
              <w:t>ducterias</w:t>
            </w:r>
            <w:proofErr w:type="spellEnd"/>
            <w:r w:rsidRPr="00EF0443">
              <w:rPr>
                <w:rFonts w:ascii="Arial" w:hAnsi="Arial" w:cs="Arial"/>
                <w:sz w:val="18"/>
                <w:szCs w:val="18"/>
              </w:rPr>
              <w:t xml:space="preserve"> IMC, bandejas tipo malla, </w:t>
            </w:r>
            <w:proofErr w:type="spellStart"/>
            <w:r w:rsidRPr="00EF0443">
              <w:rPr>
                <w:rFonts w:ascii="Arial" w:hAnsi="Arial" w:cs="Arial"/>
                <w:sz w:val="18"/>
                <w:szCs w:val="18"/>
              </w:rPr>
              <w:t>patch</w:t>
            </w:r>
            <w:proofErr w:type="spellEnd"/>
            <w:r w:rsidRPr="00EF0443">
              <w:rPr>
                <w:rFonts w:ascii="Arial" w:hAnsi="Arial" w:cs="Arial"/>
                <w:sz w:val="18"/>
                <w:szCs w:val="18"/>
              </w:rPr>
              <w:t xml:space="preserve"> panel, organizadores, bandeja de fibra, </w:t>
            </w:r>
            <w:proofErr w:type="spellStart"/>
            <w:r w:rsidRPr="00EF0443">
              <w:rPr>
                <w:rFonts w:ascii="Arial" w:hAnsi="Arial" w:cs="Arial"/>
                <w:sz w:val="18"/>
                <w:szCs w:val="18"/>
              </w:rPr>
              <w:t>patch</w:t>
            </w:r>
            <w:proofErr w:type="spellEnd"/>
            <w:r w:rsidRPr="00EF0443">
              <w:rPr>
                <w:rFonts w:ascii="Arial" w:hAnsi="Arial" w:cs="Arial"/>
                <w:sz w:val="18"/>
                <w:szCs w:val="18"/>
              </w:rPr>
              <w:t xml:space="preserve"> </w:t>
            </w:r>
            <w:proofErr w:type="spellStart"/>
            <w:r w:rsidRPr="00EF0443">
              <w:rPr>
                <w:rFonts w:ascii="Arial" w:hAnsi="Arial" w:cs="Arial"/>
                <w:sz w:val="18"/>
                <w:szCs w:val="18"/>
              </w:rPr>
              <w:t>cord</w:t>
            </w:r>
            <w:proofErr w:type="spellEnd"/>
            <w:r w:rsidRPr="00EF0443">
              <w:rPr>
                <w:rFonts w:ascii="Arial" w:hAnsi="Arial" w:cs="Arial"/>
                <w:sz w:val="18"/>
                <w:szCs w:val="18"/>
              </w:rPr>
              <w:t xml:space="preserve">, gabinetes y/o racks, cableado eléctrico regulado y no regulado, tomas eléctricas reguladas y no reguladas, </w:t>
            </w:r>
            <w:r w:rsidRPr="00EF0443">
              <w:rPr>
                <w:rFonts w:ascii="Arial" w:hAnsi="Arial" w:cs="Arial"/>
                <w:sz w:val="18"/>
                <w:szCs w:val="18"/>
              </w:rPr>
              <w:lastRenderedPageBreak/>
              <w:t>tableros eléctricos, sistemas de puesta a tierra y demás elementos necesarios para su instalación y puesta en funcionamiento</w:t>
            </w:r>
          </w:p>
        </w:tc>
        <w:tc>
          <w:tcPr>
            <w:tcW w:w="993" w:type="dxa"/>
            <w:vAlign w:val="center"/>
          </w:tcPr>
          <w:p w14:paraId="7652F01E" w14:textId="77777777" w:rsidR="00516A5B" w:rsidRPr="00A56DF5" w:rsidRDefault="00516A5B" w:rsidP="00B25E14">
            <w:pPr>
              <w:rPr>
                <w:rFonts w:ascii="Arial" w:hAnsi="Arial" w:cs="Arial"/>
                <w:color w:val="EE0000"/>
                <w:sz w:val="18"/>
                <w:szCs w:val="18"/>
              </w:rPr>
            </w:pPr>
          </w:p>
        </w:tc>
        <w:tc>
          <w:tcPr>
            <w:tcW w:w="992" w:type="dxa"/>
            <w:vAlign w:val="center"/>
          </w:tcPr>
          <w:p w14:paraId="66D2A13D" w14:textId="77777777" w:rsidR="00516A5B" w:rsidRPr="00A56DF5" w:rsidRDefault="00516A5B" w:rsidP="00B25E14">
            <w:pPr>
              <w:rPr>
                <w:rFonts w:ascii="Arial" w:hAnsi="Arial" w:cs="Arial"/>
                <w:color w:val="EE0000"/>
                <w:sz w:val="18"/>
                <w:szCs w:val="18"/>
              </w:rPr>
            </w:pPr>
          </w:p>
        </w:tc>
      </w:tr>
      <w:tr w:rsidR="00516A5B" w:rsidRPr="00A56DF5" w14:paraId="33FAEB19" w14:textId="77777777" w:rsidTr="00674DB8">
        <w:tc>
          <w:tcPr>
            <w:tcW w:w="709" w:type="dxa"/>
            <w:vAlign w:val="center"/>
          </w:tcPr>
          <w:p w14:paraId="120F7442" w14:textId="77777777" w:rsidR="00516A5B" w:rsidRPr="0065206D" w:rsidRDefault="00516A5B">
            <w:pPr>
              <w:pStyle w:val="Prrafodelista"/>
              <w:numPr>
                <w:ilvl w:val="0"/>
                <w:numId w:val="25"/>
              </w:numPr>
              <w:ind w:left="473"/>
              <w:jc w:val="center"/>
              <w:rPr>
                <w:rFonts w:ascii="Arial" w:hAnsi="Arial" w:cs="Arial"/>
                <w:sz w:val="18"/>
                <w:szCs w:val="18"/>
              </w:rPr>
            </w:pPr>
          </w:p>
        </w:tc>
        <w:tc>
          <w:tcPr>
            <w:tcW w:w="7796" w:type="dxa"/>
            <w:gridSpan w:val="2"/>
            <w:vAlign w:val="center"/>
          </w:tcPr>
          <w:p w14:paraId="75EBD560" w14:textId="77777777" w:rsidR="00516A5B" w:rsidRPr="0065206D" w:rsidRDefault="00516A5B" w:rsidP="00B25E14">
            <w:pPr>
              <w:jc w:val="both"/>
              <w:rPr>
                <w:rFonts w:ascii="Arial" w:hAnsi="Arial" w:cs="Arial"/>
                <w:sz w:val="18"/>
                <w:szCs w:val="18"/>
              </w:rPr>
            </w:pPr>
            <w:r w:rsidRPr="00EF0443">
              <w:rPr>
                <w:rFonts w:ascii="Arial" w:hAnsi="Arial" w:cs="Arial"/>
                <w:sz w:val="18"/>
                <w:szCs w:val="18"/>
              </w:rPr>
              <w:t>Todos los elementos que componen la solución de cableado estructurado deberán ser en una sola marca o fabricante (</w:t>
            </w:r>
            <w:proofErr w:type="spellStart"/>
            <w:r w:rsidRPr="00EF0443">
              <w:rPr>
                <w:rFonts w:ascii="Arial" w:hAnsi="Arial" w:cs="Arial"/>
                <w:sz w:val="18"/>
                <w:szCs w:val="18"/>
              </w:rPr>
              <w:t>FacePlate</w:t>
            </w:r>
            <w:proofErr w:type="spellEnd"/>
            <w:r w:rsidRPr="00EF0443">
              <w:rPr>
                <w:rFonts w:ascii="Arial" w:hAnsi="Arial" w:cs="Arial"/>
                <w:sz w:val="18"/>
                <w:szCs w:val="18"/>
              </w:rPr>
              <w:t xml:space="preserve">, Jack RJ45, cable F/UTP, </w:t>
            </w:r>
            <w:proofErr w:type="spellStart"/>
            <w:r w:rsidRPr="00EF0443">
              <w:rPr>
                <w:rFonts w:ascii="Arial" w:hAnsi="Arial" w:cs="Arial"/>
                <w:sz w:val="18"/>
                <w:szCs w:val="18"/>
              </w:rPr>
              <w:t>patch</w:t>
            </w:r>
            <w:proofErr w:type="spellEnd"/>
            <w:r w:rsidRPr="00EF0443">
              <w:rPr>
                <w:rFonts w:ascii="Arial" w:hAnsi="Arial" w:cs="Arial"/>
                <w:sz w:val="18"/>
                <w:szCs w:val="18"/>
              </w:rPr>
              <w:t xml:space="preserve"> panel, organizadores, bandeja de fibra, </w:t>
            </w:r>
            <w:proofErr w:type="spellStart"/>
            <w:r w:rsidRPr="00EF0443">
              <w:rPr>
                <w:rFonts w:ascii="Arial" w:hAnsi="Arial" w:cs="Arial"/>
                <w:sz w:val="18"/>
                <w:szCs w:val="18"/>
              </w:rPr>
              <w:t>patch</w:t>
            </w:r>
            <w:proofErr w:type="spellEnd"/>
            <w:r w:rsidRPr="00EF0443">
              <w:rPr>
                <w:rFonts w:ascii="Arial" w:hAnsi="Arial" w:cs="Arial"/>
                <w:sz w:val="18"/>
                <w:szCs w:val="18"/>
              </w:rPr>
              <w:t xml:space="preserve"> </w:t>
            </w:r>
            <w:proofErr w:type="spellStart"/>
            <w:r w:rsidRPr="00EF0443">
              <w:rPr>
                <w:rFonts w:ascii="Arial" w:hAnsi="Arial" w:cs="Arial"/>
                <w:sz w:val="18"/>
                <w:szCs w:val="18"/>
              </w:rPr>
              <w:t>cord</w:t>
            </w:r>
            <w:proofErr w:type="spellEnd"/>
            <w:r w:rsidRPr="00EF0443">
              <w:rPr>
                <w:rFonts w:ascii="Arial" w:hAnsi="Arial" w:cs="Arial"/>
                <w:sz w:val="18"/>
                <w:szCs w:val="18"/>
              </w:rPr>
              <w:t>).</w:t>
            </w:r>
          </w:p>
        </w:tc>
        <w:tc>
          <w:tcPr>
            <w:tcW w:w="993" w:type="dxa"/>
            <w:vAlign w:val="center"/>
          </w:tcPr>
          <w:p w14:paraId="7365B610" w14:textId="77777777" w:rsidR="00516A5B" w:rsidRPr="00A56DF5" w:rsidRDefault="00516A5B" w:rsidP="00B25E14">
            <w:pPr>
              <w:rPr>
                <w:rFonts w:ascii="Arial" w:hAnsi="Arial" w:cs="Arial"/>
                <w:color w:val="EE0000"/>
                <w:sz w:val="18"/>
                <w:szCs w:val="18"/>
              </w:rPr>
            </w:pPr>
          </w:p>
        </w:tc>
        <w:tc>
          <w:tcPr>
            <w:tcW w:w="992" w:type="dxa"/>
            <w:vAlign w:val="center"/>
          </w:tcPr>
          <w:p w14:paraId="20067D20" w14:textId="77777777" w:rsidR="00516A5B" w:rsidRPr="00A56DF5" w:rsidRDefault="00516A5B" w:rsidP="00B25E14">
            <w:pPr>
              <w:rPr>
                <w:rFonts w:ascii="Arial" w:hAnsi="Arial" w:cs="Arial"/>
                <w:color w:val="EE0000"/>
                <w:sz w:val="18"/>
                <w:szCs w:val="18"/>
              </w:rPr>
            </w:pPr>
          </w:p>
        </w:tc>
      </w:tr>
      <w:tr w:rsidR="00516A5B" w:rsidRPr="00A56DF5" w14:paraId="6ABE6155" w14:textId="77777777" w:rsidTr="00674DB8">
        <w:tc>
          <w:tcPr>
            <w:tcW w:w="709" w:type="dxa"/>
            <w:vAlign w:val="center"/>
          </w:tcPr>
          <w:p w14:paraId="3C19F9F2"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4B9686EA"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Debe cumplir o superar las especificaciones de las normas ISO/IEC 11801, ANSI/TIA-568-2-D, el estándar IEEE 802.3bt, de requerimientos de canal para soportar 10GBASE-T.</w:t>
            </w:r>
          </w:p>
        </w:tc>
        <w:tc>
          <w:tcPr>
            <w:tcW w:w="993" w:type="dxa"/>
            <w:vAlign w:val="center"/>
          </w:tcPr>
          <w:p w14:paraId="68C29C37" w14:textId="77777777" w:rsidR="00516A5B" w:rsidRPr="008B609D" w:rsidRDefault="00516A5B" w:rsidP="00B25E14">
            <w:pPr>
              <w:rPr>
                <w:rFonts w:ascii="Arial" w:hAnsi="Arial" w:cs="Arial"/>
                <w:color w:val="EE0000"/>
                <w:sz w:val="18"/>
                <w:szCs w:val="18"/>
              </w:rPr>
            </w:pPr>
          </w:p>
        </w:tc>
        <w:tc>
          <w:tcPr>
            <w:tcW w:w="992" w:type="dxa"/>
            <w:vAlign w:val="center"/>
          </w:tcPr>
          <w:p w14:paraId="0CEFE8B0" w14:textId="77777777" w:rsidR="00516A5B" w:rsidRPr="008B609D" w:rsidRDefault="00516A5B" w:rsidP="00B25E14">
            <w:pPr>
              <w:rPr>
                <w:rFonts w:ascii="Arial" w:hAnsi="Arial" w:cs="Arial"/>
                <w:color w:val="EE0000"/>
                <w:sz w:val="18"/>
                <w:szCs w:val="18"/>
              </w:rPr>
            </w:pPr>
          </w:p>
        </w:tc>
      </w:tr>
      <w:tr w:rsidR="00516A5B" w:rsidRPr="00A56DF5" w14:paraId="5E55F3B1" w14:textId="77777777" w:rsidTr="00674DB8">
        <w:tc>
          <w:tcPr>
            <w:tcW w:w="709" w:type="dxa"/>
            <w:vAlign w:val="center"/>
          </w:tcPr>
          <w:p w14:paraId="24A8D8F7"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7C984276"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Debe soportar por lo menos las siguientes aplicaciones: 100 Mb/s Ethernet 10GBase-T, 100Base-TX (</w:t>
            </w:r>
            <w:proofErr w:type="spellStart"/>
            <w:r w:rsidRPr="008B609D">
              <w:rPr>
                <w:rFonts w:ascii="Arial" w:hAnsi="Arial" w:cs="Arial"/>
                <w:sz w:val="18"/>
                <w:szCs w:val="18"/>
              </w:rPr>
              <w:t>Fast</w:t>
            </w:r>
            <w:proofErr w:type="spellEnd"/>
            <w:r w:rsidRPr="008B609D">
              <w:rPr>
                <w:rFonts w:ascii="Arial" w:hAnsi="Arial" w:cs="Arial"/>
                <w:sz w:val="18"/>
                <w:szCs w:val="18"/>
              </w:rPr>
              <w:t xml:space="preserve"> Ethernet), 1000base-T (Gigabit Ethernet), IEEE 802.3, ANSI X3.263; 1.2Gb/s ATM; </w:t>
            </w:r>
            <w:proofErr w:type="spellStart"/>
            <w:r w:rsidRPr="008B609D">
              <w:rPr>
                <w:rFonts w:ascii="Arial" w:hAnsi="Arial" w:cs="Arial"/>
                <w:sz w:val="18"/>
                <w:szCs w:val="18"/>
              </w:rPr>
              <w:t>Token</w:t>
            </w:r>
            <w:proofErr w:type="spellEnd"/>
            <w:r w:rsidRPr="008B609D">
              <w:rPr>
                <w:rFonts w:ascii="Arial" w:hAnsi="Arial" w:cs="Arial"/>
                <w:sz w:val="18"/>
                <w:szCs w:val="18"/>
              </w:rPr>
              <w:t xml:space="preserve"> Ring 4/16 para Voz y Datos.</w:t>
            </w:r>
          </w:p>
        </w:tc>
        <w:tc>
          <w:tcPr>
            <w:tcW w:w="993" w:type="dxa"/>
            <w:vAlign w:val="center"/>
          </w:tcPr>
          <w:p w14:paraId="783A94B0" w14:textId="77777777" w:rsidR="00516A5B" w:rsidRPr="008B609D" w:rsidRDefault="00516A5B" w:rsidP="00B25E14">
            <w:pPr>
              <w:rPr>
                <w:rFonts w:ascii="Arial" w:hAnsi="Arial" w:cs="Arial"/>
                <w:color w:val="EE0000"/>
                <w:sz w:val="18"/>
                <w:szCs w:val="18"/>
              </w:rPr>
            </w:pPr>
          </w:p>
        </w:tc>
        <w:tc>
          <w:tcPr>
            <w:tcW w:w="992" w:type="dxa"/>
            <w:vAlign w:val="center"/>
          </w:tcPr>
          <w:p w14:paraId="7A670C76" w14:textId="77777777" w:rsidR="00516A5B" w:rsidRPr="008B609D" w:rsidRDefault="00516A5B" w:rsidP="00B25E14">
            <w:pPr>
              <w:rPr>
                <w:rFonts w:ascii="Arial" w:hAnsi="Arial" w:cs="Arial"/>
                <w:color w:val="EE0000"/>
                <w:sz w:val="18"/>
                <w:szCs w:val="18"/>
              </w:rPr>
            </w:pPr>
          </w:p>
        </w:tc>
      </w:tr>
      <w:tr w:rsidR="00516A5B" w:rsidRPr="00A56DF5" w14:paraId="4560B93A" w14:textId="77777777" w:rsidTr="00674DB8">
        <w:tc>
          <w:tcPr>
            <w:tcW w:w="709" w:type="dxa"/>
            <w:vAlign w:val="center"/>
          </w:tcPr>
          <w:p w14:paraId="2272ABA3"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242F59FE"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 xml:space="preserve">Debe existir compatibilidad mecánica y eléctrica de los productos y cables de la Categoría 6A F/UTP. </w:t>
            </w:r>
          </w:p>
        </w:tc>
        <w:tc>
          <w:tcPr>
            <w:tcW w:w="993" w:type="dxa"/>
            <w:vAlign w:val="center"/>
          </w:tcPr>
          <w:p w14:paraId="479C2D94" w14:textId="77777777" w:rsidR="00516A5B" w:rsidRPr="008B609D" w:rsidRDefault="00516A5B" w:rsidP="00B25E14">
            <w:pPr>
              <w:rPr>
                <w:rFonts w:ascii="Arial" w:hAnsi="Arial" w:cs="Arial"/>
                <w:color w:val="EE0000"/>
                <w:sz w:val="18"/>
                <w:szCs w:val="18"/>
              </w:rPr>
            </w:pPr>
          </w:p>
        </w:tc>
        <w:tc>
          <w:tcPr>
            <w:tcW w:w="992" w:type="dxa"/>
            <w:vAlign w:val="center"/>
          </w:tcPr>
          <w:p w14:paraId="4D8D6B78" w14:textId="77777777" w:rsidR="00516A5B" w:rsidRPr="008B609D" w:rsidRDefault="00516A5B" w:rsidP="00B25E14">
            <w:pPr>
              <w:rPr>
                <w:rFonts w:ascii="Arial" w:hAnsi="Arial" w:cs="Arial"/>
                <w:color w:val="EE0000"/>
                <w:sz w:val="18"/>
                <w:szCs w:val="18"/>
              </w:rPr>
            </w:pPr>
          </w:p>
        </w:tc>
      </w:tr>
      <w:tr w:rsidR="00516A5B" w:rsidRPr="00A56DF5" w14:paraId="08673DDB" w14:textId="77777777" w:rsidTr="00674DB8">
        <w:tc>
          <w:tcPr>
            <w:tcW w:w="709" w:type="dxa"/>
            <w:vAlign w:val="center"/>
          </w:tcPr>
          <w:p w14:paraId="2AAECFB9"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0F63A408"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 xml:space="preserve">El forro debe ser continuo, sin porosidades u otras imperfecciones, </w:t>
            </w:r>
            <w:proofErr w:type="spellStart"/>
            <w:r w:rsidRPr="008B609D">
              <w:rPr>
                <w:rFonts w:ascii="Arial" w:hAnsi="Arial" w:cs="Arial"/>
                <w:sz w:val="18"/>
                <w:szCs w:val="18"/>
              </w:rPr>
              <w:t>retardante</w:t>
            </w:r>
            <w:proofErr w:type="spellEnd"/>
            <w:r w:rsidRPr="008B609D">
              <w:rPr>
                <w:rFonts w:ascii="Arial" w:hAnsi="Arial" w:cs="Arial"/>
                <w:sz w:val="18"/>
                <w:szCs w:val="18"/>
              </w:rPr>
              <w:t xml:space="preserve"> de llama, no generar gas toxico y libre de halógenos; igual o superior a LSZH-3 y estándar IEC 60332-3 (no propagación de Incendio).</w:t>
            </w:r>
          </w:p>
        </w:tc>
        <w:tc>
          <w:tcPr>
            <w:tcW w:w="993" w:type="dxa"/>
            <w:vAlign w:val="center"/>
          </w:tcPr>
          <w:p w14:paraId="7C9886BE" w14:textId="77777777" w:rsidR="00516A5B" w:rsidRPr="008B609D" w:rsidRDefault="00516A5B" w:rsidP="00B25E14">
            <w:pPr>
              <w:rPr>
                <w:rFonts w:ascii="Arial" w:hAnsi="Arial" w:cs="Arial"/>
                <w:color w:val="EE0000"/>
                <w:sz w:val="18"/>
                <w:szCs w:val="18"/>
              </w:rPr>
            </w:pPr>
          </w:p>
        </w:tc>
        <w:tc>
          <w:tcPr>
            <w:tcW w:w="992" w:type="dxa"/>
            <w:vAlign w:val="center"/>
          </w:tcPr>
          <w:p w14:paraId="02761DF0" w14:textId="77777777" w:rsidR="00516A5B" w:rsidRPr="008B609D" w:rsidRDefault="00516A5B" w:rsidP="00B25E14">
            <w:pPr>
              <w:rPr>
                <w:rFonts w:ascii="Arial" w:hAnsi="Arial" w:cs="Arial"/>
                <w:color w:val="EE0000"/>
                <w:sz w:val="18"/>
                <w:szCs w:val="18"/>
              </w:rPr>
            </w:pPr>
          </w:p>
        </w:tc>
      </w:tr>
      <w:tr w:rsidR="00516A5B" w:rsidRPr="00A56DF5" w14:paraId="04043CF7" w14:textId="77777777" w:rsidTr="00674DB8">
        <w:tc>
          <w:tcPr>
            <w:tcW w:w="709" w:type="dxa"/>
            <w:vAlign w:val="center"/>
          </w:tcPr>
          <w:p w14:paraId="7BBCC0D7"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133EF77A"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El cable debe ser de construcción tubular en su apariencia externa (redondo). Compuesto por conductores de cobre de 23 AWG, trenzados en pares firmemente con separación individual para mejorar su desempeño.</w:t>
            </w:r>
          </w:p>
        </w:tc>
        <w:tc>
          <w:tcPr>
            <w:tcW w:w="993" w:type="dxa"/>
            <w:vAlign w:val="center"/>
          </w:tcPr>
          <w:p w14:paraId="71A8C5EE" w14:textId="77777777" w:rsidR="00516A5B" w:rsidRPr="008B609D" w:rsidRDefault="00516A5B" w:rsidP="00B25E14">
            <w:pPr>
              <w:rPr>
                <w:rFonts w:ascii="Arial" w:hAnsi="Arial" w:cs="Arial"/>
                <w:color w:val="EE0000"/>
                <w:sz w:val="18"/>
                <w:szCs w:val="18"/>
              </w:rPr>
            </w:pPr>
          </w:p>
        </w:tc>
        <w:tc>
          <w:tcPr>
            <w:tcW w:w="992" w:type="dxa"/>
            <w:vAlign w:val="center"/>
          </w:tcPr>
          <w:p w14:paraId="72BE27A8" w14:textId="77777777" w:rsidR="00516A5B" w:rsidRPr="008B609D" w:rsidRDefault="00516A5B" w:rsidP="00B25E14">
            <w:pPr>
              <w:rPr>
                <w:rFonts w:ascii="Arial" w:hAnsi="Arial" w:cs="Arial"/>
                <w:color w:val="EE0000"/>
                <w:sz w:val="18"/>
                <w:szCs w:val="18"/>
              </w:rPr>
            </w:pPr>
          </w:p>
        </w:tc>
      </w:tr>
      <w:tr w:rsidR="00516A5B" w:rsidRPr="00A56DF5" w14:paraId="102F69FB" w14:textId="77777777" w:rsidTr="00674DB8">
        <w:tc>
          <w:tcPr>
            <w:tcW w:w="709" w:type="dxa"/>
            <w:vAlign w:val="center"/>
          </w:tcPr>
          <w:p w14:paraId="31A3769F"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670A6FA7"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 xml:space="preserve">El diámetro externo máximo del cable debe ser de 7.2 </w:t>
            </w:r>
            <w:proofErr w:type="spellStart"/>
            <w:r w:rsidRPr="008B609D">
              <w:rPr>
                <w:rFonts w:ascii="Arial" w:hAnsi="Arial" w:cs="Arial"/>
                <w:sz w:val="18"/>
                <w:szCs w:val="18"/>
              </w:rPr>
              <w:t>mm.</w:t>
            </w:r>
            <w:proofErr w:type="spellEnd"/>
            <w:r w:rsidRPr="008B609D">
              <w:rPr>
                <w:rFonts w:ascii="Arial" w:hAnsi="Arial" w:cs="Arial"/>
                <w:sz w:val="18"/>
                <w:szCs w:val="18"/>
              </w:rPr>
              <w:t xml:space="preserve">  </w:t>
            </w:r>
          </w:p>
        </w:tc>
        <w:tc>
          <w:tcPr>
            <w:tcW w:w="993" w:type="dxa"/>
            <w:vAlign w:val="center"/>
          </w:tcPr>
          <w:p w14:paraId="166A34DC" w14:textId="77777777" w:rsidR="00516A5B" w:rsidRPr="008B609D" w:rsidRDefault="00516A5B" w:rsidP="00B25E14">
            <w:pPr>
              <w:rPr>
                <w:rFonts w:ascii="Arial" w:hAnsi="Arial" w:cs="Arial"/>
                <w:color w:val="EE0000"/>
                <w:sz w:val="18"/>
                <w:szCs w:val="18"/>
              </w:rPr>
            </w:pPr>
          </w:p>
        </w:tc>
        <w:tc>
          <w:tcPr>
            <w:tcW w:w="992" w:type="dxa"/>
            <w:vAlign w:val="center"/>
          </w:tcPr>
          <w:p w14:paraId="037A9193" w14:textId="77777777" w:rsidR="00516A5B" w:rsidRPr="008B609D" w:rsidRDefault="00516A5B" w:rsidP="00B25E14">
            <w:pPr>
              <w:rPr>
                <w:rFonts w:ascii="Arial" w:hAnsi="Arial" w:cs="Arial"/>
                <w:color w:val="EE0000"/>
                <w:sz w:val="18"/>
                <w:szCs w:val="18"/>
              </w:rPr>
            </w:pPr>
          </w:p>
        </w:tc>
      </w:tr>
      <w:tr w:rsidR="00516A5B" w:rsidRPr="00A56DF5" w14:paraId="50A5BC12" w14:textId="77777777" w:rsidTr="00674DB8">
        <w:tc>
          <w:tcPr>
            <w:tcW w:w="709" w:type="dxa"/>
            <w:vAlign w:val="center"/>
          </w:tcPr>
          <w:p w14:paraId="060170CB"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0050CE7A"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No se aceptaran cables con diferentes tipos de blindaje a F/UTP.</w:t>
            </w:r>
          </w:p>
        </w:tc>
        <w:tc>
          <w:tcPr>
            <w:tcW w:w="993" w:type="dxa"/>
            <w:vAlign w:val="center"/>
          </w:tcPr>
          <w:p w14:paraId="370DD0AC" w14:textId="77777777" w:rsidR="00516A5B" w:rsidRPr="008B609D" w:rsidRDefault="00516A5B" w:rsidP="00B25E14">
            <w:pPr>
              <w:rPr>
                <w:rFonts w:ascii="Arial" w:hAnsi="Arial" w:cs="Arial"/>
                <w:color w:val="EE0000"/>
                <w:sz w:val="18"/>
                <w:szCs w:val="18"/>
              </w:rPr>
            </w:pPr>
          </w:p>
        </w:tc>
        <w:tc>
          <w:tcPr>
            <w:tcW w:w="992" w:type="dxa"/>
            <w:vAlign w:val="center"/>
          </w:tcPr>
          <w:p w14:paraId="280B32B9" w14:textId="77777777" w:rsidR="00516A5B" w:rsidRPr="008B609D" w:rsidRDefault="00516A5B" w:rsidP="00B25E14">
            <w:pPr>
              <w:rPr>
                <w:rFonts w:ascii="Arial" w:hAnsi="Arial" w:cs="Arial"/>
                <w:color w:val="EE0000"/>
                <w:sz w:val="18"/>
                <w:szCs w:val="18"/>
              </w:rPr>
            </w:pPr>
          </w:p>
        </w:tc>
      </w:tr>
      <w:tr w:rsidR="00516A5B" w:rsidRPr="00A56DF5" w14:paraId="22F7EF6E" w14:textId="77777777" w:rsidTr="00674DB8">
        <w:tc>
          <w:tcPr>
            <w:tcW w:w="709" w:type="dxa"/>
            <w:vAlign w:val="center"/>
          </w:tcPr>
          <w:p w14:paraId="012CE8B7"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32E876B8" w14:textId="77777777" w:rsidR="00516A5B" w:rsidRDefault="00516A5B" w:rsidP="00B25E14">
            <w:pPr>
              <w:jc w:val="both"/>
              <w:rPr>
                <w:rFonts w:ascii="Arial" w:hAnsi="Arial" w:cs="Arial"/>
                <w:sz w:val="18"/>
                <w:szCs w:val="18"/>
              </w:rPr>
            </w:pPr>
            <w:r w:rsidRPr="008B609D">
              <w:rPr>
                <w:rFonts w:ascii="Arial" w:hAnsi="Arial" w:cs="Arial"/>
                <w:sz w:val="18"/>
                <w:szCs w:val="18"/>
              </w:rPr>
              <w:t xml:space="preserve">No se aceptarán cables con conductores pegados u otros métodos de ensamblaje que requieran herramientas especiales para su terminación. El código de colores de pares debe ser el siguiente: </w:t>
            </w:r>
          </w:p>
          <w:p w14:paraId="1B1F3A34"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Par 1: Azul-Blanco.</w:t>
            </w:r>
          </w:p>
          <w:p w14:paraId="18089534"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Par 2: Anaranjado-Blanco.</w:t>
            </w:r>
          </w:p>
          <w:p w14:paraId="1C509F7B"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Par 3: Verde-Blanco.</w:t>
            </w:r>
          </w:p>
          <w:p w14:paraId="5C02FAA0"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Par 4: Marrón-Blanco.</w:t>
            </w:r>
          </w:p>
        </w:tc>
        <w:tc>
          <w:tcPr>
            <w:tcW w:w="993" w:type="dxa"/>
            <w:vAlign w:val="center"/>
          </w:tcPr>
          <w:p w14:paraId="7955B283" w14:textId="77777777" w:rsidR="00516A5B" w:rsidRPr="008B609D" w:rsidRDefault="00516A5B" w:rsidP="00B25E14">
            <w:pPr>
              <w:rPr>
                <w:rFonts w:ascii="Arial" w:hAnsi="Arial" w:cs="Arial"/>
                <w:color w:val="EE0000"/>
                <w:sz w:val="18"/>
                <w:szCs w:val="18"/>
              </w:rPr>
            </w:pPr>
          </w:p>
        </w:tc>
        <w:tc>
          <w:tcPr>
            <w:tcW w:w="992" w:type="dxa"/>
            <w:vAlign w:val="center"/>
          </w:tcPr>
          <w:p w14:paraId="67AE40C7" w14:textId="77777777" w:rsidR="00516A5B" w:rsidRPr="008B609D" w:rsidRDefault="00516A5B" w:rsidP="00B25E14">
            <w:pPr>
              <w:rPr>
                <w:rFonts w:ascii="Arial" w:hAnsi="Arial" w:cs="Arial"/>
                <w:color w:val="EE0000"/>
                <w:sz w:val="18"/>
                <w:szCs w:val="18"/>
              </w:rPr>
            </w:pPr>
          </w:p>
        </w:tc>
      </w:tr>
      <w:tr w:rsidR="00516A5B" w:rsidRPr="00A56DF5" w14:paraId="60FA0870" w14:textId="77777777" w:rsidTr="00674DB8">
        <w:tc>
          <w:tcPr>
            <w:tcW w:w="709" w:type="dxa"/>
            <w:vAlign w:val="center"/>
          </w:tcPr>
          <w:p w14:paraId="1CA92056"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1F4A40C3"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 xml:space="preserve">Debe poseer un elemento entre los cuatro pares de cobre que contribuya a reducir los efectos de </w:t>
            </w:r>
            <w:proofErr w:type="spellStart"/>
            <w:r w:rsidRPr="008B609D">
              <w:rPr>
                <w:rFonts w:ascii="Arial" w:hAnsi="Arial" w:cs="Arial"/>
                <w:sz w:val="18"/>
                <w:szCs w:val="18"/>
              </w:rPr>
              <w:t>Near</w:t>
            </w:r>
            <w:proofErr w:type="spellEnd"/>
            <w:r w:rsidRPr="008B609D">
              <w:rPr>
                <w:rFonts w:ascii="Arial" w:hAnsi="Arial" w:cs="Arial"/>
                <w:sz w:val="18"/>
                <w:szCs w:val="18"/>
              </w:rPr>
              <w:t xml:space="preserve"> </w:t>
            </w:r>
            <w:proofErr w:type="spellStart"/>
            <w:r w:rsidRPr="008B609D">
              <w:rPr>
                <w:rFonts w:ascii="Arial" w:hAnsi="Arial" w:cs="Arial"/>
                <w:sz w:val="18"/>
                <w:szCs w:val="18"/>
              </w:rPr>
              <w:t>End</w:t>
            </w:r>
            <w:proofErr w:type="spellEnd"/>
            <w:r w:rsidRPr="008B609D">
              <w:rPr>
                <w:rFonts w:ascii="Arial" w:hAnsi="Arial" w:cs="Arial"/>
                <w:sz w:val="18"/>
                <w:szCs w:val="18"/>
              </w:rPr>
              <w:t xml:space="preserve"> Cross </w:t>
            </w:r>
            <w:proofErr w:type="spellStart"/>
            <w:r w:rsidRPr="008B609D">
              <w:rPr>
                <w:rFonts w:ascii="Arial" w:hAnsi="Arial" w:cs="Arial"/>
                <w:sz w:val="18"/>
                <w:szCs w:val="18"/>
              </w:rPr>
              <w:t>Talk</w:t>
            </w:r>
            <w:proofErr w:type="spellEnd"/>
            <w:r w:rsidRPr="008B609D">
              <w:rPr>
                <w:rFonts w:ascii="Arial" w:hAnsi="Arial" w:cs="Arial"/>
                <w:sz w:val="18"/>
                <w:szCs w:val="18"/>
              </w:rPr>
              <w:t xml:space="preserve"> (NEXT).</w:t>
            </w:r>
          </w:p>
        </w:tc>
        <w:tc>
          <w:tcPr>
            <w:tcW w:w="993" w:type="dxa"/>
            <w:vAlign w:val="center"/>
          </w:tcPr>
          <w:p w14:paraId="7EA3312F" w14:textId="77777777" w:rsidR="00516A5B" w:rsidRPr="008B609D" w:rsidRDefault="00516A5B" w:rsidP="00B25E14">
            <w:pPr>
              <w:rPr>
                <w:rFonts w:ascii="Arial" w:hAnsi="Arial" w:cs="Arial"/>
                <w:color w:val="EE0000"/>
                <w:sz w:val="18"/>
                <w:szCs w:val="18"/>
              </w:rPr>
            </w:pPr>
          </w:p>
        </w:tc>
        <w:tc>
          <w:tcPr>
            <w:tcW w:w="992" w:type="dxa"/>
            <w:vAlign w:val="center"/>
          </w:tcPr>
          <w:p w14:paraId="55A2C8B1" w14:textId="77777777" w:rsidR="00516A5B" w:rsidRPr="008B609D" w:rsidRDefault="00516A5B" w:rsidP="00B25E14">
            <w:pPr>
              <w:rPr>
                <w:rFonts w:ascii="Arial" w:hAnsi="Arial" w:cs="Arial"/>
                <w:color w:val="EE0000"/>
                <w:sz w:val="18"/>
                <w:szCs w:val="18"/>
              </w:rPr>
            </w:pPr>
          </w:p>
        </w:tc>
      </w:tr>
      <w:tr w:rsidR="00516A5B" w:rsidRPr="00A56DF5" w14:paraId="7F2763D8" w14:textId="77777777" w:rsidTr="00674DB8">
        <w:tc>
          <w:tcPr>
            <w:tcW w:w="709" w:type="dxa"/>
            <w:vAlign w:val="center"/>
          </w:tcPr>
          <w:p w14:paraId="73229E3B" w14:textId="77777777" w:rsidR="00516A5B" w:rsidRPr="008B609D" w:rsidRDefault="00516A5B">
            <w:pPr>
              <w:pStyle w:val="Prrafodelista"/>
              <w:numPr>
                <w:ilvl w:val="0"/>
                <w:numId w:val="25"/>
              </w:numPr>
              <w:ind w:left="473"/>
              <w:jc w:val="center"/>
              <w:rPr>
                <w:rFonts w:ascii="Arial" w:hAnsi="Arial" w:cs="Arial"/>
                <w:sz w:val="18"/>
                <w:szCs w:val="18"/>
              </w:rPr>
            </w:pPr>
          </w:p>
        </w:tc>
        <w:tc>
          <w:tcPr>
            <w:tcW w:w="7796" w:type="dxa"/>
            <w:gridSpan w:val="2"/>
          </w:tcPr>
          <w:p w14:paraId="121D2CB5" w14:textId="77777777" w:rsidR="00516A5B" w:rsidRPr="008B609D" w:rsidRDefault="00516A5B" w:rsidP="00B25E14">
            <w:pPr>
              <w:jc w:val="both"/>
              <w:rPr>
                <w:rFonts w:ascii="Arial" w:hAnsi="Arial" w:cs="Arial"/>
                <w:sz w:val="18"/>
                <w:szCs w:val="18"/>
              </w:rPr>
            </w:pPr>
            <w:r w:rsidRPr="008B609D">
              <w:rPr>
                <w:rFonts w:ascii="Arial" w:hAnsi="Arial" w:cs="Arial"/>
                <w:sz w:val="18"/>
                <w:szCs w:val="18"/>
              </w:rPr>
              <w:t>Debe poseer un elemento que contribuya al drenaje reduciendo efectos negativos, causados por rupturas o falta de continuidad del folder del cable.</w:t>
            </w:r>
          </w:p>
        </w:tc>
        <w:tc>
          <w:tcPr>
            <w:tcW w:w="993" w:type="dxa"/>
            <w:vAlign w:val="center"/>
          </w:tcPr>
          <w:p w14:paraId="0448C531" w14:textId="77777777" w:rsidR="00516A5B" w:rsidRPr="008B609D" w:rsidRDefault="00516A5B" w:rsidP="00B25E14">
            <w:pPr>
              <w:rPr>
                <w:rFonts w:ascii="Arial" w:hAnsi="Arial" w:cs="Arial"/>
                <w:color w:val="EE0000"/>
                <w:sz w:val="18"/>
                <w:szCs w:val="18"/>
              </w:rPr>
            </w:pPr>
          </w:p>
        </w:tc>
        <w:tc>
          <w:tcPr>
            <w:tcW w:w="992" w:type="dxa"/>
            <w:vAlign w:val="center"/>
          </w:tcPr>
          <w:p w14:paraId="76C1AD6F" w14:textId="77777777" w:rsidR="00516A5B" w:rsidRPr="008B609D" w:rsidRDefault="00516A5B" w:rsidP="00B25E14">
            <w:pPr>
              <w:rPr>
                <w:rFonts w:ascii="Arial" w:hAnsi="Arial" w:cs="Arial"/>
                <w:color w:val="EE0000"/>
                <w:sz w:val="18"/>
                <w:szCs w:val="18"/>
              </w:rPr>
            </w:pPr>
          </w:p>
        </w:tc>
      </w:tr>
      <w:tr w:rsidR="00516A5B" w:rsidRPr="00A56DF5" w14:paraId="7C1AC5DC" w14:textId="77777777" w:rsidTr="00674DB8">
        <w:tc>
          <w:tcPr>
            <w:tcW w:w="709" w:type="dxa"/>
            <w:vAlign w:val="center"/>
          </w:tcPr>
          <w:p w14:paraId="252E64A9" w14:textId="77777777" w:rsidR="00516A5B" w:rsidRPr="008578B8" w:rsidRDefault="00516A5B">
            <w:pPr>
              <w:pStyle w:val="Prrafodelista"/>
              <w:numPr>
                <w:ilvl w:val="0"/>
                <w:numId w:val="25"/>
              </w:numPr>
              <w:ind w:left="473"/>
              <w:jc w:val="center"/>
              <w:rPr>
                <w:rFonts w:ascii="Arial" w:hAnsi="Arial" w:cs="Arial"/>
                <w:sz w:val="18"/>
                <w:szCs w:val="18"/>
              </w:rPr>
            </w:pPr>
          </w:p>
        </w:tc>
        <w:tc>
          <w:tcPr>
            <w:tcW w:w="7796" w:type="dxa"/>
            <w:gridSpan w:val="2"/>
          </w:tcPr>
          <w:p w14:paraId="7FD85F5D" w14:textId="77777777" w:rsidR="00516A5B" w:rsidRPr="008578B8" w:rsidRDefault="00516A5B" w:rsidP="00B25E14">
            <w:pPr>
              <w:jc w:val="both"/>
              <w:rPr>
                <w:rFonts w:ascii="Arial" w:hAnsi="Arial" w:cs="Arial"/>
                <w:sz w:val="18"/>
                <w:szCs w:val="18"/>
              </w:rPr>
            </w:pPr>
            <w:r w:rsidRPr="008578B8">
              <w:rPr>
                <w:rFonts w:ascii="Arial" w:hAnsi="Arial" w:cs="Arial"/>
                <w:sz w:val="18"/>
                <w:szCs w:val="18"/>
              </w:rPr>
              <w:t xml:space="preserve">El forro del cable debe tener impresa, como mínimo, la siguiente información: nombre del fabricante, número de parte, tipo de cable, norma IEC que cumple para </w:t>
            </w:r>
            <w:proofErr w:type="spellStart"/>
            <w:r w:rsidRPr="008578B8">
              <w:rPr>
                <w:rFonts w:ascii="Arial" w:hAnsi="Arial" w:cs="Arial"/>
                <w:sz w:val="18"/>
                <w:szCs w:val="18"/>
              </w:rPr>
              <w:t>flamabilidad</w:t>
            </w:r>
            <w:proofErr w:type="spellEnd"/>
            <w:r w:rsidRPr="008578B8">
              <w:rPr>
                <w:rFonts w:ascii="Arial" w:hAnsi="Arial" w:cs="Arial"/>
                <w:sz w:val="18"/>
                <w:szCs w:val="18"/>
              </w:rPr>
              <w:t xml:space="preserve">, toxicidad y densidad de humos y marcas de mediciones secuenciales para verificación visual de longitudes. </w:t>
            </w:r>
          </w:p>
        </w:tc>
        <w:tc>
          <w:tcPr>
            <w:tcW w:w="993" w:type="dxa"/>
            <w:vAlign w:val="center"/>
          </w:tcPr>
          <w:p w14:paraId="2ACF66ED" w14:textId="77777777" w:rsidR="00516A5B" w:rsidRPr="008578B8" w:rsidRDefault="00516A5B" w:rsidP="00B25E14">
            <w:pPr>
              <w:rPr>
                <w:rFonts w:ascii="Arial" w:hAnsi="Arial" w:cs="Arial"/>
                <w:color w:val="EE0000"/>
                <w:sz w:val="18"/>
                <w:szCs w:val="18"/>
              </w:rPr>
            </w:pPr>
          </w:p>
        </w:tc>
        <w:tc>
          <w:tcPr>
            <w:tcW w:w="992" w:type="dxa"/>
            <w:vAlign w:val="center"/>
          </w:tcPr>
          <w:p w14:paraId="71AC5A8D" w14:textId="77777777" w:rsidR="00516A5B" w:rsidRPr="008578B8" w:rsidRDefault="00516A5B" w:rsidP="00B25E14">
            <w:pPr>
              <w:rPr>
                <w:rFonts w:ascii="Arial" w:hAnsi="Arial" w:cs="Arial"/>
                <w:color w:val="EE0000"/>
                <w:sz w:val="18"/>
                <w:szCs w:val="18"/>
              </w:rPr>
            </w:pPr>
          </w:p>
        </w:tc>
      </w:tr>
      <w:tr w:rsidR="00516A5B" w:rsidRPr="00A56DF5" w14:paraId="36D22D88" w14:textId="77777777" w:rsidTr="00674DB8">
        <w:tc>
          <w:tcPr>
            <w:tcW w:w="709" w:type="dxa"/>
            <w:vAlign w:val="center"/>
          </w:tcPr>
          <w:p w14:paraId="2A2585D4" w14:textId="77777777" w:rsidR="00516A5B" w:rsidRPr="008578B8" w:rsidRDefault="00516A5B">
            <w:pPr>
              <w:pStyle w:val="Prrafodelista"/>
              <w:numPr>
                <w:ilvl w:val="0"/>
                <w:numId w:val="25"/>
              </w:numPr>
              <w:ind w:left="473"/>
              <w:jc w:val="center"/>
              <w:rPr>
                <w:rFonts w:ascii="Arial" w:hAnsi="Arial" w:cs="Arial"/>
                <w:sz w:val="18"/>
                <w:szCs w:val="18"/>
              </w:rPr>
            </w:pPr>
          </w:p>
        </w:tc>
        <w:tc>
          <w:tcPr>
            <w:tcW w:w="7796" w:type="dxa"/>
            <w:gridSpan w:val="2"/>
          </w:tcPr>
          <w:p w14:paraId="7C8BE80F" w14:textId="77777777" w:rsidR="00516A5B" w:rsidRPr="008578B8" w:rsidRDefault="00516A5B" w:rsidP="00B25E14">
            <w:pPr>
              <w:jc w:val="both"/>
              <w:rPr>
                <w:rFonts w:ascii="Arial" w:hAnsi="Arial" w:cs="Arial"/>
                <w:sz w:val="18"/>
                <w:szCs w:val="18"/>
              </w:rPr>
            </w:pPr>
            <w:r w:rsidRPr="008578B8">
              <w:rPr>
                <w:rFonts w:ascii="Arial" w:hAnsi="Arial" w:cs="Arial"/>
                <w:sz w:val="18"/>
                <w:szCs w:val="18"/>
              </w:rPr>
              <w:t>Serán certificados por UL y/o ETL, para garantizar que el cable ofrecido ha sido avalado por este laboratorio. Se deberá anexar certificación UL y/o ETL donde se evidencia la prueba de desempeño para la referencia de elementos a instalar.</w:t>
            </w:r>
          </w:p>
        </w:tc>
        <w:tc>
          <w:tcPr>
            <w:tcW w:w="993" w:type="dxa"/>
            <w:vAlign w:val="center"/>
          </w:tcPr>
          <w:p w14:paraId="1E5283AF" w14:textId="77777777" w:rsidR="00516A5B" w:rsidRPr="008578B8" w:rsidRDefault="00516A5B" w:rsidP="00B25E14">
            <w:pPr>
              <w:rPr>
                <w:rFonts w:ascii="Arial" w:hAnsi="Arial" w:cs="Arial"/>
                <w:color w:val="EE0000"/>
                <w:sz w:val="18"/>
                <w:szCs w:val="18"/>
              </w:rPr>
            </w:pPr>
          </w:p>
        </w:tc>
        <w:tc>
          <w:tcPr>
            <w:tcW w:w="992" w:type="dxa"/>
            <w:vAlign w:val="center"/>
          </w:tcPr>
          <w:p w14:paraId="5E928A58" w14:textId="77777777" w:rsidR="00516A5B" w:rsidRPr="008578B8" w:rsidRDefault="00516A5B" w:rsidP="00B25E14">
            <w:pPr>
              <w:rPr>
                <w:rFonts w:ascii="Arial" w:hAnsi="Arial" w:cs="Arial"/>
                <w:color w:val="EE0000"/>
                <w:sz w:val="18"/>
                <w:szCs w:val="18"/>
              </w:rPr>
            </w:pPr>
          </w:p>
        </w:tc>
      </w:tr>
      <w:tr w:rsidR="00516A5B" w:rsidRPr="00A56DF5" w14:paraId="4CFC8A7D" w14:textId="77777777" w:rsidTr="00674DB8">
        <w:tc>
          <w:tcPr>
            <w:tcW w:w="709" w:type="dxa"/>
            <w:vAlign w:val="center"/>
          </w:tcPr>
          <w:p w14:paraId="382992E6" w14:textId="77777777" w:rsidR="00516A5B" w:rsidRPr="008578B8" w:rsidRDefault="00516A5B">
            <w:pPr>
              <w:pStyle w:val="Prrafodelista"/>
              <w:numPr>
                <w:ilvl w:val="0"/>
                <w:numId w:val="25"/>
              </w:numPr>
              <w:ind w:left="473"/>
              <w:jc w:val="center"/>
              <w:rPr>
                <w:rFonts w:ascii="Arial" w:hAnsi="Arial" w:cs="Arial"/>
                <w:sz w:val="18"/>
                <w:szCs w:val="18"/>
              </w:rPr>
            </w:pPr>
          </w:p>
        </w:tc>
        <w:tc>
          <w:tcPr>
            <w:tcW w:w="7796" w:type="dxa"/>
            <w:gridSpan w:val="2"/>
          </w:tcPr>
          <w:p w14:paraId="2DF548E3" w14:textId="77777777" w:rsidR="00516A5B" w:rsidRPr="008578B8" w:rsidRDefault="00516A5B" w:rsidP="00B25E14">
            <w:pPr>
              <w:jc w:val="both"/>
              <w:rPr>
                <w:rFonts w:ascii="Arial" w:hAnsi="Arial" w:cs="Arial"/>
                <w:sz w:val="18"/>
                <w:szCs w:val="18"/>
              </w:rPr>
            </w:pPr>
            <w:r w:rsidRPr="008578B8">
              <w:rPr>
                <w:rFonts w:ascii="Arial" w:hAnsi="Arial" w:cs="Arial"/>
                <w:sz w:val="18"/>
                <w:szCs w:val="18"/>
              </w:rPr>
              <w:t xml:space="preserve">Velocidad de propagación 65% +/- 5% a 500 </w:t>
            </w:r>
            <w:proofErr w:type="spellStart"/>
            <w:r w:rsidRPr="008578B8">
              <w:rPr>
                <w:rFonts w:ascii="Arial" w:hAnsi="Arial" w:cs="Arial"/>
                <w:sz w:val="18"/>
                <w:szCs w:val="18"/>
              </w:rPr>
              <w:t>Mhz</w:t>
            </w:r>
            <w:proofErr w:type="spellEnd"/>
            <w:r w:rsidRPr="008578B8">
              <w:rPr>
                <w:rFonts w:ascii="Arial" w:hAnsi="Arial" w:cs="Arial"/>
                <w:sz w:val="18"/>
                <w:szCs w:val="18"/>
              </w:rPr>
              <w:t>; resistencia de desbalance ≤5% a 20°C de acuerdo con el ANSI/TIA 568-2-D para categoría 6 A.</w:t>
            </w:r>
          </w:p>
        </w:tc>
        <w:tc>
          <w:tcPr>
            <w:tcW w:w="993" w:type="dxa"/>
            <w:vAlign w:val="center"/>
          </w:tcPr>
          <w:p w14:paraId="35FA034F" w14:textId="77777777" w:rsidR="00516A5B" w:rsidRPr="008578B8" w:rsidRDefault="00516A5B" w:rsidP="00B25E14">
            <w:pPr>
              <w:rPr>
                <w:rFonts w:ascii="Arial" w:hAnsi="Arial" w:cs="Arial"/>
                <w:color w:val="EE0000"/>
                <w:sz w:val="18"/>
                <w:szCs w:val="18"/>
              </w:rPr>
            </w:pPr>
          </w:p>
        </w:tc>
        <w:tc>
          <w:tcPr>
            <w:tcW w:w="992" w:type="dxa"/>
            <w:vAlign w:val="center"/>
          </w:tcPr>
          <w:p w14:paraId="535DB52E" w14:textId="77777777" w:rsidR="00516A5B" w:rsidRPr="008578B8" w:rsidRDefault="00516A5B" w:rsidP="00B25E14">
            <w:pPr>
              <w:rPr>
                <w:rFonts w:ascii="Arial" w:hAnsi="Arial" w:cs="Arial"/>
                <w:color w:val="EE0000"/>
                <w:sz w:val="18"/>
                <w:szCs w:val="18"/>
              </w:rPr>
            </w:pPr>
          </w:p>
        </w:tc>
      </w:tr>
      <w:tr w:rsidR="00516A5B" w:rsidRPr="00A56DF5" w14:paraId="59F1CA58" w14:textId="77777777" w:rsidTr="00674DB8">
        <w:tc>
          <w:tcPr>
            <w:tcW w:w="709" w:type="dxa"/>
            <w:vAlign w:val="center"/>
          </w:tcPr>
          <w:p w14:paraId="0F59C304" w14:textId="77777777" w:rsidR="00516A5B" w:rsidRPr="008578B8" w:rsidRDefault="00516A5B">
            <w:pPr>
              <w:pStyle w:val="Prrafodelista"/>
              <w:numPr>
                <w:ilvl w:val="0"/>
                <w:numId w:val="25"/>
              </w:numPr>
              <w:ind w:left="473"/>
              <w:jc w:val="center"/>
              <w:rPr>
                <w:rFonts w:ascii="Arial" w:hAnsi="Arial" w:cs="Arial"/>
                <w:sz w:val="18"/>
                <w:szCs w:val="18"/>
              </w:rPr>
            </w:pPr>
          </w:p>
        </w:tc>
        <w:tc>
          <w:tcPr>
            <w:tcW w:w="7796" w:type="dxa"/>
            <w:gridSpan w:val="2"/>
          </w:tcPr>
          <w:p w14:paraId="019B2F9F" w14:textId="77777777" w:rsidR="00516A5B" w:rsidRPr="008578B8" w:rsidRDefault="00516A5B" w:rsidP="00B25E14">
            <w:pPr>
              <w:jc w:val="both"/>
              <w:rPr>
                <w:rFonts w:ascii="Arial" w:hAnsi="Arial" w:cs="Arial"/>
                <w:sz w:val="18"/>
                <w:szCs w:val="18"/>
              </w:rPr>
            </w:pPr>
            <w:r w:rsidRPr="008578B8">
              <w:rPr>
                <w:rFonts w:ascii="Arial" w:hAnsi="Arial" w:cs="Arial"/>
                <w:sz w:val="18"/>
                <w:szCs w:val="18"/>
              </w:rPr>
              <w:t>El cable debe cumplir con temperatura para operación desde – 10°C a +75° C.</w:t>
            </w:r>
          </w:p>
        </w:tc>
        <w:tc>
          <w:tcPr>
            <w:tcW w:w="993" w:type="dxa"/>
            <w:vAlign w:val="center"/>
          </w:tcPr>
          <w:p w14:paraId="397E9EF5" w14:textId="77777777" w:rsidR="00516A5B" w:rsidRPr="008578B8" w:rsidRDefault="00516A5B" w:rsidP="00B25E14">
            <w:pPr>
              <w:rPr>
                <w:rFonts w:ascii="Arial" w:hAnsi="Arial" w:cs="Arial"/>
                <w:color w:val="EE0000"/>
                <w:sz w:val="18"/>
                <w:szCs w:val="18"/>
              </w:rPr>
            </w:pPr>
          </w:p>
        </w:tc>
        <w:tc>
          <w:tcPr>
            <w:tcW w:w="992" w:type="dxa"/>
            <w:vAlign w:val="center"/>
          </w:tcPr>
          <w:p w14:paraId="49A4FFAF" w14:textId="77777777" w:rsidR="00516A5B" w:rsidRPr="008578B8" w:rsidRDefault="00516A5B" w:rsidP="00B25E14">
            <w:pPr>
              <w:rPr>
                <w:rFonts w:ascii="Arial" w:hAnsi="Arial" w:cs="Arial"/>
                <w:color w:val="EE0000"/>
                <w:sz w:val="18"/>
                <w:szCs w:val="18"/>
              </w:rPr>
            </w:pPr>
          </w:p>
        </w:tc>
      </w:tr>
      <w:tr w:rsidR="00516A5B" w:rsidRPr="00A56DF5" w14:paraId="56667720" w14:textId="77777777" w:rsidTr="00674DB8">
        <w:tc>
          <w:tcPr>
            <w:tcW w:w="709" w:type="dxa"/>
            <w:vAlign w:val="center"/>
          </w:tcPr>
          <w:p w14:paraId="2BEC6FC8" w14:textId="77777777" w:rsidR="00516A5B" w:rsidRPr="008578B8" w:rsidRDefault="00516A5B">
            <w:pPr>
              <w:pStyle w:val="Prrafodelista"/>
              <w:numPr>
                <w:ilvl w:val="0"/>
                <w:numId w:val="25"/>
              </w:numPr>
              <w:ind w:left="473"/>
              <w:jc w:val="center"/>
              <w:rPr>
                <w:rFonts w:ascii="Arial" w:hAnsi="Arial" w:cs="Arial"/>
                <w:sz w:val="18"/>
                <w:szCs w:val="18"/>
              </w:rPr>
            </w:pPr>
          </w:p>
        </w:tc>
        <w:tc>
          <w:tcPr>
            <w:tcW w:w="7796" w:type="dxa"/>
            <w:gridSpan w:val="2"/>
          </w:tcPr>
          <w:p w14:paraId="28890F05" w14:textId="77777777" w:rsidR="00516A5B" w:rsidRDefault="00516A5B" w:rsidP="00B25E14">
            <w:pPr>
              <w:jc w:val="both"/>
              <w:rPr>
                <w:rFonts w:ascii="Arial" w:hAnsi="Arial" w:cs="Arial"/>
                <w:sz w:val="18"/>
                <w:szCs w:val="18"/>
              </w:rPr>
            </w:pPr>
            <w:r w:rsidRPr="008578B8">
              <w:rPr>
                <w:rFonts w:ascii="Arial" w:hAnsi="Arial" w:cs="Arial"/>
                <w:sz w:val="18"/>
                <w:szCs w:val="18"/>
              </w:rPr>
              <w:t xml:space="preserve">Garantizar el desempeño de canal de acuerdo con los estándares ANSI-TIA 568.2-D y/o ISO/IEC 11801-1, esto usando </w:t>
            </w:r>
            <w:proofErr w:type="spellStart"/>
            <w:r w:rsidRPr="008578B8">
              <w:rPr>
                <w:rFonts w:ascii="Arial" w:hAnsi="Arial" w:cs="Arial"/>
                <w:sz w:val="18"/>
                <w:szCs w:val="18"/>
              </w:rPr>
              <w:t>patch</w:t>
            </w:r>
            <w:proofErr w:type="spellEnd"/>
            <w:r w:rsidRPr="008578B8">
              <w:rPr>
                <w:rFonts w:ascii="Arial" w:hAnsi="Arial" w:cs="Arial"/>
                <w:sz w:val="18"/>
                <w:szCs w:val="18"/>
              </w:rPr>
              <w:t xml:space="preserve"> </w:t>
            </w:r>
            <w:proofErr w:type="spellStart"/>
            <w:r w:rsidRPr="008578B8">
              <w:rPr>
                <w:rFonts w:ascii="Arial" w:hAnsi="Arial" w:cs="Arial"/>
                <w:sz w:val="18"/>
                <w:szCs w:val="18"/>
              </w:rPr>
              <w:t>cords</w:t>
            </w:r>
            <w:proofErr w:type="spellEnd"/>
            <w:r w:rsidRPr="008578B8">
              <w:rPr>
                <w:rFonts w:ascii="Arial" w:hAnsi="Arial" w:cs="Arial"/>
                <w:sz w:val="18"/>
                <w:szCs w:val="18"/>
              </w:rPr>
              <w:t xml:space="preserve"> estándar para categoría 6 </w:t>
            </w:r>
            <w:proofErr w:type="gramStart"/>
            <w:r w:rsidRPr="008578B8">
              <w:rPr>
                <w:rFonts w:ascii="Arial" w:hAnsi="Arial" w:cs="Arial"/>
                <w:sz w:val="18"/>
                <w:szCs w:val="18"/>
              </w:rPr>
              <w:t>A  y</w:t>
            </w:r>
            <w:proofErr w:type="gramEnd"/>
            <w:r w:rsidRPr="008578B8">
              <w:rPr>
                <w:rFonts w:ascii="Arial" w:hAnsi="Arial" w:cs="Arial"/>
                <w:sz w:val="18"/>
                <w:szCs w:val="18"/>
              </w:rPr>
              <w:t xml:space="preserve"> cuatro (4) puntos de conexión. Se anexa la siguiente tabla con las mediciones mínimas y/o máximas de desempeño del canal exigidas para el cableado estructurado, las cuales deben ser cumplidas para el peor de los casos al momento de la prueba con una frecuencia mínima de 500Mhz. (Información verificada por reporte de desempeño acreditado).</w:t>
            </w:r>
          </w:p>
          <w:p w14:paraId="2D11F19C" w14:textId="77777777" w:rsidR="00516A5B" w:rsidRPr="008578B8" w:rsidRDefault="00516A5B" w:rsidP="00B25E14">
            <w:pPr>
              <w:jc w:val="both"/>
              <w:rPr>
                <w:rFonts w:ascii="Arial" w:hAnsi="Arial" w:cs="Arial"/>
                <w:sz w:val="18"/>
                <w:szCs w:val="18"/>
              </w:rPr>
            </w:pPr>
          </w:p>
          <w:tbl>
            <w:tblPr>
              <w:tblW w:w="6075" w:type="dxa"/>
              <w:jc w:val="center"/>
              <w:tblLayout w:type="fixed"/>
              <w:tblCellMar>
                <w:left w:w="70" w:type="dxa"/>
                <w:right w:w="70" w:type="dxa"/>
              </w:tblCellMar>
              <w:tblLook w:val="04A0" w:firstRow="1" w:lastRow="0" w:firstColumn="1" w:lastColumn="0" w:noHBand="0" w:noVBand="1"/>
            </w:tblPr>
            <w:tblGrid>
              <w:gridCol w:w="600"/>
              <w:gridCol w:w="895"/>
              <w:gridCol w:w="850"/>
              <w:gridCol w:w="851"/>
              <w:gridCol w:w="992"/>
              <w:gridCol w:w="1037"/>
              <w:gridCol w:w="850"/>
            </w:tblGrid>
            <w:tr w:rsidR="00516A5B" w:rsidRPr="00B26AF3" w14:paraId="3D7A64C3" w14:textId="77777777" w:rsidTr="00674DB8">
              <w:trPr>
                <w:trHeight w:val="255"/>
                <w:jc w:val="center"/>
              </w:trPr>
              <w:tc>
                <w:tcPr>
                  <w:tcW w:w="600" w:type="dxa"/>
                  <w:tcBorders>
                    <w:top w:val="single" w:sz="4" w:space="0" w:color="auto"/>
                    <w:left w:val="single" w:sz="4" w:space="0" w:color="auto"/>
                    <w:bottom w:val="single" w:sz="4" w:space="0" w:color="auto"/>
                    <w:right w:val="single" w:sz="4" w:space="0" w:color="auto"/>
                  </w:tcBorders>
                  <w:noWrap/>
                  <w:vAlign w:val="bottom"/>
                  <w:hideMark/>
                </w:tcPr>
                <w:p w14:paraId="246EA964"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FREQ (</w:t>
                  </w:r>
                  <w:proofErr w:type="spellStart"/>
                  <w:r w:rsidRPr="008578B8">
                    <w:rPr>
                      <w:rFonts w:ascii="Arial" w:hAnsi="Arial" w:cs="Arial"/>
                      <w:b/>
                      <w:bCs/>
                      <w:color w:val="000000" w:themeColor="text1"/>
                      <w:sz w:val="16"/>
                      <w:szCs w:val="16"/>
                    </w:rPr>
                    <w:t>Mhz</w:t>
                  </w:r>
                  <w:proofErr w:type="spellEnd"/>
                  <w:r w:rsidRPr="008578B8">
                    <w:rPr>
                      <w:rFonts w:ascii="Arial" w:hAnsi="Arial" w:cs="Arial"/>
                      <w:b/>
                      <w:bCs/>
                      <w:color w:val="000000" w:themeColor="text1"/>
                      <w:sz w:val="16"/>
                      <w:szCs w:val="16"/>
                    </w:rPr>
                    <w:t>)</w:t>
                  </w:r>
                </w:p>
              </w:tc>
              <w:tc>
                <w:tcPr>
                  <w:tcW w:w="895" w:type="dxa"/>
                  <w:tcBorders>
                    <w:top w:val="single" w:sz="4" w:space="0" w:color="auto"/>
                    <w:left w:val="nil"/>
                    <w:bottom w:val="single" w:sz="4" w:space="0" w:color="auto"/>
                    <w:right w:val="single" w:sz="4" w:space="0" w:color="auto"/>
                  </w:tcBorders>
                  <w:noWrap/>
                  <w:vAlign w:val="bottom"/>
                  <w:hideMark/>
                </w:tcPr>
                <w:p w14:paraId="44653240"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IL (dB)</w:t>
                  </w:r>
                </w:p>
                <w:p w14:paraId="7945A1AE"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MAXIMO</w:t>
                  </w:r>
                </w:p>
              </w:tc>
              <w:tc>
                <w:tcPr>
                  <w:tcW w:w="850" w:type="dxa"/>
                  <w:tcBorders>
                    <w:top w:val="single" w:sz="4" w:space="0" w:color="auto"/>
                    <w:left w:val="nil"/>
                    <w:bottom w:val="single" w:sz="4" w:space="0" w:color="auto"/>
                    <w:right w:val="single" w:sz="4" w:space="0" w:color="auto"/>
                  </w:tcBorders>
                  <w:noWrap/>
                  <w:vAlign w:val="bottom"/>
                  <w:hideMark/>
                </w:tcPr>
                <w:p w14:paraId="7F5887A5"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NEXT (dB)</w:t>
                  </w:r>
                </w:p>
                <w:p w14:paraId="0258B377"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MINIMO</w:t>
                  </w:r>
                </w:p>
              </w:tc>
              <w:tc>
                <w:tcPr>
                  <w:tcW w:w="851" w:type="dxa"/>
                  <w:tcBorders>
                    <w:top w:val="single" w:sz="4" w:space="0" w:color="auto"/>
                    <w:left w:val="nil"/>
                    <w:bottom w:val="single" w:sz="4" w:space="0" w:color="auto"/>
                    <w:right w:val="single" w:sz="4" w:space="0" w:color="auto"/>
                  </w:tcBorders>
                  <w:noWrap/>
                  <w:vAlign w:val="bottom"/>
                  <w:hideMark/>
                </w:tcPr>
                <w:p w14:paraId="1FE98CB6"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PS NEXT (dB)</w:t>
                  </w:r>
                </w:p>
                <w:p w14:paraId="5DC7E99A"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MINIMO</w:t>
                  </w:r>
                </w:p>
              </w:tc>
              <w:tc>
                <w:tcPr>
                  <w:tcW w:w="992" w:type="dxa"/>
                  <w:tcBorders>
                    <w:top w:val="single" w:sz="4" w:space="0" w:color="auto"/>
                    <w:left w:val="nil"/>
                    <w:bottom w:val="single" w:sz="4" w:space="0" w:color="auto"/>
                    <w:right w:val="single" w:sz="4" w:space="0" w:color="auto"/>
                  </w:tcBorders>
                  <w:noWrap/>
                  <w:vAlign w:val="bottom"/>
                  <w:hideMark/>
                </w:tcPr>
                <w:p w14:paraId="59598E5D"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ACRF (dB)</w:t>
                  </w:r>
                </w:p>
                <w:p w14:paraId="5BB76252"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MINIMO</w:t>
                  </w:r>
                </w:p>
              </w:tc>
              <w:tc>
                <w:tcPr>
                  <w:tcW w:w="1037" w:type="dxa"/>
                  <w:tcBorders>
                    <w:top w:val="single" w:sz="4" w:space="0" w:color="auto"/>
                    <w:left w:val="nil"/>
                    <w:bottom w:val="single" w:sz="4" w:space="0" w:color="auto"/>
                    <w:right w:val="single" w:sz="4" w:space="0" w:color="auto"/>
                  </w:tcBorders>
                  <w:noWrap/>
                  <w:vAlign w:val="bottom"/>
                  <w:hideMark/>
                </w:tcPr>
                <w:p w14:paraId="2543CA25"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PS ACRF (dB)</w:t>
                  </w:r>
                </w:p>
                <w:p w14:paraId="34AEA590"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MÍNIMO</w:t>
                  </w:r>
                </w:p>
              </w:tc>
              <w:tc>
                <w:tcPr>
                  <w:tcW w:w="850" w:type="dxa"/>
                  <w:tcBorders>
                    <w:top w:val="single" w:sz="4" w:space="0" w:color="auto"/>
                    <w:left w:val="nil"/>
                    <w:bottom w:val="single" w:sz="4" w:space="0" w:color="auto"/>
                    <w:right w:val="single" w:sz="4" w:space="0" w:color="auto"/>
                  </w:tcBorders>
                  <w:noWrap/>
                  <w:vAlign w:val="bottom"/>
                  <w:hideMark/>
                </w:tcPr>
                <w:p w14:paraId="2B126107"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RL (dB)</w:t>
                  </w:r>
                </w:p>
                <w:p w14:paraId="7B21099A" w14:textId="77777777" w:rsidR="00516A5B" w:rsidRPr="008578B8" w:rsidRDefault="00516A5B" w:rsidP="00B25E14">
                  <w:pPr>
                    <w:spacing w:after="0"/>
                    <w:jc w:val="center"/>
                    <w:rPr>
                      <w:rFonts w:ascii="Arial" w:hAnsi="Arial" w:cs="Arial"/>
                      <w:b/>
                      <w:bCs/>
                      <w:color w:val="000000" w:themeColor="text1"/>
                      <w:sz w:val="16"/>
                      <w:szCs w:val="16"/>
                    </w:rPr>
                  </w:pPr>
                  <w:r w:rsidRPr="008578B8">
                    <w:rPr>
                      <w:rFonts w:ascii="Arial" w:hAnsi="Arial" w:cs="Arial"/>
                      <w:b/>
                      <w:bCs/>
                      <w:color w:val="000000" w:themeColor="text1"/>
                      <w:sz w:val="16"/>
                      <w:szCs w:val="16"/>
                    </w:rPr>
                    <w:t>MÍNIMO</w:t>
                  </w:r>
                </w:p>
              </w:tc>
            </w:tr>
            <w:tr w:rsidR="00516A5B" w:rsidRPr="00B26AF3" w14:paraId="486A3934" w14:textId="77777777" w:rsidTr="00674DB8">
              <w:trPr>
                <w:trHeight w:val="255"/>
                <w:jc w:val="center"/>
              </w:trPr>
              <w:tc>
                <w:tcPr>
                  <w:tcW w:w="600" w:type="dxa"/>
                  <w:tcBorders>
                    <w:top w:val="nil"/>
                    <w:left w:val="single" w:sz="4" w:space="0" w:color="auto"/>
                    <w:bottom w:val="single" w:sz="4" w:space="0" w:color="auto"/>
                    <w:right w:val="single" w:sz="4" w:space="0" w:color="auto"/>
                  </w:tcBorders>
                  <w:noWrap/>
                  <w:vAlign w:val="bottom"/>
                  <w:hideMark/>
                </w:tcPr>
                <w:p w14:paraId="1B786495" w14:textId="77777777" w:rsidR="00516A5B" w:rsidRPr="008578B8" w:rsidRDefault="00516A5B" w:rsidP="00B25E14">
                  <w:pPr>
                    <w:spacing w:after="0"/>
                    <w:jc w:val="center"/>
                    <w:rPr>
                      <w:rFonts w:ascii="Arial" w:hAnsi="Arial" w:cs="Arial"/>
                      <w:color w:val="000000" w:themeColor="text1"/>
                      <w:sz w:val="18"/>
                      <w:szCs w:val="18"/>
                    </w:rPr>
                  </w:pPr>
                  <w:r w:rsidRPr="008578B8">
                    <w:rPr>
                      <w:rFonts w:ascii="Arial" w:hAnsi="Arial" w:cs="Arial"/>
                      <w:color w:val="000000" w:themeColor="text1"/>
                      <w:sz w:val="18"/>
                      <w:szCs w:val="18"/>
                    </w:rPr>
                    <w:t>500</w:t>
                  </w:r>
                </w:p>
              </w:tc>
              <w:tc>
                <w:tcPr>
                  <w:tcW w:w="895" w:type="dxa"/>
                  <w:tcBorders>
                    <w:top w:val="nil"/>
                    <w:left w:val="nil"/>
                    <w:bottom w:val="single" w:sz="4" w:space="0" w:color="auto"/>
                    <w:right w:val="single" w:sz="4" w:space="0" w:color="auto"/>
                  </w:tcBorders>
                  <w:noWrap/>
                  <w:vAlign w:val="bottom"/>
                  <w:hideMark/>
                </w:tcPr>
                <w:p w14:paraId="74B77680" w14:textId="77777777" w:rsidR="00516A5B" w:rsidRPr="008578B8" w:rsidRDefault="00516A5B" w:rsidP="00B25E14">
                  <w:pPr>
                    <w:spacing w:after="0"/>
                    <w:jc w:val="center"/>
                    <w:rPr>
                      <w:rFonts w:ascii="Arial" w:hAnsi="Arial" w:cs="Arial"/>
                      <w:color w:val="000000" w:themeColor="text1"/>
                      <w:sz w:val="18"/>
                      <w:szCs w:val="18"/>
                    </w:rPr>
                  </w:pPr>
                  <w:r w:rsidRPr="008578B8">
                    <w:rPr>
                      <w:rFonts w:ascii="Arial" w:hAnsi="Arial" w:cs="Arial"/>
                      <w:color w:val="000000" w:themeColor="text1"/>
                      <w:sz w:val="18"/>
                      <w:szCs w:val="18"/>
                    </w:rPr>
                    <w:t>≤  46</w:t>
                  </w:r>
                </w:p>
              </w:tc>
              <w:tc>
                <w:tcPr>
                  <w:tcW w:w="850" w:type="dxa"/>
                  <w:tcBorders>
                    <w:top w:val="nil"/>
                    <w:left w:val="nil"/>
                    <w:bottom w:val="single" w:sz="4" w:space="0" w:color="auto"/>
                    <w:right w:val="single" w:sz="4" w:space="0" w:color="auto"/>
                  </w:tcBorders>
                  <w:noWrap/>
                  <w:vAlign w:val="bottom"/>
                  <w:hideMark/>
                </w:tcPr>
                <w:p w14:paraId="3D4A0C8E" w14:textId="77777777" w:rsidR="00516A5B" w:rsidRPr="008578B8" w:rsidRDefault="00516A5B" w:rsidP="00B25E14">
                  <w:pPr>
                    <w:spacing w:after="0"/>
                    <w:jc w:val="center"/>
                    <w:rPr>
                      <w:rFonts w:ascii="Arial" w:hAnsi="Arial" w:cs="Arial"/>
                      <w:color w:val="000000" w:themeColor="text1"/>
                      <w:sz w:val="18"/>
                      <w:szCs w:val="18"/>
                    </w:rPr>
                  </w:pPr>
                  <w:r w:rsidRPr="008578B8">
                    <w:rPr>
                      <w:rFonts w:ascii="Arial" w:hAnsi="Arial" w:cs="Arial"/>
                      <w:color w:val="000000" w:themeColor="text1"/>
                      <w:sz w:val="18"/>
                      <w:szCs w:val="18"/>
                    </w:rPr>
                    <w:t>≥ 33.5</w:t>
                  </w:r>
                </w:p>
              </w:tc>
              <w:tc>
                <w:tcPr>
                  <w:tcW w:w="851" w:type="dxa"/>
                  <w:tcBorders>
                    <w:top w:val="nil"/>
                    <w:left w:val="nil"/>
                    <w:bottom w:val="single" w:sz="4" w:space="0" w:color="auto"/>
                    <w:right w:val="single" w:sz="4" w:space="0" w:color="auto"/>
                  </w:tcBorders>
                  <w:noWrap/>
                  <w:vAlign w:val="bottom"/>
                  <w:hideMark/>
                </w:tcPr>
                <w:p w14:paraId="5CD06765" w14:textId="77777777" w:rsidR="00516A5B" w:rsidRPr="008578B8" w:rsidRDefault="00516A5B" w:rsidP="00B25E14">
                  <w:pPr>
                    <w:spacing w:after="0"/>
                    <w:jc w:val="center"/>
                    <w:rPr>
                      <w:rFonts w:ascii="Arial" w:hAnsi="Arial" w:cs="Arial"/>
                      <w:color w:val="000000" w:themeColor="text1"/>
                      <w:sz w:val="18"/>
                      <w:szCs w:val="18"/>
                    </w:rPr>
                  </w:pPr>
                  <w:r w:rsidRPr="008578B8">
                    <w:rPr>
                      <w:rFonts w:ascii="Arial" w:hAnsi="Arial" w:cs="Arial"/>
                      <w:color w:val="000000" w:themeColor="text1"/>
                      <w:sz w:val="18"/>
                      <w:szCs w:val="18"/>
                    </w:rPr>
                    <w:t>≥ 31</w:t>
                  </w:r>
                </w:p>
              </w:tc>
              <w:tc>
                <w:tcPr>
                  <w:tcW w:w="992" w:type="dxa"/>
                  <w:tcBorders>
                    <w:top w:val="nil"/>
                    <w:left w:val="nil"/>
                    <w:bottom w:val="single" w:sz="4" w:space="0" w:color="auto"/>
                    <w:right w:val="single" w:sz="4" w:space="0" w:color="auto"/>
                  </w:tcBorders>
                  <w:noWrap/>
                  <w:vAlign w:val="bottom"/>
                  <w:hideMark/>
                </w:tcPr>
                <w:p w14:paraId="421B764B" w14:textId="77777777" w:rsidR="00516A5B" w:rsidRPr="008578B8" w:rsidRDefault="00516A5B" w:rsidP="00B25E14">
                  <w:pPr>
                    <w:spacing w:after="0"/>
                    <w:jc w:val="center"/>
                    <w:rPr>
                      <w:rFonts w:ascii="Arial" w:hAnsi="Arial" w:cs="Arial"/>
                      <w:color w:val="000000" w:themeColor="text1"/>
                      <w:sz w:val="18"/>
                      <w:szCs w:val="18"/>
                    </w:rPr>
                  </w:pPr>
                  <w:r w:rsidRPr="008578B8">
                    <w:rPr>
                      <w:rFonts w:ascii="Arial" w:hAnsi="Arial" w:cs="Arial"/>
                      <w:color w:val="000000" w:themeColor="text1"/>
                      <w:sz w:val="18"/>
                      <w:szCs w:val="18"/>
                    </w:rPr>
                    <w:t>≥ 20</w:t>
                  </w:r>
                </w:p>
              </w:tc>
              <w:tc>
                <w:tcPr>
                  <w:tcW w:w="1037" w:type="dxa"/>
                  <w:tcBorders>
                    <w:top w:val="nil"/>
                    <w:left w:val="nil"/>
                    <w:bottom w:val="single" w:sz="4" w:space="0" w:color="auto"/>
                    <w:right w:val="single" w:sz="4" w:space="0" w:color="auto"/>
                  </w:tcBorders>
                  <w:noWrap/>
                  <w:vAlign w:val="bottom"/>
                  <w:hideMark/>
                </w:tcPr>
                <w:p w14:paraId="3295E49A" w14:textId="77777777" w:rsidR="00516A5B" w:rsidRPr="008578B8" w:rsidRDefault="00516A5B" w:rsidP="00B25E14">
                  <w:pPr>
                    <w:spacing w:after="0"/>
                    <w:jc w:val="center"/>
                    <w:rPr>
                      <w:rFonts w:ascii="Arial" w:hAnsi="Arial" w:cs="Arial"/>
                      <w:color w:val="000000" w:themeColor="text1"/>
                      <w:sz w:val="18"/>
                      <w:szCs w:val="18"/>
                    </w:rPr>
                  </w:pPr>
                  <w:r w:rsidRPr="008578B8">
                    <w:rPr>
                      <w:rFonts w:ascii="Arial" w:hAnsi="Arial" w:cs="Arial"/>
                      <w:color w:val="000000" w:themeColor="text1"/>
                      <w:sz w:val="18"/>
                      <w:szCs w:val="18"/>
                    </w:rPr>
                    <w:t>≥ 20</w:t>
                  </w:r>
                </w:p>
              </w:tc>
              <w:tc>
                <w:tcPr>
                  <w:tcW w:w="850" w:type="dxa"/>
                  <w:tcBorders>
                    <w:top w:val="nil"/>
                    <w:left w:val="nil"/>
                    <w:bottom w:val="single" w:sz="4" w:space="0" w:color="auto"/>
                    <w:right w:val="single" w:sz="4" w:space="0" w:color="auto"/>
                  </w:tcBorders>
                  <w:noWrap/>
                  <w:vAlign w:val="bottom"/>
                  <w:hideMark/>
                </w:tcPr>
                <w:p w14:paraId="3B6FBB1E" w14:textId="77777777" w:rsidR="00516A5B" w:rsidRPr="008578B8" w:rsidRDefault="00516A5B" w:rsidP="00B25E14">
                  <w:pPr>
                    <w:spacing w:after="0"/>
                    <w:jc w:val="center"/>
                    <w:rPr>
                      <w:rFonts w:ascii="Arial" w:hAnsi="Arial" w:cs="Arial"/>
                      <w:color w:val="000000" w:themeColor="text1"/>
                      <w:sz w:val="18"/>
                      <w:szCs w:val="18"/>
                    </w:rPr>
                  </w:pPr>
                  <w:r w:rsidRPr="008578B8">
                    <w:rPr>
                      <w:rFonts w:ascii="Arial" w:hAnsi="Arial" w:cs="Arial"/>
                      <w:color w:val="000000" w:themeColor="text1"/>
                      <w:sz w:val="18"/>
                      <w:szCs w:val="18"/>
                    </w:rPr>
                    <w:t>≥ 15</w:t>
                  </w:r>
                </w:p>
              </w:tc>
            </w:tr>
          </w:tbl>
          <w:p w14:paraId="2E21486C" w14:textId="77777777" w:rsidR="00516A5B" w:rsidRDefault="00516A5B" w:rsidP="00B25E14">
            <w:pPr>
              <w:jc w:val="both"/>
              <w:rPr>
                <w:rFonts w:ascii="Arial" w:hAnsi="Arial" w:cs="Arial"/>
                <w:sz w:val="18"/>
                <w:szCs w:val="18"/>
              </w:rPr>
            </w:pPr>
          </w:p>
          <w:p w14:paraId="4DE42A7B" w14:textId="77777777" w:rsidR="00516A5B" w:rsidRPr="008578B8" w:rsidRDefault="00516A5B" w:rsidP="00B25E14">
            <w:pPr>
              <w:jc w:val="both"/>
              <w:rPr>
                <w:rFonts w:ascii="Arial" w:hAnsi="Arial" w:cs="Arial"/>
                <w:sz w:val="18"/>
                <w:szCs w:val="18"/>
              </w:rPr>
            </w:pPr>
            <w:r w:rsidRPr="008578B8">
              <w:rPr>
                <w:rFonts w:ascii="Arial" w:hAnsi="Arial" w:cs="Arial"/>
                <w:sz w:val="18"/>
                <w:szCs w:val="18"/>
              </w:rPr>
              <w:t>Valores que serán tenidos en cuenta de acuerdo con los mínimos aceptados y aprobados por los estándares de la ANSI/TIA 568.2-D y ISO/IEC 11801-1 y márgenes solicitados.</w:t>
            </w:r>
          </w:p>
        </w:tc>
        <w:tc>
          <w:tcPr>
            <w:tcW w:w="993" w:type="dxa"/>
            <w:vAlign w:val="center"/>
          </w:tcPr>
          <w:p w14:paraId="453E82F4" w14:textId="77777777" w:rsidR="00516A5B" w:rsidRPr="008578B8" w:rsidRDefault="00516A5B" w:rsidP="00B25E14">
            <w:pPr>
              <w:rPr>
                <w:rFonts w:ascii="Arial" w:hAnsi="Arial" w:cs="Arial"/>
                <w:color w:val="EE0000"/>
                <w:sz w:val="18"/>
                <w:szCs w:val="18"/>
              </w:rPr>
            </w:pPr>
          </w:p>
        </w:tc>
        <w:tc>
          <w:tcPr>
            <w:tcW w:w="992" w:type="dxa"/>
            <w:vAlign w:val="center"/>
          </w:tcPr>
          <w:p w14:paraId="0A32B56B" w14:textId="77777777" w:rsidR="00516A5B" w:rsidRPr="008578B8" w:rsidRDefault="00516A5B" w:rsidP="00B25E14">
            <w:pPr>
              <w:rPr>
                <w:rFonts w:ascii="Arial" w:hAnsi="Arial" w:cs="Arial"/>
                <w:color w:val="EE0000"/>
                <w:sz w:val="18"/>
                <w:szCs w:val="18"/>
              </w:rPr>
            </w:pPr>
          </w:p>
        </w:tc>
      </w:tr>
      <w:tr w:rsidR="00516A5B" w:rsidRPr="00A56DF5" w14:paraId="2BE45476" w14:textId="77777777" w:rsidTr="00674DB8">
        <w:tc>
          <w:tcPr>
            <w:tcW w:w="709" w:type="dxa"/>
            <w:vAlign w:val="center"/>
          </w:tcPr>
          <w:p w14:paraId="33F4FBBD" w14:textId="77777777" w:rsidR="00516A5B" w:rsidRPr="008578B8" w:rsidRDefault="00516A5B">
            <w:pPr>
              <w:pStyle w:val="Prrafodelista"/>
              <w:numPr>
                <w:ilvl w:val="0"/>
                <w:numId w:val="25"/>
              </w:numPr>
              <w:ind w:left="473"/>
              <w:jc w:val="center"/>
              <w:rPr>
                <w:rFonts w:ascii="Arial" w:hAnsi="Arial" w:cs="Arial"/>
                <w:sz w:val="18"/>
                <w:szCs w:val="18"/>
              </w:rPr>
            </w:pPr>
          </w:p>
        </w:tc>
        <w:tc>
          <w:tcPr>
            <w:tcW w:w="7796" w:type="dxa"/>
            <w:gridSpan w:val="2"/>
          </w:tcPr>
          <w:p w14:paraId="586A57D4" w14:textId="77777777" w:rsidR="00516A5B" w:rsidRPr="008578B8" w:rsidRDefault="00516A5B" w:rsidP="00B25E14">
            <w:pPr>
              <w:jc w:val="both"/>
              <w:rPr>
                <w:rFonts w:ascii="Arial" w:hAnsi="Arial" w:cs="Arial"/>
                <w:sz w:val="18"/>
                <w:szCs w:val="18"/>
              </w:rPr>
            </w:pPr>
            <w:r w:rsidRPr="008578B8">
              <w:rPr>
                <w:rFonts w:ascii="Arial" w:hAnsi="Arial" w:cs="Arial"/>
                <w:sz w:val="18"/>
                <w:szCs w:val="18"/>
              </w:rPr>
              <w:t xml:space="preserve">Adjuntar ficha técnica del producto ofertado, donde sea posible verificar las especificaciones y parámetros de desempeño.  </w:t>
            </w:r>
          </w:p>
          <w:p w14:paraId="02B83583" w14:textId="77777777" w:rsidR="00516A5B" w:rsidRDefault="00516A5B" w:rsidP="00B25E14">
            <w:pPr>
              <w:jc w:val="both"/>
              <w:rPr>
                <w:rFonts w:ascii="Arial" w:hAnsi="Arial" w:cs="Arial"/>
                <w:sz w:val="18"/>
                <w:szCs w:val="18"/>
              </w:rPr>
            </w:pPr>
            <w:r w:rsidRPr="008578B8">
              <w:rPr>
                <w:rFonts w:ascii="Arial" w:hAnsi="Arial" w:cs="Arial"/>
                <w:sz w:val="18"/>
                <w:szCs w:val="18"/>
              </w:rPr>
              <w:lastRenderedPageBreak/>
              <w:t>Deberá relacionar URL o enlace web del fabricante del producto con dominio .</w:t>
            </w:r>
            <w:proofErr w:type="spellStart"/>
            <w:r w:rsidRPr="008578B8">
              <w:rPr>
                <w:rFonts w:ascii="Arial" w:hAnsi="Arial" w:cs="Arial"/>
                <w:sz w:val="18"/>
                <w:szCs w:val="18"/>
              </w:rPr>
              <w:t>com</w:t>
            </w:r>
            <w:proofErr w:type="spellEnd"/>
            <w:r w:rsidRPr="008578B8">
              <w:rPr>
                <w:rFonts w:ascii="Arial" w:hAnsi="Arial" w:cs="Arial"/>
                <w:sz w:val="18"/>
                <w:szCs w:val="18"/>
              </w:rPr>
              <w:t>, donde se posible la verificación de la ficha técnica aportada en cada uno de sus item_____________________________________________________________</w:t>
            </w:r>
          </w:p>
          <w:p w14:paraId="6FE99FBB" w14:textId="77777777" w:rsidR="00516A5B" w:rsidRPr="008578B8" w:rsidRDefault="00516A5B" w:rsidP="00B25E14">
            <w:pPr>
              <w:jc w:val="both"/>
              <w:rPr>
                <w:rFonts w:ascii="Arial" w:hAnsi="Arial" w:cs="Arial"/>
                <w:sz w:val="18"/>
                <w:szCs w:val="18"/>
              </w:rPr>
            </w:pPr>
          </w:p>
        </w:tc>
        <w:tc>
          <w:tcPr>
            <w:tcW w:w="993" w:type="dxa"/>
            <w:vAlign w:val="center"/>
          </w:tcPr>
          <w:p w14:paraId="70A1AB2A" w14:textId="77777777" w:rsidR="00516A5B" w:rsidRPr="008578B8" w:rsidRDefault="00516A5B" w:rsidP="00B25E14">
            <w:pPr>
              <w:rPr>
                <w:rFonts w:ascii="Arial" w:hAnsi="Arial" w:cs="Arial"/>
                <w:color w:val="EE0000"/>
                <w:sz w:val="18"/>
                <w:szCs w:val="18"/>
              </w:rPr>
            </w:pPr>
          </w:p>
        </w:tc>
        <w:tc>
          <w:tcPr>
            <w:tcW w:w="992" w:type="dxa"/>
            <w:vAlign w:val="center"/>
          </w:tcPr>
          <w:p w14:paraId="05306020" w14:textId="77777777" w:rsidR="00516A5B" w:rsidRPr="008578B8" w:rsidRDefault="00516A5B" w:rsidP="00B25E14">
            <w:pPr>
              <w:rPr>
                <w:rFonts w:ascii="Arial" w:hAnsi="Arial" w:cs="Arial"/>
                <w:color w:val="EE0000"/>
                <w:sz w:val="18"/>
                <w:szCs w:val="18"/>
              </w:rPr>
            </w:pPr>
          </w:p>
        </w:tc>
      </w:tr>
      <w:tr w:rsidR="00516A5B" w:rsidRPr="00A56DF5" w14:paraId="38D86540" w14:textId="77777777" w:rsidTr="00674DB8">
        <w:tc>
          <w:tcPr>
            <w:tcW w:w="709" w:type="dxa"/>
            <w:vAlign w:val="center"/>
          </w:tcPr>
          <w:p w14:paraId="71890C7B" w14:textId="77777777" w:rsidR="00516A5B" w:rsidRPr="008C4D7F" w:rsidRDefault="00516A5B" w:rsidP="00B25E14">
            <w:pPr>
              <w:jc w:val="center"/>
              <w:rPr>
                <w:rFonts w:ascii="Arial" w:hAnsi="Arial" w:cs="Arial"/>
                <w:b/>
                <w:bCs/>
                <w:sz w:val="18"/>
                <w:szCs w:val="18"/>
              </w:rPr>
            </w:pPr>
            <w:r w:rsidRPr="008C4D7F">
              <w:rPr>
                <w:rFonts w:ascii="Arial" w:hAnsi="Arial" w:cs="Arial"/>
                <w:b/>
                <w:bCs/>
                <w:sz w:val="18"/>
                <w:szCs w:val="18"/>
              </w:rPr>
              <w:t>6</w:t>
            </w:r>
          </w:p>
        </w:tc>
        <w:tc>
          <w:tcPr>
            <w:tcW w:w="7796" w:type="dxa"/>
            <w:gridSpan w:val="2"/>
            <w:vAlign w:val="center"/>
          </w:tcPr>
          <w:p w14:paraId="31B0ADD1" w14:textId="77777777" w:rsidR="00516A5B" w:rsidRPr="008578B8" w:rsidRDefault="00516A5B" w:rsidP="00B25E14">
            <w:pPr>
              <w:jc w:val="both"/>
              <w:rPr>
                <w:rFonts w:ascii="Arial" w:hAnsi="Arial" w:cs="Arial"/>
                <w:b/>
                <w:bCs/>
                <w:sz w:val="18"/>
                <w:szCs w:val="18"/>
              </w:rPr>
            </w:pPr>
            <w:r w:rsidRPr="008578B8">
              <w:rPr>
                <w:rFonts w:ascii="Arial" w:hAnsi="Arial" w:cs="Arial"/>
                <w:b/>
                <w:bCs/>
                <w:sz w:val="18"/>
                <w:szCs w:val="18"/>
              </w:rPr>
              <w:t>PATCH PANEL 1UR ANGULADO Y/O PLANO Y ORGANIZADOR DE 2UR</w:t>
            </w:r>
          </w:p>
        </w:tc>
        <w:tc>
          <w:tcPr>
            <w:tcW w:w="993" w:type="dxa"/>
            <w:vAlign w:val="center"/>
          </w:tcPr>
          <w:p w14:paraId="6208EA63" w14:textId="77777777" w:rsidR="00516A5B" w:rsidRPr="008578B8" w:rsidRDefault="00516A5B" w:rsidP="00B25E14">
            <w:pPr>
              <w:rPr>
                <w:rFonts w:ascii="Arial" w:hAnsi="Arial" w:cs="Arial"/>
                <w:color w:val="EE0000"/>
                <w:sz w:val="18"/>
                <w:szCs w:val="18"/>
              </w:rPr>
            </w:pPr>
          </w:p>
        </w:tc>
        <w:tc>
          <w:tcPr>
            <w:tcW w:w="992" w:type="dxa"/>
            <w:vAlign w:val="center"/>
          </w:tcPr>
          <w:p w14:paraId="0B14D267" w14:textId="77777777" w:rsidR="00516A5B" w:rsidRPr="008578B8" w:rsidRDefault="00516A5B" w:rsidP="00B25E14">
            <w:pPr>
              <w:rPr>
                <w:rFonts w:ascii="Arial" w:hAnsi="Arial" w:cs="Arial"/>
                <w:color w:val="EE0000"/>
                <w:sz w:val="18"/>
                <w:szCs w:val="18"/>
              </w:rPr>
            </w:pPr>
          </w:p>
        </w:tc>
      </w:tr>
      <w:tr w:rsidR="00516A5B" w:rsidRPr="00A56DF5" w14:paraId="16242ADB" w14:textId="77777777" w:rsidTr="00674DB8">
        <w:tc>
          <w:tcPr>
            <w:tcW w:w="709" w:type="dxa"/>
            <w:vAlign w:val="center"/>
          </w:tcPr>
          <w:p w14:paraId="60B12C0E" w14:textId="77777777" w:rsidR="00516A5B" w:rsidRPr="00B64BC5" w:rsidRDefault="00516A5B">
            <w:pPr>
              <w:pStyle w:val="Prrafodelista"/>
              <w:numPr>
                <w:ilvl w:val="0"/>
                <w:numId w:val="26"/>
              </w:numPr>
              <w:ind w:left="473"/>
              <w:jc w:val="center"/>
              <w:rPr>
                <w:rFonts w:ascii="Arial" w:hAnsi="Arial" w:cs="Arial"/>
                <w:sz w:val="18"/>
                <w:szCs w:val="18"/>
              </w:rPr>
            </w:pPr>
          </w:p>
        </w:tc>
        <w:tc>
          <w:tcPr>
            <w:tcW w:w="1696" w:type="dxa"/>
            <w:vAlign w:val="center"/>
          </w:tcPr>
          <w:p w14:paraId="07F3ECD5" w14:textId="77777777" w:rsidR="00516A5B" w:rsidRPr="008B609D" w:rsidRDefault="00516A5B" w:rsidP="00B25E14">
            <w:pPr>
              <w:rPr>
                <w:rFonts w:ascii="Arial" w:hAnsi="Arial" w:cs="Arial"/>
                <w:sz w:val="18"/>
                <w:szCs w:val="18"/>
              </w:rPr>
            </w:pPr>
            <w:r>
              <w:rPr>
                <w:rFonts w:ascii="Arial" w:hAnsi="Arial" w:cs="Arial"/>
                <w:sz w:val="18"/>
                <w:szCs w:val="18"/>
              </w:rPr>
              <w:t>Marca:</w:t>
            </w:r>
          </w:p>
        </w:tc>
        <w:tc>
          <w:tcPr>
            <w:tcW w:w="6100" w:type="dxa"/>
          </w:tcPr>
          <w:p w14:paraId="33D14F64" w14:textId="77777777" w:rsidR="00516A5B" w:rsidRPr="008B609D" w:rsidRDefault="00516A5B" w:rsidP="00B25E14">
            <w:pPr>
              <w:jc w:val="both"/>
              <w:rPr>
                <w:rFonts w:ascii="Arial" w:hAnsi="Arial" w:cs="Arial"/>
                <w:sz w:val="18"/>
                <w:szCs w:val="18"/>
              </w:rPr>
            </w:pPr>
          </w:p>
        </w:tc>
        <w:tc>
          <w:tcPr>
            <w:tcW w:w="993" w:type="dxa"/>
            <w:vAlign w:val="center"/>
          </w:tcPr>
          <w:p w14:paraId="7FDF8904" w14:textId="77777777" w:rsidR="00516A5B" w:rsidRPr="008B609D" w:rsidRDefault="00516A5B" w:rsidP="00B25E14">
            <w:pPr>
              <w:rPr>
                <w:rFonts w:ascii="Arial" w:hAnsi="Arial" w:cs="Arial"/>
                <w:color w:val="EE0000"/>
                <w:sz w:val="18"/>
                <w:szCs w:val="18"/>
              </w:rPr>
            </w:pPr>
          </w:p>
        </w:tc>
        <w:tc>
          <w:tcPr>
            <w:tcW w:w="992" w:type="dxa"/>
            <w:vAlign w:val="center"/>
          </w:tcPr>
          <w:p w14:paraId="3D98488D" w14:textId="77777777" w:rsidR="00516A5B" w:rsidRPr="008B609D" w:rsidRDefault="00516A5B" w:rsidP="00B25E14">
            <w:pPr>
              <w:rPr>
                <w:rFonts w:ascii="Arial" w:hAnsi="Arial" w:cs="Arial"/>
                <w:color w:val="EE0000"/>
                <w:sz w:val="18"/>
                <w:szCs w:val="18"/>
              </w:rPr>
            </w:pPr>
          </w:p>
        </w:tc>
      </w:tr>
      <w:tr w:rsidR="00516A5B" w:rsidRPr="00A56DF5" w14:paraId="299864BE" w14:textId="77777777" w:rsidTr="00674DB8">
        <w:tc>
          <w:tcPr>
            <w:tcW w:w="709" w:type="dxa"/>
            <w:vAlign w:val="center"/>
          </w:tcPr>
          <w:p w14:paraId="048CE10A" w14:textId="77777777" w:rsidR="00516A5B" w:rsidRPr="008B609D" w:rsidRDefault="00516A5B">
            <w:pPr>
              <w:pStyle w:val="Prrafodelista"/>
              <w:numPr>
                <w:ilvl w:val="0"/>
                <w:numId w:val="26"/>
              </w:numPr>
              <w:ind w:left="473"/>
              <w:jc w:val="center"/>
              <w:rPr>
                <w:rFonts w:ascii="Arial" w:hAnsi="Arial" w:cs="Arial"/>
                <w:sz w:val="18"/>
                <w:szCs w:val="18"/>
              </w:rPr>
            </w:pPr>
          </w:p>
        </w:tc>
        <w:tc>
          <w:tcPr>
            <w:tcW w:w="1696" w:type="dxa"/>
            <w:vAlign w:val="center"/>
          </w:tcPr>
          <w:p w14:paraId="2BA1E911" w14:textId="77777777" w:rsidR="00516A5B" w:rsidRPr="008B609D" w:rsidRDefault="00516A5B" w:rsidP="00B25E14">
            <w:pPr>
              <w:rPr>
                <w:rFonts w:ascii="Arial" w:hAnsi="Arial" w:cs="Arial"/>
                <w:sz w:val="18"/>
                <w:szCs w:val="18"/>
              </w:rPr>
            </w:pPr>
            <w:r>
              <w:rPr>
                <w:rFonts w:ascii="Arial" w:hAnsi="Arial" w:cs="Arial"/>
                <w:sz w:val="18"/>
                <w:szCs w:val="18"/>
              </w:rPr>
              <w:t>Referencia:</w:t>
            </w:r>
          </w:p>
        </w:tc>
        <w:tc>
          <w:tcPr>
            <w:tcW w:w="6100" w:type="dxa"/>
          </w:tcPr>
          <w:p w14:paraId="7D76FFFF" w14:textId="77777777" w:rsidR="00516A5B" w:rsidRPr="008B609D" w:rsidRDefault="00516A5B" w:rsidP="00B25E14">
            <w:pPr>
              <w:jc w:val="both"/>
              <w:rPr>
                <w:rFonts w:ascii="Arial" w:hAnsi="Arial" w:cs="Arial"/>
                <w:sz w:val="18"/>
                <w:szCs w:val="18"/>
              </w:rPr>
            </w:pPr>
          </w:p>
        </w:tc>
        <w:tc>
          <w:tcPr>
            <w:tcW w:w="993" w:type="dxa"/>
            <w:vAlign w:val="center"/>
          </w:tcPr>
          <w:p w14:paraId="5947DD22" w14:textId="77777777" w:rsidR="00516A5B" w:rsidRPr="008B609D" w:rsidRDefault="00516A5B" w:rsidP="00B25E14">
            <w:pPr>
              <w:rPr>
                <w:rFonts w:ascii="Arial" w:hAnsi="Arial" w:cs="Arial"/>
                <w:color w:val="EE0000"/>
                <w:sz w:val="18"/>
                <w:szCs w:val="18"/>
              </w:rPr>
            </w:pPr>
          </w:p>
        </w:tc>
        <w:tc>
          <w:tcPr>
            <w:tcW w:w="992" w:type="dxa"/>
            <w:vAlign w:val="center"/>
          </w:tcPr>
          <w:p w14:paraId="34FB592A" w14:textId="77777777" w:rsidR="00516A5B" w:rsidRPr="008B609D" w:rsidRDefault="00516A5B" w:rsidP="00B25E14">
            <w:pPr>
              <w:rPr>
                <w:rFonts w:ascii="Arial" w:hAnsi="Arial" w:cs="Arial"/>
                <w:color w:val="EE0000"/>
                <w:sz w:val="18"/>
                <w:szCs w:val="18"/>
              </w:rPr>
            </w:pPr>
          </w:p>
        </w:tc>
      </w:tr>
      <w:tr w:rsidR="00516A5B" w:rsidRPr="00A56DF5" w14:paraId="1554DDD1" w14:textId="77777777" w:rsidTr="00674DB8">
        <w:tc>
          <w:tcPr>
            <w:tcW w:w="709" w:type="dxa"/>
            <w:vAlign w:val="center"/>
          </w:tcPr>
          <w:p w14:paraId="565DA79C" w14:textId="77777777" w:rsidR="00516A5B" w:rsidRPr="00B64BC5" w:rsidRDefault="00516A5B">
            <w:pPr>
              <w:pStyle w:val="Prrafodelista"/>
              <w:numPr>
                <w:ilvl w:val="0"/>
                <w:numId w:val="26"/>
              </w:numPr>
              <w:ind w:left="473"/>
              <w:jc w:val="center"/>
              <w:rPr>
                <w:rFonts w:ascii="Arial" w:hAnsi="Arial" w:cs="Arial"/>
                <w:sz w:val="18"/>
                <w:szCs w:val="18"/>
              </w:rPr>
            </w:pPr>
          </w:p>
        </w:tc>
        <w:tc>
          <w:tcPr>
            <w:tcW w:w="7796" w:type="dxa"/>
            <w:gridSpan w:val="2"/>
            <w:vAlign w:val="center"/>
          </w:tcPr>
          <w:p w14:paraId="61F3FCA9" w14:textId="77777777" w:rsidR="00516A5B" w:rsidRPr="008578B8" w:rsidRDefault="00516A5B" w:rsidP="00B25E14">
            <w:pPr>
              <w:jc w:val="both"/>
              <w:rPr>
                <w:rFonts w:ascii="Arial" w:hAnsi="Arial" w:cs="Arial"/>
                <w:color w:val="000000" w:themeColor="text1"/>
                <w:sz w:val="18"/>
                <w:szCs w:val="18"/>
                <w:lang w:val="es-ES_tradnl"/>
              </w:rPr>
            </w:pPr>
            <w:r w:rsidRPr="008578B8">
              <w:rPr>
                <w:rFonts w:ascii="Arial" w:hAnsi="Arial" w:cs="Arial"/>
                <w:color w:val="000000" w:themeColor="text1"/>
                <w:sz w:val="18"/>
                <w:szCs w:val="18"/>
                <w:lang w:val="es-ES_tradnl"/>
              </w:rPr>
              <w:t xml:space="preserve">Suministro e instalación herraje </w:t>
            </w:r>
            <w:proofErr w:type="spellStart"/>
            <w:r w:rsidRPr="008578B8">
              <w:rPr>
                <w:rFonts w:ascii="Arial" w:hAnsi="Arial" w:cs="Arial"/>
                <w:color w:val="000000" w:themeColor="text1"/>
                <w:sz w:val="18"/>
                <w:szCs w:val="18"/>
                <w:lang w:val="es-ES_tradnl"/>
              </w:rPr>
              <w:t>Patch</w:t>
            </w:r>
            <w:proofErr w:type="spellEnd"/>
            <w:r w:rsidRPr="008578B8">
              <w:rPr>
                <w:rFonts w:ascii="Arial" w:hAnsi="Arial" w:cs="Arial"/>
                <w:color w:val="000000" w:themeColor="text1"/>
                <w:sz w:val="18"/>
                <w:szCs w:val="18"/>
                <w:lang w:val="es-ES_tradnl"/>
              </w:rPr>
              <w:t xml:space="preserve"> Panel modular de 24 y/o 48 puertos de alta densidad, UL listado y/o CSA de 1UR de rack para categoría 6A, así:</w:t>
            </w:r>
          </w:p>
        </w:tc>
        <w:tc>
          <w:tcPr>
            <w:tcW w:w="993" w:type="dxa"/>
            <w:vAlign w:val="center"/>
          </w:tcPr>
          <w:p w14:paraId="6830DC4C" w14:textId="77777777" w:rsidR="00516A5B" w:rsidRPr="008B609D" w:rsidRDefault="00516A5B" w:rsidP="00B25E14">
            <w:pPr>
              <w:rPr>
                <w:rFonts w:ascii="Arial" w:hAnsi="Arial" w:cs="Arial"/>
                <w:color w:val="EE0000"/>
                <w:sz w:val="18"/>
                <w:szCs w:val="18"/>
              </w:rPr>
            </w:pPr>
          </w:p>
        </w:tc>
        <w:tc>
          <w:tcPr>
            <w:tcW w:w="992" w:type="dxa"/>
            <w:vAlign w:val="center"/>
          </w:tcPr>
          <w:p w14:paraId="358047F2" w14:textId="77777777" w:rsidR="00516A5B" w:rsidRPr="008B609D" w:rsidRDefault="00516A5B" w:rsidP="00B25E14">
            <w:pPr>
              <w:rPr>
                <w:rFonts w:ascii="Arial" w:hAnsi="Arial" w:cs="Arial"/>
                <w:color w:val="EE0000"/>
                <w:sz w:val="18"/>
                <w:szCs w:val="18"/>
              </w:rPr>
            </w:pPr>
          </w:p>
        </w:tc>
      </w:tr>
      <w:tr w:rsidR="00516A5B" w:rsidRPr="00A56DF5" w14:paraId="50076D3B" w14:textId="77777777" w:rsidTr="00674DB8">
        <w:tc>
          <w:tcPr>
            <w:tcW w:w="709" w:type="dxa"/>
            <w:vAlign w:val="center"/>
          </w:tcPr>
          <w:p w14:paraId="73CE58AA"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vAlign w:val="center"/>
          </w:tcPr>
          <w:p w14:paraId="4E2C655F" w14:textId="77777777" w:rsidR="00516A5B" w:rsidRPr="008B609D" w:rsidRDefault="00516A5B" w:rsidP="00B25E14">
            <w:pPr>
              <w:jc w:val="both"/>
              <w:rPr>
                <w:rFonts w:ascii="Arial" w:hAnsi="Arial" w:cs="Arial"/>
                <w:sz w:val="18"/>
                <w:szCs w:val="18"/>
              </w:rPr>
            </w:pPr>
            <w:r w:rsidRPr="008578B8">
              <w:rPr>
                <w:rFonts w:ascii="Arial" w:hAnsi="Arial" w:cs="Arial"/>
                <w:sz w:val="18"/>
                <w:szCs w:val="18"/>
              </w:rPr>
              <w:t xml:space="preserve">Las cantidades serán definidas por el contratista tras visita técnica a las instalaciones a intervenir, previa solicitud escrita al Grupo de Tecnologías de la Información y las Comunicaciones de la unidad policial. </w:t>
            </w:r>
            <w:r>
              <w:rPr>
                <w:rFonts w:ascii="Arial" w:hAnsi="Arial" w:cs="Arial"/>
                <w:sz w:val="18"/>
                <w:szCs w:val="18"/>
              </w:rPr>
              <w:t>Teniendo en cuenta cantidad de puntos y numero de rack o gabinetes donde se instalarán.</w:t>
            </w:r>
          </w:p>
        </w:tc>
        <w:tc>
          <w:tcPr>
            <w:tcW w:w="993" w:type="dxa"/>
            <w:vAlign w:val="center"/>
          </w:tcPr>
          <w:p w14:paraId="1839D1D8" w14:textId="77777777" w:rsidR="00516A5B" w:rsidRPr="008B609D" w:rsidRDefault="00516A5B" w:rsidP="00B25E14">
            <w:pPr>
              <w:rPr>
                <w:rFonts w:ascii="Arial" w:hAnsi="Arial" w:cs="Arial"/>
                <w:color w:val="EE0000"/>
                <w:sz w:val="18"/>
                <w:szCs w:val="18"/>
              </w:rPr>
            </w:pPr>
          </w:p>
        </w:tc>
        <w:tc>
          <w:tcPr>
            <w:tcW w:w="992" w:type="dxa"/>
            <w:vAlign w:val="center"/>
          </w:tcPr>
          <w:p w14:paraId="7D340742" w14:textId="77777777" w:rsidR="00516A5B" w:rsidRPr="008B609D" w:rsidRDefault="00516A5B" w:rsidP="00B25E14">
            <w:pPr>
              <w:rPr>
                <w:rFonts w:ascii="Arial" w:hAnsi="Arial" w:cs="Arial"/>
                <w:color w:val="EE0000"/>
                <w:sz w:val="18"/>
                <w:szCs w:val="18"/>
              </w:rPr>
            </w:pPr>
          </w:p>
        </w:tc>
      </w:tr>
      <w:tr w:rsidR="00516A5B" w:rsidRPr="00A56DF5" w14:paraId="5565B664" w14:textId="77777777" w:rsidTr="00674DB8">
        <w:tc>
          <w:tcPr>
            <w:tcW w:w="709" w:type="dxa"/>
            <w:vAlign w:val="center"/>
          </w:tcPr>
          <w:p w14:paraId="47F64CD2"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vAlign w:val="center"/>
          </w:tcPr>
          <w:p w14:paraId="4EEDECB4" w14:textId="77777777" w:rsidR="00516A5B" w:rsidRPr="008B609D" w:rsidRDefault="00516A5B" w:rsidP="00B25E14">
            <w:pPr>
              <w:jc w:val="both"/>
              <w:rPr>
                <w:rFonts w:ascii="Arial" w:hAnsi="Arial" w:cs="Arial"/>
                <w:sz w:val="18"/>
                <w:szCs w:val="18"/>
              </w:rPr>
            </w:pPr>
            <w:r w:rsidRPr="00350168">
              <w:rPr>
                <w:rFonts w:ascii="Arial" w:hAnsi="Arial" w:cs="Arial"/>
                <w:sz w:val="18"/>
                <w:szCs w:val="18"/>
              </w:rPr>
              <w:t xml:space="preserve">Suministrar por cada </w:t>
            </w:r>
            <w:proofErr w:type="spellStart"/>
            <w:r w:rsidRPr="00350168">
              <w:rPr>
                <w:rFonts w:ascii="Arial" w:hAnsi="Arial" w:cs="Arial"/>
                <w:sz w:val="18"/>
                <w:szCs w:val="18"/>
              </w:rPr>
              <w:t>patch</w:t>
            </w:r>
            <w:proofErr w:type="spellEnd"/>
            <w:r w:rsidRPr="00350168">
              <w:rPr>
                <w:rFonts w:ascii="Arial" w:hAnsi="Arial" w:cs="Arial"/>
                <w:sz w:val="18"/>
                <w:szCs w:val="18"/>
              </w:rPr>
              <w:t xml:space="preserve"> panel de 24 puertos un (01) organizador de </w:t>
            </w:r>
            <w:proofErr w:type="spellStart"/>
            <w:r w:rsidRPr="00350168">
              <w:rPr>
                <w:rFonts w:ascii="Arial" w:hAnsi="Arial" w:cs="Arial"/>
                <w:sz w:val="18"/>
                <w:szCs w:val="18"/>
              </w:rPr>
              <w:t>patch</w:t>
            </w:r>
            <w:proofErr w:type="spellEnd"/>
            <w:r w:rsidRPr="00350168">
              <w:rPr>
                <w:rFonts w:ascii="Arial" w:hAnsi="Arial" w:cs="Arial"/>
                <w:sz w:val="18"/>
                <w:szCs w:val="18"/>
              </w:rPr>
              <w:t xml:space="preserve"> </w:t>
            </w:r>
            <w:proofErr w:type="spellStart"/>
            <w:r w:rsidRPr="00350168">
              <w:rPr>
                <w:rFonts w:ascii="Arial" w:hAnsi="Arial" w:cs="Arial"/>
                <w:sz w:val="18"/>
                <w:szCs w:val="18"/>
              </w:rPr>
              <w:t>cords</w:t>
            </w:r>
            <w:proofErr w:type="spellEnd"/>
            <w:r w:rsidRPr="00350168">
              <w:rPr>
                <w:rFonts w:ascii="Arial" w:hAnsi="Arial" w:cs="Arial"/>
                <w:sz w:val="18"/>
                <w:szCs w:val="18"/>
              </w:rPr>
              <w:t xml:space="preserve"> de 2UR de 4 a 6 pulgadas de profundidad, y por cada </w:t>
            </w:r>
            <w:proofErr w:type="spellStart"/>
            <w:r w:rsidRPr="00350168">
              <w:rPr>
                <w:rFonts w:ascii="Arial" w:hAnsi="Arial" w:cs="Arial"/>
                <w:sz w:val="18"/>
                <w:szCs w:val="18"/>
              </w:rPr>
              <w:t>patch</w:t>
            </w:r>
            <w:proofErr w:type="spellEnd"/>
            <w:r w:rsidRPr="00350168">
              <w:rPr>
                <w:rFonts w:ascii="Arial" w:hAnsi="Arial" w:cs="Arial"/>
                <w:sz w:val="18"/>
                <w:szCs w:val="18"/>
              </w:rPr>
              <w:t xml:space="preserve"> panel de 48 puertos dos (02) organizadores de 2UR de 4 a 6 pulgadas de profundidad.</w:t>
            </w:r>
          </w:p>
        </w:tc>
        <w:tc>
          <w:tcPr>
            <w:tcW w:w="993" w:type="dxa"/>
            <w:vAlign w:val="center"/>
          </w:tcPr>
          <w:p w14:paraId="189E9C1F" w14:textId="77777777" w:rsidR="00516A5B" w:rsidRPr="008B609D" w:rsidRDefault="00516A5B" w:rsidP="00B25E14">
            <w:pPr>
              <w:rPr>
                <w:rFonts w:ascii="Arial" w:hAnsi="Arial" w:cs="Arial"/>
                <w:color w:val="EE0000"/>
                <w:sz w:val="18"/>
                <w:szCs w:val="18"/>
              </w:rPr>
            </w:pPr>
          </w:p>
        </w:tc>
        <w:tc>
          <w:tcPr>
            <w:tcW w:w="992" w:type="dxa"/>
            <w:vAlign w:val="center"/>
          </w:tcPr>
          <w:p w14:paraId="17D805DD" w14:textId="77777777" w:rsidR="00516A5B" w:rsidRPr="008B609D" w:rsidRDefault="00516A5B" w:rsidP="00B25E14">
            <w:pPr>
              <w:rPr>
                <w:rFonts w:ascii="Arial" w:hAnsi="Arial" w:cs="Arial"/>
                <w:color w:val="EE0000"/>
                <w:sz w:val="18"/>
                <w:szCs w:val="18"/>
              </w:rPr>
            </w:pPr>
          </w:p>
        </w:tc>
      </w:tr>
      <w:tr w:rsidR="00516A5B" w:rsidRPr="00A56DF5" w14:paraId="4C2D5105" w14:textId="77777777" w:rsidTr="00674DB8">
        <w:tc>
          <w:tcPr>
            <w:tcW w:w="709" w:type="dxa"/>
            <w:vAlign w:val="center"/>
          </w:tcPr>
          <w:p w14:paraId="3A1302A1"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0658AE56" w14:textId="77777777" w:rsidR="00516A5B" w:rsidRPr="00350168" w:rsidRDefault="00516A5B" w:rsidP="00B25E14">
            <w:pPr>
              <w:jc w:val="both"/>
              <w:rPr>
                <w:rFonts w:ascii="Arial" w:hAnsi="Arial" w:cs="Arial"/>
                <w:sz w:val="18"/>
                <w:szCs w:val="18"/>
              </w:rPr>
            </w:pPr>
            <w:r w:rsidRPr="00350168">
              <w:rPr>
                <w:rFonts w:ascii="Arial" w:hAnsi="Arial" w:cs="Arial"/>
                <w:sz w:val="18"/>
                <w:szCs w:val="18"/>
              </w:rPr>
              <w:t>Deben poseer salidas en Jack para RJ45, modulares puertos por puerto que permitan albergar diferentes conectores o la incorporación de módulos y conectores en forma individual, de acuerdo con la norma ANSI/TIA 568.2-D y/o ISO/IEC 11801-1 para categoría 6 A.</w:t>
            </w:r>
          </w:p>
        </w:tc>
        <w:tc>
          <w:tcPr>
            <w:tcW w:w="993" w:type="dxa"/>
            <w:vAlign w:val="center"/>
          </w:tcPr>
          <w:p w14:paraId="1324D689" w14:textId="77777777" w:rsidR="00516A5B" w:rsidRPr="008B609D" w:rsidRDefault="00516A5B" w:rsidP="00B25E14">
            <w:pPr>
              <w:rPr>
                <w:rFonts w:ascii="Arial" w:hAnsi="Arial" w:cs="Arial"/>
                <w:color w:val="EE0000"/>
                <w:sz w:val="18"/>
                <w:szCs w:val="18"/>
              </w:rPr>
            </w:pPr>
          </w:p>
        </w:tc>
        <w:tc>
          <w:tcPr>
            <w:tcW w:w="992" w:type="dxa"/>
            <w:vAlign w:val="center"/>
          </w:tcPr>
          <w:p w14:paraId="07470F94" w14:textId="77777777" w:rsidR="00516A5B" w:rsidRPr="008B609D" w:rsidRDefault="00516A5B" w:rsidP="00B25E14">
            <w:pPr>
              <w:rPr>
                <w:rFonts w:ascii="Arial" w:hAnsi="Arial" w:cs="Arial"/>
                <w:color w:val="EE0000"/>
                <w:sz w:val="18"/>
                <w:szCs w:val="18"/>
              </w:rPr>
            </w:pPr>
          </w:p>
        </w:tc>
      </w:tr>
      <w:tr w:rsidR="00516A5B" w:rsidRPr="00A56DF5" w14:paraId="05E07994" w14:textId="77777777" w:rsidTr="00674DB8">
        <w:tc>
          <w:tcPr>
            <w:tcW w:w="709" w:type="dxa"/>
            <w:vAlign w:val="center"/>
          </w:tcPr>
          <w:p w14:paraId="018A05C3"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270BAE42" w14:textId="77777777" w:rsidR="00516A5B" w:rsidRPr="00350168" w:rsidRDefault="00516A5B" w:rsidP="00B25E14">
            <w:pPr>
              <w:jc w:val="both"/>
              <w:rPr>
                <w:rFonts w:ascii="Arial" w:hAnsi="Arial" w:cs="Arial"/>
                <w:sz w:val="18"/>
                <w:szCs w:val="18"/>
              </w:rPr>
            </w:pPr>
            <w:r w:rsidRPr="00350168">
              <w:rPr>
                <w:rFonts w:ascii="Arial" w:hAnsi="Arial" w:cs="Arial"/>
                <w:sz w:val="18"/>
                <w:szCs w:val="18"/>
              </w:rPr>
              <w:t>Debe tener 19 pulgadas de ancho para ser instalados en gabinetes; debe acomodar 24 puertos y/o 48 puertos en 1UR en alta densidad.</w:t>
            </w:r>
          </w:p>
        </w:tc>
        <w:tc>
          <w:tcPr>
            <w:tcW w:w="993" w:type="dxa"/>
            <w:vAlign w:val="center"/>
          </w:tcPr>
          <w:p w14:paraId="0628D819" w14:textId="77777777" w:rsidR="00516A5B" w:rsidRPr="008B609D" w:rsidRDefault="00516A5B" w:rsidP="00B25E14">
            <w:pPr>
              <w:rPr>
                <w:rFonts w:ascii="Arial" w:hAnsi="Arial" w:cs="Arial"/>
                <w:color w:val="EE0000"/>
                <w:sz w:val="18"/>
                <w:szCs w:val="18"/>
              </w:rPr>
            </w:pPr>
          </w:p>
        </w:tc>
        <w:tc>
          <w:tcPr>
            <w:tcW w:w="992" w:type="dxa"/>
            <w:vAlign w:val="center"/>
          </w:tcPr>
          <w:p w14:paraId="67F6E5F3" w14:textId="77777777" w:rsidR="00516A5B" w:rsidRPr="008B609D" w:rsidRDefault="00516A5B" w:rsidP="00B25E14">
            <w:pPr>
              <w:rPr>
                <w:rFonts w:ascii="Arial" w:hAnsi="Arial" w:cs="Arial"/>
                <w:color w:val="EE0000"/>
                <w:sz w:val="18"/>
                <w:szCs w:val="18"/>
              </w:rPr>
            </w:pPr>
          </w:p>
        </w:tc>
      </w:tr>
      <w:tr w:rsidR="00516A5B" w:rsidRPr="00A56DF5" w14:paraId="33A36279" w14:textId="77777777" w:rsidTr="00674DB8">
        <w:tc>
          <w:tcPr>
            <w:tcW w:w="709" w:type="dxa"/>
            <w:vAlign w:val="center"/>
          </w:tcPr>
          <w:p w14:paraId="0FA4D9EB"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4248B3DC" w14:textId="77777777" w:rsidR="00516A5B" w:rsidRPr="00350168" w:rsidRDefault="00516A5B" w:rsidP="00B25E14">
            <w:pPr>
              <w:jc w:val="both"/>
              <w:rPr>
                <w:rFonts w:ascii="Arial" w:hAnsi="Arial" w:cs="Arial"/>
                <w:sz w:val="18"/>
                <w:szCs w:val="18"/>
              </w:rPr>
            </w:pPr>
            <w:r w:rsidRPr="00350168">
              <w:rPr>
                <w:rFonts w:ascii="Arial" w:hAnsi="Arial" w:cs="Arial"/>
                <w:sz w:val="18"/>
                <w:szCs w:val="18"/>
              </w:rPr>
              <w:t xml:space="preserve">Los </w:t>
            </w:r>
            <w:proofErr w:type="spellStart"/>
            <w:r w:rsidRPr="00350168">
              <w:rPr>
                <w:rFonts w:ascii="Arial" w:hAnsi="Arial" w:cs="Arial"/>
                <w:sz w:val="18"/>
                <w:szCs w:val="18"/>
              </w:rPr>
              <w:t>Patch</w:t>
            </w:r>
            <w:proofErr w:type="spellEnd"/>
            <w:r w:rsidRPr="00350168">
              <w:rPr>
                <w:rFonts w:ascii="Arial" w:hAnsi="Arial" w:cs="Arial"/>
                <w:sz w:val="18"/>
                <w:szCs w:val="18"/>
              </w:rPr>
              <w:t xml:space="preserve"> Panel serán certificados por UL </w:t>
            </w:r>
            <w:proofErr w:type="spellStart"/>
            <w:r w:rsidRPr="00350168">
              <w:rPr>
                <w:rFonts w:ascii="Arial" w:hAnsi="Arial" w:cs="Arial"/>
                <w:sz w:val="18"/>
                <w:szCs w:val="18"/>
              </w:rPr>
              <w:t>Listed</w:t>
            </w:r>
            <w:proofErr w:type="spellEnd"/>
            <w:r w:rsidRPr="00350168">
              <w:rPr>
                <w:rFonts w:ascii="Arial" w:hAnsi="Arial" w:cs="Arial"/>
                <w:sz w:val="18"/>
                <w:szCs w:val="18"/>
              </w:rPr>
              <w:t xml:space="preserve"> y/o CSA registrado, para garantizar que los elementos ofrecidos han sido avalados por estos laboratorios. </w:t>
            </w:r>
          </w:p>
        </w:tc>
        <w:tc>
          <w:tcPr>
            <w:tcW w:w="993" w:type="dxa"/>
            <w:vAlign w:val="center"/>
          </w:tcPr>
          <w:p w14:paraId="7A28CE31" w14:textId="77777777" w:rsidR="00516A5B" w:rsidRPr="008B609D" w:rsidRDefault="00516A5B" w:rsidP="00B25E14">
            <w:pPr>
              <w:rPr>
                <w:rFonts w:ascii="Arial" w:hAnsi="Arial" w:cs="Arial"/>
                <w:color w:val="EE0000"/>
                <w:sz w:val="18"/>
                <w:szCs w:val="18"/>
              </w:rPr>
            </w:pPr>
          </w:p>
        </w:tc>
        <w:tc>
          <w:tcPr>
            <w:tcW w:w="992" w:type="dxa"/>
            <w:vAlign w:val="center"/>
          </w:tcPr>
          <w:p w14:paraId="0A7B34C0" w14:textId="77777777" w:rsidR="00516A5B" w:rsidRPr="008B609D" w:rsidRDefault="00516A5B" w:rsidP="00B25E14">
            <w:pPr>
              <w:rPr>
                <w:rFonts w:ascii="Arial" w:hAnsi="Arial" w:cs="Arial"/>
                <w:color w:val="EE0000"/>
                <w:sz w:val="18"/>
                <w:szCs w:val="18"/>
              </w:rPr>
            </w:pPr>
          </w:p>
        </w:tc>
      </w:tr>
      <w:tr w:rsidR="00516A5B" w:rsidRPr="00A56DF5" w14:paraId="0772273B" w14:textId="77777777" w:rsidTr="00674DB8">
        <w:tc>
          <w:tcPr>
            <w:tcW w:w="709" w:type="dxa"/>
            <w:vAlign w:val="center"/>
          </w:tcPr>
          <w:p w14:paraId="1E0582B1"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547385C2" w14:textId="77777777" w:rsidR="00516A5B" w:rsidRPr="00350168" w:rsidRDefault="00516A5B" w:rsidP="00B25E14">
            <w:pPr>
              <w:jc w:val="both"/>
              <w:rPr>
                <w:rFonts w:ascii="Arial" w:hAnsi="Arial" w:cs="Arial"/>
                <w:sz w:val="18"/>
                <w:szCs w:val="18"/>
              </w:rPr>
            </w:pPr>
            <w:r w:rsidRPr="00350168">
              <w:rPr>
                <w:rFonts w:ascii="Arial" w:hAnsi="Arial" w:cs="Arial"/>
                <w:sz w:val="18"/>
                <w:szCs w:val="18"/>
              </w:rPr>
              <w:t xml:space="preserve">Los </w:t>
            </w:r>
            <w:proofErr w:type="spellStart"/>
            <w:r w:rsidRPr="00350168">
              <w:rPr>
                <w:rFonts w:ascii="Arial" w:hAnsi="Arial" w:cs="Arial"/>
                <w:sz w:val="18"/>
                <w:szCs w:val="18"/>
              </w:rPr>
              <w:t>Patch</w:t>
            </w:r>
            <w:proofErr w:type="spellEnd"/>
            <w:r w:rsidRPr="00350168">
              <w:rPr>
                <w:rFonts w:ascii="Arial" w:hAnsi="Arial" w:cs="Arial"/>
                <w:sz w:val="18"/>
                <w:szCs w:val="18"/>
              </w:rPr>
              <w:t xml:space="preserve"> Panel tendrán en su parte posterior acomodadores de cables y liberadores de tensión.</w:t>
            </w:r>
          </w:p>
        </w:tc>
        <w:tc>
          <w:tcPr>
            <w:tcW w:w="993" w:type="dxa"/>
            <w:vAlign w:val="center"/>
          </w:tcPr>
          <w:p w14:paraId="6EDF4BED" w14:textId="77777777" w:rsidR="00516A5B" w:rsidRPr="008B609D" w:rsidRDefault="00516A5B" w:rsidP="00B25E14">
            <w:pPr>
              <w:rPr>
                <w:rFonts w:ascii="Arial" w:hAnsi="Arial" w:cs="Arial"/>
                <w:color w:val="EE0000"/>
                <w:sz w:val="18"/>
                <w:szCs w:val="18"/>
              </w:rPr>
            </w:pPr>
          </w:p>
        </w:tc>
        <w:tc>
          <w:tcPr>
            <w:tcW w:w="992" w:type="dxa"/>
            <w:vAlign w:val="center"/>
          </w:tcPr>
          <w:p w14:paraId="0770A4E2" w14:textId="77777777" w:rsidR="00516A5B" w:rsidRPr="008B609D" w:rsidRDefault="00516A5B" w:rsidP="00B25E14">
            <w:pPr>
              <w:rPr>
                <w:rFonts w:ascii="Arial" w:hAnsi="Arial" w:cs="Arial"/>
                <w:color w:val="EE0000"/>
                <w:sz w:val="18"/>
                <w:szCs w:val="18"/>
              </w:rPr>
            </w:pPr>
          </w:p>
        </w:tc>
      </w:tr>
      <w:tr w:rsidR="00516A5B" w:rsidRPr="00A56DF5" w14:paraId="6D032EF6" w14:textId="77777777" w:rsidTr="00674DB8">
        <w:tc>
          <w:tcPr>
            <w:tcW w:w="709" w:type="dxa"/>
            <w:vAlign w:val="center"/>
          </w:tcPr>
          <w:p w14:paraId="4157AD98"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5BAB6BAC" w14:textId="77777777" w:rsidR="00516A5B" w:rsidRPr="00350168" w:rsidRDefault="00516A5B" w:rsidP="00B25E14">
            <w:pPr>
              <w:jc w:val="both"/>
              <w:rPr>
                <w:rFonts w:ascii="Arial" w:hAnsi="Arial" w:cs="Arial"/>
                <w:sz w:val="18"/>
                <w:szCs w:val="18"/>
              </w:rPr>
            </w:pPr>
            <w:r w:rsidRPr="00350168">
              <w:rPr>
                <w:rFonts w:ascii="Arial" w:hAnsi="Arial" w:cs="Arial"/>
                <w:sz w:val="18"/>
                <w:szCs w:val="18"/>
              </w:rPr>
              <w:t>Los elementos estarán identificados individualmente con el correspondiente logo de la prueba de laboratorio (UL y/o CSA), de forma permanente con el logo correspondiente, respectivo marcado directamente en el elemento, no se acepta la marcación en el empaque.</w:t>
            </w:r>
          </w:p>
        </w:tc>
        <w:tc>
          <w:tcPr>
            <w:tcW w:w="993" w:type="dxa"/>
            <w:vAlign w:val="center"/>
          </w:tcPr>
          <w:p w14:paraId="5A4E7BF3" w14:textId="77777777" w:rsidR="00516A5B" w:rsidRPr="008B609D" w:rsidRDefault="00516A5B" w:rsidP="00B25E14">
            <w:pPr>
              <w:rPr>
                <w:rFonts w:ascii="Arial" w:hAnsi="Arial" w:cs="Arial"/>
                <w:color w:val="EE0000"/>
                <w:sz w:val="18"/>
                <w:szCs w:val="18"/>
              </w:rPr>
            </w:pPr>
          </w:p>
        </w:tc>
        <w:tc>
          <w:tcPr>
            <w:tcW w:w="992" w:type="dxa"/>
            <w:vAlign w:val="center"/>
          </w:tcPr>
          <w:p w14:paraId="0FF60AA6" w14:textId="77777777" w:rsidR="00516A5B" w:rsidRPr="008B609D" w:rsidRDefault="00516A5B" w:rsidP="00B25E14">
            <w:pPr>
              <w:rPr>
                <w:rFonts w:ascii="Arial" w:hAnsi="Arial" w:cs="Arial"/>
                <w:color w:val="EE0000"/>
                <w:sz w:val="18"/>
                <w:szCs w:val="18"/>
              </w:rPr>
            </w:pPr>
          </w:p>
        </w:tc>
      </w:tr>
      <w:tr w:rsidR="00516A5B" w:rsidRPr="00A56DF5" w14:paraId="41B626E1" w14:textId="77777777" w:rsidTr="00674DB8">
        <w:tc>
          <w:tcPr>
            <w:tcW w:w="709" w:type="dxa"/>
            <w:vAlign w:val="center"/>
          </w:tcPr>
          <w:p w14:paraId="2E2D7719"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213ECAEF" w14:textId="77777777" w:rsidR="00516A5B" w:rsidRPr="00350168" w:rsidRDefault="00516A5B" w:rsidP="00B25E14">
            <w:pPr>
              <w:jc w:val="both"/>
              <w:rPr>
                <w:rFonts w:ascii="Arial" w:hAnsi="Arial" w:cs="Arial"/>
                <w:sz w:val="18"/>
                <w:szCs w:val="18"/>
              </w:rPr>
            </w:pPr>
            <w:r w:rsidRPr="00350168">
              <w:rPr>
                <w:rFonts w:ascii="Arial" w:hAnsi="Arial" w:cs="Arial"/>
                <w:sz w:val="18"/>
                <w:szCs w:val="18"/>
              </w:rPr>
              <w:t xml:space="preserve">Contará con elemento y/o sistema que asegure la correcta puesta a tierra de cada uno de los </w:t>
            </w:r>
            <w:proofErr w:type="spellStart"/>
            <w:r w:rsidRPr="00350168">
              <w:rPr>
                <w:rFonts w:ascii="Arial" w:hAnsi="Arial" w:cs="Arial"/>
                <w:sz w:val="18"/>
                <w:szCs w:val="18"/>
              </w:rPr>
              <w:t>Jacks</w:t>
            </w:r>
            <w:proofErr w:type="spellEnd"/>
            <w:r w:rsidRPr="00350168">
              <w:rPr>
                <w:rFonts w:ascii="Arial" w:hAnsi="Arial" w:cs="Arial"/>
                <w:sz w:val="18"/>
                <w:szCs w:val="18"/>
              </w:rPr>
              <w:t xml:space="preserve"> a conectar con TGB del rack a instalar.</w:t>
            </w:r>
          </w:p>
        </w:tc>
        <w:tc>
          <w:tcPr>
            <w:tcW w:w="993" w:type="dxa"/>
            <w:vAlign w:val="center"/>
          </w:tcPr>
          <w:p w14:paraId="00FBE5EE" w14:textId="77777777" w:rsidR="00516A5B" w:rsidRPr="008B609D" w:rsidRDefault="00516A5B" w:rsidP="00B25E14">
            <w:pPr>
              <w:rPr>
                <w:rFonts w:ascii="Arial" w:hAnsi="Arial" w:cs="Arial"/>
                <w:color w:val="EE0000"/>
                <w:sz w:val="18"/>
                <w:szCs w:val="18"/>
              </w:rPr>
            </w:pPr>
          </w:p>
        </w:tc>
        <w:tc>
          <w:tcPr>
            <w:tcW w:w="992" w:type="dxa"/>
            <w:vAlign w:val="center"/>
          </w:tcPr>
          <w:p w14:paraId="5AB08A4A" w14:textId="77777777" w:rsidR="00516A5B" w:rsidRPr="008B609D" w:rsidRDefault="00516A5B" w:rsidP="00B25E14">
            <w:pPr>
              <w:rPr>
                <w:rFonts w:ascii="Arial" w:hAnsi="Arial" w:cs="Arial"/>
                <w:color w:val="EE0000"/>
                <w:sz w:val="18"/>
                <w:szCs w:val="18"/>
              </w:rPr>
            </w:pPr>
          </w:p>
        </w:tc>
      </w:tr>
      <w:tr w:rsidR="00516A5B" w:rsidRPr="00A56DF5" w14:paraId="24FE2B91" w14:textId="77777777" w:rsidTr="00674DB8">
        <w:tc>
          <w:tcPr>
            <w:tcW w:w="709" w:type="dxa"/>
            <w:vAlign w:val="center"/>
          </w:tcPr>
          <w:p w14:paraId="03FE5D8F"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5057E5EE" w14:textId="77777777" w:rsidR="00516A5B" w:rsidRPr="00350168" w:rsidRDefault="00516A5B" w:rsidP="00B25E14">
            <w:pPr>
              <w:jc w:val="both"/>
              <w:rPr>
                <w:rFonts w:ascii="Arial" w:hAnsi="Arial" w:cs="Arial"/>
                <w:sz w:val="18"/>
                <w:szCs w:val="18"/>
              </w:rPr>
            </w:pPr>
            <w:r w:rsidRPr="00350168">
              <w:rPr>
                <w:rFonts w:ascii="Arial" w:hAnsi="Arial" w:cs="Arial"/>
                <w:sz w:val="18"/>
                <w:szCs w:val="18"/>
              </w:rPr>
              <w:t xml:space="preserve">No se admitirán </w:t>
            </w:r>
            <w:proofErr w:type="spellStart"/>
            <w:r w:rsidRPr="00350168">
              <w:rPr>
                <w:rFonts w:ascii="Arial" w:hAnsi="Arial" w:cs="Arial"/>
                <w:sz w:val="18"/>
                <w:szCs w:val="18"/>
              </w:rPr>
              <w:t>Patch</w:t>
            </w:r>
            <w:proofErr w:type="spellEnd"/>
            <w:r w:rsidRPr="00350168">
              <w:rPr>
                <w:rFonts w:ascii="Arial" w:hAnsi="Arial" w:cs="Arial"/>
                <w:sz w:val="18"/>
                <w:szCs w:val="18"/>
              </w:rPr>
              <w:t xml:space="preserve"> </w:t>
            </w:r>
            <w:proofErr w:type="spellStart"/>
            <w:r w:rsidRPr="00350168">
              <w:rPr>
                <w:rFonts w:ascii="Arial" w:hAnsi="Arial" w:cs="Arial"/>
                <w:sz w:val="18"/>
                <w:szCs w:val="18"/>
              </w:rPr>
              <w:t>Panels</w:t>
            </w:r>
            <w:proofErr w:type="spellEnd"/>
            <w:r w:rsidRPr="00350168">
              <w:rPr>
                <w:rFonts w:ascii="Arial" w:hAnsi="Arial" w:cs="Arial"/>
                <w:sz w:val="18"/>
                <w:szCs w:val="18"/>
              </w:rPr>
              <w:t xml:space="preserve"> de categoría 6A, que usen herramientas de ponchado mediante impacto en la solución de cableado.</w:t>
            </w:r>
          </w:p>
        </w:tc>
        <w:tc>
          <w:tcPr>
            <w:tcW w:w="993" w:type="dxa"/>
            <w:vAlign w:val="center"/>
          </w:tcPr>
          <w:p w14:paraId="571CB107" w14:textId="77777777" w:rsidR="00516A5B" w:rsidRPr="008B609D" w:rsidRDefault="00516A5B" w:rsidP="00B25E14">
            <w:pPr>
              <w:rPr>
                <w:rFonts w:ascii="Arial" w:hAnsi="Arial" w:cs="Arial"/>
                <w:color w:val="EE0000"/>
                <w:sz w:val="18"/>
                <w:szCs w:val="18"/>
              </w:rPr>
            </w:pPr>
          </w:p>
        </w:tc>
        <w:tc>
          <w:tcPr>
            <w:tcW w:w="992" w:type="dxa"/>
            <w:vAlign w:val="center"/>
          </w:tcPr>
          <w:p w14:paraId="02C04405" w14:textId="77777777" w:rsidR="00516A5B" w:rsidRPr="008B609D" w:rsidRDefault="00516A5B" w:rsidP="00B25E14">
            <w:pPr>
              <w:rPr>
                <w:rFonts w:ascii="Arial" w:hAnsi="Arial" w:cs="Arial"/>
                <w:color w:val="EE0000"/>
                <w:sz w:val="18"/>
                <w:szCs w:val="18"/>
              </w:rPr>
            </w:pPr>
          </w:p>
        </w:tc>
      </w:tr>
      <w:tr w:rsidR="00516A5B" w:rsidRPr="00A56DF5" w14:paraId="14C47D5C" w14:textId="77777777" w:rsidTr="00674DB8">
        <w:tc>
          <w:tcPr>
            <w:tcW w:w="709" w:type="dxa"/>
            <w:vAlign w:val="center"/>
          </w:tcPr>
          <w:p w14:paraId="45DA128C"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5A067088" w14:textId="77777777" w:rsidR="00516A5B" w:rsidRPr="00350168" w:rsidRDefault="00516A5B" w:rsidP="00B25E14">
            <w:pPr>
              <w:jc w:val="both"/>
              <w:rPr>
                <w:rFonts w:ascii="Arial" w:hAnsi="Arial" w:cs="Arial"/>
                <w:color w:val="000000" w:themeColor="text1"/>
                <w:sz w:val="18"/>
                <w:szCs w:val="18"/>
              </w:rPr>
            </w:pPr>
            <w:r w:rsidRPr="00350168">
              <w:rPr>
                <w:rFonts w:ascii="Arial" w:hAnsi="Arial" w:cs="Arial"/>
                <w:color w:val="000000" w:themeColor="text1"/>
                <w:sz w:val="18"/>
                <w:szCs w:val="18"/>
              </w:rPr>
              <w:t xml:space="preserve">Los </w:t>
            </w:r>
            <w:proofErr w:type="spellStart"/>
            <w:r w:rsidRPr="00350168">
              <w:rPr>
                <w:rFonts w:ascii="Arial" w:hAnsi="Arial" w:cs="Arial"/>
                <w:color w:val="000000" w:themeColor="text1"/>
                <w:sz w:val="18"/>
                <w:szCs w:val="18"/>
              </w:rPr>
              <w:t>patch</w:t>
            </w:r>
            <w:proofErr w:type="spellEnd"/>
            <w:r w:rsidRPr="00350168">
              <w:rPr>
                <w:rFonts w:ascii="Arial" w:hAnsi="Arial" w:cs="Arial"/>
                <w:color w:val="000000" w:themeColor="text1"/>
                <w:sz w:val="18"/>
                <w:szCs w:val="18"/>
              </w:rPr>
              <w:t xml:space="preserve"> </w:t>
            </w:r>
            <w:proofErr w:type="spellStart"/>
            <w:r w:rsidRPr="00350168">
              <w:rPr>
                <w:rFonts w:ascii="Arial" w:hAnsi="Arial" w:cs="Arial"/>
                <w:color w:val="000000" w:themeColor="text1"/>
                <w:sz w:val="18"/>
                <w:szCs w:val="18"/>
              </w:rPr>
              <w:t>Panels</w:t>
            </w:r>
            <w:proofErr w:type="spellEnd"/>
            <w:r w:rsidRPr="00350168">
              <w:rPr>
                <w:rFonts w:ascii="Arial" w:hAnsi="Arial" w:cs="Arial"/>
                <w:color w:val="000000" w:themeColor="text1"/>
                <w:sz w:val="18"/>
                <w:szCs w:val="18"/>
              </w:rPr>
              <w:t xml:space="preserve"> incluirán sus correspondientes accesorios como rótulos de identificación, tornillos, elementos de fijación de los cables en la parte trasera.</w:t>
            </w:r>
          </w:p>
        </w:tc>
        <w:tc>
          <w:tcPr>
            <w:tcW w:w="993" w:type="dxa"/>
            <w:vAlign w:val="center"/>
          </w:tcPr>
          <w:p w14:paraId="4417EBEB" w14:textId="77777777" w:rsidR="00516A5B" w:rsidRPr="008B609D" w:rsidRDefault="00516A5B" w:rsidP="00B25E14">
            <w:pPr>
              <w:rPr>
                <w:rFonts w:ascii="Arial" w:hAnsi="Arial" w:cs="Arial"/>
                <w:color w:val="EE0000"/>
                <w:sz w:val="18"/>
                <w:szCs w:val="18"/>
              </w:rPr>
            </w:pPr>
          </w:p>
        </w:tc>
        <w:tc>
          <w:tcPr>
            <w:tcW w:w="992" w:type="dxa"/>
            <w:vAlign w:val="center"/>
          </w:tcPr>
          <w:p w14:paraId="64C28065" w14:textId="77777777" w:rsidR="00516A5B" w:rsidRPr="008B609D" w:rsidRDefault="00516A5B" w:rsidP="00B25E14">
            <w:pPr>
              <w:rPr>
                <w:rFonts w:ascii="Arial" w:hAnsi="Arial" w:cs="Arial"/>
                <w:color w:val="EE0000"/>
                <w:sz w:val="18"/>
                <w:szCs w:val="18"/>
              </w:rPr>
            </w:pPr>
          </w:p>
        </w:tc>
      </w:tr>
      <w:tr w:rsidR="00516A5B" w:rsidRPr="00A56DF5" w14:paraId="2B8C15E3" w14:textId="77777777" w:rsidTr="00674DB8">
        <w:tc>
          <w:tcPr>
            <w:tcW w:w="709" w:type="dxa"/>
            <w:vAlign w:val="center"/>
          </w:tcPr>
          <w:p w14:paraId="5109DDA8"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tcPr>
          <w:p w14:paraId="02894875" w14:textId="77777777" w:rsidR="00516A5B" w:rsidRPr="00350168" w:rsidRDefault="00516A5B" w:rsidP="00B25E14">
            <w:pPr>
              <w:jc w:val="both"/>
              <w:rPr>
                <w:rFonts w:ascii="Arial" w:hAnsi="Arial" w:cs="Arial"/>
                <w:color w:val="000000" w:themeColor="text1"/>
                <w:sz w:val="18"/>
                <w:szCs w:val="18"/>
              </w:rPr>
            </w:pPr>
            <w:r w:rsidRPr="00350168">
              <w:rPr>
                <w:rFonts w:ascii="Arial" w:hAnsi="Arial" w:cs="Arial"/>
                <w:color w:val="000000" w:themeColor="text1"/>
                <w:sz w:val="18"/>
                <w:szCs w:val="18"/>
                <w:lang w:val="es-ES_tradnl"/>
              </w:rPr>
              <w:t xml:space="preserve">Los </w:t>
            </w:r>
            <w:proofErr w:type="spellStart"/>
            <w:r w:rsidRPr="00350168">
              <w:rPr>
                <w:rFonts w:ascii="Arial" w:hAnsi="Arial" w:cs="Arial"/>
                <w:color w:val="000000" w:themeColor="text1"/>
                <w:sz w:val="18"/>
                <w:szCs w:val="18"/>
                <w:lang w:val="es-ES_tradnl"/>
              </w:rPr>
              <w:t>patch</w:t>
            </w:r>
            <w:proofErr w:type="spellEnd"/>
            <w:r w:rsidRPr="00350168">
              <w:rPr>
                <w:rFonts w:ascii="Arial" w:hAnsi="Arial" w:cs="Arial"/>
                <w:color w:val="000000" w:themeColor="text1"/>
                <w:sz w:val="18"/>
                <w:szCs w:val="18"/>
                <w:lang w:val="es-ES_tradnl"/>
              </w:rPr>
              <w:t xml:space="preserve"> </w:t>
            </w:r>
            <w:proofErr w:type="spellStart"/>
            <w:r w:rsidRPr="00350168">
              <w:rPr>
                <w:rFonts w:ascii="Arial" w:hAnsi="Arial" w:cs="Arial"/>
                <w:color w:val="000000" w:themeColor="text1"/>
                <w:sz w:val="18"/>
                <w:szCs w:val="18"/>
                <w:lang w:val="es-ES_tradnl"/>
              </w:rPr>
              <w:t>Panels</w:t>
            </w:r>
            <w:proofErr w:type="spellEnd"/>
            <w:r w:rsidRPr="00350168">
              <w:rPr>
                <w:rFonts w:ascii="Arial" w:hAnsi="Arial" w:cs="Arial"/>
                <w:color w:val="000000" w:themeColor="text1"/>
                <w:sz w:val="18"/>
                <w:szCs w:val="18"/>
                <w:lang w:val="es-ES_tradnl"/>
              </w:rPr>
              <w:t xml:space="preserve"> deben ser elaborados por el mismo fabricante del cableado.</w:t>
            </w:r>
          </w:p>
        </w:tc>
        <w:tc>
          <w:tcPr>
            <w:tcW w:w="993" w:type="dxa"/>
            <w:vAlign w:val="center"/>
          </w:tcPr>
          <w:p w14:paraId="67AD5C7C" w14:textId="77777777" w:rsidR="00516A5B" w:rsidRPr="008B609D" w:rsidRDefault="00516A5B" w:rsidP="00B25E14">
            <w:pPr>
              <w:rPr>
                <w:rFonts w:ascii="Arial" w:hAnsi="Arial" w:cs="Arial"/>
                <w:color w:val="EE0000"/>
                <w:sz w:val="18"/>
                <w:szCs w:val="18"/>
              </w:rPr>
            </w:pPr>
          </w:p>
        </w:tc>
        <w:tc>
          <w:tcPr>
            <w:tcW w:w="992" w:type="dxa"/>
            <w:vAlign w:val="center"/>
          </w:tcPr>
          <w:p w14:paraId="00C1F2CB" w14:textId="77777777" w:rsidR="00516A5B" w:rsidRPr="008B609D" w:rsidRDefault="00516A5B" w:rsidP="00B25E14">
            <w:pPr>
              <w:rPr>
                <w:rFonts w:ascii="Arial" w:hAnsi="Arial" w:cs="Arial"/>
                <w:color w:val="EE0000"/>
                <w:sz w:val="18"/>
                <w:szCs w:val="18"/>
              </w:rPr>
            </w:pPr>
          </w:p>
        </w:tc>
      </w:tr>
      <w:tr w:rsidR="00516A5B" w:rsidRPr="00A56DF5" w14:paraId="631913F4" w14:textId="77777777" w:rsidTr="00674DB8">
        <w:tc>
          <w:tcPr>
            <w:tcW w:w="709" w:type="dxa"/>
            <w:vAlign w:val="center"/>
          </w:tcPr>
          <w:p w14:paraId="38306B86" w14:textId="77777777" w:rsidR="00516A5B" w:rsidRPr="008B609D" w:rsidRDefault="00516A5B">
            <w:pPr>
              <w:pStyle w:val="Prrafodelista"/>
              <w:numPr>
                <w:ilvl w:val="0"/>
                <w:numId w:val="26"/>
              </w:numPr>
              <w:ind w:left="473"/>
              <w:jc w:val="center"/>
              <w:rPr>
                <w:rFonts w:ascii="Arial" w:hAnsi="Arial" w:cs="Arial"/>
                <w:sz w:val="18"/>
                <w:szCs w:val="18"/>
              </w:rPr>
            </w:pPr>
          </w:p>
        </w:tc>
        <w:tc>
          <w:tcPr>
            <w:tcW w:w="7796" w:type="dxa"/>
            <w:gridSpan w:val="2"/>
            <w:vAlign w:val="center"/>
          </w:tcPr>
          <w:p w14:paraId="3499D2A7" w14:textId="77777777" w:rsidR="00516A5B" w:rsidRPr="00350168" w:rsidRDefault="00516A5B" w:rsidP="00B25E14">
            <w:pPr>
              <w:jc w:val="both"/>
              <w:rPr>
                <w:rFonts w:ascii="Arial" w:hAnsi="Arial" w:cs="Arial"/>
                <w:sz w:val="18"/>
                <w:szCs w:val="18"/>
              </w:rPr>
            </w:pPr>
            <w:r w:rsidRPr="00350168">
              <w:rPr>
                <w:rFonts w:ascii="Arial" w:hAnsi="Arial" w:cs="Arial"/>
                <w:sz w:val="18"/>
                <w:szCs w:val="18"/>
              </w:rPr>
              <w:t>Deberá relacionar URL o enlace web del fabricante del producto con dominio .</w:t>
            </w:r>
            <w:proofErr w:type="spellStart"/>
            <w:r w:rsidRPr="00350168">
              <w:rPr>
                <w:rFonts w:ascii="Arial" w:hAnsi="Arial" w:cs="Arial"/>
                <w:sz w:val="18"/>
                <w:szCs w:val="18"/>
              </w:rPr>
              <w:t>com</w:t>
            </w:r>
            <w:proofErr w:type="spellEnd"/>
            <w:r w:rsidRPr="00350168">
              <w:rPr>
                <w:rFonts w:ascii="Arial" w:hAnsi="Arial" w:cs="Arial"/>
                <w:sz w:val="18"/>
                <w:szCs w:val="18"/>
              </w:rPr>
              <w:t xml:space="preserve">, donde se posible la verificación de la ficha técnica aportada en cada uno de sus </w:t>
            </w:r>
            <w:proofErr w:type="gramStart"/>
            <w:r w:rsidRPr="00350168">
              <w:rPr>
                <w:rFonts w:ascii="Arial" w:hAnsi="Arial" w:cs="Arial"/>
                <w:sz w:val="18"/>
                <w:szCs w:val="18"/>
              </w:rPr>
              <w:t>item:_</w:t>
            </w:r>
            <w:proofErr w:type="gramEnd"/>
            <w:r w:rsidRPr="00350168">
              <w:rPr>
                <w:rFonts w:ascii="Arial" w:hAnsi="Arial" w:cs="Arial"/>
                <w:sz w:val="18"/>
                <w:szCs w:val="18"/>
              </w:rPr>
              <w:t>______________________________________________________________</w:t>
            </w:r>
          </w:p>
          <w:p w14:paraId="0C332018" w14:textId="77777777" w:rsidR="00516A5B" w:rsidRPr="008B609D" w:rsidRDefault="00516A5B" w:rsidP="00B25E14">
            <w:pPr>
              <w:jc w:val="both"/>
              <w:rPr>
                <w:rFonts w:ascii="Arial" w:hAnsi="Arial" w:cs="Arial"/>
                <w:sz w:val="18"/>
                <w:szCs w:val="18"/>
              </w:rPr>
            </w:pPr>
          </w:p>
        </w:tc>
        <w:tc>
          <w:tcPr>
            <w:tcW w:w="993" w:type="dxa"/>
            <w:vAlign w:val="center"/>
          </w:tcPr>
          <w:p w14:paraId="206300E0" w14:textId="77777777" w:rsidR="00516A5B" w:rsidRPr="008B609D" w:rsidRDefault="00516A5B" w:rsidP="00B25E14">
            <w:pPr>
              <w:rPr>
                <w:rFonts w:ascii="Arial" w:hAnsi="Arial" w:cs="Arial"/>
                <w:color w:val="EE0000"/>
                <w:sz w:val="18"/>
                <w:szCs w:val="18"/>
              </w:rPr>
            </w:pPr>
          </w:p>
        </w:tc>
        <w:tc>
          <w:tcPr>
            <w:tcW w:w="992" w:type="dxa"/>
            <w:vAlign w:val="center"/>
          </w:tcPr>
          <w:p w14:paraId="11256825" w14:textId="77777777" w:rsidR="00516A5B" w:rsidRPr="008B609D" w:rsidRDefault="00516A5B" w:rsidP="00B25E14">
            <w:pPr>
              <w:rPr>
                <w:rFonts w:ascii="Arial" w:hAnsi="Arial" w:cs="Arial"/>
                <w:color w:val="EE0000"/>
                <w:sz w:val="18"/>
                <w:szCs w:val="18"/>
              </w:rPr>
            </w:pPr>
          </w:p>
        </w:tc>
      </w:tr>
      <w:tr w:rsidR="00516A5B" w:rsidRPr="00A56DF5" w14:paraId="10D76A4A" w14:textId="77777777" w:rsidTr="00674DB8">
        <w:tc>
          <w:tcPr>
            <w:tcW w:w="709" w:type="dxa"/>
            <w:vAlign w:val="center"/>
          </w:tcPr>
          <w:p w14:paraId="541F608A" w14:textId="77777777" w:rsidR="00516A5B" w:rsidRPr="008C4D7F" w:rsidRDefault="00516A5B" w:rsidP="00B25E14">
            <w:pPr>
              <w:jc w:val="center"/>
              <w:rPr>
                <w:rFonts w:ascii="Arial" w:hAnsi="Arial" w:cs="Arial"/>
                <w:b/>
                <w:bCs/>
                <w:sz w:val="18"/>
                <w:szCs w:val="18"/>
              </w:rPr>
            </w:pPr>
            <w:r w:rsidRPr="008C4D7F">
              <w:rPr>
                <w:rFonts w:ascii="Arial" w:hAnsi="Arial" w:cs="Arial"/>
                <w:b/>
                <w:bCs/>
                <w:sz w:val="18"/>
                <w:szCs w:val="18"/>
              </w:rPr>
              <w:t>7</w:t>
            </w:r>
          </w:p>
        </w:tc>
        <w:tc>
          <w:tcPr>
            <w:tcW w:w="7796" w:type="dxa"/>
            <w:gridSpan w:val="2"/>
            <w:vAlign w:val="center"/>
          </w:tcPr>
          <w:p w14:paraId="52C7735C" w14:textId="77777777" w:rsidR="00516A5B" w:rsidRPr="00350168" w:rsidRDefault="00516A5B" w:rsidP="00B25E14">
            <w:pPr>
              <w:jc w:val="both"/>
              <w:rPr>
                <w:rFonts w:ascii="Arial" w:hAnsi="Arial" w:cs="Arial"/>
                <w:b/>
                <w:bCs/>
                <w:sz w:val="18"/>
                <w:szCs w:val="18"/>
              </w:rPr>
            </w:pPr>
            <w:r w:rsidRPr="00350168">
              <w:rPr>
                <w:rFonts w:ascii="Arial" w:hAnsi="Arial" w:cs="Arial"/>
                <w:b/>
                <w:bCs/>
                <w:sz w:val="18"/>
                <w:szCs w:val="18"/>
              </w:rPr>
              <w:t>JACK MODULAR CAT 6 A.</w:t>
            </w:r>
          </w:p>
        </w:tc>
        <w:tc>
          <w:tcPr>
            <w:tcW w:w="993" w:type="dxa"/>
            <w:vAlign w:val="center"/>
          </w:tcPr>
          <w:p w14:paraId="48A17979" w14:textId="77777777" w:rsidR="00516A5B" w:rsidRPr="008B609D" w:rsidRDefault="00516A5B" w:rsidP="00B25E14">
            <w:pPr>
              <w:rPr>
                <w:rFonts w:ascii="Arial" w:hAnsi="Arial" w:cs="Arial"/>
                <w:color w:val="EE0000"/>
                <w:sz w:val="18"/>
                <w:szCs w:val="18"/>
              </w:rPr>
            </w:pPr>
          </w:p>
        </w:tc>
        <w:tc>
          <w:tcPr>
            <w:tcW w:w="992" w:type="dxa"/>
            <w:vAlign w:val="center"/>
          </w:tcPr>
          <w:p w14:paraId="75BDE3C1" w14:textId="77777777" w:rsidR="00516A5B" w:rsidRPr="008B609D" w:rsidRDefault="00516A5B" w:rsidP="00B25E14">
            <w:pPr>
              <w:rPr>
                <w:rFonts w:ascii="Arial" w:hAnsi="Arial" w:cs="Arial"/>
                <w:color w:val="EE0000"/>
                <w:sz w:val="18"/>
                <w:szCs w:val="18"/>
              </w:rPr>
            </w:pPr>
          </w:p>
        </w:tc>
      </w:tr>
      <w:tr w:rsidR="00516A5B" w:rsidRPr="00A56DF5" w14:paraId="2D2C5986" w14:textId="77777777" w:rsidTr="00674DB8">
        <w:tc>
          <w:tcPr>
            <w:tcW w:w="709" w:type="dxa"/>
            <w:vAlign w:val="center"/>
          </w:tcPr>
          <w:p w14:paraId="33154012" w14:textId="77777777" w:rsidR="00516A5B" w:rsidRPr="00B64BC5" w:rsidRDefault="00516A5B">
            <w:pPr>
              <w:pStyle w:val="Prrafodelista"/>
              <w:numPr>
                <w:ilvl w:val="0"/>
                <w:numId w:val="27"/>
              </w:numPr>
              <w:ind w:left="473"/>
              <w:jc w:val="center"/>
              <w:rPr>
                <w:rFonts w:ascii="Arial" w:hAnsi="Arial" w:cs="Arial"/>
                <w:sz w:val="18"/>
                <w:szCs w:val="18"/>
              </w:rPr>
            </w:pPr>
          </w:p>
        </w:tc>
        <w:tc>
          <w:tcPr>
            <w:tcW w:w="1696" w:type="dxa"/>
            <w:vAlign w:val="center"/>
          </w:tcPr>
          <w:p w14:paraId="5147CC4D" w14:textId="77777777" w:rsidR="00516A5B" w:rsidRPr="008B609D" w:rsidRDefault="00516A5B" w:rsidP="00B25E14">
            <w:pPr>
              <w:rPr>
                <w:rFonts w:ascii="Arial" w:hAnsi="Arial" w:cs="Arial"/>
                <w:sz w:val="18"/>
                <w:szCs w:val="18"/>
              </w:rPr>
            </w:pPr>
            <w:r>
              <w:rPr>
                <w:rFonts w:ascii="Arial" w:hAnsi="Arial" w:cs="Arial"/>
                <w:sz w:val="18"/>
                <w:szCs w:val="18"/>
              </w:rPr>
              <w:t>Marca:</w:t>
            </w:r>
          </w:p>
        </w:tc>
        <w:tc>
          <w:tcPr>
            <w:tcW w:w="6100" w:type="dxa"/>
          </w:tcPr>
          <w:p w14:paraId="4A75970A" w14:textId="77777777" w:rsidR="00516A5B" w:rsidRPr="008B609D" w:rsidRDefault="00516A5B" w:rsidP="00B25E14">
            <w:pPr>
              <w:jc w:val="both"/>
              <w:rPr>
                <w:rFonts w:ascii="Arial" w:hAnsi="Arial" w:cs="Arial"/>
                <w:sz w:val="18"/>
                <w:szCs w:val="18"/>
              </w:rPr>
            </w:pPr>
          </w:p>
        </w:tc>
        <w:tc>
          <w:tcPr>
            <w:tcW w:w="993" w:type="dxa"/>
            <w:vAlign w:val="center"/>
          </w:tcPr>
          <w:p w14:paraId="1C303825" w14:textId="77777777" w:rsidR="00516A5B" w:rsidRPr="008B609D" w:rsidRDefault="00516A5B" w:rsidP="00B25E14">
            <w:pPr>
              <w:rPr>
                <w:rFonts w:ascii="Arial" w:hAnsi="Arial" w:cs="Arial"/>
                <w:color w:val="EE0000"/>
                <w:sz w:val="18"/>
                <w:szCs w:val="18"/>
              </w:rPr>
            </w:pPr>
          </w:p>
        </w:tc>
        <w:tc>
          <w:tcPr>
            <w:tcW w:w="992" w:type="dxa"/>
            <w:vAlign w:val="center"/>
          </w:tcPr>
          <w:p w14:paraId="00E6B14C" w14:textId="77777777" w:rsidR="00516A5B" w:rsidRPr="008B609D" w:rsidRDefault="00516A5B" w:rsidP="00B25E14">
            <w:pPr>
              <w:rPr>
                <w:rFonts w:ascii="Arial" w:hAnsi="Arial" w:cs="Arial"/>
                <w:color w:val="EE0000"/>
                <w:sz w:val="18"/>
                <w:szCs w:val="18"/>
              </w:rPr>
            </w:pPr>
          </w:p>
        </w:tc>
      </w:tr>
      <w:tr w:rsidR="00516A5B" w:rsidRPr="00A56DF5" w14:paraId="02559A99" w14:textId="77777777" w:rsidTr="00674DB8">
        <w:tc>
          <w:tcPr>
            <w:tcW w:w="709" w:type="dxa"/>
            <w:vAlign w:val="center"/>
          </w:tcPr>
          <w:p w14:paraId="197323E7" w14:textId="77777777" w:rsidR="00516A5B" w:rsidRPr="008B609D" w:rsidRDefault="00516A5B">
            <w:pPr>
              <w:pStyle w:val="Prrafodelista"/>
              <w:numPr>
                <w:ilvl w:val="0"/>
                <w:numId w:val="27"/>
              </w:numPr>
              <w:ind w:left="473"/>
              <w:jc w:val="center"/>
              <w:rPr>
                <w:rFonts w:ascii="Arial" w:hAnsi="Arial" w:cs="Arial"/>
                <w:sz w:val="18"/>
                <w:szCs w:val="18"/>
              </w:rPr>
            </w:pPr>
          </w:p>
        </w:tc>
        <w:tc>
          <w:tcPr>
            <w:tcW w:w="1696" w:type="dxa"/>
            <w:vAlign w:val="center"/>
          </w:tcPr>
          <w:p w14:paraId="71351910" w14:textId="77777777" w:rsidR="00516A5B" w:rsidRPr="008B609D" w:rsidRDefault="00516A5B" w:rsidP="00B25E14">
            <w:pPr>
              <w:rPr>
                <w:rFonts w:ascii="Arial" w:hAnsi="Arial" w:cs="Arial"/>
                <w:sz w:val="18"/>
                <w:szCs w:val="18"/>
              </w:rPr>
            </w:pPr>
            <w:r>
              <w:rPr>
                <w:rFonts w:ascii="Arial" w:hAnsi="Arial" w:cs="Arial"/>
                <w:sz w:val="18"/>
                <w:szCs w:val="18"/>
              </w:rPr>
              <w:t>Referencia:</w:t>
            </w:r>
          </w:p>
        </w:tc>
        <w:tc>
          <w:tcPr>
            <w:tcW w:w="6100" w:type="dxa"/>
          </w:tcPr>
          <w:p w14:paraId="1D0F6F97" w14:textId="77777777" w:rsidR="00516A5B" w:rsidRPr="008B609D" w:rsidRDefault="00516A5B" w:rsidP="00B25E14">
            <w:pPr>
              <w:jc w:val="both"/>
              <w:rPr>
                <w:rFonts w:ascii="Arial" w:hAnsi="Arial" w:cs="Arial"/>
                <w:sz w:val="18"/>
                <w:szCs w:val="18"/>
              </w:rPr>
            </w:pPr>
          </w:p>
        </w:tc>
        <w:tc>
          <w:tcPr>
            <w:tcW w:w="993" w:type="dxa"/>
            <w:vAlign w:val="center"/>
          </w:tcPr>
          <w:p w14:paraId="7438BDF5" w14:textId="77777777" w:rsidR="00516A5B" w:rsidRPr="008B609D" w:rsidRDefault="00516A5B" w:rsidP="00B25E14">
            <w:pPr>
              <w:rPr>
                <w:rFonts w:ascii="Arial" w:hAnsi="Arial" w:cs="Arial"/>
                <w:color w:val="EE0000"/>
                <w:sz w:val="18"/>
                <w:szCs w:val="18"/>
              </w:rPr>
            </w:pPr>
          </w:p>
        </w:tc>
        <w:tc>
          <w:tcPr>
            <w:tcW w:w="992" w:type="dxa"/>
            <w:vAlign w:val="center"/>
          </w:tcPr>
          <w:p w14:paraId="3FDC527F" w14:textId="77777777" w:rsidR="00516A5B" w:rsidRPr="008B609D" w:rsidRDefault="00516A5B" w:rsidP="00B25E14">
            <w:pPr>
              <w:rPr>
                <w:rFonts w:ascii="Arial" w:hAnsi="Arial" w:cs="Arial"/>
                <w:color w:val="EE0000"/>
                <w:sz w:val="18"/>
                <w:szCs w:val="18"/>
              </w:rPr>
            </w:pPr>
          </w:p>
        </w:tc>
      </w:tr>
      <w:tr w:rsidR="00516A5B" w:rsidRPr="00A56DF5" w14:paraId="70A81D96" w14:textId="77777777" w:rsidTr="00674DB8">
        <w:tc>
          <w:tcPr>
            <w:tcW w:w="709" w:type="dxa"/>
            <w:vAlign w:val="center"/>
          </w:tcPr>
          <w:p w14:paraId="2918857F"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2CC62F88" w14:textId="77777777" w:rsidR="00516A5B" w:rsidRPr="000F352E" w:rsidRDefault="00516A5B" w:rsidP="00B25E14">
            <w:pPr>
              <w:jc w:val="both"/>
              <w:rPr>
                <w:rFonts w:ascii="Arial" w:hAnsi="Arial" w:cs="Arial"/>
                <w:sz w:val="18"/>
                <w:szCs w:val="18"/>
              </w:rPr>
            </w:pPr>
            <w:r w:rsidRPr="000F352E">
              <w:rPr>
                <w:rFonts w:ascii="Arial" w:hAnsi="Arial" w:cs="Arial"/>
                <w:sz w:val="18"/>
                <w:szCs w:val="18"/>
              </w:rPr>
              <w:t>Suministro e instalación Jack según categoría 6A UL listado y/o CSA. Debe cumplir con el estándar ANSI/TIA-568.2-D y/o ISO/IEC 11801-1 para categoría 6 A.</w:t>
            </w:r>
          </w:p>
        </w:tc>
        <w:tc>
          <w:tcPr>
            <w:tcW w:w="993" w:type="dxa"/>
            <w:vAlign w:val="center"/>
          </w:tcPr>
          <w:p w14:paraId="4A1A4F72" w14:textId="77777777" w:rsidR="00516A5B" w:rsidRPr="008B609D" w:rsidRDefault="00516A5B" w:rsidP="00B25E14">
            <w:pPr>
              <w:rPr>
                <w:rFonts w:ascii="Arial" w:hAnsi="Arial" w:cs="Arial"/>
                <w:color w:val="EE0000"/>
                <w:sz w:val="18"/>
                <w:szCs w:val="18"/>
              </w:rPr>
            </w:pPr>
          </w:p>
        </w:tc>
        <w:tc>
          <w:tcPr>
            <w:tcW w:w="992" w:type="dxa"/>
            <w:vAlign w:val="center"/>
          </w:tcPr>
          <w:p w14:paraId="6E66967D" w14:textId="77777777" w:rsidR="00516A5B" w:rsidRPr="008B609D" w:rsidRDefault="00516A5B" w:rsidP="00B25E14">
            <w:pPr>
              <w:rPr>
                <w:rFonts w:ascii="Arial" w:hAnsi="Arial" w:cs="Arial"/>
                <w:color w:val="EE0000"/>
                <w:sz w:val="18"/>
                <w:szCs w:val="18"/>
              </w:rPr>
            </w:pPr>
          </w:p>
        </w:tc>
      </w:tr>
      <w:tr w:rsidR="00516A5B" w:rsidRPr="00A56DF5" w14:paraId="6BEF49C0" w14:textId="77777777" w:rsidTr="00674DB8">
        <w:tc>
          <w:tcPr>
            <w:tcW w:w="709" w:type="dxa"/>
            <w:vAlign w:val="center"/>
          </w:tcPr>
          <w:p w14:paraId="7C83FE25"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6EB9DEFA" w14:textId="77777777" w:rsidR="00516A5B" w:rsidRPr="000F352E" w:rsidRDefault="00516A5B" w:rsidP="00B25E14">
            <w:pPr>
              <w:jc w:val="both"/>
              <w:rPr>
                <w:rFonts w:ascii="Arial" w:hAnsi="Arial" w:cs="Arial"/>
                <w:sz w:val="18"/>
                <w:szCs w:val="18"/>
              </w:rPr>
            </w:pPr>
            <w:r w:rsidRPr="000F352E">
              <w:rPr>
                <w:rFonts w:ascii="Arial" w:hAnsi="Arial" w:cs="Arial"/>
                <w:sz w:val="18"/>
                <w:szCs w:val="18"/>
              </w:rPr>
              <w:t xml:space="preserve">Los conectores deben permitir trabajar con el mapa de cableado T568A o el T568B. </w:t>
            </w:r>
          </w:p>
        </w:tc>
        <w:tc>
          <w:tcPr>
            <w:tcW w:w="993" w:type="dxa"/>
            <w:vAlign w:val="center"/>
          </w:tcPr>
          <w:p w14:paraId="6BAC21AA" w14:textId="77777777" w:rsidR="00516A5B" w:rsidRPr="008B609D" w:rsidRDefault="00516A5B" w:rsidP="00B25E14">
            <w:pPr>
              <w:rPr>
                <w:rFonts w:ascii="Arial" w:hAnsi="Arial" w:cs="Arial"/>
                <w:color w:val="EE0000"/>
                <w:sz w:val="18"/>
                <w:szCs w:val="18"/>
              </w:rPr>
            </w:pPr>
          </w:p>
        </w:tc>
        <w:tc>
          <w:tcPr>
            <w:tcW w:w="992" w:type="dxa"/>
            <w:vAlign w:val="center"/>
          </w:tcPr>
          <w:p w14:paraId="459478E9" w14:textId="77777777" w:rsidR="00516A5B" w:rsidRPr="008B609D" w:rsidRDefault="00516A5B" w:rsidP="00B25E14">
            <w:pPr>
              <w:rPr>
                <w:rFonts w:ascii="Arial" w:hAnsi="Arial" w:cs="Arial"/>
                <w:color w:val="EE0000"/>
                <w:sz w:val="18"/>
                <w:szCs w:val="18"/>
              </w:rPr>
            </w:pPr>
          </w:p>
        </w:tc>
      </w:tr>
      <w:tr w:rsidR="00516A5B" w:rsidRPr="00A56DF5" w14:paraId="364A4D31" w14:textId="77777777" w:rsidTr="00674DB8">
        <w:tc>
          <w:tcPr>
            <w:tcW w:w="709" w:type="dxa"/>
            <w:vAlign w:val="center"/>
          </w:tcPr>
          <w:p w14:paraId="55ED330D"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07CC4D92" w14:textId="77777777" w:rsidR="00516A5B" w:rsidRPr="000F352E" w:rsidRDefault="00516A5B" w:rsidP="00B25E14">
            <w:pPr>
              <w:jc w:val="both"/>
              <w:rPr>
                <w:rFonts w:ascii="Arial" w:hAnsi="Arial" w:cs="Arial"/>
                <w:sz w:val="18"/>
                <w:szCs w:val="18"/>
              </w:rPr>
            </w:pPr>
            <w:r w:rsidRPr="000F352E">
              <w:rPr>
                <w:rFonts w:ascii="Arial" w:hAnsi="Arial" w:cs="Arial"/>
                <w:sz w:val="18"/>
                <w:szCs w:val="18"/>
              </w:rPr>
              <w:t xml:space="preserve">Jack modular de 8 pines de conexión con acabado en oro de 50 micro pulgadas, que no use herramienta de impacto. </w:t>
            </w:r>
          </w:p>
        </w:tc>
        <w:tc>
          <w:tcPr>
            <w:tcW w:w="993" w:type="dxa"/>
            <w:vAlign w:val="center"/>
          </w:tcPr>
          <w:p w14:paraId="43C89755" w14:textId="77777777" w:rsidR="00516A5B" w:rsidRPr="008B609D" w:rsidRDefault="00516A5B" w:rsidP="00B25E14">
            <w:pPr>
              <w:rPr>
                <w:rFonts w:ascii="Arial" w:hAnsi="Arial" w:cs="Arial"/>
                <w:color w:val="EE0000"/>
                <w:sz w:val="18"/>
                <w:szCs w:val="18"/>
              </w:rPr>
            </w:pPr>
          </w:p>
        </w:tc>
        <w:tc>
          <w:tcPr>
            <w:tcW w:w="992" w:type="dxa"/>
            <w:vAlign w:val="center"/>
          </w:tcPr>
          <w:p w14:paraId="016261B0" w14:textId="77777777" w:rsidR="00516A5B" w:rsidRPr="008B609D" w:rsidRDefault="00516A5B" w:rsidP="00B25E14">
            <w:pPr>
              <w:rPr>
                <w:rFonts w:ascii="Arial" w:hAnsi="Arial" w:cs="Arial"/>
                <w:color w:val="EE0000"/>
                <w:sz w:val="18"/>
                <w:szCs w:val="18"/>
              </w:rPr>
            </w:pPr>
          </w:p>
        </w:tc>
      </w:tr>
      <w:tr w:rsidR="00516A5B" w:rsidRPr="00A56DF5" w14:paraId="14B0F130" w14:textId="77777777" w:rsidTr="00674DB8">
        <w:tc>
          <w:tcPr>
            <w:tcW w:w="709" w:type="dxa"/>
            <w:vAlign w:val="center"/>
          </w:tcPr>
          <w:p w14:paraId="5B8029BE"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5ECE3444" w14:textId="77777777" w:rsidR="00516A5B" w:rsidRPr="000F352E" w:rsidRDefault="00516A5B" w:rsidP="00B25E14">
            <w:pPr>
              <w:jc w:val="both"/>
              <w:rPr>
                <w:rFonts w:ascii="Arial" w:hAnsi="Arial" w:cs="Arial"/>
                <w:sz w:val="18"/>
                <w:szCs w:val="18"/>
              </w:rPr>
            </w:pPr>
            <w:r w:rsidRPr="000F352E">
              <w:rPr>
                <w:rFonts w:ascii="Arial" w:hAnsi="Arial" w:cs="Arial"/>
                <w:sz w:val="18"/>
                <w:szCs w:val="18"/>
              </w:rPr>
              <w:t xml:space="preserve">El Jack debe permitir instalarse junto con el cable propuesto en cajas o canaleta con profundidades menores a 40 </w:t>
            </w:r>
            <w:proofErr w:type="spellStart"/>
            <w:r w:rsidRPr="000F352E">
              <w:rPr>
                <w:rFonts w:ascii="Arial" w:hAnsi="Arial" w:cs="Arial"/>
                <w:sz w:val="18"/>
                <w:szCs w:val="18"/>
              </w:rPr>
              <w:t>mm.</w:t>
            </w:r>
            <w:proofErr w:type="spellEnd"/>
          </w:p>
        </w:tc>
        <w:tc>
          <w:tcPr>
            <w:tcW w:w="993" w:type="dxa"/>
            <w:vAlign w:val="center"/>
          </w:tcPr>
          <w:p w14:paraId="27B7F12B" w14:textId="77777777" w:rsidR="00516A5B" w:rsidRPr="008B609D" w:rsidRDefault="00516A5B" w:rsidP="00B25E14">
            <w:pPr>
              <w:rPr>
                <w:rFonts w:ascii="Arial" w:hAnsi="Arial" w:cs="Arial"/>
                <w:color w:val="EE0000"/>
                <w:sz w:val="18"/>
                <w:szCs w:val="18"/>
              </w:rPr>
            </w:pPr>
          </w:p>
        </w:tc>
        <w:tc>
          <w:tcPr>
            <w:tcW w:w="992" w:type="dxa"/>
            <w:vAlign w:val="center"/>
          </w:tcPr>
          <w:p w14:paraId="56ABB7A4" w14:textId="77777777" w:rsidR="00516A5B" w:rsidRPr="008B609D" w:rsidRDefault="00516A5B" w:rsidP="00B25E14">
            <w:pPr>
              <w:rPr>
                <w:rFonts w:ascii="Arial" w:hAnsi="Arial" w:cs="Arial"/>
                <w:color w:val="EE0000"/>
                <w:sz w:val="18"/>
                <w:szCs w:val="18"/>
              </w:rPr>
            </w:pPr>
          </w:p>
        </w:tc>
      </w:tr>
      <w:tr w:rsidR="00516A5B" w:rsidRPr="00A56DF5" w14:paraId="2A48481E" w14:textId="77777777" w:rsidTr="00674DB8">
        <w:tc>
          <w:tcPr>
            <w:tcW w:w="709" w:type="dxa"/>
            <w:vAlign w:val="center"/>
          </w:tcPr>
          <w:p w14:paraId="63217369"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15556D19" w14:textId="77777777" w:rsidR="00516A5B" w:rsidRPr="000F352E" w:rsidRDefault="00516A5B" w:rsidP="00B25E14">
            <w:pPr>
              <w:jc w:val="both"/>
              <w:rPr>
                <w:rFonts w:ascii="Arial" w:hAnsi="Arial" w:cs="Arial"/>
                <w:sz w:val="18"/>
                <w:szCs w:val="18"/>
              </w:rPr>
            </w:pPr>
            <w:r w:rsidRPr="000F352E">
              <w:rPr>
                <w:rFonts w:ascii="Arial" w:hAnsi="Arial" w:cs="Arial"/>
                <w:sz w:val="18"/>
                <w:szCs w:val="18"/>
              </w:rPr>
              <w:t>El Jack debe permitir una cantidad de ciclos de inserción (mayor) &gt; a 750.</w:t>
            </w:r>
          </w:p>
        </w:tc>
        <w:tc>
          <w:tcPr>
            <w:tcW w:w="993" w:type="dxa"/>
            <w:vAlign w:val="center"/>
          </w:tcPr>
          <w:p w14:paraId="0947056B" w14:textId="77777777" w:rsidR="00516A5B" w:rsidRPr="008B609D" w:rsidRDefault="00516A5B" w:rsidP="00B25E14">
            <w:pPr>
              <w:rPr>
                <w:rFonts w:ascii="Arial" w:hAnsi="Arial" w:cs="Arial"/>
                <w:color w:val="EE0000"/>
                <w:sz w:val="18"/>
                <w:szCs w:val="18"/>
              </w:rPr>
            </w:pPr>
          </w:p>
        </w:tc>
        <w:tc>
          <w:tcPr>
            <w:tcW w:w="992" w:type="dxa"/>
            <w:vAlign w:val="center"/>
          </w:tcPr>
          <w:p w14:paraId="04A7893B" w14:textId="77777777" w:rsidR="00516A5B" w:rsidRPr="008B609D" w:rsidRDefault="00516A5B" w:rsidP="00B25E14">
            <w:pPr>
              <w:rPr>
                <w:rFonts w:ascii="Arial" w:hAnsi="Arial" w:cs="Arial"/>
                <w:color w:val="EE0000"/>
                <w:sz w:val="18"/>
                <w:szCs w:val="18"/>
              </w:rPr>
            </w:pPr>
          </w:p>
        </w:tc>
      </w:tr>
      <w:tr w:rsidR="00516A5B" w:rsidRPr="00A56DF5" w14:paraId="2CCFDD71" w14:textId="77777777" w:rsidTr="00674DB8">
        <w:tc>
          <w:tcPr>
            <w:tcW w:w="709" w:type="dxa"/>
            <w:vAlign w:val="center"/>
          </w:tcPr>
          <w:p w14:paraId="32037CC4"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4AD64B30" w14:textId="77777777" w:rsidR="00516A5B" w:rsidRPr="000F352E" w:rsidRDefault="00516A5B" w:rsidP="00B25E14">
            <w:pPr>
              <w:jc w:val="both"/>
              <w:rPr>
                <w:rFonts w:ascii="Arial" w:hAnsi="Arial" w:cs="Arial"/>
                <w:sz w:val="18"/>
                <w:szCs w:val="18"/>
              </w:rPr>
            </w:pPr>
            <w:r w:rsidRPr="000F352E">
              <w:rPr>
                <w:rFonts w:ascii="Arial" w:hAnsi="Arial" w:cs="Arial"/>
                <w:sz w:val="18"/>
                <w:szCs w:val="18"/>
              </w:rPr>
              <w:t xml:space="preserve">Soportar </w:t>
            </w:r>
            <w:proofErr w:type="spellStart"/>
            <w:r w:rsidRPr="000F352E">
              <w:rPr>
                <w:rFonts w:ascii="Arial" w:hAnsi="Arial" w:cs="Arial"/>
                <w:sz w:val="18"/>
                <w:szCs w:val="18"/>
              </w:rPr>
              <w:t>PoE</w:t>
            </w:r>
            <w:proofErr w:type="spellEnd"/>
            <w:r w:rsidRPr="000F352E">
              <w:rPr>
                <w:rFonts w:ascii="Arial" w:hAnsi="Arial" w:cs="Arial"/>
                <w:sz w:val="18"/>
                <w:szCs w:val="18"/>
              </w:rPr>
              <w:t xml:space="preserve"> tipo 1, 2, 3 y 4 (IEEE 802.3af,  IEEE 802.3at, IEEE 802.3at, 802.3bt) y POH.</w:t>
            </w:r>
          </w:p>
        </w:tc>
        <w:tc>
          <w:tcPr>
            <w:tcW w:w="993" w:type="dxa"/>
            <w:vAlign w:val="center"/>
          </w:tcPr>
          <w:p w14:paraId="1A0F3E11" w14:textId="77777777" w:rsidR="00516A5B" w:rsidRPr="008B609D" w:rsidRDefault="00516A5B" w:rsidP="00B25E14">
            <w:pPr>
              <w:rPr>
                <w:rFonts w:ascii="Arial" w:hAnsi="Arial" w:cs="Arial"/>
                <w:color w:val="EE0000"/>
                <w:sz w:val="18"/>
                <w:szCs w:val="18"/>
              </w:rPr>
            </w:pPr>
          </w:p>
        </w:tc>
        <w:tc>
          <w:tcPr>
            <w:tcW w:w="992" w:type="dxa"/>
            <w:vAlign w:val="center"/>
          </w:tcPr>
          <w:p w14:paraId="55CCCC8B" w14:textId="77777777" w:rsidR="00516A5B" w:rsidRPr="008B609D" w:rsidRDefault="00516A5B" w:rsidP="00B25E14">
            <w:pPr>
              <w:rPr>
                <w:rFonts w:ascii="Arial" w:hAnsi="Arial" w:cs="Arial"/>
                <w:color w:val="EE0000"/>
                <w:sz w:val="18"/>
                <w:szCs w:val="18"/>
              </w:rPr>
            </w:pPr>
          </w:p>
        </w:tc>
      </w:tr>
      <w:tr w:rsidR="00516A5B" w:rsidRPr="00A56DF5" w14:paraId="6CA213C3" w14:textId="77777777" w:rsidTr="00674DB8">
        <w:tc>
          <w:tcPr>
            <w:tcW w:w="709" w:type="dxa"/>
            <w:vAlign w:val="center"/>
          </w:tcPr>
          <w:p w14:paraId="3D6F15F0"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69A96284" w14:textId="77777777" w:rsidR="00516A5B" w:rsidRPr="000F352E" w:rsidRDefault="00516A5B" w:rsidP="00B25E14">
            <w:pPr>
              <w:jc w:val="both"/>
              <w:rPr>
                <w:rFonts w:ascii="Arial" w:hAnsi="Arial" w:cs="Arial"/>
                <w:sz w:val="18"/>
                <w:szCs w:val="18"/>
              </w:rPr>
            </w:pPr>
            <w:r w:rsidRPr="000F352E">
              <w:rPr>
                <w:rFonts w:ascii="Arial" w:hAnsi="Arial" w:cs="Arial"/>
                <w:sz w:val="18"/>
                <w:szCs w:val="18"/>
              </w:rPr>
              <w:t xml:space="preserve">Serán insertables o de acople sobre herraje de la misma marca. </w:t>
            </w:r>
          </w:p>
        </w:tc>
        <w:tc>
          <w:tcPr>
            <w:tcW w:w="993" w:type="dxa"/>
            <w:vAlign w:val="center"/>
          </w:tcPr>
          <w:p w14:paraId="223542FD" w14:textId="77777777" w:rsidR="00516A5B" w:rsidRPr="008B609D" w:rsidRDefault="00516A5B" w:rsidP="00B25E14">
            <w:pPr>
              <w:rPr>
                <w:rFonts w:ascii="Arial" w:hAnsi="Arial" w:cs="Arial"/>
                <w:color w:val="EE0000"/>
                <w:sz w:val="18"/>
                <w:szCs w:val="18"/>
              </w:rPr>
            </w:pPr>
          </w:p>
        </w:tc>
        <w:tc>
          <w:tcPr>
            <w:tcW w:w="992" w:type="dxa"/>
            <w:vAlign w:val="center"/>
          </w:tcPr>
          <w:p w14:paraId="7057A000" w14:textId="77777777" w:rsidR="00516A5B" w:rsidRPr="008B609D" w:rsidRDefault="00516A5B" w:rsidP="00B25E14">
            <w:pPr>
              <w:rPr>
                <w:rFonts w:ascii="Arial" w:hAnsi="Arial" w:cs="Arial"/>
                <w:color w:val="EE0000"/>
                <w:sz w:val="18"/>
                <w:szCs w:val="18"/>
              </w:rPr>
            </w:pPr>
          </w:p>
        </w:tc>
      </w:tr>
      <w:tr w:rsidR="00516A5B" w:rsidRPr="00A56DF5" w14:paraId="2E0FBA40" w14:textId="77777777" w:rsidTr="00674DB8">
        <w:tc>
          <w:tcPr>
            <w:tcW w:w="709" w:type="dxa"/>
            <w:vAlign w:val="center"/>
          </w:tcPr>
          <w:p w14:paraId="20DD121C"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5C0C6FCC" w14:textId="77777777" w:rsidR="00516A5B" w:rsidRPr="000F352E" w:rsidRDefault="00516A5B" w:rsidP="00B25E14">
            <w:pPr>
              <w:jc w:val="both"/>
              <w:rPr>
                <w:rFonts w:ascii="Arial" w:hAnsi="Arial" w:cs="Arial"/>
                <w:sz w:val="18"/>
                <w:szCs w:val="18"/>
              </w:rPr>
            </w:pPr>
            <w:r w:rsidRPr="000F352E">
              <w:rPr>
                <w:rFonts w:ascii="Arial" w:hAnsi="Arial" w:cs="Arial"/>
                <w:sz w:val="18"/>
                <w:szCs w:val="18"/>
              </w:rPr>
              <w:t>Serán de la misma marca del cable F/UTP a contratar.</w:t>
            </w:r>
          </w:p>
        </w:tc>
        <w:tc>
          <w:tcPr>
            <w:tcW w:w="993" w:type="dxa"/>
            <w:vAlign w:val="center"/>
          </w:tcPr>
          <w:p w14:paraId="6429C4B7" w14:textId="77777777" w:rsidR="00516A5B" w:rsidRPr="008B609D" w:rsidRDefault="00516A5B" w:rsidP="00B25E14">
            <w:pPr>
              <w:rPr>
                <w:rFonts w:ascii="Arial" w:hAnsi="Arial" w:cs="Arial"/>
                <w:color w:val="EE0000"/>
                <w:sz w:val="18"/>
                <w:szCs w:val="18"/>
              </w:rPr>
            </w:pPr>
          </w:p>
        </w:tc>
        <w:tc>
          <w:tcPr>
            <w:tcW w:w="992" w:type="dxa"/>
            <w:vAlign w:val="center"/>
          </w:tcPr>
          <w:p w14:paraId="316C97FE" w14:textId="77777777" w:rsidR="00516A5B" w:rsidRPr="008B609D" w:rsidRDefault="00516A5B" w:rsidP="00B25E14">
            <w:pPr>
              <w:rPr>
                <w:rFonts w:ascii="Arial" w:hAnsi="Arial" w:cs="Arial"/>
                <w:color w:val="EE0000"/>
                <w:sz w:val="18"/>
                <w:szCs w:val="18"/>
              </w:rPr>
            </w:pPr>
          </w:p>
        </w:tc>
      </w:tr>
      <w:tr w:rsidR="00516A5B" w:rsidRPr="00A56DF5" w14:paraId="48D518AF" w14:textId="77777777" w:rsidTr="00674DB8">
        <w:tc>
          <w:tcPr>
            <w:tcW w:w="709" w:type="dxa"/>
            <w:vAlign w:val="center"/>
          </w:tcPr>
          <w:p w14:paraId="2C68EDF6" w14:textId="77777777" w:rsidR="00516A5B" w:rsidRPr="008B609D" w:rsidRDefault="00516A5B">
            <w:pPr>
              <w:pStyle w:val="Prrafodelista"/>
              <w:numPr>
                <w:ilvl w:val="0"/>
                <w:numId w:val="27"/>
              </w:numPr>
              <w:ind w:left="473"/>
              <w:jc w:val="center"/>
              <w:rPr>
                <w:rFonts w:ascii="Arial" w:hAnsi="Arial" w:cs="Arial"/>
                <w:sz w:val="18"/>
                <w:szCs w:val="18"/>
              </w:rPr>
            </w:pPr>
          </w:p>
        </w:tc>
        <w:tc>
          <w:tcPr>
            <w:tcW w:w="7796" w:type="dxa"/>
            <w:gridSpan w:val="2"/>
          </w:tcPr>
          <w:p w14:paraId="507DBF7F" w14:textId="77777777" w:rsidR="00516A5B" w:rsidRDefault="00516A5B" w:rsidP="00B25E14">
            <w:pPr>
              <w:jc w:val="both"/>
              <w:rPr>
                <w:rFonts w:ascii="Arial" w:hAnsi="Arial" w:cs="Arial"/>
                <w:sz w:val="18"/>
                <w:szCs w:val="18"/>
              </w:rPr>
            </w:pPr>
            <w:r w:rsidRPr="000F352E">
              <w:rPr>
                <w:rFonts w:ascii="Arial" w:hAnsi="Arial" w:cs="Arial"/>
                <w:sz w:val="18"/>
                <w:szCs w:val="18"/>
              </w:rPr>
              <w:t>Deberá relacionar URL o enlace web del fabricante del producto con dominio .</w:t>
            </w:r>
            <w:proofErr w:type="spellStart"/>
            <w:r w:rsidRPr="000F352E">
              <w:rPr>
                <w:rFonts w:ascii="Arial" w:hAnsi="Arial" w:cs="Arial"/>
                <w:sz w:val="18"/>
                <w:szCs w:val="18"/>
              </w:rPr>
              <w:t>com</w:t>
            </w:r>
            <w:proofErr w:type="spellEnd"/>
            <w:r w:rsidRPr="000F352E">
              <w:rPr>
                <w:rFonts w:ascii="Arial" w:hAnsi="Arial" w:cs="Arial"/>
                <w:sz w:val="18"/>
                <w:szCs w:val="18"/>
              </w:rPr>
              <w:t xml:space="preserve">, donde se posible la verificación de la ficha técnica aportada en cada uno de sus </w:t>
            </w:r>
            <w:proofErr w:type="gramStart"/>
            <w:r w:rsidRPr="000F352E">
              <w:rPr>
                <w:rFonts w:ascii="Arial" w:hAnsi="Arial" w:cs="Arial"/>
                <w:sz w:val="18"/>
                <w:szCs w:val="18"/>
              </w:rPr>
              <w:t>item:_</w:t>
            </w:r>
            <w:proofErr w:type="gramEnd"/>
            <w:r w:rsidRPr="000F352E">
              <w:rPr>
                <w:rFonts w:ascii="Arial" w:hAnsi="Arial" w:cs="Arial"/>
                <w:sz w:val="18"/>
                <w:szCs w:val="18"/>
              </w:rPr>
              <w:t>____________________________________________________________</w:t>
            </w:r>
          </w:p>
          <w:p w14:paraId="03284FC5" w14:textId="77777777" w:rsidR="00516A5B" w:rsidRPr="008B609D" w:rsidRDefault="00516A5B" w:rsidP="00B25E14">
            <w:pPr>
              <w:jc w:val="both"/>
              <w:rPr>
                <w:rFonts w:ascii="Arial" w:hAnsi="Arial" w:cs="Arial"/>
                <w:sz w:val="18"/>
                <w:szCs w:val="18"/>
              </w:rPr>
            </w:pPr>
          </w:p>
        </w:tc>
        <w:tc>
          <w:tcPr>
            <w:tcW w:w="993" w:type="dxa"/>
            <w:vAlign w:val="center"/>
          </w:tcPr>
          <w:p w14:paraId="3C88E9DF" w14:textId="77777777" w:rsidR="00516A5B" w:rsidRPr="008B609D" w:rsidRDefault="00516A5B" w:rsidP="00B25E14">
            <w:pPr>
              <w:rPr>
                <w:rFonts w:ascii="Arial" w:hAnsi="Arial" w:cs="Arial"/>
                <w:color w:val="EE0000"/>
                <w:sz w:val="18"/>
                <w:szCs w:val="18"/>
              </w:rPr>
            </w:pPr>
          </w:p>
        </w:tc>
        <w:tc>
          <w:tcPr>
            <w:tcW w:w="992" w:type="dxa"/>
            <w:vAlign w:val="center"/>
          </w:tcPr>
          <w:p w14:paraId="6B80D76B" w14:textId="77777777" w:rsidR="00516A5B" w:rsidRPr="008B609D" w:rsidRDefault="00516A5B" w:rsidP="00B25E14">
            <w:pPr>
              <w:rPr>
                <w:rFonts w:ascii="Arial" w:hAnsi="Arial" w:cs="Arial"/>
                <w:color w:val="EE0000"/>
                <w:sz w:val="18"/>
                <w:szCs w:val="18"/>
              </w:rPr>
            </w:pPr>
          </w:p>
        </w:tc>
      </w:tr>
      <w:tr w:rsidR="00516A5B" w:rsidRPr="00A56DF5" w14:paraId="32FF6C30" w14:textId="77777777" w:rsidTr="00674DB8">
        <w:tc>
          <w:tcPr>
            <w:tcW w:w="709" w:type="dxa"/>
            <w:vAlign w:val="center"/>
          </w:tcPr>
          <w:p w14:paraId="3220D24F" w14:textId="77777777" w:rsidR="00516A5B" w:rsidRPr="008C4D7F" w:rsidRDefault="00516A5B" w:rsidP="00B25E14">
            <w:pPr>
              <w:jc w:val="center"/>
              <w:rPr>
                <w:rFonts w:ascii="Arial" w:hAnsi="Arial" w:cs="Arial"/>
                <w:b/>
                <w:bCs/>
                <w:sz w:val="18"/>
                <w:szCs w:val="18"/>
              </w:rPr>
            </w:pPr>
            <w:r w:rsidRPr="008C4D7F">
              <w:rPr>
                <w:rFonts w:ascii="Arial" w:hAnsi="Arial" w:cs="Arial"/>
                <w:b/>
                <w:bCs/>
                <w:sz w:val="18"/>
                <w:szCs w:val="18"/>
              </w:rPr>
              <w:t>8</w:t>
            </w:r>
          </w:p>
        </w:tc>
        <w:tc>
          <w:tcPr>
            <w:tcW w:w="7796" w:type="dxa"/>
            <w:gridSpan w:val="2"/>
          </w:tcPr>
          <w:p w14:paraId="3030E748" w14:textId="77777777" w:rsidR="00516A5B" w:rsidRPr="003C5E2E" w:rsidRDefault="00516A5B" w:rsidP="00B25E14">
            <w:pPr>
              <w:jc w:val="both"/>
              <w:rPr>
                <w:rFonts w:ascii="Arial" w:hAnsi="Arial" w:cs="Arial"/>
                <w:b/>
                <w:sz w:val="18"/>
                <w:szCs w:val="18"/>
              </w:rPr>
            </w:pPr>
            <w:r w:rsidRPr="003C5E2E">
              <w:rPr>
                <w:rFonts w:ascii="Arial" w:hAnsi="Arial" w:cs="Arial"/>
                <w:b/>
                <w:color w:val="000000" w:themeColor="text1"/>
                <w:sz w:val="18"/>
                <w:szCs w:val="18"/>
                <w:lang w:val="es-ES_tradnl"/>
              </w:rPr>
              <w:t>FACE PLATE</w:t>
            </w:r>
          </w:p>
        </w:tc>
        <w:tc>
          <w:tcPr>
            <w:tcW w:w="993" w:type="dxa"/>
            <w:vAlign w:val="center"/>
          </w:tcPr>
          <w:p w14:paraId="5F25930A" w14:textId="77777777" w:rsidR="00516A5B" w:rsidRPr="008B609D" w:rsidRDefault="00516A5B" w:rsidP="00B25E14">
            <w:pPr>
              <w:rPr>
                <w:rFonts w:ascii="Arial" w:hAnsi="Arial" w:cs="Arial"/>
                <w:color w:val="EE0000"/>
                <w:sz w:val="18"/>
                <w:szCs w:val="18"/>
              </w:rPr>
            </w:pPr>
          </w:p>
        </w:tc>
        <w:tc>
          <w:tcPr>
            <w:tcW w:w="992" w:type="dxa"/>
            <w:vAlign w:val="center"/>
          </w:tcPr>
          <w:p w14:paraId="3F86D753" w14:textId="77777777" w:rsidR="00516A5B" w:rsidRPr="008B609D" w:rsidRDefault="00516A5B" w:rsidP="00B25E14">
            <w:pPr>
              <w:rPr>
                <w:rFonts w:ascii="Arial" w:hAnsi="Arial" w:cs="Arial"/>
                <w:color w:val="EE0000"/>
                <w:sz w:val="18"/>
                <w:szCs w:val="18"/>
              </w:rPr>
            </w:pPr>
          </w:p>
        </w:tc>
      </w:tr>
      <w:tr w:rsidR="00516A5B" w:rsidRPr="00A56DF5" w14:paraId="30905407" w14:textId="77777777" w:rsidTr="00674DB8">
        <w:tc>
          <w:tcPr>
            <w:tcW w:w="709" w:type="dxa"/>
            <w:vAlign w:val="center"/>
          </w:tcPr>
          <w:p w14:paraId="0BE62989" w14:textId="77777777" w:rsidR="00516A5B" w:rsidRPr="00B64BC5" w:rsidRDefault="00516A5B">
            <w:pPr>
              <w:pStyle w:val="Prrafodelista"/>
              <w:numPr>
                <w:ilvl w:val="0"/>
                <w:numId w:val="28"/>
              </w:numPr>
              <w:ind w:left="473"/>
              <w:jc w:val="center"/>
              <w:rPr>
                <w:rFonts w:ascii="Arial" w:hAnsi="Arial" w:cs="Arial"/>
                <w:sz w:val="18"/>
                <w:szCs w:val="18"/>
              </w:rPr>
            </w:pPr>
          </w:p>
        </w:tc>
        <w:tc>
          <w:tcPr>
            <w:tcW w:w="1696" w:type="dxa"/>
            <w:vAlign w:val="center"/>
          </w:tcPr>
          <w:p w14:paraId="17D413CF" w14:textId="77777777" w:rsidR="00516A5B" w:rsidRPr="008B609D" w:rsidRDefault="00516A5B" w:rsidP="00B25E14">
            <w:pPr>
              <w:rPr>
                <w:rFonts w:ascii="Arial" w:hAnsi="Arial" w:cs="Arial"/>
                <w:sz w:val="18"/>
                <w:szCs w:val="18"/>
              </w:rPr>
            </w:pPr>
            <w:r>
              <w:rPr>
                <w:rFonts w:ascii="Arial" w:hAnsi="Arial" w:cs="Arial"/>
                <w:sz w:val="18"/>
                <w:szCs w:val="18"/>
              </w:rPr>
              <w:t>Marca:</w:t>
            </w:r>
          </w:p>
        </w:tc>
        <w:tc>
          <w:tcPr>
            <w:tcW w:w="6100" w:type="dxa"/>
          </w:tcPr>
          <w:p w14:paraId="3E08B807" w14:textId="77777777" w:rsidR="00516A5B" w:rsidRPr="008B609D" w:rsidRDefault="00516A5B" w:rsidP="00B25E14">
            <w:pPr>
              <w:jc w:val="both"/>
              <w:rPr>
                <w:rFonts w:ascii="Arial" w:hAnsi="Arial" w:cs="Arial"/>
                <w:sz w:val="18"/>
                <w:szCs w:val="18"/>
              </w:rPr>
            </w:pPr>
          </w:p>
        </w:tc>
        <w:tc>
          <w:tcPr>
            <w:tcW w:w="993" w:type="dxa"/>
            <w:vAlign w:val="center"/>
          </w:tcPr>
          <w:p w14:paraId="6F88B77C" w14:textId="77777777" w:rsidR="00516A5B" w:rsidRPr="008B609D" w:rsidRDefault="00516A5B" w:rsidP="00B25E14">
            <w:pPr>
              <w:rPr>
                <w:rFonts w:ascii="Arial" w:hAnsi="Arial" w:cs="Arial"/>
                <w:color w:val="EE0000"/>
                <w:sz w:val="18"/>
                <w:szCs w:val="18"/>
              </w:rPr>
            </w:pPr>
          </w:p>
        </w:tc>
        <w:tc>
          <w:tcPr>
            <w:tcW w:w="992" w:type="dxa"/>
            <w:vAlign w:val="center"/>
          </w:tcPr>
          <w:p w14:paraId="6AF4132B" w14:textId="77777777" w:rsidR="00516A5B" w:rsidRPr="008B609D" w:rsidRDefault="00516A5B" w:rsidP="00B25E14">
            <w:pPr>
              <w:rPr>
                <w:rFonts w:ascii="Arial" w:hAnsi="Arial" w:cs="Arial"/>
                <w:color w:val="EE0000"/>
                <w:sz w:val="18"/>
                <w:szCs w:val="18"/>
              </w:rPr>
            </w:pPr>
          </w:p>
        </w:tc>
      </w:tr>
      <w:tr w:rsidR="00516A5B" w:rsidRPr="00A56DF5" w14:paraId="7EEC5DDF" w14:textId="77777777" w:rsidTr="00674DB8">
        <w:tc>
          <w:tcPr>
            <w:tcW w:w="709" w:type="dxa"/>
            <w:vAlign w:val="center"/>
          </w:tcPr>
          <w:p w14:paraId="2BF470AD" w14:textId="77777777" w:rsidR="00516A5B" w:rsidRPr="008B609D" w:rsidRDefault="00516A5B">
            <w:pPr>
              <w:pStyle w:val="Prrafodelista"/>
              <w:numPr>
                <w:ilvl w:val="0"/>
                <w:numId w:val="28"/>
              </w:numPr>
              <w:ind w:left="473"/>
              <w:jc w:val="center"/>
              <w:rPr>
                <w:rFonts w:ascii="Arial" w:hAnsi="Arial" w:cs="Arial"/>
                <w:sz w:val="18"/>
                <w:szCs w:val="18"/>
              </w:rPr>
            </w:pPr>
          </w:p>
        </w:tc>
        <w:tc>
          <w:tcPr>
            <w:tcW w:w="1696" w:type="dxa"/>
            <w:vAlign w:val="center"/>
          </w:tcPr>
          <w:p w14:paraId="5B937869" w14:textId="77777777" w:rsidR="00516A5B" w:rsidRPr="008B609D" w:rsidRDefault="00516A5B" w:rsidP="00B25E14">
            <w:pPr>
              <w:rPr>
                <w:rFonts w:ascii="Arial" w:hAnsi="Arial" w:cs="Arial"/>
                <w:sz w:val="18"/>
                <w:szCs w:val="18"/>
              </w:rPr>
            </w:pPr>
            <w:r>
              <w:rPr>
                <w:rFonts w:ascii="Arial" w:hAnsi="Arial" w:cs="Arial"/>
                <w:sz w:val="18"/>
                <w:szCs w:val="18"/>
              </w:rPr>
              <w:t>Referencia:</w:t>
            </w:r>
          </w:p>
        </w:tc>
        <w:tc>
          <w:tcPr>
            <w:tcW w:w="6100" w:type="dxa"/>
          </w:tcPr>
          <w:p w14:paraId="437F2CA3" w14:textId="77777777" w:rsidR="00516A5B" w:rsidRPr="008B609D" w:rsidRDefault="00516A5B" w:rsidP="00B25E14">
            <w:pPr>
              <w:jc w:val="both"/>
              <w:rPr>
                <w:rFonts w:ascii="Arial" w:hAnsi="Arial" w:cs="Arial"/>
                <w:sz w:val="18"/>
                <w:szCs w:val="18"/>
              </w:rPr>
            </w:pPr>
          </w:p>
        </w:tc>
        <w:tc>
          <w:tcPr>
            <w:tcW w:w="993" w:type="dxa"/>
            <w:vAlign w:val="center"/>
          </w:tcPr>
          <w:p w14:paraId="00E0308D" w14:textId="77777777" w:rsidR="00516A5B" w:rsidRPr="008B609D" w:rsidRDefault="00516A5B" w:rsidP="00B25E14">
            <w:pPr>
              <w:rPr>
                <w:rFonts w:ascii="Arial" w:hAnsi="Arial" w:cs="Arial"/>
                <w:color w:val="EE0000"/>
                <w:sz w:val="18"/>
                <w:szCs w:val="18"/>
              </w:rPr>
            </w:pPr>
          </w:p>
        </w:tc>
        <w:tc>
          <w:tcPr>
            <w:tcW w:w="992" w:type="dxa"/>
            <w:vAlign w:val="center"/>
          </w:tcPr>
          <w:p w14:paraId="33B341B4" w14:textId="77777777" w:rsidR="00516A5B" w:rsidRPr="008B609D" w:rsidRDefault="00516A5B" w:rsidP="00B25E14">
            <w:pPr>
              <w:rPr>
                <w:rFonts w:ascii="Arial" w:hAnsi="Arial" w:cs="Arial"/>
                <w:color w:val="EE0000"/>
                <w:sz w:val="18"/>
                <w:szCs w:val="18"/>
              </w:rPr>
            </w:pPr>
          </w:p>
        </w:tc>
      </w:tr>
      <w:tr w:rsidR="00516A5B" w:rsidRPr="00A56DF5" w14:paraId="384AC2FE" w14:textId="77777777" w:rsidTr="00674DB8">
        <w:tc>
          <w:tcPr>
            <w:tcW w:w="709" w:type="dxa"/>
            <w:vAlign w:val="center"/>
          </w:tcPr>
          <w:p w14:paraId="4CDA244B" w14:textId="77777777" w:rsidR="00516A5B" w:rsidRPr="008B609D" w:rsidRDefault="00516A5B">
            <w:pPr>
              <w:pStyle w:val="Prrafodelista"/>
              <w:numPr>
                <w:ilvl w:val="0"/>
                <w:numId w:val="28"/>
              </w:numPr>
              <w:ind w:left="473"/>
              <w:jc w:val="center"/>
              <w:rPr>
                <w:rFonts w:ascii="Arial" w:hAnsi="Arial" w:cs="Arial"/>
                <w:sz w:val="18"/>
                <w:szCs w:val="18"/>
              </w:rPr>
            </w:pPr>
          </w:p>
        </w:tc>
        <w:tc>
          <w:tcPr>
            <w:tcW w:w="7796" w:type="dxa"/>
            <w:gridSpan w:val="2"/>
            <w:vAlign w:val="center"/>
          </w:tcPr>
          <w:p w14:paraId="67AF1F3F" w14:textId="77777777" w:rsidR="00516A5B" w:rsidRPr="008B609D" w:rsidRDefault="00516A5B" w:rsidP="00B25E14">
            <w:pPr>
              <w:jc w:val="both"/>
              <w:rPr>
                <w:rFonts w:ascii="Arial" w:hAnsi="Arial" w:cs="Arial"/>
                <w:sz w:val="18"/>
                <w:szCs w:val="18"/>
              </w:rPr>
            </w:pPr>
            <w:r w:rsidRPr="001D7534">
              <w:rPr>
                <w:rFonts w:ascii="Arial" w:hAnsi="Arial" w:cs="Arial"/>
                <w:sz w:val="18"/>
                <w:szCs w:val="18"/>
              </w:rPr>
              <w:t xml:space="preserve">Suministro e instalación de </w:t>
            </w:r>
            <w:proofErr w:type="spellStart"/>
            <w:r w:rsidRPr="001D7534">
              <w:rPr>
                <w:rFonts w:ascii="Arial" w:hAnsi="Arial" w:cs="Arial"/>
                <w:sz w:val="18"/>
                <w:szCs w:val="18"/>
              </w:rPr>
              <w:t>face</w:t>
            </w:r>
            <w:proofErr w:type="spellEnd"/>
            <w:r w:rsidRPr="001D7534">
              <w:rPr>
                <w:rFonts w:ascii="Arial" w:hAnsi="Arial" w:cs="Arial"/>
                <w:sz w:val="18"/>
                <w:szCs w:val="18"/>
              </w:rPr>
              <w:t xml:space="preserve"> </w:t>
            </w:r>
            <w:proofErr w:type="spellStart"/>
            <w:r w:rsidRPr="001D7534">
              <w:rPr>
                <w:rFonts w:ascii="Arial" w:hAnsi="Arial" w:cs="Arial"/>
                <w:sz w:val="18"/>
                <w:szCs w:val="18"/>
              </w:rPr>
              <w:t>plate</w:t>
            </w:r>
            <w:proofErr w:type="spellEnd"/>
            <w:r w:rsidRPr="001D7534">
              <w:rPr>
                <w:rFonts w:ascii="Arial" w:hAnsi="Arial" w:cs="Arial"/>
                <w:sz w:val="18"/>
                <w:szCs w:val="18"/>
              </w:rPr>
              <w:t xml:space="preserve"> de una sola pieza, listado UL y/o CSA, de la misma marca del fabricante del cableado.</w:t>
            </w:r>
          </w:p>
        </w:tc>
        <w:tc>
          <w:tcPr>
            <w:tcW w:w="993" w:type="dxa"/>
            <w:vAlign w:val="center"/>
          </w:tcPr>
          <w:p w14:paraId="444E9119" w14:textId="77777777" w:rsidR="00516A5B" w:rsidRPr="008B609D" w:rsidRDefault="00516A5B" w:rsidP="00B25E14">
            <w:pPr>
              <w:rPr>
                <w:rFonts w:ascii="Arial" w:hAnsi="Arial" w:cs="Arial"/>
                <w:color w:val="EE0000"/>
                <w:sz w:val="18"/>
                <w:szCs w:val="18"/>
              </w:rPr>
            </w:pPr>
          </w:p>
        </w:tc>
        <w:tc>
          <w:tcPr>
            <w:tcW w:w="992" w:type="dxa"/>
            <w:vAlign w:val="center"/>
          </w:tcPr>
          <w:p w14:paraId="1521446D" w14:textId="77777777" w:rsidR="00516A5B" w:rsidRPr="008B609D" w:rsidRDefault="00516A5B" w:rsidP="00B25E14">
            <w:pPr>
              <w:rPr>
                <w:rFonts w:ascii="Arial" w:hAnsi="Arial" w:cs="Arial"/>
                <w:color w:val="EE0000"/>
                <w:sz w:val="18"/>
                <w:szCs w:val="18"/>
              </w:rPr>
            </w:pPr>
          </w:p>
        </w:tc>
      </w:tr>
      <w:tr w:rsidR="00516A5B" w:rsidRPr="00A56DF5" w14:paraId="0ADF9935" w14:textId="77777777" w:rsidTr="00674DB8">
        <w:tc>
          <w:tcPr>
            <w:tcW w:w="709" w:type="dxa"/>
            <w:vAlign w:val="center"/>
          </w:tcPr>
          <w:p w14:paraId="2727695C" w14:textId="77777777" w:rsidR="00516A5B" w:rsidRPr="0065206D" w:rsidRDefault="00516A5B">
            <w:pPr>
              <w:pStyle w:val="Prrafodelista"/>
              <w:numPr>
                <w:ilvl w:val="0"/>
                <w:numId w:val="28"/>
              </w:numPr>
              <w:ind w:left="473"/>
              <w:jc w:val="center"/>
              <w:rPr>
                <w:rFonts w:ascii="Arial" w:hAnsi="Arial" w:cs="Arial"/>
                <w:sz w:val="18"/>
                <w:szCs w:val="18"/>
              </w:rPr>
            </w:pPr>
          </w:p>
        </w:tc>
        <w:tc>
          <w:tcPr>
            <w:tcW w:w="7796" w:type="dxa"/>
            <w:gridSpan w:val="2"/>
            <w:vAlign w:val="center"/>
          </w:tcPr>
          <w:p w14:paraId="2E01B528" w14:textId="77777777" w:rsidR="00516A5B" w:rsidRPr="0065206D" w:rsidRDefault="00516A5B" w:rsidP="00B25E14">
            <w:pPr>
              <w:jc w:val="both"/>
              <w:rPr>
                <w:rFonts w:ascii="Arial" w:hAnsi="Arial" w:cs="Arial"/>
                <w:sz w:val="18"/>
                <w:szCs w:val="18"/>
              </w:rPr>
            </w:pPr>
            <w:r w:rsidRPr="001D7534">
              <w:rPr>
                <w:rFonts w:ascii="Arial" w:hAnsi="Arial" w:cs="Arial"/>
                <w:sz w:val="18"/>
                <w:szCs w:val="18"/>
              </w:rPr>
              <w:t xml:space="preserve">Cada </w:t>
            </w:r>
            <w:proofErr w:type="spellStart"/>
            <w:r w:rsidRPr="001D7534">
              <w:rPr>
                <w:rFonts w:ascii="Arial" w:hAnsi="Arial" w:cs="Arial"/>
                <w:sz w:val="18"/>
                <w:szCs w:val="18"/>
              </w:rPr>
              <w:t>face</w:t>
            </w:r>
            <w:proofErr w:type="spellEnd"/>
            <w:r w:rsidRPr="001D7534">
              <w:rPr>
                <w:rFonts w:ascii="Arial" w:hAnsi="Arial" w:cs="Arial"/>
                <w:sz w:val="18"/>
                <w:szCs w:val="18"/>
              </w:rPr>
              <w:t xml:space="preserve"> </w:t>
            </w:r>
            <w:proofErr w:type="spellStart"/>
            <w:r w:rsidRPr="001D7534">
              <w:rPr>
                <w:rFonts w:ascii="Arial" w:hAnsi="Arial" w:cs="Arial"/>
                <w:sz w:val="18"/>
                <w:szCs w:val="18"/>
              </w:rPr>
              <w:t>plate</w:t>
            </w:r>
            <w:proofErr w:type="spellEnd"/>
            <w:r w:rsidRPr="001D7534">
              <w:rPr>
                <w:rFonts w:ascii="Arial" w:hAnsi="Arial" w:cs="Arial"/>
                <w:sz w:val="18"/>
                <w:szCs w:val="18"/>
              </w:rPr>
              <w:t xml:space="preserve"> tendrá la capacidad de alojar uno o dos Jack modulares de acuerdo a la implementación de cada punto en particular.</w:t>
            </w:r>
          </w:p>
        </w:tc>
        <w:tc>
          <w:tcPr>
            <w:tcW w:w="993" w:type="dxa"/>
            <w:vAlign w:val="center"/>
          </w:tcPr>
          <w:p w14:paraId="128F84FE" w14:textId="77777777" w:rsidR="00516A5B" w:rsidRPr="00A56DF5" w:rsidRDefault="00516A5B" w:rsidP="00B25E14">
            <w:pPr>
              <w:rPr>
                <w:rFonts w:ascii="Arial" w:hAnsi="Arial" w:cs="Arial"/>
                <w:color w:val="EE0000"/>
                <w:sz w:val="18"/>
                <w:szCs w:val="18"/>
              </w:rPr>
            </w:pPr>
          </w:p>
        </w:tc>
        <w:tc>
          <w:tcPr>
            <w:tcW w:w="992" w:type="dxa"/>
            <w:vAlign w:val="center"/>
          </w:tcPr>
          <w:p w14:paraId="26EDC65D" w14:textId="77777777" w:rsidR="00516A5B" w:rsidRPr="00A56DF5" w:rsidRDefault="00516A5B" w:rsidP="00B25E14">
            <w:pPr>
              <w:rPr>
                <w:rFonts w:ascii="Arial" w:hAnsi="Arial" w:cs="Arial"/>
                <w:color w:val="EE0000"/>
                <w:sz w:val="18"/>
                <w:szCs w:val="18"/>
              </w:rPr>
            </w:pPr>
          </w:p>
        </w:tc>
      </w:tr>
      <w:tr w:rsidR="00516A5B" w:rsidRPr="00A56DF5" w14:paraId="55E45830" w14:textId="77777777" w:rsidTr="00674DB8">
        <w:tc>
          <w:tcPr>
            <w:tcW w:w="709" w:type="dxa"/>
            <w:vAlign w:val="center"/>
          </w:tcPr>
          <w:p w14:paraId="3F053B4E" w14:textId="77777777" w:rsidR="00516A5B" w:rsidRPr="0065206D" w:rsidRDefault="00516A5B">
            <w:pPr>
              <w:pStyle w:val="Prrafodelista"/>
              <w:numPr>
                <w:ilvl w:val="0"/>
                <w:numId w:val="28"/>
              </w:numPr>
              <w:ind w:left="473"/>
              <w:jc w:val="center"/>
              <w:rPr>
                <w:rFonts w:ascii="Arial" w:hAnsi="Arial" w:cs="Arial"/>
                <w:sz w:val="18"/>
                <w:szCs w:val="18"/>
              </w:rPr>
            </w:pPr>
          </w:p>
        </w:tc>
        <w:tc>
          <w:tcPr>
            <w:tcW w:w="7796" w:type="dxa"/>
            <w:gridSpan w:val="2"/>
            <w:vAlign w:val="center"/>
          </w:tcPr>
          <w:p w14:paraId="46C0E9E4" w14:textId="77777777" w:rsidR="00516A5B" w:rsidRPr="0065206D" w:rsidRDefault="00516A5B" w:rsidP="00B25E14">
            <w:pPr>
              <w:jc w:val="both"/>
              <w:rPr>
                <w:rFonts w:ascii="Arial" w:hAnsi="Arial" w:cs="Arial"/>
                <w:sz w:val="18"/>
                <w:szCs w:val="18"/>
              </w:rPr>
            </w:pPr>
            <w:r w:rsidRPr="001D7534">
              <w:rPr>
                <w:rFonts w:ascii="Arial" w:hAnsi="Arial" w:cs="Arial"/>
                <w:sz w:val="18"/>
                <w:szCs w:val="18"/>
              </w:rPr>
              <w:t xml:space="preserve">Permitirán el montaje de los </w:t>
            </w:r>
            <w:proofErr w:type="spellStart"/>
            <w:r w:rsidRPr="001D7534">
              <w:rPr>
                <w:rFonts w:ascii="Arial" w:hAnsi="Arial" w:cs="Arial"/>
                <w:sz w:val="18"/>
                <w:szCs w:val="18"/>
              </w:rPr>
              <w:t>jack</w:t>
            </w:r>
            <w:proofErr w:type="spellEnd"/>
            <w:r w:rsidRPr="001D7534">
              <w:rPr>
                <w:rFonts w:ascii="Arial" w:hAnsi="Arial" w:cs="Arial"/>
                <w:sz w:val="18"/>
                <w:szCs w:val="18"/>
              </w:rPr>
              <w:t xml:space="preserve"> modular categoría 6A de en diferentes posiciones (recto y angulado), según la necesidad, de forma que se reduzca la curvatura y estrés del cable F/UTP.</w:t>
            </w:r>
          </w:p>
        </w:tc>
        <w:tc>
          <w:tcPr>
            <w:tcW w:w="993" w:type="dxa"/>
            <w:vAlign w:val="center"/>
          </w:tcPr>
          <w:p w14:paraId="71D99F66" w14:textId="77777777" w:rsidR="00516A5B" w:rsidRPr="00A56DF5" w:rsidRDefault="00516A5B" w:rsidP="00B25E14">
            <w:pPr>
              <w:rPr>
                <w:rFonts w:ascii="Arial" w:hAnsi="Arial" w:cs="Arial"/>
                <w:color w:val="EE0000"/>
                <w:sz w:val="18"/>
                <w:szCs w:val="18"/>
              </w:rPr>
            </w:pPr>
          </w:p>
        </w:tc>
        <w:tc>
          <w:tcPr>
            <w:tcW w:w="992" w:type="dxa"/>
            <w:vAlign w:val="center"/>
          </w:tcPr>
          <w:p w14:paraId="44C50883" w14:textId="77777777" w:rsidR="00516A5B" w:rsidRPr="00A56DF5" w:rsidRDefault="00516A5B" w:rsidP="00B25E14">
            <w:pPr>
              <w:rPr>
                <w:rFonts w:ascii="Arial" w:hAnsi="Arial" w:cs="Arial"/>
                <w:color w:val="EE0000"/>
                <w:sz w:val="18"/>
                <w:szCs w:val="18"/>
              </w:rPr>
            </w:pPr>
          </w:p>
        </w:tc>
      </w:tr>
      <w:tr w:rsidR="00516A5B" w:rsidRPr="00A56DF5" w14:paraId="31A995E0" w14:textId="77777777" w:rsidTr="00674DB8">
        <w:tc>
          <w:tcPr>
            <w:tcW w:w="709" w:type="dxa"/>
            <w:vAlign w:val="center"/>
          </w:tcPr>
          <w:p w14:paraId="34181808" w14:textId="77777777" w:rsidR="00516A5B" w:rsidRPr="0065206D" w:rsidRDefault="00516A5B">
            <w:pPr>
              <w:pStyle w:val="Prrafodelista"/>
              <w:numPr>
                <w:ilvl w:val="0"/>
                <w:numId w:val="28"/>
              </w:numPr>
              <w:ind w:left="473"/>
              <w:jc w:val="center"/>
              <w:rPr>
                <w:rFonts w:ascii="Arial" w:hAnsi="Arial" w:cs="Arial"/>
                <w:sz w:val="18"/>
                <w:szCs w:val="18"/>
              </w:rPr>
            </w:pPr>
          </w:p>
        </w:tc>
        <w:tc>
          <w:tcPr>
            <w:tcW w:w="7796" w:type="dxa"/>
            <w:gridSpan w:val="2"/>
            <w:vAlign w:val="center"/>
          </w:tcPr>
          <w:p w14:paraId="1B5EC8A5" w14:textId="77777777" w:rsidR="00516A5B" w:rsidRPr="0065206D" w:rsidRDefault="00516A5B" w:rsidP="00B25E14">
            <w:pPr>
              <w:jc w:val="both"/>
              <w:rPr>
                <w:rFonts w:ascii="Arial" w:hAnsi="Arial" w:cs="Arial"/>
                <w:sz w:val="18"/>
                <w:szCs w:val="18"/>
              </w:rPr>
            </w:pPr>
            <w:r w:rsidRPr="001D7534">
              <w:rPr>
                <w:rFonts w:ascii="Arial" w:hAnsi="Arial" w:cs="Arial"/>
                <w:sz w:val="18"/>
                <w:szCs w:val="18"/>
              </w:rPr>
              <w:t>En color Beige o blanco, que aloje dos puertos para Jack RJ45, tornillos de fijación, cajas o accesorio de instalación de acuerdo con la necesidad y tiras de marcación.</w:t>
            </w:r>
          </w:p>
        </w:tc>
        <w:tc>
          <w:tcPr>
            <w:tcW w:w="993" w:type="dxa"/>
            <w:vAlign w:val="center"/>
          </w:tcPr>
          <w:p w14:paraId="1E441E56" w14:textId="77777777" w:rsidR="00516A5B" w:rsidRPr="00A56DF5" w:rsidRDefault="00516A5B" w:rsidP="00B25E14">
            <w:pPr>
              <w:rPr>
                <w:rFonts w:ascii="Arial" w:hAnsi="Arial" w:cs="Arial"/>
                <w:color w:val="EE0000"/>
                <w:sz w:val="18"/>
                <w:szCs w:val="18"/>
              </w:rPr>
            </w:pPr>
          </w:p>
        </w:tc>
        <w:tc>
          <w:tcPr>
            <w:tcW w:w="992" w:type="dxa"/>
            <w:vAlign w:val="center"/>
          </w:tcPr>
          <w:p w14:paraId="364C8C27" w14:textId="77777777" w:rsidR="00516A5B" w:rsidRPr="00A56DF5" w:rsidRDefault="00516A5B" w:rsidP="00B25E14">
            <w:pPr>
              <w:rPr>
                <w:rFonts w:ascii="Arial" w:hAnsi="Arial" w:cs="Arial"/>
                <w:color w:val="EE0000"/>
                <w:sz w:val="18"/>
                <w:szCs w:val="18"/>
              </w:rPr>
            </w:pPr>
          </w:p>
        </w:tc>
      </w:tr>
      <w:tr w:rsidR="00516A5B" w:rsidRPr="00A56DF5" w14:paraId="14EB5609" w14:textId="77777777" w:rsidTr="00674DB8">
        <w:tc>
          <w:tcPr>
            <w:tcW w:w="709" w:type="dxa"/>
            <w:vAlign w:val="center"/>
          </w:tcPr>
          <w:p w14:paraId="51E786D2" w14:textId="77777777" w:rsidR="00516A5B" w:rsidRPr="0065206D" w:rsidRDefault="00516A5B">
            <w:pPr>
              <w:pStyle w:val="Prrafodelista"/>
              <w:numPr>
                <w:ilvl w:val="0"/>
                <w:numId w:val="28"/>
              </w:numPr>
              <w:ind w:left="473"/>
              <w:jc w:val="center"/>
              <w:rPr>
                <w:rFonts w:ascii="Arial" w:hAnsi="Arial" w:cs="Arial"/>
                <w:sz w:val="18"/>
                <w:szCs w:val="18"/>
              </w:rPr>
            </w:pPr>
          </w:p>
        </w:tc>
        <w:tc>
          <w:tcPr>
            <w:tcW w:w="7796" w:type="dxa"/>
            <w:gridSpan w:val="2"/>
            <w:vAlign w:val="center"/>
          </w:tcPr>
          <w:p w14:paraId="3A2BF4F7" w14:textId="77777777" w:rsidR="00516A5B" w:rsidRPr="0065206D" w:rsidRDefault="00516A5B" w:rsidP="00B25E14">
            <w:pPr>
              <w:jc w:val="both"/>
              <w:rPr>
                <w:rFonts w:ascii="Arial" w:hAnsi="Arial" w:cs="Arial"/>
                <w:sz w:val="18"/>
                <w:szCs w:val="18"/>
              </w:rPr>
            </w:pPr>
            <w:r w:rsidRPr="001D7534">
              <w:rPr>
                <w:rFonts w:ascii="Arial" w:hAnsi="Arial" w:cs="Arial"/>
                <w:sz w:val="18"/>
                <w:szCs w:val="18"/>
              </w:rPr>
              <w:t>Serán de la misma marca del cable F/UTP a contratar.</w:t>
            </w:r>
          </w:p>
        </w:tc>
        <w:tc>
          <w:tcPr>
            <w:tcW w:w="993" w:type="dxa"/>
            <w:vAlign w:val="center"/>
          </w:tcPr>
          <w:p w14:paraId="436176EE" w14:textId="77777777" w:rsidR="00516A5B" w:rsidRPr="00A56DF5" w:rsidRDefault="00516A5B" w:rsidP="00B25E14">
            <w:pPr>
              <w:rPr>
                <w:rFonts w:ascii="Arial" w:hAnsi="Arial" w:cs="Arial"/>
                <w:color w:val="EE0000"/>
                <w:sz w:val="18"/>
                <w:szCs w:val="18"/>
              </w:rPr>
            </w:pPr>
          </w:p>
        </w:tc>
        <w:tc>
          <w:tcPr>
            <w:tcW w:w="992" w:type="dxa"/>
            <w:vAlign w:val="center"/>
          </w:tcPr>
          <w:p w14:paraId="0D1C6214" w14:textId="77777777" w:rsidR="00516A5B" w:rsidRPr="00A56DF5" w:rsidRDefault="00516A5B" w:rsidP="00B25E14">
            <w:pPr>
              <w:rPr>
                <w:rFonts w:ascii="Arial" w:hAnsi="Arial" w:cs="Arial"/>
                <w:color w:val="EE0000"/>
                <w:sz w:val="18"/>
                <w:szCs w:val="18"/>
              </w:rPr>
            </w:pPr>
          </w:p>
        </w:tc>
      </w:tr>
      <w:tr w:rsidR="00516A5B" w:rsidRPr="00A56DF5" w14:paraId="49EAF9F4" w14:textId="77777777" w:rsidTr="00674DB8">
        <w:tc>
          <w:tcPr>
            <w:tcW w:w="709" w:type="dxa"/>
            <w:vAlign w:val="center"/>
          </w:tcPr>
          <w:p w14:paraId="235056A9" w14:textId="77777777" w:rsidR="00516A5B" w:rsidRPr="0065206D" w:rsidRDefault="00516A5B">
            <w:pPr>
              <w:pStyle w:val="Prrafodelista"/>
              <w:numPr>
                <w:ilvl w:val="0"/>
                <w:numId w:val="28"/>
              </w:numPr>
              <w:ind w:left="473"/>
              <w:jc w:val="center"/>
              <w:rPr>
                <w:rFonts w:ascii="Arial" w:hAnsi="Arial" w:cs="Arial"/>
                <w:sz w:val="18"/>
                <w:szCs w:val="18"/>
              </w:rPr>
            </w:pPr>
          </w:p>
        </w:tc>
        <w:tc>
          <w:tcPr>
            <w:tcW w:w="7796" w:type="dxa"/>
            <w:gridSpan w:val="2"/>
            <w:vAlign w:val="center"/>
          </w:tcPr>
          <w:p w14:paraId="5C195E7F" w14:textId="77777777" w:rsidR="00516A5B" w:rsidRPr="001D7534" w:rsidRDefault="00516A5B" w:rsidP="00B25E14">
            <w:pPr>
              <w:pBdr>
                <w:bottom w:val="single" w:sz="12" w:space="1" w:color="auto"/>
              </w:pBdr>
              <w:jc w:val="both"/>
              <w:rPr>
                <w:rFonts w:ascii="Arial" w:hAnsi="Arial" w:cs="Arial"/>
                <w:sz w:val="18"/>
                <w:szCs w:val="18"/>
              </w:rPr>
            </w:pPr>
            <w:r w:rsidRPr="001D7534">
              <w:rPr>
                <w:rFonts w:ascii="Arial" w:hAnsi="Arial" w:cs="Arial"/>
                <w:sz w:val="18"/>
                <w:szCs w:val="18"/>
              </w:rPr>
              <w:t>Deberá relacionar URL o enlace web del fabricante del producto con dominio .</w:t>
            </w:r>
            <w:proofErr w:type="spellStart"/>
            <w:r w:rsidRPr="001D7534">
              <w:rPr>
                <w:rFonts w:ascii="Arial" w:hAnsi="Arial" w:cs="Arial"/>
                <w:sz w:val="18"/>
                <w:szCs w:val="18"/>
              </w:rPr>
              <w:t>com</w:t>
            </w:r>
            <w:proofErr w:type="spellEnd"/>
            <w:r w:rsidRPr="001D7534">
              <w:rPr>
                <w:rFonts w:ascii="Arial" w:hAnsi="Arial" w:cs="Arial"/>
                <w:sz w:val="18"/>
                <w:szCs w:val="18"/>
              </w:rPr>
              <w:t xml:space="preserve">, donde se posible la verificación de la ficha técnica aportada en cada uno de sus </w:t>
            </w:r>
            <w:proofErr w:type="spellStart"/>
            <w:r w:rsidRPr="001D7534">
              <w:rPr>
                <w:rFonts w:ascii="Arial" w:hAnsi="Arial" w:cs="Arial"/>
                <w:sz w:val="18"/>
                <w:szCs w:val="18"/>
              </w:rPr>
              <w:t>item</w:t>
            </w:r>
            <w:proofErr w:type="spellEnd"/>
            <w:r w:rsidRPr="001D7534">
              <w:rPr>
                <w:rFonts w:ascii="Arial" w:hAnsi="Arial" w:cs="Arial"/>
                <w:sz w:val="18"/>
                <w:szCs w:val="18"/>
              </w:rPr>
              <w:t>:</w:t>
            </w:r>
          </w:p>
          <w:p w14:paraId="544B0474" w14:textId="77777777" w:rsidR="00516A5B" w:rsidRPr="0065206D" w:rsidRDefault="00516A5B" w:rsidP="00B25E14">
            <w:pPr>
              <w:jc w:val="both"/>
              <w:rPr>
                <w:rFonts w:ascii="Arial" w:hAnsi="Arial" w:cs="Arial"/>
                <w:sz w:val="18"/>
                <w:szCs w:val="18"/>
              </w:rPr>
            </w:pPr>
          </w:p>
        </w:tc>
        <w:tc>
          <w:tcPr>
            <w:tcW w:w="993" w:type="dxa"/>
            <w:vAlign w:val="center"/>
          </w:tcPr>
          <w:p w14:paraId="5CF6B992" w14:textId="77777777" w:rsidR="00516A5B" w:rsidRPr="00A56DF5" w:rsidRDefault="00516A5B" w:rsidP="00B25E14">
            <w:pPr>
              <w:rPr>
                <w:rFonts w:ascii="Arial" w:hAnsi="Arial" w:cs="Arial"/>
                <w:color w:val="EE0000"/>
                <w:sz w:val="18"/>
                <w:szCs w:val="18"/>
              </w:rPr>
            </w:pPr>
          </w:p>
        </w:tc>
        <w:tc>
          <w:tcPr>
            <w:tcW w:w="992" w:type="dxa"/>
            <w:vAlign w:val="center"/>
          </w:tcPr>
          <w:p w14:paraId="0039F14E" w14:textId="77777777" w:rsidR="00516A5B" w:rsidRPr="00A56DF5" w:rsidRDefault="00516A5B" w:rsidP="00B25E14">
            <w:pPr>
              <w:rPr>
                <w:rFonts w:ascii="Arial" w:hAnsi="Arial" w:cs="Arial"/>
                <w:color w:val="EE0000"/>
                <w:sz w:val="18"/>
                <w:szCs w:val="18"/>
              </w:rPr>
            </w:pPr>
          </w:p>
        </w:tc>
      </w:tr>
      <w:tr w:rsidR="00516A5B" w:rsidRPr="00A56DF5" w14:paraId="4C0DAF15" w14:textId="77777777" w:rsidTr="00674DB8">
        <w:tc>
          <w:tcPr>
            <w:tcW w:w="709" w:type="dxa"/>
            <w:vAlign w:val="center"/>
          </w:tcPr>
          <w:p w14:paraId="5683DD75" w14:textId="77777777" w:rsidR="00516A5B" w:rsidRPr="008C4D7F" w:rsidRDefault="00516A5B" w:rsidP="00B25E14">
            <w:pPr>
              <w:jc w:val="center"/>
              <w:rPr>
                <w:rFonts w:ascii="Arial" w:hAnsi="Arial" w:cs="Arial"/>
                <w:b/>
                <w:bCs/>
                <w:sz w:val="18"/>
                <w:szCs w:val="18"/>
              </w:rPr>
            </w:pPr>
            <w:r w:rsidRPr="008C4D7F">
              <w:rPr>
                <w:rFonts w:ascii="Arial" w:hAnsi="Arial" w:cs="Arial"/>
                <w:b/>
                <w:bCs/>
                <w:sz w:val="18"/>
                <w:szCs w:val="18"/>
              </w:rPr>
              <w:t>9</w:t>
            </w:r>
          </w:p>
        </w:tc>
        <w:tc>
          <w:tcPr>
            <w:tcW w:w="7796" w:type="dxa"/>
            <w:gridSpan w:val="2"/>
            <w:vAlign w:val="center"/>
          </w:tcPr>
          <w:p w14:paraId="1BD3B53C" w14:textId="77777777" w:rsidR="00516A5B" w:rsidRPr="00E959D1" w:rsidRDefault="00516A5B" w:rsidP="00B25E14">
            <w:pPr>
              <w:jc w:val="both"/>
              <w:rPr>
                <w:rFonts w:ascii="Arial" w:hAnsi="Arial" w:cs="Arial"/>
                <w:b/>
                <w:bCs/>
                <w:sz w:val="18"/>
                <w:szCs w:val="18"/>
              </w:rPr>
            </w:pPr>
            <w:r w:rsidRPr="00E959D1">
              <w:rPr>
                <w:rFonts w:ascii="Arial" w:hAnsi="Arial" w:cs="Arial"/>
                <w:b/>
                <w:bCs/>
                <w:sz w:val="18"/>
                <w:szCs w:val="18"/>
              </w:rPr>
              <w:t>PATCH CORD BLINDADO DE RED CAT. 6A RJ45</w:t>
            </w:r>
          </w:p>
        </w:tc>
        <w:tc>
          <w:tcPr>
            <w:tcW w:w="993" w:type="dxa"/>
            <w:vAlign w:val="center"/>
          </w:tcPr>
          <w:p w14:paraId="23DC8F92" w14:textId="77777777" w:rsidR="00516A5B" w:rsidRPr="00A56DF5" w:rsidRDefault="00516A5B" w:rsidP="00B25E14">
            <w:pPr>
              <w:rPr>
                <w:rFonts w:ascii="Arial" w:hAnsi="Arial" w:cs="Arial"/>
                <w:color w:val="EE0000"/>
                <w:sz w:val="18"/>
                <w:szCs w:val="18"/>
              </w:rPr>
            </w:pPr>
          </w:p>
        </w:tc>
        <w:tc>
          <w:tcPr>
            <w:tcW w:w="992" w:type="dxa"/>
            <w:vAlign w:val="center"/>
          </w:tcPr>
          <w:p w14:paraId="5F7CA689" w14:textId="77777777" w:rsidR="00516A5B" w:rsidRPr="00A56DF5" w:rsidRDefault="00516A5B" w:rsidP="00B25E14">
            <w:pPr>
              <w:rPr>
                <w:rFonts w:ascii="Arial" w:hAnsi="Arial" w:cs="Arial"/>
                <w:color w:val="EE0000"/>
                <w:sz w:val="18"/>
                <w:szCs w:val="18"/>
              </w:rPr>
            </w:pPr>
          </w:p>
        </w:tc>
      </w:tr>
      <w:tr w:rsidR="00516A5B" w:rsidRPr="00A56DF5" w14:paraId="6652AD79" w14:textId="77777777" w:rsidTr="00674DB8">
        <w:tc>
          <w:tcPr>
            <w:tcW w:w="709" w:type="dxa"/>
            <w:vAlign w:val="center"/>
          </w:tcPr>
          <w:p w14:paraId="4402A640" w14:textId="77777777" w:rsidR="00516A5B" w:rsidRPr="00B64BC5" w:rsidRDefault="00516A5B">
            <w:pPr>
              <w:pStyle w:val="Prrafodelista"/>
              <w:numPr>
                <w:ilvl w:val="0"/>
                <w:numId w:val="29"/>
              </w:numPr>
              <w:ind w:left="473"/>
              <w:jc w:val="center"/>
              <w:rPr>
                <w:rFonts w:ascii="Arial" w:hAnsi="Arial" w:cs="Arial"/>
                <w:sz w:val="18"/>
                <w:szCs w:val="18"/>
              </w:rPr>
            </w:pPr>
          </w:p>
        </w:tc>
        <w:tc>
          <w:tcPr>
            <w:tcW w:w="1696" w:type="dxa"/>
            <w:vAlign w:val="center"/>
          </w:tcPr>
          <w:p w14:paraId="34B0B520" w14:textId="77777777" w:rsidR="00516A5B" w:rsidRPr="0065206D" w:rsidRDefault="00516A5B" w:rsidP="00B25E14">
            <w:pPr>
              <w:rPr>
                <w:rFonts w:ascii="Arial" w:hAnsi="Arial" w:cs="Arial"/>
                <w:sz w:val="18"/>
                <w:szCs w:val="18"/>
              </w:rPr>
            </w:pPr>
            <w:r>
              <w:rPr>
                <w:rFonts w:ascii="Arial" w:hAnsi="Arial" w:cs="Arial"/>
                <w:sz w:val="18"/>
                <w:szCs w:val="18"/>
              </w:rPr>
              <w:t>Marca:</w:t>
            </w:r>
          </w:p>
        </w:tc>
        <w:tc>
          <w:tcPr>
            <w:tcW w:w="6100" w:type="dxa"/>
          </w:tcPr>
          <w:p w14:paraId="7A215839" w14:textId="77777777" w:rsidR="00516A5B" w:rsidRPr="0065206D" w:rsidRDefault="00516A5B" w:rsidP="00B25E14">
            <w:pPr>
              <w:jc w:val="both"/>
              <w:rPr>
                <w:rFonts w:ascii="Arial" w:hAnsi="Arial" w:cs="Arial"/>
                <w:sz w:val="18"/>
                <w:szCs w:val="18"/>
              </w:rPr>
            </w:pPr>
          </w:p>
        </w:tc>
        <w:tc>
          <w:tcPr>
            <w:tcW w:w="993" w:type="dxa"/>
            <w:vAlign w:val="center"/>
          </w:tcPr>
          <w:p w14:paraId="6C428D79" w14:textId="77777777" w:rsidR="00516A5B" w:rsidRPr="00A56DF5" w:rsidRDefault="00516A5B" w:rsidP="00B25E14">
            <w:pPr>
              <w:rPr>
                <w:rFonts w:ascii="Arial" w:hAnsi="Arial" w:cs="Arial"/>
                <w:color w:val="EE0000"/>
                <w:sz w:val="18"/>
                <w:szCs w:val="18"/>
              </w:rPr>
            </w:pPr>
          </w:p>
        </w:tc>
        <w:tc>
          <w:tcPr>
            <w:tcW w:w="992" w:type="dxa"/>
            <w:vAlign w:val="center"/>
          </w:tcPr>
          <w:p w14:paraId="503A4415" w14:textId="77777777" w:rsidR="00516A5B" w:rsidRPr="00A56DF5" w:rsidRDefault="00516A5B" w:rsidP="00B25E14">
            <w:pPr>
              <w:rPr>
                <w:rFonts w:ascii="Arial" w:hAnsi="Arial" w:cs="Arial"/>
                <w:color w:val="EE0000"/>
                <w:sz w:val="18"/>
                <w:szCs w:val="18"/>
              </w:rPr>
            </w:pPr>
          </w:p>
        </w:tc>
      </w:tr>
      <w:tr w:rsidR="00516A5B" w:rsidRPr="00A56DF5" w14:paraId="4296E27B" w14:textId="77777777" w:rsidTr="00674DB8">
        <w:tc>
          <w:tcPr>
            <w:tcW w:w="709" w:type="dxa"/>
            <w:vAlign w:val="center"/>
          </w:tcPr>
          <w:p w14:paraId="0CD5DE9D" w14:textId="77777777" w:rsidR="00516A5B" w:rsidRPr="0065206D" w:rsidRDefault="00516A5B">
            <w:pPr>
              <w:pStyle w:val="Prrafodelista"/>
              <w:numPr>
                <w:ilvl w:val="0"/>
                <w:numId w:val="29"/>
              </w:numPr>
              <w:ind w:left="473"/>
              <w:jc w:val="center"/>
              <w:rPr>
                <w:rFonts w:ascii="Arial" w:hAnsi="Arial" w:cs="Arial"/>
                <w:sz w:val="18"/>
                <w:szCs w:val="18"/>
              </w:rPr>
            </w:pPr>
          </w:p>
        </w:tc>
        <w:tc>
          <w:tcPr>
            <w:tcW w:w="1696" w:type="dxa"/>
            <w:vAlign w:val="center"/>
          </w:tcPr>
          <w:p w14:paraId="03C9F6D8" w14:textId="77777777" w:rsidR="00516A5B" w:rsidRPr="00CC390D" w:rsidRDefault="00516A5B" w:rsidP="00B25E14">
            <w:pPr>
              <w:rPr>
                <w:rFonts w:ascii="Arial" w:hAnsi="Arial" w:cs="Arial"/>
                <w:sz w:val="18"/>
                <w:szCs w:val="18"/>
              </w:rPr>
            </w:pPr>
            <w:r w:rsidRPr="00CC390D">
              <w:rPr>
                <w:rFonts w:ascii="Arial" w:hAnsi="Arial" w:cs="Arial"/>
                <w:sz w:val="18"/>
                <w:szCs w:val="18"/>
              </w:rPr>
              <w:t>Referencia:</w:t>
            </w:r>
          </w:p>
        </w:tc>
        <w:tc>
          <w:tcPr>
            <w:tcW w:w="6100" w:type="dxa"/>
          </w:tcPr>
          <w:p w14:paraId="760F6CB8" w14:textId="77777777" w:rsidR="00516A5B" w:rsidRPr="0065206D" w:rsidRDefault="00516A5B" w:rsidP="00B25E14">
            <w:pPr>
              <w:jc w:val="both"/>
              <w:rPr>
                <w:rFonts w:ascii="Arial" w:hAnsi="Arial" w:cs="Arial"/>
                <w:sz w:val="18"/>
                <w:szCs w:val="18"/>
              </w:rPr>
            </w:pPr>
          </w:p>
        </w:tc>
        <w:tc>
          <w:tcPr>
            <w:tcW w:w="993" w:type="dxa"/>
            <w:vAlign w:val="center"/>
          </w:tcPr>
          <w:p w14:paraId="48CACE26" w14:textId="77777777" w:rsidR="00516A5B" w:rsidRPr="00A56DF5" w:rsidRDefault="00516A5B" w:rsidP="00B25E14">
            <w:pPr>
              <w:rPr>
                <w:rFonts w:ascii="Arial" w:hAnsi="Arial" w:cs="Arial"/>
                <w:color w:val="EE0000"/>
                <w:sz w:val="18"/>
                <w:szCs w:val="18"/>
              </w:rPr>
            </w:pPr>
          </w:p>
        </w:tc>
        <w:tc>
          <w:tcPr>
            <w:tcW w:w="992" w:type="dxa"/>
            <w:vAlign w:val="center"/>
          </w:tcPr>
          <w:p w14:paraId="275352A9" w14:textId="77777777" w:rsidR="00516A5B" w:rsidRPr="00A56DF5" w:rsidRDefault="00516A5B" w:rsidP="00B25E14">
            <w:pPr>
              <w:rPr>
                <w:rFonts w:ascii="Arial" w:hAnsi="Arial" w:cs="Arial"/>
                <w:color w:val="EE0000"/>
                <w:sz w:val="18"/>
                <w:szCs w:val="18"/>
              </w:rPr>
            </w:pPr>
          </w:p>
        </w:tc>
      </w:tr>
      <w:tr w:rsidR="00516A5B" w:rsidRPr="00A56DF5" w14:paraId="50D08277" w14:textId="77777777" w:rsidTr="00674DB8">
        <w:tc>
          <w:tcPr>
            <w:tcW w:w="709" w:type="dxa"/>
            <w:vAlign w:val="center"/>
          </w:tcPr>
          <w:p w14:paraId="317B4E4B"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62776345"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Suministro e instalación de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w:t>
            </w:r>
            <w:proofErr w:type="spellStart"/>
            <w:r w:rsidRPr="00CC390D">
              <w:rPr>
                <w:rFonts w:ascii="Arial" w:hAnsi="Arial" w:cs="Arial"/>
                <w:sz w:val="18"/>
                <w:szCs w:val="18"/>
              </w:rPr>
              <w:t>Cords</w:t>
            </w:r>
            <w:proofErr w:type="spellEnd"/>
            <w:r w:rsidRPr="00CC390D">
              <w:rPr>
                <w:rFonts w:ascii="Arial" w:hAnsi="Arial" w:cs="Arial"/>
                <w:sz w:val="18"/>
                <w:szCs w:val="18"/>
              </w:rPr>
              <w:t xml:space="preserve"> blindados categoría 6A de fábrica, color azul para la totalidad de canales en cobre. Dentro del suministro e instalación de cada punto de red, estará incluido un (01)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w:t>
            </w:r>
            <w:proofErr w:type="spellStart"/>
            <w:r w:rsidRPr="00CC390D">
              <w:rPr>
                <w:rFonts w:ascii="Arial" w:hAnsi="Arial" w:cs="Arial"/>
                <w:sz w:val="18"/>
                <w:szCs w:val="18"/>
              </w:rPr>
              <w:t>cord</w:t>
            </w:r>
            <w:proofErr w:type="spellEnd"/>
            <w:r w:rsidRPr="00CC390D">
              <w:rPr>
                <w:rFonts w:ascii="Arial" w:hAnsi="Arial" w:cs="Arial"/>
                <w:sz w:val="18"/>
                <w:szCs w:val="18"/>
              </w:rPr>
              <w:t xml:space="preserve"> de un (01) metro para la conexión del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panel con los puertos del </w:t>
            </w:r>
            <w:proofErr w:type="spellStart"/>
            <w:r w:rsidRPr="00CC390D">
              <w:rPr>
                <w:rFonts w:ascii="Arial" w:hAnsi="Arial" w:cs="Arial"/>
                <w:sz w:val="18"/>
                <w:szCs w:val="18"/>
              </w:rPr>
              <w:t>switch</w:t>
            </w:r>
            <w:proofErr w:type="spellEnd"/>
            <w:r w:rsidRPr="00CC390D">
              <w:rPr>
                <w:rFonts w:ascii="Arial" w:hAnsi="Arial" w:cs="Arial"/>
                <w:sz w:val="18"/>
                <w:szCs w:val="18"/>
              </w:rPr>
              <w:t xml:space="preserve"> de datos y un (01)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w:t>
            </w:r>
            <w:proofErr w:type="spellStart"/>
            <w:r w:rsidRPr="00CC390D">
              <w:rPr>
                <w:rFonts w:ascii="Arial" w:hAnsi="Arial" w:cs="Arial"/>
                <w:sz w:val="18"/>
                <w:szCs w:val="18"/>
              </w:rPr>
              <w:t>cord</w:t>
            </w:r>
            <w:proofErr w:type="spellEnd"/>
            <w:r w:rsidRPr="00CC390D">
              <w:rPr>
                <w:rFonts w:ascii="Arial" w:hAnsi="Arial" w:cs="Arial"/>
                <w:sz w:val="18"/>
                <w:szCs w:val="18"/>
              </w:rPr>
              <w:t xml:space="preserve"> de dos (02) metros (mínimo) para la conexión del </w:t>
            </w:r>
            <w:proofErr w:type="spellStart"/>
            <w:r w:rsidRPr="00CC390D">
              <w:rPr>
                <w:rFonts w:ascii="Arial" w:hAnsi="Arial" w:cs="Arial"/>
                <w:sz w:val="18"/>
                <w:szCs w:val="18"/>
              </w:rPr>
              <w:t>face</w:t>
            </w:r>
            <w:proofErr w:type="spellEnd"/>
            <w:r w:rsidRPr="00CC390D">
              <w:rPr>
                <w:rFonts w:ascii="Arial" w:hAnsi="Arial" w:cs="Arial"/>
                <w:sz w:val="18"/>
                <w:szCs w:val="18"/>
              </w:rPr>
              <w:t xml:space="preserve"> </w:t>
            </w:r>
            <w:proofErr w:type="spellStart"/>
            <w:r w:rsidRPr="00CC390D">
              <w:rPr>
                <w:rFonts w:ascii="Arial" w:hAnsi="Arial" w:cs="Arial"/>
                <w:sz w:val="18"/>
                <w:szCs w:val="18"/>
              </w:rPr>
              <w:t>plate</w:t>
            </w:r>
            <w:proofErr w:type="spellEnd"/>
            <w:r w:rsidRPr="00CC390D">
              <w:rPr>
                <w:rFonts w:ascii="Arial" w:hAnsi="Arial" w:cs="Arial"/>
                <w:sz w:val="18"/>
                <w:szCs w:val="18"/>
              </w:rPr>
              <w:t xml:space="preserve"> a equipos de cómputo.</w:t>
            </w:r>
          </w:p>
        </w:tc>
        <w:tc>
          <w:tcPr>
            <w:tcW w:w="993" w:type="dxa"/>
            <w:vAlign w:val="center"/>
          </w:tcPr>
          <w:p w14:paraId="1928279C" w14:textId="77777777" w:rsidR="00516A5B" w:rsidRPr="00A56DF5" w:rsidRDefault="00516A5B" w:rsidP="00B25E14">
            <w:pPr>
              <w:rPr>
                <w:rFonts w:ascii="Arial" w:hAnsi="Arial" w:cs="Arial"/>
                <w:color w:val="EE0000"/>
                <w:sz w:val="18"/>
                <w:szCs w:val="18"/>
              </w:rPr>
            </w:pPr>
          </w:p>
        </w:tc>
        <w:tc>
          <w:tcPr>
            <w:tcW w:w="992" w:type="dxa"/>
            <w:vAlign w:val="center"/>
          </w:tcPr>
          <w:p w14:paraId="34844179" w14:textId="77777777" w:rsidR="00516A5B" w:rsidRPr="00A56DF5" w:rsidRDefault="00516A5B" w:rsidP="00B25E14">
            <w:pPr>
              <w:rPr>
                <w:rFonts w:ascii="Arial" w:hAnsi="Arial" w:cs="Arial"/>
                <w:color w:val="EE0000"/>
                <w:sz w:val="18"/>
                <w:szCs w:val="18"/>
              </w:rPr>
            </w:pPr>
          </w:p>
        </w:tc>
      </w:tr>
      <w:tr w:rsidR="00516A5B" w:rsidRPr="00A56DF5" w14:paraId="3E4D57BF" w14:textId="77777777" w:rsidTr="00674DB8">
        <w:tc>
          <w:tcPr>
            <w:tcW w:w="709" w:type="dxa"/>
            <w:vAlign w:val="center"/>
          </w:tcPr>
          <w:p w14:paraId="6A2A0251"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68A7DDA0"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Serán certificados por UL y/o CSA, para garantizar que los elementos ofrecidos han sido avalados por estos laboratorios.</w:t>
            </w:r>
          </w:p>
        </w:tc>
        <w:tc>
          <w:tcPr>
            <w:tcW w:w="993" w:type="dxa"/>
            <w:vAlign w:val="center"/>
          </w:tcPr>
          <w:p w14:paraId="0AEE3B2A" w14:textId="77777777" w:rsidR="00516A5B" w:rsidRPr="00A56DF5" w:rsidRDefault="00516A5B" w:rsidP="00B25E14">
            <w:pPr>
              <w:rPr>
                <w:rFonts w:ascii="Arial" w:hAnsi="Arial" w:cs="Arial"/>
                <w:color w:val="EE0000"/>
                <w:sz w:val="18"/>
                <w:szCs w:val="18"/>
              </w:rPr>
            </w:pPr>
          </w:p>
        </w:tc>
        <w:tc>
          <w:tcPr>
            <w:tcW w:w="992" w:type="dxa"/>
            <w:vAlign w:val="center"/>
          </w:tcPr>
          <w:p w14:paraId="70606D48" w14:textId="77777777" w:rsidR="00516A5B" w:rsidRPr="00A56DF5" w:rsidRDefault="00516A5B" w:rsidP="00B25E14">
            <w:pPr>
              <w:rPr>
                <w:rFonts w:ascii="Arial" w:hAnsi="Arial" w:cs="Arial"/>
                <w:color w:val="EE0000"/>
                <w:sz w:val="18"/>
                <w:szCs w:val="18"/>
              </w:rPr>
            </w:pPr>
          </w:p>
        </w:tc>
      </w:tr>
      <w:tr w:rsidR="00516A5B" w:rsidRPr="00A56DF5" w14:paraId="6E95FEAD" w14:textId="77777777" w:rsidTr="00674DB8">
        <w:tc>
          <w:tcPr>
            <w:tcW w:w="709" w:type="dxa"/>
            <w:vAlign w:val="center"/>
          </w:tcPr>
          <w:p w14:paraId="382C0624"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0BF45F0F"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Debe cumplir o superar las especificaciones de la norma ANSI/TIA-568-2-D y/o ISO/IEC 11801, requerimientos de canal para soportar 10GBASE-T, estándar IEEE 802.3af, IEEE 802.3at, 802.3bt y </w:t>
            </w:r>
            <w:proofErr w:type="spellStart"/>
            <w:r w:rsidRPr="00CC390D">
              <w:rPr>
                <w:rFonts w:ascii="Arial" w:hAnsi="Arial" w:cs="Arial"/>
                <w:sz w:val="18"/>
                <w:szCs w:val="18"/>
              </w:rPr>
              <w:t>PoH</w:t>
            </w:r>
            <w:proofErr w:type="spellEnd"/>
            <w:r w:rsidRPr="00CC390D">
              <w:rPr>
                <w:rFonts w:ascii="Arial" w:hAnsi="Arial" w:cs="Arial"/>
                <w:sz w:val="18"/>
                <w:szCs w:val="18"/>
              </w:rPr>
              <w:t>.</w:t>
            </w:r>
          </w:p>
        </w:tc>
        <w:tc>
          <w:tcPr>
            <w:tcW w:w="993" w:type="dxa"/>
            <w:vAlign w:val="center"/>
          </w:tcPr>
          <w:p w14:paraId="38EF7CF8" w14:textId="77777777" w:rsidR="00516A5B" w:rsidRPr="00A56DF5" w:rsidRDefault="00516A5B" w:rsidP="00B25E14">
            <w:pPr>
              <w:rPr>
                <w:rFonts w:ascii="Arial" w:hAnsi="Arial" w:cs="Arial"/>
                <w:color w:val="EE0000"/>
                <w:sz w:val="18"/>
                <w:szCs w:val="18"/>
              </w:rPr>
            </w:pPr>
          </w:p>
        </w:tc>
        <w:tc>
          <w:tcPr>
            <w:tcW w:w="992" w:type="dxa"/>
            <w:vAlign w:val="center"/>
          </w:tcPr>
          <w:p w14:paraId="569A0A9D" w14:textId="77777777" w:rsidR="00516A5B" w:rsidRPr="00A56DF5" w:rsidRDefault="00516A5B" w:rsidP="00B25E14">
            <w:pPr>
              <w:rPr>
                <w:rFonts w:ascii="Arial" w:hAnsi="Arial" w:cs="Arial"/>
                <w:color w:val="EE0000"/>
                <w:sz w:val="18"/>
                <w:szCs w:val="18"/>
              </w:rPr>
            </w:pPr>
          </w:p>
        </w:tc>
      </w:tr>
      <w:tr w:rsidR="00516A5B" w:rsidRPr="00A56DF5" w14:paraId="6CD31C06" w14:textId="77777777" w:rsidTr="00674DB8">
        <w:tc>
          <w:tcPr>
            <w:tcW w:w="709" w:type="dxa"/>
            <w:vAlign w:val="center"/>
          </w:tcPr>
          <w:p w14:paraId="0B58244B"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4F750505"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El cable utilizado para estos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w:t>
            </w:r>
            <w:proofErr w:type="spellStart"/>
            <w:r w:rsidRPr="00CC390D">
              <w:rPr>
                <w:rFonts w:ascii="Arial" w:hAnsi="Arial" w:cs="Arial"/>
                <w:sz w:val="18"/>
                <w:szCs w:val="18"/>
              </w:rPr>
              <w:t>Cord</w:t>
            </w:r>
            <w:proofErr w:type="spellEnd"/>
            <w:r w:rsidRPr="00CC390D">
              <w:rPr>
                <w:rFonts w:ascii="Arial" w:hAnsi="Arial" w:cs="Arial"/>
                <w:sz w:val="18"/>
                <w:szCs w:val="18"/>
              </w:rPr>
              <w:t xml:space="preserve"> deberá ser cable flexible categoría 6A, 26AWG/28AWG de cobre en par trenzado.</w:t>
            </w:r>
          </w:p>
        </w:tc>
        <w:tc>
          <w:tcPr>
            <w:tcW w:w="993" w:type="dxa"/>
            <w:vAlign w:val="center"/>
          </w:tcPr>
          <w:p w14:paraId="574E7E5C" w14:textId="77777777" w:rsidR="00516A5B" w:rsidRPr="00A56DF5" w:rsidRDefault="00516A5B" w:rsidP="00B25E14">
            <w:pPr>
              <w:rPr>
                <w:rFonts w:ascii="Arial" w:hAnsi="Arial" w:cs="Arial"/>
                <w:color w:val="EE0000"/>
                <w:sz w:val="18"/>
                <w:szCs w:val="18"/>
              </w:rPr>
            </w:pPr>
          </w:p>
        </w:tc>
        <w:tc>
          <w:tcPr>
            <w:tcW w:w="992" w:type="dxa"/>
            <w:vAlign w:val="center"/>
          </w:tcPr>
          <w:p w14:paraId="79527EB0" w14:textId="77777777" w:rsidR="00516A5B" w:rsidRPr="00A56DF5" w:rsidRDefault="00516A5B" w:rsidP="00B25E14">
            <w:pPr>
              <w:rPr>
                <w:rFonts w:ascii="Arial" w:hAnsi="Arial" w:cs="Arial"/>
                <w:color w:val="EE0000"/>
                <w:sz w:val="18"/>
                <w:szCs w:val="18"/>
              </w:rPr>
            </w:pPr>
          </w:p>
        </w:tc>
      </w:tr>
      <w:tr w:rsidR="00516A5B" w:rsidRPr="00A56DF5" w14:paraId="00F62610" w14:textId="77777777" w:rsidTr="00674DB8">
        <w:tc>
          <w:tcPr>
            <w:tcW w:w="709" w:type="dxa"/>
            <w:vAlign w:val="center"/>
          </w:tcPr>
          <w:p w14:paraId="79E6F635"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2C803BFA"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Los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w:t>
            </w:r>
            <w:proofErr w:type="spellStart"/>
            <w:r w:rsidRPr="00CC390D">
              <w:rPr>
                <w:rFonts w:ascii="Arial" w:hAnsi="Arial" w:cs="Arial"/>
                <w:sz w:val="18"/>
                <w:szCs w:val="18"/>
              </w:rPr>
              <w:t>cords</w:t>
            </w:r>
            <w:proofErr w:type="spellEnd"/>
            <w:r w:rsidRPr="00CC390D">
              <w:rPr>
                <w:rFonts w:ascii="Arial" w:hAnsi="Arial" w:cs="Arial"/>
                <w:sz w:val="18"/>
                <w:szCs w:val="18"/>
              </w:rPr>
              <w:t xml:space="preserve"> deben estar disponibles con terminaciones 6A, compatibles entre categoría 6A a 5E.</w:t>
            </w:r>
          </w:p>
        </w:tc>
        <w:tc>
          <w:tcPr>
            <w:tcW w:w="993" w:type="dxa"/>
            <w:vAlign w:val="center"/>
          </w:tcPr>
          <w:p w14:paraId="4E89AEE0" w14:textId="77777777" w:rsidR="00516A5B" w:rsidRPr="00A56DF5" w:rsidRDefault="00516A5B" w:rsidP="00B25E14">
            <w:pPr>
              <w:rPr>
                <w:rFonts w:ascii="Arial" w:hAnsi="Arial" w:cs="Arial"/>
                <w:color w:val="EE0000"/>
                <w:sz w:val="18"/>
                <w:szCs w:val="18"/>
              </w:rPr>
            </w:pPr>
          </w:p>
        </w:tc>
        <w:tc>
          <w:tcPr>
            <w:tcW w:w="992" w:type="dxa"/>
            <w:vAlign w:val="center"/>
          </w:tcPr>
          <w:p w14:paraId="1306A50A" w14:textId="77777777" w:rsidR="00516A5B" w:rsidRPr="00A56DF5" w:rsidRDefault="00516A5B" w:rsidP="00B25E14">
            <w:pPr>
              <w:rPr>
                <w:rFonts w:ascii="Arial" w:hAnsi="Arial" w:cs="Arial"/>
                <w:color w:val="EE0000"/>
                <w:sz w:val="18"/>
                <w:szCs w:val="18"/>
              </w:rPr>
            </w:pPr>
          </w:p>
        </w:tc>
      </w:tr>
      <w:tr w:rsidR="00516A5B" w:rsidRPr="00A56DF5" w14:paraId="49CFBB6B" w14:textId="77777777" w:rsidTr="00674DB8">
        <w:tc>
          <w:tcPr>
            <w:tcW w:w="709" w:type="dxa"/>
            <w:vAlign w:val="center"/>
          </w:tcPr>
          <w:p w14:paraId="7E1ED47A"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7FCA5403"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No se aceptarán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w:t>
            </w:r>
            <w:proofErr w:type="spellStart"/>
            <w:r w:rsidRPr="00CC390D">
              <w:rPr>
                <w:rFonts w:ascii="Arial" w:hAnsi="Arial" w:cs="Arial"/>
                <w:sz w:val="18"/>
                <w:szCs w:val="18"/>
              </w:rPr>
              <w:t>Cord</w:t>
            </w:r>
            <w:proofErr w:type="spellEnd"/>
            <w:r w:rsidRPr="00CC390D">
              <w:rPr>
                <w:rFonts w:ascii="Arial" w:hAnsi="Arial" w:cs="Arial"/>
                <w:sz w:val="18"/>
                <w:szCs w:val="18"/>
              </w:rPr>
              <w:t xml:space="preserve"> fabricados localmente o a mano.</w:t>
            </w:r>
          </w:p>
        </w:tc>
        <w:tc>
          <w:tcPr>
            <w:tcW w:w="993" w:type="dxa"/>
            <w:vAlign w:val="center"/>
          </w:tcPr>
          <w:p w14:paraId="10060109" w14:textId="77777777" w:rsidR="00516A5B" w:rsidRPr="00A56DF5" w:rsidRDefault="00516A5B" w:rsidP="00B25E14">
            <w:pPr>
              <w:rPr>
                <w:rFonts w:ascii="Arial" w:hAnsi="Arial" w:cs="Arial"/>
                <w:color w:val="EE0000"/>
                <w:sz w:val="18"/>
                <w:szCs w:val="18"/>
              </w:rPr>
            </w:pPr>
          </w:p>
        </w:tc>
        <w:tc>
          <w:tcPr>
            <w:tcW w:w="992" w:type="dxa"/>
            <w:vAlign w:val="center"/>
          </w:tcPr>
          <w:p w14:paraId="5162792E" w14:textId="77777777" w:rsidR="00516A5B" w:rsidRPr="00A56DF5" w:rsidRDefault="00516A5B" w:rsidP="00B25E14">
            <w:pPr>
              <w:rPr>
                <w:rFonts w:ascii="Arial" w:hAnsi="Arial" w:cs="Arial"/>
                <w:color w:val="EE0000"/>
                <w:sz w:val="18"/>
                <w:szCs w:val="18"/>
              </w:rPr>
            </w:pPr>
          </w:p>
        </w:tc>
      </w:tr>
      <w:tr w:rsidR="00516A5B" w:rsidRPr="00A56DF5" w14:paraId="43482BB7" w14:textId="77777777" w:rsidTr="00674DB8">
        <w:tc>
          <w:tcPr>
            <w:tcW w:w="709" w:type="dxa"/>
            <w:vAlign w:val="center"/>
          </w:tcPr>
          <w:p w14:paraId="4155CC51"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138C0E1B"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Los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w:t>
            </w:r>
            <w:proofErr w:type="spellStart"/>
            <w:r w:rsidRPr="00CC390D">
              <w:rPr>
                <w:rFonts w:ascii="Arial" w:hAnsi="Arial" w:cs="Arial"/>
                <w:sz w:val="18"/>
                <w:szCs w:val="18"/>
              </w:rPr>
              <w:t>Cord</w:t>
            </w:r>
            <w:proofErr w:type="spellEnd"/>
            <w:r w:rsidRPr="00CC390D">
              <w:rPr>
                <w:rFonts w:ascii="Arial" w:hAnsi="Arial" w:cs="Arial"/>
                <w:sz w:val="18"/>
                <w:szCs w:val="18"/>
              </w:rPr>
              <w:t xml:space="preserve"> deberán ser originales de fábrica y </w:t>
            </w:r>
            <w:proofErr w:type="spellStart"/>
            <w:r w:rsidRPr="00CC390D">
              <w:rPr>
                <w:rFonts w:ascii="Arial" w:hAnsi="Arial" w:cs="Arial"/>
                <w:sz w:val="18"/>
                <w:szCs w:val="18"/>
              </w:rPr>
              <w:t>precertificados</w:t>
            </w:r>
            <w:proofErr w:type="spellEnd"/>
            <w:r w:rsidRPr="00CC390D">
              <w:rPr>
                <w:rFonts w:ascii="Arial" w:hAnsi="Arial" w:cs="Arial"/>
                <w:sz w:val="18"/>
                <w:szCs w:val="18"/>
              </w:rPr>
              <w:t xml:space="preserve"> por el fabricante.</w:t>
            </w:r>
          </w:p>
        </w:tc>
        <w:tc>
          <w:tcPr>
            <w:tcW w:w="993" w:type="dxa"/>
            <w:vAlign w:val="center"/>
          </w:tcPr>
          <w:p w14:paraId="7F05CAA4" w14:textId="77777777" w:rsidR="00516A5B" w:rsidRPr="00A56DF5" w:rsidRDefault="00516A5B" w:rsidP="00B25E14">
            <w:pPr>
              <w:rPr>
                <w:rFonts w:ascii="Arial" w:hAnsi="Arial" w:cs="Arial"/>
                <w:color w:val="EE0000"/>
                <w:sz w:val="18"/>
                <w:szCs w:val="18"/>
              </w:rPr>
            </w:pPr>
          </w:p>
        </w:tc>
        <w:tc>
          <w:tcPr>
            <w:tcW w:w="992" w:type="dxa"/>
            <w:vAlign w:val="center"/>
          </w:tcPr>
          <w:p w14:paraId="1C3BF58F" w14:textId="77777777" w:rsidR="00516A5B" w:rsidRPr="00A56DF5" w:rsidRDefault="00516A5B" w:rsidP="00B25E14">
            <w:pPr>
              <w:rPr>
                <w:rFonts w:ascii="Arial" w:hAnsi="Arial" w:cs="Arial"/>
                <w:color w:val="EE0000"/>
                <w:sz w:val="18"/>
                <w:szCs w:val="18"/>
              </w:rPr>
            </w:pPr>
          </w:p>
        </w:tc>
      </w:tr>
      <w:tr w:rsidR="00516A5B" w:rsidRPr="00A56DF5" w14:paraId="450A4850" w14:textId="77777777" w:rsidTr="00674DB8">
        <w:tc>
          <w:tcPr>
            <w:tcW w:w="709" w:type="dxa"/>
            <w:vAlign w:val="center"/>
          </w:tcPr>
          <w:p w14:paraId="42C1F13C"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255057E6"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Los </w:t>
            </w:r>
            <w:proofErr w:type="spellStart"/>
            <w:r w:rsidRPr="00CC390D">
              <w:rPr>
                <w:rFonts w:ascii="Arial" w:hAnsi="Arial" w:cs="Arial"/>
                <w:sz w:val="18"/>
                <w:szCs w:val="18"/>
              </w:rPr>
              <w:t>plugs</w:t>
            </w:r>
            <w:proofErr w:type="spellEnd"/>
            <w:r w:rsidRPr="00CC390D">
              <w:rPr>
                <w:rFonts w:ascii="Arial" w:hAnsi="Arial" w:cs="Arial"/>
                <w:sz w:val="18"/>
                <w:szCs w:val="18"/>
              </w:rPr>
              <w:t xml:space="preserve"> usados para los </w:t>
            </w:r>
            <w:proofErr w:type="spellStart"/>
            <w:r w:rsidRPr="00CC390D">
              <w:rPr>
                <w:rFonts w:ascii="Arial" w:hAnsi="Arial" w:cs="Arial"/>
                <w:sz w:val="18"/>
                <w:szCs w:val="18"/>
              </w:rPr>
              <w:t>Patch</w:t>
            </w:r>
            <w:proofErr w:type="spellEnd"/>
            <w:r w:rsidRPr="00CC390D">
              <w:rPr>
                <w:rFonts w:ascii="Arial" w:hAnsi="Arial" w:cs="Arial"/>
                <w:sz w:val="18"/>
                <w:szCs w:val="18"/>
              </w:rPr>
              <w:t xml:space="preserve"> </w:t>
            </w:r>
            <w:proofErr w:type="spellStart"/>
            <w:r w:rsidRPr="00CC390D">
              <w:rPr>
                <w:rFonts w:ascii="Arial" w:hAnsi="Arial" w:cs="Arial"/>
                <w:sz w:val="18"/>
                <w:szCs w:val="18"/>
              </w:rPr>
              <w:t>Cord</w:t>
            </w:r>
            <w:proofErr w:type="spellEnd"/>
            <w:r w:rsidRPr="00CC390D">
              <w:rPr>
                <w:rFonts w:ascii="Arial" w:hAnsi="Arial" w:cs="Arial"/>
                <w:sz w:val="18"/>
                <w:szCs w:val="18"/>
              </w:rPr>
              <w:t xml:space="preserve"> deben venir diseñados para que estos eviten trabarse al momento de conexión o desconexión de los equipos activos (Tarjetas de Red). </w:t>
            </w:r>
          </w:p>
        </w:tc>
        <w:tc>
          <w:tcPr>
            <w:tcW w:w="993" w:type="dxa"/>
            <w:vAlign w:val="center"/>
          </w:tcPr>
          <w:p w14:paraId="1648E8E0" w14:textId="77777777" w:rsidR="00516A5B" w:rsidRPr="00A56DF5" w:rsidRDefault="00516A5B" w:rsidP="00B25E14">
            <w:pPr>
              <w:rPr>
                <w:rFonts w:ascii="Arial" w:hAnsi="Arial" w:cs="Arial"/>
                <w:color w:val="EE0000"/>
                <w:sz w:val="18"/>
                <w:szCs w:val="18"/>
              </w:rPr>
            </w:pPr>
          </w:p>
        </w:tc>
        <w:tc>
          <w:tcPr>
            <w:tcW w:w="992" w:type="dxa"/>
            <w:vAlign w:val="center"/>
          </w:tcPr>
          <w:p w14:paraId="061A9672" w14:textId="77777777" w:rsidR="00516A5B" w:rsidRPr="00A56DF5" w:rsidRDefault="00516A5B" w:rsidP="00B25E14">
            <w:pPr>
              <w:rPr>
                <w:rFonts w:ascii="Arial" w:hAnsi="Arial" w:cs="Arial"/>
                <w:color w:val="EE0000"/>
                <w:sz w:val="18"/>
                <w:szCs w:val="18"/>
              </w:rPr>
            </w:pPr>
          </w:p>
        </w:tc>
      </w:tr>
      <w:tr w:rsidR="00516A5B" w:rsidRPr="00A56DF5" w14:paraId="467DFD4E" w14:textId="77777777" w:rsidTr="00674DB8">
        <w:tc>
          <w:tcPr>
            <w:tcW w:w="709" w:type="dxa"/>
            <w:vAlign w:val="center"/>
          </w:tcPr>
          <w:p w14:paraId="3685080B"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289265D0"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Contactos de conexión con acabado en oro de 50 micro pulgadas</w:t>
            </w:r>
          </w:p>
        </w:tc>
        <w:tc>
          <w:tcPr>
            <w:tcW w:w="993" w:type="dxa"/>
            <w:vAlign w:val="center"/>
          </w:tcPr>
          <w:p w14:paraId="1358B1E9" w14:textId="77777777" w:rsidR="00516A5B" w:rsidRPr="00A56DF5" w:rsidRDefault="00516A5B" w:rsidP="00B25E14">
            <w:pPr>
              <w:rPr>
                <w:rFonts w:ascii="Arial" w:hAnsi="Arial" w:cs="Arial"/>
                <w:color w:val="EE0000"/>
                <w:sz w:val="18"/>
                <w:szCs w:val="18"/>
              </w:rPr>
            </w:pPr>
          </w:p>
        </w:tc>
        <w:tc>
          <w:tcPr>
            <w:tcW w:w="992" w:type="dxa"/>
            <w:vAlign w:val="center"/>
          </w:tcPr>
          <w:p w14:paraId="4CADE6D9" w14:textId="77777777" w:rsidR="00516A5B" w:rsidRPr="00A56DF5" w:rsidRDefault="00516A5B" w:rsidP="00B25E14">
            <w:pPr>
              <w:rPr>
                <w:rFonts w:ascii="Arial" w:hAnsi="Arial" w:cs="Arial"/>
                <w:color w:val="EE0000"/>
                <w:sz w:val="18"/>
                <w:szCs w:val="18"/>
              </w:rPr>
            </w:pPr>
          </w:p>
        </w:tc>
      </w:tr>
      <w:tr w:rsidR="00516A5B" w:rsidRPr="00A56DF5" w14:paraId="6B546577" w14:textId="77777777" w:rsidTr="00674DB8">
        <w:tc>
          <w:tcPr>
            <w:tcW w:w="709" w:type="dxa"/>
            <w:vAlign w:val="center"/>
          </w:tcPr>
          <w:p w14:paraId="6A6B7772"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37D22FA6"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Los </w:t>
            </w:r>
            <w:proofErr w:type="spellStart"/>
            <w:r w:rsidRPr="00CC390D">
              <w:rPr>
                <w:rFonts w:ascii="Arial" w:hAnsi="Arial" w:cs="Arial"/>
                <w:sz w:val="18"/>
                <w:szCs w:val="18"/>
              </w:rPr>
              <w:t>plugs</w:t>
            </w:r>
            <w:proofErr w:type="spellEnd"/>
            <w:r w:rsidRPr="00CC390D">
              <w:rPr>
                <w:rFonts w:ascii="Arial" w:hAnsi="Arial" w:cs="Arial"/>
                <w:sz w:val="18"/>
                <w:szCs w:val="18"/>
              </w:rPr>
              <w:t xml:space="preserve"> deberán permitir una cantidad de ciclos de inserción (mayor) &gt; a 1700.</w:t>
            </w:r>
          </w:p>
        </w:tc>
        <w:tc>
          <w:tcPr>
            <w:tcW w:w="993" w:type="dxa"/>
            <w:vAlign w:val="center"/>
          </w:tcPr>
          <w:p w14:paraId="157AC7FA" w14:textId="77777777" w:rsidR="00516A5B" w:rsidRPr="00A56DF5" w:rsidRDefault="00516A5B" w:rsidP="00B25E14">
            <w:pPr>
              <w:rPr>
                <w:rFonts w:ascii="Arial" w:hAnsi="Arial" w:cs="Arial"/>
                <w:color w:val="EE0000"/>
                <w:sz w:val="18"/>
                <w:szCs w:val="18"/>
              </w:rPr>
            </w:pPr>
          </w:p>
        </w:tc>
        <w:tc>
          <w:tcPr>
            <w:tcW w:w="992" w:type="dxa"/>
            <w:vAlign w:val="center"/>
          </w:tcPr>
          <w:p w14:paraId="22567F0A" w14:textId="77777777" w:rsidR="00516A5B" w:rsidRPr="00A56DF5" w:rsidRDefault="00516A5B" w:rsidP="00B25E14">
            <w:pPr>
              <w:rPr>
                <w:rFonts w:ascii="Arial" w:hAnsi="Arial" w:cs="Arial"/>
                <w:color w:val="EE0000"/>
                <w:sz w:val="18"/>
                <w:szCs w:val="18"/>
              </w:rPr>
            </w:pPr>
          </w:p>
        </w:tc>
      </w:tr>
      <w:tr w:rsidR="00516A5B" w:rsidRPr="00A56DF5" w14:paraId="49E9E0B1" w14:textId="77777777" w:rsidTr="00674DB8">
        <w:tc>
          <w:tcPr>
            <w:tcW w:w="709" w:type="dxa"/>
            <w:vAlign w:val="center"/>
          </w:tcPr>
          <w:p w14:paraId="1FC58756"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77E5A084"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 xml:space="preserve">Utilizar cable </w:t>
            </w:r>
            <w:proofErr w:type="spellStart"/>
            <w:r w:rsidRPr="00CC390D">
              <w:rPr>
                <w:rFonts w:ascii="Arial" w:hAnsi="Arial" w:cs="Arial"/>
                <w:sz w:val="18"/>
                <w:szCs w:val="18"/>
              </w:rPr>
              <w:t>multifilar</w:t>
            </w:r>
            <w:proofErr w:type="spellEnd"/>
            <w:r w:rsidRPr="00CC390D">
              <w:rPr>
                <w:rFonts w:ascii="Arial" w:hAnsi="Arial" w:cs="Arial"/>
                <w:sz w:val="18"/>
                <w:szCs w:val="18"/>
              </w:rPr>
              <w:t xml:space="preserve"> para un desempeño de transmisión óptima que elimine la diafonía exógena (</w:t>
            </w:r>
            <w:proofErr w:type="spellStart"/>
            <w:r w:rsidRPr="00CC390D">
              <w:rPr>
                <w:rFonts w:ascii="Arial" w:hAnsi="Arial" w:cs="Arial"/>
                <w:sz w:val="18"/>
                <w:szCs w:val="18"/>
              </w:rPr>
              <w:t>Alien</w:t>
            </w:r>
            <w:proofErr w:type="spellEnd"/>
            <w:r w:rsidRPr="00CC390D">
              <w:rPr>
                <w:rFonts w:ascii="Arial" w:hAnsi="Arial" w:cs="Arial"/>
                <w:sz w:val="18"/>
                <w:szCs w:val="18"/>
              </w:rPr>
              <w:t xml:space="preserve"> </w:t>
            </w:r>
            <w:proofErr w:type="spellStart"/>
            <w:r w:rsidRPr="00CC390D">
              <w:rPr>
                <w:rFonts w:ascii="Arial" w:hAnsi="Arial" w:cs="Arial"/>
                <w:sz w:val="18"/>
                <w:szCs w:val="18"/>
              </w:rPr>
              <w:t>Crosstalk</w:t>
            </w:r>
            <w:proofErr w:type="spellEnd"/>
            <w:r w:rsidRPr="00CC390D">
              <w:rPr>
                <w:rFonts w:ascii="Arial" w:hAnsi="Arial" w:cs="Arial"/>
                <w:sz w:val="18"/>
                <w:szCs w:val="18"/>
              </w:rPr>
              <w:t>)</w:t>
            </w:r>
          </w:p>
        </w:tc>
        <w:tc>
          <w:tcPr>
            <w:tcW w:w="993" w:type="dxa"/>
            <w:vAlign w:val="center"/>
          </w:tcPr>
          <w:p w14:paraId="3F4BE396" w14:textId="77777777" w:rsidR="00516A5B" w:rsidRPr="00A56DF5" w:rsidRDefault="00516A5B" w:rsidP="00B25E14">
            <w:pPr>
              <w:rPr>
                <w:rFonts w:ascii="Arial" w:hAnsi="Arial" w:cs="Arial"/>
                <w:color w:val="EE0000"/>
                <w:sz w:val="18"/>
                <w:szCs w:val="18"/>
              </w:rPr>
            </w:pPr>
          </w:p>
        </w:tc>
        <w:tc>
          <w:tcPr>
            <w:tcW w:w="992" w:type="dxa"/>
            <w:vAlign w:val="center"/>
          </w:tcPr>
          <w:p w14:paraId="5D66C03E" w14:textId="77777777" w:rsidR="00516A5B" w:rsidRPr="00A56DF5" w:rsidRDefault="00516A5B" w:rsidP="00B25E14">
            <w:pPr>
              <w:rPr>
                <w:rFonts w:ascii="Arial" w:hAnsi="Arial" w:cs="Arial"/>
                <w:color w:val="EE0000"/>
                <w:sz w:val="18"/>
                <w:szCs w:val="18"/>
              </w:rPr>
            </w:pPr>
          </w:p>
        </w:tc>
      </w:tr>
      <w:tr w:rsidR="00516A5B" w:rsidRPr="00A56DF5" w14:paraId="073BDCD7" w14:textId="77777777" w:rsidTr="00674DB8">
        <w:tc>
          <w:tcPr>
            <w:tcW w:w="709" w:type="dxa"/>
            <w:vAlign w:val="center"/>
          </w:tcPr>
          <w:p w14:paraId="2C5DBBCC"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22FA3E41"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El forro debe ser continuo, sin porosidades u otras imperfecciones, con especificación de su cubierta o chaqueta tipo LSZH-3 o LS0H-3.</w:t>
            </w:r>
          </w:p>
        </w:tc>
        <w:tc>
          <w:tcPr>
            <w:tcW w:w="993" w:type="dxa"/>
            <w:vAlign w:val="center"/>
          </w:tcPr>
          <w:p w14:paraId="7532FF7A" w14:textId="77777777" w:rsidR="00516A5B" w:rsidRPr="00A56DF5" w:rsidRDefault="00516A5B" w:rsidP="00B25E14">
            <w:pPr>
              <w:rPr>
                <w:rFonts w:ascii="Arial" w:hAnsi="Arial" w:cs="Arial"/>
                <w:color w:val="EE0000"/>
                <w:sz w:val="18"/>
                <w:szCs w:val="18"/>
              </w:rPr>
            </w:pPr>
          </w:p>
        </w:tc>
        <w:tc>
          <w:tcPr>
            <w:tcW w:w="992" w:type="dxa"/>
            <w:vAlign w:val="center"/>
          </w:tcPr>
          <w:p w14:paraId="407FF08B" w14:textId="77777777" w:rsidR="00516A5B" w:rsidRPr="00A56DF5" w:rsidRDefault="00516A5B" w:rsidP="00B25E14">
            <w:pPr>
              <w:rPr>
                <w:rFonts w:ascii="Arial" w:hAnsi="Arial" w:cs="Arial"/>
                <w:color w:val="EE0000"/>
                <w:sz w:val="18"/>
                <w:szCs w:val="18"/>
              </w:rPr>
            </w:pPr>
          </w:p>
        </w:tc>
      </w:tr>
      <w:tr w:rsidR="00516A5B" w:rsidRPr="00A56DF5" w14:paraId="5386B87E" w14:textId="77777777" w:rsidTr="00674DB8">
        <w:tc>
          <w:tcPr>
            <w:tcW w:w="709" w:type="dxa"/>
            <w:vAlign w:val="center"/>
          </w:tcPr>
          <w:p w14:paraId="1E93DD81"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29A55696"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El conector debe contener circuito impreso PCB, fin evitar pérdidas por cruces de pares destrenzado.</w:t>
            </w:r>
          </w:p>
        </w:tc>
        <w:tc>
          <w:tcPr>
            <w:tcW w:w="993" w:type="dxa"/>
            <w:vAlign w:val="center"/>
          </w:tcPr>
          <w:p w14:paraId="46F77F39" w14:textId="77777777" w:rsidR="00516A5B" w:rsidRPr="00A56DF5" w:rsidRDefault="00516A5B" w:rsidP="00B25E14">
            <w:pPr>
              <w:rPr>
                <w:rFonts w:ascii="Arial" w:hAnsi="Arial" w:cs="Arial"/>
                <w:color w:val="EE0000"/>
                <w:sz w:val="18"/>
                <w:szCs w:val="18"/>
              </w:rPr>
            </w:pPr>
          </w:p>
        </w:tc>
        <w:tc>
          <w:tcPr>
            <w:tcW w:w="992" w:type="dxa"/>
            <w:vAlign w:val="center"/>
          </w:tcPr>
          <w:p w14:paraId="1FD89988" w14:textId="77777777" w:rsidR="00516A5B" w:rsidRPr="00A56DF5" w:rsidRDefault="00516A5B" w:rsidP="00B25E14">
            <w:pPr>
              <w:rPr>
                <w:rFonts w:ascii="Arial" w:hAnsi="Arial" w:cs="Arial"/>
                <w:color w:val="EE0000"/>
                <w:sz w:val="18"/>
                <w:szCs w:val="18"/>
              </w:rPr>
            </w:pPr>
          </w:p>
        </w:tc>
      </w:tr>
      <w:tr w:rsidR="00516A5B" w:rsidRPr="00A56DF5" w14:paraId="154D09DC" w14:textId="77777777" w:rsidTr="00674DB8">
        <w:tc>
          <w:tcPr>
            <w:tcW w:w="709" w:type="dxa"/>
            <w:vAlign w:val="center"/>
          </w:tcPr>
          <w:p w14:paraId="72609B8D"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7F3C71FF" w14:textId="77777777" w:rsidR="00516A5B" w:rsidRPr="0065206D" w:rsidRDefault="00516A5B" w:rsidP="00B25E14">
            <w:pPr>
              <w:jc w:val="both"/>
              <w:rPr>
                <w:rFonts w:ascii="Arial" w:hAnsi="Arial" w:cs="Arial"/>
                <w:sz w:val="18"/>
                <w:szCs w:val="18"/>
              </w:rPr>
            </w:pPr>
            <w:r w:rsidRPr="00CC390D">
              <w:rPr>
                <w:rFonts w:ascii="Arial" w:hAnsi="Arial" w:cs="Arial"/>
                <w:sz w:val="18"/>
                <w:szCs w:val="18"/>
              </w:rPr>
              <w:t>Serán de la misma marca del cable 6A F/UTP a contratar.</w:t>
            </w:r>
          </w:p>
        </w:tc>
        <w:tc>
          <w:tcPr>
            <w:tcW w:w="993" w:type="dxa"/>
            <w:vAlign w:val="center"/>
          </w:tcPr>
          <w:p w14:paraId="4CEE348E" w14:textId="77777777" w:rsidR="00516A5B" w:rsidRPr="00A56DF5" w:rsidRDefault="00516A5B" w:rsidP="00B25E14">
            <w:pPr>
              <w:rPr>
                <w:rFonts w:ascii="Arial" w:hAnsi="Arial" w:cs="Arial"/>
                <w:color w:val="EE0000"/>
                <w:sz w:val="18"/>
                <w:szCs w:val="18"/>
              </w:rPr>
            </w:pPr>
          </w:p>
        </w:tc>
        <w:tc>
          <w:tcPr>
            <w:tcW w:w="992" w:type="dxa"/>
            <w:vAlign w:val="center"/>
          </w:tcPr>
          <w:p w14:paraId="6962FB3C" w14:textId="77777777" w:rsidR="00516A5B" w:rsidRPr="00A56DF5" w:rsidRDefault="00516A5B" w:rsidP="00B25E14">
            <w:pPr>
              <w:rPr>
                <w:rFonts w:ascii="Arial" w:hAnsi="Arial" w:cs="Arial"/>
                <w:color w:val="EE0000"/>
                <w:sz w:val="18"/>
                <w:szCs w:val="18"/>
              </w:rPr>
            </w:pPr>
          </w:p>
        </w:tc>
      </w:tr>
      <w:tr w:rsidR="00516A5B" w:rsidRPr="00A56DF5" w14:paraId="66701178" w14:textId="77777777" w:rsidTr="00674DB8">
        <w:tc>
          <w:tcPr>
            <w:tcW w:w="709" w:type="dxa"/>
            <w:vAlign w:val="center"/>
          </w:tcPr>
          <w:p w14:paraId="47800753" w14:textId="77777777" w:rsidR="00516A5B" w:rsidRPr="0065206D" w:rsidRDefault="00516A5B">
            <w:pPr>
              <w:pStyle w:val="Prrafodelista"/>
              <w:numPr>
                <w:ilvl w:val="0"/>
                <w:numId w:val="29"/>
              </w:numPr>
              <w:ind w:left="473"/>
              <w:jc w:val="center"/>
              <w:rPr>
                <w:rFonts w:ascii="Arial" w:hAnsi="Arial" w:cs="Arial"/>
                <w:sz w:val="18"/>
                <w:szCs w:val="18"/>
              </w:rPr>
            </w:pPr>
          </w:p>
        </w:tc>
        <w:tc>
          <w:tcPr>
            <w:tcW w:w="7796" w:type="dxa"/>
            <w:gridSpan w:val="2"/>
          </w:tcPr>
          <w:p w14:paraId="15A5E328" w14:textId="77777777" w:rsidR="00516A5B" w:rsidRPr="00CC390D" w:rsidRDefault="00516A5B" w:rsidP="00B25E14">
            <w:pPr>
              <w:jc w:val="both"/>
              <w:rPr>
                <w:rFonts w:ascii="Arial" w:hAnsi="Arial" w:cs="Arial"/>
                <w:sz w:val="18"/>
                <w:szCs w:val="18"/>
              </w:rPr>
            </w:pPr>
            <w:r w:rsidRPr="00CC390D">
              <w:rPr>
                <w:rFonts w:ascii="Arial" w:hAnsi="Arial" w:cs="Arial"/>
                <w:sz w:val="18"/>
                <w:szCs w:val="18"/>
              </w:rPr>
              <w:t>Deberá relacionar URL o enlace web del fabricante del producto con dominio .</w:t>
            </w:r>
            <w:proofErr w:type="spellStart"/>
            <w:r w:rsidRPr="00CC390D">
              <w:rPr>
                <w:rFonts w:ascii="Arial" w:hAnsi="Arial" w:cs="Arial"/>
                <w:sz w:val="18"/>
                <w:szCs w:val="18"/>
              </w:rPr>
              <w:t>com</w:t>
            </w:r>
            <w:proofErr w:type="spellEnd"/>
            <w:r w:rsidRPr="00CC390D">
              <w:rPr>
                <w:rFonts w:ascii="Arial" w:hAnsi="Arial" w:cs="Arial"/>
                <w:sz w:val="18"/>
                <w:szCs w:val="18"/>
              </w:rPr>
              <w:t xml:space="preserve">, donde se posible la verificación de la ficha técnica aportada en cada uno de sus </w:t>
            </w:r>
            <w:proofErr w:type="spellStart"/>
            <w:r w:rsidRPr="00CC390D">
              <w:rPr>
                <w:rFonts w:ascii="Arial" w:hAnsi="Arial" w:cs="Arial"/>
                <w:sz w:val="18"/>
                <w:szCs w:val="18"/>
              </w:rPr>
              <w:t>item</w:t>
            </w:r>
            <w:proofErr w:type="spellEnd"/>
            <w:r w:rsidRPr="00CC390D">
              <w:rPr>
                <w:rFonts w:ascii="Arial" w:hAnsi="Arial" w:cs="Arial"/>
                <w:sz w:val="18"/>
                <w:szCs w:val="18"/>
              </w:rPr>
              <w:t>:</w:t>
            </w:r>
          </w:p>
          <w:p w14:paraId="18082D81" w14:textId="77777777" w:rsidR="00516A5B" w:rsidRDefault="00516A5B" w:rsidP="00B25E14">
            <w:pPr>
              <w:jc w:val="both"/>
              <w:rPr>
                <w:rFonts w:ascii="Arial" w:hAnsi="Arial" w:cs="Arial"/>
                <w:sz w:val="18"/>
                <w:szCs w:val="18"/>
              </w:rPr>
            </w:pPr>
            <w:r w:rsidRPr="00CC390D">
              <w:rPr>
                <w:rFonts w:ascii="Arial" w:hAnsi="Arial" w:cs="Arial"/>
                <w:sz w:val="18"/>
                <w:szCs w:val="18"/>
              </w:rPr>
              <w:t>______________________________________________________________</w:t>
            </w:r>
          </w:p>
          <w:p w14:paraId="0CC67BA4" w14:textId="77777777" w:rsidR="00516A5B" w:rsidRPr="0065206D" w:rsidRDefault="00516A5B" w:rsidP="00B25E14">
            <w:pPr>
              <w:jc w:val="both"/>
              <w:rPr>
                <w:rFonts w:ascii="Arial" w:hAnsi="Arial" w:cs="Arial"/>
                <w:sz w:val="18"/>
                <w:szCs w:val="18"/>
              </w:rPr>
            </w:pPr>
          </w:p>
        </w:tc>
        <w:tc>
          <w:tcPr>
            <w:tcW w:w="993" w:type="dxa"/>
            <w:vAlign w:val="center"/>
          </w:tcPr>
          <w:p w14:paraId="35820AE3" w14:textId="77777777" w:rsidR="00516A5B" w:rsidRPr="00A56DF5" w:rsidRDefault="00516A5B" w:rsidP="00B25E14">
            <w:pPr>
              <w:rPr>
                <w:rFonts w:ascii="Arial" w:hAnsi="Arial" w:cs="Arial"/>
                <w:color w:val="EE0000"/>
                <w:sz w:val="18"/>
                <w:szCs w:val="18"/>
              </w:rPr>
            </w:pPr>
          </w:p>
        </w:tc>
        <w:tc>
          <w:tcPr>
            <w:tcW w:w="992" w:type="dxa"/>
            <w:vAlign w:val="center"/>
          </w:tcPr>
          <w:p w14:paraId="58E864CE" w14:textId="77777777" w:rsidR="00516A5B" w:rsidRPr="00A56DF5" w:rsidRDefault="00516A5B" w:rsidP="00B25E14">
            <w:pPr>
              <w:rPr>
                <w:rFonts w:ascii="Arial" w:hAnsi="Arial" w:cs="Arial"/>
                <w:color w:val="EE0000"/>
                <w:sz w:val="18"/>
                <w:szCs w:val="18"/>
              </w:rPr>
            </w:pPr>
          </w:p>
        </w:tc>
      </w:tr>
      <w:tr w:rsidR="00516A5B" w:rsidRPr="00A56DF5" w14:paraId="0ED3E112" w14:textId="77777777" w:rsidTr="00674DB8">
        <w:tc>
          <w:tcPr>
            <w:tcW w:w="709" w:type="dxa"/>
            <w:vAlign w:val="center"/>
          </w:tcPr>
          <w:p w14:paraId="745B123D" w14:textId="77777777" w:rsidR="00516A5B" w:rsidRPr="008C4D7F" w:rsidRDefault="00516A5B" w:rsidP="00B25E14">
            <w:pPr>
              <w:jc w:val="center"/>
              <w:rPr>
                <w:rFonts w:ascii="Arial" w:hAnsi="Arial" w:cs="Arial"/>
                <w:b/>
                <w:bCs/>
                <w:sz w:val="18"/>
                <w:szCs w:val="18"/>
              </w:rPr>
            </w:pPr>
            <w:r w:rsidRPr="008C4D7F">
              <w:rPr>
                <w:rFonts w:ascii="Arial" w:hAnsi="Arial" w:cs="Arial"/>
                <w:b/>
                <w:bCs/>
                <w:sz w:val="18"/>
                <w:szCs w:val="18"/>
              </w:rPr>
              <w:t>10</w:t>
            </w:r>
          </w:p>
        </w:tc>
        <w:tc>
          <w:tcPr>
            <w:tcW w:w="7796" w:type="dxa"/>
            <w:gridSpan w:val="2"/>
          </w:tcPr>
          <w:p w14:paraId="64D7B2B5" w14:textId="77777777" w:rsidR="00516A5B" w:rsidRPr="006C679B" w:rsidRDefault="00516A5B" w:rsidP="00B25E14">
            <w:pPr>
              <w:jc w:val="both"/>
              <w:rPr>
                <w:rFonts w:ascii="Arial" w:hAnsi="Arial" w:cs="Arial"/>
                <w:b/>
                <w:bCs/>
                <w:sz w:val="18"/>
                <w:szCs w:val="18"/>
              </w:rPr>
            </w:pPr>
            <w:r w:rsidRPr="007574D6">
              <w:rPr>
                <w:rFonts w:ascii="Arial" w:hAnsi="Arial" w:cs="Arial"/>
                <w:b/>
                <w:bCs/>
                <w:sz w:val="18"/>
                <w:szCs w:val="18"/>
              </w:rPr>
              <w:t>BANDEJA TIPO MALLA 5,4 cm x 30 cm x 300 Cm PARA ANCLAJE A TECHO</w:t>
            </w:r>
          </w:p>
        </w:tc>
        <w:tc>
          <w:tcPr>
            <w:tcW w:w="993" w:type="dxa"/>
            <w:vAlign w:val="center"/>
          </w:tcPr>
          <w:p w14:paraId="41EFB008" w14:textId="77777777" w:rsidR="00516A5B" w:rsidRPr="00A56DF5" w:rsidRDefault="00516A5B" w:rsidP="00B25E14">
            <w:pPr>
              <w:rPr>
                <w:rFonts w:ascii="Arial" w:hAnsi="Arial" w:cs="Arial"/>
                <w:color w:val="EE0000"/>
                <w:sz w:val="18"/>
                <w:szCs w:val="18"/>
              </w:rPr>
            </w:pPr>
          </w:p>
        </w:tc>
        <w:tc>
          <w:tcPr>
            <w:tcW w:w="992" w:type="dxa"/>
            <w:vAlign w:val="center"/>
          </w:tcPr>
          <w:p w14:paraId="2340FA6D" w14:textId="77777777" w:rsidR="00516A5B" w:rsidRPr="00A56DF5" w:rsidRDefault="00516A5B" w:rsidP="00B25E14">
            <w:pPr>
              <w:rPr>
                <w:rFonts w:ascii="Arial" w:hAnsi="Arial" w:cs="Arial"/>
                <w:color w:val="EE0000"/>
                <w:sz w:val="18"/>
                <w:szCs w:val="18"/>
              </w:rPr>
            </w:pPr>
          </w:p>
        </w:tc>
      </w:tr>
      <w:tr w:rsidR="00516A5B" w:rsidRPr="00A56DF5" w14:paraId="2F2A39A9" w14:textId="77777777" w:rsidTr="00674DB8">
        <w:tc>
          <w:tcPr>
            <w:tcW w:w="709" w:type="dxa"/>
            <w:vAlign w:val="center"/>
          </w:tcPr>
          <w:p w14:paraId="716E2F3A" w14:textId="77777777" w:rsidR="00516A5B" w:rsidRPr="00B64BC5" w:rsidRDefault="00516A5B">
            <w:pPr>
              <w:pStyle w:val="Prrafodelista"/>
              <w:numPr>
                <w:ilvl w:val="0"/>
                <w:numId w:val="30"/>
              </w:numPr>
              <w:ind w:left="417"/>
              <w:jc w:val="center"/>
              <w:rPr>
                <w:rFonts w:ascii="Arial" w:hAnsi="Arial" w:cs="Arial"/>
                <w:sz w:val="18"/>
                <w:szCs w:val="18"/>
              </w:rPr>
            </w:pPr>
          </w:p>
        </w:tc>
        <w:tc>
          <w:tcPr>
            <w:tcW w:w="1696" w:type="dxa"/>
            <w:vAlign w:val="center"/>
          </w:tcPr>
          <w:p w14:paraId="2B16AD0C" w14:textId="77777777" w:rsidR="00516A5B" w:rsidRPr="0065206D" w:rsidRDefault="00516A5B" w:rsidP="00B25E14">
            <w:pPr>
              <w:rPr>
                <w:rFonts w:ascii="Arial" w:hAnsi="Arial" w:cs="Arial"/>
                <w:sz w:val="18"/>
                <w:szCs w:val="18"/>
              </w:rPr>
            </w:pPr>
            <w:r>
              <w:rPr>
                <w:rFonts w:ascii="Arial" w:hAnsi="Arial" w:cs="Arial"/>
                <w:sz w:val="18"/>
                <w:szCs w:val="18"/>
              </w:rPr>
              <w:t>Marca:</w:t>
            </w:r>
          </w:p>
        </w:tc>
        <w:tc>
          <w:tcPr>
            <w:tcW w:w="6100" w:type="dxa"/>
          </w:tcPr>
          <w:p w14:paraId="1FF96B45" w14:textId="77777777" w:rsidR="00516A5B" w:rsidRPr="0065206D" w:rsidRDefault="00516A5B" w:rsidP="00B25E14">
            <w:pPr>
              <w:jc w:val="both"/>
              <w:rPr>
                <w:rFonts w:ascii="Arial" w:hAnsi="Arial" w:cs="Arial"/>
                <w:sz w:val="18"/>
                <w:szCs w:val="18"/>
              </w:rPr>
            </w:pPr>
          </w:p>
        </w:tc>
        <w:tc>
          <w:tcPr>
            <w:tcW w:w="993" w:type="dxa"/>
            <w:vAlign w:val="center"/>
          </w:tcPr>
          <w:p w14:paraId="3E94FB9A" w14:textId="77777777" w:rsidR="00516A5B" w:rsidRPr="00A56DF5" w:rsidRDefault="00516A5B" w:rsidP="00B25E14">
            <w:pPr>
              <w:rPr>
                <w:rFonts w:ascii="Arial" w:hAnsi="Arial" w:cs="Arial"/>
                <w:color w:val="EE0000"/>
                <w:sz w:val="18"/>
                <w:szCs w:val="18"/>
              </w:rPr>
            </w:pPr>
          </w:p>
        </w:tc>
        <w:tc>
          <w:tcPr>
            <w:tcW w:w="992" w:type="dxa"/>
            <w:vAlign w:val="center"/>
          </w:tcPr>
          <w:p w14:paraId="74850BFF" w14:textId="77777777" w:rsidR="00516A5B" w:rsidRPr="00A56DF5" w:rsidRDefault="00516A5B" w:rsidP="00B25E14">
            <w:pPr>
              <w:rPr>
                <w:rFonts w:ascii="Arial" w:hAnsi="Arial" w:cs="Arial"/>
                <w:color w:val="EE0000"/>
                <w:sz w:val="18"/>
                <w:szCs w:val="18"/>
              </w:rPr>
            </w:pPr>
          </w:p>
        </w:tc>
      </w:tr>
      <w:tr w:rsidR="00516A5B" w:rsidRPr="00A56DF5" w14:paraId="33C3C45E" w14:textId="77777777" w:rsidTr="00674DB8">
        <w:tc>
          <w:tcPr>
            <w:tcW w:w="709" w:type="dxa"/>
            <w:vAlign w:val="center"/>
          </w:tcPr>
          <w:p w14:paraId="01F2E456" w14:textId="77777777" w:rsidR="00516A5B" w:rsidRPr="0065206D" w:rsidRDefault="00516A5B">
            <w:pPr>
              <w:pStyle w:val="Prrafodelista"/>
              <w:numPr>
                <w:ilvl w:val="0"/>
                <w:numId w:val="30"/>
              </w:numPr>
              <w:ind w:left="417"/>
              <w:jc w:val="center"/>
              <w:rPr>
                <w:rFonts w:ascii="Arial" w:hAnsi="Arial" w:cs="Arial"/>
                <w:sz w:val="18"/>
                <w:szCs w:val="18"/>
              </w:rPr>
            </w:pPr>
          </w:p>
        </w:tc>
        <w:tc>
          <w:tcPr>
            <w:tcW w:w="1696" w:type="dxa"/>
            <w:vAlign w:val="center"/>
          </w:tcPr>
          <w:p w14:paraId="5E2E65D9" w14:textId="77777777" w:rsidR="00516A5B" w:rsidRPr="0065206D" w:rsidRDefault="00516A5B" w:rsidP="00B25E14">
            <w:pPr>
              <w:rPr>
                <w:rFonts w:ascii="Arial" w:hAnsi="Arial" w:cs="Arial"/>
                <w:sz w:val="18"/>
                <w:szCs w:val="18"/>
              </w:rPr>
            </w:pPr>
            <w:r w:rsidRPr="00CC390D">
              <w:rPr>
                <w:rFonts w:ascii="Arial" w:hAnsi="Arial" w:cs="Arial"/>
                <w:sz w:val="18"/>
                <w:szCs w:val="18"/>
              </w:rPr>
              <w:t>Referencia:</w:t>
            </w:r>
          </w:p>
        </w:tc>
        <w:tc>
          <w:tcPr>
            <w:tcW w:w="6100" w:type="dxa"/>
          </w:tcPr>
          <w:p w14:paraId="35060EED" w14:textId="77777777" w:rsidR="00516A5B" w:rsidRPr="0065206D" w:rsidRDefault="00516A5B" w:rsidP="00B25E14">
            <w:pPr>
              <w:jc w:val="both"/>
              <w:rPr>
                <w:rFonts w:ascii="Arial" w:hAnsi="Arial" w:cs="Arial"/>
                <w:sz w:val="18"/>
                <w:szCs w:val="18"/>
              </w:rPr>
            </w:pPr>
          </w:p>
        </w:tc>
        <w:tc>
          <w:tcPr>
            <w:tcW w:w="993" w:type="dxa"/>
            <w:vAlign w:val="center"/>
          </w:tcPr>
          <w:p w14:paraId="44776374" w14:textId="77777777" w:rsidR="00516A5B" w:rsidRPr="00A56DF5" w:rsidRDefault="00516A5B" w:rsidP="00B25E14">
            <w:pPr>
              <w:rPr>
                <w:rFonts w:ascii="Arial" w:hAnsi="Arial" w:cs="Arial"/>
                <w:color w:val="EE0000"/>
                <w:sz w:val="18"/>
                <w:szCs w:val="18"/>
              </w:rPr>
            </w:pPr>
          </w:p>
        </w:tc>
        <w:tc>
          <w:tcPr>
            <w:tcW w:w="992" w:type="dxa"/>
            <w:vAlign w:val="center"/>
          </w:tcPr>
          <w:p w14:paraId="332F2C50" w14:textId="77777777" w:rsidR="00516A5B" w:rsidRPr="00A56DF5" w:rsidRDefault="00516A5B" w:rsidP="00B25E14">
            <w:pPr>
              <w:rPr>
                <w:rFonts w:ascii="Arial" w:hAnsi="Arial" w:cs="Arial"/>
                <w:color w:val="EE0000"/>
                <w:sz w:val="18"/>
                <w:szCs w:val="18"/>
              </w:rPr>
            </w:pPr>
          </w:p>
        </w:tc>
      </w:tr>
      <w:tr w:rsidR="00516A5B" w:rsidRPr="00A56DF5" w14:paraId="29518F0E" w14:textId="77777777" w:rsidTr="00674DB8">
        <w:tc>
          <w:tcPr>
            <w:tcW w:w="709" w:type="dxa"/>
            <w:vAlign w:val="center"/>
          </w:tcPr>
          <w:p w14:paraId="785112AD" w14:textId="77777777" w:rsidR="00516A5B" w:rsidRPr="0065206D" w:rsidRDefault="00516A5B">
            <w:pPr>
              <w:pStyle w:val="Prrafodelista"/>
              <w:numPr>
                <w:ilvl w:val="0"/>
                <w:numId w:val="30"/>
              </w:numPr>
              <w:ind w:left="417"/>
              <w:jc w:val="center"/>
              <w:rPr>
                <w:rFonts w:ascii="Arial" w:hAnsi="Arial" w:cs="Arial"/>
                <w:sz w:val="18"/>
                <w:szCs w:val="18"/>
              </w:rPr>
            </w:pPr>
          </w:p>
        </w:tc>
        <w:tc>
          <w:tcPr>
            <w:tcW w:w="7796" w:type="dxa"/>
            <w:gridSpan w:val="2"/>
            <w:vAlign w:val="center"/>
          </w:tcPr>
          <w:p w14:paraId="59467074" w14:textId="77777777" w:rsidR="00516A5B" w:rsidRPr="0065206D" w:rsidRDefault="00516A5B" w:rsidP="00B25E14">
            <w:pPr>
              <w:jc w:val="both"/>
              <w:rPr>
                <w:rFonts w:ascii="Arial" w:hAnsi="Arial" w:cs="Arial"/>
                <w:sz w:val="18"/>
                <w:szCs w:val="18"/>
              </w:rPr>
            </w:pPr>
            <w:r>
              <w:rPr>
                <w:rFonts w:ascii="Arial" w:hAnsi="Arial" w:cs="Arial"/>
                <w:sz w:val="18"/>
                <w:szCs w:val="18"/>
              </w:rPr>
              <w:t>El ancho de la bandeja tipo malla, será el que garantice un llenado de máximo 20%, en la totalidad de la bandeja en todo su recorrido.</w:t>
            </w:r>
          </w:p>
        </w:tc>
        <w:tc>
          <w:tcPr>
            <w:tcW w:w="993" w:type="dxa"/>
            <w:vAlign w:val="center"/>
          </w:tcPr>
          <w:p w14:paraId="7E550AD9" w14:textId="77777777" w:rsidR="00516A5B" w:rsidRPr="00A56DF5" w:rsidRDefault="00516A5B" w:rsidP="00B25E14">
            <w:pPr>
              <w:rPr>
                <w:rFonts w:ascii="Arial" w:hAnsi="Arial" w:cs="Arial"/>
                <w:color w:val="EE0000"/>
                <w:sz w:val="18"/>
                <w:szCs w:val="18"/>
              </w:rPr>
            </w:pPr>
          </w:p>
        </w:tc>
        <w:tc>
          <w:tcPr>
            <w:tcW w:w="992" w:type="dxa"/>
            <w:vAlign w:val="center"/>
          </w:tcPr>
          <w:p w14:paraId="1F8E1893" w14:textId="77777777" w:rsidR="00516A5B" w:rsidRPr="00A56DF5" w:rsidRDefault="00516A5B" w:rsidP="00B25E14">
            <w:pPr>
              <w:rPr>
                <w:rFonts w:ascii="Arial" w:hAnsi="Arial" w:cs="Arial"/>
                <w:color w:val="EE0000"/>
                <w:sz w:val="18"/>
                <w:szCs w:val="18"/>
              </w:rPr>
            </w:pPr>
          </w:p>
        </w:tc>
      </w:tr>
      <w:tr w:rsidR="00516A5B" w:rsidRPr="00A56DF5" w14:paraId="7A40D020" w14:textId="77777777" w:rsidTr="00674DB8">
        <w:tc>
          <w:tcPr>
            <w:tcW w:w="709" w:type="dxa"/>
            <w:vAlign w:val="center"/>
          </w:tcPr>
          <w:p w14:paraId="38E9C2C9" w14:textId="77777777" w:rsidR="00516A5B" w:rsidRPr="0065206D" w:rsidRDefault="00516A5B">
            <w:pPr>
              <w:pStyle w:val="Prrafodelista"/>
              <w:numPr>
                <w:ilvl w:val="0"/>
                <w:numId w:val="30"/>
              </w:numPr>
              <w:ind w:left="417"/>
              <w:jc w:val="center"/>
              <w:rPr>
                <w:rFonts w:ascii="Arial" w:hAnsi="Arial" w:cs="Arial"/>
                <w:sz w:val="18"/>
                <w:szCs w:val="18"/>
              </w:rPr>
            </w:pPr>
          </w:p>
        </w:tc>
        <w:tc>
          <w:tcPr>
            <w:tcW w:w="7796" w:type="dxa"/>
            <w:gridSpan w:val="2"/>
            <w:vAlign w:val="center"/>
          </w:tcPr>
          <w:p w14:paraId="7AE2636C" w14:textId="77777777" w:rsidR="00516A5B" w:rsidRPr="0065206D" w:rsidRDefault="00516A5B" w:rsidP="00B25E14">
            <w:pPr>
              <w:jc w:val="both"/>
              <w:rPr>
                <w:rFonts w:ascii="Arial" w:hAnsi="Arial" w:cs="Arial"/>
                <w:sz w:val="18"/>
                <w:szCs w:val="18"/>
              </w:rPr>
            </w:pPr>
            <w:r w:rsidRPr="00D61029">
              <w:rPr>
                <w:rFonts w:ascii="Arial" w:hAnsi="Arial" w:cs="Arial"/>
                <w:sz w:val="18"/>
                <w:szCs w:val="18"/>
              </w:rPr>
              <w:t>Las cantidades serán definidas por el contratista tras visita técnica a las instalaciones a intervenir, previa solicitud escrita al Grupo de Tecnologías de la Información y las Comunicaciones de la unidad policial.</w:t>
            </w:r>
          </w:p>
        </w:tc>
        <w:tc>
          <w:tcPr>
            <w:tcW w:w="993" w:type="dxa"/>
            <w:vAlign w:val="center"/>
          </w:tcPr>
          <w:p w14:paraId="5A0D0E3C" w14:textId="77777777" w:rsidR="00516A5B" w:rsidRPr="00A56DF5" w:rsidRDefault="00516A5B" w:rsidP="00B25E14">
            <w:pPr>
              <w:rPr>
                <w:rFonts w:ascii="Arial" w:hAnsi="Arial" w:cs="Arial"/>
                <w:color w:val="EE0000"/>
                <w:sz w:val="18"/>
                <w:szCs w:val="18"/>
              </w:rPr>
            </w:pPr>
          </w:p>
        </w:tc>
        <w:tc>
          <w:tcPr>
            <w:tcW w:w="992" w:type="dxa"/>
            <w:vAlign w:val="center"/>
          </w:tcPr>
          <w:p w14:paraId="41E7F222" w14:textId="77777777" w:rsidR="00516A5B" w:rsidRPr="00A56DF5" w:rsidRDefault="00516A5B" w:rsidP="00B25E14">
            <w:pPr>
              <w:rPr>
                <w:rFonts w:ascii="Arial" w:hAnsi="Arial" w:cs="Arial"/>
                <w:color w:val="EE0000"/>
                <w:sz w:val="18"/>
                <w:szCs w:val="18"/>
              </w:rPr>
            </w:pPr>
          </w:p>
        </w:tc>
      </w:tr>
      <w:tr w:rsidR="00516A5B" w:rsidRPr="00A56DF5" w14:paraId="426606A2" w14:textId="77777777" w:rsidTr="00674DB8">
        <w:tc>
          <w:tcPr>
            <w:tcW w:w="709" w:type="dxa"/>
            <w:vAlign w:val="center"/>
          </w:tcPr>
          <w:p w14:paraId="237D4A4C" w14:textId="77777777" w:rsidR="00516A5B" w:rsidRPr="0065206D" w:rsidRDefault="00516A5B">
            <w:pPr>
              <w:pStyle w:val="Prrafodelista"/>
              <w:numPr>
                <w:ilvl w:val="0"/>
                <w:numId w:val="30"/>
              </w:numPr>
              <w:ind w:left="417"/>
              <w:jc w:val="center"/>
              <w:rPr>
                <w:rFonts w:ascii="Arial" w:hAnsi="Arial" w:cs="Arial"/>
                <w:sz w:val="18"/>
                <w:szCs w:val="18"/>
              </w:rPr>
            </w:pPr>
          </w:p>
        </w:tc>
        <w:tc>
          <w:tcPr>
            <w:tcW w:w="7796" w:type="dxa"/>
            <w:gridSpan w:val="2"/>
            <w:vAlign w:val="center"/>
          </w:tcPr>
          <w:p w14:paraId="18980407" w14:textId="77777777" w:rsidR="00516A5B" w:rsidRPr="0065206D" w:rsidRDefault="00516A5B" w:rsidP="00B25E14">
            <w:pPr>
              <w:jc w:val="both"/>
              <w:rPr>
                <w:rFonts w:ascii="Arial" w:hAnsi="Arial" w:cs="Arial"/>
                <w:sz w:val="18"/>
                <w:szCs w:val="18"/>
              </w:rPr>
            </w:pPr>
            <w:r>
              <w:rPr>
                <w:rFonts w:ascii="Arial" w:hAnsi="Arial" w:cs="Arial"/>
                <w:sz w:val="18"/>
                <w:szCs w:val="18"/>
              </w:rPr>
              <w:t xml:space="preserve">El </w:t>
            </w:r>
            <w:r w:rsidRPr="00D2169A">
              <w:rPr>
                <w:rFonts w:ascii="Arial" w:hAnsi="Arial" w:cs="Arial"/>
                <w:sz w:val="18"/>
                <w:szCs w:val="18"/>
              </w:rPr>
              <w:t>contratista será el encargado de realizar propuesta de enrutamiento y canalización para la aprobación de la Policía Nacional, motivo por el cual las cantidades dependerán directamente de dicha propuesta.</w:t>
            </w:r>
          </w:p>
        </w:tc>
        <w:tc>
          <w:tcPr>
            <w:tcW w:w="993" w:type="dxa"/>
            <w:vAlign w:val="center"/>
          </w:tcPr>
          <w:p w14:paraId="1ADF3FC9" w14:textId="77777777" w:rsidR="00516A5B" w:rsidRPr="00A56DF5" w:rsidRDefault="00516A5B" w:rsidP="00B25E14">
            <w:pPr>
              <w:rPr>
                <w:rFonts w:ascii="Arial" w:hAnsi="Arial" w:cs="Arial"/>
                <w:color w:val="EE0000"/>
                <w:sz w:val="18"/>
                <w:szCs w:val="18"/>
              </w:rPr>
            </w:pPr>
          </w:p>
        </w:tc>
        <w:tc>
          <w:tcPr>
            <w:tcW w:w="992" w:type="dxa"/>
            <w:vAlign w:val="center"/>
          </w:tcPr>
          <w:p w14:paraId="019EC130" w14:textId="77777777" w:rsidR="00516A5B" w:rsidRPr="00A56DF5" w:rsidRDefault="00516A5B" w:rsidP="00B25E14">
            <w:pPr>
              <w:rPr>
                <w:rFonts w:ascii="Arial" w:hAnsi="Arial" w:cs="Arial"/>
                <w:color w:val="EE0000"/>
                <w:sz w:val="18"/>
                <w:szCs w:val="18"/>
              </w:rPr>
            </w:pPr>
          </w:p>
        </w:tc>
      </w:tr>
      <w:tr w:rsidR="00516A5B" w:rsidRPr="00A56DF5" w14:paraId="4005F8C4" w14:textId="77777777" w:rsidTr="00674DB8">
        <w:tc>
          <w:tcPr>
            <w:tcW w:w="709" w:type="dxa"/>
            <w:vAlign w:val="center"/>
          </w:tcPr>
          <w:p w14:paraId="5F195788" w14:textId="77777777" w:rsidR="00516A5B" w:rsidRPr="0065206D" w:rsidRDefault="00516A5B">
            <w:pPr>
              <w:pStyle w:val="Prrafodelista"/>
              <w:numPr>
                <w:ilvl w:val="0"/>
                <w:numId w:val="30"/>
              </w:numPr>
              <w:ind w:left="417"/>
              <w:jc w:val="center"/>
              <w:rPr>
                <w:rFonts w:ascii="Arial" w:hAnsi="Arial" w:cs="Arial"/>
                <w:sz w:val="18"/>
                <w:szCs w:val="18"/>
              </w:rPr>
            </w:pPr>
          </w:p>
        </w:tc>
        <w:tc>
          <w:tcPr>
            <w:tcW w:w="7796" w:type="dxa"/>
            <w:gridSpan w:val="2"/>
          </w:tcPr>
          <w:p w14:paraId="6A3FEA2D" w14:textId="77777777" w:rsidR="00516A5B" w:rsidRPr="007259EB" w:rsidRDefault="00516A5B" w:rsidP="00B25E14">
            <w:pPr>
              <w:jc w:val="both"/>
              <w:rPr>
                <w:rFonts w:ascii="Arial" w:hAnsi="Arial" w:cs="Arial"/>
                <w:sz w:val="18"/>
                <w:szCs w:val="18"/>
              </w:rPr>
            </w:pPr>
            <w:r w:rsidRPr="007259EB">
              <w:rPr>
                <w:rFonts w:ascii="Arial" w:hAnsi="Arial" w:cs="Arial"/>
                <w:sz w:val="18"/>
                <w:szCs w:val="18"/>
              </w:rPr>
              <w:t>En instalación sobre techo falso, se debe dejar cajillas de inspección mínimo cada cuatro (04) mts de distancia en todo su recorrido.</w:t>
            </w:r>
          </w:p>
        </w:tc>
        <w:tc>
          <w:tcPr>
            <w:tcW w:w="993" w:type="dxa"/>
            <w:vAlign w:val="center"/>
          </w:tcPr>
          <w:p w14:paraId="31079E29" w14:textId="77777777" w:rsidR="00516A5B" w:rsidRPr="00A56DF5" w:rsidRDefault="00516A5B" w:rsidP="00B25E14">
            <w:pPr>
              <w:rPr>
                <w:rFonts w:ascii="Arial" w:hAnsi="Arial" w:cs="Arial"/>
                <w:color w:val="EE0000"/>
                <w:sz w:val="18"/>
                <w:szCs w:val="18"/>
              </w:rPr>
            </w:pPr>
          </w:p>
        </w:tc>
        <w:tc>
          <w:tcPr>
            <w:tcW w:w="992" w:type="dxa"/>
            <w:vAlign w:val="center"/>
          </w:tcPr>
          <w:p w14:paraId="0C4B4E42" w14:textId="77777777" w:rsidR="00516A5B" w:rsidRPr="00A56DF5" w:rsidRDefault="00516A5B" w:rsidP="00B25E14">
            <w:pPr>
              <w:rPr>
                <w:rFonts w:ascii="Arial" w:hAnsi="Arial" w:cs="Arial"/>
                <w:color w:val="EE0000"/>
                <w:sz w:val="18"/>
                <w:szCs w:val="18"/>
              </w:rPr>
            </w:pPr>
          </w:p>
        </w:tc>
      </w:tr>
      <w:tr w:rsidR="00516A5B" w:rsidRPr="00A56DF5" w14:paraId="0A665024" w14:textId="77777777" w:rsidTr="00674DB8">
        <w:tc>
          <w:tcPr>
            <w:tcW w:w="709" w:type="dxa"/>
            <w:vAlign w:val="center"/>
          </w:tcPr>
          <w:p w14:paraId="40255949" w14:textId="77777777" w:rsidR="00516A5B" w:rsidRPr="0065206D" w:rsidRDefault="00516A5B">
            <w:pPr>
              <w:pStyle w:val="Prrafodelista"/>
              <w:numPr>
                <w:ilvl w:val="0"/>
                <w:numId w:val="30"/>
              </w:numPr>
              <w:ind w:left="417"/>
              <w:jc w:val="center"/>
              <w:rPr>
                <w:rFonts w:ascii="Arial" w:hAnsi="Arial" w:cs="Arial"/>
                <w:sz w:val="18"/>
                <w:szCs w:val="18"/>
              </w:rPr>
            </w:pPr>
          </w:p>
        </w:tc>
        <w:tc>
          <w:tcPr>
            <w:tcW w:w="7796" w:type="dxa"/>
            <w:gridSpan w:val="2"/>
          </w:tcPr>
          <w:p w14:paraId="73DF1670" w14:textId="77777777" w:rsidR="00516A5B" w:rsidRPr="007259EB" w:rsidRDefault="00516A5B" w:rsidP="00B25E14">
            <w:pPr>
              <w:jc w:val="both"/>
              <w:rPr>
                <w:rFonts w:ascii="Arial" w:hAnsi="Arial" w:cs="Arial"/>
                <w:sz w:val="18"/>
                <w:szCs w:val="18"/>
              </w:rPr>
            </w:pPr>
            <w:r w:rsidRPr="007259EB">
              <w:rPr>
                <w:rFonts w:ascii="Arial" w:hAnsi="Arial" w:cs="Arial"/>
                <w:sz w:val="18"/>
                <w:szCs w:val="18"/>
              </w:rPr>
              <w:t>Se debe suministrar e instalar el sistema de protecciones a tierra de acuerdo con el estándar ANSI/TIA-607D, en todo su recorrido con los accesorios necesarios para su correcto aterrizaje.</w:t>
            </w:r>
          </w:p>
        </w:tc>
        <w:tc>
          <w:tcPr>
            <w:tcW w:w="993" w:type="dxa"/>
            <w:vAlign w:val="center"/>
          </w:tcPr>
          <w:p w14:paraId="506CCD7C" w14:textId="77777777" w:rsidR="00516A5B" w:rsidRPr="00A56DF5" w:rsidRDefault="00516A5B" w:rsidP="00B25E14">
            <w:pPr>
              <w:rPr>
                <w:rFonts w:ascii="Arial" w:hAnsi="Arial" w:cs="Arial"/>
                <w:color w:val="EE0000"/>
                <w:sz w:val="18"/>
                <w:szCs w:val="18"/>
              </w:rPr>
            </w:pPr>
          </w:p>
        </w:tc>
        <w:tc>
          <w:tcPr>
            <w:tcW w:w="992" w:type="dxa"/>
            <w:vAlign w:val="center"/>
          </w:tcPr>
          <w:p w14:paraId="7913DF31" w14:textId="77777777" w:rsidR="00516A5B" w:rsidRPr="00A56DF5" w:rsidRDefault="00516A5B" w:rsidP="00B25E14">
            <w:pPr>
              <w:rPr>
                <w:rFonts w:ascii="Arial" w:hAnsi="Arial" w:cs="Arial"/>
                <w:color w:val="EE0000"/>
                <w:sz w:val="18"/>
                <w:szCs w:val="18"/>
              </w:rPr>
            </w:pPr>
          </w:p>
        </w:tc>
      </w:tr>
      <w:tr w:rsidR="00516A5B" w:rsidRPr="00A56DF5" w14:paraId="4FF6BA3C" w14:textId="77777777" w:rsidTr="00674DB8">
        <w:tc>
          <w:tcPr>
            <w:tcW w:w="709" w:type="dxa"/>
            <w:vAlign w:val="center"/>
          </w:tcPr>
          <w:p w14:paraId="121D39F1" w14:textId="77777777" w:rsidR="00516A5B" w:rsidRPr="0065206D" w:rsidRDefault="00516A5B">
            <w:pPr>
              <w:pStyle w:val="Prrafodelista"/>
              <w:numPr>
                <w:ilvl w:val="0"/>
                <w:numId w:val="30"/>
              </w:numPr>
              <w:ind w:left="417"/>
              <w:jc w:val="center"/>
              <w:rPr>
                <w:rFonts w:ascii="Arial" w:hAnsi="Arial" w:cs="Arial"/>
                <w:sz w:val="18"/>
                <w:szCs w:val="18"/>
              </w:rPr>
            </w:pPr>
          </w:p>
        </w:tc>
        <w:tc>
          <w:tcPr>
            <w:tcW w:w="7796" w:type="dxa"/>
            <w:gridSpan w:val="2"/>
          </w:tcPr>
          <w:p w14:paraId="06448342" w14:textId="77777777" w:rsidR="00516A5B" w:rsidRPr="007259EB" w:rsidRDefault="00516A5B" w:rsidP="00B25E14">
            <w:pPr>
              <w:jc w:val="both"/>
              <w:rPr>
                <w:rFonts w:ascii="Arial" w:hAnsi="Arial" w:cs="Arial"/>
                <w:sz w:val="18"/>
                <w:szCs w:val="18"/>
              </w:rPr>
            </w:pPr>
            <w:r w:rsidRPr="007259EB">
              <w:rPr>
                <w:rFonts w:ascii="Arial" w:hAnsi="Arial" w:cs="Arial"/>
                <w:sz w:val="18"/>
                <w:szCs w:val="18"/>
              </w:rPr>
              <w:t xml:space="preserve">Debe permitir el armado rápido y suministrar los accesorios necesarios para, uniones, sujeción con tornillos, derivaciones, </w:t>
            </w:r>
            <w:proofErr w:type="spellStart"/>
            <w:r w:rsidRPr="007259EB">
              <w:rPr>
                <w:rFonts w:ascii="Arial" w:hAnsi="Arial" w:cs="Arial"/>
                <w:sz w:val="18"/>
                <w:szCs w:val="18"/>
              </w:rPr>
              <w:t>Tees</w:t>
            </w:r>
            <w:proofErr w:type="spellEnd"/>
            <w:r w:rsidRPr="007259EB">
              <w:rPr>
                <w:rFonts w:ascii="Arial" w:hAnsi="Arial" w:cs="Arial"/>
                <w:sz w:val="18"/>
                <w:szCs w:val="18"/>
              </w:rPr>
              <w:t>, curvas internas, curvas externas, descansa cables y demás necesarios.</w:t>
            </w:r>
          </w:p>
        </w:tc>
        <w:tc>
          <w:tcPr>
            <w:tcW w:w="993" w:type="dxa"/>
            <w:vAlign w:val="center"/>
          </w:tcPr>
          <w:p w14:paraId="0D6C3101" w14:textId="77777777" w:rsidR="00516A5B" w:rsidRPr="00A56DF5" w:rsidRDefault="00516A5B" w:rsidP="00B25E14">
            <w:pPr>
              <w:rPr>
                <w:rFonts w:ascii="Arial" w:hAnsi="Arial" w:cs="Arial"/>
                <w:color w:val="EE0000"/>
                <w:sz w:val="18"/>
                <w:szCs w:val="18"/>
              </w:rPr>
            </w:pPr>
          </w:p>
        </w:tc>
        <w:tc>
          <w:tcPr>
            <w:tcW w:w="992" w:type="dxa"/>
            <w:vAlign w:val="center"/>
          </w:tcPr>
          <w:p w14:paraId="0AA0A56B" w14:textId="77777777" w:rsidR="00516A5B" w:rsidRPr="00A56DF5" w:rsidRDefault="00516A5B" w:rsidP="00B25E14">
            <w:pPr>
              <w:rPr>
                <w:rFonts w:ascii="Arial" w:hAnsi="Arial" w:cs="Arial"/>
                <w:color w:val="EE0000"/>
                <w:sz w:val="18"/>
                <w:szCs w:val="18"/>
              </w:rPr>
            </w:pPr>
          </w:p>
        </w:tc>
      </w:tr>
      <w:tr w:rsidR="00516A5B" w:rsidRPr="00A56DF5" w14:paraId="1C3AC04F" w14:textId="77777777" w:rsidTr="00674DB8">
        <w:tc>
          <w:tcPr>
            <w:tcW w:w="709" w:type="dxa"/>
            <w:vAlign w:val="center"/>
          </w:tcPr>
          <w:p w14:paraId="47536AC2" w14:textId="77777777" w:rsidR="00516A5B" w:rsidRPr="0065206D" w:rsidRDefault="00516A5B">
            <w:pPr>
              <w:pStyle w:val="Prrafodelista"/>
              <w:numPr>
                <w:ilvl w:val="0"/>
                <w:numId w:val="30"/>
              </w:numPr>
              <w:ind w:left="417"/>
              <w:jc w:val="center"/>
              <w:rPr>
                <w:rFonts w:ascii="Arial" w:hAnsi="Arial" w:cs="Arial"/>
                <w:sz w:val="18"/>
                <w:szCs w:val="18"/>
              </w:rPr>
            </w:pPr>
          </w:p>
        </w:tc>
        <w:tc>
          <w:tcPr>
            <w:tcW w:w="7796" w:type="dxa"/>
            <w:gridSpan w:val="2"/>
          </w:tcPr>
          <w:p w14:paraId="663381F2" w14:textId="77777777" w:rsidR="00516A5B" w:rsidRPr="007259EB" w:rsidRDefault="00516A5B" w:rsidP="00B25E14">
            <w:pPr>
              <w:jc w:val="both"/>
              <w:rPr>
                <w:rFonts w:ascii="Arial" w:hAnsi="Arial" w:cs="Arial"/>
                <w:sz w:val="18"/>
                <w:szCs w:val="18"/>
              </w:rPr>
            </w:pPr>
            <w:r w:rsidRPr="007259EB">
              <w:rPr>
                <w:rFonts w:ascii="Arial" w:hAnsi="Arial" w:cs="Arial"/>
                <w:sz w:val="18"/>
                <w:szCs w:val="18"/>
              </w:rPr>
              <w:t>Contará con certificación RETIE.</w:t>
            </w:r>
          </w:p>
        </w:tc>
        <w:tc>
          <w:tcPr>
            <w:tcW w:w="993" w:type="dxa"/>
            <w:vAlign w:val="center"/>
          </w:tcPr>
          <w:p w14:paraId="610D0936" w14:textId="77777777" w:rsidR="00516A5B" w:rsidRPr="00A56DF5" w:rsidRDefault="00516A5B" w:rsidP="00B25E14">
            <w:pPr>
              <w:rPr>
                <w:rFonts w:ascii="Arial" w:hAnsi="Arial" w:cs="Arial"/>
                <w:color w:val="EE0000"/>
                <w:sz w:val="18"/>
                <w:szCs w:val="18"/>
              </w:rPr>
            </w:pPr>
          </w:p>
        </w:tc>
        <w:tc>
          <w:tcPr>
            <w:tcW w:w="992" w:type="dxa"/>
            <w:vAlign w:val="center"/>
          </w:tcPr>
          <w:p w14:paraId="4C2756D3" w14:textId="77777777" w:rsidR="00516A5B" w:rsidRPr="00A56DF5" w:rsidRDefault="00516A5B" w:rsidP="00B25E14">
            <w:pPr>
              <w:rPr>
                <w:rFonts w:ascii="Arial" w:hAnsi="Arial" w:cs="Arial"/>
                <w:color w:val="EE0000"/>
                <w:sz w:val="18"/>
                <w:szCs w:val="18"/>
              </w:rPr>
            </w:pPr>
          </w:p>
        </w:tc>
      </w:tr>
      <w:tr w:rsidR="00516A5B" w:rsidRPr="00A56DF5" w14:paraId="54E98EC8" w14:textId="77777777" w:rsidTr="00674DB8">
        <w:tc>
          <w:tcPr>
            <w:tcW w:w="709" w:type="dxa"/>
            <w:vAlign w:val="center"/>
          </w:tcPr>
          <w:p w14:paraId="14F06082" w14:textId="77777777" w:rsidR="00516A5B" w:rsidRPr="0065206D" w:rsidRDefault="00516A5B">
            <w:pPr>
              <w:pStyle w:val="Prrafodelista"/>
              <w:numPr>
                <w:ilvl w:val="0"/>
                <w:numId w:val="30"/>
              </w:numPr>
              <w:ind w:left="417"/>
              <w:jc w:val="center"/>
              <w:rPr>
                <w:rFonts w:ascii="Arial" w:hAnsi="Arial" w:cs="Arial"/>
                <w:sz w:val="18"/>
                <w:szCs w:val="18"/>
              </w:rPr>
            </w:pPr>
          </w:p>
        </w:tc>
        <w:tc>
          <w:tcPr>
            <w:tcW w:w="7796" w:type="dxa"/>
            <w:gridSpan w:val="2"/>
          </w:tcPr>
          <w:p w14:paraId="64B30B7A" w14:textId="77777777" w:rsidR="00516A5B" w:rsidRDefault="00516A5B" w:rsidP="00B25E14">
            <w:pPr>
              <w:rPr>
                <w:rFonts w:ascii="Arial" w:hAnsi="Arial" w:cs="Arial"/>
                <w:sz w:val="18"/>
                <w:szCs w:val="18"/>
              </w:rPr>
            </w:pPr>
            <w:r w:rsidRPr="007259EB">
              <w:rPr>
                <w:rFonts w:ascii="Arial" w:hAnsi="Arial" w:cs="Arial"/>
                <w:sz w:val="18"/>
                <w:szCs w:val="18"/>
              </w:rPr>
              <w:t>Deberá relacionar URL o enlace web del fabricante del producto con dominio .</w:t>
            </w:r>
            <w:proofErr w:type="spellStart"/>
            <w:r w:rsidRPr="007259EB">
              <w:rPr>
                <w:rFonts w:ascii="Arial" w:hAnsi="Arial" w:cs="Arial"/>
                <w:sz w:val="18"/>
                <w:szCs w:val="18"/>
              </w:rPr>
              <w:t>com</w:t>
            </w:r>
            <w:proofErr w:type="spellEnd"/>
            <w:r w:rsidRPr="007259EB">
              <w:rPr>
                <w:rFonts w:ascii="Arial" w:hAnsi="Arial" w:cs="Arial"/>
                <w:sz w:val="18"/>
                <w:szCs w:val="18"/>
              </w:rPr>
              <w:t xml:space="preserve">, donde se posible la verificación de la ficha técnica aportada en cada uno de sus </w:t>
            </w:r>
            <w:proofErr w:type="gramStart"/>
            <w:r w:rsidRPr="007259EB">
              <w:rPr>
                <w:rFonts w:ascii="Arial" w:hAnsi="Arial" w:cs="Arial"/>
                <w:sz w:val="18"/>
                <w:szCs w:val="18"/>
              </w:rPr>
              <w:t>item:_</w:t>
            </w:r>
            <w:proofErr w:type="gramEnd"/>
            <w:r w:rsidRPr="007259EB">
              <w:rPr>
                <w:rFonts w:ascii="Arial" w:hAnsi="Arial" w:cs="Arial"/>
                <w:sz w:val="18"/>
                <w:szCs w:val="18"/>
              </w:rPr>
              <w:t>____________________________________________________________</w:t>
            </w:r>
          </w:p>
          <w:p w14:paraId="43CC46A0" w14:textId="77777777" w:rsidR="00516A5B" w:rsidRPr="0065206D" w:rsidRDefault="00516A5B" w:rsidP="00B25E14">
            <w:pPr>
              <w:rPr>
                <w:rFonts w:ascii="Arial" w:hAnsi="Arial" w:cs="Arial"/>
                <w:sz w:val="18"/>
                <w:szCs w:val="18"/>
              </w:rPr>
            </w:pPr>
          </w:p>
        </w:tc>
        <w:tc>
          <w:tcPr>
            <w:tcW w:w="993" w:type="dxa"/>
            <w:vAlign w:val="center"/>
          </w:tcPr>
          <w:p w14:paraId="0EBE32E8" w14:textId="77777777" w:rsidR="00516A5B" w:rsidRPr="00A56DF5" w:rsidRDefault="00516A5B" w:rsidP="00B25E14">
            <w:pPr>
              <w:rPr>
                <w:rFonts w:ascii="Arial" w:hAnsi="Arial" w:cs="Arial"/>
                <w:color w:val="EE0000"/>
                <w:sz w:val="18"/>
                <w:szCs w:val="18"/>
              </w:rPr>
            </w:pPr>
          </w:p>
        </w:tc>
        <w:tc>
          <w:tcPr>
            <w:tcW w:w="992" w:type="dxa"/>
            <w:vAlign w:val="center"/>
          </w:tcPr>
          <w:p w14:paraId="31B3AC66" w14:textId="77777777" w:rsidR="00516A5B" w:rsidRPr="00A56DF5" w:rsidRDefault="00516A5B" w:rsidP="00B25E14">
            <w:pPr>
              <w:rPr>
                <w:rFonts w:ascii="Arial" w:hAnsi="Arial" w:cs="Arial"/>
                <w:color w:val="EE0000"/>
                <w:sz w:val="18"/>
                <w:szCs w:val="18"/>
              </w:rPr>
            </w:pPr>
          </w:p>
        </w:tc>
      </w:tr>
      <w:tr w:rsidR="00516A5B" w:rsidRPr="00A56DF5" w14:paraId="61180A1F" w14:textId="77777777" w:rsidTr="00674DB8">
        <w:tc>
          <w:tcPr>
            <w:tcW w:w="709" w:type="dxa"/>
            <w:vAlign w:val="center"/>
          </w:tcPr>
          <w:p w14:paraId="1F1784AC" w14:textId="77777777" w:rsidR="00516A5B" w:rsidRPr="008C4D7F" w:rsidRDefault="00516A5B" w:rsidP="00B25E14">
            <w:pPr>
              <w:jc w:val="center"/>
              <w:rPr>
                <w:rFonts w:ascii="Arial" w:hAnsi="Arial" w:cs="Arial"/>
                <w:b/>
                <w:bCs/>
                <w:sz w:val="18"/>
                <w:szCs w:val="18"/>
              </w:rPr>
            </w:pPr>
            <w:r w:rsidRPr="008C4D7F">
              <w:rPr>
                <w:rFonts w:ascii="Arial" w:hAnsi="Arial" w:cs="Arial"/>
                <w:b/>
                <w:bCs/>
                <w:sz w:val="18"/>
                <w:szCs w:val="18"/>
              </w:rPr>
              <w:t>11</w:t>
            </w:r>
          </w:p>
        </w:tc>
        <w:tc>
          <w:tcPr>
            <w:tcW w:w="7796" w:type="dxa"/>
            <w:gridSpan w:val="2"/>
          </w:tcPr>
          <w:p w14:paraId="6449712E" w14:textId="77777777" w:rsidR="00516A5B" w:rsidRPr="004A786C" w:rsidRDefault="00516A5B" w:rsidP="00B25E14">
            <w:pPr>
              <w:jc w:val="both"/>
              <w:rPr>
                <w:rFonts w:ascii="Arial" w:hAnsi="Arial" w:cs="Arial"/>
                <w:b/>
                <w:bCs/>
                <w:sz w:val="18"/>
                <w:szCs w:val="18"/>
              </w:rPr>
            </w:pPr>
            <w:r w:rsidRPr="004A786C">
              <w:rPr>
                <w:rFonts w:ascii="Arial" w:hAnsi="Arial" w:cs="Arial"/>
                <w:b/>
                <w:bCs/>
                <w:sz w:val="18"/>
                <w:szCs w:val="18"/>
              </w:rPr>
              <w:t>CANALETA PLÁSTICA 15X5X200, INCLUYE ACCESORIOS COMO UNIONES, TEES, CURVAS, DIVISORES Y TAPA FINAL.</w:t>
            </w:r>
          </w:p>
        </w:tc>
        <w:tc>
          <w:tcPr>
            <w:tcW w:w="993" w:type="dxa"/>
            <w:vAlign w:val="center"/>
          </w:tcPr>
          <w:p w14:paraId="7087E27A" w14:textId="77777777" w:rsidR="00516A5B" w:rsidRPr="00A56DF5" w:rsidRDefault="00516A5B" w:rsidP="00B25E14">
            <w:pPr>
              <w:rPr>
                <w:rFonts w:ascii="Arial" w:hAnsi="Arial" w:cs="Arial"/>
                <w:color w:val="EE0000"/>
                <w:sz w:val="18"/>
                <w:szCs w:val="18"/>
              </w:rPr>
            </w:pPr>
          </w:p>
        </w:tc>
        <w:tc>
          <w:tcPr>
            <w:tcW w:w="992" w:type="dxa"/>
            <w:vAlign w:val="center"/>
          </w:tcPr>
          <w:p w14:paraId="28084A53" w14:textId="77777777" w:rsidR="00516A5B" w:rsidRPr="00A56DF5" w:rsidRDefault="00516A5B" w:rsidP="00B25E14">
            <w:pPr>
              <w:rPr>
                <w:rFonts w:ascii="Arial" w:hAnsi="Arial" w:cs="Arial"/>
                <w:color w:val="EE0000"/>
                <w:sz w:val="18"/>
                <w:szCs w:val="18"/>
              </w:rPr>
            </w:pPr>
          </w:p>
        </w:tc>
      </w:tr>
      <w:tr w:rsidR="00516A5B" w:rsidRPr="00A56DF5" w14:paraId="2ED60833" w14:textId="77777777" w:rsidTr="00674DB8">
        <w:tc>
          <w:tcPr>
            <w:tcW w:w="709" w:type="dxa"/>
            <w:vAlign w:val="center"/>
          </w:tcPr>
          <w:p w14:paraId="72493B66" w14:textId="77777777" w:rsidR="00516A5B" w:rsidRPr="00B64BC5" w:rsidRDefault="00516A5B">
            <w:pPr>
              <w:pStyle w:val="Prrafodelista"/>
              <w:numPr>
                <w:ilvl w:val="0"/>
                <w:numId w:val="31"/>
              </w:numPr>
              <w:ind w:left="417"/>
              <w:jc w:val="center"/>
              <w:rPr>
                <w:rFonts w:ascii="Arial" w:hAnsi="Arial" w:cs="Arial"/>
                <w:sz w:val="18"/>
                <w:szCs w:val="18"/>
              </w:rPr>
            </w:pPr>
          </w:p>
        </w:tc>
        <w:tc>
          <w:tcPr>
            <w:tcW w:w="1696" w:type="dxa"/>
            <w:vAlign w:val="center"/>
          </w:tcPr>
          <w:p w14:paraId="7E78A6B8" w14:textId="77777777" w:rsidR="00516A5B" w:rsidRPr="0065206D" w:rsidRDefault="00516A5B" w:rsidP="00B25E14">
            <w:pPr>
              <w:rPr>
                <w:rFonts w:ascii="Arial" w:hAnsi="Arial" w:cs="Arial"/>
                <w:sz w:val="18"/>
                <w:szCs w:val="18"/>
              </w:rPr>
            </w:pPr>
            <w:r>
              <w:rPr>
                <w:rFonts w:ascii="Arial" w:hAnsi="Arial" w:cs="Arial"/>
                <w:sz w:val="18"/>
                <w:szCs w:val="18"/>
              </w:rPr>
              <w:t>Marca:</w:t>
            </w:r>
          </w:p>
        </w:tc>
        <w:tc>
          <w:tcPr>
            <w:tcW w:w="6100" w:type="dxa"/>
          </w:tcPr>
          <w:p w14:paraId="75A0EBFC" w14:textId="77777777" w:rsidR="00516A5B" w:rsidRPr="0065206D" w:rsidRDefault="00516A5B" w:rsidP="00B25E14">
            <w:pPr>
              <w:jc w:val="both"/>
              <w:rPr>
                <w:rFonts w:ascii="Arial" w:hAnsi="Arial" w:cs="Arial"/>
                <w:sz w:val="18"/>
                <w:szCs w:val="18"/>
              </w:rPr>
            </w:pPr>
          </w:p>
        </w:tc>
        <w:tc>
          <w:tcPr>
            <w:tcW w:w="993" w:type="dxa"/>
            <w:vAlign w:val="center"/>
          </w:tcPr>
          <w:p w14:paraId="398A083A" w14:textId="77777777" w:rsidR="00516A5B" w:rsidRPr="00A56DF5" w:rsidRDefault="00516A5B" w:rsidP="00B25E14">
            <w:pPr>
              <w:rPr>
                <w:rFonts w:ascii="Arial" w:hAnsi="Arial" w:cs="Arial"/>
                <w:color w:val="EE0000"/>
                <w:sz w:val="18"/>
                <w:szCs w:val="18"/>
              </w:rPr>
            </w:pPr>
          </w:p>
        </w:tc>
        <w:tc>
          <w:tcPr>
            <w:tcW w:w="992" w:type="dxa"/>
            <w:vAlign w:val="center"/>
          </w:tcPr>
          <w:p w14:paraId="7F6A5F46" w14:textId="77777777" w:rsidR="00516A5B" w:rsidRPr="00A56DF5" w:rsidRDefault="00516A5B" w:rsidP="00B25E14">
            <w:pPr>
              <w:rPr>
                <w:rFonts w:ascii="Arial" w:hAnsi="Arial" w:cs="Arial"/>
                <w:color w:val="EE0000"/>
                <w:sz w:val="18"/>
                <w:szCs w:val="18"/>
              </w:rPr>
            </w:pPr>
          </w:p>
        </w:tc>
      </w:tr>
      <w:tr w:rsidR="00516A5B" w:rsidRPr="00A56DF5" w14:paraId="1A9687AB" w14:textId="77777777" w:rsidTr="00674DB8">
        <w:tc>
          <w:tcPr>
            <w:tcW w:w="709" w:type="dxa"/>
            <w:vAlign w:val="center"/>
          </w:tcPr>
          <w:p w14:paraId="64056B76" w14:textId="77777777" w:rsidR="00516A5B" w:rsidRPr="006F3386" w:rsidRDefault="00516A5B">
            <w:pPr>
              <w:pStyle w:val="Prrafodelista"/>
              <w:numPr>
                <w:ilvl w:val="0"/>
                <w:numId w:val="31"/>
              </w:numPr>
              <w:ind w:left="417"/>
              <w:jc w:val="center"/>
              <w:rPr>
                <w:rFonts w:ascii="Arial" w:hAnsi="Arial" w:cs="Arial"/>
                <w:sz w:val="18"/>
                <w:szCs w:val="18"/>
              </w:rPr>
            </w:pPr>
          </w:p>
        </w:tc>
        <w:tc>
          <w:tcPr>
            <w:tcW w:w="1696" w:type="dxa"/>
            <w:vAlign w:val="center"/>
          </w:tcPr>
          <w:p w14:paraId="3EF86D07" w14:textId="77777777" w:rsidR="00516A5B" w:rsidRPr="003F3926" w:rsidRDefault="00516A5B" w:rsidP="00B25E14">
            <w:pPr>
              <w:jc w:val="both"/>
              <w:rPr>
                <w:rFonts w:ascii="Arial" w:hAnsi="Arial" w:cs="Arial"/>
                <w:sz w:val="18"/>
                <w:szCs w:val="18"/>
              </w:rPr>
            </w:pPr>
            <w:r w:rsidRPr="00CC390D">
              <w:rPr>
                <w:rFonts w:ascii="Arial" w:hAnsi="Arial" w:cs="Arial"/>
                <w:sz w:val="18"/>
                <w:szCs w:val="18"/>
              </w:rPr>
              <w:t>Referencia:</w:t>
            </w:r>
          </w:p>
        </w:tc>
        <w:tc>
          <w:tcPr>
            <w:tcW w:w="6100" w:type="dxa"/>
          </w:tcPr>
          <w:p w14:paraId="5B7B733E" w14:textId="77777777" w:rsidR="00516A5B" w:rsidRPr="003F3926" w:rsidRDefault="00516A5B" w:rsidP="00B25E14">
            <w:pPr>
              <w:jc w:val="both"/>
              <w:rPr>
                <w:rFonts w:ascii="Arial" w:hAnsi="Arial" w:cs="Arial"/>
                <w:sz w:val="18"/>
                <w:szCs w:val="18"/>
              </w:rPr>
            </w:pPr>
          </w:p>
        </w:tc>
        <w:tc>
          <w:tcPr>
            <w:tcW w:w="993" w:type="dxa"/>
            <w:vAlign w:val="center"/>
          </w:tcPr>
          <w:p w14:paraId="2A00F93A" w14:textId="77777777" w:rsidR="00516A5B" w:rsidRPr="00A56DF5" w:rsidRDefault="00516A5B" w:rsidP="00B25E14">
            <w:pPr>
              <w:rPr>
                <w:rFonts w:ascii="Arial" w:hAnsi="Arial" w:cs="Arial"/>
                <w:color w:val="EE0000"/>
                <w:sz w:val="18"/>
                <w:szCs w:val="18"/>
              </w:rPr>
            </w:pPr>
          </w:p>
        </w:tc>
        <w:tc>
          <w:tcPr>
            <w:tcW w:w="992" w:type="dxa"/>
            <w:vAlign w:val="center"/>
          </w:tcPr>
          <w:p w14:paraId="0265E889" w14:textId="77777777" w:rsidR="00516A5B" w:rsidRPr="00A56DF5" w:rsidRDefault="00516A5B" w:rsidP="00B25E14">
            <w:pPr>
              <w:rPr>
                <w:rFonts w:ascii="Arial" w:hAnsi="Arial" w:cs="Arial"/>
                <w:color w:val="EE0000"/>
                <w:sz w:val="18"/>
                <w:szCs w:val="18"/>
              </w:rPr>
            </w:pPr>
          </w:p>
        </w:tc>
      </w:tr>
      <w:tr w:rsidR="00516A5B" w:rsidRPr="00A56DF5" w14:paraId="5AFD540F" w14:textId="77777777" w:rsidTr="00674DB8">
        <w:tc>
          <w:tcPr>
            <w:tcW w:w="709" w:type="dxa"/>
            <w:vAlign w:val="center"/>
          </w:tcPr>
          <w:p w14:paraId="1BDF71EF" w14:textId="77777777" w:rsidR="00516A5B" w:rsidRPr="004A786C" w:rsidRDefault="00516A5B">
            <w:pPr>
              <w:pStyle w:val="Prrafodelista"/>
              <w:numPr>
                <w:ilvl w:val="0"/>
                <w:numId w:val="31"/>
              </w:numPr>
              <w:ind w:left="417"/>
              <w:jc w:val="center"/>
              <w:rPr>
                <w:rFonts w:ascii="Arial" w:hAnsi="Arial" w:cs="Arial"/>
                <w:sz w:val="18"/>
                <w:szCs w:val="18"/>
              </w:rPr>
            </w:pPr>
          </w:p>
        </w:tc>
        <w:tc>
          <w:tcPr>
            <w:tcW w:w="7796" w:type="dxa"/>
            <w:gridSpan w:val="2"/>
          </w:tcPr>
          <w:p w14:paraId="66229AE4" w14:textId="77777777" w:rsidR="00516A5B" w:rsidRPr="004A786C" w:rsidRDefault="00516A5B" w:rsidP="00B25E14">
            <w:pPr>
              <w:jc w:val="both"/>
              <w:rPr>
                <w:rFonts w:ascii="Arial" w:hAnsi="Arial" w:cs="Arial"/>
                <w:sz w:val="18"/>
                <w:szCs w:val="18"/>
              </w:rPr>
            </w:pPr>
            <w:r w:rsidRPr="004A786C">
              <w:rPr>
                <w:rFonts w:ascii="Arial" w:hAnsi="Arial" w:cs="Arial"/>
                <w:sz w:val="18"/>
                <w:szCs w:val="18"/>
              </w:rPr>
              <w:t>Suministro e instalación de canaletas perimetral plástica de 15x5x200 cm o longitudes con tolerancia más o menos dos (02) cm.</w:t>
            </w:r>
          </w:p>
        </w:tc>
        <w:tc>
          <w:tcPr>
            <w:tcW w:w="993" w:type="dxa"/>
            <w:vAlign w:val="center"/>
          </w:tcPr>
          <w:p w14:paraId="589CF817" w14:textId="77777777" w:rsidR="00516A5B" w:rsidRPr="00A56DF5" w:rsidRDefault="00516A5B" w:rsidP="00B25E14">
            <w:pPr>
              <w:rPr>
                <w:rFonts w:ascii="Arial" w:hAnsi="Arial" w:cs="Arial"/>
                <w:color w:val="EE0000"/>
                <w:sz w:val="18"/>
                <w:szCs w:val="18"/>
              </w:rPr>
            </w:pPr>
          </w:p>
        </w:tc>
        <w:tc>
          <w:tcPr>
            <w:tcW w:w="992" w:type="dxa"/>
            <w:vAlign w:val="center"/>
          </w:tcPr>
          <w:p w14:paraId="18E66D57" w14:textId="77777777" w:rsidR="00516A5B" w:rsidRPr="00A56DF5" w:rsidRDefault="00516A5B" w:rsidP="00B25E14">
            <w:pPr>
              <w:rPr>
                <w:rFonts w:ascii="Arial" w:hAnsi="Arial" w:cs="Arial"/>
                <w:color w:val="EE0000"/>
                <w:sz w:val="18"/>
                <w:szCs w:val="18"/>
              </w:rPr>
            </w:pPr>
          </w:p>
        </w:tc>
      </w:tr>
      <w:tr w:rsidR="00516A5B" w:rsidRPr="00A56DF5" w14:paraId="599903F9" w14:textId="77777777" w:rsidTr="00674DB8">
        <w:tc>
          <w:tcPr>
            <w:tcW w:w="709" w:type="dxa"/>
            <w:vAlign w:val="center"/>
          </w:tcPr>
          <w:p w14:paraId="438E98CB"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vAlign w:val="center"/>
          </w:tcPr>
          <w:p w14:paraId="50887950" w14:textId="77777777" w:rsidR="00516A5B" w:rsidRPr="009D7E0B" w:rsidRDefault="00516A5B" w:rsidP="00B25E14">
            <w:pPr>
              <w:jc w:val="both"/>
              <w:rPr>
                <w:rFonts w:ascii="Arial" w:hAnsi="Arial" w:cs="Arial"/>
                <w:sz w:val="18"/>
                <w:szCs w:val="18"/>
              </w:rPr>
            </w:pPr>
            <w:r w:rsidRPr="00D61029">
              <w:rPr>
                <w:rFonts w:ascii="Arial" w:hAnsi="Arial" w:cs="Arial"/>
                <w:sz w:val="18"/>
                <w:szCs w:val="18"/>
              </w:rPr>
              <w:t>Las cantidades serán definidas por el contratista tras visita técnica a las instalaciones a intervenir, previa solicitud escrita al Grupo de Tecnologías de la Información y las Comunicaciones de la unidad policial.</w:t>
            </w:r>
          </w:p>
        </w:tc>
        <w:tc>
          <w:tcPr>
            <w:tcW w:w="993" w:type="dxa"/>
            <w:vAlign w:val="center"/>
          </w:tcPr>
          <w:p w14:paraId="1EA2DC8A" w14:textId="77777777" w:rsidR="00516A5B" w:rsidRPr="00A56DF5" w:rsidRDefault="00516A5B" w:rsidP="00B25E14">
            <w:pPr>
              <w:rPr>
                <w:rFonts w:ascii="Arial" w:hAnsi="Arial" w:cs="Arial"/>
                <w:color w:val="EE0000"/>
                <w:sz w:val="18"/>
                <w:szCs w:val="18"/>
              </w:rPr>
            </w:pPr>
          </w:p>
        </w:tc>
        <w:tc>
          <w:tcPr>
            <w:tcW w:w="992" w:type="dxa"/>
            <w:vAlign w:val="center"/>
          </w:tcPr>
          <w:p w14:paraId="68F351E1" w14:textId="77777777" w:rsidR="00516A5B" w:rsidRPr="00A56DF5" w:rsidRDefault="00516A5B" w:rsidP="00B25E14">
            <w:pPr>
              <w:rPr>
                <w:rFonts w:ascii="Arial" w:hAnsi="Arial" w:cs="Arial"/>
                <w:color w:val="EE0000"/>
                <w:sz w:val="18"/>
                <w:szCs w:val="18"/>
              </w:rPr>
            </w:pPr>
          </w:p>
        </w:tc>
      </w:tr>
      <w:tr w:rsidR="00516A5B" w:rsidRPr="00A56DF5" w14:paraId="244F2549" w14:textId="77777777" w:rsidTr="00674DB8">
        <w:tc>
          <w:tcPr>
            <w:tcW w:w="709" w:type="dxa"/>
            <w:vAlign w:val="center"/>
          </w:tcPr>
          <w:p w14:paraId="5E3A3C20"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vAlign w:val="center"/>
          </w:tcPr>
          <w:p w14:paraId="7B217B34" w14:textId="77777777" w:rsidR="00516A5B" w:rsidRPr="009D7E0B" w:rsidRDefault="00516A5B" w:rsidP="00B25E14">
            <w:pPr>
              <w:jc w:val="both"/>
              <w:rPr>
                <w:rFonts w:ascii="Arial" w:hAnsi="Arial" w:cs="Arial"/>
                <w:sz w:val="18"/>
                <w:szCs w:val="18"/>
              </w:rPr>
            </w:pPr>
            <w:r>
              <w:rPr>
                <w:rFonts w:ascii="Arial" w:hAnsi="Arial" w:cs="Arial"/>
                <w:sz w:val="18"/>
                <w:szCs w:val="18"/>
              </w:rPr>
              <w:t xml:space="preserve">El </w:t>
            </w:r>
            <w:r w:rsidRPr="00D2169A">
              <w:rPr>
                <w:rFonts w:ascii="Arial" w:hAnsi="Arial" w:cs="Arial"/>
                <w:sz w:val="18"/>
                <w:szCs w:val="18"/>
              </w:rPr>
              <w:t>contratista será el encargado de realizar propuesta de enrutamiento y canalización para la aprobación de la Policía Nacional, motivo por el cual las cantidades dependerán directamente de dicha propuesta.</w:t>
            </w:r>
          </w:p>
        </w:tc>
        <w:tc>
          <w:tcPr>
            <w:tcW w:w="993" w:type="dxa"/>
            <w:vAlign w:val="center"/>
          </w:tcPr>
          <w:p w14:paraId="4E806317" w14:textId="77777777" w:rsidR="00516A5B" w:rsidRPr="00A56DF5" w:rsidRDefault="00516A5B" w:rsidP="00B25E14">
            <w:pPr>
              <w:rPr>
                <w:rFonts w:ascii="Arial" w:hAnsi="Arial" w:cs="Arial"/>
                <w:color w:val="EE0000"/>
                <w:sz w:val="18"/>
                <w:szCs w:val="18"/>
              </w:rPr>
            </w:pPr>
          </w:p>
        </w:tc>
        <w:tc>
          <w:tcPr>
            <w:tcW w:w="992" w:type="dxa"/>
            <w:vAlign w:val="center"/>
          </w:tcPr>
          <w:p w14:paraId="2E664418" w14:textId="77777777" w:rsidR="00516A5B" w:rsidRPr="00A56DF5" w:rsidRDefault="00516A5B" w:rsidP="00B25E14">
            <w:pPr>
              <w:rPr>
                <w:rFonts w:ascii="Arial" w:hAnsi="Arial" w:cs="Arial"/>
                <w:color w:val="EE0000"/>
                <w:sz w:val="18"/>
                <w:szCs w:val="18"/>
              </w:rPr>
            </w:pPr>
          </w:p>
        </w:tc>
      </w:tr>
      <w:tr w:rsidR="00516A5B" w:rsidRPr="00A56DF5" w14:paraId="505B39FB" w14:textId="77777777" w:rsidTr="00674DB8">
        <w:tc>
          <w:tcPr>
            <w:tcW w:w="709" w:type="dxa"/>
            <w:vAlign w:val="center"/>
          </w:tcPr>
          <w:p w14:paraId="0B562FD3"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tcPr>
          <w:p w14:paraId="04755E04" w14:textId="77777777" w:rsidR="00516A5B" w:rsidRPr="009D7E0B" w:rsidRDefault="00516A5B" w:rsidP="00B25E14">
            <w:pPr>
              <w:jc w:val="both"/>
              <w:rPr>
                <w:rFonts w:ascii="Arial" w:hAnsi="Arial" w:cs="Arial"/>
                <w:sz w:val="18"/>
                <w:szCs w:val="18"/>
              </w:rPr>
            </w:pPr>
            <w:r w:rsidRPr="004A786C">
              <w:rPr>
                <w:rFonts w:ascii="Arial" w:hAnsi="Arial" w:cs="Arial"/>
                <w:sz w:val="18"/>
                <w:szCs w:val="18"/>
              </w:rPr>
              <w:t xml:space="preserve">Suministro e instalación de accesorios para canaleta tales como: tapas, divisores, curvas, codos, </w:t>
            </w:r>
            <w:proofErr w:type="spellStart"/>
            <w:r w:rsidRPr="004A786C">
              <w:rPr>
                <w:rFonts w:ascii="Arial" w:hAnsi="Arial" w:cs="Arial"/>
                <w:sz w:val="18"/>
                <w:szCs w:val="18"/>
              </w:rPr>
              <w:t>Tees</w:t>
            </w:r>
            <w:proofErr w:type="spellEnd"/>
            <w:r w:rsidRPr="004A786C">
              <w:rPr>
                <w:rFonts w:ascii="Arial" w:hAnsi="Arial" w:cs="Arial"/>
                <w:sz w:val="18"/>
                <w:szCs w:val="18"/>
              </w:rPr>
              <w:t>, uniones de tapa y base, tapas finales, sujetadoras.</w:t>
            </w:r>
          </w:p>
        </w:tc>
        <w:tc>
          <w:tcPr>
            <w:tcW w:w="993" w:type="dxa"/>
            <w:vAlign w:val="center"/>
          </w:tcPr>
          <w:p w14:paraId="25A460F3" w14:textId="77777777" w:rsidR="00516A5B" w:rsidRPr="00A56DF5" w:rsidRDefault="00516A5B" w:rsidP="00B25E14">
            <w:pPr>
              <w:rPr>
                <w:rFonts w:ascii="Arial" w:hAnsi="Arial" w:cs="Arial"/>
                <w:color w:val="EE0000"/>
                <w:sz w:val="18"/>
                <w:szCs w:val="18"/>
              </w:rPr>
            </w:pPr>
          </w:p>
        </w:tc>
        <w:tc>
          <w:tcPr>
            <w:tcW w:w="992" w:type="dxa"/>
            <w:vAlign w:val="center"/>
          </w:tcPr>
          <w:p w14:paraId="2E28052C" w14:textId="77777777" w:rsidR="00516A5B" w:rsidRPr="00A56DF5" w:rsidRDefault="00516A5B" w:rsidP="00B25E14">
            <w:pPr>
              <w:rPr>
                <w:rFonts w:ascii="Arial" w:hAnsi="Arial" w:cs="Arial"/>
                <w:color w:val="EE0000"/>
                <w:sz w:val="18"/>
                <w:szCs w:val="18"/>
              </w:rPr>
            </w:pPr>
          </w:p>
        </w:tc>
      </w:tr>
      <w:tr w:rsidR="00516A5B" w:rsidRPr="00A56DF5" w14:paraId="6638AF20" w14:textId="77777777" w:rsidTr="00674DB8">
        <w:tc>
          <w:tcPr>
            <w:tcW w:w="709" w:type="dxa"/>
            <w:vAlign w:val="center"/>
          </w:tcPr>
          <w:p w14:paraId="56CC3995"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tcPr>
          <w:p w14:paraId="73C9FC71" w14:textId="77777777" w:rsidR="00516A5B" w:rsidRPr="009D7E0B" w:rsidRDefault="00516A5B" w:rsidP="00B25E14">
            <w:pPr>
              <w:jc w:val="both"/>
              <w:rPr>
                <w:rFonts w:ascii="Arial" w:hAnsi="Arial" w:cs="Arial"/>
                <w:sz w:val="18"/>
                <w:szCs w:val="18"/>
              </w:rPr>
            </w:pPr>
            <w:r w:rsidRPr="004A786C">
              <w:rPr>
                <w:rFonts w:ascii="Arial" w:hAnsi="Arial" w:cs="Arial"/>
                <w:sz w:val="18"/>
                <w:szCs w:val="18"/>
              </w:rPr>
              <w:t xml:space="preserve">Suministro e instalación de caja y/o soporte para tomas eléctricas y </w:t>
            </w:r>
            <w:proofErr w:type="spellStart"/>
            <w:r w:rsidRPr="004A786C">
              <w:rPr>
                <w:rFonts w:ascii="Arial" w:hAnsi="Arial" w:cs="Arial"/>
                <w:sz w:val="18"/>
                <w:szCs w:val="18"/>
              </w:rPr>
              <w:t>face</w:t>
            </w:r>
            <w:proofErr w:type="spellEnd"/>
            <w:r w:rsidRPr="004A786C">
              <w:rPr>
                <w:rFonts w:ascii="Arial" w:hAnsi="Arial" w:cs="Arial"/>
                <w:sz w:val="18"/>
                <w:szCs w:val="18"/>
              </w:rPr>
              <w:t xml:space="preserve"> </w:t>
            </w:r>
            <w:proofErr w:type="spellStart"/>
            <w:r w:rsidRPr="004A786C">
              <w:rPr>
                <w:rFonts w:ascii="Arial" w:hAnsi="Arial" w:cs="Arial"/>
                <w:sz w:val="18"/>
                <w:szCs w:val="18"/>
              </w:rPr>
              <w:t>plate</w:t>
            </w:r>
            <w:proofErr w:type="spellEnd"/>
            <w:r w:rsidRPr="004A786C">
              <w:rPr>
                <w:rFonts w:ascii="Arial" w:hAnsi="Arial" w:cs="Arial"/>
                <w:sz w:val="18"/>
                <w:szCs w:val="18"/>
              </w:rPr>
              <w:t xml:space="preserve">. </w:t>
            </w:r>
          </w:p>
        </w:tc>
        <w:tc>
          <w:tcPr>
            <w:tcW w:w="993" w:type="dxa"/>
            <w:vAlign w:val="center"/>
          </w:tcPr>
          <w:p w14:paraId="26E669CC" w14:textId="77777777" w:rsidR="00516A5B" w:rsidRPr="00A56DF5" w:rsidRDefault="00516A5B" w:rsidP="00B25E14">
            <w:pPr>
              <w:rPr>
                <w:rFonts w:ascii="Arial" w:hAnsi="Arial" w:cs="Arial"/>
                <w:color w:val="EE0000"/>
                <w:sz w:val="18"/>
                <w:szCs w:val="18"/>
              </w:rPr>
            </w:pPr>
          </w:p>
        </w:tc>
        <w:tc>
          <w:tcPr>
            <w:tcW w:w="992" w:type="dxa"/>
            <w:vAlign w:val="center"/>
          </w:tcPr>
          <w:p w14:paraId="70757C91" w14:textId="77777777" w:rsidR="00516A5B" w:rsidRPr="00A56DF5" w:rsidRDefault="00516A5B" w:rsidP="00B25E14">
            <w:pPr>
              <w:rPr>
                <w:rFonts w:ascii="Arial" w:hAnsi="Arial" w:cs="Arial"/>
                <w:color w:val="EE0000"/>
                <w:sz w:val="18"/>
                <w:szCs w:val="18"/>
              </w:rPr>
            </w:pPr>
          </w:p>
        </w:tc>
      </w:tr>
      <w:tr w:rsidR="00516A5B" w:rsidRPr="00A56DF5" w14:paraId="668824B3" w14:textId="77777777" w:rsidTr="00674DB8">
        <w:tc>
          <w:tcPr>
            <w:tcW w:w="709" w:type="dxa"/>
            <w:vAlign w:val="center"/>
          </w:tcPr>
          <w:p w14:paraId="27A3408F"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tcPr>
          <w:p w14:paraId="3CF070F0" w14:textId="77777777" w:rsidR="00516A5B" w:rsidRPr="009D7E0B" w:rsidRDefault="00516A5B" w:rsidP="00B25E14">
            <w:pPr>
              <w:jc w:val="both"/>
              <w:rPr>
                <w:rFonts w:ascii="Arial" w:hAnsi="Arial" w:cs="Arial"/>
                <w:sz w:val="18"/>
                <w:szCs w:val="18"/>
              </w:rPr>
            </w:pPr>
            <w:r w:rsidRPr="004A786C">
              <w:rPr>
                <w:rFonts w:ascii="Arial" w:hAnsi="Arial" w:cs="Arial"/>
                <w:sz w:val="18"/>
                <w:szCs w:val="18"/>
              </w:rPr>
              <w:t xml:space="preserve">Sera </w:t>
            </w:r>
            <w:proofErr w:type="spellStart"/>
            <w:r w:rsidRPr="004A786C">
              <w:rPr>
                <w:rFonts w:ascii="Arial" w:hAnsi="Arial" w:cs="Arial"/>
                <w:sz w:val="18"/>
                <w:szCs w:val="18"/>
              </w:rPr>
              <w:t>multi</w:t>
            </w:r>
            <w:proofErr w:type="spellEnd"/>
            <w:r w:rsidRPr="004A786C">
              <w:rPr>
                <w:rFonts w:ascii="Arial" w:hAnsi="Arial" w:cs="Arial"/>
                <w:sz w:val="18"/>
                <w:szCs w:val="18"/>
              </w:rPr>
              <w:t xml:space="preserve"> canal para separación de cableado eléctrico y de datos. Cada uno de los tramos contara con su accesorio de división si la referencia o modelo lo requiere.</w:t>
            </w:r>
          </w:p>
        </w:tc>
        <w:tc>
          <w:tcPr>
            <w:tcW w:w="993" w:type="dxa"/>
            <w:vAlign w:val="center"/>
          </w:tcPr>
          <w:p w14:paraId="6F29697F" w14:textId="77777777" w:rsidR="00516A5B" w:rsidRPr="00A56DF5" w:rsidRDefault="00516A5B" w:rsidP="00B25E14">
            <w:pPr>
              <w:rPr>
                <w:rFonts w:ascii="Arial" w:hAnsi="Arial" w:cs="Arial"/>
                <w:color w:val="EE0000"/>
                <w:sz w:val="18"/>
                <w:szCs w:val="18"/>
              </w:rPr>
            </w:pPr>
          </w:p>
        </w:tc>
        <w:tc>
          <w:tcPr>
            <w:tcW w:w="992" w:type="dxa"/>
            <w:vAlign w:val="center"/>
          </w:tcPr>
          <w:p w14:paraId="22C123D3" w14:textId="77777777" w:rsidR="00516A5B" w:rsidRPr="00A56DF5" w:rsidRDefault="00516A5B" w:rsidP="00B25E14">
            <w:pPr>
              <w:rPr>
                <w:rFonts w:ascii="Arial" w:hAnsi="Arial" w:cs="Arial"/>
                <w:color w:val="EE0000"/>
                <w:sz w:val="18"/>
                <w:szCs w:val="18"/>
              </w:rPr>
            </w:pPr>
          </w:p>
        </w:tc>
      </w:tr>
      <w:tr w:rsidR="00516A5B" w:rsidRPr="00A56DF5" w14:paraId="586ED233" w14:textId="77777777" w:rsidTr="00674DB8">
        <w:tc>
          <w:tcPr>
            <w:tcW w:w="709" w:type="dxa"/>
            <w:vAlign w:val="center"/>
          </w:tcPr>
          <w:p w14:paraId="0FF4D912"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tcPr>
          <w:p w14:paraId="3F384C8C" w14:textId="77777777" w:rsidR="00516A5B" w:rsidRPr="009D7E0B" w:rsidRDefault="00516A5B" w:rsidP="00B25E14">
            <w:pPr>
              <w:jc w:val="both"/>
              <w:rPr>
                <w:rFonts w:ascii="Arial" w:hAnsi="Arial" w:cs="Arial"/>
                <w:sz w:val="18"/>
                <w:szCs w:val="18"/>
              </w:rPr>
            </w:pPr>
            <w:r w:rsidRPr="004A786C">
              <w:rPr>
                <w:rFonts w:ascii="Arial" w:hAnsi="Arial" w:cs="Arial"/>
                <w:sz w:val="18"/>
                <w:szCs w:val="18"/>
              </w:rPr>
              <w:t>Color Blanco, incluirá tornillería de instalación y chazos.</w:t>
            </w:r>
          </w:p>
        </w:tc>
        <w:tc>
          <w:tcPr>
            <w:tcW w:w="993" w:type="dxa"/>
            <w:vAlign w:val="center"/>
          </w:tcPr>
          <w:p w14:paraId="6DDD7BDC" w14:textId="77777777" w:rsidR="00516A5B" w:rsidRPr="00A56DF5" w:rsidRDefault="00516A5B" w:rsidP="00B25E14">
            <w:pPr>
              <w:rPr>
                <w:rFonts w:ascii="Arial" w:hAnsi="Arial" w:cs="Arial"/>
                <w:color w:val="EE0000"/>
                <w:sz w:val="18"/>
                <w:szCs w:val="18"/>
              </w:rPr>
            </w:pPr>
          </w:p>
        </w:tc>
        <w:tc>
          <w:tcPr>
            <w:tcW w:w="992" w:type="dxa"/>
            <w:vAlign w:val="center"/>
          </w:tcPr>
          <w:p w14:paraId="64E5A16D" w14:textId="77777777" w:rsidR="00516A5B" w:rsidRPr="00A56DF5" w:rsidRDefault="00516A5B" w:rsidP="00B25E14">
            <w:pPr>
              <w:rPr>
                <w:rFonts w:ascii="Arial" w:hAnsi="Arial" w:cs="Arial"/>
                <w:color w:val="EE0000"/>
                <w:sz w:val="18"/>
                <w:szCs w:val="18"/>
              </w:rPr>
            </w:pPr>
          </w:p>
        </w:tc>
      </w:tr>
      <w:tr w:rsidR="00516A5B" w:rsidRPr="00A56DF5" w14:paraId="2FE7918A" w14:textId="77777777" w:rsidTr="00674DB8">
        <w:tc>
          <w:tcPr>
            <w:tcW w:w="709" w:type="dxa"/>
            <w:vAlign w:val="center"/>
          </w:tcPr>
          <w:p w14:paraId="2E82D52E"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tcPr>
          <w:p w14:paraId="6C3919B4" w14:textId="77777777" w:rsidR="00516A5B" w:rsidRPr="009D7E0B" w:rsidRDefault="00516A5B" w:rsidP="00B25E14">
            <w:pPr>
              <w:jc w:val="both"/>
              <w:rPr>
                <w:rFonts w:ascii="Arial" w:hAnsi="Arial" w:cs="Arial"/>
                <w:sz w:val="18"/>
                <w:szCs w:val="18"/>
              </w:rPr>
            </w:pPr>
            <w:r w:rsidRPr="004A786C">
              <w:rPr>
                <w:rFonts w:ascii="Arial" w:hAnsi="Arial" w:cs="Arial"/>
                <w:sz w:val="18"/>
                <w:szCs w:val="18"/>
              </w:rPr>
              <w:t>Se garantizará la verticalidad y horizontalidad de la instalación en la totalidad del recorrido.</w:t>
            </w:r>
          </w:p>
        </w:tc>
        <w:tc>
          <w:tcPr>
            <w:tcW w:w="993" w:type="dxa"/>
            <w:vAlign w:val="center"/>
          </w:tcPr>
          <w:p w14:paraId="659BFFFB" w14:textId="77777777" w:rsidR="00516A5B" w:rsidRPr="00A56DF5" w:rsidRDefault="00516A5B" w:rsidP="00B25E14">
            <w:pPr>
              <w:rPr>
                <w:rFonts w:ascii="Arial" w:hAnsi="Arial" w:cs="Arial"/>
                <w:color w:val="EE0000"/>
                <w:sz w:val="18"/>
                <w:szCs w:val="18"/>
              </w:rPr>
            </w:pPr>
          </w:p>
        </w:tc>
        <w:tc>
          <w:tcPr>
            <w:tcW w:w="992" w:type="dxa"/>
            <w:vAlign w:val="center"/>
          </w:tcPr>
          <w:p w14:paraId="2CB8281C" w14:textId="77777777" w:rsidR="00516A5B" w:rsidRPr="00A56DF5" w:rsidRDefault="00516A5B" w:rsidP="00B25E14">
            <w:pPr>
              <w:rPr>
                <w:rFonts w:ascii="Arial" w:hAnsi="Arial" w:cs="Arial"/>
                <w:color w:val="EE0000"/>
                <w:sz w:val="18"/>
                <w:szCs w:val="18"/>
              </w:rPr>
            </w:pPr>
          </w:p>
        </w:tc>
      </w:tr>
      <w:tr w:rsidR="00516A5B" w:rsidRPr="00A56DF5" w14:paraId="4F4D8FDE" w14:textId="77777777" w:rsidTr="00674DB8">
        <w:tc>
          <w:tcPr>
            <w:tcW w:w="709" w:type="dxa"/>
            <w:vAlign w:val="center"/>
          </w:tcPr>
          <w:p w14:paraId="61C72D07"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tcPr>
          <w:p w14:paraId="311753D7" w14:textId="77777777" w:rsidR="00516A5B" w:rsidRPr="009D7E0B" w:rsidRDefault="00516A5B" w:rsidP="00B25E14">
            <w:pPr>
              <w:jc w:val="both"/>
              <w:rPr>
                <w:rFonts w:ascii="Arial" w:hAnsi="Arial" w:cs="Arial"/>
                <w:sz w:val="18"/>
                <w:szCs w:val="18"/>
              </w:rPr>
            </w:pPr>
            <w:r w:rsidRPr="004A786C">
              <w:rPr>
                <w:rFonts w:ascii="Arial" w:hAnsi="Arial" w:cs="Arial"/>
                <w:sz w:val="18"/>
                <w:szCs w:val="18"/>
              </w:rPr>
              <w:t xml:space="preserve">Será listada UL 5 A y/o UL 94 y/o pruebas equivalentes establecidas en normas IEC, certificado RETIE y/o estándar NEMA. </w:t>
            </w:r>
          </w:p>
        </w:tc>
        <w:tc>
          <w:tcPr>
            <w:tcW w:w="993" w:type="dxa"/>
            <w:vAlign w:val="center"/>
          </w:tcPr>
          <w:p w14:paraId="66F820F7" w14:textId="77777777" w:rsidR="00516A5B" w:rsidRPr="00A56DF5" w:rsidRDefault="00516A5B" w:rsidP="00B25E14">
            <w:pPr>
              <w:rPr>
                <w:rFonts w:ascii="Arial" w:hAnsi="Arial" w:cs="Arial"/>
                <w:color w:val="EE0000"/>
                <w:sz w:val="18"/>
                <w:szCs w:val="18"/>
              </w:rPr>
            </w:pPr>
          </w:p>
        </w:tc>
        <w:tc>
          <w:tcPr>
            <w:tcW w:w="992" w:type="dxa"/>
            <w:vAlign w:val="center"/>
          </w:tcPr>
          <w:p w14:paraId="581596F8" w14:textId="77777777" w:rsidR="00516A5B" w:rsidRPr="00A56DF5" w:rsidRDefault="00516A5B" w:rsidP="00B25E14">
            <w:pPr>
              <w:rPr>
                <w:rFonts w:ascii="Arial" w:hAnsi="Arial" w:cs="Arial"/>
                <w:color w:val="EE0000"/>
                <w:sz w:val="18"/>
                <w:szCs w:val="18"/>
              </w:rPr>
            </w:pPr>
          </w:p>
        </w:tc>
      </w:tr>
      <w:tr w:rsidR="00516A5B" w:rsidRPr="00A56DF5" w14:paraId="3B8DC9C1" w14:textId="77777777" w:rsidTr="00674DB8">
        <w:tc>
          <w:tcPr>
            <w:tcW w:w="709" w:type="dxa"/>
            <w:vAlign w:val="center"/>
          </w:tcPr>
          <w:p w14:paraId="6D952770"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tcPr>
          <w:p w14:paraId="0E16F431" w14:textId="77777777" w:rsidR="00516A5B" w:rsidRPr="009D7E0B" w:rsidRDefault="00516A5B" w:rsidP="00B25E14">
            <w:pPr>
              <w:jc w:val="both"/>
              <w:rPr>
                <w:rFonts w:ascii="Arial" w:hAnsi="Arial" w:cs="Arial"/>
                <w:sz w:val="18"/>
                <w:szCs w:val="18"/>
              </w:rPr>
            </w:pPr>
            <w:r w:rsidRPr="004A786C">
              <w:rPr>
                <w:rFonts w:ascii="Arial" w:hAnsi="Arial" w:cs="Arial"/>
                <w:sz w:val="18"/>
                <w:szCs w:val="18"/>
              </w:rPr>
              <w:t>La totalidad de accesorios para canaleta serán de la misma marca.</w:t>
            </w:r>
          </w:p>
        </w:tc>
        <w:tc>
          <w:tcPr>
            <w:tcW w:w="993" w:type="dxa"/>
            <w:vAlign w:val="center"/>
          </w:tcPr>
          <w:p w14:paraId="21A2C30F" w14:textId="77777777" w:rsidR="00516A5B" w:rsidRPr="00A56DF5" w:rsidRDefault="00516A5B" w:rsidP="00B25E14">
            <w:pPr>
              <w:rPr>
                <w:rFonts w:ascii="Arial" w:hAnsi="Arial" w:cs="Arial"/>
                <w:color w:val="EE0000"/>
                <w:sz w:val="18"/>
                <w:szCs w:val="18"/>
              </w:rPr>
            </w:pPr>
          </w:p>
        </w:tc>
        <w:tc>
          <w:tcPr>
            <w:tcW w:w="992" w:type="dxa"/>
            <w:vAlign w:val="center"/>
          </w:tcPr>
          <w:p w14:paraId="7C21E652" w14:textId="77777777" w:rsidR="00516A5B" w:rsidRPr="00A56DF5" w:rsidRDefault="00516A5B" w:rsidP="00B25E14">
            <w:pPr>
              <w:rPr>
                <w:rFonts w:ascii="Arial" w:hAnsi="Arial" w:cs="Arial"/>
                <w:color w:val="EE0000"/>
                <w:sz w:val="18"/>
                <w:szCs w:val="18"/>
              </w:rPr>
            </w:pPr>
          </w:p>
        </w:tc>
      </w:tr>
      <w:tr w:rsidR="00516A5B" w:rsidRPr="00A56DF5" w14:paraId="41AAA24C" w14:textId="77777777" w:rsidTr="00674DB8">
        <w:tc>
          <w:tcPr>
            <w:tcW w:w="709" w:type="dxa"/>
            <w:vAlign w:val="center"/>
          </w:tcPr>
          <w:p w14:paraId="4981D598"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tcPr>
          <w:p w14:paraId="14EBF1F3" w14:textId="77777777" w:rsidR="00516A5B" w:rsidRPr="009D7E0B" w:rsidRDefault="00516A5B" w:rsidP="00B25E14">
            <w:pPr>
              <w:jc w:val="both"/>
              <w:rPr>
                <w:rFonts w:ascii="Arial" w:hAnsi="Arial" w:cs="Arial"/>
                <w:sz w:val="18"/>
                <w:szCs w:val="18"/>
              </w:rPr>
            </w:pPr>
            <w:r w:rsidRPr="004A786C">
              <w:rPr>
                <w:rFonts w:ascii="Arial" w:hAnsi="Arial" w:cs="Arial"/>
                <w:sz w:val="18"/>
                <w:szCs w:val="18"/>
              </w:rPr>
              <w:t xml:space="preserve">Suministro e instalación de accesorios para canaleta tales como: tapas, divisores, curvas, codos, </w:t>
            </w:r>
            <w:proofErr w:type="spellStart"/>
            <w:r w:rsidRPr="004A786C">
              <w:rPr>
                <w:rFonts w:ascii="Arial" w:hAnsi="Arial" w:cs="Arial"/>
                <w:sz w:val="18"/>
                <w:szCs w:val="18"/>
              </w:rPr>
              <w:t>Tees</w:t>
            </w:r>
            <w:proofErr w:type="spellEnd"/>
            <w:r w:rsidRPr="004A786C">
              <w:rPr>
                <w:rFonts w:ascii="Arial" w:hAnsi="Arial" w:cs="Arial"/>
                <w:sz w:val="18"/>
                <w:szCs w:val="18"/>
              </w:rPr>
              <w:t>, uniones de tapa y base, tapas finales, sujetadoras.</w:t>
            </w:r>
          </w:p>
        </w:tc>
        <w:tc>
          <w:tcPr>
            <w:tcW w:w="993" w:type="dxa"/>
            <w:vAlign w:val="center"/>
          </w:tcPr>
          <w:p w14:paraId="3AADC6ED" w14:textId="77777777" w:rsidR="00516A5B" w:rsidRPr="00A56DF5" w:rsidRDefault="00516A5B" w:rsidP="00B25E14">
            <w:pPr>
              <w:rPr>
                <w:rFonts w:ascii="Arial" w:hAnsi="Arial" w:cs="Arial"/>
                <w:color w:val="EE0000"/>
                <w:sz w:val="18"/>
                <w:szCs w:val="18"/>
              </w:rPr>
            </w:pPr>
          </w:p>
        </w:tc>
        <w:tc>
          <w:tcPr>
            <w:tcW w:w="992" w:type="dxa"/>
            <w:vAlign w:val="center"/>
          </w:tcPr>
          <w:p w14:paraId="37B54F29" w14:textId="77777777" w:rsidR="00516A5B" w:rsidRPr="00A56DF5" w:rsidRDefault="00516A5B" w:rsidP="00B25E14">
            <w:pPr>
              <w:rPr>
                <w:rFonts w:ascii="Arial" w:hAnsi="Arial" w:cs="Arial"/>
                <w:color w:val="EE0000"/>
                <w:sz w:val="18"/>
                <w:szCs w:val="18"/>
              </w:rPr>
            </w:pPr>
          </w:p>
        </w:tc>
      </w:tr>
      <w:tr w:rsidR="00516A5B" w:rsidRPr="00A56DF5" w14:paraId="3E6D5792" w14:textId="77777777" w:rsidTr="00674DB8">
        <w:tc>
          <w:tcPr>
            <w:tcW w:w="709" w:type="dxa"/>
            <w:vAlign w:val="center"/>
          </w:tcPr>
          <w:p w14:paraId="4A21259C" w14:textId="77777777" w:rsidR="00516A5B" w:rsidRPr="009D7E0B" w:rsidRDefault="00516A5B">
            <w:pPr>
              <w:pStyle w:val="Prrafodelista"/>
              <w:numPr>
                <w:ilvl w:val="0"/>
                <w:numId w:val="31"/>
              </w:numPr>
              <w:ind w:left="417"/>
              <w:jc w:val="center"/>
              <w:rPr>
                <w:rFonts w:ascii="Arial" w:hAnsi="Arial" w:cs="Arial"/>
                <w:sz w:val="18"/>
                <w:szCs w:val="18"/>
              </w:rPr>
            </w:pPr>
          </w:p>
        </w:tc>
        <w:tc>
          <w:tcPr>
            <w:tcW w:w="7796" w:type="dxa"/>
            <w:gridSpan w:val="2"/>
            <w:vAlign w:val="center"/>
          </w:tcPr>
          <w:p w14:paraId="74ACB001" w14:textId="77777777" w:rsidR="00516A5B" w:rsidRDefault="00516A5B" w:rsidP="00B25E14">
            <w:pPr>
              <w:jc w:val="both"/>
              <w:rPr>
                <w:rFonts w:ascii="Arial" w:hAnsi="Arial" w:cs="Arial"/>
                <w:sz w:val="18"/>
                <w:szCs w:val="18"/>
              </w:rPr>
            </w:pPr>
            <w:r w:rsidRPr="004A786C">
              <w:rPr>
                <w:rFonts w:ascii="Arial" w:hAnsi="Arial" w:cs="Arial"/>
                <w:sz w:val="18"/>
                <w:szCs w:val="18"/>
              </w:rPr>
              <w:t>Deberá relacionar URL o enlace web del fabricante del producto con dominio .</w:t>
            </w:r>
            <w:proofErr w:type="spellStart"/>
            <w:r w:rsidRPr="004A786C">
              <w:rPr>
                <w:rFonts w:ascii="Arial" w:hAnsi="Arial" w:cs="Arial"/>
                <w:sz w:val="18"/>
                <w:szCs w:val="18"/>
              </w:rPr>
              <w:t>com</w:t>
            </w:r>
            <w:proofErr w:type="spellEnd"/>
            <w:r w:rsidRPr="004A786C">
              <w:rPr>
                <w:rFonts w:ascii="Arial" w:hAnsi="Arial" w:cs="Arial"/>
                <w:sz w:val="18"/>
                <w:szCs w:val="18"/>
              </w:rPr>
              <w:t xml:space="preserve">, donde se posible la verificación de la ficha técnica aportada en cada uno de sus </w:t>
            </w:r>
            <w:proofErr w:type="gramStart"/>
            <w:r w:rsidRPr="004A786C">
              <w:rPr>
                <w:rFonts w:ascii="Arial" w:hAnsi="Arial" w:cs="Arial"/>
                <w:sz w:val="18"/>
                <w:szCs w:val="18"/>
              </w:rPr>
              <w:t>item:_</w:t>
            </w:r>
            <w:proofErr w:type="gramEnd"/>
            <w:r w:rsidRPr="004A786C">
              <w:rPr>
                <w:rFonts w:ascii="Arial" w:hAnsi="Arial" w:cs="Arial"/>
                <w:sz w:val="18"/>
                <w:szCs w:val="18"/>
              </w:rPr>
              <w:t>____________________________________________________________</w:t>
            </w:r>
          </w:p>
          <w:p w14:paraId="1FE90A81" w14:textId="77777777" w:rsidR="00516A5B" w:rsidRPr="009D7E0B" w:rsidRDefault="00516A5B" w:rsidP="00B25E14">
            <w:pPr>
              <w:jc w:val="both"/>
              <w:rPr>
                <w:rFonts w:ascii="Arial" w:hAnsi="Arial" w:cs="Arial"/>
                <w:sz w:val="18"/>
                <w:szCs w:val="18"/>
              </w:rPr>
            </w:pPr>
          </w:p>
        </w:tc>
        <w:tc>
          <w:tcPr>
            <w:tcW w:w="993" w:type="dxa"/>
            <w:vAlign w:val="center"/>
          </w:tcPr>
          <w:p w14:paraId="4A44BF52" w14:textId="77777777" w:rsidR="00516A5B" w:rsidRPr="00A56DF5" w:rsidRDefault="00516A5B" w:rsidP="00B25E14">
            <w:pPr>
              <w:rPr>
                <w:rFonts w:ascii="Arial" w:hAnsi="Arial" w:cs="Arial"/>
                <w:color w:val="EE0000"/>
                <w:sz w:val="18"/>
                <w:szCs w:val="18"/>
              </w:rPr>
            </w:pPr>
          </w:p>
        </w:tc>
        <w:tc>
          <w:tcPr>
            <w:tcW w:w="992" w:type="dxa"/>
            <w:vAlign w:val="center"/>
          </w:tcPr>
          <w:p w14:paraId="4A6C7911" w14:textId="77777777" w:rsidR="00516A5B" w:rsidRPr="00A56DF5" w:rsidRDefault="00516A5B" w:rsidP="00B25E14">
            <w:pPr>
              <w:rPr>
                <w:rFonts w:ascii="Arial" w:hAnsi="Arial" w:cs="Arial"/>
                <w:color w:val="EE0000"/>
                <w:sz w:val="18"/>
                <w:szCs w:val="18"/>
              </w:rPr>
            </w:pPr>
          </w:p>
        </w:tc>
      </w:tr>
      <w:tr w:rsidR="00516A5B" w:rsidRPr="00A56DF5" w14:paraId="55C82203" w14:textId="77777777" w:rsidTr="00674DB8">
        <w:trPr>
          <w:trHeight w:val="168"/>
        </w:trPr>
        <w:tc>
          <w:tcPr>
            <w:tcW w:w="709" w:type="dxa"/>
            <w:vAlign w:val="center"/>
          </w:tcPr>
          <w:p w14:paraId="03C54014" w14:textId="77777777" w:rsidR="00516A5B" w:rsidRPr="0022176B" w:rsidRDefault="00516A5B" w:rsidP="00B25E14">
            <w:pPr>
              <w:jc w:val="center"/>
              <w:rPr>
                <w:rFonts w:ascii="Arial" w:hAnsi="Arial" w:cs="Arial"/>
                <w:b/>
                <w:bCs/>
                <w:sz w:val="18"/>
                <w:szCs w:val="18"/>
              </w:rPr>
            </w:pPr>
            <w:r>
              <w:rPr>
                <w:rFonts w:ascii="Arial" w:hAnsi="Arial" w:cs="Arial"/>
                <w:b/>
                <w:bCs/>
                <w:sz w:val="18"/>
                <w:szCs w:val="18"/>
              </w:rPr>
              <w:t>12</w:t>
            </w:r>
          </w:p>
        </w:tc>
        <w:tc>
          <w:tcPr>
            <w:tcW w:w="7796" w:type="dxa"/>
            <w:gridSpan w:val="2"/>
            <w:vAlign w:val="center"/>
          </w:tcPr>
          <w:p w14:paraId="4137F00B" w14:textId="77777777" w:rsidR="00516A5B" w:rsidRPr="0022176B" w:rsidRDefault="00516A5B" w:rsidP="00B25E14">
            <w:pPr>
              <w:jc w:val="both"/>
              <w:rPr>
                <w:rFonts w:ascii="Arial" w:hAnsi="Arial" w:cs="Arial"/>
                <w:b/>
                <w:bCs/>
                <w:sz w:val="18"/>
                <w:szCs w:val="18"/>
              </w:rPr>
            </w:pPr>
            <w:r w:rsidRPr="0022176B">
              <w:rPr>
                <w:rFonts w:ascii="Arial" w:hAnsi="Arial" w:cs="Arial"/>
                <w:b/>
                <w:bCs/>
                <w:sz w:val="18"/>
                <w:szCs w:val="18"/>
              </w:rPr>
              <w:t>TUBERÍA IMC</w:t>
            </w:r>
          </w:p>
        </w:tc>
        <w:tc>
          <w:tcPr>
            <w:tcW w:w="993" w:type="dxa"/>
            <w:vAlign w:val="center"/>
          </w:tcPr>
          <w:p w14:paraId="1A00B95B" w14:textId="77777777" w:rsidR="00516A5B" w:rsidRPr="00A56DF5" w:rsidRDefault="00516A5B" w:rsidP="00B25E14">
            <w:pPr>
              <w:rPr>
                <w:rFonts w:ascii="Arial" w:hAnsi="Arial" w:cs="Arial"/>
                <w:color w:val="EE0000"/>
                <w:sz w:val="18"/>
                <w:szCs w:val="18"/>
              </w:rPr>
            </w:pPr>
          </w:p>
        </w:tc>
        <w:tc>
          <w:tcPr>
            <w:tcW w:w="992" w:type="dxa"/>
            <w:vAlign w:val="center"/>
          </w:tcPr>
          <w:p w14:paraId="28D385FE" w14:textId="77777777" w:rsidR="00516A5B" w:rsidRPr="00A56DF5" w:rsidRDefault="00516A5B" w:rsidP="00B25E14">
            <w:pPr>
              <w:rPr>
                <w:rFonts w:ascii="Arial" w:hAnsi="Arial" w:cs="Arial"/>
                <w:color w:val="EE0000"/>
                <w:sz w:val="18"/>
                <w:szCs w:val="18"/>
              </w:rPr>
            </w:pPr>
          </w:p>
        </w:tc>
      </w:tr>
      <w:tr w:rsidR="00516A5B" w:rsidRPr="00A56DF5" w14:paraId="04EA8ABE" w14:textId="77777777" w:rsidTr="00674DB8">
        <w:tc>
          <w:tcPr>
            <w:tcW w:w="709" w:type="dxa"/>
            <w:vAlign w:val="center"/>
          </w:tcPr>
          <w:p w14:paraId="79CDA487" w14:textId="77777777" w:rsidR="00516A5B" w:rsidRPr="006F3386" w:rsidRDefault="00516A5B">
            <w:pPr>
              <w:pStyle w:val="Prrafodelista"/>
              <w:numPr>
                <w:ilvl w:val="0"/>
                <w:numId w:val="32"/>
              </w:numPr>
              <w:ind w:left="417"/>
              <w:jc w:val="center"/>
              <w:rPr>
                <w:rFonts w:ascii="Arial" w:hAnsi="Arial" w:cs="Arial"/>
                <w:sz w:val="18"/>
                <w:szCs w:val="18"/>
              </w:rPr>
            </w:pPr>
          </w:p>
        </w:tc>
        <w:tc>
          <w:tcPr>
            <w:tcW w:w="1696" w:type="dxa"/>
            <w:vAlign w:val="center"/>
          </w:tcPr>
          <w:p w14:paraId="612DCE45" w14:textId="77777777" w:rsidR="00516A5B" w:rsidRPr="009D7E0B" w:rsidRDefault="00516A5B" w:rsidP="00B25E14">
            <w:pPr>
              <w:rPr>
                <w:rFonts w:ascii="Arial" w:hAnsi="Arial" w:cs="Arial"/>
                <w:sz w:val="18"/>
                <w:szCs w:val="18"/>
              </w:rPr>
            </w:pPr>
            <w:r>
              <w:rPr>
                <w:rFonts w:ascii="Arial" w:hAnsi="Arial" w:cs="Arial"/>
                <w:sz w:val="18"/>
                <w:szCs w:val="18"/>
              </w:rPr>
              <w:t>Marca:</w:t>
            </w:r>
          </w:p>
        </w:tc>
        <w:tc>
          <w:tcPr>
            <w:tcW w:w="6100" w:type="dxa"/>
          </w:tcPr>
          <w:p w14:paraId="354F1764" w14:textId="77777777" w:rsidR="00516A5B" w:rsidRPr="009D7E0B" w:rsidRDefault="00516A5B" w:rsidP="00B25E14">
            <w:pPr>
              <w:jc w:val="both"/>
              <w:rPr>
                <w:rFonts w:ascii="Arial" w:hAnsi="Arial" w:cs="Arial"/>
                <w:sz w:val="18"/>
                <w:szCs w:val="18"/>
              </w:rPr>
            </w:pPr>
          </w:p>
        </w:tc>
        <w:tc>
          <w:tcPr>
            <w:tcW w:w="993" w:type="dxa"/>
            <w:vAlign w:val="center"/>
          </w:tcPr>
          <w:p w14:paraId="36412781" w14:textId="77777777" w:rsidR="00516A5B" w:rsidRPr="00A56DF5" w:rsidRDefault="00516A5B" w:rsidP="00B25E14">
            <w:pPr>
              <w:rPr>
                <w:rFonts w:ascii="Arial" w:hAnsi="Arial" w:cs="Arial"/>
                <w:color w:val="EE0000"/>
                <w:sz w:val="18"/>
                <w:szCs w:val="18"/>
              </w:rPr>
            </w:pPr>
          </w:p>
        </w:tc>
        <w:tc>
          <w:tcPr>
            <w:tcW w:w="992" w:type="dxa"/>
            <w:vAlign w:val="center"/>
          </w:tcPr>
          <w:p w14:paraId="7C9540F9" w14:textId="77777777" w:rsidR="00516A5B" w:rsidRPr="00A56DF5" w:rsidRDefault="00516A5B" w:rsidP="00B25E14">
            <w:pPr>
              <w:rPr>
                <w:rFonts w:ascii="Arial" w:hAnsi="Arial" w:cs="Arial"/>
                <w:color w:val="EE0000"/>
                <w:sz w:val="18"/>
                <w:szCs w:val="18"/>
              </w:rPr>
            </w:pPr>
          </w:p>
        </w:tc>
      </w:tr>
      <w:tr w:rsidR="00516A5B" w:rsidRPr="00A56DF5" w14:paraId="14AA2C8D" w14:textId="77777777" w:rsidTr="00674DB8">
        <w:tc>
          <w:tcPr>
            <w:tcW w:w="709" w:type="dxa"/>
            <w:vAlign w:val="center"/>
          </w:tcPr>
          <w:p w14:paraId="34D95F49" w14:textId="77777777" w:rsidR="00516A5B" w:rsidRPr="009D7E0B" w:rsidRDefault="00516A5B">
            <w:pPr>
              <w:pStyle w:val="Prrafodelista"/>
              <w:numPr>
                <w:ilvl w:val="0"/>
                <w:numId w:val="32"/>
              </w:numPr>
              <w:ind w:left="417"/>
              <w:jc w:val="center"/>
              <w:rPr>
                <w:rFonts w:ascii="Arial" w:hAnsi="Arial" w:cs="Arial"/>
                <w:sz w:val="18"/>
                <w:szCs w:val="18"/>
              </w:rPr>
            </w:pPr>
          </w:p>
        </w:tc>
        <w:tc>
          <w:tcPr>
            <w:tcW w:w="1696" w:type="dxa"/>
            <w:vAlign w:val="center"/>
          </w:tcPr>
          <w:p w14:paraId="12293935" w14:textId="77777777" w:rsidR="00516A5B" w:rsidRPr="009D7E0B" w:rsidRDefault="00516A5B" w:rsidP="00B25E14">
            <w:pPr>
              <w:rPr>
                <w:rFonts w:ascii="Arial" w:hAnsi="Arial" w:cs="Arial"/>
                <w:sz w:val="18"/>
                <w:szCs w:val="18"/>
              </w:rPr>
            </w:pPr>
            <w:r w:rsidRPr="00CC390D">
              <w:rPr>
                <w:rFonts w:ascii="Arial" w:hAnsi="Arial" w:cs="Arial"/>
                <w:sz w:val="18"/>
                <w:szCs w:val="18"/>
              </w:rPr>
              <w:t>Referencia:</w:t>
            </w:r>
          </w:p>
        </w:tc>
        <w:tc>
          <w:tcPr>
            <w:tcW w:w="6100" w:type="dxa"/>
          </w:tcPr>
          <w:p w14:paraId="528456E2" w14:textId="77777777" w:rsidR="00516A5B" w:rsidRPr="009D7E0B" w:rsidRDefault="00516A5B" w:rsidP="00B25E14">
            <w:pPr>
              <w:jc w:val="both"/>
              <w:rPr>
                <w:rFonts w:ascii="Arial" w:hAnsi="Arial" w:cs="Arial"/>
                <w:sz w:val="18"/>
                <w:szCs w:val="18"/>
              </w:rPr>
            </w:pPr>
          </w:p>
        </w:tc>
        <w:tc>
          <w:tcPr>
            <w:tcW w:w="993" w:type="dxa"/>
            <w:vAlign w:val="center"/>
          </w:tcPr>
          <w:p w14:paraId="3A05F185" w14:textId="77777777" w:rsidR="00516A5B" w:rsidRPr="00A56DF5" w:rsidRDefault="00516A5B" w:rsidP="00B25E14">
            <w:pPr>
              <w:rPr>
                <w:rFonts w:ascii="Arial" w:hAnsi="Arial" w:cs="Arial"/>
                <w:color w:val="EE0000"/>
                <w:sz w:val="18"/>
                <w:szCs w:val="18"/>
              </w:rPr>
            </w:pPr>
          </w:p>
        </w:tc>
        <w:tc>
          <w:tcPr>
            <w:tcW w:w="992" w:type="dxa"/>
            <w:vAlign w:val="center"/>
          </w:tcPr>
          <w:p w14:paraId="110F57DB" w14:textId="77777777" w:rsidR="00516A5B" w:rsidRPr="00A56DF5" w:rsidRDefault="00516A5B" w:rsidP="00B25E14">
            <w:pPr>
              <w:rPr>
                <w:rFonts w:ascii="Arial" w:hAnsi="Arial" w:cs="Arial"/>
                <w:color w:val="EE0000"/>
                <w:sz w:val="18"/>
                <w:szCs w:val="18"/>
              </w:rPr>
            </w:pPr>
          </w:p>
        </w:tc>
      </w:tr>
      <w:tr w:rsidR="00516A5B" w:rsidRPr="00A56DF5" w14:paraId="3835DEB7" w14:textId="77777777" w:rsidTr="00674DB8">
        <w:tc>
          <w:tcPr>
            <w:tcW w:w="709" w:type="dxa"/>
            <w:vAlign w:val="center"/>
          </w:tcPr>
          <w:p w14:paraId="5F7BD558"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2CB46CAF" w14:textId="77777777" w:rsidR="00516A5B" w:rsidRPr="00AD6192" w:rsidRDefault="00516A5B" w:rsidP="00B25E14">
            <w:pPr>
              <w:jc w:val="both"/>
              <w:rPr>
                <w:rFonts w:ascii="Arial" w:hAnsi="Arial" w:cs="Arial"/>
                <w:sz w:val="18"/>
                <w:szCs w:val="18"/>
              </w:rPr>
            </w:pPr>
            <w:r w:rsidRPr="00DF1743">
              <w:rPr>
                <w:rFonts w:ascii="Arial" w:hAnsi="Arial" w:cs="Arial"/>
                <w:sz w:val="18"/>
                <w:szCs w:val="18"/>
              </w:rPr>
              <w:t xml:space="preserve">Suministro instalación de </w:t>
            </w:r>
            <w:proofErr w:type="spellStart"/>
            <w:r w:rsidRPr="00DF1743">
              <w:rPr>
                <w:rFonts w:ascii="Arial" w:hAnsi="Arial" w:cs="Arial"/>
                <w:sz w:val="18"/>
                <w:szCs w:val="18"/>
              </w:rPr>
              <w:t>ductería</w:t>
            </w:r>
            <w:proofErr w:type="spellEnd"/>
            <w:r w:rsidRPr="00DF1743">
              <w:rPr>
                <w:rFonts w:ascii="Arial" w:hAnsi="Arial" w:cs="Arial"/>
                <w:sz w:val="18"/>
                <w:szCs w:val="18"/>
              </w:rPr>
              <w:t xml:space="preserve"> tipo IMC 3/4", terminales, contratuercas, uniones, codos, </w:t>
            </w:r>
            <w:proofErr w:type="spellStart"/>
            <w:r w:rsidRPr="00DF1743">
              <w:rPr>
                <w:rFonts w:ascii="Arial" w:hAnsi="Arial" w:cs="Arial"/>
                <w:sz w:val="18"/>
                <w:szCs w:val="18"/>
              </w:rPr>
              <w:t>conduletas</w:t>
            </w:r>
            <w:proofErr w:type="spellEnd"/>
            <w:r w:rsidRPr="00DF1743">
              <w:rPr>
                <w:rFonts w:ascii="Arial" w:hAnsi="Arial" w:cs="Arial"/>
                <w:sz w:val="18"/>
                <w:szCs w:val="18"/>
              </w:rPr>
              <w:t xml:space="preserve">, soportes, sellos accesorios de salida de </w:t>
            </w:r>
            <w:proofErr w:type="gramStart"/>
            <w:r w:rsidRPr="00DF1743">
              <w:rPr>
                <w:rFonts w:ascii="Arial" w:hAnsi="Arial" w:cs="Arial"/>
                <w:sz w:val="18"/>
                <w:szCs w:val="18"/>
              </w:rPr>
              <w:t>bandeja ,</w:t>
            </w:r>
            <w:proofErr w:type="gramEnd"/>
            <w:r w:rsidRPr="00DF1743">
              <w:rPr>
                <w:rFonts w:ascii="Arial" w:hAnsi="Arial" w:cs="Arial"/>
                <w:sz w:val="18"/>
                <w:szCs w:val="18"/>
              </w:rPr>
              <w:t xml:space="preserve"> cajas de paso, caja de toma y demás accesorios. Se contemplara su uso para anclaje en techo, pared y pisos falsos de acuerdo a necesidades particulares de cada punto de red.</w:t>
            </w:r>
          </w:p>
        </w:tc>
        <w:tc>
          <w:tcPr>
            <w:tcW w:w="993" w:type="dxa"/>
            <w:vAlign w:val="center"/>
          </w:tcPr>
          <w:p w14:paraId="20BA35A4" w14:textId="77777777" w:rsidR="00516A5B" w:rsidRPr="00A56DF5" w:rsidRDefault="00516A5B" w:rsidP="00B25E14">
            <w:pPr>
              <w:rPr>
                <w:rFonts w:ascii="Arial" w:hAnsi="Arial" w:cs="Arial"/>
                <w:color w:val="EE0000"/>
                <w:sz w:val="18"/>
                <w:szCs w:val="18"/>
              </w:rPr>
            </w:pPr>
          </w:p>
        </w:tc>
        <w:tc>
          <w:tcPr>
            <w:tcW w:w="992" w:type="dxa"/>
            <w:vAlign w:val="center"/>
          </w:tcPr>
          <w:p w14:paraId="22A893AB" w14:textId="77777777" w:rsidR="00516A5B" w:rsidRPr="00A56DF5" w:rsidRDefault="00516A5B" w:rsidP="00B25E14">
            <w:pPr>
              <w:rPr>
                <w:rFonts w:ascii="Arial" w:hAnsi="Arial" w:cs="Arial"/>
                <w:color w:val="EE0000"/>
                <w:sz w:val="18"/>
                <w:szCs w:val="18"/>
              </w:rPr>
            </w:pPr>
          </w:p>
        </w:tc>
      </w:tr>
      <w:tr w:rsidR="00516A5B" w:rsidRPr="00A56DF5" w14:paraId="59AFC94B" w14:textId="77777777" w:rsidTr="00674DB8">
        <w:tc>
          <w:tcPr>
            <w:tcW w:w="709" w:type="dxa"/>
            <w:vAlign w:val="center"/>
          </w:tcPr>
          <w:p w14:paraId="05ADD2EC"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7881634D" w14:textId="77777777" w:rsidR="00516A5B" w:rsidRPr="00AD6192" w:rsidRDefault="00516A5B" w:rsidP="00B25E14">
            <w:pPr>
              <w:jc w:val="both"/>
              <w:rPr>
                <w:rFonts w:ascii="Arial" w:hAnsi="Arial" w:cs="Arial"/>
                <w:sz w:val="18"/>
                <w:szCs w:val="18"/>
              </w:rPr>
            </w:pPr>
            <w:r w:rsidRPr="00AD6192">
              <w:rPr>
                <w:rFonts w:ascii="Arial" w:hAnsi="Arial" w:cs="Arial"/>
                <w:sz w:val="18"/>
                <w:szCs w:val="18"/>
              </w:rPr>
              <w:t>Las cantidades serán definidas por el contratista tras visita técnica a las instalaciones a intervenir, previa solicitud escrita al Grupo de Tecnologías de la Información y las Comunicaciones de la unidad policial.</w:t>
            </w:r>
          </w:p>
        </w:tc>
        <w:tc>
          <w:tcPr>
            <w:tcW w:w="993" w:type="dxa"/>
            <w:vAlign w:val="center"/>
          </w:tcPr>
          <w:p w14:paraId="16CB6A53" w14:textId="77777777" w:rsidR="00516A5B" w:rsidRPr="00A56DF5" w:rsidRDefault="00516A5B" w:rsidP="00B25E14">
            <w:pPr>
              <w:rPr>
                <w:rFonts w:ascii="Arial" w:hAnsi="Arial" w:cs="Arial"/>
                <w:color w:val="EE0000"/>
                <w:sz w:val="18"/>
                <w:szCs w:val="18"/>
              </w:rPr>
            </w:pPr>
          </w:p>
        </w:tc>
        <w:tc>
          <w:tcPr>
            <w:tcW w:w="992" w:type="dxa"/>
            <w:vAlign w:val="center"/>
          </w:tcPr>
          <w:p w14:paraId="14BAB49E" w14:textId="77777777" w:rsidR="00516A5B" w:rsidRPr="00A56DF5" w:rsidRDefault="00516A5B" w:rsidP="00B25E14">
            <w:pPr>
              <w:rPr>
                <w:rFonts w:ascii="Arial" w:hAnsi="Arial" w:cs="Arial"/>
                <w:color w:val="EE0000"/>
                <w:sz w:val="18"/>
                <w:szCs w:val="18"/>
              </w:rPr>
            </w:pPr>
          </w:p>
        </w:tc>
      </w:tr>
      <w:tr w:rsidR="00516A5B" w:rsidRPr="00A56DF5" w14:paraId="597B2402" w14:textId="77777777" w:rsidTr="00674DB8">
        <w:trPr>
          <w:trHeight w:val="45"/>
        </w:trPr>
        <w:tc>
          <w:tcPr>
            <w:tcW w:w="709" w:type="dxa"/>
            <w:vAlign w:val="center"/>
          </w:tcPr>
          <w:p w14:paraId="47CA2F6B"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3289E84D" w14:textId="77777777" w:rsidR="00516A5B" w:rsidRPr="00AD6192" w:rsidRDefault="00516A5B" w:rsidP="00B25E14">
            <w:pPr>
              <w:jc w:val="both"/>
              <w:rPr>
                <w:rFonts w:ascii="Arial" w:hAnsi="Arial" w:cs="Arial"/>
                <w:sz w:val="18"/>
                <w:szCs w:val="18"/>
              </w:rPr>
            </w:pPr>
            <w:r w:rsidRPr="00AD6192">
              <w:rPr>
                <w:rFonts w:ascii="Arial" w:hAnsi="Arial" w:cs="Arial"/>
                <w:sz w:val="18"/>
                <w:szCs w:val="18"/>
              </w:rPr>
              <w:t>El contratista será el encargado de realizar propuesta de enrutamiento y canalización para la aprobación de la Policía Nacional, motivo por el cual las cantidades dependerán directamente de dicha propuesta.</w:t>
            </w:r>
          </w:p>
        </w:tc>
        <w:tc>
          <w:tcPr>
            <w:tcW w:w="993" w:type="dxa"/>
            <w:vAlign w:val="center"/>
          </w:tcPr>
          <w:p w14:paraId="6FA18FF0" w14:textId="77777777" w:rsidR="00516A5B" w:rsidRPr="00A56DF5" w:rsidRDefault="00516A5B" w:rsidP="00B25E14">
            <w:pPr>
              <w:rPr>
                <w:rFonts w:ascii="Arial" w:hAnsi="Arial" w:cs="Arial"/>
                <w:color w:val="EE0000"/>
                <w:sz w:val="18"/>
                <w:szCs w:val="18"/>
              </w:rPr>
            </w:pPr>
          </w:p>
        </w:tc>
        <w:tc>
          <w:tcPr>
            <w:tcW w:w="992" w:type="dxa"/>
            <w:vAlign w:val="center"/>
          </w:tcPr>
          <w:p w14:paraId="241BCC58" w14:textId="77777777" w:rsidR="00516A5B" w:rsidRPr="00A56DF5" w:rsidRDefault="00516A5B" w:rsidP="00B25E14">
            <w:pPr>
              <w:rPr>
                <w:rFonts w:ascii="Arial" w:hAnsi="Arial" w:cs="Arial"/>
                <w:color w:val="EE0000"/>
                <w:sz w:val="18"/>
                <w:szCs w:val="18"/>
              </w:rPr>
            </w:pPr>
          </w:p>
        </w:tc>
      </w:tr>
      <w:tr w:rsidR="00516A5B" w:rsidRPr="00A56DF5" w14:paraId="1C3DB3E4" w14:textId="77777777" w:rsidTr="00674DB8">
        <w:tc>
          <w:tcPr>
            <w:tcW w:w="709" w:type="dxa"/>
            <w:vAlign w:val="center"/>
          </w:tcPr>
          <w:p w14:paraId="64214AF9"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6C462206" w14:textId="77777777" w:rsidR="00516A5B" w:rsidRPr="00DF1743" w:rsidRDefault="00516A5B" w:rsidP="00B25E14">
            <w:pPr>
              <w:jc w:val="both"/>
              <w:rPr>
                <w:rFonts w:ascii="Arial" w:hAnsi="Arial" w:cs="Arial"/>
                <w:sz w:val="18"/>
                <w:szCs w:val="18"/>
              </w:rPr>
            </w:pPr>
            <w:r w:rsidRPr="00DF1743">
              <w:rPr>
                <w:rFonts w:ascii="Arial" w:hAnsi="Arial" w:cs="Arial"/>
                <w:sz w:val="18"/>
                <w:szCs w:val="18"/>
              </w:rPr>
              <w:t xml:space="preserve">La </w:t>
            </w:r>
            <w:proofErr w:type="spellStart"/>
            <w:r w:rsidRPr="00DF1743">
              <w:rPr>
                <w:rFonts w:ascii="Arial" w:hAnsi="Arial" w:cs="Arial"/>
                <w:sz w:val="18"/>
                <w:szCs w:val="18"/>
              </w:rPr>
              <w:t>ductería</w:t>
            </w:r>
            <w:proofErr w:type="spellEnd"/>
            <w:r w:rsidRPr="00DF1743">
              <w:rPr>
                <w:rFonts w:ascii="Arial" w:hAnsi="Arial" w:cs="Arial"/>
                <w:sz w:val="18"/>
                <w:szCs w:val="18"/>
              </w:rPr>
              <w:t xml:space="preserve"> IMC será de acero, conformada en frío, a partir de fleje laminado en frío, galvanizados en su exterior por medio de proceso electrolítico.</w:t>
            </w:r>
          </w:p>
        </w:tc>
        <w:tc>
          <w:tcPr>
            <w:tcW w:w="993" w:type="dxa"/>
            <w:vAlign w:val="center"/>
          </w:tcPr>
          <w:p w14:paraId="59942BC7" w14:textId="77777777" w:rsidR="00516A5B" w:rsidRPr="00A56DF5" w:rsidRDefault="00516A5B" w:rsidP="00B25E14">
            <w:pPr>
              <w:rPr>
                <w:rFonts w:ascii="Arial" w:hAnsi="Arial" w:cs="Arial"/>
                <w:color w:val="EE0000"/>
                <w:sz w:val="18"/>
                <w:szCs w:val="18"/>
              </w:rPr>
            </w:pPr>
          </w:p>
        </w:tc>
        <w:tc>
          <w:tcPr>
            <w:tcW w:w="992" w:type="dxa"/>
            <w:vAlign w:val="center"/>
          </w:tcPr>
          <w:p w14:paraId="246044D7" w14:textId="77777777" w:rsidR="00516A5B" w:rsidRPr="00A56DF5" w:rsidRDefault="00516A5B" w:rsidP="00B25E14">
            <w:pPr>
              <w:rPr>
                <w:rFonts w:ascii="Arial" w:hAnsi="Arial" w:cs="Arial"/>
                <w:color w:val="EE0000"/>
                <w:sz w:val="18"/>
                <w:szCs w:val="18"/>
              </w:rPr>
            </w:pPr>
          </w:p>
        </w:tc>
      </w:tr>
      <w:tr w:rsidR="00516A5B" w:rsidRPr="00A56DF5" w14:paraId="3420F198" w14:textId="77777777" w:rsidTr="00674DB8">
        <w:tc>
          <w:tcPr>
            <w:tcW w:w="709" w:type="dxa"/>
            <w:vAlign w:val="center"/>
          </w:tcPr>
          <w:p w14:paraId="062AE5C2"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36BCF23C" w14:textId="77777777" w:rsidR="00516A5B" w:rsidRPr="00DF1743" w:rsidRDefault="00516A5B" w:rsidP="00B25E14">
            <w:pPr>
              <w:jc w:val="both"/>
              <w:rPr>
                <w:rFonts w:ascii="Arial" w:hAnsi="Arial" w:cs="Arial"/>
                <w:sz w:val="18"/>
                <w:szCs w:val="18"/>
              </w:rPr>
            </w:pPr>
            <w:r w:rsidRPr="00DF1743">
              <w:rPr>
                <w:rFonts w:ascii="Arial" w:hAnsi="Arial" w:cs="Arial"/>
                <w:sz w:val="18"/>
                <w:szCs w:val="18"/>
              </w:rPr>
              <w:t>Suministro e instalación de caja metálica para cruces, giros de 90 grados y distancias máximas de 6 metros.</w:t>
            </w:r>
          </w:p>
        </w:tc>
        <w:tc>
          <w:tcPr>
            <w:tcW w:w="993" w:type="dxa"/>
            <w:vAlign w:val="center"/>
          </w:tcPr>
          <w:p w14:paraId="09A5A877" w14:textId="77777777" w:rsidR="00516A5B" w:rsidRPr="00A56DF5" w:rsidRDefault="00516A5B" w:rsidP="00B25E14">
            <w:pPr>
              <w:rPr>
                <w:rFonts w:ascii="Arial" w:hAnsi="Arial" w:cs="Arial"/>
                <w:color w:val="EE0000"/>
                <w:sz w:val="18"/>
                <w:szCs w:val="18"/>
              </w:rPr>
            </w:pPr>
          </w:p>
        </w:tc>
        <w:tc>
          <w:tcPr>
            <w:tcW w:w="992" w:type="dxa"/>
            <w:vAlign w:val="center"/>
          </w:tcPr>
          <w:p w14:paraId="333C8757" w14:textId="77777777" w:rsidR="00516A5B" w:rsidRPr="00A56DF5" w:rsidRDefault="00516A5B" w:rsidP="00B25E14">
            <w:pPr>
              <w:rPr>
                <w:rFonts w:ascii="Arial" w:hAnsi="Arial" w:cs="Arial"/>
                <w:color w:val="EE0000"/>
                <w:sz w:val="18"/>
                <w:szCs w:val="18"/>
              </w:rPr>
            </w:pPr>
          </w:p>
        </w:tc>
      </w:tr>
      <w:tr w:rsidR="00516A5B" w:rsidRPr="00A56DF5" w14:paraId="217DD0A8" w14:textId="77777777" w:rsidTr="00674DB8">
        <w:tc>
          <w:tcPr>
            <w:tcW w:w="709" w:type="dxa"/>
            <w:vAlign w:val="center"/>
          </w:tcPr>
          <w:p w14:paraId="6EE117A7"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4C554DCA" w14:textId="77777777" w:rsidR="00516A5B" w:rsidRPr="00DF1743" w:rsidRDefault="00516A5B" w:rsidP="00B25E14">
            <w:pPr>
              <w:jc w:val="both"/>
              <w:rPr>
                <w:rFonts w:ascii="Arial" w:hAnsi="Arial" w:cs="Arial"/>
                <w:sz w:val="18"/>
                <w:szCs w:val="18"/>
              </w:rPr>
            </w:pPr>
            <w:r w:rsidRPr="00DF1743">
              <w:rPr>
                <w:rFonts w:ascii="Arial" w:hAnsi="Arial" w:cs="Arial"/>
                <w:sz w:val="18"/>
                <w:szCs w:val="18"/>
              </w:rPr>
              <w:t>Esta tubería cumplirá con estándares para: llenados máximos, máximo ángulo de curvatura, cajas de paso y demás premisas y recomendaciones establecidas en las normas ANSI/TIA-569-D y ANSI C80.3.</w:t>
            </w:r>
          </w:p>
        </w:tc>
        <w:tc>
          <w:tcPr>
            <w:tcW w:w="993" w:type="dxa"/>
            <w:vAlign w:val="center"/>
          </w:tcPr>
          <w:p w14:paraId="7F961C6A" w14:textId="77777777" w:rsidR="00516A5B" w:rsidRPr="00A56DF5" w:rsidRDefault="00516A5B" w:rsidP="00B25E14">
            <w:pPr>
              <w:rPr>
                <w:rFonts w:ascii="Arial" w:hAnsi="Arial" w:cs="Arial"/>
                <w:color w:val="EE0000"/>
                <w:sz w:val="18"/>
                <w:szCs w:val="18"/>
              </w:rPr>
            </w:pPr>
          </w:p>
        </w:tc>
        <w:tc>
          <w:tcPr>
            <w:tcW w:w="992" w:type="dxa"/>
            <w:vAlign w:val="center"/>
          </w:tcPr>
          <w:p w14:paraId="3CCD0D23" w14:textId="77777777" w:rsidR="00516A5B" w:rsidRPr="00A56DF5" w:rsidRDefault="00516A5B" w:rsidP="00B25E14">
            <w:pPr>
              <w:rPr>
                <w:rFonts w:ascii="Arial" w:hAnsi="Arial" w:cs="Arial"/>
                <w:color w:val="EE0000"/>
                <w:sz w:val="18"/>
                <w:szCs w:val="18"/>
              </w:rPr>
            </w:pPr>
          </w:p>
        </w:tc>
      </w:tr>
      <w:tr w:rsidR="00516A5B" w:rsidRPr="00A56DF5" w14:paraId="4ABD645A" w14:textId="77777777" w:rsidTr="00674DB8">
        <w:tc>
          <w:tcPr>
            <w:tcW w:w="709" w:type="dxa"/>
            <w:vAlign w:val="center"/>
          </w:tcPr>
          <w:p w14:paraId="72BA87CF"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78F8F4AD" w14:textId="77777777" w:rsidR="00516A5B" w:rsidRPr="00DF1743" w:rsidRDefault="00516A5B" w:rsidP="00B25E14">
            <w:pPr>
              <w:jc w:val="both"/>
              <w:rPr>
                <w:rFonts w:ascii="Arial" w:hAnsi="Arial" w:cs="Arial"/>
                <w:sz w:val="18"/>
                <w:szCs w:val="18"/>
              </w:rPr>
            </w:pPr>
            <w:r w:rsidRPr="00DF1743">
              <w:rPr>
                <w:rFonts w:ascii="Arial" w:hAnsi="Arial" w:cs="Arial"/>
                <w:sz w:val="18"/>
                <w:szCs w:val="18"/>
              </w:rPr>
              <w:t>No se aceptara el uso de rosca para su unión, esta se hará mediante uniones con tornillos de fijación.</w:t>
            </w:r>
          </w:p>
        </w:tc>
        <w:tc>
          <w:tcPr>
            <w:tcW w:w="993" w:type="dxa"/>
            <w:vAlign w:val="center"/>
          </w:tcPr>
          <w:p w14:paraId="01CF8105" w14:textId="77777777" w:rsidR="00516A5B" w:rsidRPr="00A56DF5" w:rsidRDefault="00516A5B" w:rsidP="00B25E14">
            <w:pPr>
              <w:rPr>
                <w:rFonts w:ascii="Arial" w:hAnsi="Arial" w:cs="Arial"/>
                <w:color w:val="EE0000"/>
                <w:sz w:val="18"/>
                <w:szCs w:val="18"/>
              </w:rPr>
            </w:pPr>
          </w:p>
        </w:tc>
        <w:tc>
          <w:tcPr>
            <w:tcW w:w="992" w:type="dxa"/>
            <w:vAlign w:val="center"/>
          </w:tcPr>
          <w:p w14:paraId="10954D26" w14:textId="77777777" w:rsidR="00516A5B" w:rsidRPr="00A56DF5" w:rsidRDefault="00516A5B" w:rsidP="00B25E14">
            <w:pPr>
              <w:rPr>
                <w:rFonts w:ascii="Arial" w:hAnsi="Arial" w:cs="Arial"/>
                <w:color w:val="EE0000"/>
                <w:sz w:val="18"/>
                <w:szCs w:val="18"/>
              </w:rPr>
            </w:pPr>
          </w:p>
        </w:tc>
      </w:tr>
      <w:tr w:rsidR="00516A5B" w:rsidRPr="00A56DF5" w14:paraId="58168F5D" w14:textId="77777777" w:rsidTr="00674DB8">
        <w:tc>
          <w:tcPr>
            <w:tcW w:w="709" w:type="dxa"/>
            <w:vAlign w:val="center"/>
          </w:tcPr>
          <w:p w14:paraId="5EBFAE5B"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7A90B4D8" w14:textId="77777777" w:rsidR="00516A5B" w:rsidRPr="00DF1743" w:rsidRDefault="00516A5B" w:rsidP="00B25E14">
            <w:pPr>
              <w:jc w:val="both"/>
              <w:rPr>
                <w:rFonts w:ascii="Arial" w:hAnsi="Arial" w:cs="Arial"/>
                <w:sz w:val="18"/>
                <w:szCs w:val="18"/>
              </w:rPr>
            </w:pPr>
            <w:r w:rsidRPr="00DF1743">
              <w:rPr>
                <w:rFonts w:ascii="Arial" w:hAnsi="Arial" w:cs="Arial"/>
                <w:sz w:val="18"/>
                <w:szCs w:val="18"/>
              </w:rPr>
              <w:t>Contará con certificación RETIE.</w:t>
            </w:r>
          </w:p>
        </w:tc>
        <w:tc>
          <w:tcPr>
            <w:tcW w:w="993" w:type="dxa"/>
            <w:vAlign w:val="center"/>
          </w:tcPr>
          <w:p w14:paraId="1C76AFDE" w14:textId="77777777" w:rsidR="00516A5B" w:rsidRPr="00A56DF5" w:rsidRDefault="00516A5B" w:rsidP="00B25E14">
            <w:pPr>
              <w:rPr>
                <w:rFonts w:ascii="Arial" w:hAnsi="Arial" w:cs="Arial"/>
                <w:color w:val="EE0000"/>
                <w:sz w:val="18"/>
                <w:szCs w:val="18"/>
              </w:rPr>
            </w:pPr>
          </w:p>
        </w:tc>
        <w:tc>
          <w:tcPr>
            <w:tcW w:w="992" w:type="dxa"/>
            <w:vAlign w:val="center"/>
          </w:tcPr>
          <w:p w14:paraId="1045929F" w14:textId="77777777" w:rsidR="00516A5B" w:rsidRPr="00A56DF5" w:rsidRDefault="00516A5B" w:rsidP="00B25E14">
            <w:pPr>
              <w:rPr>
                <w:rFonts w:ascii="Arial" w:hAnsi="Arial" w:cs="Arial"/>
                <w:color w:val="EE0000"/>
                <w:sz w:val="18"/>
                <w:szCs w:val="18"/>
              </w:rPr>
            </w:pPr>
          </w:p>
        </w:tc>
      </w:tr>
      <w:tr w:rsidR="00516A5B" w:rsidRPr="00A56DF5" w14:paraId="15FC4D2E" w14:textId="77777777" w:rsidTr="00674DB8">
        <w:tc>
          <w:tcPr>
            <w:tcW w:w="709" w:type="dxa"/>
            <w:vAlign w:val="center"/>
          </w:tcPr>
          <w:p w14:paraId="7486C610" w14:textId="77777777" w:rsidR="00516A5B" w:rsidRPr="009D7E0B" w:rsidRDefault="00516A5B">
            <w:pPr>
              <w:pStyle w:val="Prrafodelista"/>
              <w:numPr>
                <w:ilvl w:val="0"/>
                <w:numId w:val="32"/>
              </w:numPr>
              <w:ind w:left="417"/>
              <w:jc w:val="center"/>
              <w:rPr>
                <w:rFonts w:ascii="Arial" w:hAnsi="Arial" w:cs="Arial"/>
                <w:sz w:val="18"/>
                <w:szCs w:val="18"/>
              </w:rPr>
            </w:pPr>
          </w:p>
        </w:tc>
        <w:tc>
          <w:tcPr>
            <w:tcW w:w="7796" w:type="dxa"/>
            <w:gridSpan w:val="2"/>
          </w:tcPr>
          <w:p w14:paraId="71694780" w14:textId="77777777" w:rsidR="00516A5B" w:rsidRPr="00DF1743" w:rsidRDefault="00516A5B" w:rsidP="00B25E14">
            <w:pPr>
              <w:jc w:val="both"/>
              <w:rPr>
                <w:rFonts w:ascii="Arial" w:hAnsi="Arial" w:cs="Arial"/>
                <w:sz w:val="18"/>
                <w:szCs w:val="18"/>
              </w:rPr>
            </w:pPr>
            <w:r w:rsidRPr="00DF1743">
              <w:rPr>
                <w:rFonts w:ascii="Arial" w:hAnsi="Arial" w:cs="Arial"/>
                <w:sz w:val="18"/>
                <w:szCs w:val="18"/>
              </w:rPr>
              <w:t>Deberá relacionar URL o enlace web del fabricante del producto con dominio .</w:t>
            </w:r>
            <w:proofErr w:type="spellStart"/>
            <w:r w:rsidRPr="00DF1743">
              <w:rPr>
                <w:rFonts w:ascii="Arial" w:hAnsi="Arial" w:cs="Arial"/>
                <w:sz w:val="18"/>
                <w:szCs w:val="18"/>
              </w:rPr>
              <w:t>com</w:t>
            </w:r>
            <w:proofErr w:type="spellEnd"/>
            <w:r w:rsidRPr="00DF1743">
              <w:rPr>
                <w:rFonts w:ascii="Arial" w:hAnsi="Arial" w:cs="Arial"/>
                <w:sz w:val="18"/>
                <w:szCs w:val="18"/>
              </w:rPr>
              <w:t xml:space="preserve">, donde se posible la verificación de la ficha técnica aportada en cada uno de sus </w:t>
            </w:r>
            <w:proofErr w:type="gramStart"/>
            <w:r w:rsidRPr="00DF1743">
              <w:rPr>
                <w:rFonts w:ascii="Arial" w:hAnsi="Arial" w:cs="Arial"/>
                <w:sz w:val="18"/>
                <w:szCs w:val="18"/>
              </w:rPr>
              <w:t>item:_</w:t>
            </w:r>
            <w:proofErr w:type="gramEnd"/>
            <w:r w:rsidRPr="00DF1743">
              <w:rPr>
                <w:rFonts w:ascii="Arial" w:hAnsi="Arial" w:cs="Arial"/>
                <w:sz w:val="18"/>
                <w:szCs w:val="18"/>
              </w:rPr>
              <w:t>____________________________________________________________</w:t>
            </w:r>
          </w:p>
          <w:p w14:paraId="6EE8E4B8" w14:textId="77777777" w:rsidR="00516A5B" w:rsidRPr="00DF1743" w:rsidRDefault="00516A5B" w:rsidP="00B25E14">
            <w:pPr>
              <w:jc w:val="both"/>
              <w:rPr>
                <w:rFonts w:ascii="Arial" w:hAnsi="Arial" w:cs="Arial"/>
                <w:sz w:val="18"/>
                <w:szCs w:val="18"/>
              </w:rPr>
            </w:pPr>
          </w:p>
        </w:tc>
        <w:tc>
          <w:tcPr>
            <w:tcW w:w="993" w:type="dxa"/>
            <w:vAlign w:val="center"/>
          </w:tcPr>
          <w:p w14:paraId="779B6458" w14:textId="77777777" w:rsidR="00516A5B" w:rsidRPr="00A56DF5" w:rsidRDefault="00516A5B" w:rsidP="00B25E14">
            <w:pPr>
              <w:rPr>
                <w:rFonts w:ascii="Arial" w:hAnsi="Arial" w:cs="Arial"/>
                <w:color w:val="EE0000"/>
                <w:sz w:val="18"/>
                <w:szCs w:val="18"/>
              </w:rPr>
            </w:pPr>
          </w:p>
        </w:tc>
        <w:tc>
          <w:tcPr>
            <w:tcW w:w="992" w:type="dxa"/>
            <w:vAlign w:val="center"/>
          </w:tcPr>
          <w:p w14:paraId="1F658DC4" w14:textId="77777777" w:rsidR="00516A5B" w:rsidRPr="00A56DF5" w:rsidRDefault="00516A5B" w:rsidP="00B25E14">
            <w:pPr>
              <w:rPr>
                <w:rFonts w:ascii="Arial" w:hAnsi="Arial" w:cs="Arial"/>
                <w:color w:val="EE0000"/>
                <w:sz w:val="18"/>
                <w:szCs w:val="18"/>
              </w:rPr>
            </w:pPr>
          </w:p>
        </w:tc>
      </w:tr>
      <w:tr w:rsidR="00516A5B" w:rsidRPr="00A56DF5" w14:paraId="45C30738" w14:textId="77777777" w:rsidTr="00674DB8">
        <w:tc>
          <w:tcPr>
            <w:tcW w:w="709" w:type="dxa"/>
            <w:vAlign w:val="center"/>
          </w:tcPr>
          <w:p w14:paraId="0B29A14D" w14:textId="77777777" w:rsidR="00516A5B" w:rsidRPr="00177B5E" w:rsidRDefault="00516A5B" w:rsidP="00B25E14">
            <w:pPr>
              <w:jc w:val="center"/>
              <w:rPr>
                <w:rFonts w:ascii="Arial" w:hAnsi="Arial" w:cs="Arial"/>
                <w:b/>
                <w:bCs/>
                <w:sz w:val="18"/>
                <w:szCs w:val="18"/>
              </w:rPr>
            </w:pPr>
            <w:r w:rsidRPr="00177B5E">
              <w:rPr>
                <w:rFonts w:ascii="Arial" w:hAnsi="Arial" w:cs="Arial"/>
                <w:b/>
                <w:bCs/>
                <w:sz w:val="18"/>
                <w:szCs w:val="18"/>
              </w:rPr>
              <w:t>13</w:t>
            </w:r>
          </w:p>
        </w:tc>
        <w:tc>
          <w:tcPr>
            <w:tcW w:w="7796" w:type="dxa"/>
            <w:gridSpan w:val="2"/>
            <w:vAlign w:val="center"/>
          </w:tcPr>
          <w:p w14:paraId="571DB44E" w14:textId="77777777" w:rsidR="00516A5B" w:rsidRPr="001E26FB" w:rsidRDefault="00516A5B" w:rsidP="00B25E14">
            <w:pPr>
              <w:jc w:val="both"/>
              <w:rPr>
                <w:rFonts w:ascii="Arial" w:hAnsi="Arial" w:cs="Arial"/>
                <w:b/>
                <w:bCs/>
                <w:sz w:val="18"/>
                <w:szCs w:val="18"/>
              </w:rPr>
            </w:pPr>
            <w:r w:rsidRPr="001E26FB">
              <w:rPr>
                <w:rFonts w:ascii="Arial" w:hAnsi="Arial" w:cs="Arial"/>
                <w:b/>
                <w:bCs/>
                <w:sz w:val="18"/>
                <w:szCs w:val="18"/>
              </w:rPr>
              <w:t>CINTA VELCRO DOBLE FAZ</w:t>
            </w:r>
          </w:p>
        </w:tc>
        <w:tc>
          <w:tcPr>
            <w:tcW w:w="993" w:type="dxa"/>
            <w:vAlign w:val="center"/>
          </w:tcPr>
          <w:p w14:paraId="299AEA0E" w14:textId="77777777" w:rsidR="00516A5B" w:rsidRPr="00A56DF5" w:rsidRDefault="00516A5B" w:rsidP="00B25E14">
            <w:pPr>
              <w:rPr>
                <w:rFonts w:ascii="Arial" w:hAnsi="Arial" w:cs="Arial"/>
                <w:color w:val="EE0000"/>
                <w:sz w:val="18"/>
                <w:szCs w:val="18"/>
              </w:rPr>
            </w:pPr>
          </w:p>
        </w:tc>
        <w:tc>
          <w:tcPr>
            <w:tcW w:w="992" w:type="dxa"/>
            <w:vAlign w:val="center"/>
          </w:tcPr>
          <w:p w14:paraId="3711ED22" w14:textId="77777777" w:rsidR="00516A5B" w:rsidRPr="00A56DF5" w:rsidRDefault="00516A5B" w:rsidP="00B25E14">
            <w:pPr>
              <w:rPr>
                <w:rFonts w:ascii="Arial" w:hAnsi="Arial" w:cs="Arial"/>
                <w:color w:val="EE0000"/>
                <w:sz w:val="18"/>
                <w:szCs w:val="18"/>
              </w:rPr>
            </w:pPr>
          </w:p>
        </w:tc>
      </w:tr>
      <w:tr w:rsidR="00516A5B" w:rsidRPr="00A56DF5" w14:paraId="3E477354" w14:textId="77777777" w:rsidTr="00674DB8">
        <w:tc>
          <w:tcPr>
            <w:tcW w:w="709" w:type="dxa"/>
            <w:vAlign w:val="center"/>
          </w:tcPr>
          <w:p w14:paraId="65F8CF53" w14:textId="77777777" w:rsidR="00516A5B" w:rsidRPr="006F3386" w:rsidRDefault="00516A5B">
            <w:pPr>
              <w:pStyle w:val="Prrafodelista"/>
              <w:numPr>
                <w:ilvl w:val="0"/>
                <w:numId w:val="33"/>
              </w:numPr>
              <w:ind w:left="417"/>
              <w:jc w:val="center"/>
              <w:rPr>
                <w:rFonts w:ascii="Arial" w:hAnsi="Arial" w:cs="Arial"/>
                <w:sz w:val="18"/>
                <w:szCs w:val="18"/>
              </w:rPr>
            </w:pPr>
          </w:p>
        </w:tc>
        <w:tc>
          <w:tcPr>
            <w:tcW w:w="7796" w:type="dxa"/>
            <w:gridSpan w:val="2"/>
          </w:tcPr>
          <w:p w14:paraId="15369725"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 xml:space="preserve">Suministro e instalación de cinta velcro doble faz, en una sola pieza de color negro para organizar cables y peinado en general. </w:t>
            </w:r>
          </w:p>
        </w:tc>
        <w:tc>
          <w:tcPr>
            <w:tcW w:w="993" w:type="dxa"/>
            <w:vAlign w:val="center"/>
          </w:tcPr>
          <w:p w14:paraId="6A5120CF" w14:textId="77777777" w:rsidR="00516A5B" w:rsidRPr="00A56DF5" w:rsidRDefault="00516A5B" w:rsidP="00B25E14">
            <w:pPr>
              <w:rPr>
                <w:rFonts w:ascii="Arial" w:hAnsi="Arial" w:cs="Arial"/>
                <w:color w:val="EE0000"/>
                <w:sz w:val="18"/>
                <w:szCs w:val="18"/>
              </w:rPr>
            </w:pPr>
          </w:p>
        </w:tc>
        <w:tc>
          <w:tcPr>
            <w:tcW w:w="992" w:type="dxa"/>
            <w:vAlign w:val="center"/>
          </w:tcPr>
          <w:p w14:paraId="45649225" w14:textId="77777777" w:rsidR="00516A5B" w:rsidRPr="00A56DF5" w:rsidRDefault="00516A5B" w:rsidP="00B25E14">
            <w:pPr>
              <w:rPr>
                <w:rFonts w:ascii="Arial" w:hAnsi="Arial" w:cs="Arial"/>
                <w:color w:val="EE0000"/>
                <w:sz w:val="18"/>
                <w:szCs w:val="18"/>
              </w:rPr>
            </w:pPr>
          </w:p>
        </w:tc>
      </w:tr>
      <w:tr w:rsidR="00516A5B" w:rsidRPr="00A56DF5" w14:paraId="2BB8F79C" w14:textId="77777777" w:rsidTr="00674DB8">
        <w:tc>
          <w:tcPr>
            <w:tcW w:w="709" w:type="dxa"/>
            <w:vAlign w:val="center"/>
          </w:tcPr>
          <w:p w14:paraId="562027D8" w14:textId="77777777" w:rsidR="00516A5B" w:rsidRPr="001E26FB" w:rsidRDefault="00516A5B">
            <w:pPr>
              <w:pStyle w:val="Prrafodelista"/>
              <w:numPr>
                <w:ilvl w:val="0"/>
                <w:numId w:val="33"/>
              </w:numPr>
              <w:ind w:left="417"/>
              <w:jc w:val="center"/>
              <w:rPr>
                <w:rFonts w:ascii="Arial" w:hAnsi="Arial" w:cs="Arial"/>
                <w:sz w:val="18"/>
                <w:szCs w:val="18"/>
              </w:rPr>
            </w:pPr>
          </w:p>
        </w:tc>
        <w:tc>
          <w:tcPr>
            <w:tcW w:w="7796" w:type="dxa"/>
            <w:gridSpan w:val="2"/>
          </w:tcPr>
          <w:p w14:paraId="2AA56A81"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Presentación en rollo continuo con ancho de 16 milímetros  +- 4 milímetros</w:t>
            </w:r>
          </w:p>
        </w:tc>
        <w:tc>
          <w:tcPr>
            <w:tcW w:w="993" w:type="dxa"/>
            <w:vAlign w:val="center"/>
          </w:tcPr>
          <w:p w14:paraId="26F392F5" w14:textId="77777777" w:rsidR="00516A5B" w:rsidRPr="00A56DF5" w:rsidRDefault="00516A5B" w:rsidP="00B25E14">
            <w:pPr>
              <w:rPr>
                <w:rFonts w:ascii="Arial" w:hAnsi="Arial" w:cs="Arial"/>
                <w:color w:val="EE0000"/>
                <w:sz w:val="18"/>
                <w:szCs w:val="18"/>
              </w:rPr>
            </w:pPr>
          </w:p>
        </w:tc>
        <w:tc>
          <w:tcPr>
            <w:tcW w:w="992" w:type="dxa"/>
            <w:vAlign w:val="center"/>
          </w:tcPr>
          <w:p w14:paraId="69598E67" w14:textId="77777777" w:rsidR="00516A5B" w:rsidRPr="00A56DF5" w:rsidRDefault="00516A5B" w:rsidP="00B25E14">
            <w:pPr>
              <w:rPr>
                <w:rFonts w:ascii="Arial" w:hAnsi="Arial" w:cs="Arial"/>
                <w:color w:val="EE0000"/>
                <w:sz w:val="18"/>
                <w:szCs w:val="18"/>
              </w:rPr>
            </w:pPr>
          </w:p>
        </w:tc>
      </w:tr>
      <w:tr w:rsidR="00516A5B" w:rsidRPr="00A56DF5" w14:paraId="62B2F87B" w14:textId="77777777" w:rsidTr="00674DB8">
        <w:tc>
          <w:tcPr>
            <w:tcW w:w="709" w:type="dxa"/>
            <w:vAlign w:val="center"/>
          </w:tcPr>
          <w:p w14:paraId="71FFEE9D" w14:textId="77777777" w:rsidR="00516A5B" w:rsidRPr="001E26FB" w:rsidRDefault="00516A5B">
            <w:pPr>
              <w:pStyle w:val="Prrafodelista"/>
              <w:numPr>
                <w:ilvl w:val="0"/>
                <w:numId w:val="33"/>
              </w:numPr>
              <w:ind w:left="417"/>
              <w:jc w:val="center"/>
              <w:rPr>
                <w:rFonts w:ascii="Arial" w:hAnsi="Arial" w:cs="Arial"/>
                <w:sz w:val="18"/>
                <w:szCs w:val="18"/>
              </w:rPr>
            </w:pPr>
          </w:p>
        </w:tc>
        <w:tc>
          <w:tcPr>
            <w:tcW w:w="7796" w:type="dxa"/>
            <w:gridSpan w:val="2"/>
          </w:tcPr>
          <w:p w14:paraId="0272002A"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No debe presentar adhesivos y no debe ser de dos (02) piezas</w:t>
            </w:r>
          </w:p>
        </w:tc>
        <w:tc>
          <w:tcPr>
            <w:tcW w:w="993" w:type="dxa"/>
            <w:vAlign w:val="center"/>
          </w:tcPr>
          <w:p w14:paraId="6A7CF9F0" w14:textId="77777777" w:rsidR="00516A5B" w:rsidRPr="00A56DF5" w:rsidRDefault="00516A5B" w:rsidP="00B25E14">
            <w:pPr>
              <w:rPr>
                <w:rFonts w:ascii="Arial" w:hAnsi="Arial" w:cs="Arial"/>
                <w:color w:val="EE0000"/>
                <w:sz w:val="18"/>
                <w:szCs w:val="18"/>
              </w:rPr>
            </w:pPr>
          </w:p>
        </w:tc>
        <w:tc>
          <w:tcPr>
            <w:tcW w:w="992" w:type="dxa"/>
            <w:vAlign w:val="center"/>
          </w:tcPr>
          <w:p w14:paraId="578D4C3F" w14:textId="77777777" w:rsidR="00516A5B" w:rsidRPr="00A56DF5" w:rsidRDefault="00516A5B" w:rsidP="00B25E14">
            <w:pPr>
              <w:rPr>
                <w:rFonts w:ascii="Arial" w:hAnsi="Arial" w:cs="Arial"/>
                <w:color w:val="EE0000"/>
                <w:sz w:val="18"/>
                <w:szCs w:val="18"/>
              </w:rPr>
            </w:pPr>
          </w:p>
        </w:tc>
      </w:tr>
      <w:tr w:rsidR="00516A5B" w:rsidRPr="00A56DF5" w14:paraId="31841807" w14:textId="77777777" w:rsidTr="00674DB8">
        <w:tc>
          <w:tcPr>
            <w:tcW w:w="709" w:type="dxa"/>
            <w:vAlign w:val="center"/>
          </w:tcPr>
          <w:p w14:paraId="06F38099" w14:textId="77777777" w:rsidR="00516A5B" w:rsidRPr="001E26FB" w:rsidRDefault="00516A5B">
            <w:pPr>
              <w:pStyle w:val="Prrafodelista"/>
              <w:numPr>
                <w:ilvl w:val="0"/>
                <w:numId w:val="33"/>
              </w:numPr>
              <w:ind w:left="417"/>
              <w:jc w:val="center"/>
              <w:rPr>
                <w:rFonts w:ascii="Arial" w:hAnsi="Arial" w:cs="Arial"/>
                <w:sz w:val="18"/>
                <w:szCs w:val="18"/>
              </w:rPr>
            </w:pPr>
          </w:p>
        </w:tc>
        <w:tc>
          <w:tcPr>
            <w:tcW w:w="7796" w:type="dxa"/>
            <w:gridSpan w:val="2"/>
          </w:tcPr>
          <w:p w14:paraId="46990F00"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Tipo auto enganche back to back, reutilizable para uso intensivo.</w:t>
            </w:r>
          </w:p>
        </w:tc>
        <w:tc>
          <w:tcPr>
            <w:tcW w:w="993" w:type="dxa"/>
            <w:vAlign w:val="center"/>
          </w:tcPr>
          <w:p w14:paraId="78E14D49" w14:textId="77777777" w:rsidR="00516A5B" w:rsidRPr="00A56DF5" w:rsidRDefault="00516A5B" w:rsidP="00B25E14">
            <w:pPr>
              <w:rPr>
                <w:rFonts w:ascii="Arial" w:hAnsi="Arial" w:cs="Arial"/>
                <w:color w:val="EE0000"/>
                <w:sz w:val="18"/>
                <w:szCs w:val="18"/>
              </w:rPr>
            </w:pPr>
          </w:p>
        </w:tc>
        <w:tc>
          <w:tcPr>
            <w:tcW w:w="992" w:type="dxa"/>
            <w:vAlign w:val="center"/>
          </w:tcPr>
          <w:p w14:paraId="765EE500" w14:textId="77777777" w:rsidR="00516A5B" w:rsidRPr="00A56DF5" w:rsidRDefault="00516A5B" w:rsidP="00B25E14">
            <w:pPr>
              <w:rPr>
                <w:rFonts w:ascii="Arial" w:hAnsi="Arial" w:cs="Arial"/>
                <w:color w:val="EE0000"/>
                <w:sz w:val="18"/>
                <w:szCs w:val="18"/>
              </w:rPr>
            </w:pPr>
          </w:p>
        </w:tc>
      </w:tr>
      <w:tr w:rsidR="00516A5B" w:rsidRPr="00A56DF5" w14:paraId="6EA0B8F3" w14:textId="77777777" w:rsidTr="00674DB8">
        <w:tc>
          <w:tcPr>
            <w:tcW w:w="709" w:type="dxa"/>
            <w:vAlign w:val="center"/>
          </w:tcPr>
          <w:p w14:paraId="339A9518" w14:textId="77777777" w:rsidR="00516A5B" w:rsidRPr="001E26FB" w:rsidRDefault="00516A5B">
            <w:pPr>
              <w:pStyle w:val="Prrafodelista"/>
              <w:numPr>
                <w:ilvl w:val="0"/>
                <w:numId w:val="33"/>
              </w:numPr>
              <w:ind w:left="417"/>
              <w:jc w:val="center"/>
              <w:rPr>
                <w:rFonts w:ascii="Arial" w:hAnsi="Arial" w:cs="Arial"/>
                <w:sz w:val="18"/>
                <w:szCs w:val="18"/>
              </w:rPr>
            </w:pPr>
          </w:p>
        </w:tc>
        <w:tc>
          <w:tcPr>
            <w:tcW w:w="7796" w:type="dxa"/>
            <w:gridSpan w:val="2"/>
          </w:tcPr>
          <w:p w14:paraId="4C56774F"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Sera certificada UL 94 y/o MVSS 302 y/o FAR 25.853</w:t>
            </w:r>
          </w:p>
        </w:tc>
        <w:tc>
          <w:tcPr>
            <w:tcW w:w="993" w:type="dxa"/>
            <w:vAlign w:val="center"/>
          </w:tcPr>
          <w:p w14:paraId="2C2BF761" w14:textId="77777777" w:rsidR="00516A5B" w:rsidRPr="00A56DF5" w:rsidRDefault="00516A5B" w:rsidP="00B25E14">
            <w:pPr>
              <w:rPr>
                <w:rFonts w:ascii="Arial" w:hAnsi="Arial" w:cs="Arial"/>
                <w:color w:val="EE0000"/>
                <w:sz w:val="18"/>
                <w:szCs w:val="18"/>
              </w:rPr>
            </w:pPr>
          </w:p>
        </w:tc>
        <w:tc>
          <w:tcPr>
            <w:tcW w:w="992" w:type="dxa"/>
            <w:vAlign w:val="center"/>
          </w:tcPr>
          <w:p w14:paraId="2DBE0A5F" w14:textId="77777777" w:rsidR="00516A5B" w:rsidRPr="00A56DF5" w:rsidRDefault="00516A5B" w:rsidP="00B25E14">
            <w:pPr>
              <w:rPr>
                <w:rFonts w:ascii="Arial" w:hAnsi="Arial" w:cs="Arial"/>
                <w:color w:val="EE0000"/>
                <w:sz w:val="18"/>
                <w:szCs w:val="18"/>
              </w:rPr>
            </w:pPr>
          </w:p>
        </w:tc>
      </w:tr>
      <w:tr w:rsidR="00516A5B" w:rsidRPr="00A56DF5" w14:paraId="407F6FFB" w14:textId="77777777" w:rsidTr="00674DB8">
        <w:tc>
          <w:tcPr>
            <w:tcW w:w="709" w:type="dxa"/>
            <w:vAlign w:val="center"/>
          </w:tcPr>
          <w:p w14:paraId="26E42556" w14:textId="77777777" w:rsidR="00516A5B" w:rsidRPr="001E26FB" w:rsidRDefault="00516A5B">
            <w:pPr>
              <w:pStyle w:val="Prrafodelista"/>
              <w:numPr>
                <w:ilvl w:val="0"/>
                <w:numId w:val="33"/>
              </w:numPr>
              <w:ind w:left="417"/>
              <w:jc w:val="center"/>
              <w:rPr>
                <w:rFonts w:ascii="Arial" w:hAnsi="Arial" w:cs="Arial"/>
                <w:sz w:val="18"/>
                <w:szCs w:val="18"/>
              </w:rPr>
            </w:pPr>
          </w:p>
        </w:tc>
        <w:tc>
          <w:tcPr>
            <w:tcW w:w="7796" w:type="dxa"/>
            <w:gridSpan w:val="2"/>
          </w:tcPr>
          <w:p w14:paraId="19790CD1"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Rango de temperatura superior a 190º F.</w:t>
            </w:r>
          </w:p>
        </w:tc>
        <w:tc>
          <w:tcPr>
            <w:tcW w:w="993" w:type="dxa"/>
            <w:vAlign w:val="center"/>
          </w:tcPr>
          <w:p w14:paraId="53ED66B8" w14:textId="77777777" w:rsidR="00516A5B" w:rsidRPr="00A56DF5" w:rsidRDefault="00516A5B" w:rsidP="00B25E14">
            <w:pPr>
              <w:rPr>
                <w:rFonts w:ascii="Arial" w:hAnsi="Arial" w:cs="Arial"/>
                <w:color w:val="EE0000"/>
                <w:sz w:val="18"/>
                <w:szCs w:val="18"/>
              </w:rPr>
            </w:pPr>
          </w:p>
        </w:tc>
        <w:tc>
          <w:tcPr>
            <w:tcW w:w="992" w:type="dxa"/>
            <w:vAlign w:val="center"/>
          </w:tcPr>
          <w:p w14:paraId="558A94E8" w14:textId="77777777" w:rsidR="00516A5B" w:rsidRPr="00A56DF5" w:rsidRDefault="00516A5B" w:rsidP="00B25E14">
            <w:pPr>
              <w:rPr>
                <w:rFonts w:ascii="Arial" w:hAnsi="Arial" w:cs="Arial"/>
                <w:color w:val="EE0000"/>
                <w:sz w:val="18"/>
                <w:szCs w:val="18"/>
              </w:rPr>
            </w:pPr>
          </w:p>
        </w:tc>
      </w:tr>
      <w:tr w:rsidR="00516A5B" w:rsidRPr="00A56DF5" w14:paraId="5DDDBD2D" w14:textId="77777777" w:rsidTr="00674DB8">
        <w:tc>
          <w:tcPr>
            <w:tcW w:w="709" w:type="dxa"/>
            <w:vAlign w:val="center"/>
          </w:tcPr>
          <w:p w14:paraId="73F7D901" w14:textId="77777777" w:rsidR="00516A5B" w:rsidRPr="001E26FB" w:rsidRDefault="00516A5B" w:rsidP="00B25E14">
            <w:pPr>
              <w:jc w:val="center"/>
              <w:rPr>
                <w:rFonts w:ascii="Arial" w:hAnsi="Arial" w:cs="Arial"/>
                <w:b/>
                <w:bCs/>
                <w:sz w:val="18"/>
                <w:szCs w:val="18"/>
              </w:rPr>
            </w:pPr>
            <w:r>
              <w:rPr>
                <w:rFonts w:ascii="Arial" w:hAnsi="Arial" w:cs="Arial"/>
                <w:b/>
                <w:bCs/>
                <w:sz w:val="18"/>
                <w:szCs w:val="18"/>
              </w:rPr>
              <w:t>14</w:t>
            </w:r>
          </w:p>
        </w:tc>
        <w:tc>
          <w:tcPr>
            <w:tcW w:w="7796" w:type="dxa"/>
            <w:gridSpan w:val="2"/>
          </w:tcPr>
          <w:p w14:paraId="064CFFFD" w14:textId="77777777" w:rsidR="00516A5B" w:rsidRPr="001E26FB" w:rsidRDefault="00516A5B" w:rsidP="00B25E14">
            <w:pPr>
              <w:jc w:val="both"/>
              <w:rPr>
                <w:rFonts w:ascii="Arial" w:hAnsi="Arial" w:cs="Arial"/>
                <w:b/>
                <w:bCs/>
                <w:sz w:val="18"/>
                <w:szCs w:val="18"/>
              </w:rPr>
            </w:pPr>
            <w:r w:rsidRPr="001E26FB">
              <w:rPr>
                <w:rFonts w:ascii="Arial" w:hAnsi="Arial" w:cs="Arial"/>
                <w:b/>
                <w:bCs/>
                <w:sz w:val="18"/>
                <w:szCs w:val="18"/>
              </w:rPr>
              <w:t>PLUG DE TERMINACIÓN EN CAMPO CATEGORÍA 6A</w:t>
            </w:r>
          </w:p>
        </w:tc>
        <w:tc>
          <w:tcPr>
            <w:tcW w:w="993" w:type="dxa"/>
            <w:vAlign w:val="center"/>
          </w:tcPr>
          <w:p w14:paraId="530553DE" w14:textId="77777777" w:rsidR="00516A5B" w:rsidRPr="00A56DF5" w:rsidRDefault="00516A5B" w:rsidP="00B25E14">
            <w:pPr>
              <w:rPr>
                <w:rFonts w:ascii="Arial" w:hAnsi="Arial" w:cs="Arial"/>
                <w:color w:val="EE0000"/>
                <w:sz w:val="18"/>
                <w:szCs w:val="18"/>
              </w:rPr>
            </w:pPr>
          </w:p>
        </w:tc>
        <w:tc>
          <w:tcPr>
            <w:tcW w:w="992" w:type="dxa"/>
            <w:vAlign w:val="center"/>
          </w:tcPr>
          <w:p w14:paraId="0E6F4604" w14:textId="77777777" w:rsidR="00516A5B" w:rsidRPr="00A56DF5" w:rsidRDefault="00516A5B" w:rsidP="00B25E14">
            <w:pPr>
              <w:rPr>
                <w:rFonts w:ascii="Arial" w:hAnsi="Arial" w:cs="Arial"/>
                <w:color w:val="EE0000"/>
                <w:sz w:val="18"/>
                <w:szCs w:val="18"/>
              </w:rPr>
            </w:pPr>
          </w:p>
        </w:tc>
      </w:tr>
      <w:tr w:rsidR="00516A5B" w:rsidRPr="00A56DF5" w14:paraId="10A8A28A" w14:textId="77777777" w:rsidTr="00674DB8">
        <w:tc>
          <w:tcPr>
            <w:tcW w:w="709" w:type="dxa"/>
            <w:vAlign w:val="center"/>
          </w:tcPr>
          <w:p w14:paraId="1EAF4A41" w14:textId="77777777" w:rsidR="00516A5B" w:rsidRPr="006F3386" w:rsidRDefault="00516A5B">
            <w:pPr>
              <w:pStyle w:val="Prrafodelista"/>
              <w:numPr>
                <w:ilvl w:val="0"/>
                <w:numId w:val="34"/>
              </w:numPr>
              <w:ind w:left="417"/>
              <w:jc w:val="center"/>
              <w:rPr>
                <w:rFonts w:ascii="Arial" w:hAnsi="Arial" w:cs="Arial"/>
                <w:sz w:val="18"/>
                <w:szCs w:val="18"/>
              </w:rPr>
            </w:pPr>
          </w:p>
        </w:tc>
        <w:tc>
          <w:tcPr>
            <w:tcW w:w="7796" w:type="dxa"/>
            <w:gridSpan w:val="2"/>
          </w:tcPr>
          <w:p w14:paraId="45C07076"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 xml:space="preserve">Para la conexión de diferentes dispositivos que requieran conexión en </w:t>
            </w:r>
            <w:proofErr w:type="spellStart"/>
            <w:r w:rsidRPr="001E26FB">
              <w:rPr>
                <w:rFonts w:ascii="Arial" w:hAnsi="Arial" w:cs="Arial"/>
                <w:sz w:val="18"/>
                <w:szCs w:val="18"/>
              </w:rPr>
              <w:t>plug</w:t>
            </w:r>
            <w:proofErr w:type="spellEnd"/>
            <w:r w:rsidRPr="001E26FB">
              <w:rPr>
                <w:rFonts w:ascii="Arial" w:hAnsi="Arial" w:cs="Arial"/>
                <w:sz w:val="18"/>
                <w:szCs w:val="18"/>
              </w:rPr>
              <w:t xml:space="preserve"> macho RJ45 categoría 6 A.</w:t>
            </w:r>
          </w:p>
        </w:tc>
        <w:tc>
          <w:tcPr>
            <w:tcW w:w="993" w:type="dxa"/>
            <w:vAlign w:val="center"/>
          </w:tcPr>
          <w:p w14:paraId="02A73856" w14:textId="77777777" w:rsidR="00516A5B" w:rsidRPr="00A56DF5" w:rsidRDefault="00516A5B" w:rsidP="00B25E14">
            <w:pPr>
              <w:rPr>
                <w:rFonts w:ascii="Arial" w:hAnsi="Arial" w:cs="Arial"/>
                <w:color w:val="EE0000"/>
                <w:sz w:val="18"/>
                <w:szCs w:val="18"/>
              </w:rPr>
            </w:pPr>
          </w:p>
        </w:tc>
        <w:tc>
          <w:tcPr>
            <w:tcW w:w="992" w:type="dxa"/>
            <w:vAlign w:val="center"/>
          </w:tcPr>
          <w:p w14:paraId="6428EA12" w14:textId="77777777" w:rsidR="00516A5B" w:rsidRPr="00A56DF5" w:rsidRDefault="00516A5B" w:rsidP="00B25E14">
            <w:pPr>
              <w:rPr>
                <w:rFonts w:ascii="Arial" w:hAnsi="Arial" w:cs="Arial"/>
                <w:color w:val="EE0000"/>
                <w:sz w:val="18"/>
                <w:szCs w:val="18"/>
              </w:rPr>
            </w:pPr>
          </w:p>
        </w:tc>
      </w:tr>
      <w:tr w:rsidR="00516A5B" w:rsidRPr="00A56DF5" w14:paraId="7F3B94FE" w14:textId="77777777" w:rsidTr="00674DB8">
        <w:tc>
          <w:tcPr>
            <w:tcW w:w="709" w:type="dxa"/>
            <w:vAlign w:val="center"/>
          </w:tcPr>
          <w:p w14:paraId="30704520" w14:textId="77777777" w:rsidR="00516A5B" w:rsidRPr="001E26FB" w:rsidRDefault="00516A5B">
            <w:pPr>
              <w:pStyle w:val="Prrafodelista"/>
              <w:numPr>
                <w:ilvl w:val="0"/>
                <w:numId w:val="34"/>
              </w:numPr>
              <w:ind w:left="417"/>
              <w:jc w:val="center"/>
              <w:rPr>
                <w:rFonts w:ascii="Arial" w:hAnsi="Arial" w:cs="Arial"/>
                <w:sz w:val="18"/>
                <w:szCs w:val="18"/>
              </w:rPr>
            </w:pPr>
          </w:p>
        </w:tc>
        <w:tc>
          <w:tcPr>
            <w:tcW w:w="7796" w:type="dxa"/>
            <w:gridSpan w:val="2"/>
          </w:tcPr>
          <w:p w14:paraId="5E18B0EB"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 xml:space="preserve">Cumplirá con las certificados  ANSI/TIA-568.2-D, UL2043 y </w:t>
            </w:r>
            <w:proofErr w:type="spellStart"/>
            <w:r w:rsidRPr="001E26FB">
              <w:rPr>
                <w:rFonts w:ascii="Arial" w:hAnsi="Arial" w:cs="Arial"/>
                <w:sz w:val="18"/>
                <w:szCs w:val="18"/>
              </w:rPr>
              <w:t>RoHS</w:t>
            </w:r>
            <w:proofErr w:type="spellEnd"/>
            <w:r w:rsidRPr="001E26FB">
              <w:rPr>
                <w:rFonts w:ascii="Arial" w:hAnsi="Arial" w:cs="Arial"/>
                <w:sz w:val="18"/>
                <w:szCs w:val="18"/>
              </w:rPr>
              <w:t xml:space="preserve"> </w:t>
            </w:r>
          </w:p>
        </w:tc>
        <w:tc>
          <w:tcPr>
            <w:tcW w:w="993" w:type="dxa"/>
            <w:vAlign w:val="center"/>
          </w:tcPr>
          <w:p w14:paraId="74480E78" w14:textId="77777777" w:rsidR="00516A5B" w:rsidRPr="00A56DF5" w:rsidRDefault="00516A5B" w:rsidP="00B25E14">
            <w:pPr>
              <w:rPr>
                <w:rFonts w:ascii="Arial" w:hAnsi="Arial" w:cs="Arial"/>
                <w:color w:val="EE0000"/>
                <w:sz w:val="18"/>
                <w:szCs w:val="18"/>
              </w:rPr>
            </w:pPr>
          </w:p>
        </w:tc>
        <w:tc>
          <w:tcPr>
            <w:tcW w:w="992" w:type="dxa"/>
            <w:vAlign w:val="center"/>
          </w:tcPr>
          <w:p w14:paraId="0B600F67" w14:textId="77777777" w:rsidR="00516A5B" w:rsidRPr="00A56DF5" w:rsidRDefault="00516A5B" w:rsidP="00B25E14">
            <w:pPr>
              <w:rPr>
                <w:rFonts w:ascii="Arial" w:hAnsi="Arial" w:cs="Arial"/>
                <w:color w:val="EE0000"/>
                <w:sz w:val="18"/>
                <w:szCs w:val="18"/>
              </w:rPr>
            </w:pPr>
          </w:p>
        </w:tc>
      </w:tr>
      <w:tr w:rsidR="00516A5B" w:rsidRPr="00A56DF5" w14:paraId="120D639D" w14:textId="77777777" w:rsidTr="00674DB8">
        <w:tc>
          <w:tcPr>
            <w:tcW w:w="709" w:type="dxa"/>
            <w:vAlign w:val="center"/>
          </w:tcPr>
          <w:p w14:paraId="2BCFC56B" w14:textId="77777777" w:rsidR="00516A5B" w:rsidRPr="001E26FB" w:rsidRDefault="00516A5B">
            <w:pPr>
              <w:pStyle w:val="Prrafodelista"/>
              <w:numPr>
                <w:ilvl w:val="0"/>
                <w:numId w:val="34"/>
              </w:numPr>
              <w:ind w:left="417"/>
              <w:jc w:val="center"/>
              <w:rPr>
                <w:rFonts w:ascii="Arial" w:hAnsi="Arial" w:cs="Arial"/>
                <w:sz w:val="18"/>
                <w:szCs w:val="18"/>
              </w:rPr>
            </w:pPr>
          </w:p>
        </w:tc>
        <w:tc>
          <w:tcPr>
            <w:tcW w:w="7796" w:type="dxa"/>
            <w:gridSpan w:val="2"/>
          </w:tcPr>
          <w:p w14:paraId="5CD55823"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 xml:space="preserve">El </w:t>
            </w:r>
            <w:proofErr w:type="spellStart"/>
            <w:r w:rsidRPr="001E26FB">
              <w:rPr>
                <w:rFonts w:ascii="Arial" w:hAnsi="Arial" w:cs="Arial"/>
                <w:sz w:val="18"/>
                <w:szCs w:val="18"/>
              </w:rPr>
              <w:t>plug</w:t>
            </w:r>
            <w:proofErr w:type="spellEnd"/>
            <w:r w:rsidRPr="001E26FB">
              <w:rPr>
                <w:rFonts w:ascii="Arial" w:hAnsi="Arial" w:cs="Arial"/>
                <w:sz w:val="18"/>
                <w:szCs w:val="18"/>
              </w:rPr>
              <w:t xml:space="preserve"> debe permitir re-terminaciones</w:t>
            </w:r>
          </w:p>
        </w:tc>
        <w:tc>
          <w:tcPr>
            <w:tcW w:w="993" w:type="dxa"/>
            <w:vAlign w:val="center"/>
          </w:tcPr>
          <w:p w14:paraId="7FA30E61" w14:textId="77777777" w:rsidR="00516A5B" w:rsidRPr="00A56DF5" w:rsidRDefault="00516A5B" w:rsidP="00B25E14">
            <w:pPr>
              <w:rPr>
                <w:rFonts w:ascii="Arial" w:hAnsi="Arial" w:cs="Arial"/>
                <w:color w:val="EE0000"/>
                <w:sz w:val="18"/>
                <w:szCs w:val="18"/>
              </w:rPr>
            </w:pPr>
          </w:p>
        </w:tc>
        <w:tc>
          <w:tcPr>
            <w:tcW w:w="992" w:type="dxa"/>
            <w:vAlign w:val="center"/>
          </w:tcPr>
          <w:p w14:paraId="2D6B8D02" w14:textId="77777777" w:rsidR="00516A5B" w:rsidRPr="00A56DF5" w:rsidRDefault="00516A5B" w:rsidP="00B25E14">
            <w:pPr>
              <w:rPr>
                <w:rFonts w:ascii="Arial" w:hAnsi="Arial" w:cs="Arial"/>
                <w:color w:val="EE0000"/>
                <w:sz w:val="18"/>
                <w:szCs w:val="18"/>
              </w:rPr>
            </w:pPr>
          </w:p>
        </w:tc>
      </w:tr>
      <w:tr w:rsidR="00516A5B" w:rsidRPr="00A56DF5" w14:paraId="710C0730" w14:textId="77777777" w:rsidTr="00674DB8">
        <w:tc>
          <w:tcPr>
            <w:tcW w:w="709" w:type="dxa"/>
            <w:vAlign w:val="center"/>
          </w:tcPr>
          <w:p w14:paraId="26B3485E" w14:textId="77777777" w:rsidR="00516A5B" w:rsidRPr="001E26FB" w:rsidRDefault="00516A5B">
            <w:pPr>
              <w:pStyle w:val="Prrafodelista"/>
              <w:numPr>
                <w:ilvl w:val="0"/>
                <w:numId w:val="34"/>
              </w:numPr>
              <w:ind w:left="417"/>
              <w:jc w:val="center"/>
              <w:rPr>
                <w:rFonts w:ascii="Arial" w:hAnsi="Arial" w:cs="Arial"/>
                <w:sz w:val="18"/>
                <w:szCs w:val="18"/>
              </w:rPr>
            </w:pPr>
          </w:p>
        </w:tc>
        <w:tc>
          <w:tcPr>
            <w:tcW w:w="7796" w:type="dxa"/>
            <w:gridSpan w:val="2"/>
          </w:tcPr>
          <w:p w14:paraId="46EBF8D1"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Contactos de conexión con acabado en oro de 50 micro pulgadas</w:t>
            </w:r>
          </w:p>
        </w:tc>
        <w:tc>
          <w:tcPr>
            <w:tcW w:w="993" w:type="dxa"/>
            <w:vAlign w:val="center"/>
          </w:tcPr>
          <w:p w14:paraId="65B54C61" w14:textId="77777777" w:rsidR="00516A5B" w:rsidRPr="00A56DF5" w:rsidRDefault="00516A5B" w:rsidP="00B25E14">
            <w:pPr>
              <w:rPr>
                <w:rFonts w:ascii="Arial" w:hAnsi="Arial" w:cs="Arial"/>
                <w:color w:val="EE0000"/>
                <w:sz w:val="18"/>
                <w:szCs w:val="18"/>
              </w:rPr>
            </w:pPr>
          </w:p>
        </w:tc>
        <w:tc>
          <w:tcPr>
            <w:tcW w:w="992" w:type="dxa"/>
            <w:vAlign w:val="center"/>
          </w:tcPr>
          <w:p w14:paraId="77401900" w14:textId="77777777" w:rsidR="00516A5B" w:rsidRPr="00A56DF5" w:rsidRDefault="00516A5B" w:rsidP="00B25E14">
            <w:pPr>
              <w:rPr>
                <w:rFonts w:ascii="Arial" w:hAnsi="Arial" w:cs="Arial"/>
                <w:color w:val="EE0000"/>
                <w:sz w:val="18"/>
                <w:szCs w:val="18"/>
              </w:rPr>
            </w:pPr>
          </w:p>
        </w:tc>
      </w:tr>
      <w:tr w:rsidR="00516A5B" w:rsidRPr="00A56DF5" w14:paraId="1155A0E3" w14:textId="77777777" w:rsidTr="00674DB8">
        <w:tc>
          <w:tcPr>
            <w:tcW w:w="709" w:type="dxa"/>
            <w:vAlign w:val="center"/>
          </w:tcPr>
          <w:p w14:paraId="757CB5BE" w14:textId="77777777" w:rsidR="00516A5B" w:rsidRPr="001E26FB" w:rsidRDefault="00516A5B">
            <w:pPr>
              <w:pStyle w:val="Prrafodelista"/>
              <w:numPr>
                <w:ilvl w:val="0"/>
                <w:numId w:val="34"/>
              </w:numPr>
              <w:ind w:left="417"/>
              <w:jc w:val="center"/>
              <w:rPr>
                <w:rFonts w:ascii="Arial" w:hAnsi="Arial" w:cs="Arial"/>
                <w:sz w:val="18"/>
                <w:szCs w:val="18"/>
              </w:rPr>
            </w:pPr>
          </w:p>
        </w:tc>
        <w:tc>
          <w:tcPr>
            <w:tcW w:w="7796" w:type="dxa"/>
            <w:gridSpan w:val="2"/>
          </w:tcPr>
          <w:p w14:paraId="4C553D39"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Que su interfaz (</w:t>
            </w:r>
            <w:proofErr w:type="spellStart"/>
            <w:r w:rsidRPr="001E26FB">
              <w:rPr>
                <w:rFonts w:ascii="Arial" w:hAnsi="Arial" w:cs="Arial"/>
                <w:sz w:val="18"/>
                <w:szCs w:val="18"/>
              </w:rPr>
              <w:t>plug</w:t>
            </w:r>
            <w:proofErr w:type="spellEnd"/>
            <w:r w:rsidRPr="001E26FB">
              <w:rPr>
                <w:rFonts w:ascii="Arial" w:hAnsi="Arial" w:cs="Arial"/>
                <w:sz w:val="18"/>
                <w:szCs w:val="18"/>
              </w:rPr>
              <w:t>) permita una cantidad de ciclos de inserción (mayor) &gt; a 750.</w:t>
            </w:r>
          </w:p>
        </w:tc>
        <w:tc>
          <w:tcPr>
            <w:tcW w:w="993" w:type="dxa"/>
            <w:vAlign w:val="center"/>
          </w:tcPr>
          <w:p w14:paraId="7D1A8FA4" w14:textId="77777777" w:rsidR="00516A5B" w:rsidRPr="00A56DF5" w:rsidRDefault="00516A5B" w:rsidP="00B25E14">
            <w:pPr>
              <w:rPr>
                <w:rFonts w:ascii="Arial" w:hAnsi="Arial" w:cs="Arial"/>
                <w:color w:val="EE0000"/>
                <w:sz w:val="18"/>
                <w:szCs w:val="18"/>
              </w:rPr>
            </w:pPr>
          </w:p>
        </w:tc>
        <w:tc>
          <w:tcPr>
            <w:tcW w:w="992" w:type="dxa"/>
            <w:vAlign w:val="center"/>
          </w:tcPr>
          <w:p w14:paraId="7F0581E8" w14:textId="77777777" w:rsidR="00516A5B" w:rsidRPr="00A56DF5" w:rsidRDefault="00516A5B" w:rsidP="00B25E14">
            <w:pPr>
              <w:rPr>
                <w:rFonts w:ascii="Arial" w:hAnsi="Arial" w:cs="Arial"/>
                <w:color w:val="EE0000"/>
                <w:sz w:val="18"/>
                <w:szCs w:val="18"/>
              </w:rPr>
            </w:pPr>
          </w:p>
        </w:tc>
      </w:tr>
      <w:tr w:rsidR="00516A5B" w:rsidRPr="00A56DF5" w14:paraId="4DF044EB" w14:textId="77777777" w:rsidTr="00674DB8">
        <w:tc>
          <w:tcPr>
            <w:tcW w:w="709" w:type="dxa"/>
            <w:vAlign w:val="center"/>
          </w:tcPr>
          <w:p w14:paraId="1D09E4D5" w14:textId="77777777" w:rsidR="00516A5B" w:rsidRPr="001E26FB" w:rsidRDefault="00516A5B">
            <w:pPr>
              <w:pStyle w:val="Prrafodelista"/>
              <w:numPr>
                <w:ilvl w:val="0"/>
                <w:numId w:val="34"/>
              </w:numPr>
              <w:ind w:left="417"/>
              <w:jc w:val="center"/>
              <w:rPr>
                <w:rFonts w:ascii="Arial" w:hAnsi="Arial" w:cs="Arial"/>
                <w:sz w:val="18"/>
                <w:szCs w:val="18"/>
              </w:rPr>
            </w:pPr>
          </w:p>
        </w:tc>
        <w:tc>
          <w:tcPr>
            <w:tcW w:w="7796" w:type="dxa"/>
            <w:gridSpan w:val="2"/>
          </w:tcPr>
          <w:p w14:paraId="1F9C73FB"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Debe cumplir o superar las especificaciones de la norma ANSI/TIA-568-2-D y/o ISO/IEC 11801,  requerimientos de canal para soportar 10GBASE-T, estándar  IEEE 802.3af, IEEE 802.3at, 802.3bt.</w:t>
            </w:r>
          </w:p>
        </w:tc>
        <w:tc>
          <w:tcPr>
            <w:tcW w:w="993" w:type="dxa"/>
            <w:vAlign w:val="center"/>
          </w:tcPr>
          <w:p w14:paraId="501A2B4A" w14:textId="77777777" w:rsidR="00516A5B" w:rsidRPr="00A56DF5" w:rsidRDefault="00516A5B" w:rsidP="00B25E14">
            <w:pPr>
              <w:rPr>
                <w:rFonts w:ascii="Arial" w:hAnsi="Arial" w:cs="Arial"/>
                <w:color w:val="EE0000"/>
                <w:sz w:val="18"/>
                <w:szCs w:val="18"/>
              </w:rPr>
            </w:pPr>
          </w:p>
        </w:tc>
        <w:tc>
          <w:tcPr>
            <w:tcW w:w="992" w:type="dxa"/>
            <w:vAlign w:val="center"/>
          </w:tcPr>
          <w:p w14:paraId="16FB9E30" w14:textId="77777777" w:rsidR="00516A5B" w:rsidRPr="00A56DF5" w:rsidRDefault="00516A5B" w:rsidP="00B25E14">
            <w:pPr>
              <w:rPr>
                <w:rFonts w:ascii="Arial" w:hAnsi="Arial" w:cs="Arial"/>
                <w:color w:val="EE0000"/>
                <w:sz w:val="18"/>
                <w:szCs w:val="18"/>
              </w:rPr>
            </w:pPr>
          </w:p>
        </w:tc>
      </w:tr>
      <w:tr w:rsidR="00516A5B" w:rsidRPr="00A56DF5" w14:paraId="30EC3F20" w14:textId="77777777" w:rsidTr="00674DB8">
        <w:tc>
          <w:tcPr>
            <w:tcW w:w="709" w:type="dxa"/>
            <w:vAlign w:val="center"/>
          </w:tcPr>
          <w:p w14:paraId="1590CF07" w14:textId="77777777" w:rsidR="00516A5B" w:rsidRPr="001E26FB" w:rsidRDefault="00516A5B">
            <w:pPr>
              <w:pStyle w:val="Prrafodelista"/>
              <w:numPr>
                <w:ilvl w:val="0"/>
                <w:numId w:val="34"/>
              </w:numPr>
              <w:ind w:left="417"/>
              <w:jc w:val="center"/>
              <w:rPr>
                <w:rFonts w:ascii="Arial" w:hAnsi="Arial" w:cs="Arial"/>
                <w:sz w:val="18"/>
                <w:szCs w:val="18"/>
              </w:rPr>
            </w:pPr>
          </w:p>
        </w:tc>
        <w:tc>
          <w:tcPr>
            <w:tcW w:w="7796" w:type="dxa"/>
            <w:gridSpan w:val="2"/>
          </w:tcPr>
          <w:p w14:paraId="6F630958"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Debe soportar conexión de cables trenzados calibre 26 AWG a 22 AWG</w:t>
            </w:r>
          </w:p>
        </w:tc>
        <w:tc>
          <w:tcPr>
            <w:tcW w:w="993" w:type="dxa"/>
            <w:vAlign w:val="center"/>
          </w:tcPr>
          <w:p w14:paraId="456A71F3" w14:textId="77777777" w:rsidR="00516A5B" w:rsidRPr="00A56DF5" w:rsidRDefault="00516A5B" w:rsidP="00B25E14">
            <w:pPr>
              <w:rPr>
                <w:rFonts w:ascii="Arial" w:hAnsi="Arial" w:cs="Arial"/>
                <w:color w:val="EE0000"/>
                <w:sz w:val="18"/>
                <w:szCs w:val="18"/>
              </w:rPr>
            </w:pPr>
          </w:p>
        </w:tc>
        <w:tc>
          <w:tcPr>
            <w:tcW w:w="992" w:type="dxa"/>
            <w:vAlign w:val="center"/>
          </w:tcPr>
          <w:p w14:paraId="1FA25038" w14:textId="77777777" w:rsidR="00516A5B" w:rsidRPr="00A56DF5" w:rsidRDefault="00516A5B" w:rsidP="00B25E14">
            <w:pPr>
              <w:rPr>
                <w:rFonts w:ascii="Arial" w:hAnsi="Arial" w:cs="Arial"/>
                <w:color w:val="EE0000"/>
                <w:sz w:val="18"/>
                <w:szCs w:val="18"/>
              </w:rPr>
            </w:pPr>
          </w:p>
        </w:tc>
      </w:tr>
      <w:tr w:rsidR="00516A5B" w:rsidRPr="00A56DF5" w14:paraId="6C325278" w14:textId="77777777" w:rsidTr="00674DB8">
        <w:tc>
          <w:tcPr>
            <w:tcW w:w="709" w:type="dxa"/>
            <w:vAlign w:val="center"/>
          </w:tcPr>
          <w:p w14:paraId="723E6CBD" w14:textId="77777777" w:rsidR="00516A5B" w:rsidRPr="001E26FB" w:rsidRDefault="00516A5B">
            <w:pPr>
              <w:pStyle w:val="Prrafodelista"/>
              <w:numPr>
                <w:ilvl w:val="0"/>
                <w:numId w:val="34"/>
              </w:numPr>
              <w:ind w:left="417"/>
              <w:jc w:val="center"/>
              <w:rPr>
                <w:rFonts w:ascii="Arial" w:hAnsi="Arial" w:cs="Arial"/>
                <w:sz w:val="18"/>
                <w:szCs w:val="18"/>
              </w:rPr>
            </w:pPr>
          </w:p>
        </w:tc>
        <w:tc>
          <w:tcPr>
            <w:tcW w:w="7796" w:type="dxa"/>
            <w:gridSpan w:val="2"/>
          </w:tcPr>
          <w:p w14:paraId="5FDE7EC0" w14:textId="77777777" w:rsidR="00516A5B" w:rsidRPr="001E26FB" w:rsidRDefault="00516A5B" w:rsidP="00B25E14">
            <w:pPr>
              <w:jc w:val="both"/>
              <w:rPr>
                <w:rFonts w:ascii="Arial" w:hAnsi="Arial" w:cs="Arial"/>
                <w:sz w:val="18"/>
                <w:szCs w:val="18"/>
              </w:rPr>
            </w:pPr>
            <w:r w:rsidRPr="001E26FB">
              <w:rPr>
                <w:rFonts w:ascii="Arial" w:hAnsi="Arial" w:cs="Arial"/>
                <w:sz w:val="18"/>
                <w:szCs w:val="18"/>
              </w:rPr>
              <w:t>Serán de la misma marca del cable F/UTP a contratar.</w:t>
            </w:r>
          </w:p>
        </w:tc>
        <w:tc>
          <w:tcPr>
            <w:tcW w:w="993" w:type="dxa"/>
            <w:vAlign w:val="center"/>
          </w:tcPr>
          <w:p w14:paraId="75B181C2" w14:textId="77777777" w:rsidR="00516A5B" w:rsidRPr="00A56DF5" w:rsidRDefault="00516A5B" w:rsidP="00B25E14">
            <w:pPr>
              <w:rPr>
                <w:rFonts w:ascii="Arial" w:hAnsi="Arial" w:cs="Arial"/>
                <w:color w:val="EE0000"/>
                <w:sz w:val="18"/>
                <w:szCs w:val="18"/>
              </w:rPr>
            </w:pPr>
          </w:p>
        </w:tc>
        <w:tc>
          <w:tcPr>
            <w:tcW w:w="992" w:type="dxa"/>
            <w:vAlign w:val="center"/>
          </w:tcPr>
          <w:p w14:paraId="35CBF2E7" w14:textId="77777777" w:rsidR="00516A5B" w:rsidRPr="00A56DF5" w:rsidRDefault="00516A5B" w:rsidP="00B25E14">
            <w:pPr>
              <w:rPr>
                <w:rFonts w:ascii="Arial" w:hAnsi="Arial" w:cs="Arial"/>
                <w:color w:val="EE0000"/>
                <w:sz w:val="18"/>
                <w:szCs w:val="18"/>
              </w:rPr>
            </w:pPr>
          </w:p>
        </w:tc>
      </w:tr>
      <w:tr w:rsidR="00516A5B" w:rsidRPr="00A56DF5" w14:paraId="10C23D1A" w14:textId="77777777" w:rsidTr="00674DB8">
        <w:tc>
          <w:tcPr>
            <w:tcW w:w="709" w:type="dxa"/>
            <w:vAlign w:val="center"/>
          </w:tcPr>
          <w:p w14:paraId="6192BB87" w14:textId="77777777" w:rsidR="00516A5B" w:rsidRPr="006F3386" w:rsidRDefault="00516A5B" w:rsidP="00B25E14">
            <w:pPr>
              <w:jc w:val="center"/>
              <w:rPr>
                <w:rFonts w:ascii="Arial" w:hAnsi="Arial" w:cs="Arial"/>
                <w:b/>
                <w:bCs/>
                <w:sz w:val="18"/>
                <w:szCs w:val="18"/>
              </w:rPr>
            </w:pPr>
            <w:r w:rsidRPr="006F3386">
              <w:rPr>
                <w:rFonts w:ascii="Arial" w:hAnsi="Arial" w:cs="Arial"/>
                <w:b/>
                <w:bCs/>
                <w:sz w:val="18"/>
                <w:szCs w:val="18"/>
              </w:rPr>
              <w:t>15</w:t>
            </w:r>
          </w:p>
        </w:tc>
        <w:tc>
          <w:tcPr>
            <w:tcW w:w="7796" w:type="dxa"/>
            <w:gridSpan w:val="2"/>
          </w:tcPr>
          <w:p w14:paraId="553126A6" w14:textId="77777777" w:rsidR="00516A5B" w:rsidRPr="00742ECD" w:rsidRDefault="00516A5B" w:rsidP="00B25E14">
            <w:pPr>
              <w:jc w:val="both"/>
              <w:rPr>
                <w:rFonts w:ascii="Arial" w:hAnsi="Arial" w:cs="Arial"/>
                <w:b/>
                <w:bCs/>
                <w:sz w:val="18"/>
                <w:szCs w:val="18"/>
              </w:rPr>
            </w:pPr>
            <w:r w:rsidRPr="00742ECD">
              <w:rPr>
                <w:rFonts w:ascii="Arial" w:hAnsi="Arial" w:cs="Arial"/>
                <w:b/>
                <w:bCs/>
                <w:sz w:val="18"/>
                <w:szCs w:val="18"/>
              </w:rPr>
              <w:t>LABELS DE MARCACIÓN</w:t>
            </w:r>
          </w:p>
        </w:tc>
        <w:tc>
          <w:tcPr>
            <w:tcW w:w="993" w:type="dxa"/>
            <w:vAlign w:val="center"/>
          </w:tcPr>
          <w:p w14:paraId="59A48AC4" w14:textId="77777777" w:rsidR="00516A5B" w:rsidRPr="00A56DF5" w:rsidRDefault="00516A5B" w:rsidP="00B25E14">
            <w:pPr>
              <w:rPr>
                <w:rFonts w:ascii="Arial" w:hAnsi="Arial" w:cs="Arial"/>
                <w:color w:val="EE0000"/>
                <w:sz w:val="18"/>
                <w:szCs w:val="18"/>
              </w:rPr>
            </w:pPr>
          </w:p>
        </w:tc>
        <w:tc>
          <w:tcPr>
            <w:tcW w:w="992" w:type="dxa"/>
            <w:vAlign w:val="center"/>
          </w:tcPr>
          <w:p w14:paraId="186C6097" w14:textId="77777777" w:rsidR="00516A5B" w:rsidRPr="00A56DF5" w:rsidRDefault="00516A5B" w:rsidP="00B25E14">
            <w:pPr>
              <w:rPr>
                <w:rFonts w:ascii="Arial" w:hAnsi="Arial" w:cs="Arial"/>
                <w:color w:val="EE0000"/>
                <w:sz w:val="18"/>
                <w:szCs w:val="18"/>
              </w:rPr>
            </w:pPr>
          </w:p>
        </w:tc>
      </w:tr>
      <w:tr w:rsidR="00516A5B" w:rsidRPr="00A56DF5" w14:paraId="3D1A47A0" w14:textId="77777777" w:rsidTr="00674DB8">
        <w:tc>
          <w:tcPr>
            <w:tcW w:w="709" w:type="dxa"/>
            <w:vAlign w:val="center"/>
          </w:tcPr>
          <w:p w14:paraId="06AEC36C" w14:textId="77777777" w:rsidR="00516A5B" w:rsidRPr="00157F99" w:rsidRDefault="00516A5B">
            <w:pPr>
              <w:pStyle w:val="Prrafodelista"/>
              <w:numPr>
                <w:ilvl w:val="0"/>
                <w:numId w:val="35"/>
              </w:numPr>
              <w:ind w:left="417"/>
              <w:rPr>
                <w:rFonts w:ascii="Arial" w:hAnsi="Arial" w:cs="Arial"/>
                <w:sz w:val="18"/>
                <w:szCs w:val="18"/>
              </w:rPr>
            </w:pPr>
          </w:p>
        </w:tc>
        <w:tc>
          <w:tcPr>
            <w:tcW w:w="7796" w:type="dxa"/>
            <w:gridSpan w:val="2"/>
          </w:tcPr>
          <w:p w14:paraId="798BC9D1" w14:textId="77777777" w:rsidR="00516A5B" w:rsidRPr="009D7E0B" w:rsidRDefault="00516A5B" w:rsidP="00B25E14">
            <w:pPr>
              <w:jc w:val="both"/>
              <w:rPr>
                <w:rFonts w:ascii="Arial" w:hAnsi="Arial" w:cs="Arial"/>
                <w:sz w:val="18"/>
                <w:szCs w:val="18"/>
              </w:rPr>
            </w:pPr>
            <w:r w:rsidRPr="00742ECD">
              <w:rPr>
                <w:rFonts w:ascii="Arial" w:hAnsi="Arial" w:cs="Arial"/>
                <w:sz w:val="18"/>
                <w:szCs w:val="18"/>
              </w:rPr>
              <w:t xml:space="preserve">Suministro e instalación de </w:t>
            </w:r>
            <w:proofErr w:type="spellStart"/>
            <w:r w:rsidRPr="00742ECD">
              <w:rPr>
                <w:rFonts w:ascii="Arial" w:hAnsi="Arial" w:cs="Arial"/>
                <w:sz w:val="18"/>
                <w:szCs w:val="18"/>
              </w:rPr>
              <w:t>Labels</w:t>
            </w:r>
            <w:proofErr w:type="spellEnd"/>
            <w:r w:rsidRPr="00742ECD">
              <w:rPr>
                <w:rFonts w:ascii="Arial" w:hAnsi="Arial" w:cs="Arial"/>
                <w:sz w:val="18"/>
                <w:szCs w:val="18"/>
              </w:rPr>
              <w:t xml:space="preserve"> para la totalidad de componentes de cableado estructurado, de acuerdo a   ANSI/TIA-606-D. Deben ser autoadhesivos con protección de la marcación (</w:t>
            </w:r>
            <w:proofErr w:type="spellStart"/>
            <w:r w:rsidRPr="00742ECD">
              <w:rPr>
                <w:rFonts w:ascii="Arial" w:hAnsi="Arial" w:cs="Arial"/>
                <w:sz w:val="18"/>
                <w:szCs w:val="18"/>
              </w:rPr>
              <w:t>indoor</w:t>
            </w:r>
            <w:proofErr w:type="spellEnd"/>
            <w:r w:rsidRPr="00742ECD">
              <w:rPr>
                <w:rFonts w:ascii="Arial" w:hAnsi="Arial" w:cs="Arial"/>
                <w:sz w:val="18"/>
                <w:szCs w:val="18"/>
              </w:rPr>
              <w:t>/</w:t>
            </w:r>
            <w:proofErr w:type="spellStart"/>
            <w:r w:rsidRPr="00742ECD">
              <w:rPr>
                <w:rFonts w:ascii="Arial" w:hAnsi="Arial" w:cs="Arial"/>
                <w:sz w:val="18"/>
                <w:szCs w:val="18"/>
              </w:rPr>
              <w:t>outdoor</w:t>
            </w:r>
            <w:proofErr w:type="spellEnd"/>
            <w:r w:rsidRPr="00742ECD">
              <w:rPr>
                <w:rFonts w:ascii="Arial" w:hAnsi="Arial" w:cs="Arial"/>
                <w:sz w:val="18"/>
                <w:szCs w:val="18"/>
              </w:rPr>
              <w:t>), para imprimir en impresora láser.</w:t>
            </w:r>
          </w:p>
        </w:tc>
        <w:tc>
          <w:tcPr>
            <w:tcW w:w="993" w:type="dxa"/>
            <w:vAlign w:val="center"/>
          </w:tcPr>
          <w:p w14:paraId="02CA50FD" w14:textId="77777777" w:rsidR="00516A5B" w:rsidRPr="00A56DF5" w:rsidRDefault="00516A5B" w:rsidP="00B25E14">
            <w:pPr>
              <w:rPr>
                <w:rFonts w:ascii="Arial" w:hAnsi="Arial" w:cs="Arial"/>
                <w:color w:val="EE0000"/>
                <w:sz w:val="18"/>
                <w:szCs w:val="18"/>
              </w:rPr>
            </w:pPr>
          </w:p>
        </w:tc>
        <w:tc>
          <w:tcPr>
            <w:tcW w:w="992" w:type="dxa"/>
            <w:vAlign w:val="center"/>
          </w:tcPr>
          <w:p w14:paraId="2691A957" w14:textId="77777777" w:rsidR="00516A5B" w:rsidRPr="00A56DF5" w:rsidRDefault="00516A5B" w:rsidP="00B25E14">
            <w:pPr>
              <w:rPr>
                <w:rFonts w:ascii="Arial" w:hAnsi="Arial" w:cs="Arial"/>
                <w:color w:val="EE0000"/>
                <w:sz w:val="18"/>
                <w:szCs w:val="18"/>
              </w:rPr>
            </w:pPr>
          </w:p>
        </w:tc>
      </w:tr>
    </w:tbl>
    <w:p w14:paraId="453D810F" w14:textId="77777777" w:rsidR="00DE1A8C" w:rsidRDefault="00DE1A8C" w:rsidP="007574D6">
      <w:pPr>
        <w:spacing w:after="0"/>
        <w:rPr>
          <w:rFonts w:ascii="Arial" w:eastAsia="Calibri" w:hAnsi="Arial" w:cs="Arial"/>
          <w:sz w:val="14"/>
        </w:rPr>
      </w:pPr>
    </w:p>
    <w:tbl>
      <w:tblPr>
        <w:tblStyle w:val="Tablaconcuadrcula"/>
        <w:tblW w:w="10490" w:type="dxa"/>
        <w:tblInd w:w="-572" w:type="dxa"/>
        <w:tblLook w:val="04A0" w:firstRow="1" w:lastRow="0" w:firstColumn="1" w:lastColumn="0" w:noHBand="0" w:noVBand="1"/>
      </w:tblPr>
      <w:tblGrid>
        <w:gridCol w:w="709"/>
        <w:gridCol w:w="7796"/>
        <w:gridCol w:w="993"/>
        <w:gridCol w:w="992"/>
      </w:tblGrid>
      <w:tr w:rsidR="00674DB8" w:rsidRPr="004F7FA6" w14:paraId="21278D91" w14:textId="6C702D9C" w:rsidTr="00674DB8">
        <w:trPr>
          <w:trHeight w:val="20"/>
        </w:trPr>
        <w:tc>
          <w:tcPr>
            <w:tcW w:w="709" w:type="dxa"/>
            <w:vAlign w:val="center"/>
          </w:tcPr>
          <w:p w14:paraId="5A586B21" w14:textId="77777777" w:rsidR="00674DB8" w:rsidRPr="004F7FA6" w:rsidRDefault="00674DB8" w:rsidP="00B25E14">
            <w:pPr>
              <w:jc w:val="center"/>
              <w:rPr>
                <w:rFonts w:ascii="Arial" w:hAnsi="Arial" w:cs="Arial"/>
                <w:b/>
                <w:bCs/>
                <w:sz w:val="18"/>
                <w:szCs w:val="18"/>
              </w:rPr>
            </w:pPr>
            <w:r w:rsidRPr="004F7FA6">
              <w:rPr>
                <w:rFonts w:ascii="Arial" w:hAnsi="Arial" w:cs="Arial"/>
                <w:b/>
                <w:bCs/>
                <w:sz w:val="18"/>
                <w:szCs w:val="18"/>
              </w:rPr>
              <w:t>16</w:t>
            </w:r>
          </w:p>
        </w:tc>
        <w:tc>
          <w:tcPr>
            <w:tcW w:w="7796" w:type="dxa"/>
          </w:tcPr>
          <w:p w14:paraId="0D12B146" w14:textId="77777777" w:rsidR="00674DB8" w:rsidRPr="004F7FA6" w:rsidRDefault="00674DB8" w:rsidP="00B25E14">
            <w:pPr>
              <w:autoSpaceDE w:val="0"/>
              <w:autoSpaceDN w:val="0"/>
              <w:adjustRightInd w:val="0"/>
              <w:jc w:val="both"/>
              <w:rPr>
                <w:rFonts w:ascii="Arial" w:hAnsi="Arial" w:cs="Arial"/>
                <w:b/>
                <w:bCs/>
                <w:sz w:val="18"/>
                <w:szCs w:val="18"/>
                <w:lang w:val="es-ES_tradnl"/>
              </w:rPr>
            </w:pPr>
            <w:r w:rsidRPr="004F7FA6">
              <w:rPr>
                <w:rFonts w:ascii="Arial" w:hAnsi="Arial" w:cs="Arial"/>
                <w:b/>
                <w:bCs/>
                <w:sz w:val="18"/>
                <w:szCs w:val="18"/>
              </w:rPr>
              <w:t xml:space="preserve">GABINETE DE PARED </w:t>
            </w:r>
          </w:p>
        </w:tc>
        <w:tc>
          <w:tcPr>
            <w:tcW w:w="993" w:type="dxa"/>
            <w:vAlign w:val="center"/>
          </w:tcPr>
          <w:p w14:paraId="3718232F" w14:textId="77777777" w:rsidR="00674DB8" w:rsidRPr="004F7FA6" w:rsidRDefault="00674DB8" w:rsidP="00674DB8">
            <w:pPr>
              <w:autoSpaceDE w:val="0"/>
              <w:autoSpaceDN w:val="0"/>
              <w:adjustRightInd w:val="0"/>
              <w:jc w:val="center"/>
              <w:rPr>
                <w:rFonts w:ascii="Arial" w:hAnsi="Arial" w:cs="Arial"/>
                <w:b/>
                <w:bCs/>
                <w:sz w:val="18"/>
                <w:szCs w:val="18"/>
              </w:rPr>
            </w:pPr>
          </w:p>
        </w:tc>
        <w:tc>
          <w:tcPr>
            <w:tcW w:w="992" w:type="dxa"/>
          </w:tcPr>
          <w:p w14:paraId="2692B561" w14:textId="77777777" w:rsidR="00674DB8" w:rsidRPr="004F7FA6" w:rsidRDefault="00674DB8" w:rsidP="00674DB8">
            <w:pPr>
              <w:autoSpaceDE w:val="0"/>
              <w:autoSpaceDN w:val="0"/>
              <w:adjustRightInd w:val="0"/>
              <w:jc w:val="center"/>
              <w:rPr>
                <w:rFonts w:ascii="Arial" w:hAnsi="Arial" w:cs="Arial"/>
                <w:b/>
                <w:bCs/>
                <w:sz w:val="18"/>
                <w:szCs w:val="18"/>
              </w:rPr>
            </w:pPr>
          </w:p>
        </w:tc>
      </w:tr>
      <w:tr w:rsidR="00674DB8" w:rsidRPr="004F7FA6" w14:paraId="06224D04" w14:textId="65451FE1" w:rsidTr="00674DB8">
        <w:trPr>
          <w:trHeight w:val="20"/>
        </w:trPr>
        <w:tc>
          <w:tcPr>
            <w:tcW w:w="709" w:type="dxa"/>
            <w:vAlign w:val="center"/>
          </w:tcPr>
          <w:p w14:paraId="056EC3EE"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16.1</w:t>
            </w:r>
          </w:p>
        </w:tc>
        <w:tc>
          <w:tcPr>
            <w:tcW w:w="7796" w:type="dxa"/>
          </w:tcPr>
          <w:p w14:paraId="055F232F"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Material y acabado Acero laminado en frio </w:t>
            </w:r>
            <w:proofErr w:type="spellStart"/>
            <w:r w:rsidRPr="004F7FA6">
              <w:rPr>
                <w:rFonts w:ascii="Arial" w:hAnsi="Arial" w:cs="Arial"/>
                <w:sz w:val="18"/>
                <w:szCs w:val="18"/>
              </w:rPr>
              <w:t>Cold</w:t>
            </w:r>
            <w:proofErr w:type="spellEnd"/>
            <w:r w:rsidRPr="004F7FA6">
              <w:rPr>
                <w:rFonts w:ascii="Arial" w:hAnsi="Arial" w:cs="Arial"/>
                <w:sz w:val="18"/>
                <w:szCs w:val="18"/>
              </w:rPr>
              <w:t xml:space="preserve"> </w:t>
            </w:r>
            <w:proofErr w:type="spellStart"/>
            <w:r w:rsidRPr="004F7FA6">
              <w:rPr>
                <w:rFonts w:ascii="Arial" w:hAnsi="Arial" w:cs="Arial"/>
                <w:sz w:val="18"/>
                <w:szCs w:val="18"/>
              </w:rPr>
              <w:t>Rolled</w:t>
            </w:r>
            <w:proofErr w:type="spellEnd"/>
            <w:r w:rsidRPr="004F7FA6">
              <w:rPr>
                <w:rFonts w:ascii="Arial" w:hAnsi="Arial" w:cs="Arial"/>
                <w:sz w:val="18"/>
                <w:szCs w:val="18"/>
              </w:rPr>
              <w:t xml:space="preserve">, pintura electrostática color negro. </w:t>
            </w:r>
          </w:p>
          <w:p w14:paraId="2DD56B83" w14:textId="77777777" w:rsidR="00674DB8" w:rsidRPr="004F7FA6" w:rsidRDefault="00674DB8" w:rsidP="00B25E14">
            <w:pPr>
              <w:widowControl w:val="0"/>
              <w:autoSpaceDE w:val="0"/>
              <w:autoSpaceDN w:val="0"/>
              <w:rPr>
                <w:rFonts w:ascii="Arial" w:hAnsi="Arial" w:cs="Arial"/>
                <w:sz w:val="18"/>
                <w:szCs w:val="18"/>
                <w:lang w:val="es-ES"/>
              </w:rPr>
            </w:pPr>
            <w:r w:rsidRPr="004F7FA6">
              <w:rPr>
                <w:rFonts w:ascii="Arial" w:hAnsi="Arial" w:cs="Arial"/>
                <w:sz w:val="18"/>
                <w:szCs w:val="18"/>
              </w:rPr>
              <w:t xml:space="preserve">Se requiere 5 gabinetes con las siguientes Medidas </w:t>
            </w:r>
            <w:r w:rsidRPr="004F7FA6">
              <w:rPr>
                <w:rFonts w:ascii="Arial" w:hAnsi="Arial" w:cs="Arial"/>
                <w:sz w:val="18"/>
                <w:szCs w:val="18"/>
                <w:lang w:val="es-ES"/>
              </w:rPr>
              <w:t xml:space="preserve">Dimensiones 64 mm Ancho x 52 mm fondo profundidad x 25 mm volumen </w:t>
            </w:r>
          </w:p>
          <w:p w14:paraId="6F8A4539"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Puerta frontal Acero laminado en vidrio templado y laminado seguridad </w:t>
            </w:r>
            <w:r w:rsidRPr="004F7FA6">
              <w:rPr>
                <w:rFonts w:ascii="Arial" w:hAnsi="Arial" w:cs="Arial"/>
                <w:sz w:val="18"/>
                <w:szCs w:val="18"/>
                <w:lang w:val="es-ES"/>
              </w:rPr>
              <w:t>lámina de acero calibre 18 y 16 para 16 y 24GFP, respectivamente para estructura y tapas, calibre 22 para laterales y puerta.</w:t>
            </w:r>
            <w:r w:rsidRPr="004F7FA6">
              <w:rPr>
                <w:rFonts w:ascii="Arial" w:hAnsi="Arial" w:cs="Arial"/>
                <w:sz w:val="18"/>
                <w:szCs w:val="18"/>
              </w:rPr>
              <w:t xml:space="preserve">4 </w:t>
            </w:r>
            <w:proofErr w:type="spellStart"/>
            <w:r w:rsidRPr="004F7FA6">
              <w:rPr>
                <w:rFonts w:ascii="Arial" w:hAnsi="Arial" w:cs="Arial"/>
                <w:sz w:val="18"/>
                <w:szCs w:val="18"/>
              </w:rPr>
              <w:t>mm.</w:t>
            </w:r>
            <w:proofErr w:type="spellEnd"/>
          </w:p>
          <w:p w14:paraId="268E843C"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Puerta posterior Tapa </w:t>
            </w:r>
            <w:proofErr w:type="spellStart"/>
            <w:r w:rsidRPr="004F7FA6">
              <w:rPr>
                <w:rFonts w:ascii="Arial" w:hAnsi="Arial" w:cs="Arial"/>
                <w:sz w:val="18"/>
                <w:szCs w:val="18"/>
              </w:rPr>
              <w:t>microperforada</w:t>
            </w:r>
            <w:proofErr w:type="spellEnd"/>
            <w:r w:rsidRPr="004F7FA6">
              <w:rPr>
                <w:rFonts w:ascii="Arial" w:hAnsi="Arial" w:cs="Arial"/>
                <w:sz w:val="18"/>
                <w:szCs w:val="18"/>
              </w:rPr>
              <w:t xml:space="preserve"> con chapa tipo guantera.</w:t>
            </w:r>
          </w:p>
          <w:p w14:paraId="4473B442" w14:textId="77777777" w:rsidR="00674DB8" w:rsidRPr="004F7FA6" w:rsidRDefault="00674DB8" w:rsidP="00B25E14">
            <w:pPr>
              <w:rPr>
                <w:rFonts w:ascii="Arial" w:hAnsi="Arial" w:cs="Arial"/>
                <w:sz w:val="18"/>
                <w:szCs w:val="18"/>
              </w:rPr>
            </w:pPr>
            <w:r w:rsidRPr="004F7FA6">
              <w:rPr>
                <w:rFonts w:ascii="Arial" w:hAnsi="Arial" w:cs="Arial"/>
                <w:sz w:val="18"/>
                <w:szCs w:val="18"/>
              </w:rPr>
              <w:t>Tapas Laterales Desmontables, una tapa por cada lado con chapa tipo guantera.</w:t>
            </w:r>
          </w:p>
          <w:p w14:paraId="25D7263D" w14:textId="77777777" w:rsidR="00674DB8" w:rsidRPr="004F7FA6" w:rsidRDefault="00674DB8" w:rsidP="00B25E14">
            <w:pPr>
              <w:rPr>
                <w:rFonts w:ascii="Arial" w:hAnsi="Arial" w:cs="Arial"/>
                <w:sz w:val="18"/>
                <w:szCs w:val="18"/>
              </w:rPr>
            </w:pPr>
            <w:r w:rsidRPr="004F7FA6">
              <w:rPr>
                <w:rFonts w:ascii="Arial" w:hAnsi="Arial" w:cs="Arial"/>
                <w:sz w:val="18"/>
                <w:szCs w:val="18"/>
              </w:rPr>
              <w:t>% de ventilación natural 72%, según norma EIA/TIA 942.</w:t>
            </w:r>
          </w:p>
          <w:p w14:paraId="49E2B8F8" w14:textId="77777777" w:rsidR="00674DB8" w:rsidRPr="004F7FA6" w:rsidRDefault="00674DB8" w:rsidP="00B25E14">
            <w:pPr>
              <w:rPr>
                <w:rFonts w:ascii="Arial" w:hAnsi="Arial" w:cs="Arial"/>
                <w:sz w:val="18"/>
                <w:szCs w:val="18"/>
              </w:rPr>
            </w:pPr>
            <w:r w:rsidRPr="004F7FA6">
              <w:rPr>
                <w:rFonts w:ascii="Arial" w:hAnsi="Arial" w:cs="Arial"/>
                <w:sz w:val="18"/>
                <w:szCs w:val="18"/>
              </w:rPr>
              <w:t>Seguridad Puerta frontal</w:t>
            </w:r>
          </w:p>
          <w:p w14:paraId="19DECE86" w14:textId="77777777" w:rsidR="00674DB8" w:rsidRPr="004F7FA6" w:rsidRDefault="00674DB8" w:rsidP="00B25E14">
            <w:pPr>
              <w:rPr>
                <w:rFonts w:ascii="Arial" w:hAnsi="Arial" w:cs="Arial"/>
                <w:sz w:val="18"/>
                <w:szCs w:val="18"/>
              </w:rPr>
            </w:pPr>
            <w:r w:rsidRPr="004F7FA6">
              <w:rPr>
                <w:rFonts w:ascii="Arial" w:hAnsi="Arial" w:cs="Arial"/>
                <w:sz w:val="18"/>
                <w:szCs w:val="18"/>
              </w:rPr>
              <w:t>Rieles de montaje 2 unidades de ángulos de montaje de 19” según norma EIA 310E.</w:t>
            </w:r>
          </w:p>
          <w:p w14:paraId="13A5A8A6" w14:textId="77777777" w:rsidR="00674DB8" w:rsidRPr="004F7FA6" w:rsidRDefault="00674DB8" w:rsidP="00B25E14">
            <w:pPr>
              <w:rPr>
                <w:rFonts w:ascii="Arial" w:hAnsi="Arial" w:cs="Arial"/>
                <w:sz w:val="18"/>
                <w:szCs w:val="18"/>
              </w:rPr>
            </w:pPr>
            <w:r w:rsidRPr="004F7FA6">
              <w:rPr>
                <w:rFonts w:ascii="Arial" w:hAnsi="Arial" w:cs="Arial"/>
                <w:sz w:val="18"/>
                <w:szCs w:val="18"/>
              </w:rPr>
              <w:t>Entradas de cableado Ranuras superior e inferior protegidas por membranas plásticas.</w:t>
            </w:r>
          </w:p>
          <w:p w14:paraId="5543A419" w14:textId="77777777" w:rsidR="00674DB8" w:rsidRPr="004F7FA6" w:rsidRDefault="00674DB8" w:rsidP="00B25E14">
            <w:pPr>
              <w:rPr>
                <w:rFonts w:ascii="Arial" w:hAnsi="Arial" w:cs="Arial"/>
                <w:sz w:val="18"/>
                <w:szCs w:val="18"/>
              </w:rPr>
            </w:pPr>
            <w:r w:rsidRPr="004F7FA6">
              <w:rPr>
                <w:rFonts w:ascii="Arial" w:hAnsi="Arial" w:cs="Arial"/>
                <w:sz w:val="18"/>
                <w:szCs w:val="18"/>
              </w:rPr>
              <w:t>Gestión de aire Micro ranuras rectangulares sobre los laterales de la puerta, así como en el techo y base de la estructura. Techo con ranura protegida por rejilla plástica para instalación de ventilación forzada, ventiladores de 4” incluido.</w:t>
            </w:r>
          </w:p>
          <w:p w14:paraId="1EFB2AFA"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Accesorios incluidos Tuercas Tipo </w:t>
            </w:r>
            <w:proofErr w:type="spellStart"/>
            <w:r w:rsidRPr="004F7FA6">
              <w:rPr>
                <w:rFonts w:ascii="Arial" w:hAnsi="Arial" w:cs="Arial"/>
                <w:sz w:val="18"/>
                <w:szCs w:val="18"/>
              </w:rPr>
              <w:t>Push</w:t>
            </w:r>
            <w:proofErr w:type="spellEnd"/>
            <w:r w:rsidRPr="004F7FA6">
              <w:rPr>
                <w:rFonts w:ascii="Arial" w:hAnsi="Arial" w:cs="Arial"/>
                <w:sz w:val="18"/>
                <w:szCs w:val="18"/>
              </w:rPr>
              <w:t xml:space="preserve"> Tornillos 12-24 Arandelas Llaves para puerta frontal y marco de fijación abatible Instrucciones de montaje:   UL- 2416.</w:t>
            </w:r>
          </w:p>
          <w:p w14:paraId="24AC6EC5"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rPr>
              <w:t xml:space="preserve">Contará con </w:t>
            </w:r>
            <w:proofErr w:type="spellStart"/>
            <w:r w:rsidRPr="004F7FA6">
              <w:rPr>
                <w:rFonts w:ascii="Arial" w:hAnsi="Arial" w:cs="Arial"/>
                <w:sz w:val="18"/>
                <w:szCs w:val="18"/>
              </w:rPr>
              <w:t>multitoma</w:t>
            </w:r>
            <w:proofErr w:type="spellEnd"/>
            <w:r w:rsidRPr="004F7FA6">
              <w:rPr>
                <w:rFonts w:ascii="Arial" w:hAnsi="Arial" w:cs="Arial"/>
                <w:sz w:val="18"/>
                <w:szCs w:val="18"/>
              </w:rPr>
              <w:t xml:space="preserve"> para rack de 19″ con 6 salidas reguladas Diseño en acero laminado en frio con terminación en color negro pintura electrostática 4 perforaciones para ajuste en rack 19″ Alto 5.5 cm</w:t>
            </w:r>
          </w:p>
        </w:tc>
        <w:tc>
          <w:tcPr>
            <w:tcW w:w="993" w:type="dxa"/>
            <w:vAlign w:val="center"/>
          </w:tcPr>
          <w:p w14:paraId="158DC2D6" w14:textId="77777777" w:rsidR="00674DB8" w:rsidRPr="004F7FA6" w:rsidRDefault="00674DB8" w:rsidP="00674DB8">
            <w:pPr>
              <w:jc w:val="center"/>
              <w:rPr>
                <w:rFonts w:ascii="Arial" w:hAnsi="Arial" w:cs="Arial"/>
                <w:sz w:val="18"/>
                <w:szCs w:val="18"/>
              </w:rPr>
            </w:pPr>
          </w:p>
        </w:tc>
        <w:tc>
          <w:tcPr>
            <w:tcW w:w="992" w:type="dxa"/>
          </w:tcPr>
          <w:p w14:paraId="27E4EC2E" w14:textId="77777777" w:rsidR="00674DB8" w:rsidRPr="004F7FA6" w:rsidRDefault="00674DB8" w:rsidP="00674DB8">
            <w:pPr>
              <w:jc w:val="center"/>
              <w:rPr>
                <w:rFonts w:ascii="Arial" w:hAnsi="Arial" w:cs="Arial"/>
                <w:sz w:val="18"/>
                <w:szCs w:val="18"/>
              </w:rPr>
            </w:pPr>
          </w:p>
        </w:tc>
      </w:tr>
      <w:tr w:rsidR="00674DB8" w:rsidRPr="004F7FA6" w14:paraId="1AE71000" w14:textId="14457AB4" w:rsidTr="00674DB8">
        <w:trPr>
          <w:trHeight w:val="20"/>
        </w:trPr>
        <w:tc>
          <w:tcPr>
            <w:tcW w:w="709" w:type="dxa"/>
            <w:vAlign w:val="center"/>
          </w:tcPr>
          <w:p w14:paraId="6CF156EF" w14:textId="77777777" w:rsidR="00674DB8" w:rsidRPr="004F7FA6" w:rsidRDefault="00674DB8" w:rsidP="00B25E14">
            <w:pPr>
              <w:jc w:val="center"/>
              <w:rPr>
                <w:rFonts w:ascii="Arial" w:hAnsi="Arial" w:cs="Arial"/>
                <w:b/>
                <w:bCs/>
                <w:sz w:val="18"/>
                <w:szCs w:val="18"/>
              </w:rPr>
            </w:pPr>
            <w:r w:rsidRPr="004F7FA6">
              <w:rPr>
                <w:rFonts w:ascii="Arial" w:hAnsi="Arial" w:cs="Arial"/>
                <w:b/>
                <w:bCs/>
                <w:sz w:val="18"/>
                <w:szCs w:val="18"/>
              </w:rPr>
              <w:t>17</w:t>
            </w:r>
          </w:p>
        </w:tc>
        <w:tc>
          <w:tcPr>
            <w:tcW w:w="7796" w:type="dxa"/>
          </w:tcPr>
          <w:p w14:paraId="01A10FC8" w14:textId="77777777" w:rsidR="00674DB8" w:rsidRPr="004F7FA6" w:rsidRDefault="00674DB8" w:rsidP="00B25E14">
            <w:pPr>
              <w:autoSpaceDE w:val="0"/>
              <w:autoSpaceDN w:val="0"/>
              <w:adjustRightInd w:val="0"/>
              <w:jc w:val="both"/>
              <w:rPr>
                <w:rFonts w:ascii="Arial" w:hAnsi="Arial" w:cs="Arial"/>
                <w:b/>
                <w:bCs/>
                <w:sz w:val="18"/>
                <w:szCs w:val="18"/>
                <w:lang w:val="es-ES_tradnl"/>
              </w:rPr>
            </w:pPr>
            <w:r w:rsidRPr="004F7FA6">
              <w:rPr>
                <w:rFonts w:ascii="Arial" w:hAnsi="Arial" w:cs="Arial"/>
                <w:b/>
                <w:bCs/>
                <w:sz w:val="18"/>
                <w:szCs w:val="18"/>
              </w:rPr>
              <w:t>GABINETE DE PISO</w:t>
            </w:r>
          </w:p>
        </w:tc>
        <w:tc>
          <w:tcPr>
            <w:tcW w:w="993" w:type="dxa"/>
            <w:vAlign w:val="center"/>
          </w:tcPr>
          <w:p w14:paraId="75069784" w14:textId="77777777" w:rsidR="00674DB8" w:rsidRPr="004F7FA6" w:rsidRDefault="00674DB8" w:rsidP="00674DB8">
            <w:pPr>
              <w:autoSpaceDE w:val="0"/>
              <w:autoSpaceDN w:val="0"/>
              <w:adjustRightInd w:val="0"/>
              <w:jc w:val="center"/>
              <w:rPr>
                <w:rFonts w:ascii="Arial" w:hAnsi="Arial" w:cs="Arial"/>
                <w:b/>
                <w:bCs/>
                <w:sz w:val="18"/>
                <w:szCs w:val="18"/>
              </w:rPr>
            </w:pPr>
          </w:p>
        </w:tc>
        <w:tc>
          <w:tcPr>
            <w:tcW w:w="992" w:type="dxa"/>
          </w:tcPr>
          <w:p w14:paraId="488104A3" w14:textId="77777777" w:rsidR="00674DB8" w:rsidRPr="004F7FA6" w:rsidRDefault="00674DB8" w:rsidP="00674DB8">
            <w:pPr>
              <w:autoSpaceDE w:val="0"/>
              <w:autoSpaceDN w:val="0"/>
              <w:adjustRightInd w:val="0"/>
              <w:jc w:val="center"/>
              <w:rPr>
                <w:rFonts w:ascii="Arial" w:hAnsi="Arial" w:cs="Arial"/>
                <w:b/>
                <w:bCs/>
                <w:sz w:val="18"/>
                <w:szCs w:val="18"/>
              </w:rPr>
            </w:pPr>
          </w:p>
        </w:tc>
      </w:tr>
      <w:tr w:rsidR="00674DB8" w:rsidRPr="004F7FA6" w14:paraId="5414F88B" w14:textId="189BB25D" w:rsidTr="00674DB8">
        <w:trPr>
          <w:trHeight w:val="20"/>
        </w:trPr>
        <w:tc>
          <w:tcPr>
            <w:tcW w:w="709" w:type="dxa"/>
            <w:vAlign w:val="center"/>
          </w:tcPr>
          <w:p w14:paraId="2D5D8726"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17.1</w:t>
            </w:r>
          </w:p>
        </w:tc>
        <w:tc>
          <w:tcPr>
            <w:tcW w:w="7796" w:type="dxa"/>
          </w:tcPr>
          <w:p w14:paraId="78169627"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Material y acabado Acero laminado en frio </w:t>
            </w:r>
            <w:proofErr w:type="spellStart"/>
            <w:r w:rsidRPr="004F7FA6">
              <w:rPr>
                <w:rFonts w:ascii="Arial" w:hAnsi="Arial" w:cs="Arial"/>
                <w:sz w:val="18"/>
                <w:szCs w:val="18"/>
              </w:rPr>
              <w:t>Cold</w:t>
            </w:r>
            <w:proofErr w:type="spellEnd"/>
            <w:r w:rsidRPr="004F7FA6">
              <w:rPr>
                <w:rFonts w:ascii="Arial" w:hAnsi="Arial" w:cs="Arial"/>
                <w:sz w:val="18"/>
                <w:szCs w:val="18"/>
              </w:rPr>
              <w:t xml:space="preserve"> </w:t>
            </w:r>
            <w:proofErr w:type="spellStart"/>
            <w:r w:rsidRPr="004F7FA6">
              <w:rPr>
                <w:rFonts w:ascii="Arial" w:hAnsi="Arial" w:cs="Arial"/>
                <w:sz w:val="18"/>
                <w:szCs w:val="18"/>
              </w:rPr>
              <w:t>Rolled</w:t>
            </w:r>
            <w:proofErr w:type="spellEnd"/>
            <w:r w:rsidRPr="004F7FA6">
              <w:rPr>
                <w:rFonts w:ascii="Arial" w:hAnsi="Arial" w:cs="Arial"/>
                <w:sz w:val="18"/>
                <w:szCs w:val="18"/>
              </w:rPr>
              <w:t xml:space="preserve">, pintura electrostática color negro. </w:t>
            </w:r>
          </w:p>
          <w:p w14:paraId="158B5A75" w14:textId="77777777" w:rsidR="00674DB8" w:rsidRPr="004F7FA6" w:rsidRDefault="00674DB8" w:rsidP="00B25E14">
            <w:pPr>
              <w:rPr>
                <w:rFonts w:ascii="Arial" w:hAnsi="Arial" w:cs="Arial"/>
                <w:sz w:val="18"/>
                <w:szCs w:val="18"/>
              </w:rPr>
            </w:pPr>
            <w:r w:rsidRPr="004F7FA6">
              <w:rPr>
                <w:rFonts w:ascii="Arial" w:hAnsi="Arial" w:cs="Arial"/>
                <w:sz w:val="18"/>
                <w:szCs w:val="18"/>
              </w:rPr>
              <w:lastRenderedPageBreak/>
              <w:t>Medidas de 180 a 200 cm altura 60 cm ancho y 60 cm profundo.</w:t>
            </w:r>
          </w:p>
          <w:p w14:paraId="1E19F52D"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Puerta frontal Una hoja </w:t>
            </w:r>
            <w:proofErr w:type="spellStart"/>
            <w:r w:rsidRPr="004F7FA6">
              <w:rPr>
                <w:rFonts w:ascii="Arial" w:hAnsi="Arial" w:cs="Arial"/>
                <w:sz w:val="18"/>
                <w:szCs w:val="18"/>
              </w:rPr>
              <w:t>microperforada</w:t>
            </w:r>
            <w:proofErr w:type="spellEnd"/>
            <w:r w:rsidRPr="004F7FA6">
              <w:rPr>
                <w:rFonts w:ascii="Arial" w:hAnsi="Arial" w:cs="Arial"/>
                <w:sz w:val="18"/>
                <w:szCs w:val="18"/>
              </w:rPr>
              <w:t>.</w:t>
            </w:r>
          </w:p>
          <w:p w14:paraId="64DF7B70"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Puerta posterior Tapa </w:t>
            </w:r>
            <w:proofErr w:type="spellStart"/>
            <w:r w:rsidRPr="004F7FA6">
              <w:rPr>
                <w:rFonts w:ascii="Arial" w:hAnsi="Arial" w:cs="Arial"/>
                <w:sz w:val="18"/>
                <w:szCs w:val="18"/>
              </w:rPr>
              <w:t>microperforada</w:t>
            </w:r>
            <w:proofErr w:type="spellEnd"/>
            <w:r w:rsidRPr="004F7FA6">
              <w:rPr>
                <w:rFonts w:ascii="Arial" w:hAnsi="Arial" w:cs="Arial"/>
                <w:sz w:val="18"/>
                <w:szCs w:val="18"/>
              </w:rPr>
              <w:t xml:space="preserve"> con chapa tipo guantera.</w:t>
            </w:r>
          </w:p>
          <w:p w14:paraId="6C8F6B73" w14:textId="77777777" w:rsidR="00674DB8" w:rsidRPr="004F7FA6" w:rsidRDefault="00674DB8" w:rsidP="00B25E14">
            <w:pPr>
              <w:rPr>
                <w:rFonts w:ascii="Arial" w:hAnsi="Arial" w:cs="Arial"/>
                <w:sz w:val="18"/>
                <w:szCs w:val="18"/>
              </w:rPr>
            </w:pPr>
            <w:r w:rsidRPr="004F7FA6">
              <w:rPr>
                <w:rFonts w:ascii="Arial" w:hAnsi="Arial" w:cs="Arial"/>
                <w:sz w:val="18"/>
                <w:szCs w:val="18"/>
              </w:rPr>
              <w:t>Tapas Laterales Desmontables, una tapa por cada lado con chapa tipo guantera.</w:t>
            </w:r>
          </w:p>
          <w:p w14:paraId="551A0CF8" w14:textId="77777777" w:rsidR="00674DB8" w:rsidRPr="004F7FA6" w:rsidRDefault="00674DB8" w:rsidP="00B25E14">
            <w:pPr>
              <w:rPr>
                <w:rFonts w:ascii="Arial" w:hAnsi="Arial" w:cs="Arial"/>
                <w:sz w:val="18"/>
                <w:szCs w:val="18"/>
              </w:rPr>
            </w:pPr>
            <w:r w:rsidRPr="004F7FA6">
              <w:rPr>
                <w:rFonts w:ascii="Arial" w:hAnsi="Arial" w:cs="Arial"/>
                <w:sz w:val="18"/>
                <w:szCs w:val="18"/>
              </w:rPr>
              <w:t>% de ventilación natural 72%, según norma EIA/TIA 942.</w:t>
            </w:r>
          </w:p>
          <w:p w14:paraId="6370590A"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Seguridad Puerta frontal: en gabinetes de 2 a 5 pies, maneta tipo </w:t>
            </w:r>
            <w:proofErr w:type="spellStart"/>
            <w:r w:rsidRPr="004F7FA6">
              <w:rPr>
                <w:rFonts w:ascii="Arial" w:hAnsi="Arial" w:cs="Arial"/>
                <w:sz w:val="18"/>
                <w:szCs w:val="18"/>
              </w:rPr>
              <w:t>push</w:t>
            </w:r>
            <w:proofErr w:type="spellEnd"/>
            <w:r w:rsidRPr="004F7FA6">
              <w:rPr>
                <w:rFonts w:ascii="Arial" w:hAnsi="Arial" w:cs="Arial"/>
                <w:sz w:val="18"/>
                <w:szCs w:val="18"/>
              </w:rPr>
              <w:t>.</w:t>
            </w:r>
          </w:p>
          <w:p w14:paraId="6814B164" w14:textId="77777777" w:rsidR="00674DB8" w:rsidRPr="004F7FA6" w:rsidRDefault="00674DB8" w:rsidP="00B25E14">
            <w:pPr>
              <w:rPr>
                <w:rFonts w:ascii="Arial" w:hAnsi="Arial" w:cs="Arial"/>
                <w:sz w:val="18"/>
                <w:szCs w:val="18"/>
              </w:rPr>
            </w:pPr>
            <w:r w:rsidRPr="004F7FA6">
              <w:rPr>
                <w:rFonts w:ascii="Arial" w:hAnsi="Arial" w:cs="Arial"/>
                <w:sz w:val="18"/>
                <w:szCs w:val="18"/>
              </w:rPr>
              <w:t xml:space="preserve"> Gabinetes de 6 y 7 pies, maneta con cierre de tres puntos.</w:t>
            </w:r>
          </w:p>
          <w:p w14:paraId="7CE64495" w14:textId="77777777" w:rsidR="00674DB8" w:rsidRPr="004F7FA6" w:rsidRDefault="00674DB8" w:rsidP="00B25E14">
            <w:pPr>
              <w:rPr>
                <w:rFonts w:ascii="Arial" w:hAnsi="Arial" w:cs="Arial"/>
                <w:sz w:val="18"/>
                <w:szCs w:val="18"/>
              </w:rPr>
            </w:pPr>
            <w:r w:rsidRPr="004F7FA6">
              <w:rPr>
                <w:rFonts w:ascii="Arial" w:hAnsi="Arial" w:cs="Arial"/>
                <w:sz w:val="18"/>
                <w:szCs w:val="18"/>
              </w:rPr>
              <w:t>Rieles de montaje 2 unidades de ángulos de montaje de 19” según norma EIA 310E.</w:t>
            </w:r>
          </w:p>
          <w:p w14:paraId="28E2009E" w14:textId="77777777" w:rsidR="00674DB8" w:rsidRPr="004F7FA6" w:rsidRDefault="00674DB8" w:rsidP="00B25E14">
            <w:pPr>
              <w:rPr>
                <w:rFonts w:ascii="Arial" w:hAnsi="Arial" w:cs="Arial"/>
                <w:sz w:val="18"/>
                <w:szCs w:val="18"/>
              </w:rPr>
            </w:pPr>
            <w:r w:rsidRPr="004F7FA6">
              <w:rPr>
                <w:rFonts w:ascii="Arial" w:hAnsi="Arial" w:cs="Arial"/>
                <w:sz w:val="18"/>
                <w:szCs w:val="18"/>
              </w:rPr>
              <w:t>Entradas de cableado Tapa superior 2 entradas, tapa inferior 3 entradas, protegidas con membranas de caucho.</w:t>
            </w:r>
          </w:p>
          <w:p w14:paraId="013E63E0" w14:textId="77777777" w:rsidR="00674DB8" w:rsidRPr="004F7FA6" w:rsidRDefault="00674DB8" w:rsidP="00B25E14">
            <w:pPr>
              <w:rPr>
                <w:rFonts w:ascii="Arial" w:hAnsi="Arial" w:cs="Arial"/>
                <w:sz w:val="18"/>
                <w:szCs w:val="18"/>
              </w:rPr>
            </w:pPr>
            <w:r w:rsidRPr="004F7FA6">
              <w:rPr>
                <w:rFonts w:ascii="Arial" w:hAnsi="Arial" w:cs="Arial"/>
                <w:sz w:val="18"/>
                <w:szCs w:val="18"/>
              </w:rPr>
              <w:t>Gestión de aire 2 ranuras para instalación de ventiladores de 4” incluidos.</w:t>
            </w:r>
          </w:p>
          <w:p w14:paraId="518A3DE0" w14:textId="77777777" w:rsidR="00674DB8" w:rsidRPr="004F7FA6" w:rsidRDefault="00674DB8" w:rsidP="00B25E14">
            <w:pPr>
              <w:rPr>
                <w:rFonts w:ascii="Arial" w:hAnsi="Arial" w:cs="Arial"/>
                <w:sz w:val="18"/>
                <w:szCs w:val="18"/>
              </w:rPr>
            </w:pPr>
            <w:r w:rsidRPr="004F7FA6">
              <w:rPr>
                <w:rFonts w:ascii="Arial" w:hAnsi="Arial" w:cs="Arial"/>
                <w:sz w:val="18"/>
                <w:szCs w:val="18"/>
              </w:rPr>
              <w:t>Accesorios incluidos Kit x 4 niveladores y kit de tornillería M6 para el montaje de equipos.</w:t>
            </w:r>
          </w:p>
          <w:p w14:paraId="3F748860"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rPr>
              <w:t xml:space="preserve">Contará con </w:t>
            </w:r>
            <w:proofErr w:type="spellStart"/>
            <w:r w:rsidRPr="004F7FA6">
              <w:rPr>
                <w:rFonts w:ascii="Arial" w:hAnsi="Arial" w:cs="Arial"/>
                <w:sz w:val="18"/>
                <w:szCs w:val="18"/>
              </w:rPr>
              <w:t>multitoma</w:t>
            </w:r>
            <w:proofErr w:type="spellEnd"/>
            <w:r w:rsidRPr="004F7FA6">
              <w:rPr>
                <w:rFonts w:ascii="Arial" w:hAnsi="Arial" w:cs="Arial"/>
                <w:sz w:val="18"/>
                <w:szCs w:val="18"/>
              </w:rPr>
              <w:t xml:space="preserve"> para rack de 19″ con 8 salidas reguladas Diseño en acero laminado en frio con terminación en color negro pintura electrostática 4 perforaciones para ajuste en rack 19″ Alto 5.5 cm.</w:t>
            </w:r>
          </w:p>
          <w:p w14:paraId="74A0B38C" w14:textId="77777777" w:rsidR="00674DB8" w:rsidRPr="004F7FA6" w:rsidRDefault="00674DB8" w:rsidP="00B25E14">
            <w:pPr>
              <w:autoSpaceDE w:val="0"/>
              <w:autoSpaceDN w:val="0"/>
              <w:adjustRightInd w:val="0"/>
              <w:jc w:val="both"/>
              <w:rPr>
                <w:rFonts w:ascii="Arial" w:hAnsi="Arial" w:cs="Arial"/>
                <w:b/>
                <w:bCs/>
                <w:sz w:val="18"/>
                <w:szCs w:val="18"/>
                <w:highlight w:val="darkGray"/>
                <w:lang w:val="es-ES_tradnl"/>
              </w:rPr>
            </w:pPr>
          </w:p>
        </w:tc>
        <w:tc>
          <w:tcPr>
            <w:tcW w:w="993" w:type="dxa"/>
            <w:vAlign w:val="center"/>
          </w:tcPr>
          <w:p w14:paraId="3D4A3C28" w14:textId="77777777" w:rsidR="00674DB8" w:rsidRPr="004F7FA6" w:rsidRDefault="00674DB8" w:rsidP="00674DB8">
            <w:pPr>
              <w:jc w:val="center"/>
              <w:rPr>
                <w:rFonts w:ascii="Arial" w:hAnsi="Arial" w:cs="Arial"/>
                <w:sz w:val="18"/>
                <w:szCs w:val="18"/>
              </w:rPr>
            </w:pPr>
          </w:p>
        </w:tc>
        <w:tc>
          <w:tcPr>
            <w:tcW w:w="992" w:type="dxa"/>
          </w:tcPr>
          <w:p w14:paraId="281668C3" w14:textId="77777777" w:rsidR="00674DB8" w:rsidRPr="004F7FA6" w:rsidRDefault="00674DB8" w:rsidP="00674DB8">
            <w:pPr>
              <w:jc w:val="center"/>
              <w:rPr>
                <w:rFonts w:ascii="Arial" w:hAnsi="Arial" w:cs="Arial"/>
                <w:sz w:val="18"/>
                <w:szCs w:val="18"/>
              </w:rPr>
            </w:pPr>
          </w:p>
        </w:tc>
      </w:tr>
      <w:tr w:rsidR="00674DB8" w:rsidRPr="004F7FA6" w14:paraId="3486FC2A" w14:textId="7EBDC58C" w:rsidTr="00674DB8">
        <w:trPr>
          <w:trHeight w:val="20"/>
        </w:trPr>
        <w:tc>
          <w:tcPr>
            <w:tcW w:w="709" w:type="dxa"/>
          </w:tcPr>
          <w:p w14:paraId="438FE1E9" w14:textId="77777777" w:rsidR="00674DB8" w:rsidRPr="004F7FA6" w:rsidRDefault="00674DB8" w:rsidP="00B25E14">
            <w:pPr>
              <w:jc w:val="center"/>
              <w:rPr>
                <w:rFonts w:ascii="Arial" w:hAnsi="Arial" w:cs="Arial"/>
                <w:b/>
                <w:bCs/>
                <w:sz w:val="18"/>
                <w:szCs w:val="18"/>
              </w:rPr>
            </w:pPr>
            <w:r w:rsidRPr="004F7FA6">
              <w:rPr>
                <w:rFonts w:ascii="Arial" w:hAnsi="Arial" w:cs="Arial"/>
                <w:b/>
                <w:bCs/>
                <w:sz w:val="18"/>
                <w:szCs w:val="18"/>
              </w:rPr>
              <w:t>18</w:t>
            </w:r>
          </w:p>
        </w:tc>
        <w:tc>
          <w:tcPr>
            <w:tcW w:w="7796" w:type="dxa"/>
          </w:tcPr>
          <w:p w14:paraId="01DA7354" w14:textId="77777777" w:rsidR="00674DB8" w:rsidRPr="004F7FA6" w:rsidRDefault="00674DB8" w:rsidP="00B25E14">
            <w:pPr>
              <w:rPr>
                <w:rFonts w:ascii="Arial" w:hAnsi="Arial" w:cs="Arial"/>
                <w:b/>
                <w:bCs/>
                <w:sz w:val="18"/>
                <w:szCs w:val="18"/>
              </w:rPr>
            </w:pPr>
            <w:r w:rsidRPr="004F7FA6">
              <w:rPr>
                <w:rFonts w:ascii="Arial" w:hAnsi="Arial" w:cs="Arial"/>
                <w:b/>
                <w:bCs/>
                <w:sz w:val="18"/>
                <w:szCs w:val="18"/>
                <w:lang w:val="es-ES_tradnl"/>
              </w:rPr>
              <w:t>CONECTIVIDAD GARANTIZADA</w:t>
            </w:r>
          </w:p>
        </w:tc>
        <w:tc>
          <w:tcPr>
            <w:tcW w:w="993" w:type="dxa"/>
            <w:vAlign w:val="center"/>
          </w:tcPr>
          <w:p w14:paraId="6E3406B5" w14:textId="77777777" w:rsidR="00674DB8" w:rsidRPr="004F7FA6" w:rsidRDefault="00674DB8" w:rsidP="00674DB8">
            <w:pPr>
              <w:jc w:val="center"/>
              <w:rPr>
                <w:rFonts w:ascii="Arial" w:hAnsi="Arial" w:cs="Arial"/>
                <w:b/>
                <w:bCs/>
                <w:sz w:val="18"/>
                <w:szCs w:val="18"/>
                <w:lang w:val="es-ES_tradnl"/>
              </w:rPr>
            </w:pPr>
          </w:p>
        </w:tc>
        <w:tc>
          <w:tcPr>
            <w:tcW w:w="992" w:type="dxa"/>
          </w:tcPr>
          <w:p w14:paraId="51507B5A" w14:textId="77777777" w:rsidR="00674DB8" w:rsidRPr="004F7FA6" w:rsidRDefault="00674DB8" w:rsidP="00674DB8">
            <w:pPr>
              <w:jc w:val="center"/>
              <w:rPr>
                <w:rFonts w:ascii="Arial" w:hAnsi="Arial" w:cs="Arial"/>
                <w:b/>
                <w:bCs/>
                <w:sz w:val="18"/>
                <w:szCs w:val="18"/>
                <w:lang w:val="es-ES_tradnl"/>
              </w:rPr>
            </w:pPr>
          </w:p>
        </w:tc>
      </w:tr>
      <w:tr w:rsidR="00674DB8" w:rsidRPr="004F7FA6" w14:paraId="3A04607D" w14:textId="17991054" w:rsidTr="00674DB8">
        <w:trPr>
          <w:trHeight w:val="20"/>
        </w:trPr>
        <w:tc>
          <w:tcPr>
            <w:tcW w:w="709" w:type="dxa"/>
          </w:tcPr>
          <w:p w14:paraId="398495E7"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18.1</w:t>
            </w:r>
          </w:p>
        </w:tc>
        <w:tc>
          <w:tcPr>
            <w:tcW w:w="7796" w:type="dxa"/>
          </w:tcPr>
          <w:p w14:paraId="2E7783B4" w14:textId="77777777" w:rsidR="00674DB8" w:rsidRPr="004F7FA6" w:rsidRDefault="00674DB8" w:rsidP="00B25E14">
            <w:pPr>
              <w:rPr>
                <w:rFonts w:ascii="Arial" w:hAnsi="Arial" w:cs="Arial"/>
                <w:sz w:val="18"/>
                <w:szCs w:val="18"/>
              </w:rPr>
            </w:pPr>
            <w:r w:rsidRPr="004F7FA6">
              <w:rPr>
                <w:rFonts w:ascii="Arial" w:hAnsi="Arial" w:cs="Arial"/>
                <w:sz w:val="18"/>
                <w:szCs w:val="18"/>
              </w:rPr>
              <w:t>10</w:t>
            </w:r>
            <w:r w:rsidRPr="004F7FA6">
              <w:rPr>
                <w:rFonts w:ascii="Arial" w:hAnsi="Arial" w:cs="Arial"/>
                <w:spacing w:val="-1"/>
                <w:sz w:val="18"/>
                <w:szCs w:val="18"/>
              </w:rPr>
              <w:t xml:space="preserve"> </w:t>
            </w:r>
            <w:proofErr w:type="spellStart"/>
            <w:r w:rsidRPr="004F7FA6">
              <w:rPr>
                <w:rFonts w:ascii="Arial" w:hAnsi="Arial" w:cs="Arial"/>
                <w:sz w:val="18"/>
                <w:szCs w:val="18"/>
              </w:rPr>
              <w:t>Gbps</w:t>
            </w:r>
            <w:proofErr w:type="spellEnd"/>
            <w:r w:rsidRPr="004F7FA6">
              <w:rPr>
                <w:rFonts w:ascii="Arial" w:hAnsi="Arial" w:cs="Arial"/>
                <w:sz w:val="18"/>
                <w:szCs w:val="18"/>
              </w:rPr>
              <w:t>.</w:t>
            </w:r>
          </w:p>
        </w:tc>
        <w:tc>
          <w:tcPr>
            <w:tcW w:w="993" w:type="dxa"/>
            <w:vAlign w:val="center"/>
          </w:tcPr>
          <w:p w14:paraId="5532B282" w14:textId="77777777" w:rsidR="00674DB8" w:rsidRPr="004F7FA6" w:rsidRDefault="00674DB8" w:rsidP="00674DB8">
            <w:pPr>
              <w:jc w:val="center"/>
              <w:rPr>
                <w:rFonts w:ascii="Arial" w:hAnsi="Arial" w:cs="Arial"/>
                <w:sz w:val="18"/>
                <w:szCs w:val="18"/>
              </w:rPr>
            </w:pPr>
          </w:p>
        </w:tc>
        <w:tc>
          <w:tcPr>
            <w:tcW w:w="992" w:type="dxa"/>
          </w:tcPr>
          <w:p w14:paraId="661417D1" w14:textId="77777777" w:rsidR="00674DB8" w:rsidRPr="004F7FA6" w:rsidRDefault="00674DB8" w:rsidP="00674DB8">
            <w:pPr>
              <w:jc w:val="center"/>
              <w:rPr>
                <w:rFonts w:ascii="Arial" w:hAnsi="Arial" w:cs="Arial"/>
                <w:sz w:val="18"/>
                <w:szCs w:val="18"/>
              </w:rPr>
            </w:pPr>
          </w:p>
        </w:tc>
      </w:tr>
      <w:tr w:rsidR="00674DB8" w:rsidRPr="004F7FA6" w14:paraId="1121AC65" w14:textId="2BE29AB3" w:rsidTr="00674DB8">
        <w:trPr>
          <w:trHeight w:val="20"/>
        </w:trPr>
        <w:tc>
          <w:tcPr>
            <w:tcW w:w="709" w:type="dxa"/>
            <w:vAlign w:val="center"/>
          </w:tcPr>
          <w:p w14:paraId="54F67BEB" w14:textId="77777777" w:rsidR="00674DB8" w:rsidRPr="004F7FA6" w:rsidRDefault="00674DB8" w:rsidP="00B25E14">
            <w:pPr>
              <w:jc w:val="center"/>
              <w:rPr>
                <w:rFonts w:ascii="Arial" w:hAnsi="Arial" w:cs="Arial"/>
                <w:b/>
                <w:bCs/>
                <w:sz w:val="18"/>
                <w:szCs w:val="18"/>
              </w:rPr>
            </w:pPr>
            <w:r w:rsidRPr="004F7FA6">
              <w:rPr>
                <w:rFonts w:ascii="Arial" w:hAnsi="Arial" w:cs="Arial"/>
                <w:b/>
                <w:bCs/>
                <w:sz w:val="18"/>
                <w:szCs w:val="18"/>
              </w:rPr>
              <w:t>19</w:t>
            </w:r>
          </w:p>
        </w:tc>
        <w:tc>
          <w:tcPr>
            <w:tcW w:w="7796" w:type="dxa"/>
          </w:tcPr>
          <w:p w14:paraId="0EFCBE6A" w14:textId="77777777" w:rsidR="00674DB8" w:rsidRPr="004F7FA6" w:rsidRDefault="00674DB8" w:rsidP="00B25E14">
            <w:pPr>
              <w:rPr>
                <w:rFonts w:ascii="Arial" w:hAnsi="Arial" w:cs="Arial"/>
                <w:sz w:val="18"/>
                <w:szCs w:val="18"/>
              </w:rPr>
            </w:pPr>
            <w:r w:rsidRPr="004F7FA6">
              <w:rPr>
                <w:rFonts w:ascii="Arial" w:hAnsi="Arial" w:cs="Arial"/>
                <w:b/>
                <w:sz w:val="18"/>
                <w:szCs w:val="18"/>
                <w:lang w:val="es-ES"/>
              </w:rPr>
              <w:t>SUBSISTEMA ELÉCTRICO REGULADO</w:t>
            </w:r>
          </w:p>
        </w:tc>
        <w:tc>
          <w:tcPr>
            <w:tcW w:w="993" w:type="dxa"/>
            <w:vAlign w:val="center"/>
          </w:tcPr>
          <w:p w14:paraId="63D79302" w14:textId="77777777" w:rsidR="00674DB8" w:rsidRPr="004F7FA6" w:rsidRDefault="00674DB8" w:rsidP="00674DB8">
            <w:pPr>
              <w:jc w:val="center"/>
              <w:rPr>
                <w:rFonts w:ascii="Arial" w:hAnsi="Arial" w:cs="Arial"/>
                <w:b/>
                <w:sz w:val="18"/>
                <w:szCs w:val="18"/>
                <w:lang w:val="es-ES"/>
              </w:rPr>
            </w:pPr>
          </w:p>
        </w:tc>
        <w:tc>
          <w:tcPr>
            <w:tcW w:w="992" w:type="dxa"/>
          </w:tcPr>
          <w:p w14:paraId="2F557C7A" w14:textId="77777777" w:rsidR="00674DB8" w:rsidRPr="004F7FA6" w:rsidRDefault="00674DB8" w:rsidP="00674DB8">
            <w:pPr>
              <w:jc w:val="center"/>
              <w:rPr>
                <w:rFonts w:ascii="Arial" w:hAnsi="Arial" w:cs="Arial"/>
                <w:b/>
                <w:sz w:val="18"/>
                <w:szCs w:val="18"/>
                <w:lang w:val="es-ES"/>
              </w:rPr>
            </w:pPr>
          </w:p>
        </w:tc>
      </w:tr>
      <w:tr w:rsidR="00674DB8" w:rsidRPr="004F7FA6" w14:paraId="20AEC3EE" w14:textId="7D9517AD" w:rsidTr="00674DB8">
        <w:trPr>
          <w:trHeight w:val="20"/>
        </w:trPr>
        <w:tc>
          <w:tcPr>
            <w:tcW w:w="709" w:type="dxa"/>
            <w:vAlign w:val="center"/>
          </w:tcPr>
          <w:p w14:paraId="53DF67E5"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19.1</w:t>
            </w:r>
          </w:p>
        </w:tc>
        <w:tc>
          <w:tcPr>
            <w:tcW w:w="7796" w:type="dxa"/>
          </w:tcPr>
          <w:p w14:paraId="3CA1A7CA" w14:textId="77777777" w:rsidR="00674DB8" w:rsidRPr="004F7FA6" w:rsidRDefault="00674DB8" w:rsidP="00B25E14">
            <w:pPr>
              <w:jc w:val="both"/>
              <w:rPr>
                <w:rFonts w:ascii="Arial" w:hAnsi="Arial" w:cs="Arial"/>
                <w:b/>
                <w:sz w:val="18"/>
                <w:szCs w:val="18"/>
                <w:lang w:val="es-ES"/>
              </w:rPr>
            </w:pPr>
            <w:r w:rsidRPr="004F7FA6">
              <w:rPr>
                <w:rFonts w:ascii="Arial" w:hAnsi="Arial" w:cs="Arial"/>
                <w:sz w:val="18"/>
                <w:szCs w:val="18"/>
                <w:lang w:val="es-ES_tradnl"/>
              </w:rPr>
              <w:t>Cada puesto de trabajo contará con dos (02) tomas eléctricas de dos conexiones americana tipo HGIG 20 A 120 V tierra aislada; una de color naranja grado industrial para circuitos regulados y otra de color blanco marfil para circuito no regulado.</w:t>
            </w:r>
          </w:p>
        </w:tc>
        <w:tc>
          <w:tcPr>
            <w:tcW w:w="993" w:type="dxa"/>
            <w:vAlign w:val="center"/>
          </w:tcPr>
          <w:p w14:paraId="1E2E04A1" w14:textId="77777777" w:rsidR="00674DB8" w:rsidRPr="004F7FA6" w:rsidRDefault="00674DB8" w:rsidP="00674DB8">
            <w:pPr>
              <w:jc w:val="center"/>
              <w:rPr>
                <w:rFonts w:ascii="Arial" w:hAnsi="Arial" w:cs="Arial"/>
                <w:sz w:val="18"/>
                <w:szCs w:val="18"/>
                <w:lang w:val="es-ES_tradnl"/>
              </w:rPr>
            </w:pPr>
          </w:p>
        </w:tc>
        <w:tc>
          <w:tcPr>
            <w:tcW w:w="992" w:type="dxa"/>
          </w:tcPr>
          <w:p w14:paraId="5BBA535D" w14:textId="77777777" w:rsidR="00674DB8" w:rsidRPr="004F7FA6" w:rsidRDefault="00674DB8" w:rsidP="00674DB8">
            <w:pPr>
              <w:jc w:val="center"/>
              <w:rPr>
                <w:rFonts w:ascii="Arial" w:hAnsi="Arial" w:cs="Arial"/>
                <w:sz w:val="18"/>
                <w:szCs w:val="18"/>
                <w:lang w:val="es-ES_tradnl"/>
              </w:rPr>
            </w:pPr>
          </w:p>
        </w:tc>
      </w:tr>
      <w:tr w:rsidR="00674DB8" w:rsidRPr="004F7FA6" w14:paraId="4B8465C1" w14:textId="161CF905" w:rsidTr="00674DB8">
        <w:trPr>
          <w:trHeight w:val="20"/>
        </w:trPr>
        <w:tc>
          <w:tcPr>
            <w:tcW w:w="709" w:type="dxa"/>
            <w:vAlign w:val="center"/>
          </w:tcPr>
          <w:p w14:paraId="6B9F493D"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19.2</w:t>
            </w:r>
          </w:p>
        </w:tc>
        <w:tc>
          <w:tcPr>
            <w:tcW w:w="7796" w:type="dxa"/>
          </w:tcPr>
          <w:p w14:paraId="58C9A9D0" w14:textId="77777777" w:rsidR="00674DB8" w:rsidRPr="004F7FA6" w:rsidRDefault="00674DB8" w:rsidP="00B25E14">
            <w:pPr>
              <w:jc w:val="both"/>
              <w:rPr>
                <w:rFonts w:ascii="Arial" w:hAnsi="Arial" w:cs="Arial"/>
                <w:sz w:val="18"/>
                <w:szCs w:val="18"/>
                <w:lang w:val="es-ES_tradnl"/>
              </w:rPr>
            </w:pPr>
            <w:r w:rsidRPr="004F7FA6">
              <w:rPr>
                <w:rFonts w:ascii="Arial" w:hAnsi="Arial" w:cs="Arial"/>
                <w:sz w:val="18"/>
                <w:szCs w:val="18"/>
                <w:lang w:val="es-ES_tradnl"/>
              </w:rPr>
              <w:t>Los circuitos deben ser cableados para la red regulada en cable eléctrico trenzado 3X12 AWG, circuito eléctrico entorchado pre-ensamblado en fábrica en color rojo, blanco y verde, cable con aislamiento en THHN/THWN 90˚ C. (para disminuir el espacio en canaletas y mayor transporte de corriente)</w:t>
            </w:r>
          </w:p>
        </w:tc>
        <w:tc>
          <w:tcPr>
            <w:tcW w:w="993" w:type="dxa"/>
            <w:vAlign w:val="center"/>
          </w:tcPr>
          <w:p w14:paraId="1AA28ABC" w14:textId="77777777" w:rsidR="00674DB8" w:rsidRPr="004F7FA6" w:rsidRDefault="00674DB8" w:rsidP="00674DB8">
            <w:pPr>
              <w:jc w:val="center"/>
              <w:rPr>
                <w:rFonts w:ascii="Arial" w:hAnsi="Arial" w:cs="Arial"/>
                <w:sz w:val="18"/>
                <w:szCs w:val="18"/>
                <w:lang w:val="es-ES_tradnl"/>
              </w:rPr>
            </w:pPr>
          </w:p>
        </w:tc>
        <w:tc>
          <w:tcPr>
            <w:tcW w:w="992" w:type="dxa"/>
          </w:tcPr>
          <w:p w14:paraId="7089ED4F" w14:textId="77777777" w:rsidR="00674DB8" w:rsidRPr="004F7FA6" w:rsidRDefault="00674DB8" w:rsidP="00674DB8">
            <w:pPr>
              <w:jc w:val="center"/>
              <w:rPr>
                <w:rFonts w:ascii="Arial" w:hAnsi="Arial" w:cs="Arial"/>
                <w:sz w:val="18"/>
                <w:szCs w:val="18"/>
                <w:lang w:val="es-ES_tradnl"/>
              </w:rPr>
            </w:pPr>
          </w:p>
        </w:tc>
      </w:tr>
      <w:tr w:rsidR="00674DB8" w:rsidRPr="004F7FA6" w14:paraId="7D4D5B09" w14:textId="7661EE40" w:rsidTr="00674DB8">
        <w:trPr>
          <w:trHeight w:val="20"/>
        </w:trPr>
        <w:tc>
          <w:tcPr>
            <w:tcW w:w="709" w:type="dxa"/>
            <w:vAlign w:val="center"/>
          </w:tcPr>
          <w:p w14:paraId="31408B1C"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19.3</w:t>
            </w:r>
          </w:p>
        </w:tc>
        <w:tc>
          <w:tcPr>
            <w:tcW w:w="7796" w:type="dxa"/>
          </w:tcPr>
          <w:p w14:paraId="14257D87" w14:textId="77777777" w:rsidR="00674DB8" w:rsidRPr="004F7FA6" w:rsidRDefault="00674DB8" w:rsidP="00B25E14">
            <w:pPr>
              <w:jc w:val="both"/>
              <w:rPr>
                <w:rFonts w:ascii="Arial" w:hAnsi="Arial" w:cs="Arial"/>
                <w:sz w:val="18"/>
                <w:szCs w:val="18"/>
                <w:lang w:val="es-ES_tradnl"/>
              </w:rPr>
            </w:pPr>
            <w:r w:rsidRPr="004F7FA6">
              <w:rPr>
                <w:rFonts w:ascii="Arial" w:hAnsi="Arial" w:cs="Arial"/>
                <w:sz w:val="18"/>
                <w:szCs w:val="18"/>
                <w:lang w:val="es-ES_tradnl"/>
              </w:rPr>
              <w:t>Suministro e instalación tablero eléctrico para alojar interruptores termo magnéticos circuitos regulados.</w:t>
            </w:r>
          </w:p>
        </w:tc>
        <w:tc>
          <w:tcPr>
            <w:tcW w:w="993" w:type="dxa"/>
            <w:vAlign w:val="center"/>
          </w:tcPr>
          <w:p w14:paraId="6BF69F92" w14:textId="77777777" w:rsidR="00674DB8" w:rsidRPr="004F7FA6" w:rsidRDefault="00674DB8" w:rsidP="00674DB8">
            <w:pPr>
              <w:jc w:val="center"/>
              <w:rPr>
                <w:rFonts w:ascii="Arial" w:hAnsi="Arial" w:cs="Arial"/>
                <w:sz w:val="18"/>
                <w:szCs w:val="18"/>
                <w:lang w:val="es-ES_tradnl"/>
              </w:rPr>
            </w:pPr>
          </w:p>
        </w:tc>
        <w:tc>
          <w:tcPr>
            <w:tcW w:w="992" w:type="dxa"/>
          </w:tcPr>
          <w:p w14:paraId="25FE0583" w14:textId="77777777" w:rsidR="00674DB8" w:rsidRPr="004F7FA6" w:rsidRDefault="00674DB8" w:rsidP="00674DB8">
            <w:pPr>
              <w:jc w:val="center"/>
              <w:rPr>
                <w:rFonts w:ascii="Arial" w:hAnsi="Arial" w:cs="Arial"/>
                <w:sz w:val="18"/>
                <w:szCs w:val="18"/>
                <w:lang w:val="es-ES_tradnl"/>
              </w:rPr>
            </w:pPr>
          </w:p>
        </w:tc>
      </w:tr>
      <w:tr w:rsidR="00674DB8" w:rsidRPr="004F7FA6" w14:paraId="2EB4729A" w14:textId="1D263A99" w:rsidTr="00674DB8">
        <w:trPr>
          <w:trHeight w:val="20"/>
        </w:trPr>
        <w:tc>
          <w:tcPr>
            <w:tcW w:w="709" w:type="dxa"/>
            <w:vAlign w:val="center"/>
          </w:tcPr>
          <w:p w14:paraId="1BAA74EA"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19.4</w:t>
            </w:r>
          </w:p>
        </w:tc>
        <w:tc>
          <w:tcPr>
            <w:tcW w:w="7796" w:type="dxa"/>
          </w:tcPr>
          <w:p w14:paraId="7553E63C" w14:textId="77777777" w:rsidR="00674DB8" w:rsidRPr="004F7FA6" w:rsidRDefault="00674DB8" w:rsidP="00B25E14">
            <w:pPr>
              <w:jc w:val="both"/>
              <w:rPr>
                <w:rFonts w:ascii="Arial" w:hAnsi="Arial" w:cs="Arial"/>
                <w:sz w:val="18"/>
                <w:szCs w:val="18"/>
                <w:lang w:val="es-ES_tradnl"/>
              </w:rPr>
            </w:pPr>
            <w:r w:rsidRPr="004F7FA6">
              <w:rPr>
                <w:rFonts w:ascii="Arial" w:hAnsi="Arial" w:cs="Arial"/>
                <w:sz w:val="18"/>
                <w:szCs w:val="18"/>
                <w:lang w:val="es-ES_tradnl"/>
              </w:rPr>
              <w:t>Suministro e instalación tablero eléctrico para alojar interruptores termo magnéticos circuitos no regulados.</w:t>
            </w:r>
          </w:p>
        </w:tc>
        <w:tc>
          <w:tcPr>
            <w:tcW w:w="993" w:type="dxa"/>
            <w:vAlign w:val="center"/>
          </w:tcPr>
          <w:p w14:paraId="1A846EFF" w14:textId="77777777" w:rsidR="00674DB8" w:rsidRPr="004F7FA6" w:rsidRDefault="00674DB8" w:rsidP="00674DB8">
            <w:pPr>
              <w:jc w:val="center"/>
              <w:rPr>
                <w:rFonts w:ascii="Arial" w:hAnsi="Arial" w:cs="Arial"/>
                <w:sz w:val="18"/>
                <w:szCs w:val="18"/>
                <w:lang w:val="es-ES_tradnl"/>
              </w:rPr>
            </w:pPr>
          </w:p>
        </w:tc>
        <w:tc>
          <w:tcPr>
            <w:tcW w:w="992" w:type="dxa"/>
          </w:tcPr>
          <w:p w14:paraId="5EA2C869" w14:textId="77777777" w:rsidR="00674DB8" w:rsidRPr="004F7FA6" w:rsidRDefault="00674DB8" w:rsidP="00674DB8">
            <w:pPr>
              <w:jc w:val="center"/>
              <w:rPr>
                <w:rFonts w:ascii="Arial" w:hAnsi="Arial" w:cs="Arial"/>
                <w:sz w:val="18"/>
                <w:szCs w:val="18"/>
                <w:lang w:val="es-ES_tradnl"/>
              </w:rPr>
            </w:pPr>
          </w:p>
        </w:tc>
      </w:tr>
      <w:tr w:rsidR="00674DB8" w:rsidRPr="004F7FA6" w14:paraId="5305C2DD" w14:textId="25EF5344" w:rsidTr="00674DB8">
        <w:trPr>
          <w:trHeight w:val="20"/>
        </w:trPr>
        <w:tc>
          <w:tcPr>
            <w:tcW w:w="709" w:type="dxa"/>
            <w:vAlign w:val="center"/>
          </w:tcPr>
          <w:p w14:paraId="5B9D3983"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19.5</w:t>
            </w:r>
          </w:p>
        </w:tc>
        <w:tc>
          <w:tcPr>
            <w:tcW w:w="7796" w:type="dxa"/>
          </w:tcPr>
          <w:p w14:paraId="39B43FF1" w14:textId="77777777" w:rsidR="00674DB8" w:rsidRPr="004F7FA6" w:rsidRDefault="00674DB8" w:rsidP="00B25E14">
            <w:pPr>
              <w:jc w:val="both"/>
              <w:rPr>
                <w:rFonts w:ascii="Arial" w:hAnsi="Arial" w:cs="Arial"/>
                <w:sz w:val="18"/>
                <w:szCs w:val="18"/>
                <w:lang w:val="es-ES_tradnl"/>
              </w:rPr>
            </w:pPr>
            <w:r w:rsidRPr="004F7FA6">
              <w:rPr>
                <w:rFonts w:ascii="Arial" w:hAnsi="Arial" w:cs="Arial"/>
                <w:sz w:val="18"/>
                <w:szCs w:val="18"/>
                <w:lang w:val="es-ES_tradnl"/>
              </w:rPr>
              <w:t xml:space="preserve">Interruptor termo magnético americano 20 Amperios </w:t>
            </w:r>
            <w:proofErr w:type="spellStart"/>
            <w:r w:rsidRPr="004F7FA6">
              <w:rPr>
                <w:rFonts w:ascii="Arial" w:hAnsi="Arial" w:cs="Arial"/>
                <w:sz w:val="18"/>
                <w:szCs w:val="18"/>
                <w:lang w:val="es-ES_tradnl"/>
              </w:rPr>
              <w:t>enchufable</w:t>
            </w:r>
            <w:proofErr w:type="spellEnd"/>
            <w:r w:rsidRPr="004F7FA6">
              <w:rPr>
                <w:rFonts w:ascii="Arial" w:hAnsi="Arial" w:cs="Arial"/>
                <w:sz w:val="18"/>
                <w:szCs w:val="18"/>
                <w:lang w:val="es-ES_tradnl"/>
              </w:rPr>
              <w:t xml:space="preserve"> para cada uno de los circuitos, de montaje de acuerdo a tableros eléctricos a instalar o existentes. </w:t>
            </w:r>
          </w:p>
        </w:tc>
        <w:tc>
          <w:tcPr>
            <w:tcW w:w="993" w:type="dxa"/>
            <w:vAlign w:val="center"/>
          </w:tcPr>
          <w:p w14:paraId="39285468" w14:textId="77777777" w:rsidR="00674DB8" w:rsidRPr="004F7FA6" w:rsidRDefault="00674DB8" w:rsidP="00674DB8">
            <w:pPr>
              <w:jc w:val="center"/>
              <w:rPr>
                <w:rFonts w:ascii="Arial" w:hAnsi="Arial" w:cs="Arial"/>
                <w:sz w:val="18"/>
                <w:szCs w:val="18"/>
                <w:lang w:val="es-ES_tradnl"/>
              </w:rPr>
            </w:pPr>
          </w:p>
        </w:tc>
        <w:tc>
          <w:tcPr>
            <w:tcW w:w="992" w:type="dxa"/>
          </w:tcPr>
          <w:p w14:paraId="695A197D" w14:textId="77777777" w:rsidR="00674DB8" w:rsidRPr="004F7FA6" w:rsidRDefault="00674DB8" w:rsidP="00674DB8">
            <w:pPr>
              <w:jc w:val="center"/>
              <w:rPr>
                <w:rFonts w:ascii="Arial" w:hAnsi="Arial" w:cs="Arial"/>
                <w:sz w:val="18"/>
                <w:szCs w:val="18"/>
                <w:lang w:val="es-ES_tradnl"/>
              </w:rPr>
            </w:pPr>
          </w:p>
        </w:tc>
      </w:tr>
      <w:tr w:rsidR="00674DB8" w:rsidRPr="004F7FA6" w14:paraId="2CBA3FE3" w14:textId="4090BCAF" w:rsidTr="00674DB8">
        <w:trPr>
          <w:trHeight w:val="20"/>
        </w:trPr>
        <w:tc>
          <w:tcPr>
            <w:tcW w:w="709" w:type="dxa"/>
            <w:vAlign w:val="center"/>
          </w:tcPr>
          <w:p w14:paraId="1F11689C"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19.6</w:t>
            </w:r>
          </w:p>
        </w:tc>
        <w:tc>
          <w:tcPr>
            <w:tcW w:w="7796" w:type="dxa"/>
          </w:tcPr>
          <w:p w14:paraId="79E6F7B8" w14:textId="77777777" w:rsidR="00674DB8" w:rsidRPr="004F7FA6" w:rsidRDefault="00674DB8" w:rsidP="00B25E14">
            <w:pPr>
              <w:jc w:val="both"/>
              <w:rPr>
                <w:rFonts w:ascii="Arial" w:hAnsi="Arial" w:cs="Arial"/>
                <w:sz w:val="18"/>
                <w:szCs w:val="18"/>
                <w:lang w:val="es-ES_tradnl"/>
              </w:rPr>
            </w:pPr>
            <w:r w:rsidRPr="004F7FA6">
              <w:rPr>
                <w:rFonts w:ascii="Arial" w:hAnsi="Arial" w:cs="Arial"/>
                <w:sz w:val="18"/>
                <w:szCs w:val="18"/>
                <w:lang w:val="es-ES_tradnl"/>
              </w:rPr>
              <w:t>Conectores americanos o uniones rápidas para cable 10-12 AWG de auto desforre para derivación, instalados en cada punto regulado. No se admiten empalmes directos sobre cables para derivaciones. Deberán emplearse uniones rápidas.</w:t>
            </w:r>
          </w:p>
        </w:tc>
        <w:tc>
          <w:tcPr>
            <w:tcW w:w="993" w:type="dxa"/>
            <w:vAlign w:val="center"/>
          </w:tcPr>
          <w:p w14:paraId="015B9886" w14:textId="77777777" w:rsidR="00674DB8" w:rsidRPr="004F7FA6" w:rsidRDefault="00674DB8" w:rsidP="00674DB8">
            <w:pPr>
              <w:jc w:val="center"/>
              <w:rPr>
                <w:rFonts w:ascii="Arial" w:hAnsi="Arial" w:cs="Arial"/>
                <w:sz w:val="18"/>
                <w:szCs w:val="18"/>
                <w:lang w:val="es-ES_tradnl"/>
              </w:rPr>
            </w:pPr>
          </w:p>
        </w:tc>
        <w:tc>
          <w:tcPr>
            <w:tcW w:w="992" w:type="dxa"/>
          </w:tcPr>
          <w:p w14:paraId="0BA34B1C" w14:textId="77777777" w:rsidR="00674DB8" w:rsidRPr="004F7FA6" w:rsidRDefault="00674DB8" w:rsidP="00674DB8">
            <w:pPr>
              <w:jc w:val="center"/>
              <w:rPr>
                <w:rFonts w:ascii="Arial" w:hAnsi="Arial" w:cs="Arial"/>
                <w:sz w:val="18"/>
                <w:szCs w:val="18"/>
                <w:lang w:val="es-ES_tradnl"/>
              </w:rPr>
            </w:pPr>
          </w:p>
        </w:tc>
      </w:tr>
      <w:tr w:rsidR="00674DB8" w:rsidRPr="004F7FA6" w14:paraId="13E3BF4C" w14:textId="12853A3B" w:rsidTr="00674DB8">
        <w:trPr>
          <w:trHeight w:val="20"/>
        </w:trPr>
        <w:tc>
          <w:tcPr>
            <w:tcW w:w="709" w:type="dxa"/>
            <w:vAlign w:val="center"/>
          </w:tcPr>
          <w:p w14:paraId="0031ACA1"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19.7</w:t>
            </w:r>
          </w:p>
        </w:tc>
        <w:tc>
          <w:tcPr>
            <w:tcW w:w="7796" w:type="dxa"/>
          </w:tcPr>
          <w:p w14:paraId="0CB842B5" w14:textId="77777777" w:rsidR="00674DB8" w:rsidRPr="004F7FA6" w:rsidRDefault="00674DB8" w:rsidP="00B25E14">
            <w:pPr>
              <w:rPr>
                <w:rFonts w:ascii="Arial" w:hAnsi="Arial" w:cs="Arial"/>
                <w:sz w:val="18"/>
                <w:szCs w:val="18"/>
                <w:lang w:val="es-ES_tradnl"/>
              </w:rPr>
            </w:pPr>
            <w:r w:rsidRPr="004F7FA6">
              <w:rPr>
                <w:rFonts w:ascii="Arial" w:hAnsi="Arial" w:cs="Arial"/>
                <w:sz w:val="18"/>
                <w:szCs w:val="18"/>
                <w:lang w:val="es-ES_tradnl"/>
              </w:rPr>
              <w:t>Considerar una base de trabajo de hasta 6 tomas de energía por circuito independiente para equipos principales de cómputo y de comunicaciones.</w:t>
            </w:r>
          </w:p>
        </w:tc>
        <w:tc>
          <w:tcPr>
            <w:tcW w:w="993" w:type="dxa"/>
            <w:vAlign w:val="center"/>
          </w:tcPr>
          <w:p w14:paraId="689D74EE" w14:textId="77777777" w:rsidR="00674DB8" w:rsidRPr="004F7FA6" w:rsidRDefault="00674DB8" w:rsidP="00674DB8">
            <w:pPr>
              <w:jc w:val="center"/>
              <w:rPr>
                <w:rFonts w:ascii="Arial" w:hAnsi="Arial" w:cs="Arial"/>
                <w:sz w:val="18"/>
                <w:szCs w:val="18"/>
                <w:lang w:val="es-ES_tradnl"/>
              </w:rPr>
            </w:pPr>
          </w:p>
        </w:tc>
        <w:tc>
          <w:tcPr>
            <w:tcW w:w="992" w:type="dxa"/>
          </w:tcPr>
          <w:p w14:paraId="1C17A0BC" w14:textId="77777777" w:rsidR="00674DB8" w:rsidRPr="004F7FA6" w:rsidRDefault="00674DB8" w:rsidP="00674DB8">
            <w:pPr>
              <w:jc w:val="center"/>
              <w:rPr>
                <w:rFonts w:ascii="Arial" w:hAnsi="Arial" w:cs="Arial"/>
                <w:sz w:val="18"/>
                <w:szCs w:val="18"/>
                <w:lang w:val="es-ES_tradnl"/>
              </w:rPr>
            </w:pPr>
          </w:p>
        </w:tc>
      </w:tr>
      <w:tr w:rsidR="00674DB8" w:rsidRPr="004F7FA6" w14:paraId="5F2C09CB" w14:textId="517E01B8" w:rsidTr="00674DB8">
        <w:trPr>
          <w:trHeight w:val="20"/>
        </w:trPr>
        <w:tc>
          <w:tcPr>
            <w:tcW w:w="709" w:type="dxa"/>
            <w:vAlign w:val="center"/>
          </w:tcPr>
          <w:p w14:paraId="232E888A"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19.8</w:t>
            </w:r>
          </w:p>
        </w:tc>
        <w:tc>
          <w:tcPr>
            <w:tcW w:w="7796" w:type="dxa"/>
          </w:tcPr>
          <w:p w14:paraId="4B38DABB" w14:textId="77777777" w:rsidR="00674DB8" w:rsidRPr="004F7FA6" w:rsidRDefault="00674DB8" w:rsidP="00B25E14">
            <w:pPr>
              <w:rPr>
                <w:rFonts w:ascii="Arial" w:hAnsi="Arial" w:cs="Arial"/>
                <w:sz w:val="18"/>
                <w:szCs w:val="18"/>
                <w:lang w:val="es-ES_tradnl"/>
              </w:rPr>
            </w:pPr>
            <w:r w:rsidRPr="004F7FA6">
              <w:rPr>
                <w:rFonts w:ascii="Arial" w:hAnsi="Arial" w:cs="Arial"/>
                <w:sz w:val="18"/>
                <w:szCs w:val="18"/>
                <w:lang w:val="es-ES_tradnl"/>
              </w:rPr>
              <w:t>Suministro e instalación de caja y tapa (naranja y blanco marfil) para cada una de las tomas eléctricas.</w:t>
            </w:r>
          </w:p>
        </w:tc>
        <w:tc>
          <w:tcPr>
            <w:tcW w:w="993" w:type="dxa"/>
            <w:vAlign w:val="center"/>
          </w:tcPr>
          <w:p w14:paraId="2227BEFC" w14:textId="77777777" w:rsidR="00674DB8" w:rsidRPr="004F7FA6" w:rsidRDefault="00674DB8" w:rsidP="00674DB8">
            <w:pPr>
              <w:jc w:val="center"/>
              <w:rPr>
                <w:rFonts w:ascii="Arial" w:hAnsi="Arial" w:cs="Arial"/>
                <w:sz w:val="18"/>
                <w:szCs w:val="18"/>
                <w:lang w:val="es-ES_tradnl"/>
              </w:rPr>
            </w:pPr>
          </w:p>
        </w:tc>
        <w:tc>
          <w:tcPr>
            <w:tcW w:w="992" w:type="dxa"/>
          </w:tcPr>
          <w:p w14:paraId="6A14DD3D" w14:textId="77777777" w:rsidR="00674DB8" w:rsidRPr="004F7FA6" w:rsidRDefault="00674DB8" w:rsidP="00674DB8">
            <w:pPr>
              <w:jc w:val="center"/>
              <w:rPr>
                <w:rFonts w:ascii="Arial" w:hAnsi="Arial" w:cs="Arial"/>
                <w:sz w:val="18"/>
                <w:szCs w:val="18"/>
                <w:lang w:val="es-ES_tradnl"/>
              </w:rPr>
            </w:pPr>
          </w:p>
        </w:tc>
      </w:tr>
      <w:tr w:rsidR="00674DB8" w:rsidRPr="004F7FA6" w14:paraId="26021BD2" w14:textId="3D784E7E" w:rsidTr="00674DB8">
        <w:trPr>
          <w:trHeight w:val="20"/>
        </w:trPr>
        <w:tc>
          <w:tcPr>
            <w:tcW w:w="709" w:type="dxa"/>
          </w:tcPr>
          <w:p w14:paraId="3780886A" w14:textId="77777777" w:rsidR="00674DB8" w:rsidRPr="004F7FA6" w:rsidRDefault="00674DB8" w:rsidP="00B25E14">
            <w:pPr>
              <w:jc w:val="center"/>
              <w:rPr>
                <w:rFonts w:ascii="Arial" w:hAnsi="Arial" w:cs="Arial"/>
                <w:b/>
                <w:bCs/>
                <w:sz w:val="18"/>
                <w:szCs w:val="18"/>
              </w:rPr>
            </w:pPr>
            <w:r w:rsidRPr="004F7FA6">
              <w:rPr>
                <w:rFonts w:ascii="Arial" w:hAnsi="Arial" w:cs="Arial"/>
                <w:b/>
                <w:bCs/>
                <w:sz w:val="18"/>
                <w:szCs w:val="18"/>
              </w:rPr>
              <w:t>20</w:t>
            </w:r>
          </w:p>
        </w:tc>
        <w:tc>
          <w:tcPr>
            <w:tcW w:w="7796" w:type="dxa"/>
          </w:tcPr>
          <w:p w14:paraId="58FE11EA" w14:textId="77777777" w:rsidR="00674DB8" w:rsidRPr="004F7FA6" w:rsidRDefault="00674DB8" w:rsidP="00B25E14">
            <w:pPr>
              <w:rPr>
                <w:rFonts w:ascii="Arial" w:hAnsi="Arial" w:cs="Arial"/>
                <w:sz w:val="18"/>
                <w:szCs w:val="18"/>
                <w:lang w:val="es-ES_tradnl"/>
              </w:rPr>
            </w:pPr>
            <w:r w:rsidRPr="004F7FA6">
              <w:rPr>
                <w:rFonts w:ascii="Arial" w:hAnsi="Arial" w:cs="Arial"/>
                <w:b/>
                <w:sz w:val="18"/>
                <w:szCs w:val="18"/>
                <w:lang w:val="es-ES_tradnl"/>
              </w:rPr>
              <w:t>TOMACORRIENTE DOBLE MONOFÁSICO RED ELECTICA</w:t>
            </w:r>
          </w:p>
        </w:tc>
        <w:tc>
          <w:tcPr>
            <w:tcW w:w="993" w:type="dxa"/>
            <w:vAlign w:val="center"/>
          </w:tcPr>
          <w:p w14:paraId="66478CAD" w14:textId="77777777" w:rsidR="00674DB8" w:rsidRPr="004F7FA6" w:rsidRDefault="00674DB8" w:rsidP="00674DB8">
            <w:pPr>
              <w:jc w:val="center"/>
              <w:rPr>
                <w:rFonts w:ascii="Arial" w:hAnsi="Arial" w:cs="Arial"/>
                <w:b/>
                <w:sz w:val="18"/>
                <w:szCs w:val="18"/>
                <w:lang w:val="es-ES_tradnl"/>
              </w:rPr>
            </w:pPr>
          </w:p>
        </w:tc>
        <w:tc>
          <w:tcPr>
            <w:tcW w:w="992" w:type="dxa"/>
          </w:tcPr>
          <w:p w14:paraId="4B680FBD" w14:textId="77777777" w:rsidR="00674DB8" w:rsidRPr="004F7FA6" w:rsidRDefault="00674DB8" w:rsidP="00674DB8">
            <w:pPr>
              <w:jc w:val="center"/>
              <w:rPr>
                <w:rFonts w:ascii="Arial" w:hAnsi="Arial" w:cs="Arial"/>
                <w:b/>
                <w:sz w:val="18"/>
                <w:szCs w:val="18"/>
                <w:lang w:val="es-ES_tradnl"/>
              </w:rPr>
            </w:pPr>
          </w:p>
        </w:tc>
      </w:tr>
      <w:tr w:rsidR="00674DB8" w:rsidRPr="004F7FA6" w14:paraId="3980D596" w14:textId="7230A8F0" w:rsidTr="00674DB8">
        <w:trPr>
          <w:trHeight w:val="20"/>
        </w:trPr>
        <w:tc>
          <w:tcPr>
            <w:tcW w:w="709" w:type="dxa"/>
          </w:tcPr>
          <w:p w14:paraId="39F20AA6"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20.1</w:t>
            </w:r>
          </w:p>
        </w:tc>
        <w:tc>
          <w:tcPr>
            <w:tcW w:w="7796" w:type="dxa"/>
          </w:tcPr>
          <w:p w14:paraId="158F6776"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rPr>
              <w:t>Suministro de tomacorrientes dobles monofásicas de uso general color blanco con tapa o placa cubierta color blanco</w:t>
            </w:r>
          </w:p>
        </w:tc>
        <w:tc>
          <w:tcPr>
            <w:tcW w:w="993" w:type="dxa"/>
            <w:vAlign w:val="center"/>
          </w:tcPr>
          <w:p w14:paraId="4F7D3C59" w14:textId="77777777" w:rsidR="00674DB8" w:rsidRPr="004F7FA6" w:rsidRDefault="00674DB8" w:rsidP="00674DB8">
            <w:pPr>
              <w:autoSpaceDE w:val="0"/>
              <w:autoSpaceDN w:val="0"/>
              <w:adjustRightInd w:val="0"/>
              <w:jc w:val="center"/>
              <w:rPr>
                <w:rFonts w:ascii="Arial" w:hAnsi="Arial" w:cs="Arial"/>
                <w:sz w:val="18"/>
                <w:szCs w:val="18"/>
              </w:rPr>
            </w:pPr>
          </w:p>
        </w:tc>
        <w:tc>
          <w:tcPr>
            <w:tcW w:w="992" w:type="dxa"/>
          </w:tcPr>
          <w:p w14:paraId="4FCDF2E0" w14:textId="77777777" w:rsidR="00674DB8" w:rsidRPr="004F7FA6" w:rsidRDefault="00674DB8" w:rsidP="00674DB8">
            <w:pPr>
              <w:autoSpaceDE w:val="0"/>
              <w:autoSpaceDN w:val="0"/>
              <w:adjustRightInd w:val="0"/>
              <w:jc w:val="center"/>
              <w:rPr>
                <w:rFonts w:ascii="Arial" w:hAnsi="Arial" w:cs="Arial"/>
                <w:sz w:val="18"/>
                <w:szCs w:val="18"/>
              </w:rPr>
            </w:pPr>
          </w:p>
        </w:tc>
      </w:tr>
      <w:tr w:rsidR="00674DB8" w:rsidRPr="004F7FA6" w14:paraId="6070749F" w14:textId="2AEB6699" w:rsidTr="00674DB8">
        <w:trPr>
          <w:trHeight w:val="20"/>
        </w:trPr>
        <w:tc>
          <w:tcPr>
            <w:tcW w:w="709" w:type="dxa"/>
          </w:tcPr>
          <w:p w14:paraId="1E8EAC6B"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20.2</w:t>
            </w:r>
          </w:p>
        </w:tc>
        <w:tc>
          <w:tcPr>
            <w:tcW w:w="7796" w:type="dxa"/>
          </w:tcPr>
          <w:p w14:paraId="62793EF0"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rPr>
              <w:t>Por cada toma corriente se suministrará una caja de fijación o soporte compatible con la marca y referencia de canaleta plástica a contratar.</w:t>
            </w:r>
          </w:p>
        </w:tc>
        <w:tc>
          <w:tcPr>
            <w:tcW w:w="993" w:type="dxa"/>
            <w:vAlign w:val="center"/>
          </w:tcPr>
          <w:p w14:paraId="7B22E0F6" w14:textId="77777777" w:rsidR="00674DB8" w:rsidRPr="004F7FA6" w:rsidRDefault="00674DB8" w:rsidP="00674DB8">
            <w:pPr>
              <w:autoSpaceDE w:val="0"/>
              <w:autoSpaceDN w:val="0"/>
              <w:adjustRightInd w:val="0"/>
              <w:jc w:val="center"/>
              <w:rPr>
                <w:rFonts w:ascii="Arial" w:hAnsi="Arial" w:cs="Arial"/>
                <w:sz w:val="18"/>
                <w:szCs w:val="18"/>
              </w:rPr>
            </w:pPr>
          </w:p>
        </w:tc>
        <w:tc>
          <w:tcPr>
            <w:tcW w:w="992" w:type="dxa"/>
          </w:tcPr>
          <w:p w14:paraId="23CBD2A7" w14:textId="77777777" w:rsidR="00674DB8" w:rsidRPr="004F7FA6" w:rsidRDefault="00674DB8" w:rsidP="00674DB8">
            <w:pPr>
              <w:autoSpaceDE w:val="0"/>
              <w:autoSpaceDN w:val="0"/>
              <w:adjustRightInd w:val="0"/>
              <w:jc w:val="center"/>
              <w:rPr>
                <w:rFonts w:ascii="Arial" w:hAnsi="Arial" w:cs="Arial"/>
                <w:sz w:val="18"/>
                <w:szCs w:val="18"/>
              </w:rPr>
            </w:pPr>
          </w:p>
        </w:tc>
      </w:tr>
      <w:tr w:rsidR="00674DB8" w:rsidRPr="004F7FA6" w14:paraId="21E126D5" w14:textId="5D5D06B1" w:rsidTr="00674DB8">
        <w:trPr>
          <w:trHeight w:val="20"/>
        </w:trPr>
        <w:tc>
          <w:tcPr>
            <w:tcW w:w="709" w:type="dxa"/>
          </w:tcPr>
          <w:p w14:paraId="5536E621"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20.3</w:t>
            </w:r>
          </w:p>
        </w:tc>
        <w:tc>
          <w:tcPr>
            <w:tcW w:w="7796" w:type="dxa"/>
          </w:tcPr>
          <w:p w14:paraId="36276F2F"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rPr>
              <w:t>Se garantizará la compatibilidad de las tapas o placa cubierta con los tomacorrientes y cajas de fijación a canaletas.</w:t>
            </w:r>
          </w:p>
        </w:tc>
        <w:tc>
          <w:tcPr>
            <w:tcW w:w="993" w:type="dxa"/>
            <w:vAlign w:val="center"/>
          </w:tcPr>
          <w:p w14:paraId="6FAAA8F9" w14:textId="77777777" w:rsidR="00674DB8" w:rsidRPr="004F7FA6" w:rsidRDefault="00674DB8" w:rsidP="00674DB8">
            <w:pPr>
              <w:autoSpaceDE w:val="0"/>
              <w:autoSpaceDN w:val="0"/>
              <w:adjustRightInd w:val="0"/>
              <w:jc w:val="center"/>
              <w:rPr>
                <w:rFonts w:ascii="Arial" w:hAnsi="Arial" w:cs="Arial"/>
                <w:sz w:val="18"/>
                <w:szCs w:val="18"/>
              </w:rPr>
            </w:pPr>
          </w:p>
        </w:tc>
        <w:tc>
          <w:tcPr>
            <w:tcW w:w="992" w:type="dxa"/>
          </w:tcPr>
          <w:p w14:paraId="54D68CB7" w14:textId="77777777" w:rsidR="00674DB8" w:rsidRPr="004F7FA6" w:rsidRDefault="00674DB8" w:rsidP="00674DB8">
            <w:pPr>
              <w:autoSpaceDE w:val="0"/>
              <w:autoSpaceDN w:val="0"/>
              <w:adjustRightInd w:val="0"/>
              <w:jc w:val="center"/>
              <w:rPr>
                <w:rFonts w:ascii="Arial" w:hAnsi="Arial" w:cs="Arial"/>
                <w:sz w:val="18"/>
                <w:szCs w:val="18"/>
              </w:rPr>
            </w:pPr>
          </w:p>
        </w:tc>
      </w:tr>
      <w:tr w:rsidR="00674DB8" w:rsidRPr="004F7FA6" w14:paraId="1128B4F1" w14:textId="45E12F35" w:rsidTr="00674DB8">
        <w:trPr>
          <w:trHeight w:val="20"/>
        </w:trPr>
        <w:tc>
          <w:tcPr>
            <w:tcW w:w="709" w:type="dxa"/>
          </w:tcPr>
          <w:p w14:paraId="559B7B2A"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20.4</w:t>
            </w:r>
          </w:p>
        </w:tc>
        <w:tc>
          <w:tcPr>
            <w:tcW w:w="7796" w:type="dxa"/>
          </w:tcPr>
          <w:p w14:paraId="48D0E687"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rPr>
              <w:t>Serán tipo tripolar, polo plano, polo a tierra aislado del neutro, con herrajes, tornillos y placas.</w:t>
            </w:r>
          </w:p>
        </w:tc>
        <w:tc>
          <w:tcPr>
            <w:tcW w:w="993" w:type="dxa"/>
            <w:vAlign w:val="center"/>
          </w:tcPr>
          <w:p w14:paraId="780DF4A8" w14:textId="77777777" w:rsidR="00674DB8" w:rsidRPr="004F7FA6" w:rsidRDefault="00674DB8" w:rsidP="00674DB8">
            <w:pPr>
              <w:autoSpaceDE w:val="0"/>
              <w:autoSpaceDN w:val="0"/>
              <w:adjustRightInd w:val="0"/>
              <w:jc w:val="center"/>
              <w:rPr>
                <w:rFonts w:ascii="Arial" w:hAnsi="Arial" w:cs="Arial"/>
                <w:sz w:val="18"/>
                <w:szCs w:val="18"/>
              </w:rPr>
            </w:pPr>
          </w:p>
        </w:tc>
        <w:tc>
          <w:tcPr>
            <w:tcW w:w="992" w:type="dxa"/>
          </w:tcPr>
          <w:p w14:paraId="6ADCDF37" w14:textId="77777777" w:rsidR="00674DB8" w:rsidRPr="004F7FA6" w:rsidRDefault="00674DB8" w:rsidP="00674DB8">
            <w:pPr>
              <w:autoSpaceDE w:val="0"/>
              <w:autoSpaceDN w:val="0"/>
              <w:adjustRightInd w:val="0"/>
              <w:jc w:val="center"/>
              <w:rPr>
                <w:rFonts w:ascii="Arial" w:hAnsi="Arial" w:cs="Arial"/>
                <w:sz w:val="18"/>
                <w:szCs w:val="18"/>
              </w:rPr>
            </w:pPr>
          </w:p>
        </w:tc>
      </w:tr>
      <w:tr w:rsidR="00674DB8" w:rsidRPr="004F7FA6" w14:paraId="5E567AE1" w14:textId="366C2E74" w:rsidTr="00674DB8">
        <w:trPr>
          <w:trHeight w:val="20"/>
        </w:trPr>
        <w:tc>
          <w:tcPr>
            <w:tcW w:w="709" w:type="dxa"/>
          </w:tcPr>
          <w:p w14:paraId="61B24A9B"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20.5</w:t>
            </w:r>
          </w:p>
        </w:tc>
        <w:tc>
          <w:tcPr>
            <w:tcW w:w="7796" w:type="dxa"/>
          </w:tcPr>
          <w:p w14:paraId="0FE4F9F9"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lang w:val="es-ES_tradnl"/>
              </w:rPr>
              <w:t>Cuerpo del tomacorriente fabricado en termoplástico duradero</w:t>
            </w:r>
          </w:p>
        </w:tc>
        <w:tc>
          <w:tcPr>
            <w:tcW w:w="993" w:type="dxa"/>
            <w:vAlign w:val="center"/>
          </w:tcPr>
          <w:p w14:paraId="3EC3679F" w14:textId="77777777" w:rsidR="00674DB8" w:rsidRPr="004F7FA6" w:rsidRDefault="00674DB8" w:rsidP="00674DB8">
            <w:pPr>
              <w:autoSpaceDE w:val="0"/>
              <w:autoSpaceDN w:val="0"/>
              <w:adjustRightInd w:val="0"/>
              <w:jc w:val="center"/>
              <w:rPr>
                <w:rFonts w:ascii="Arial" w:hAnsi="Arial" w:cs="Arial"/>
                <w:sz w:val="18"/>
                <w:szCs w:val="18"/>
                <w:lang w:val="es-ES_tradnl"/>
              </w:rPr>
            </w:pPr>
          </w:p>
        </w:tc>
        <w:tc>
          <w:tcPr>
            <w:tcW w:w="992" w:type="dxa"/>
          </w:tcPr>
          <w:p w14:paraId="6F3EDA26" w14:textId="77777777" w:rsidR="00674DB8" w:rsidRPr="004F7FA6" w:rsidRDefault="00674DB8" w:rsidP="00674DB8">
            <w:pPr>
              <w:autoSpaceDE w:val="0"/>
              <w:autoSpaceDN w:val="0"/>
              <w:adjustRightInd w:val="0"/>
              <w:jc w:val="center"/>
              <w:rPr>
                <w:rFonts w:ascii="Arial" w:hAnsi="Arial" w:cs="Arial"/>
                <w:sz w:val="18"/>
                <w:szCs w:val="18"/>
                <w:lang w:val="es-ES_tradnl"/>
              </w:rPr>
            </w:pPr>
          </w:p>
        </w:tc>
      </w:tr>
      <w:tr w:rsidR="00674DB8" w:rsidRPr="004F7FA6" w14:paraId="7315758A" w14:textId="5943E4FB" w:rsidTr="00674DB8">
        <w:trPr>
          <w:trHeight w:val="20"/>
        </w:trPr>
        <w:tc>
          <w:tcPr>
            <w:tcW w:w="709" w:type="dxa"/>
          </w:tcPr>
          <w:p w14:paraId="36B4F722"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20.6</w:t>
            </w:r>
          </w:p>
        </w:tc>
        <w:tc>
          <w:tcPr>
            <w:tcW w:w="7796" w:type="dxa"/>
          </w:tcPr>
          <w:p w14:paraId="5779B4AF" w14:textId="77777777" w:rsidR="00674DB8" w:rsidRPr="004F7FA6" w:rsidRDefault="00674DB8" w:rsidP="00B25E14">
            <w:pPr>
              <w:autoSpaceDE w:val="0"/>
              <w:autoSpaceDN w:val="0"/>
              <w:adjustRightInd w:val="0"/>
              <w:jc w:val="both"/>
              <w:rPr>
                <w:rFonts w:ascii="Arial" w:hAnsi="Arial" w:cs="Arial"/>
                <w:sz w:val="18"/>
                <w:szCs w:val="18"/>
                <w:lang w:val="es-ES_tradnl"/>
              </w:rPr>
            </w:pPr>
            <w:r w:rsidRPr="004F7FA6">
              <w:rPr>
                <w:rFonts w:ascii="Arial" w:hAnsi="Arial" w:cs="Arial"/>
                <w:sz w:val="18"/>
                <w:szCs w:val="18"/>
                <w:lang w:val="es-ES_tradnl"/>
              </w:rPr>
              <w:t>Configuración NEMA: 5-15R</w:t>
            </w:r>
          </w:p>
        </w:tc>
        <w:tc>
          <w:tcPr>
            <w:tcW w:w="993" w:type="dxa"/>
            <w:vAlign w:val="center"/>
          </w:tcPr>
          <w:p w14:paraId="4A87D58B" w14:textId="77777777" w:rsidR="00674DB8" w:rsidRPr="004F7FA6" w:rsidRDefault="00674DB8" w:rsidP="00674DB8">
            <w:pPr>
              <w:autoSpaceDE w:val="0"/>
              <w:autoSpaceDN w:val="0"/>
              <w:adjustRightInd w:val="0"/>
              <w:jc w:val="center"/>
              <w:rPr>
                <w:rFonts w:ascii="Arial" w:hAnsi="Arial" w:cs="Arial"/>
                <w:sz w:val="18"/>
                <w:szCs w:val="18"/>
                <w:lang w:val="es-ES_tradnl"/>
              </w:rPr>
            </w:pPr>
          </w:p>
        </w:tc>
        <w:tc>
          <w:tcPr>
            <w:tcW w:w="992" w:type="dxa"/>
          </w:tcPr>
          <w:p w14:paraId="1CB450B8" w14:textId="77777777" w:rsidR="00674DB8" w:rsidRPr="004F7FA6" w:rsidRDefault="00674DB8" w:rsidP="00674DB8">
            <w:pPr>
              <w:autoSpaceDE w:val="0"/>
              <w:autoSpaceDN w:val="0"/>
              <w:adjustRightInd w:val="0"/>
              <w:jc w:val="center"/>
              <w:rPr>
                <w:rFonts w:ascii="Arial" w:hAnsi="Arial" w:cs="Arial"/>
                <w:sz w:val="18"/>
                <w:szCs w:val="18"/>
                <w:lang w:val="es-ES_tradnl"/>
              </w:rPr>
            </w:pPr>
          </w:p>
        </w:tc>
      </w:tr>
      <w:tr w:rsidR="00674DB8" w:rsidRPr="004F7FA6" w14:paraId="6CD06B78" w14:textId="4C896D06" w:rsidTr="00674DB8">
        <w:trPr>
          <w:trHeight w:val="20"/>
        </w:trPr>
        <w:tc>
          <w:tcPr>
            <w:tcW w:w="709" w:type="dxa"/>
          </w:tcPr>
          <w:p w14:paraId="194B126A"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20.7</w:t>
            </w:r>
          </w:p>
        </w:tc>
        <w:tc>
          <w:tcPr>
            <w:tcW w:w="7796" w:type="dxa"/>
          </w:tcPr>
          <w:p w14:paraId="700E39E8" w14:textId="77777777" w:rsidR="00674DB8" w:rsidRPr="004F7FA6" w:rsidRDefault="00674DB8" w:rsidP="00B25E14">
            <w:pPr>
              <w:autoSpaceDE w:val="0"/>
              <w:autoSpaceDN w:val="0"/>
              <w:adjustRightInd w:val="0"/>
              <w:jc w:val="both"/>
              <w:rPr>
                <w:rFonts w:ascii="Arial" w:hAnsi="Arial" w:cs="Arial"/>
                <w:sz w:val="18"/>
                <w:szCs w:val="18"/>
                <w:lang w:val="es-ES_tradnl"/>
              </w:rPr>
            </w:pPr>
            <w:r w:rsidRPr="004F7FA6">
              <w:rPr>
                <w:rFonts w:ascii="Arial" w:hAnsi="Arial" w:cs="Arial"/>
                <w:sz w:val="18"/>
                <w:szCs w:val="18"/>
                <w:lang w:val="es-ES_tradnl"/>
              </w:rPr>
              <w:t xml:space="preserve">Cumplirá certificación UL </w:t>
            </w:r>
          </w:p>
        </w:tc>
        <w:tc>
          <w:tcPr>
            <w:tcW w:w="993" w:type="dxa"/>
            <w:vAlign w:val="center"/>
          </w:tcPr>
          <w:p w14:paraId="2D451119" w14:textId="77777777" w:rsidR="00674DB8" w:rsidRPr="004F7FA6" w:rsidRDefault="00674DB8" w:rsidP="00674DB8">
            <w:pPr>
              <w:autoSpaceDE w:val="0"/>
              <w:autoSpaceDN w:val="0"/>
              <w:adjustRightInd w:val="0"/>
              <w:jc w:val="center"/>
              <w:rPr>
                <w:rFonts w:ascii="Arial" w:hAnsi="Arial" w:cs="Arial"/>
                <w:sz w:val="18"/>
                <w:szCs w:val="18"/>
                <w:lang w:val="es-ES_tradnl"/>
              </w:rPr>
            </w:pPr>
          </w:p>
        </w:tc>
        <w:tc>
          <w:tcPr>
            <w:tcW w:w="992" w:type="dxa"/>
          </w:tcPr>
          <w:p w14:paraId="4F285246" w14:textId="77777777" w:rsidR="00674DB8" w:rsidRPr="004F7FA6" w:rsidRDefault="00674DB8" w:rsidP="00674DB8">
            <w:pPr>
              <w:autoSpaceDE w:val="0"/>
              <w:autoSpaceDN w:val="0"/>
              <w:adjustRightInd w:val="0"/>
              <w:jc w:val="center"/>
              <w:rPr>
                <w:rFonts w:ascii="Arial" w:hAnsi="Arial" w:cs="Arial"/>
                <w:sz w:val="18"/>
                <w:szCs w:val="18"/>
                <w:lang w:val="es-ES_tradnl"/>
              </w:rPr>
            </w:pPr>
          </w:p>
        </w:tc>
      </w:tr>
      <w:tr w:rsidR="00674DB8" w:rsidRPr="004F7FA6" w14:paraId="5DA0C4F9" w14:textId="58E93220" w:rsidTr="00674DB8">
        <w:trPr>
          <w:trHeight w:val="20"/>
        </w:trPr>
        <w:tc>
          <w:tcPr>
            <w:tcW w:w="709" w:type="dxa"/>
          </w:tcPr>
          <w:p w14:paraId="12B7D3E8"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20.8</w:t>
            </w:r>
          </w:p>
        </w:tc>
        <w:tc>
          <w:tcPr>
            <w:tcW w:w="7796" w:type="dxa"/>
          </w:tcPr>
          <w:p w14:paraId="314921C1" w14:textId="77777777" w:rsidR="00674DB8" w:rsidRPr="004F7FA6" w:rsidRDefault="00674DB8" w:rsidP="00B25E14">
            <w:pPr>
              <w:autoSpaceDE w:val="0"/>
              <w:autoSpaceDN w:val="0"/>
              <w:adjustRightInd w:val="0"/>
              <w:jc w:val="both"/>
              <w:rPr>
                <w:rFonts w:ascii="Arial" w:hAnsi="Arial" w:cs="Arial"/>
                <w:sz w:val="18"/>
                <w:szCs w:val="18"/>
                <w:lang w:val="es-ES_tradnl"/>
              </w:rPr>
            </w:pPr>
            <w:r w:rsidRPr="004F7FA6">
              <w:rPr>
                <w:rFonts w:ascii="Arial" w:hAnsi="Arial" w:cs="Arial"/>
                <w:sz w:val="18"/>
                <w:szCs w:val="18"/>
                <w:lang w:val="es-ES_tradnl"/>
              </w:rPr>
              <w:t>Capacidad: 15A /125V/60HZ</w:t>
            </w:r>
          </w:p>
        </w:tc>
        <w:tc>
          <w:tcPr>
            <w:tcW w:w="993" w:type="dxa"/>
            <w:vAlign w:val="center"/>
          </w:tcPr>
          <w:p w14:paraId="1C5879E3" w14:textId="77777777" w:rsidR="00674DB8" w:rsidRPr="004F7FA6" w:rsidRDefault="00674DB8" w:rsidP="00674DB8">
            <w:pPr>
              <w:autoSpaceDE w:val="0"/>
              <w:autoSpaceDN w:val="0"/>
              <w:adjustRightInd w:val="0"/>
              <w:jc w:val="center"/>
              <w:rPr>
                <w:rFonts w:ascii="Arial" w:hAnsi="Arial" w:cs="Arial"/>
                <w:sz w:val="18"/>
                <w:szCs w:val="18"/>
                <w:lang w:val="es-ES_tradnl"/>
              </w:rPr>
            </w:pPr>
          </w:p>
        </w:tc>
        <w:tc>
          <w:tcPr>
            <w:tcW w:w="992" w:type="dxa"/>
          </w:tcPr>
          <w:p w14:paraId="0534E8A5" w14:textId="77777777" w:rsidR="00674DB8" w:rsidRPr="004F7FA6" w:rsidRDefault="00674DB8" w:rsidP="00674DB8">
            <w:pPr>
              <w:autoSpaceDE w:val="0"/>
              <w:autoSpaceDN w:val="0"/>
              <w:adjustRightInd w:val="0"/>
              <w:jc w:val="center"/>
              <w:rPr>
                <w:rFonts w:ascii="Arial" w:hAnsi="Arial" w:cs="Arial"/>
                <w:sz w:val="18"/>
                <w:szCs w:val="18"/>
                <w:lang w:val="es-ES_tradnl"/>
              </w:rPr>
            </w:pPr>
          </w:p>
        </w:tc>
      </w:tr>
      <w:tr w:rsidR="00674DB8" w:rsidRPr="004F7FA6" w14:paraId="3AC81FD7" w14:textId="59CDAE73" w:rsidTr="00674DB8">
        <w:trPr>
          <w:trHeight w:val="20"/>
        </w:trPr>
        <w:tc>
          <w:tcPr>
            <w:tcW w:w="709" w:type="dxa"/>
          </w:tcPr>
          <w:p w14:paraId="7BB178D1"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20.9</w:t>
            </w:r>
          </w:p>
        </w:tc>
        <w:tc>
          <w:tcPr>
            <w:tcW w:w="7796" w:type="dxa"/>
          </w:tcPr>
          <w:p w14:paraId="6274ED80" w14:textId="77777777" w:rsidR="00674DB8" w:rsidRPr="004F7FA6" w:rsidRDefault="00674DB8" w:rsidP="00B25E14">
            <w:pPr>
              <w:autoSpaceDE w:val="0"/>
              <w:autoSpaceDN w:val="0"/>
              <w:adjustRightInd w:val="0"/>
              <w:jc w:val="both"/>
              <w:rPr>
                <w:rFonts w:ascii="Arial" w:hAnsi="Arial" w:cs="Arial"/>
                <w:sz w:val="18"/>
                <w:szCs w:val="18"/>
                <w:lang w:val="es-ES_tradnl"/>
              </w:rPr>
            </w:pPr>
            <w:r w:rsidRPr="004F7FA6">
              <w:rPr>
                <w:rFonts w:ascii="Arial" w:hAnsi="Arial" w:cs="Arial"/>
                <w:sz w:val="18"/>
                <w:szCs w:val="18"/>
                <w:lang w:val="es-ES_tradnl"/>
              </w:rPr>
              <w:t>Terminales de tornillo apropiados para recibir cables hasta No.10 AWG</w:t>
            </w:r>
          </w:p>
        </w:tc>
        <w:tc>
          <w:tcPr>
            <w:tcW w:w="993" w:type="dxa"/>
            <w:vAlign w:val="center"/>
          </w:tcPr>
          <w:p w14:paraId="44FCC144" w14:textId="77777777" w:rsidR="00674DB8" w:rsidRPr="004F7FA6" w:rsidRDefault="00674DB8" w:rsidP="00674DB8">
            <w:pPr>
              <w:autoSpaceDE w:val="0"/>
              <w:autoSpaceDN w:val="0"/>
              <w:adjustRightInd w:val="0"/>
              <w:jc w:val="center"/>
              <w:rPr>
                <w:rFonts w:ascii="Arial" w:hAnsi="Arial" w:cs="Arial"/>
                <w:sz w:val="18"/>
                <w:szCs w:val="18"/>
                <w:lang w:val="es-ES_tradnl"/>
              </w:rPr>
            </w:pPr>
          </w:p>
        </w:tc>
        <w:tc>
          <w:tcPr>
            <w:tcW w:w="992" w:type="dxa"/>
          </w:tcPr>
          <w:p w14:paraId="42AA4792" w14:textId="77777777" w:rsidR="00674DB8" w:rsidRPr="004F7FA6" w:rsidRDefault="00674DB8" w:rsidP="00674DB8">
            <w:pPr>
              <w:autoSpaceDE w:val="0"/>
              <w:autoSpaceDN w:val="0"/>
              <w:adjustRightInd w:val="0"/>
              <w:jc w:val="center"/>
              <w:rPr>
                <w:rFonts w:ascii="Arial" w:hAnsi="Arial" w:cs="Arial"/>
                <w:sz w:val="18"/>
                <w:szCs w:val="18"/>
                <w:lang w:val="es-ES_tradnl"/>
              </w:rPr>
            </w:pPr>
          </w:p>
        </w:tc>
      </w:tr>
      <w:tr w:rsidR="00674DB8" w:rsidRPr="004F7FA6" w14:paraId="22E0963F" w14:textId="1988850E" w:rsidTr="00674DB8">
        <w:trPr>
          <w:trHeight w:val="20"/>
        </w:trPr>
        <w:tc>
          <w:tcPr>
            <w:tcW w:w="709" w:type="dxa"/>
          </w:tcPr>
          <w:p w14:paraId="2A7A5ADE"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20.10</w:t>
            </w:r>
          </w:p>
        </w:tc>
        <w:tc>
          <w:tcPr>
            <w:tcW w:w="7796" w:type="dxa"/>
          </w:tcPr>
          <w:p w14:paraId="32FCAF5F" w14:textId="77777777" w:rsidR="00674DB8" w:rsidRPr="004F7FA6" w:rsidRDefault="00674DB8" w:rsidP="00B25E14">
            <w:pPr>
              <w:autoSpaceDE w:val="0"/>
              <w:autoSpaceDN w:val="0"/>
              <w:adjustRightInd w:val="0"/>
              <w:jc w:val="both"/>
              <w:rPr>
                <w:rFonts w:ascii="Arial" w:hAnsi="Arial" w:cs="Arial"/>
                <w:sz w:val="18"/>
                <w:szCs w:val="18"/>
                <w:lang w:val="es-ES_tradnl"/>
              </w:rPr>
            </w:pPr>
            <w:r w:rsidRPr="004F7FA6">
              <w:rPr>
                <w:rFonts w:ascii="Arial" w:hAnsi="Arial" w:cs="Arial"/>
                <w:sz w:val="18"/>
                <w:szCs w:val="18"/>
                <w:lang w:val="es-ES_tradnl"/>
              </w:rPr>
              <w:t>Temperatura de operación: -40 °C hasta 60 °C.</w:t>
            </w:r>
          </w:p>
        </w:tc>
        <w:tc>
          <w:tcPr>
            <w:tcW w:w="993" w:type="dxa"/>
            <w:vAlign w:val="center"/>
          </w:tcPr>
          <w:p w14:paraId="204C03EC" w14:textId="77777777" w:rsidR="00674DB8" w:rsidRPr="004F7FA6" w:rsidRDefault="00674DB8" w:rsidP="00674DB8">
            <w:pPr>
              <w:autoSpaceDE w:val="0"/>
              <w:autoSpaceDN w:val="0"/>
              <w:adjustRightInd w:val="0"/>
              <w:jc w:val="center"/>
              <w:rPr>
                <w:rFonts w:ascii="Arial" w:hAnsi="Arial" w:cs="Arial"/>
                <w:sz w:val="18"/>
                <w:szCs w:val="18"/>
                <w:lang w:val="es-ES_tradnl"/>
              </w:rPr>
            </w:pPr>
          </w:p>
        </w:tc>
        <w:tc>
          <w:tcPr>
            <w:tcW w:w="992" w:type="dxa"/>
          </w:tcPr>
          <w:p w14:paraId="25653BD6" w14:textId="77777777" w:rsidR="00674DB8" w:rsidRPr="004F7FA6" w:rsidRDefault="00674DB8" w:rsidP="00674DB8">
            <w:pPr>
              <w:autoSpaceDE w:val="0"/>
              <w:autoSpaceDN w:val="0"/>
              <w:adjustRightInd w:val="0"/>
              <w:jc w:val="center"/>
              <w:rPr>
                <w:rFonts w:ascii="Arial" w:hAnsi="Arial" w:cs="Arial"/>
                <w:sz w:val="18"/>
                <w:szCs w:val="18"/>
                <w:lang w:val="es-ES_tradnl"/>
              </w:rPr>
            </w:pPr>
          </w:p>
        </w:tc>
      </w:tr>
      <w:tr w:rsidR="00674DB8" w:rsidRPr="004F7FA6" w14:paraId="0D08F6A8" w14:textId="37B53ABD" w:rsidTr="00674DB8">
        <w:trPr>
          <w:trHeight w:val="20"/>
        </w:trPr>
        <w:tc>
          <w:tcPr>
            <w:tcW w:w="709" w:type="dxa"/>
          </w:tcPr>
          <w:p w14:paraId="1CF0B459" w14:textId="77777777" w:rsidR="00674DB8" w:rsidRPr="004F7FA6" w:rsidRDefault="00674DB8" w:rsidP="00B25E14">
            <w:pPr>
              <w:jc w:val="center"/>
              <w:rPr>
                <w:rFonts w:ascii="Arial" w:hAnsi="Arial" w:cs="Arial"/>
                <w:b/>
                <w:bCs/>
                <w:sz w:val="18"/>
                <w:szCs w:val="18"/>
              </w:rPr>
            </w:pPr>
            <w:r w:rsidRPr="004F7FA6">
              <w:rPr>
                <w:rFonts w:ascii="Arial" w:hAnsi="Arial" w:cs="Arial"/>
                <w:b/>
                <w:bCs/>
                <w:sz w:val="18"/>
                <w:szCs w:val="18"/>
              </w:rPr>
              <w:t>21</w:t>
            </w:r>
          </w:p>
        </w:tc>
        <w:tc>
          <w:tcPr>
            <w:tcW w:w="7796" w:type="dxa"/>
          </w:tcPr>
          <w:p w14:paraId="59437C6B" w14:textId="77777777" w:rsidR="00674DB8" w:rsidRPr="004F7FA6" w:rsidRDefault="00674DB8" w:rsidP="00B25E14">
            <w:pPr>
              <w:autoSpaceDE w:val="0"/>
              <w:autoSpaceDN w:val="0"/>
              <w:adjustRightInd w:val="0"/>
              <w:jc w:val="both"/>
              <w:rPr>
                <w:rFonts w:ascii="Arial" w:hAnsi="Arial" w:cs="Arial"/>
                <w:sz w:val="18"/>
                <w:szCs w:val="18"/>
                <w:lang w:val="es-ES_tradnl"/>
              </w:rPr>
            </w:pPr>
            <w:r w:rsidRPr="004F7FA6">
              <w:rPr>
                <w:rFonts w:ascii="Arial" w:hAnsi="Arial" w:cs="Arial"/>
                <w:b/>
                <w:sz w:val="18"/>
                <w:szCs w:val="18"/>
                <w:lang w:val="es-ES"/>
              </w:rPr>
              <w:t xml:space="preserve">CABLE ELÉCTRICO </w:t>
            </w:r>
          </w:p>
        </w:tc>
        <w:tc>
          <w:tcPr>
            <w:tcW w:w="993" w:type="dxa"/>
            <w:vAlign w:val="center"/>
          </w:tcPr>
          <w:p w14:paraId="58352BEA" w14:textId="77777777" w:rsidR="00674DB8" w:rsidRPr="004F7FA6" w:rsidRDefault="00674DB8" w:rsidP="00674DB8">
            <w:pPr>
              <w:autoSpaceDE w:val="0"/>
              <w:autoSpaceDN w:val="0"/>
              <w:adjustRightInd w:val="0"/>
              <w:jc w:val="center"/>
              <w:rPr>
                <w:rFonts w:ascii="Arial" w:hAnsi="Arial" w:cs="Arial"/>
                <w:b/>
                <w:sz w:val="18"/>
                <w:szCs w:val="18"/>
                <w:lang w:val="es-ES"/>
              </w:rPr>
            </w:pPr>
          </w:p>
        </w:tc>
        <w:tc>
          <w:tcPr>
            <w:tcW w:w="992" w:type="dxa"/>
          </w:tcPr>
          <w:p w14:paraId="3E9B2EC4" w14:textId="77777777" w:rsidR="00674DB8" w:rsidRPr="004F7FA6" w:rsidRDefault="00674DB8" w:rsidP="00674DB8">
            <w:pPr>
              <w:autoSpaceDE w:val="0"/>
              <w:autoSpaceDN w:val="0"/>
              <w:adjustRightInd w:val="0"/>
              <w:jc w:val="center"/>
              <w:rPr>
                <w:rFonts w:ascii="Arial" w:hAnsi="Arial" w:cs="Arial"/>
                <w:b/>
                <w:sz w:val="18"/>
                <w:szCs w:val="18"/>
                <w:lang w:val="es-ES"/>
              </w:rPr>
            </w:pPr>
          </w:p>
        </w:tc>
      </w:tr>
      <w:tr w:rsidR="00674DB8" w:rsidRPr="004F7FA6" w14:paraId="37734AA6" w14:textId="625DE154" w:rsidTr="00674DB8">
        <w:trPr>
          <w:trHeight w:val="20"/>
        </w:trPr>
        <w:tc>
          <w:tcPr>
            <w:tcW w:w="709" w:type="dxa"/>
            <w:vAlign w:val="center"/>
          </w:tcPr>
          <w:p w14:paraId="2BEB4015"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21.1</w:t>
            </w:r>
          </w:p>
        </w:tc>
        <w:tc>
          <w:tcPr>
            <w:tcW w:w="7796" w:type="dxa"/>
          </w:tcPr>
          <w:p w14:paraId="7B06302E" w14:textId="77777777" w:rsidR="00674DB8" w:rsidRPr="004F7FA6" w:rsidRDefault="00674DB8" w:rsidP="00B25E14">
            <w:pPr>
              <w:autoSpaceDE w:val="0"/>
              <w:autoSpaceDN w:val="0"/>
              <w:adjustRightInd w:val="0"/>
              <w:jc w:val="both"/>
              <w:rPr>
                <w:rFonts w:ascii="Arial" w:hAnsi="Arial" w:cs="Arial"/>
                <w:b/>
                <w:sz w:val="18"/>
                <w:szCs w:val="18"/>
                <w:lang w:val="es-ES"/>
              </w:rPr>
            </w:pPr>
            <w:r w:rsidRPr="004F7FA6">
              <w:rPr>
                <w:rFonts w:ascii="Arial" w:hAnsi="Arial" w:cs="Arial"/>
                <w:sz w:val="18"/>
                <w:szCs w:val="18"/>
              </w:rPr>
              <w:t xml:space="preserve">Suministro del metraje utilizado es en </w:t>
            </w:r>
            <w:r w:rsidRPr="004F7FA6">
              <w:rPr>
                <w:rFonts w:ascii="Arial" w:hAnsi="Arial" w:cs="Arial"/>
                <w:sz w:val="18"/>
                <w:szCs w:val="18"/>
                <w:lang w:val="es-ES_tradnl"/>
              </w:rPr>
              <w:t>cable eléctrico trenzado de fábrica 3X12 AWG 7 hilos.</w:t>
            </w:r>
          </w:p>
        </w:tc>
        <w:tc>
          <w:tcPr>
            <w:tcW w:w="993" w:type="dxa"/>
            <w:vAlign w:val="center"/>
          </w:tcPr>
          <w:p w14:paraId="2F7BBF41" w14:textId="77777777" w:rsidR="00674DB8" w:rsidRPr="004F7FA6" w:rsidRDefault="00674DB8" w:rsidP="00674DB8">
            <w:pPr>
              <w:autoSpaceDE w:val="0"/>
              <w:autoSpaceDN w:val="0"/>
              <w:adjustRightInd w:val="0"/>
              <w:jc w:val="center"/>
              <w:rPr>
                <w:rFonts w:ascii="Arial" w:hAnsi="Arial" w:cs="Arial"/>
                <w:sz w:val="18"/>
                <w:szCs w:val="18"/>
              </w:rPr>
            </w:pPr>
          </w:p>
        </w:tc>
        <w:tc>
          <w:tcPr>
            <w:tcW w:w="992" w:type="dxa"/>
          </w:tcPr>
          <w:p w14:paraId="469A4256" w14:textId="77777777" w:rsidR="00674DB8" w:rsidRPr="004F7FA6" w:rsidRDefault="00674DB8" w:rsidP="00674DB8">
            <w:pPr>
              <w:autoSpaceDE w:val="0"/>
              <w:autoSpaceDN w:val="0"/>
              <w:adjustRightInd w:val="0"/>
              <w:jc w:val="center"/>
              <w:rPr>
                <w:rFonts w:ascii="Arial" w:hAnsi="Arial" w:cs="Arial"/>
                <w:sz w:val="18"/>
                <w:szCs w:val="18"/>
              </w:rPr>
            </w:pPr>
          </w:p>
        </w:tc>
      </w:tr>
      <w:tr w:rsidR="00674DB8" w:rsidRPr="004F7FA6" w14:paraId="13589C2D" w14:textId="26EFA985" w:rsidTr="00674DB8">
        <w:trPr>
          <w:trHeight w:val="20"/>
        </w:trPr>
        <w:tc>
          <w:tcPr>
            <w:tcW w:w="709" w:type="dxa"/>
            <w:vAlign w:val="center"/>
          </w:tcPr>
          <w:p w14:paraId="5D03988C"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21.2</w:t>
            </w:r>
          </w:p>
        </w:tc>
        <w:tc>
          <w:tcPr>
            <w:tcW w:w="7796" w:type="dxa"/>
          </w:tcPr>
          <w:p w14:paraId="6E000F52"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rPr>
              <w:t xml:space="preserve">Suministro de los </w:t>
            </w:r>
            <w:r w:rsidRPr="004F7FA6">
              <w:rPr>
                <w:rFonts w:ascii="Arial" w:hAnsi="Arial" w:cs="Arial"/>
                <w:sz w:val="18"/>
                <w:szCs w:val="18"/>
                <w:lang w:val="es-ES_tradnl"/>
              </w:rPr>
              <w:t>Conectores americanos o uniones rápidas para cable 10-12 AWG de auto desforre</w:t>
            </w:r>
          </w:p>
        </w:tc>
        <w:tc>
          <w:tcPr>
            <w:tcW w:w="993" w:type="dxa"/>
            <w:vAlign w:val="center"/>
          </w:tcPr>
          <w:p w14:paraId="72815EF5" w14:textId="77777777" w:rsidR="00674DB8" w:rsidRPr="004F7FA6" w:rsidRDefault="00674DB8" w:rsidP="00674DB8">
            <w:pPr>
              <w:autoSpaceDE w:val="0"/>
              <w:autoSpaceDN w:val="0"/>
              <w:adjustRightInd w:val="0"/>
              <w:jc w:val="center"/>
              <w:rPr>
                <w:rFonts w:ascii="Arial" w:hAnsi="Arial" w:cs="Arial"/>
                <w:sz w:val="18"/>
                <w:szCs w:val="18"/>
              </w:rPr>
            </w:pPr>
          </w:p>
        </w:tc>
        <w:tc>
          <w:tcPr>
            <w:tcW w:w="992" w:type="dxa"/>
          </w:tcPr>
          <w:p w14:paraId="534729B5" w14:textId="77777777" w:rsidR="00674DB8" w:rsidRPr="004F7FA6" w:rsidRDefault="00674DB8" w:rsidP="00674DB8">
            <w:pPr>
              <w:autoSpaceDE w:val="0"/>
              <w:autoSpaceDN w:val="0"/>
              <w:adjustRightInd w:val="0"/>
              <w:jc w:val="center"/>
              <w:rPr>
                <w:rFonts w:ascii="Arial" w:hAnsi="Arial" w:cs="Arial"/>
                <w:sz w:val="18"/>
                <w:szCs w:val="18"/>
              </w:rPr>
            </w:pPr>
          </w:p>
        </w:tc>
      </w:tr>
      <w:tr w:rsidR="00674DB8" w:rsidRPr="004F7FA6" w14:paraId="019E8DA5" w14:textId="6C17EF26" w:rsidTr="00674DB8">
        <w:trPr>
          <w:trHeight w:val="20"/>
        </w:trPr>
        <w:tc>
          <w:tcPr>
            <w:tcW w:w="709" w:type="dxa"/>
            <w:vAlign w:val="center"/>
          </w:tcPr>
          <w:p w14:paraId="496C26AA"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21.3</w:t>
            </w:r>
          </w:p>
        </w:tc>
        <w:tc>
          <w:tcPr>
            <w:tcW w:w="7796" w:type="dxa"/>
          </w:tcPr>
          <w:p w14:paraId="55142A10" w14:textId="77777777" w:rsidR="00674DB8" w:rsidRPr="004F7FA6" w:rsidRDefault="00674DB8" w:rsidP="00B25E14">
            <w:pPr>
              <w:autoSpaceDE w:val="0"/>
              <w:autoSpaceDN w:val="0"/>
              <w:adjustRightInd w:val="0"/>
              <w:jc w:val="both"/>
              <w:rPr>
                <w:rFonts w:ascii="Arial" w:hAnsi="Arial" w:cs="Arial"/>
                <w:sz w:val="18"/>
                <w:szCs w:val="18"/>
              </w:rPr>
            </w:pPr>
            <w:r w:rsidRPr="004F7FA6">
              <w:rPr>
                <w:rFonts w:ascii="Arial" w:hAnsi="Arial" w:cs="Arial"/>
                <w:sz w:val="18"/>
                <w:szCs w:val="18"/>
                <w:lang w:val="es-ES"/>
              </w:rPr>
              <w:t>Cumplirá normas NEC, NTC 2050, UL.</w:t>
            </w:r>
          </w:p>
        </w:tc>
        <w:tc>
          <w:tcPr>
            <w:tcW w:w="993" w:type="dxa"/>
            <w:vAlign w:val="center"/>
          </w:tcPr>
          <w:p w14:paraId="65395AC3" w14:textId="77777777" w:rsidR="00674DB8" w:rsidRPr="004F7FA6" w:rsidRDefault="00674DB8" w:rsidP="00674DB8">
            <w:pPr>
              <w:autoSpaceDE w:val="0"/>
              <w:autoSpaceDN w:val="0"/>
              <w:adjustRightInd w:val="0"/>
              <w:jc w:val="center"/>
              <w:rPr>
                <w:rFonts w:ascii="Arial" w:hAnsi="Arial" w:cs="Arial"/>
                <w:sz w:val="18"/>
                <w:szCs w:val="18"/>
                <w:lang w:val="es-ES"/>
              </w:rPr>
            </w:pPr>
          </w:p>
        </w:tc>
        <w:tc>
          <w:tcPr>
            <w:tcW w:w="992" w:type="dxa"/>
          </w:tcPr>
          <w:p w14:paraId="6D3E824F" w14:textId="77777777" w:rsidR="00674DB8" w:rsidRPr="004F7FA6" w:rsidRDefault="00674DB8" w:rsidP="00674DB8">
            <w:pPr>
              <w:autoSpaceDE w:val="0"/>
              <w:autoSpaceDN w:val="0"/>
              <w:adjustRightInd w:val="0"/>
              <w:jc w:val="center"/>
              <w:rPr>
                <w:rFonts w:ascii="Arial" w:hAnsi="Arial" w:cs="Arial"/>
                <w:sz w:val="18"/>
                <w:szCs w:val="18"/>
                <w:lang w:val="es-ES"/>
              </w:rPr>
            </w:pPr>
          </w:p>
        </w:tc>
      </w:tr>
      <w:tr w:rsidR="00674DB8" w:rsidRPr="004F7FA6" w14:paraId="73E767C4" w14:textId="1219F422" w:rsidTr="00674DB8">
        <w:trPr>
          <w:trHeight w:val="20"/>
        </w:trPr>
        <w:tc>
          <w:tcPr>
            <w:tcW w:w="709" w:type="dxa"/>
            <w:vAlign w:val="center"/>
          </w:tcPr>
          <w:p w14:paraId="3AACA0A6"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lastRenderedPageBreak/>
              <w:t>21.4</w:t>
            </w:r>
          </w:p>
        </w:tc>
        <w:tc>
          <w:tcPr>
            <w:tcW w:w="7796" w:type="dxa"/>
          </w:tcPr>
          <w:p w14:paraId="0B9BD281" w14:textId="77777777" w:rsidR="00674DB8" w:rsidRPr="004F7FA6" w:rsidRDefault="00674DB8" w:rsidP="00B25E14">
            <w:pPr>
              <w:autoSpaceDE w:val="0"/>
              <w:autoSpaceDN w:val="0"/>
              <w:adjustRightInd w:val="0"/>
              <w:jc w:val="both"/>
              <w:rPr>
                <w:rFonts w:ascii="Arial" w:hAnsi="Arial" w:cs="Arial"/>
                <w:sz w:val="18"/>
                <w:szCs w:val="18"/>
                <w:lang w:val="es-ES"/>
              </w:rPr>
            </w:pPr>
            <w:r w:rsidRPr="004F7FA6">
              <w:rPr>
                <w:rFonts w:ascii="Arial" w:hAnsi="Arial" w:cs="Arial"/>
                <w:sz w:val="18"/>
                <w:szCs w:val="18"/>
                <w:lang w:val="es-ES_tradnl"/>
              </w:rPr>
              <w:t>Cable eléctrico 3X12 AWG 7 hilos, trenzado de fábrica en color rojo, blanco y verde y cable azul, blanco verde para red no regulada con aislamiento en THHN/THWN 90˚ C y soportar tensiones de 600 v.</w:t>
            </w:r>
          </w:p>
        </w:tc>
        <w:tc>
          <w:tcPr>
            <w:tcW w:w="993" w:type="dxa"/>
            <w:vAlign w:val="center"/>
          </w:tcPr>
          <w:p w14:paraId="3055B038" w14:textId="77777777" w:rsidR="00674DB8" w:rsidRPr="004F7FA6" w:rsidRDefault="00674DB8" w:rsidP="00674DB8">
            <w:pPr>
              <w:autoSpaceDE w:val="0"/>
              <w:autoSpaceDN w:val="0"/>
              <w:adjustRightInd w:val="0"/>
              <w:jc w:val="center"/>
              <w:rPr>
                <w:rFonts w:ascii="Arial" w:hAnsi="Arial" w:cs="Arial"/>
                <w:sz w:val="18"/>
                <w:szCs w:val="18"/>
                <w:lang w:val="es-ES_tradnl"/>
              </w:rPr>
            </w:pPr>
          </w:p>
        </w:tc>
        <w:tc>
          <w:tcPr>
            <w:tcW w:w="992" w:type="dxa"/>
          </w:tcPr>
          <w:p w14:paraId="08B77154" w14:textId="77777777" w:rsidR="00674DB8" w:rsidRPr="004F7FA6" w:rsidRDefault="00674DB8" w:rsidP="00674DB8">
            <w:pPr>
              <w:autoSpaceDE w:val="0"/>
              <w:autoSpaceDN w:val="0"/>
              <w:adjustRightInd w:val="0"/>
              <w:jc w:val="center"/>
              <w:rPr>
                <w:rFonts w:ascii="Arial" w:hAnsi="Arial" w:cs="Arial"/>
                <w:sz w:val="18"/>
                <w:szCs w:val="18"/>
                <w:lang w:val="es-ES_tradnl"/>
              </w:rPr>
            </w:pPr>
          </w:p>
        </w:tc>
      </w:tr>
      <w:tr w:rsidR="00674DB8" w:rsidRPr="004F7FA6" w14:paraId="72FC694A" w14:textId="0083671B" w:rsidTr="00674DB8">
        <w:trPr>
          <w:trHeight w:val="20"/>
        </w:trPr>
        <w:tc>
          <w:tcPr>
            <w:tcW w:w="709" w:type="dxa"/>
          </w:tcPr>
          <w:p w14:paraId="0F84C04B" w14:textId="77777777" w:rsidR="00674DB8" w:rsidRPr="004F7FA6" w:rsidRDefault="00674DB8" w:rsidP="00B25E14">
            <w:pPr>
              <w:jc w:val="center"/>
              <w:rPr>
                <w:rFonts w:ascii="Arial" w:hAnsi="Arial" w:cs="Arial"/>
                <w:b/>
                <w:bCs/>
                <w:sz w:val="18"/>
                <w:szCs w:val="18"/>
              </w:rPr>
            </w:pPr>
            <w:r w:rsidRPr="004F7FA6">
              <w:rPr>
                <w:rFonts w:ascii="Arial" w:hAnsi="Arial" w:cs="Arial"/>
                <w:b/>
                <w:bCs/>
                <w:sz w:val="18"/>
                <w:szCs w:val="18"/>
              </w:rPr>
              <w:t>22</w:t>
            </w:r>
          </w:p>
        </w:tc>
        <w:tc>
          <w:tcPr>
            <w:tcW w:w="7796" w:type="dxa"/>
          </w:tcPr>
          <w:p w14:paraId="72D1BAE9" w14:textId="77777777" w:rsidR="00674DB8" w:rsidRPr="004F7FA6" w:rsidRDefault="00674DB8" w:rsidP="00B25E14">
            <w:pPr>
              <w:rPr>
                <w:rFonts w:ascii="Arial" w:hAnsi="Arial" w:cs="Arial"/>
                <w:sz w:val="18"/>
                <w:szCs w:val="18"/>
              </w:rPr>
            </w:pPr>
            <w:r w:rsidRPr="004F7FA6">
              <w:rPr>
                <w:rFonts w:ascii="Arial" w:hAnsi="Arial" w:cs="Arial"/>
                <w:b/>
                <w:bCs/>
                <w:sz w:val="18"/>
                <w:szCs w:val="18"/>
                <w:lang w:val="es-ES_tradnl"/>
              </w:rPr>
              <w:t>CONECTIVIDAD GARANTIZADA</w:t>
            </w:r>
          </w:p>
        </w:tc>
        <w:tc>
          <w:tcPr>
            <w:tcW w:w="993" w:type="dxa"/>
            <w:vAlign w:val="center"/>
          </w:tcPr>
          <w:p w14:paraId="1E030096" w14:textId="77777777" w:rsidR="00674DB8" w:rsidRPr="004F7FA6" w:rsidRDefault="00674DB8" w:rsidP="00674DB8">
            <w:pPr>
              <w:jc w:val="center"/>
              <w:rPr>
                <w:rFonts w:ascii="Arial" w:hAnsi="Arial" w:cs="Arial"/>
                <w:b/>
                <w:bCs/>
                <w:sz w:val="18"/>
                <w:szCs w:val="18"/>
                <w:lang w:val="es-ES_tradnl"/>
              </w:rPr>
            </w:pPr>
          </w:p>
        </w:tc>
        <w:tc>
          <w:tcPr>
            <w:tcW w:w="992" w:type="dxa"/>
          </w:tcPr>
          <w:p w14:paraId="4C172424" w14:textId="77777777" w:rsidR="00674DB8" w:rsidRPr="004F7FA6" w:rsidRDefault="00674DB8" w:rsidP="00674DB8">
            <w:pPr>
              <w:jc w:val="center"/>
              <w:rPr>
                <w:rFonts w:ascii="Arial" w:hAnsi="Arial" w:cs="Arial"/>
                <w:b/>
                <w:bCs/>
                <w:sz w:val="18"/>
                <w:szCs w:val="18"/>
                <w:lang w:val="es-ES_tradnl"/>
              </w:rPr>
            </w:pPr>
          </w:p>
        </w:tc>
      </w:tr>
      <w:tr w:rsidR="00674DB8" w:rsidRPr="004F7FA6" w14:paraId="69422291" w14:textId="2ED24ECC" w:rsidTr="00674DB8">
        <w:trPr>
          <w:trHeight w:val="20"/>
        </w:trPr>
        <w:tc>
          <w:tcPr>
            <w:tcW w:w="709" w:type="dxa"/>
          </w:tcPr>
          <w:p w14:paraId="58602468" w14:textId="77777777" w:rsidR="00674DB8" w:rsidRPr="004F7FA6" w:rsidRDefault="00674DB8" w:rsidP="00B25E14">
            <w:pPr>
              <w:jc w:val="center"/>
              <w:rPr>
                <w:rFonts w:ascii="Arial" w:hAnsi="Arial" w:cs="Arial"/>
                <w:sz w:val="18"/>
                <w:szCs w:val="18"/>
              </w:rPr>
            </w:pPr>
          </w:p>
        </w:tc>
        <w:tc>
          <w:tcPr>
            <w:tcW w:w="7796" w:type="dxa"/>
          </w:tcPr>
          <w:p w14:paraId="7B61929A" w14:textId="77777777" w:rsidR="00674DB8" w:rsidRPr="004F7FA6" w:rsidRDefault="00674DB8" w:rsidP="00B25E14">
            <w:pPr>
              <w:rPr>
                <w:rFonts w:ascii="Arial" w:hAnsi="Arial" w:cs="Arial"/>
                <w:sz w:val="18"/>
                <w:szCs w:val="18"/>
              </w:rPr>
            </w:pPr>
            <w:r w:rsidRPr="004F7FA6">
              <w:rPr>
                <w:rFonts w:ascii="Arial" w:hAnsi="Arial" w:cs="Arial"/>
                <w:sz w:val="18"/>
                <w:szCs w:val="18"/>
              </w:rPr>
              <w:t>10</w:t>
            </w:r>
            <w:r w:rsidRPr="004F7FA6">
              <w:rPr>
                <w:rFonts w:ascii="Arial" w:hAnsi="Arial" w:cs="Arial"/>
                <w:spacing w:val="-1"/>
                <w:sz w:val="18"/>
                <w:szCs w:val="18"/>
              </w:rPr>
              <w:t xml:space="preserve"> </w:t>
            </w:r>
            <w:proofErr w:type="spellStart"/>
            <w:r w:rsidRPr="004F7FA6">
              <w:rPr>
                <w:rFonts w:ascii="Arial" w:hAnsi="Arial" w:cs="Arial"/>
                <w:sz w:val="18"/>
                <w:szCs w:val="18"/>
              </w:rPr>
              <w:t>Gbps</w:t>
            </w:r>
            <w:proofErr w:type="spellEnd"/>
            <w:r w:rsidRPr="004F7FA6">
              <w:rPr>
                <w:rFonts w:ascii="Arial" w:hAnsi="Arial" w:cs="Arial"/>
                <w:sz w:val="18"/>
                <w:szCs w:val="18"/>
              </w:rPr>
              <w:t>.</w:t>
            </w:r>
          </w:p>
        </w:tc>
        <w:tc>
          <w:tcPr>
            <w:tcW w:w="993" w:type="dxa"/>
            <w:vAlign w:val="center"/>
          </w:tcPr>
          <w:p w14:paraId="79C854D2" w14:textId="77777777" w:rsidR="00674DB8" w:rsidRPr="004F7FA6" w:rsidRDefault="00674DB8" w:rsidP="00674DB8">
            <w:pPr>
              <w:jc w:val="center"/>
              <w:rPr>
                <w:rFonts w:ascii="Arial" w:hAnsi="Arial" w:cs="Arial"/>
                <w:sz w:val="18"/>
                <w:szCs w:val="18"/>
              </w:rPr>
            </w:pPr>
          </w:p>
        </w:tc>
        <w:tc>
          <w:tcPr>
            <w:tcW w:w="992" w:type="dxa"/>
          </w:tcPr>
          <w:p w14:paraId="5525C59E" w14:textId="77777777" w:rsidR="00674DB8" w:rsidRPr="004F7FA6" w:rsidRDefault="00674DB8" w:rsidP="00674DB8">
            <w:pPr>
              <w:jc w:val="center"/>
              <w:rPr>
                <w:rFonts w:ascii="Arial" w:hAnsi="Arial" w:cs="Arial"/>
                <w:sz w:val="18"/>
                <w:szCs w:val="18"/>
              </w:rPr>
            </w:pPr>
          </w:p>
        </w:tc>
      </w:tr>
      <w:tr w:rsidR="00674DB8" w:rsidRPr="004F7FA6" w14:paraId="4C7AD216" w14:textId="251B329D" w:rsidTr="00674DB8">
        <w:trPr>
          <w:trHeight w:val="20"/>
        </w:trPr>
        <w:tc>
          <w:tcPr>
            <w:tcW w:w="709" w:type="dxa"/>
          </w:tcPr>
          <w:p w14:paraId="293501FF" w14:textId="77777777" w:rsidR="00674DB8" w:rsidRPr="004F7FA6" w:rsidRDefault="00674DB8" w:rsidP="00B25E14">
            <w:pPr>
              <w:jc w:val="center"/>
              <w:rPr>
                <w:rFonts w:ascii="Arial" w:hAnsi="Arial" w:cs="Arial"/>
                <w:b/>
                <w:bCs/>
                <w:sz w:val="18"/>
                <w:szCs w:val="18"/>
              </w:rPr>
            </w:pPr>
            <w:r w:rsidRPr="004F7FA6">
              <w:rPr>
                <w:rFonts w:ascii="Arial" w:hAnsi="Arial" w:cs="Arial"/>
                <w:b/>
                <w:bCs/>
                <w:sz w:val="18"/>
                <w:szCs w:val="18"/>
              </w:rPr>
              <w:t>23</w:t>
            </w:r>
          </w:p>
        </w:tc>
        <w:tc>
          <w:tcPr>
            <w:tcW w:w="7796" w:type="dxa"/>
          </w:tcPr>
          <w:p w14:paraId="719A6DFF" w14:textId="77777777" w:rsidR="00674DB8" w:rsidRPr="004F7FA6" w:rsidRDefault="00674DB8" w:rsidP="00B25E14">
            <w:pPr>
              <w:rPr>
                <w:rFonts w:ascii="Arial" w:hAnsi="Arial" w:cs="Arial"/>
                <w:b/>
                <w:bCs/>
                <w:sz w:val="18"/>
                <w:szCs w:val="18"/>
              </w:rPr>
            </w:pPr>
            <w:r w:rsidRPr="004F7FA6">
              <w:rPr>
                <w:rFonts w:ascii="Arial" w:hAnsi="Arial" w:cs="Arial"/>
                <w:b/>
                <w:bCs/>
                <w:sz w:val="18"/>
                <w:szCs w:val="18"/>
                <w:lang w:val="es-ES_tradnl"/>
              </w:rPr>
              <w:t xml:space="preserve">GARANTÍA </w:t>
            </w:r>
          </w:p>
        </w:tc>
        <w:tc>
          <w:tcPr>
            <w:tcW w:w="993" w:type="dxa"/>
            <w:vAlign w:val="center"/>
          </w:tcPr>
          <w:p w14:paraId="41462379" w14:textId="77777777" w:rsidR="00674DB8" w:rsidRPr="004F7FA6" w:rsidRDefault="00674DB8" w:rsidP="00674DB8">
            <w:pPr>
              <w:jc w:val="center"/>
              <w:rPr>
                <w:rFonts w:ascii="Arial" w:hAnsi="Arial" w:cs="Arial"/>
                <w:b/>
                <w:bCs/>
                <w:sz w:val="18"/>
                <w:szCs w:val="18"/>
                <w:lang w:val="es-ES_tradnl"/>
              </w:rPr>
            </w:pPr>
          </w:p>
        </w:tc>
        <w:tc>
          <w:tcPr>
            <w:tcW w:w="992" w:type="dxa"/>
          </w:tcPr>
          <w:p w14:paraId="1F718050" w14:textId="77777777" w:rsidR="00674DB8" w:rsidRPr="004F7FA6" w:rsidRDefault="00674DB8" w:rsidP="00674DB8">
            <w:pPr>
              <w:jc w:val="center"/>
              <w:rPr>
                <w:rFonts w:ascii="Arial" w:hAnsi="Arial" w:cs="Arial"/>
                <w:b/>
                <w:bCs/>
                <w:sz w:val="18"/>
                <w:szCs w:val="18"/>
                <w:lang w:val="es-ES_tradnl"/>
              </w:rPr>
            </w:pPr>
          </w:p>
        </w:tc>
      </w:tr>
      <w:tr w:rsidR="00674DB8" w:rsidRPr="004F7FA6" w14:paraId="041E6AAD" w14:textId="60543748" w:rsidTr="00674DB8">
        <w:trPr>
          <w:trHeight w:val="20"/>
        </w:trPr>
        <w:tc>
          <w:tcPr>
            <w:tcW w:w="709" w:type="dxa"/>
          </w:tcPr>
          <w:p w14:paraId="1EDA78FA" w14:textId="77777777" w:rsidR="00674DB8" w:rsidRPr="004F7FA6" w:rsidRDefault="00674DB8" w:rsidP="00B25E14">
            <w:pPr>
              <w:jc w:val="center"/>
              <w:rPr>
                <w:rFonts w:ascii="Arial" w:hAnsi="Arial" w:cs="Arial"/>
                <w:sz w:val="18"/>
                <w:szCs w:val="18"/>
              </w:rPr>
            </w:pPr>
            <w:r w:rsidRPr="004F7FA6">
              <w:rPr>
                <w:rFonts w:ascii="Arial" w:hAnsi="Arial" w:cs="Arial"/>
                <w:sz w:val="18"/>
                <w:szCs w:val="18"/>
              </w:rPr>
              <w:t>23.1</w:t>
            </w:r>
          </w:p>
        </w:tc>
        <w:tc>
          <w:tcPr>
            <w:tcW w:w="7796" w:type="dxa"/>
          </w:tcPr>
          <w:p w14:paraId="3E5FC046" w14:textId="77777777" w:rsidR="00674DB8" w:rsidRPr="004F7FA6" w:rsidRDefault="00674DB8" w:rsidP="00B25E14">
            <w:pPr>
              <w:pStyle w:val="TableParagraph"/>
              <w:jc w:val="both"/>
              <w:rPr>
                <w:rFonts w:ascii="Arial" w:hAnsi="Arial" w:cs="Arial"/>
                <w:sz w:val="18"/>
                <w:szCs w:val="18"/>
                <w:lang w:val="es-CO"/>
              </w:rPr>
            </w:pPr>
            <w:r w:rsidRPr="004F7FA6">
              <w:rPr>
                <w:rFonts w:ascii="Arial" w:hAnsi="Arial" w:cs="Arial"/>
                <w:sz w:val="18"/>
                <w:szCs w:val="18"/>
                <w:lang w:val="es-CO"/>
              </w:rPr>
              <w:t>El oferente deberá ofertar una garantía técnica mínima de veinte (25) años de</w:t>
            </w:r>
            <w:r w:rsidRPr="004F7FA6">
              <w:rPr>
                <w:rFonts w:ascii="Arial" w:hAnsi="Arial" w:cs="Arial"/>
                <w:color w:val="EE0000"/>
                <w:sz w:val="18"/>
                <w:szCs w:val="18"/>
                <w:lang w:val="es-CO"/>
              </w:rPr>
              <w:t xml:space="preserve"> </w:t>
            </w:r>
            <w:r w:rsidRPr="004F7FA6">
              <w:rPr>
                <w:rFonts w:ascii="Arial" w:hAnsi="Arial" w:cs="Arial"/>
                <w:sz w:val="18"/>
                <w:szCs w:val="18"/>
                <w:lang w:val="es-CO"/>
              </w:rPr>
              <w:t>los elementos instalados contados a partir de la fecha de recibido (constancia de recibido a satisfacción). Sí durante el tiempo de garantía, los elementos que fueron instalados, presentan falencias en su normal funcionamiento como consecuencia de mala calidad los elementos instalados o la falta de idoneidad del operario que realizo el trabajo, el contratista en un término de dos (2) días calendario, hará efectiva la garantía técnica, sin que ello generé ningún adicional para la Policía Nacional.</w:t>
            </w:r>
          </w:p>
          <w:p w14:paraId="7A6012C5" w14:textId="77777777" w:rsidR="00674DB8" w:rsidRPr="004F7FA6" w:rsidRDefault="00674DB8" w:rsidP="00B25E14">
            <w:pPr>
              <w:pStyle w:val="TableParagraph"/>
              <w:ind w:left="136" w:right="115"/>
              <w:jc w:val="both"/>
              <w:rPr>
                <w:rFonts w:ascii="Arial" w:hAnsi="Arial" w:cs="Arial"/>
                <w:sz w:val="18"/>
                <w:szCs w:val="18"/>
                <w:lang w:val="es-CO"/>
              </w:rPr>
            </w:pPr>
          </w:p>
          <w:p w14:paraId="52BD0B7F" w14:textId="77777777" w:rsidR="00674DB8" w:rsidRPr="004F7FA6" w:rsidRDefault="00674DB8" w:rsidP="00B25E14">
            <w:pPr>
              <w:pStyle w:val="TableParagraph"/>
              <w:ind w:right="115"/>
              <w:jc w:val="both"/>
              <w:rPr>
                <w:rFonts w:ascii="Arial" w:hAnsi="Arial" w:cs="Arial"/>
                <w:sz w:val="18"/>
                <w:szCs w:val="18"/>
                <w:lang w:val="es-CO"/>
              </w:rPr>
            </w:pPr>
            <w:r w:rsidRPr="004F7FA6">
              <w:rPr>
                <w:rFonts w:ascii="Arial" w:hAnsi="Arial" w:cs="Arial"/>
                <w:sz w:val="18"/>
                <w:szCs w:val="18"/>
                <w:lang w:val="es-CO"/>
              </w:rPr>
              <w:t>Forma de acreditación del requisito habilitante.</w:t>
            </w:r>
          </w:p>
          <w:p w14:paraId="396EF1C3" w14:textId="77777777" w:rsidR="00674DB8" w:rsidRPr="004F7FA6" w:rsidRDefault="00674DB8" w:rsidP="00B25E14">
            <w:pPr>
              <w:pStyle w:val="TableParagraph"/>
              <w:ind w:right="115"/>
              <w:jc w:val="both"/>
              <w:rPr>
                <w:rFonts w:ascii="Arial" w:hAnsi="Arial" w:cs="Arial"/>
                <w:sz w:val="18"/>
                <w:szCs w:val="18"/>
                <w:lang w:val="es-CO"/>
              </w:rPr>
            </w:pPr>
          </w:p>
          <w:p w14:paraId="703D8B85" w14:textId="77777777" w:rsidR="00674DB8" w:rsidRPr="004F7FA6" w:rsidRDefault="00674DB8" w:rsidP="00B25E14">
            <w:pPr>
              <w:jc w:val="both"/>
              <w:rPr>
                <w:rFonts w:ascii="Arial" w:hAnsi="Arial" w:cs="Arial"/>
                <w:b/>
                <w:bCs/>
                <w:sz w:val="18"/>
                <w:szCs w:val="18"/>
                <w:highlight w:val="darkGray"/>
                <w:lang w:val="es-ES_tradnl"/>
              </w:rPr>
            </w:pPr>
            <w:r w:rsidRPr="004F7FA6">
              <w:rPr>
                <w:rFonts w:ascii="Arial" w:hAnsi="Arial" w:cs="Arial"/>
                <w:sz w:val="18"/>
                <w:szCs w:val="18"/>
              </w:rPr>
              <w:t>Presentar junto con la propuesta una certificación firmada por el representante legal del proponente o persona natural, en la cual se indique expresamente que ofrece una garantía técnica mínima de un (1) año para los repuestos objeto de cambio conforme a las exigencias y condiciones contempladas en el presente requisito.</w:t>
            </w:r>
          </w:p>
        </w:tc>
        <w:tc>
          <w:tcPr>
            <w:tcW w:w="993" w:type="dxa"/>
            <w:vAlign w:val="center"/>
          </w:tcPr>
          <w:p w14:paraId="33C7EB95" w14:textId="77777777" w:rsidR="00674DB8" w:rsidRPr="004F7FA6" w:rsidRDefault="00674DB8" w:rsidP="00674DB8">
            <w:pPr>
              <w:pStyle w:val="TableParagraph"/>
              <w:jc w:val="center"/>
              <w:rPr>
                <w:rFonts w:ascii="Arial" w:hAnsi="Arial" w:cs="Arial"/>
                <w:sz w:val="18"/>
                <w:szCs w:val="18"/>
                <w:lang w:val="es-CO"/>
              </w:rPr>
            </w:pPr>
          </w:p>
        </w:tc>
        <w:tc>
          <w:tcPr>
            <w:tcW w:w="992" w:type="dxa"/>
          </w:tcPr>
          <w:p w14:paraId="19D9A42B" w14:textId="77777777" w:rsidR="00674DB8" w:rsidRPr="004F7FA6" w:rsidRDefault="00674DB8" w:rsidP="00674DB8">
            <w:pPr>
              <w:pStyle w:val="TableParagraph"/>
              <w:jc w:val="center"/>
              <w:rPr>
                <w:rFonts w:ascii="Arial" w:hAnsi="Arial" w:cs="Arial"/>
                <w:sz w:val="18"/>
                <w:szCs w:val="18"/>
                <w:lang w:val="es-CO"/>
              </w:rPr>
            </w:pPr>
          </w:p>
        </w:tc>
      </w:tr>
    </w:tbl>
    <w:p w14:paraId="6AB38644" w14:textId="77777777" w:rsidR="00516A5B" w:rsidRDefault="00516A5B" w:rsidP="007574D6">
      <w:pPr>
        <w:spacing w:after="0"/>
        <w:rPr>
          <w:rFonts w:ascii="Arial" w:eastAsia="Calibri" w:hAnsi="Arial" w:cs="Arial"/>
          <w:sz w:val="14"/>
        </w:rPr>
      </w:pPr>
    </w:p>
    <w:tbl>
      <w:tblPr>
        <w:tblStyle w:val="Tablaconcuadrcula"/>
        <w:tblW w:w="10490" w:type="dxa"/>
        <w:tblInd w:w="-572" w:type="dxa"/>
        <w:tblLook w:val="04A0" w:firstRow="1" w:lastRow="0" w:firstColumn="1" w:lastColumn="0" w:noHBand="0" w:noVBand="1"/>
      </w:tblPr>
      <w:tblGrid>
        <w:gridCol w:w="680"/>
        <w:gridCol w:w="7825"/>
        <w:gridCol w:w="993"/>
        <w:gridCol w:w="992"/>
      </w:tblGrid>
      <w:tr w:rsidR="00674DB8" w:rsidRPr="005A45C1" w14:paraId="1184C8F9" w14:textId="08A55900" w:rsidTr="00674DB8">
        <w:trPr>
          <w:trHeight w:val="20"/>
        </w:trPr>
        <w:tc>
          <w:tcPr>
            <w:tcW w:w="680" w:type="dxa"/>
          </w:tcPr>
          <w:p w14:paraId="233E180E" w14:textId="77777777" w:rsidR="00674DB8" w:rsidRPr="00930748" w:rsidRDefault="00674DB8" w:rsidP="00B25E14">
            <w:pPr>
              <w:jc w:val="center"/>
              <w:rPr>
                <w:rFonts w:ascii="Arial" w:hAnsi="Arial" w:cs="Arial"/>
                <w:b/>
                <w:bCs/>
                <w:sz w:val="18"/>
                <w:szCs w:val="18"/>
              </w:rPr>
            </w:pPr>
            <w:r w:rsidRPr="00930748">
              <w:rPr>
                <w:rFonts w:ascii="Arial" w:hAnsi="Arial" w:cs="Arial"/>
                <w:b/>
                <w:bCs/>
                <w:sz w:val="18"/>
                <w:szCs w:val="18"/>
              </w:rPr>
              <w:t>24</w:t>
            </w:r>
          </w:p>
        </w:tc>
        <w:tc>
          <w:tcPr>
            <w:tcW w:w="7825" w:type="dxa"/>
          </w:tcPr>
          <w:p w14:paraId="202DA0F6" w14:textId="77777777" w:rsidR="00674DB8" w:rsidRPr="00930748" w:rsidRDefault="00674DB8" w:rsidP="00B25E14">
            <w:pPr>
              <w:rPr>
                <w:rFonts w:ascii="Arial" w:hAnsi="Arial" w:cs="Arial"/>
                <w:sz w:val="18"/>
                <w:szCs w:val="18"/>
              </w:rPr>
            </w:pPr>
            <w:r w:rsidRPr="00930748">
              <w:rPr>
                <w:rFonts w:ascii="Arial" w:hAnsi="Arial" w:cs="Arial"/>
                <w:b/>
                <w:bCs/>
                <w:sz w:val="18"/>
                <w:szCs w:val="18"/>
                <w:lang w:val="es-ES_tradnl"/>
              </w:rPr>
              <w:t>OTRAS ESPECIFICACIONES TÉCNICAS MÍNIMAS REQUERIDAS</w:t>
            </w:r>
          </w:p>
        </w:tc>
        <w:tc>
          <w:tcPr>
            <w:tcW w:w="993" w:type="dxa"/>
            <w:vAlign w:val="center"/>
          </w:tcPr>
          <w:p w14:paraId="6C2EAED3" w14:textId="77777777" w:rsidR="00674DB8" w:rsidRPr="00930748" w:rsidRDefault="00674DB8" w:rsidP="00674DB8">
            <w:pPr>
              <w:jc w:val="center"/>
              <w:rPr>
                <w:rFonts w:ascii="Arial" w:hAnsi="Arial" w:cs="Arial"/>
                <w:b/>
                <w:bCs/>
                <w:sz w:val="18"/>
                <w:szCs w:val="18"/>
                <w:lang w:val="es-ES_tradnl"/>
              </w:rPr>
            </w:pPr>
          </w:p>
        </w:tc>
        <w:tc>
          <w:tcPr>
            <w:tcW w:w="992" w:type="dxa"/>
            <w:vAlign w:val="center"/>
          </w:tcPr>
          <w:p w14:paraId="4A541091" w14:textId="77777777" w:rsidR="00674DB8" w:rsidRPr="00930748" w:rsidRDefault="00674DB8" w:rsidP="00674DB8">
            <w:pPr>
              <w:jc w:val="center"/>
              <w:rPr>
                <w:rFonts w:ascii="Arial" w:hAnsi="Arial" w:cs="Arial"/>
                <w:b/>
                <w:bCs/>
                <w:sz w:val="18"/>
                <w:szCs w:val="18"/>
                <w:lang w:val="es-ES_tradnl"/>
              </w:rPr>
            </w:pPr>
          </w:p>
        </w:tc>
      </w:tr>
      <w:tr w:rsidR="00674DB8" w:rsidRPr="00191729" w14:paraId="5FF2511C" w14:textId="160C7407" w:rsidTr="00674DB8">
        <w:trPr>
          <w:trHeight w:val="20"/>
        </w:trPr>
        <w:tc>
          <w:tcPr>
            <w:tcW w:w="680" w:type="dxa"/>
          </w:tcPr>
          <w:p w14:paraId="2E1EB680" w14:textId="77777777" w:rsidR="00674DB8" w:rsidRPr="00930748" w:rsidRDefault="00674DB8" w:rsidP="00B25E14">
            <w:pPr>
              <w:jc w:val="center"/>
              <w:rPr>
                <w:rFonts w:ascii="Arial" w:hAnsi="Arial" w:cs="Arial"/>
                <w:sz w:val="18"/>
                <w:szCs w:val="18"/>
              </w:rPr>
            </w:pPr>
          </w:p>
        </w:tc>
        <w:tc>
          <w:tcPr>
            <w:tcW w:w="7825" w:type="dxa"/>
          </w:tcPr>
          <w:p w14:paraId="6B4C0F42" w14:textId="77777777" w:rsidR="00674DB8" w:rsidRPr="00930748" w:rsidRDefault="00674DB8" w:rsidP="00422F50">
            <w:pPr>
              <w:jc w:val="both"/>
              <w:rPr>
                <w:rFonts w:ascii="Arial" w:hAnsi="Arial" w:cs="Arial"/>
                <w:b/>
                <w:bCs/>
                <w:sz w:val="18"/>
                <w:szCs w:val="18"/>
                <w:highlight w:val="darkGray"/>
                <w:lang w:val="es-ES_tradnl"/>
              </w:rPr>
            </w:pPr>
            <w:r w:rsidRPr="00930748">
              <w:rPr>
                <w:rFonts w:ascii="Arial" w:hAnsi="Arial" w:cs="Arial"/>
                <w:b/>
                <w:bCs/>
                <w:sz w:val="18"/>
                <w:szCs w:val="18"/>
                <w:lang w:val="es-ES_tradnl"/>
              </w:rPr>
              <w:t>MANTENIMIENTO PREVENTIVO Y/O CORRECTIVO RED DE VOZ Y DATOS A TODO COSTO</w:t>
            </w:r>
          </w:p>
        </w:tc>
        <w:tc>
          <w:tcPr>
            <w:tcW w:w="993" w:type="dxa"/>
            <w:vAlign w:val="center"/>
          </w:tcPr>
          <w:p w14:paraId="5252AE8C" w14:textId="77777777" w:rsidR="00674DB8" w:rsidRPr="00930748" w:rsidRDefault="00674DB8" w:rsidP="00674DB8">
            <w:pPr>
              <w:jc w:val="center"/>
              <w:rPr>
                <w:rFonts w:ascii="Arial" w:hAnsi="Arial" w:cs="Arial"/>
                <w:b/>
                <w:bCs/>
                <w:sz w:val="18"/>
                <w:szCs w:val="18"/>
                <w:lang w:val="es-ES_tradnl"/>
              </w:rPr>
            </w:pPr>
          </w:p>
        </w:tc>
        <w:tc>
          <w:tcPr>
            <w:tcW w:w="992" w:type="dxa"/>
            <w:vAlign w:val="center"/>
          </w:tcPr>
          <w:p w14:paraId="76CBF2DA" w14:textId="77777777" w:rsidR="00674DB8" w:rsidRPr="00930748" w:rsidRDefault="00674DB8" w:rsidP="00674DB8">
            <w:pPr>
              <w:jc w:val="center"/>
              <w:rPr>
                <w:rFonts w:ascii="Arial" w:hAnsi="Arial" w:cs="Arial"/>
                <w:b/>
                <w:bCs/>
                <w:sz w:val="18"/>
                <w:szCs w:val="18"/>
                <w:lang w:val="es-ES_tradnl"/>
              </w:rPr>
            </w:pPr>
          </w:p>
        </w:tc>
      </w:tr>
      <w:tr w:rsidR="00674DB8" w:rsidRPr="003E005E" w14:paraId="5E565301" w14:textId="09308BE3" w:rsidTr="00674DB8">
        <w:trPr>
          <w:trHeight w:val="20"/>
        </w:trPr>
        <w:tc>
          <w:tcPr>
            <w:tcW w:w="680" w:type="dxa"/>
          </w:tcPr>
          <w:p w14:paraId="6E1E7C01"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24.1</w:t>
            </w:r>
          </w:p>
        </w:tc>
        <w:tc>
          <w:tcPr>
            <w:tcW w:w="7825" w:type="dxa"/>
          </w:tcPr>
          <w:p w14:paraId="22883497" w14:textId="77777777" w:rsidR="00674DB8" w:rsidRPr="00930748" w:rsidRDefault="00674DB8" w:rsidP="00B25E14">
            <w:pPr>
              <w:rPr>
                <w:rFonts w:ascii="Arial" w:hAnsi="Arial" w:cs="Arial"/>
                <w:b/>
                <w:bCs/>
                <w:sz w:val="18"/>
                <w:szCs w:val="18"/>
                <w:lang w:val="es-ES_tradnl"/>
              </w:rPr>
            </w:pPr>
            <w:r w:rsidRPr="00930748">
              <w:rPr>
                <w:rFonts w:ascii="Arial" w:hAnsi="Arial" w:cs="Arial"/>
                <w:sz w:val="18"/>
                <w:szCs w:val="18"/>
                <w:lang w:val="es-ES_tradnl"/>
              </w:rPr>
              <w:t>El contratista deberá presentar planos y documento con la numeración y distribución de cada uno de los puntos, así como de su certificación.</w:t>
            </w:r>
          </w:p>
        </w:tc>
        <w:tc>
          <w:tcPr>
            <w:tcW w:w="993" w:type="dxa"/>
            <w:vAlign w:val="center"/>
          </w:tcPr>
          <w:p w14:paraId="7C5B5A69" w14:textId="77777777" w:rsidR="00674DB8" w:rsidRPr="00930748" w:rsidRDefault="00674DB8" w:rsidP="00674DB8">
            <w:pPr>
              <w:jc w:val="center"/>
              <w:rPr>
                <w:rFonts w:ascii="Arial" w:hAnsi="Arial" w:cs="Arial"/>
                <w:sz w:val="18"/>
                <w:szCs w:val="18"/>
                <w:lang w:val="es-ES_tradnl"/>
              </w:rPr>
            </w:pPr>
          </w:p>
        </w:tc>
        <w:tc>
          <w:tcPr>
            <w:tcW w:w="992" w:type="dxa"/>
            <w:vAlign w:val="center"/>
          </w:tcPr>
          <w:p w14:paraId="26732C27" w14:textId="77777777" w:rsidR="00674DB8" w:rsidRPr="00930748" w:rsidRDefault="00674DB8" w:rsidP="00674DB8">
            <w:pPr>
              <w:jc w:val="center"/>
              <w:rPr>
                <w:rFonts w:ascii="Arial" w:hAnsi="Arial" w:cs="Arial"/>
                <w:sz w:val="18"/>
                <w:szCs w:val="18"/>
                <w:lang w:val="es-ES_tradnl"/>
              </w:rPr>
            </w:pPr>
          </w:p>
        </w:tc>
      </w:tr>
      <w:tr w:rsidR="00674DB8" w:rsidRPr="003E005E" w14:paraId="11879264" w14:textId="2B719FD9" w:rsidTr="00674DB8">
        <w:trPr>
          <w:trHeight w:val="20"/>
        </w:trPr>
        <w:tc>
          <w:tcPr>
            <w:tcW w:w="680" w:type="dxa"/>
          </w:tcPr>
          <w:p w14:paraId="30BB3883"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24.2</w:t>
            </w:r>
          </w:p>
        </w:tc>
        <w:tc>
          <w:tcPr>
            <w:tcW w:w="7825" w:type="dxa"/>
          </w:tcPr>
          <w:p w14:paraId="1973C9B1"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El proponente a quien sea adjudicado el proceso, deberá entregar a la supervisión del contrato dentro de los primeros 5 días hábiles un cronograma de las actividades a desarrollar.</w:t>
            </w:r>
          </w:p>
          <w:p w14:paraId="0A0D4573" w14:textId="77777777" w:rsidR="00674DB8" w:rsidRPr="00930748" w:rsidRDefault="00674DB8" w:rsidP="00B25E14">
            <w:pPr>
              <w:jc w:val="both"/>
              <w:rPr>
                <w:rFonts w:ascii="Arial" w:hAnsi="Arial" w:cs="Arial"/>
                <w:sz w:val="18"/>
                <w:szCs w:val="18"/>
              </w:rPr>
            </w:pPr>
          </w:p>
          <w:p w14:paraId="3A2DFE75" w14:textId="77777777" w:rsidR="00674DB8" w:rsidRPr="00930748" w:rsidRDefault="00674DB8" w:rsidP="00B25E14">
            <w:pPr>
              <w:rPr>
                <w:rFonts w:ascii="Arial" w:hAnsi="Arial" w:cs="Arial"/>
                <w:b/>
                <w:bCs/>
                <w:sz w:val="18"/>
                <w:szCs w:val="18"/>
                <w:lang w:val="es-ES_tradnl"/>
              </w:rPr>
            </w:pPr>
            <w:r w:rsidRPr="00930748">
              <w:rPr>
                <w:rFonts w:ascii="Arial" w:hAnsi="Arial" w:cs="Arial"/>
                <w:sz w:val="18"/>
                <w:szCs w:val="18"/>
              </w:rPr>
              <w:t>El cronograma debe ser concertado con el supervisor del contrato o por quien este delegue para realizar esta actividad, este debe enmarcar los requerimientos técnicos solicitados, describiendo tiempos y actividades a desarrollar.</w:t>
            </w:r>
          </w:p>
        </w:tc>
        <w:tc>
          <w:tcPr>
            <w:tcW w:w="993" w:type="dxa"/>
            <w:vAlign w:val="center"/>
          </w:tcPr>
          <w:p w14:paraId="725F0C5B" w14:textId="77777777" w:rsidR="00674DB8" w:rsidRPr="00930748" w:rsidRDefault="00674DB8" w:rsidP="00674DB8">
            <w:pPr>
              <w:jc w:val="center"/>
              <w:rPr>
                <w:rFonts w:ascii="Arial" w:hAnsi="Arial" w:cs="Arial"/>
                <w:sz w:val="18"/>
                <w:szCs w:val="18"/>
              </w:rPr>
            </w:pPr>
          </w:p>
        </w:tc>
        <w:tc>
          <w:tcPr>
            <w:tcW w:w="992" w:type="dxa"/>
            <w:vAlign w:val="center"/>
          </w:tcPr>
          <w:p w14:paraId="410E0CD7" w14:textId="77777777" w:rsidR="00674DB8" w:rsidRPr="00930748" w:rsidRDefault="00674DB8" w:rsidP="00674DB8">
            <w:pPr>
              <w:jc w:val="center"/>
              <w:rPr>
                <w:rFonts w:ascii="Arial" w:hAnsi="Arial" w:cs="Arial"/>
                <w:sz w:val="18"/>
                <w:szCs w:val="18"/>
              </w:rPr>
            </w:pPr>
          </w:p>
        </w:tc>
      </w:tr>
      <w:tr w:rsidR="00674DB8" w:rsidRPr="00887966" w14:paraId="438879E9" w14:textId="530F791C" w:rsidTr="00674DB8">
        <w:trPr>
          <w:trHeight w:val="20"/>
        </w:trPr>
        <w:tc>
          <w:tcPr>
            <w:tcW w:w="680" w:type="dxa"/>
            <w:vAlign w:val="center"/>
          </w:tcPr>
          <w:p w14:paraId="1907CF89"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24.3</w:t>
            </w:r>
          </w:p>
        </w:tc>
        <w:tc>
          <w:tcPr>
            <w:tcW w:w="7825" w:type="dxa"/>
          </w:tcPr>
          <w:p w14:paraId="5BB18000" w14:textId="77777777" w:rsidR="00674DB8" w:rsidRPr="00930748" w:rsidRDefault="00674DB8" w:rsidP="00B25E14">
            <w:pPr>
              <w:pStyle w:val="Default"/>
              <w:jc w:val="both"/>
              <w:rPr>
                <w:rFonts w:ascii="Arial" w:hAnsi="Arial" w:cs="Arial"/>
                <w:sz w:val="18"/>
                <w:szCs w:val="18"/>
              </w:rPr>
            </w:pPr>
            <w:r w:rsidRPr="00930748">
              <w:rPr>
                <w:rFonts w:ascii="Arial" w:hAnsi="Arial" w:cs="Arial"/>
                <w:sz w:val="18"/>
                <w:szCs w:val="18"/>
                <w:lang w:val="es-ES_tradnl"/>
              </w:rPr>
              <w:t xml:space="preserve">Tener en cuenta que para la Instalación del cableado de fibra óptica (para interior y/o exterior), se debe acondicionar para el funcionamiento de cinco (5) diferentes enlaces en configuración de estrella a </w:t>
            </w:r>
            <w:proofErr w:type="spellStart"/>
            <w:r w:rsidRPr="00930748">
              <w:rPr>
                <w:rFonts w:ascii="Arial" w:hAnsi="Arial" w:cs="Arial"/>
                <w:sz w:val="18"/>
                <w:szCs w:val="18"/>
              </w:rPr>
              <w:t>Switch</w:t>
            </w:r>
            <w:proofErr w:type="spellEnd"/>
            <w:r w:rsidRPr="00930748">
              <w:rPr>
                <w:rFonts w:ascii="Arial" w:hAnsi="Arial" w:cs="Arial"/>
                <w:sz w:val="18"/>
                <w:szCs w:val="18"/>
              </w:rPr>
              <w:t xml:space="preserve">  de 48 puertos, así como la instalación de accesorios para su operación (gabinete, conectores de red </w:t>
            </w:r>
            <w:proofErr w:type="spellStart"/>
            <w:r w:rsidRPr="00930748">
              <w:rPr>
                <w:rFonts w:ascii="Arial" w:hAnsi="Arial" w:cs="Arial"/>
                <w:sz w:val="18"/>
                <w:szCs w:val="18"/>
              </w:rPr>
              <w:t>transeiver</w:t>
            </w:r>
            <w:proofErr w:type="spellEnd"/>
            <w:r w:rsidRPr="00930748">
              <w:rPr>
                <w:rFonts w:ascii="Arial" w:hAnsi="Arial" w:cs="Arial"/>
                <w:sz w:val="18"/>
                <w:szCs w:val="18"/>
              </w:rPr>
              <w:t xml:space="preserve">  y </w:t>
            </w:r>
            <w:proofErr w:type="spellStart"/>
            <w:r w:rsidRPr="00930748">
              <w:rPr>
                <w:rFonts w:ascii="Arial" w:hAnsi="Arial" w:cs="Arial"/>
                <w:sz w:val="18"/>
                <w:szCs w:val="18"/>
              </w:rPr>
              <w:t>patch</w:t>
            </w:r>
            <w:proofErr w:type="spellEnd"/>
            <w:r w:rsidRPr="00930748">
              <w:rPr>
                <w:rFonts w:ascii="Arial" w:hAnsi="Arial" w:cs="Arial"/>
                <w:sz w:val="18"/>
                <w:szCs w:val="18"/>
              </w:rPr>
              <w:t xml:space="preserve"> </w:t>
            </w:r>
            <w:proofErr w:type="spellStart"/>
            <w:r w:rsidRPr="00930748">
              <w:rPr>
                <w:rFonts w:ascii="Arial" w:hAnsi="Arial" w:cs="Arial"/>
                <w:sz w:val="18"/>
                <w:szCs w:val="18"/>
              </w:rPr>
              <w:t>cord</w:t>
            </w:r>
            <w:proofErr w:type="spellEnd"/>
            <w:r w:rsidRPr="00930748">
              <w:rPr>
                <w:rFonts w:ascii="Arial" w:hAnsi="Arial" w:cs="Arial"/>
                <w:sz w:val="18"/>
                <w:szCs w:val="18"/>
              </w:rPr>
              <w:t xml:space="preserve"> de fibra y UTP Categoría 6A, instalaciones eléctricas, adecuación, protección, entre otros), de la misma manera, de ser necesario y si así lo requiere el supervisor, se debe realizar la distribución y puesta en funcionamiento de los </w:t>
            </w:r>
            <w:proofErr w:type="spellStart"/>
            <w:r w:rsidRPr="00930748">
              <w:rPr>
                <w:rFonts w:ascii="Arial" w:hAnsi="Arial" w:cs="Arial"/>
                <w:sz w:val="18"/>
                <w:szCs w:val="18"/>
              </w:rPr>
              <w:t>switches</w:t>
            </w:r>
            <w:proofErr w:type="spellEnd"/>
            <w:r w:rsidRPr="00930748">
              <w:rPr>
                <w:rFonts w:ascii="Arial" w:hAnsi="Arial" w:cs="Arial"/>
                <w:sz w:val="18"/>
                <w:szCs w:val="18"/>
              </w:rPr>
              <w:t xml:space="preserve"> existentes.</w:t>
            </w:r>
          </w:p>
        </w:tc>
        <w:tc>
          <w:tcPr>
            <w:tcW w:w="993" w:type="dxa"/>
            <w:vAlign w:val="center"/>
          </w:tcPr>
          <w:p w14:paraId="53F124FB" w14:textId="77777777" w:rsidR="00674DB8" w:rsidRPr="00930748" w:rsidRDefault="00674DB8" w:rsidP="00674DB8">
            <w:pPr>
              <w:pStyle w:val="Default"/>
              <w:jc w:val="center"/>
              <w:rPr>
                <w:rFonts w:ascii="Arial" w:hAnsi="Arial" w:cs="Arial"/>
                <w:sz w:val="18"/>
                <w:szCs w:val="18"/>
                <w:lang w:val="es-ES_tradnl"/>
              </w:rPr>
            </w:pPr>
          </w:p>
        </w:tc>
        <w:tc>
          <w:tcPr>
            <w:tcW w:w="992" w:type="dxa"/>
            <w:vAlign w:val="center"/>
          </w:tcPr>
          <w:p w14:paraId="13A5FB52" w14:textId="77777777" w:rsidR="00674DB8" w:rsidRPr="00930748" w:rsidRDefault="00674DB8" w:rsidP="00674DB8">
            <w:pPr>
              <w:pStyle w:val="Default"/>
              <w:jc w:val="center"/>
              <w:rPr>
                <w:rFonts w:ascii="Arial" w:hAnsi="Arial" w:cs="Arial"/>
                <w:sz w:val="18"/>
                <w:szCs w:val="18"/>
                <w:lang w:val="es-ES_tradnl"/>
              </w:rPr>
            </w:pPr>
          </w:p>
        </w:tc>
      </w:tr>
      <w:tr w:rsidR="00674DB8" w:rsidRPr="00463B46" w14:paraId="51D20B95" w14:textId="61A72B97" w:rsidTr="00674DB8">
        <w:trPr>
          <w:trHeight w:val="20"/>
        </w:trPr>
        <w:tc>
          <w:tcPr>
            <w:tcW w:w="680" w:type="dxa"/>
            <w:vAlign w:val="center"/>
          </w:tcPr>
          <w:p w14:paraId="65B9A76D"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24.4</w:t>
            </w:r>
          </w:p>
        </w:tc>
        <w:tc>
          <w:tcPr>
            <w:tcW w:w="7825" w:type="dxa"/>
          </w:tcPr>
          <w:p w14:paraId="1E58DAE3" w14:textId="77777777" w:rsidR="00674DB8" w:rsidRPr="00930748" w:rsidRDefault="00674DB8" w:rsidP="00B25E14">
            <w:pPr>
              <w:pStyle w:val="Default"/>
              <w:jc w:val="both"/>
              <w:rPr>
                <w:rFonts w:ascii="Arial" w:hAnsi="Arial" w:cs="Arial"/>
                <w:sz w:val="18"/>
                <w:szCs w:val="18"/>
                <w:lang w:val="es-ES_tradnl"/>
              </w:rPr>
            </w:pPr>
            <w:r w:rsidRPr="00930748">
              <w:rPr>
                <w:rFonts w:ascii="Arial" w:hAnsi="Arial" w:cs="Arial"/>
                <w:sz w:val="18"/>
                <w:szCs w:val="18"/>
              </w:rPr>
              <w:t xml:space="preserve">El contratista debe realizar mantenimiento a todo costo, cubriendo todos los componentes de la infraestructura LAN: cajas de inspección o paso, cableado de fibra óptica y UTP, centros de cableado, rack </w:t>
            </w:r>
            <w:r w:rsidRPr="00930748">
              <w:rPr>
                <w:rFonts w:ascii="Arial" w:hAnsi="Arial" w:cs="Arial"/>
                <w:color w:val="000000" w:themeColor="text1"/>
                <w:sz w:val="18"/>
                <w:szCs w:val="18"/>
              </w:rPr>
              <w:t xml:space="preserve">o gabinetes y </w:t>
            </w:r>
            <w:r w:rsidRPr="00930748">
              <w:rPr>
                <w:rFonts w:ascii="Arial" w:hAnsi="Arial" w:cs="Arial"/>
                <w:sz w:val="18"/>
                <w:szCs w:val="18"/>
              </w:rPr>
              <w:t>todo componente de cableado estructurado.</w:t>
            </w:r>
          </w:p>
        </w:tc>
        <w:tc>
          <w:tcPr>
            <w:tcW w:w="993" w:type="dxa"/>
            <w:vAlign w:val="center"/>
          </w:tcPr>
          <w:p w14:paraId="47074A91" w14:textId="77777777" w:rsidR="00674DB8" w:rsidRPr="00930748" w:rsidRDefault="00674DB8" w:rsidP="00674DB8">
            <w:pPr>
              <w:pStyle w:val="Default"/>
              <w:jc w:val="center"/>
              <w:rPr>
                <w:rFonts w:ascii="Arial" w:hAnsi="Arial" w:cs="Arial"/>
                <w:sz w:val="18"/>
                <w:szCs w:val="18"/>
              </w:rPr>
            </w:pPr>
          </w:p>
        </w:tc>
        <w:tc>
          <w:tcPr>
            <w:tcW w:w="992" w:type="dxa"/>
            <w:vAlign w:val="center"/>
          </w:tcPr>
          <w:p w14:paraId="65401F89" w14:textId="77777777" w:rsidR="00674DB8" w:rsidRPr="00930748" w:rsidRDefault="00674DB8" w:rsidP="00674DB8">
            <w:pPr>
              <w:pStyle w:val="Default"/>
              <w:jc w:val="center"/>
              <w:rPr>
                <w:rFonts w:ascii="Arial" w:hAnsi="Arial" w:cs="Arial"/>
                <w:sz w:val="18"/>
                <w:szCs w:val="18"/>
              </w:rPr>
            </w:pPr>
          </w:p>
        </w:tc>
      </w:tr>
      <w:tr w:rsidR="00674DB8" w:rsidRPr="00463B46" w14:paraId="5486C05A" w14:textId="6806C93F" w:rsidTr="00674DB8">
        <w:trPr>
          <w:trHeight w:val="20"/>
        </w:trPr>
        <w:tc>
          <w:tcPr>
            <w:tcW w:w="680" w:type="dxa"/>
            <w:vAlign w:val="center"/>
          </w:tcPr>
          <w:p w14:paraId="02133A29"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24.5</w:t>
            </w:r>
          </w:p>
        </w:tc>
        <w:tc>
          <w:tcPr>
            <w:tcW w:w="7825" w:type="dxa"/>
          </w:tcPr>
          <w:p w14:paraId="36AAE101" w14:textId="77777777" w:rsidR="00674DB8" w:rsidRPr="00930748" w:rsidRDefault="00674DB8" w:rsidP="00B25E14">
            <w:pPr>
              <w:pStyle w:val="Default"/>
              <w:jc w:val="both"/>
              <w:rPr>
                <w:rFonts w:ascii="Arial" w:hAnsi="Arial" w:cs="Arial"/>
                <w:sz w:val="18"/>
                <w:szCs w:val="18"/>
              </w:rPr>
            </w:pPr>
            <w:r w:rsidRPr="00930748">
              <w:rPr>
                <w:rFonts w:ascii="Arial" w:hAnsi="Arial" w:cs="Arial"/>
                <w:sz w:val="18"/>
                <w:szCs w:val="18"/>
              </w:rPr>
              <w:t>El contratista garantizará para la totalidad del sistema horizontal y vertical la entrega de certificación de desempeño de canal, resultados de las pruebas en formato PDF medio magnético, junto con certificación vigente de calibración del instrumento de medición a utilizar</w:t>
            </w:r>
          </w:p>
        </w:tc>
        <w:tc>
          <w:tcPr>
            <w:tcW w:w="993" w:type="dxa"/>
            <w:vAlign w:val="center"/>
          </w:tcPr>
          <w:p w14:paraId="73C465FA" w14:textId="77777777" w:rsidR="00674DB8" w:rsidRPr="00930748" w:rsidRDefault="00674DB8" w:rsidP="00674DB8">
            <w:pPr>
              <w:pStyle w:val="Default"/>
              <w:jc w:val="center"/>
              <w:rPr>
                <w:rFonts w:ascii="Arial" w:hAnsi="Arial" w:cs="Arial"/>
                <w:sz w:val="18"/>
                <w:szCs w:val="18"/>
              </w:rPr>
            </w:pPr>
          </w:p>
        </w:tc>
        <w:tc>
          <w:tcPr>
            <w:tcW w:w="992" w:type="dxa"/>
            <w:vAlign w:val="center"/>
          </w:tcPr>
          <w:p w14:paraId="6763671A" w14:textId="77777777" w:rsidR="00674DB8" w:rsidRPr="00930748" w:rsidRDefault="00674DB8" w:rsidP="00674DB8">
            <w:pPr>
              <w:pStyle w:val="Default"/>
              <w:jc w:val="center"/>
              <w:rPr>
                <w:rFonts w:ascii="Arial" w:hAnsi="Arial" w:cs="Arial"/>
                <w:sz w:val="18"/>
                <w:szCs w:val="18"/>
              </w:rPr>
            </w:pPr>
          </w:p>
        </w:tc>
      </w:tr>
      <w:tr w:rsidR="00674DB8" w:rsidRPr="00463B46" w14:paraId="6B71B290" w14:textId="6B773BE4" w:rsidTr="00674DB8">
        <w:trPr>
          <w:trHeight w:val="20"/>
        </w:trPr>
        <w:tc>
          <w:tcPr>
            <w:tcW w:w="680" w:type="dxa"/>
            <w:vAlign w:val="center"/>
          </w:tcPr>
          <w:p w14:paraId="508E1722"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24.6</w:t>
            </w:r>
          </w:p>
        </w:tc>
        <w:tc>
          <w:tcPr>
            <w:tcW w:w="7825" w:type="dxa"/>
          </w:tcPr>
          <w:p w14:paraId="761A5667" w14:textId="77777777" w:rsidR="00674DB8" w:rsidRPr="00930748" w:rsidRDefault="00674DB8" w:rsidP="00B25E14">
            <w:pPr>
              <w:pStyle w:val="Default"/>
              <w:jc w:val="both"/>
              <w:rPr>
                <w:rFonts w:ascii="Arial" w:hAnsi="Arial" w:cs="Arial"/>
                <w:sz w:val="18"/>
                <w:szCs w:val="18"/>
              </w:rPr>
            </w:pPr>
            <w:r w:rsidRPr="00930748">
              <w:rPr>
                <w:rFonts w:ascii="Arial" w:hAnsi="Arial" w:cs="Arial"/>
                <w:color w:val="242424"/>
                <w:sz w:val="18"/>
                <w:szCs w:val="18"/>
              </w:rPr>
              <w:t xml:space="preserve">El contratista garantizará que ningún cable este expuesto o a la vista; para ello deberá suministrar e instalar canaletas plásticas (listada UL 5 A y/o UL 94, certificado RETIE y/o estándar NEMA.) de diseño homogéneo, tanto en medidas como en color, junto con todos los accesorios (uniones, </w:t>
            </w:r>
            <w:proofErr w:type="spellStart"/>
            <w:r w:rsidRPr="00930748">
              <w:rPr>
                <w:rFonts w:ascii="Arial" w:hAnsi="Arial" w:cs="Arial"/>
                <w:color w:val="242424"/>
                <w:sz w:val="18"/>
                <w:szCs w:val="18"/>
              </w:rPr>
              <w:t>tes</w:t>
            </w:r>
            <w:proofErr w:type="spellEnd"/>
            <w:r w:rsidRPr="00930748">
              <w:rPr>
                <w:rFonts w:ascii="Arial" w:hAnsi="Arial" w:cs="Arial"/>
                <w:color w:val="242424"/>
                <w:sz w:val="18"/>
                <w:szCs w:val="18"/>
              </w:rPr>
              <w:t>, curvas, divisores, tapas finales y sujetadores).</w:t>
            </w:r>
          </w:p>
        </w:tc>
        <w:tc>
          <w:tcPr>
            <w:tcW w:w="993" w:type="dxa"/>
            <w:vAlign w:val="center"/>
          </w:tcPr>
          <w:p w14:paraId="3852C59E" w14:textId="77777777" w:rsidR="00674DB8" w:rsidRPr="00930748" w:rsidRDefault="00674DB8" w:rsidP="00674DB8">
            <w:pPr>
              <w:pStyle w:val="Default"/>
              <w:jc w:val="center"/>
              <w:rPr>
                <w:rFonts w:ascii="Arial" w:hAnsi="Arial" w:cs="Arial"/>
                <w:color w:val="242424"/>
                <w:sz w:val="18"/>
                <w:szCs w:val="18"/>
              </w:rPr>
            </w:pPr>
          </w:p>
        </w:tc>
        <w:tc>
          <w:tcPr>
            <w:tcW w:w="992" w:type="dxa"/>
            <w:vAlign w:val="center"/>
          </w:tcPr>
          <w:p w14:paraId="584185CC" w14:textId="77777777" w:rsidR="00674DB8" w:rsidRPr="00930748" w:rsidRDefault="00674DB8" w:rsidP="00674DB8">
            <w:pPr>
              <w:pStyle w:val="Default"/>
              <w:jc w:val="center"/>
              <w:rPr>
                <w:rFonts w:ascii="Arial" w:hAnsi="Arial" w:cs="Arial"/>
                <w:color w:val="242424"/>
                <w:sz w:val="18"/>
                <w:szCs w:val="18"/>
              </w:rPr>
            </w:pPr>
          </w:p>
        </w:tc>
      </w:tr>
      <w:tr w:rsidR="00674DB8" w:rsidRPr="00887966" w14:paraId="7F5C0B43" w14:textId="64B6D992" w:rsidTr="00674DB8">
        <w:trPr>
          <w:trHeight w:val="20"/>
        </w:trPr>
        <w:tc>
          <w:tcPr>
            <w:tcW w:w="680" w:type="dxa"/>
            <w:vAlign w:val="center"/>
          </w:tcPr>
          <w:p w14:paraId="03DC35FA"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24.7</w:t>
            </w:r>
          </w:p>
        </w:tc>
        <w:tc>
          <w:tcPr>
            <w:tcW w:w="7825" w:type="dxa"/>
          </w:tcPr>
          <w:p w14:paraId="320F6E72" w14:textId="77777777" w:rsidR="00674DB8" w:rsidRPr="00930748" w:rsidRDefault="00674DB8" w:rsidP="00B25E14">
            <w:pPr>
              <w:jc w:val="both"/>
              <w:rPr>
                <w:rFonts w:ascii="Arial" w:hAnsi="Arial" w:cs="Arial"/>
                <w:sz w:val="18"/>
                <w:szCs w:val="18"/>
                <w:lang w:val="es-ES_tradnl"/>
              </w:rPr>
            </w:pPr>
            <w:r w:rsidRPr="00930748">
              <w:rPr>
                <w:rFonts w:ascii="Arial" w:hAnsi="Arial" w:cs="Arial"/>
                <w:b/>
                <w:bCs/>
                <w:sz w:val="18"/>
                <w:szCs w:val="18"/>
              </w:rPr>
              <w:t>MAQUILLADO, ROTULADO Y CERTIFICACIÓN</w:t>
            </w:r>
          </w:p>
          <w:p w14:paraId="150CCEDA" w14:textId="77777777" w:rsidR="00674DB8" w:rsidRPr="00930748" w:rsidRDefault="00674DB8" w:rsidP="00B25E14">
            <w:pPr>
              <w:jc w:val="both"/>
              <w:rPr>
                <w:rFonts w:ascii="Arial" w:hAnsi="Arial" w:cs="Arial"/>
                <w:sz w:val="18"/>
                <w:szCs w:val="18"/>
                <w:lang w:val="es-ES_tradnl"/>
              </w:rPr>
            </w:pPr>
          </w:p>
          <w:p w14:paraId="276846F5" w14:textId="77777777" w:rsidR="00674DB8" w:rsidRPr="00930748" w:rsidRDefault="00674DB8" w:rsidP="00B25E14">
            <w:pPr>
              <w:jc w:val="both"/>
              <w:rPr>
                <w:rFonts w:ascii="Arial" w:hAnsi="Arial" w:cs="Arial"/>
                <w:sz w:val="18"/>
                <w:szCs w:val="18"/>
                <w:lang w:val="es-ES_tradnl"/>
              </w:rPr>
            </w:pPr>
            <w:r w:rsidRPr="00930748">
              <w:rPr>
                <w:rFonts w:ascii="Arial" w:hAnsi="Arial" w:cs="Arial"/>
                <w:sz w:val="18"/>
                <w:szCs w:val="18"/>
                <w:lang w:val="es-ES_tradnl"/>
              </w:rPr>
              <w:t>Organizar, ordenar y agrupar el cableado estructurado (datos/eléctrico) e instalar la fibra óptica necesaria en el gabinete principal Rack para asegurar su funcionalidad, estética y mantenimiento eficiente (peinado del rack), realizando las siguientes actividades:</w:t>
            </w:r>
          </w:p>
          <w:p w14:paraId="0BAAF887" w14:textId="77777777" w:rsidR="00930748" w:rsidRPr="00930748" w:rsidRDefault="00930748" w:rsidP="00B25E14">
            <w:pPr>
              <w:jc w:val="both"/>
              <w:rPr>
                <w:rFonts w:ascii="Arial" w:hAnsi="Arial" w:cs="Arial"/>
                <w:sz w:val="18"/>
                <w:szCs w:val="18"/>
                <w:lang w:val="es-ES_tradnl"/>
              </w:rPr>
            </w:pPr>
          </w:p>
          <w:p w14:paraId="6676DC99" w14:textId="77777777" w:rsidR="00674DB8" w:rsidRPr="00930748" w:rsidRDefault="00674DB8">
            <w:pPr>
              <w:pStyle w:val="Prrafodelista"/>
              <w:numPr>
                <w:ilvl w:val="0"/>
                <w:numId w:val="13"/>
              </w:numPr>
              <w:ind w:left="202" w:hanging="202"/>
              <w:jc w:val="both"/>
              <w:rPr>
                <w:rFonts w:ascii="Arial" w:hAnsi="Arial" w:cs="Arial"/>
                <w:sz w:val="18"/>
                <w:szCs w:val="18"/>
                <w:lang w:val="es-ES_tradnl"/>
              </w:rPr>
            </w:pPr>
            <w:r w:rsidRPr="00930748">
              <w:rPr>
                <w:rFonts w:ascii="Arial" w:hAnsi="Arial" w:cs="Arial"/>
                <w:sz w:val="18"/>
                <w:szCs w:val="18"/>
              </w:rPr>
              <w:t>Instalación o reorganización de organizadores horizontales y verticales.</w:t>
            </w:r>
          </w:p>
          <w:p w14:paraId="78F9D13D" w14:textId="77777777" w:rsidR="00674DB8" w:rsidRPr="00930748" w:rsidRDefault="00674DB8">
            <w:pPr>
              <w:pStyle w:val="Prrafodelista"/>
              <w:numPr>
                <w:ilvl w:val="0"/>
                <w:numId w:val="13"/>
              </w:numPr>
              <w:ind w:left="202" w:hanging="202"/>
              <w:jc w:val="both"/>
              <w:rPr>
                <w:rFonts w:ascii="Arial" w:hAnsi="Arial" w:cs="Arial"/>
                <w:sz w:val="18"/>
                <w:szCs w:val="18"/>
                <w:lang w:val="es-ES_tradnl"/>
              </w:rPr>
            </w:pPr>
            <w:r w:rsidRPr="00930748">
              <w:rPr>
                <w:rFonts w:ascii="Arial" w:hAnsi="Arial" w:cs="Arial"/>
                <w:sz w:val="18"/>
                <w:szCs w:val="18"/>
                <w:lang w:val="es-ES_tradnl"/>
              </w:rPr>
              <w:t>Maquillado, rotulado, certificado y etiquetado de acuerdo a la norma ANSI/TIA-606 D</w:t>
            </w:r>
          </w:p>
          <w:p w14:paraId="22DD1470" w14:textId="77777777" w:rsidR="00674DB8" w:rsidRPr="00930748" w:rsidRDefault="00674DB8">
            <w:pPr>
              <w:pStyle w:val="Prrafodelista"/>
              <w:numPr>
                <w:ilvl w:val="0"/>
                <w:numId w:val="13"/>
              </w:numPr>
              <w:ind w:left="202" w:hanging="202"/>
              <w:jc w:val="both"/>
              <w:rPr>
                <w:rFonts w:ascii="Arial" w:hAnsi="Arial" w:cs="Arial"/>
                <w:sz w:val="18"/>
                <w:szCs w:val="18"/>
                <w:lang w:val="es-ES_tradnl"/>
              </w:rPr>
            </w:pPr>
            <w:r w:rsidRPr="00930748">
              <w:rPr>
                <w:rFonts w:ascii="Arial" w:hAnsi="Arial" w:cs="Arial"/>
                <w:sz w:val="18"/>
                <w:szCs w:val="18"/>
              </w:rPr>
              <w:t>Separación adecuada de cables de datos.</w:t>
            </w:r>
          </w:p>
          <w:p w14:paraId="1665C928" w14:textId="77777777" w:rsidR="00674DB8" w:rsidRPr="00930748" w:rsidRDefault="00674DB8">
            <w:pPr>
              <w:pStyle w:val="Prrafodelista"/>
              <w:numPr>
                <w:ilvl w:val="0"/>
                <w:numId w:val="13"/>
              </w:numPr>
              <w:ind w:left="202" w:hanging="202"/>
              <w:jc w:val="both"/>
              <w:rPr>
                <w:rFonts w:ascii="Arial" w:hAnsi="Arial" w:cs="Arial"/>
                <w:sz w:val="18"/>
                <w:szCs w:val="18"/>
                <w:lang w:val="es-ES_tradnl"/>
              </w:rPr>
            </w:pPr>
            <w:r w:rsidRPr="00930748">
              <w:rPr>
                <w:rFonts w:ascii="Arial" w:hAnsi="Arial" w:cs="Arial"/>
                <w:sz w:val="18"/>
                <w:szCs w:val="18"/>
                <w:lang w:val="es-ES_tradnl"/>
              </w:rPr>
              <w:lastRenderedPageBreak/>
              <w:t xml:space="preserve">Instalación sistema de puesta a tierra protección del gabinete principal o Rack principal, con todos sus accesorios requeridos para el correcto funcionamiento y operación el cual incluye (Kits de barras de cobre, con 3 varillas de cobre, cables, tornillería entre otros de acuerdo a la normatividad RETIE y recomendaciones de la norma </w:t>
            </w:r>
            <w:r w:rsidRPr="00930748">
              <w:rPr>
                <w:rFonts w:ascii="Arial" w:hAnsi="Arial" w:cs="Arial"/>
                <w:sz w:val="18"/>
                <w:szCs w:val="18"/>
              </w:rPr>
              <w:t>ANSI/TIA-607-D</w:t>
            </w:r>
            <w:r w:rsidRPr="00930748">
              <w:rPr>
                <w:rFonts w:ascii="Arial" w:hAnsi="Arial" w:cs="Arial"/>
                <w:sz w:val="18"/>
                <w:szCs w:val="18"/>
                <w:lang w:val="es-ES_tradnl"/>
              </w:rPr>
              <w:t xml:space="preserve">) </w:t>
            </w:r>
          </w:p>
          <w:p w14:paraId="59E2CD69" w14:textId="5D32A568" w:rsidR="00674DB8" w:rsidRPr="00930748" w:rsidRDefault="00674DB8">
            <w:pPr>
              <w:pStyle w:val="Prrafodelista"/>
              <w:numPr>
                <w:ilvl w:val="0"/>
                <w:numId w:val="13"/>
              </w:numPr>
              <w:ind w:left="202" w:hanging="202"/>
              <w:jc w:val="both"/>
              <w:rPr>
                <w:rFonts w:ascii="Arial" w:hAnsi="Arial" w:cs="Arial"/>
                <w:sz w:val="18"/>
                <w:szCs w:val="18"/>
              </w:rPr>
            </w:pPr>
            <w:r w:rsidRPr="00930748">
              <w:rPr>
                <w:rFonts w:ascii="Arial" w:hAnsi="Arial" w:cs="Arial"/>
                <w:sz w:val="18"/>
                <w:szCs w:val="18"/>
                <w:lang w:val="es-ES_tradnl"/>
              </w:rPr>
              <w:t>Instalación de PDU de montaje en rack de 1U 15A 120V con 12 tomas NEMA 5-15R - Protector contra sobretensiones para rack, regleta para rack de se instala a los lados del RACK principal.</w:t>
            </w:r>
          </w:p>
          <w:p w14:paraId="6CEF12BA" w14:textId="7B006D5B" w:rsidR="00674DB8" w:rsidRPr="00930748" w:rsidRDefault="00674DB8">
            <w:pPr>
              <w:pStyle w:val="Prrafodelista"/>
              <w:numPr>
                <w:ilvl w:val="0"/>
                <w:numId w:val="13"/>
              </w:numPr>
              <w:ind w:left="202" w:hanging="202"/>
              <w:jc w:val="both"/>
              <w:rPr>
                <w:rFonts w:ascii="Arial" w:hAnsi="Arial" w:cs="Arial"/>
                <w:sz w:val="18"/>
                <w:szCs w:val="18"/>
                <w:lang w:val="es-ES_tradnl"/>
              </w:rPr>
            </w:pPr>
            <w:r w:rsidRPr="00930748">
              <w:rPr>
                <w:rFonts w:ascii="Arial" w:hAnsi="Arial" w:cs="Arial"/>
                <w:color w:val="242424"/>
                <w:sz w:val="18"/>
                <w:szCs w:val="18"/>
              </w:rPr>
              <w:t xml:space="preserve">El </w:t>
            </w:r>
            <w:r w:rsidRPr="00930748">
              <w:rPr>
                <w:rFonts w:ascii="Arial" w:hAnsi="Arial" w:cs="Arial"/>
                <w:sz w:val="18"/>
                <w:szCs w:val="18"/>
                <w:lang w:val="es-ES_tradnl"/>
              </w:rPr>
              <w:t>contratista deberá efectuar el suministro e instalación de cinta velcro doble faz, para organizar la totalidad de cables en rack, escalerillas y canaletas. No se permitirá por ningún motivo el uso de amarres plásticos</w:t>
            </w:r>
          </w:p>
          <w:p w14:paraId="2AAE64C1" w14:textId="77777777" w:rsidR="00674DB8" w:rsidRPr="00930748" w:rsidRDefault="00674DB8">
            <w:pPr>
              <w:pStyle w:val="Prrafodelista"/>
              <w:numPr>
                <w:ilvl w:val="0"/>
                <w:numId w:val="13"/>
              </w:numPr>
              <w:ind w:left="202" w:hanging="202"/>
              <w:jc w:val="both"/>
              <w:rPr>
                <w:rFonts w:ascii="Arial" w:hAnsi="Arial" w:cs="Arial"/>
                <w:sz w:val="18"/>
                <w:szCs w:val="18"/>
                <w:lang w:val="es-ES_tradnl"/>
              </w:rPr>
            </w:pPr>
            <w:r w:rsidRPr="00930748">
              <w:rPr>
                <w:rFonts w:ascii="Arial" w:hAnsi="Arial" w:cs="Arial"/>
                <w:sz w:val="18"/>
                <w:szCs w:val="18"/>
                <w:lang w:val="es-ES_tradnl"/>
              </w:rPr>
              <w:t xml:space="preserve">Instalación de protectores de voltaje sobrecargas de tensión para los equipos activos de red (servidor de archivos, </w:t>
            </w:r>
            <w:proofErr w:type="spellStart"/>
            <w:r w:rsidRPr="00930748">
              <w:rPr>
                <w:rFonts w:ascii="Arial" w:hAnsi="Arial" w:cs="Arial"/>
                <w:sz w:val="18"/>
                <w:szCs w:val="18"/>
                <w:lang w:val="es-ES_tradnl"/>
              </w:rPr>
              <w:t>switch</w:t>
            </w:r>
            <w:proofErr w:type="spellEnd"/>
            <w:r w:rsidRPr="00930748">
              <w:rPr>
                <w:rFonts w:ascii="Arial" w:hAnsi="Arial" w:cs="Arial"/>
                <w:sz w:val="18"/>
                <w:szCs w:val="18"/>
                <w:lang w:val="es-ES_tradnl"/>
              </w:rPr>
              <w:t xml:space="preserve"> de conexión) que posee el Rack principal</w:t>
            </w:r>
          </w:p>
        </w:tc>
        <w:tc>
          <w:tcPr>
            <w:tcW w:w="993" w:type="dxa"/>
            <w:vAlign w:val="center"/>
          </w:tcPr>
          <w:p w14:paraId="323A54B0" w14:textId="77777777" w:rsidR="00674DB8" w:rsidRPr="00930748" w:rsidRDefault="00674DB8" w:rsidP="00674DB8">
            <w:pPr>
              <w:jc w:val="center"/>
              <w:rPr>
                <w:rFonts w:ascii="Arial" w:hAnsi="Arial" w:cs="Arial"/>
                <w:b/>
                <w:bCs/>
                <w:sz w:val="18"/>
                <w:szCs w:val="18"/>
              </w:rPr>
            </w:pPr>
          </w:p>
        </w:tc>
        <w:tc>
          <w:tcPr>
            <w:tcW w:w="992" w:type="dxa"/>
            <w:vAlign w:val="center"/>
          </w:tcPr>
          <w:p w14:paraId="55C5968C" w14:textId="77777777" w:rsidR="00674DB8" w:rsidRPr="00930748" w:rsidRDefault="00674DB8" w:rsidP="00674DB8">
            <w:pPr>
              <w:jc w:val="center"/>
              <w:rPr>
                <w:rFonts w:ascii="Arial" w:hAnsi="Arial" w:cs="Arial"/>
                <w:b/>
                <w:bCs/>
                <w:sz w:val="18"/>
                <w:szCs w:val="18"/>
              </w:rPr>
            </w:pPr>
          </w:p>
        </w:tc>
      </w:tr>
      <w:tr w:rsidR="00674DB8" w:rsidRPr="00463B46" w14:paraId="14F4B55E" w14:textId="182D50E7" w:rsidTr="00674DB8">
        <w:trPr>
          <w:trHeight w:val="20"/>
        </w:trPr>
        <w:tc>
          <w:tcPr>
            <w:tcW w:w="680" w:type="dxa"/>
            <w:vAlign w:val="center"/>
          </w:tcPr>
          <w:p w14:paraId="092910AA"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24.8</w:t>
            </w:r>
          </w:p>
        </w:tc>
        <w:tc>
          <w:tcPr>
            <w:tcW w:w="7825" w:type="dxa"/>
          </w:tcPr>
          <w:p w14:paraId="0770FF09" w14:textId="77777777" w:rsidR="00674DB8" w:rsidRPr="00930748" w:rsidRDefault="00674DB8" w:rsidP="00B25E14">
            <w:pPr>
              <w:jc w:val="both"/>
              <w:rPr>
                <w:rFonts w:ascii="Arial" w:hAnsi="Arial" w:cs="Arial"/>
                <w:b/>
                <w:bCs/>
                <w:sz w:val="18"/>
                <w:szCs w:val="18"/>
              </w:rPr>
            </w:pPr>
            <w:r w:rsidRPr="00930748">
              <w:rPr>
                <w:rFonts w:ascii="Arial" w:hAnsi="Arial" w:cs="Arial"/>
                <w:sz w:val="18"/>
                <w:szCs w:val="18"/>
              </w:rPr>
              <w:t>El contratista garantizara la limpieza de todos los elementos, equipos y superficies dentro del centro de cableado, empleando insumos antiestáticos y procedimientos que aseguren la protección y el buen funcionamiento de los dispositivos.</w:t>
            </w:r>
          </w:p>
        </w:tc>
        <w:tc>
          <w:tcPr>
            <w:tcW w:w="993" w:type="dxa"/>
            <w:vAlign w:val="center"/>
          </w:tcPr>
          <w:p w14:paraId="74DBC20B" w14:textId="77777777" w:rsidR="00674DB8" w:rsidRPr="00930748" w:rsidRDefault="00674DB8" w:rsidP="00674DB8">
            <w:pPr>
              <w:jc w:val="center"/>
              <w:rPr>
                <w:rFonts w:ascii="Arial" w:hAnsi="Arial" w:cs="Arial"/>
                <w:sz w:val="18"/>
                <w:szCs w:val="18"/>
              </w:rPr>
            </w:pPr>
          </w:p>
        </w:tc>
        <w:tc>
          <w:tcPr>
            <w:tcW w:w="992" w:type="dxa"/>
            <w:vAlign w:val="center"/>
          </w:tcPr>
          <w:p w14:paraId="1D8571CE" w14:textId="77777777" w:rsidR="00674DB8" w:rsidRPr="00930748" w:rsidRDefault="00674DB8" w:rsidP="00674DB8">
            <w:pPr>
              <w:jc w:val="center"/>
              <w:rPr>
                <w:rFonts w:ascii="Arial" w:hAnsi="Arial" w:cs="Arial"/>
                <w:sz w:val="18"/>
                <w:szCs w:val="18"/>
              </w:rPr>
            </w:pPr>
          </w:p>
        </w:tc>
      </w:tr>
      <w:tr w:rsidR="00674DB8" w:rsidRPr="00887966" w14:paraId="6DD4C661" w14:textId="236BB50B" w:rsidTr="00674DB8">
        <w:trPr>
          <w:trHeight w:val="20"/>
        </w:trPr>
        <w:tc>
          <w:tcPr>
            <w:tcW w:w="680" w:type="dxa"/>
            <w:vAlign w:val="center"/>
          </w:tcPr>
          <w:p w14:paraId="0ADE9A5D"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24.9</w:t>
            </w:r>
          </w:p>
        </w:tc>
        <w:tc>
          <w:tcPr>
            <w:tcW w:w="7825" w:type="dxa"/>
          </w:tcPr>
          <w:p w14:paraId="18D492A4" w14:textId="77777777" w:rsidR="00674DB8" w:rsidRPr="00930748" w:rsidRDefault="00674DB8" w:rsidP="00B25E14">
            <w:pPr>
              <w:pStyle w:val="Default"/>
              <w:jc w:val="both"/>
              <w:rPr>
                <w:rFonts w:ascii="Arial" w:hAnsi="Arial" w:cs="Arial"/>
                <w:sz w:val="18"/>
                <w:szCs w:val="18"/>
              </w:rPr>
            </w:pPr>
            <w:r w:rsidRPr="00930748">
              <w:rPr>
                <w:rFonts w:ascii="Arial" w:hAnsi="Arial" w:cs="Arial"/>
                <w:sz w:val="18"/>
                <w:szCs w:val="18"/>
              </w:rPr>
              <w:t xml:space="preserve">Mantenimiento, reparación, adecuación y/o puesta en funcionamiento certificado de puntos de cableado estructurado existente, (cada punto consta de, dos puntos de red de voz y datos, punto eléctrico regulado, punto eléctrico no regulado, canaleta, conectores, Jack entre otros), así como el mantenimiento y adecuación de </w:t>
            </w:r>
            <w:proofErr w:type="spellStart"/>
            <w:r w:rsidRPr="00930748">
              <w:rPr>
                <w:rFonts w:ascii="Arial" w:hAnsi="Arial" w:cs="Arial"/>
                <w:sz w:val="18"/>
                <w:szCs w:val="18"/>
              </w:rPr>
              <w:t>swict</w:t>
            </w:r>
            <w:proofErr w:type="spellEnd"/>
            <w:r w:rsidRPr="00930748">
              <w:rPr>
                <w:rFonts w:ascii="Arial" w:hAnsi="Arial" w:cs="Arial"/>
                <w:sz w:val="18"/>
                <w:szCs w:val="18"/>
              </w:rPr>
              <w:t xml:space="preserve"> existentes. </w:t>
            </w:r>
          </w:p>
          <w:p w14:paraId="2E0A618A" w14:textId="77777777" w:rsidR="00674DB8" w:rsidRPr="00930748" w:rsidRDefault="00674DB8" w:rsidP="00B25E14">
            <w:pPr>
              <w:pStyle w:val="Default"/>
              <w:jc w:val="both"/>
              <w:rPr>
                <w:rFonts w:ascii="Arial" w:hAnsi="Arial" w:cs="Arial"/>
                <w:sz w:val="18"/>
                <w:szCs w:val="18"/>
              </w:rPr>
            </w:pPr>
          </w:p>
          <w:p w14:paraId="5F4CBB4E" w14:textId="77777777" w:rsidR="00674DB8" w:rsidRPr="00930748" w:rsidRDefault="00674DB8">
            <w:pPr>
              <w:pStyle w:val="Default"/>
              <w:numPr>
                <w:ilvl w:val="0"/>
                <w:numId w:val="36"/>
              </w:numPr>
              <w:suppressAutoHyphens w:val="0"/>
              <w:autoSpaceDN w:val="0"/>
              <w:adjustRightInd w:val="0"/>
              <w:ind w:left="202" w:hanging="202"/>
              <w:jc w:val="both"/>
              <w:rPr>
                <w:rFonts w:ascii="Arial" w:hAnsi="Arial" w:cs="Arial"/>
                <w:sz w:val="18"/>
                <w:szCs w:val="18"/>
              </w:rPr>
            </w:pPr>
            <w:r w:rsidRPr="00930748">
              <w:rPr>
                <w:rFonts w:ascii="Arial" w:hAnsi="Arial" w:cs="Arial"/>
                <w:sz w:val="18"/>
                <w:szCs w:val="18"/>
                <w:lang w:val="es-ES_tradnl"/>
              </w:rPr>
              <w:t>Instalación de protectores de voltaje para todos los equipos activos de red (</w:t>
            </w:r>
            <w:proofErr w:type="spellStart"/>
            <w:r w:rsidRPr="00930748">
              <w:rPr>
                <w:rFonts w:ascii="Arial" w:hAnsi="Arial" w:cs="Arial"/>
                <w:sz w:val="18"/>
                <w:szCs w:val="18"/>
                <w:lang w:val="es-ES_tradnl"/>
              </w:rPr>
              <w:t>switch</w:t>
            </w:r>
            <w:proofErr w:type="spellEnd"/>
            <w:r w:rsidRPr="00930748">
              <w:rPr>
                <w:rFonts w:ascii="Arial" w:hAnsi="Arial" w:cs="Arial"/>
                <w:sz w:val="18"/>
                <w:szCs w:val="18"/>
                <w:lang w:val="es-ES_tradnl"/>
              </w:rPr>
              <w:t xml:space="preserve"> de </w:t>
            </w:r>
            <w:r w:rsidRPr="00930748">
              <w:rPr>
                <w:rFonts w:ascii="Arial" w:hAnsi="Arial" w:cs="Arial"/>
                <w:sz w:val="18"/>
                <w:szCs w:val="18"/>
              </w:rPr>
              <w:t>conexión del Comando de Departamento de Policía Vaupés), en caso fallas de los protectores se suministrará su remplazo de acuerdo a la garantía existente.</w:t>
            </w:r>
          </w:p>
          <w:p w14:paraId="1DBA86D0" w14:textId="77777777" w:rsidR="00674DB8" w:rsidRPr="00930748" w:rsidRDefault="00674DB8" w:rsidP="00930748">
            <w:pPr>
              <w:pStyle w:val="Default"/>
              <w:ind w:left="202" w:hanging="202"/>
              <w:jc w:val="both"/>
              <w:rPr>
                <w:rFonts w:ascii="Arial" w:hAnsi="Arial" w:cs="Arial"/>
                <w:sz w:val="18"/>
                <w:szCs w:val="18"/>
              </w:rPr>
            </w:pPr>
          </w:p>
          <w:p w14:paraId="0856324F" w14:textId="53557DC4" w:rsidR="00674DB8" w:rsidRPr="00930748" w:rsidRDefault="00674DB8">
            <w:pPr>
              <w:pStyle w:val="Default"/>
              <w:numPr>
                <w:ilvl w:val="0"/>
                <w:numId w:val="36"/>
              </w:numPr>
              <w:suppressAutoHyphens w:val="0"/>
              <w:autoSpaceDN w:val="0"/>
              <w:adjustRightInd w:val="0"/>
              <w:ind w:left="202" w:hanging="202"/>
              <w:jc w:val="both"/>
              <w:rPr>
                <w:rFonts w:ascii="Arial" w:hAnsi="Arial" w:cs="Arial"/>
                <w:sz w:val="18"/>
                <w:szCs w:val="18"/>
                <w:lang w:val="es-ES_tradnl"/>
              </w:rPr>
            </w:pPr>
            <w:r w:rsidRPr="00930748">
              <w:rPr>
                <w:rFonts w:ascii="Arial" w:hAnsi="Arial" w:cs="Arial"/>
                <w:sz w:val="18"/>
                <w:szCs w:val="18"/>
                <w:lang w:val="es-ES_tradnl"/>
              </w:rPr>
              <w:t>Realizar</w:t>
            </w:r>
            <w:r w:rsidRPr="00930748">
              <w:rPr>
                <w:rFonts w:ascii="Arial" w:hAnsi="Arial" w:cs="Arial"/>
                <w:sz w:val="18"/>
                <w:szCs w:val="18"/>
              </w:rPr>
              <w:t xml:space="preserve"> limpieza física de los puntos de conexión y eliminar el cableado en desuso desde el cuarto de telecomunicaciones, escalerillas y canaletas hasta los puntos de destino, entre otros aspectos que ayuden a mejorar el rendimiento para minimizar los riesgos y fallas en la Red.</w:t>
            </w:r>
          </w:p>
        </w:tc>
        <w:tc>
          <w:tcPr>
            <w:tcW w:w="993" w:type="dxa"/>
            <w:vAlign w:val="center"/>
          </w:tcPr>
          <w:p w14:paraId="55ED6E83" w14:textId="77777777" w:rsidR="00674DB8" w:rsidRPr="00930748" w:rsidRDefault="00674DB8" w:rsidP="00674DB8">
            <w:pPr>
              <w:pStyle w:val="Default"/>
              <w:jc w:val="center"/>
              <w:rPr>
                <w:rFonts w:ascii="Arial" w:hAnsi="Arial" w:cs="Arial"/>
                <w:sz w:val="18"/>
                <w:szCs w:val="18"/>
              </w:rPr>
            </w:pPr>
          </w:p>
        </w:tc>
        <w:tc>
          <w:tcPr>
            <w:tcW w:w="992" w:type="dxa"/>
            <w:vAlign w:val="center"/>
          </w:tcPr>
          <w:p w14:paraId="760D2C3A" w14:textId="77777777" w:rsidR="00674DB8" w:rsidRPr="00930748" w:rsidRDefault="00674DB8" w:rsidP="00674DB8">
            <w:pPr>
              <w:pStyle w:val="Default"/>
              <w:jc w:val="center"/>
              <w:rPr>
                <w:rFonts w:ascii="Arial" w:hAnsi="Arial" w:cs="Arial"/>
                <w:sz w:val="18"/>
                <w:szCs w:val="18"/>
              </w:rPr>
            </w:pPr>
          </w:p>
        </w:tc>
      </w:tr>
      <w:tr w:rsidR="00674DB8" w:rsidRPr="00887966" w14:paraId="66A1E99F" w14:textId="7266A6FA" w:rsidTr="00674DB8">
        <w:trPr>
          <w:trHeight w:val="20"/>
        </w:trPr>
        <w:tc>
          <w:tcPr>
            <w:tcW w:w="680" w:type="dxa"/>
            <w:vAlign w:val="center"/>
          </w:tcPr>
          <w:p w14:paraId="16CB7499" w14:textId="77777777" w:rsidR="00674DB8" w:rsidRPr="00930748" w:rsidRDefault="00674DB8" w:rsidP="00B25E14">
            <w:pPr>
              <w:jc w:val="center"/>
              <w:rPr>
                <w:rFonts w:ascii="Arial" w:hAnsi="Arial" w:cs="Arial"/>
                <w:color w:val="000000"/>
                <w:sz w:val="18"/>
                <w:szCs w:val="18"/>
              </w:rPr>
            </w:pPr>
            <w:r w:rsidRPr="00930748">
              <w:rPr>
                <w:rFonts w:ascii="Arial" w:hAnsi="Arial" w:cs="Arial"/>
                <w:color w:val="000000"/>
                <w:sz w:val="18"/>
                <w:szCs w:val="18"/>
              </w:rPr>
              <w:t>24.10</w:t>
            </w:r>
          </w:p>
        </w:tc>
        <w:tc>
          <w:tcPr>
            <w:tcW w:w="7825" w:type="dxa"/>
          </w:tcPr>
          <w:p w14:paraId="1644C0B7" w14:textId="77777777" w:rsidR="00674DB8" w:rsidRPr="00930748" w:rsidRDefault="00674DB8" w:rsidP="00B25E14">
            <w:pPr>
              <w:pStyle w:val="Default"/>
              <w:jc w:val="both"/>
              <w:rPr>
                <w:rFonts w:ascii="Arial" w:hAnsi="Arial" w:cs="Arial"/>
                <w:sz w:val="18"/>
                <w:szCs w:val="18"/>
              </w:rPr>
            </w:pPr>
            <w:r w:rsidRPr="00930748">
              <w:rPr>
                <w:rFonts w:ascii="Arial" w:hAnsi="Arial" w:cs="Arial"/>
                <w:sz w:val="18"/>
                <w:szCs w:val="18"/>
              </w:rPr>
              <w:t>Los materiales, insumos y repuestos a utilizar deberán ser de la misma marca y referencia de los instalados, garantizando uniformidad, compatibilidad y calidad en todos los componentes. De requerirse cambio de marca o referencia se realizará previa autorización del supervisor del presente contrato.</w:t>
            </w:r>
          </w:p>
        </w:tc>
        <w:tc>
          <w:tcPr>
            <w:tcW w:w="993" w:type="dxa"/>
            <w:vAlign w:val="center"/>
          </w:tcPr>
          <w:p w14:paraId="1EE996D0" w14:textId="77777777" w:rsidR="00674DB8" w:rsidRPr="00930748" w:rsidRDefault="00674DB8" w:rsidP="00674DB8">
            <w:pPr>
              <w:pStyle w:val="Default"/>
              <w:jc w:val="center"/>
              <w:rPr>
                <w:rFonts w:ascii="Arial" w:hAnsi="Arial" w:cs="Arial"/>
                <w:sz w:val="18"/>
                <w:szCs w:val="18"/>
              </w:rPr>
            </w:pPr>
          </w:p>
        </w:tc>
        <w:tc>
          <w:tcPr>
            <w:tcW w:w="992" w:type="dxa"/>
            <w:vAlign w:val="center"/>
          </w:tcPr>
          <w:p w14:paraId="6720B30A" w14:textId="77777777" w:rsidR="00674DB8" w:rsidRPr="00930748" w:rsidRDefault="00674DB8" w:rsidP="00674DB8">
            <w:pPr>
              <w:pStyle w:val="Default"/>
              <w:jc w:val="center"/>
              <w:rPr>
                <w:rFonts w:ascii="Arial" w:hAnsi="Arial" w:cs="Arial"/>
                <w:sz w:val="18"/>
                <w:szCs w:val="18"/>
              </w:rPr>
            </w:pPr>
          </w:p>
        </w:tc>
      </w:tr>
      <w:tr w:rsidR="00674DB8" w:rsidRPr="00887966" w14:paraId="45F932AB" w14:textId="6C8167F6" w:rsidTr="00674DB8">
        <w:trPr>
          <w:trHeight w:val="20"/>
        </w:trPr>
        <w:tc>
          <w:tcPr>
            <w:tcW w:w="680" w:type="dxa"/>
            <w:vAlign w:val="center"/>
          </w:tcPr>
          <w:p w14:paraId="6C8C5AFE"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24.11</w:t>
            </w:r>
          </w:p>
        </w:tc>
        <w:tc>
          <w:tcPr>
            <w:tcW w:w="7825" w:type="dxa"/>
          </w:tcPr>
          <w:p w14:paraId="5F8BA122"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 xml:space="preserve">Una vez realizada la instalación de los puntos de red, se deberá demostrar y garantizar el funcionamiento de la totalidad de los componentes, conforme a buenas prácticas y estándares internacionales aplicables al cableado estructurado (ANSI/TIA 569,606, 607/EIA -568 o ISO/IEC 11801), teniendo en cuenta los siguientes parámetros: </w:t>
            </w:r>
          </w:p>
          <w:p w14:paraId="0AB16DB2" w14:textId="77777777" w:rsidR="00674DB8" w:rsidRPr="00930748" w:rsidRDefault="00674DB8" w:rsidP="00B25E14">
            <w:pPr>
              <w:rPr>
                <w:rFonts w:ascii="Arial" w:hAnsi="Arial" w:cs="Arial"/>
                <w:sz w:val="18"/>
                <w:szCs w:val="18"/>
              </w:rPr>
            </w:pPr>
          </w:p>
          <w:p w14:paraId="53C9FF0F" w14:textId="77777777" w:rsidR="00674DB8" w:rsidRPr="00930748" w:rsidRDefault="00674DB8">
            <w:pPr>
              <w:pStyle w:val="Prrafodelista"/>
              <w:numPr>
                <w:ilvl w:val="0"/>
                <w:numId w:val="12"/>
              </w:numPr>
              <w:ind w:left="343" w:hanging="283"/>
              <w:rPr>
                <w:rFonts w:ascii="Arial" w:hAnsi="Arial" w:cs="Arial"/>
                <w:sz w:val="18"/>
                <w:szCs w:val="18"/>
              </w:rPr>
            </w:pPr>
            <w:r w:rsidRPr="00930748">
              <w:rPr>
                <w:rFonts w:ascii="Arial" w:hAnsi="Arial" w:cs="Arial"/>
                <w:sz w:val="18"/>
                <w:szCs w:val="18"/>
              </w:rPr>
              <w:t>Continuidad.</w:t>
            </w:r>
          </w:p>
          <w:p w14:paraId="074AC189" w14:textId="77777777" w:rsidR="00674DB8" w:rsidRPr="00930748" w:rsidRDefault="00674DB8">
            <w:pPr>
              <w:pStyle w:val="Prrafodelista"/>
              <w:numPr>
                <w:ilvl w:val="0"/>
                <w:numId w:val="12"/>
              </w:numPr>
              <w:ind w:left="343" w:hanging="283"/>
              <w:rPr>
                <w:rFonts w:ascii="Arial" w:hAnsi="Arial" w:cs="Arial"/>
                <w:sz w:val="18"/>
                <w:szCs w:val="18"/>
              </w:rPr>
            </w:pPr>
            <w:r w:rsidRPr="00930748">
              <w:rPr>
                <w:rFonts w:ascii="Arial" w:hAnsi="Arial" w:cs="Arial"/>
                <w:sz w:val="18"/>
                <w:szCs w:val="18"/>
              </w:rPr>
              <w:t>Mapeo de pares.</w:t>
            </w:r>
          </w:p>
          <w:p w14:paraId="59EF6B80" w14:textId="77777777" w:rsidR="00674DB8" w:rsidRPr="00930748" w:rsidRDefault="00674DB8">
            <w:pPr>
              <w:pStyle w:val="Prrafodelista"/>
              <w:numPr>
                <w:ilvl w:val="0"/>
                <w:numId w:val="12"/>
              </w:numPr>
              <w:ind w:left="343" w:hanging="283"/>
              <w:rPr>
                <w:rFonts w:ascii="Arial" w:hAnsi="Arial" w:cs="Arial"/>
                <w:sz w:val="18"/>
                <w:szCs w:val="18"/>
              </w:rPr>
            </w:pPr>
            <w:r w:rsidRPr="00930748">
              <w:rPr>
                <w:rFonts w:ascii="Arial" w:hAnsi="Arial" w:cs="Arial"/>
                <w:sz w:val="18"/>
                <w:szCs w:val="18"/>
              </w:rPr>
              <w:t>Longitud.</w:t>
            </w:r>
          </w:p>
          <w:p w14:paraId="50FBF952" w14:textId="77777777" w:rsidR="00674DB8" w:rsidRPr="00930748" w:rsidRDefault="00674DB8">
            <w:pPr>
              <w:pStyle w:val="Prrafodelista"/>
              <w:numPr>
                <w:ilvl w:val="0"/>
                <w:numId w:val="12"/>
              </w:numPr>
              <w:ind w:left="343" w:hanging="283"/>
              <w:rPr>
                <w:rFonts w:ascii="Arial" w:hAnsi="Arial" w:cs="Arial"/>
                <w:sz w:val="18"/>
                <w:szCs w:val="18"/>
              </w:rPr>
            </w:pPr>
            <w:r w:rsidRPr="00930748">
              <w:rPr>
                <w:rFonts w:ascii="Arial" w:hAnsi="Arial" w:cs="Arial"/>
                <w:sz w:val="18"/>
                <w:szCs w:val="18"/>
              </w:rPr>
              <w:t>Atenuación.</w:t>
            </w:r>
          </w:p>
          <w:p w14:paraId="6D98A73D" w14:textId="77777777" w:rsidR="00674DB8" w:rsidRPr="00930748" w:rsidRDefault="00674DB8">
            <w:pPr>
              <w:pStyle w:val="Prrafodelista"/>
              <w:numPr>
                <w:ilvl w:val="0"/>
                <w:numId w:val="12"/>
              </w:numPr>
              <w:ind w:left="343" w:hanging="283"/>
              <w:rPr>
                <w:rFonts w:ascii="Arial" w:hAnsi="Arial" w:cs="Arial"/>
                <w:sz w:val="18"/>
                <w:szCs w:val="18"/>
              </w:rPr>
            </w:pPr>
            <w:r w:rsidRPr="00930748">
              <w:rPr>
                <w:rFonts w:ascii="Arial" w:hAnsi="Arial" w:cs="Arial"/>
                <w:sz w:val="18"/>
                <w:szCs w:val="18"/>
              </w:rPr>
              <w:t>NEXT y parámetros exigidos por la norma aplicable.</w:t>
            </w:r>
          </w:p>
          <w:p w14:paraId="1454B0F2" w14:textId="77777777" w:rsidR="00674DB8" w:rsidRPr="00930748" w:rsidRDefault="00674DB8">
            <w:pPr>
              <w:pStyle w:val="Prrafodelista"/>
              <w:numPr>
                <w:ilvl w:val="0"/>
                <w:numId w:val="12"/>
              </w:numPr>
              <w:ind w:left="343" w:hanging="283"/>
              <w:rPr>
                <w:rFonts w:ascii="Arial" w:hAnsi="Arial" w:cs="Arial"/>
                <w:sz w:val="18"/>
                <w:szCs w:val="18"/>
              </w:rPr>
            </w:pPr>
            <w:r w:rsidRPr="00930748">
              <w:rPr>
                <w:rFonts w:ascii="Arial" w:hAnsi="Arial" w:cs="Arial"/>
                <w:sz w:val="18"/>
                <w:szCs w:val="18"/>
              </w:rPr>
              <w:t>Entrega de reporte digital de certificación.</w:t>
            </w:r>
          </w:p>
          <w:p w14:paraId="1014E90B" w14:textId="77777777" w:rsidR="00674DB8" w:rsidRPr="00930748" w:rsidRDefault="00674DB8">
            <w:pPr>
              <w:pStyle w:val="Prrafodelista"/>
              <w:numPr>
                <w:ilvl w:val="0"/>
                <w:numId w:val="12"/>
              </w:numPr>
              <w:ind w:left="343" w:hanging="283"/>
              <w:rPr>
                <w:rFonts w:ascii="Arial" w:hAnsi="Arial" w:cs="Arial"/>
                <w:sz w:val="18"/>
                <w:szCs w:val="18"/>
              </w:rPr>
            </w:pPr>
            <w:r w:rsidRPr="00930748">
              <w:rPr>
                <w:rFonts w:ascii="Arial" w:hAnsi="Arial" w:cs="Arial"/>
                <w:sz w:val="18"/>
                <w:szCs w:val="18"/>
              </w:rPr>
              <w:t>Identificación de puntos aprobados y no aprobados.</w:t>
            </w:r>
          </w:p>
          <w:p w14:paraId="0D3CF629" w14:textId="77777777" w:rsidR="00674DB8" w:rsidRPr="00930748" w:rsidRDefault="00674DB8">
            <w:pPr>
              <w:pStyle w:val="Prrafodelista"/>
              <w:numPr>
                <w:ilvl w:val="0"/>
                <w:numId w:val="12"/>
              </w:numPr>
              <w:ind w:left="343" w:hanging="283"/>
              <w:jc w:val="both"/>
              <w:rPr>
                <w:rFonts w:ascii="Arial" w:hAnsi="Arial" w:cs="Arial"/>
                <w:sz w:val="18"/>
                <w:szCs w:val="18"/>
              </w:rPr>
            </w:pPr>
            <w:r w:rsidRPr="00930748">
              <w:rPr>
                <w:rFonts w:ascii="Arial" w:hAnsi="Arial" w:cs="Arial"/>
                <w:sz w:val="18"/>
                <w:szCs w:val="18"/>
              </w:rPr>
              <w:t>Ejecución de pruebas de operación de los pares de cada punto bajo condiciones normales de funcionamiento, verificando continuidad, asignación de pines, polaridad y rendimiento eléctrico.</w:t>
            </w:r>
          </w:p>
          <w:p w14:paraId="76BC27FB" w14:textId="77777777" w:rsidR="00674DB8" w:rsidRPr="00930748" w:rsidRDefault="00674DB8">
            <w:pPr>
              <w:pStyle w:val="Prrafodelista"/>
              <w:numPr>
                <w:ilvl w:val="0"/>
                <w:numId w:val="12"/>
              </w:numPr>
              <w:ind w:left="343" w:hanging="283"/>
              <w:jc w:val="both"/>
              <w:rPr>
                <w:rFonts w:ascii="Arial" w:hAnsi="Arial" w:cs="Arial"/>
                <w:sz w:val="18"/>
                <w:szCs w:val="18"/>
              </w:rPr>
            </w:pPr>
            <w:r w:rsidRPr="00930748">
              <w:rPr>
                <w:rFonts w:ascii="Arial" w:hAnsi="Arial" w:cs="Arial"/>
                <w:sz w:val="18"/>
                <w:szCs w:val="18"/>
              </w:rPr>
              <w:t xml:space="preserve">Inspección física de gabinetes, </w:t>
            </w:r>
            <w:proofErr w:type="spellStart"/>
            <w:r w:rsidRPr="00930748">
              <w:rPr>
                <w:rFonts w:ascii="Arial" w:hAnsi="Arial" w:cs="Arial"/>
                <w:sz w:val="18"/>
                <w:szCs w:val="18"/>
              </w:rPr>
              <w:t>patch</w:t>
            </w:r>
            <w:proofErr w:type="spellEnd"/>
            <w:r w:rsidRPr="00930748">
              <w:rPr>
                <w:rFonts w:ascii="Arial" w:hAnsi="Arial" w:cs="Arial"/>
                <w:sz w:val="18"/>
                <w:szCs w:val="18"/>
              </w:rPr>
              <w:t xml:space="preserve"> </w:t>
            </w:r>
            <w:proofErr w:type="spellStart"/>
            <w:r w:rsidRPr="00930748">
              <w:rPr>
                <w:rFonts w:ascii="Arial" w:hAnsi="Arial" w:cs="Arial"/>
                <w:sz w:val="18"/>
                <w:szCs w:val="18"/>
              </w:rPr>
              <w:t>panels</w:t>
            </w:r>
            <w:proofErr w:type="spellEnd"/>
            <w:r w:rsidRPr="00930748">
              <w:rPr>
                <w:rFonts w:ascii="Arial" w:hAnsi="Arial" w:cs="Arial"/>
                <w:sz w:val="18"/>
                <w:szCs w:val="18"/>
              </w:rPr>
              <w:t xml:space="preserve">, </w:t>
            </w:r>
            <w:proofErr w:type="spellStart"/>
            <w:r w:rsidRPr="00930748">
              <w:rPr>
                <w:rFonts w:ascii="Arial" w:hAnsi="Arial" w:cs="Arial"/>
                <w:sz w:val="18"/>
                <w:szCs w:val="18"/>
              </w:rPr>
              <w:t>faceplates</w:t>
            </w:r>
            <w:proofErr w:type="spellEnd"/>
            <w:r w:rsidRPr="00930748">
              <w:rPr>
                <w:rFonts w:ascii="Arial" w:hAnsi="Arial" w:cs="Arial"/>
                <w:sz w:val="18"/>
                <w:szCs w:val="18"/>
              </w:rPr>
              <w:t xml:space="preserve"> y puntos de red.</w:t>
            </w:r>
          </w:p>
          <w:p w14:paraId="2B56C504" w14:textId="77777777" w:rsidR="00674DB8" w:rsidRPr="00930748" w:rsidRDefault="00674DB8">
            <w:pPr>
              <w:pStyle w:val="Prrafodelista"/>
              <w:numPr>
                <w:ilvl w:val="0"/>
                <w:numId w:val="12"/>
              </w:numPr>
              <w:ind w:left="343" w:hanging="283"/>
              <w:jc w:val="both"/>
              <w:rPr>
                <w:rFonts w:ascii="Arial" w:hAnsi="Arial" w:cs="Arial"/>
                <w:sz w:val="18"/>
                <w:szCs w:val="18"/>
              </w:rPr>
            </w:pPr>
            <w:r w:rsidRPr="00930748">
              <w:rPr>
                <w:rFonts w:ascii="Arial" w:hAnsi="Arial" w:cs="Arial"/>
                <w:sz w:val="18"/>
                <w:szCs w:val="18"/>
              </w:rPr>
              <w:t>Trazabilidad de cada enlace desde el punto de usuario hasta el gabinete y/o Rack</w:t>
            </w:r>
          </w:p>
          <w:p w14:paraId="3AD0F59B" w14:textId="77777777" w:rsidR="00674DB8" w:rsidRPr="00930748" w:rsidRDefault="00674DB8">
            <w:pPr>
              <w:pStyle w:val="Prrafodelista"/>
              <w:numPr>
                <w:ilvl w:val="0"/>
                <w:numId w:val="12"/>
              </w:numPr>
              <w:ind w:left="343" w:hanging="283"/>
              <w:jc w:val="both"/>
              <w:rPr>
                <w:rFonts w:ascii="Arial" w:hAnsi="Arial" w:cs="Arial"/>
                <w:sz w:val="18"/>
                <w:szCs w:val="18"/>
              </w:rPr>
            </w:pPr>
            <w:r w:rsidRPr="00930748">
              <w:rPr>
                <w:rFonts w:ascii="Arial" w:hAnsi="Arial" w:cs="Arial"/>
                <w:sz w:val="18"/>
                <w:szCs w:val="18"/>
              </w:rPr>
              <w:t xml:space="preserve">Verificación de correspondencia entre </w:t>
            </w:r>
            <w:proofErr w:type="spellStart"/>
            <w:r w:rsidRPr="00930748">
              <w:rPr>
                <w:rFonts w:ascii="Arial" w:hAnsi="Arial" w:cs="Arial"/>
                <w:sz w:val="18"/>
                <w:szCs w:val="18"/>
              </w:rPr>
              <w:t>patch</w:t>
            </w:r>
            <w:proofErr w:type="spellEnd"/>
            <w:r w:rsidRPr="00930748">
              <w:rPr>
                <w:rFonts w:ascii="Arial" w:hAnsi="Arial" w:cs="Arial"/>
                <w:sz w:val="18"/>
                <w:szCs w:val="18"/>
              </w:rPr>
              <w:t xml:space="preserve"> panel y puntos finales</w:t>
            </w:r>
          </w:p>
          <w:p w14:paraId="7D6B1C43" w14:textId="77777777" w:rsidR="00674DB8" w:rsidRPr="00930748" w:rsidRDefault="00674DB8">
            <w:pPr>
              <w:pStyle w:val="Prrafodelista"/>
              <w:numPr>
                <w:ilvl w:val="0"/>
                <w:numId w:val="12"/>
              </w:numPr>
              <w:ind w:left="343" w:hanging="283"/>
              <w:jc w:val="both"/>
              <w:rPr>
                <w:rFonts w:ascii="Arial" w:hAnsi="Arial" w:cs="Arial"/>
                <w:sz w:val="18"/>
                <w:szCs w:val="18"/>
              </w:rPr>
            </w:pPr>
            <w:r w:rsidRPr="00930748">
              <w:rPr>
                <w:rFonts w:ascii="Arial" w:hAnsi="Arial" w:cs="Arial"/>
                <w:sz w:val="18"/>
                <w:szCs w:val="18"/>
              </w:rPr>
              <w:t>Levantamiento de información técnica del estado actual</w:t>
            </w:r>
          </w:p>
          <w:p w14:paraId="11283832" w14:textId="77777777" w:rsidR="00674DB8" w:rsidRPr="00930748" w:rsidRDefault="00674DB8">
            <w:pPr>
              <w:pStyle w:val="Prrafodelista"/>
              <w:numPr>
                <w:ilvl w:val="0"/>
                <w:numId w:val="12"/>
              </w:numPr>
              <w:ind w:left="343" w:hanging="283"/>
              <w:rPr>
                <w:rFonts w:ascii="Arial" w:hAnsi="Arial" w:cs="Arial"/>
                <w:sz w:val="18"/>
                <w:szCs w:val="18"/>
              </w:rPr>
            </w:pPr>
            <w:r w:rsidRPr="00930748">
              <w:rPr>
                <w:rFonts w:ascii="Arial" w:hAnsi="Arial" w:cs="Arial"/>
                <w:sz w:val="18"/>
                <w:szCs w:val="18"/>
              </w:rPr>
              <w:t>Registro de resultados por punto, consolidado en un informe técnico.</w:t>
            </w:r>
          </w:p>
          <w:p w14:paraId="4F008166" w14:textId="77777777" w:rsidR="00674DB8" w:rsidRPr="00930748" w:rsidRDefault="00674DB8" w:rsidP="00B25E14">
            <w:pPr>
              <w:rPr>
                <w:rFonts w:ascii="Arial" w:hAnsi="Arial" w:cs="Arial"/>
                <w:sz w:val="18"/>
                <w:szCs w:val="18"/>
              </w:rPr>
            </w:pPr>
          </w:p>
          <w:p w14:paraId="6170F879" w14:textId="77777777" w:rsidR="00674DB8" w:rsidRPr="00930748" w:rsidRDefault="00674DB8" w:rsidP="00B25E14">
            <w:pPr>
              <w:pStyle w:val="Default"/>
              <w:jc w:val="both"/>
              <w:rPr>
                <w:rFonts w:ascii="Arial" w:hAnsi="Arial" w:cs="Arial"/>
                <w:sz w:val="18"/>
                <w:szCs w:val="18"/>
                <w:lang w:val="es-ES_tradnl"/>
              </w:rPr>
            </w:pPr>
            <w:r w:rsidRPr="00930748">
              <w:rPr>
                <w:rFonts w:ascii="Arial" w:hAnsi="Arial" w:cs="Arial"/>
                <w:sz w:val="18"/>
                <w:szCs w:val="18"/>
              </w:rPr>
              <w:t>Nota: El funcionamiento de la red se verificará con equipos especializados (certificadores de cableado, analizadores de red entre otros.) los cuales aseguran la calidad de transmisión, potencia de la señal, conectividad física, configuración lógica con el fin de cumplir los estándares definidos.</w:t>
            </w:r>
          </w:p>
        </w:tc>
        <w:tc>
          <w:tcPr>
            <w:tcW w:w="993" w:type="dxa"/>
            <w:vAlign w:val="center"/>
          </w:tcPr>
          <w:p w14:paraId="21932AEB" w14:textId="77777777" w:rsidR="00674DB8" w:rsidRPr="00930748" w:rsidRDefault="00674DB8" w:rsidP="00674DB8">
            <w:pPr>
              <w:jc w:val="center"/>
              <w:rPr>
                <w:rFonts w:ascii="Arial" w:hAnsi="Arial" w:cs="Arial"/>
                <w:sz w:val="18"/>
                <w:szCs w:val="18"/>
              </w:rPr>
            </w:pPr>
          </w:p>
        </w:tc>
        <w:tc>
          <w:tcPr>
            <w:tcW w:w="992" w:type="dxa"/>
            <w:vAlign w:val="center"/>
          </w:tcPr>
          <w:p w14:paraId="3B7E46B2" w14:textId="77777777" w:rsidR="00674DB8" w:rsidRPr="00930748" w:rsidRDefault="00674DB8" w:rsidP="00674DB8">
            <w:pPr>
              <w:jc w:val="center"/>
              <w:rPr>
                <w:rFonts w:ascii="Arial" w:hAnsi="Arial" w:cs="Arial"/>
                <w:sz w:val="18"/>
                <w:szCs w:val="18"/>
              </w:rPr>
            </w:pPr>
          </w:p>
        </w:tc>
      </w:tr>
      <w:tr w:rsidR="00674DB8" w:rsidRPr="00463B46" w14:paraId="7B77121F" w14:textId="766AFE17" w:rsidTr="00674DB8">
        <w:trPr>
          <w:trHeight w:val="20"/>
        </w:trPr>
        <w:tc>
          <w:tcPr>
            <w:tcW w:w="680" w:type="dxa"/>
            <w:vAlign w:val="center"/>
          </w:tcPr>
          <w:p w14:paraId="04199581"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24.12</w:t>
            </w:r>
          </w:p>
        </w:tc>
        <w:tc>
          <w:tcPr>
            <w:tcW w:w="7825" w:type="dxa"/>
          </w:tcPr>
          <w:p w14:paraId="64891EFF"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El contratista deberá suministrar e instalar todos los elementos necesarios para la ejecución del mantenimiento tanto preventivo como correctivo a todo costo.</w:t>
            </w:r>
          </w:p>
        </w:tc>
        <w:tc>
          <w:tcPr>
            <w:tcW w:w="993" w:type="dxa"/>
            <w:vAlign w:val="center"/>
          </w:tcPr>
          <w:p w14:paraId="720D3BED" w14:textId="77777777" w:rsidR="00674DB8" w:rsidRPr="00930748" w:rsidRDefault="00674DB8" w:rsidP="00674DB8">
            <w:pPr>
              <w:jc w:val="center"/>
              <w:rPr>
                <w:rFonts w:ascii="Arial" w:hAnsi="Arial" w:cs="Arial"/>
                <w:sz w:val="18"/>
                <w:szCs w:val="18"/>
              </w:rPr>
            </w:pPr>
          </w:p>
        </w:tc>
        <w:tc>
          <w:tcPr>
            <w:tcW w:w="992" w:type="dxa"/>
            <w:vAlign w:val="center"/>
          </w:tcPr>
          <w:p w14:paraId="01A2B9FC" w14:textId="77777777" w:rsidR="00674DB8" w:rsidRPr="00930748" w:rsidRDefault="00674DB8" w:rsidP="00674DB8">
            <w:pPr>
              <w:jc w:val="center"/>
              <w:rPr>
                <w:rFonts w:ascii="Arial" w:hAnsi="Arial" w:cs="Arial"/>
                <w:sz w:val="18"/>
                <w:szCs w:val="18"/>
              </w:rPr>
            </w:pPr>
          </w:p>
        </w:tc>
      </w:tr>
      <w:tr w:rsidR="00674DB8" w:rsidRPr="00463B46" w14:paraId="4F9FD6AC" w14:textId="5AC5B550" w:rsidTr="00674DB8">
        <w:trPr>
          <w:trHeight w:val="20"/>
        </w:trPr>
        <w:tc>
          <w:tcPr>
            <w:tcW w:w="680" w:type="dxa"/>
            <w:vAlign w:val="center"/>
          </w:tcPr>
          <w:p w14:paraId="21FF2846"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lastRenderedPageBreak/>
              <w:t>24.13</w:t>
            </w:r>
          </w:p>
        </w:tc>
        <w:tc>
          <w:tcPr>
            <w:tcW w:w="7825" w:type="dxa"/>
          </w:tcPr>
          <w:p w14:paraId="54B8C664"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Es obligación del contratista realizar todos los ajustes para los trabajos técnicos y de instalación requeridos al igual que constatar todas las cantidades necesarias a través de una visita técnica, con el fin de ajustar todas y cada una de las características técnicas y administrativas que requiera.</w:t>
            </w:r>
          </w:p>
        </w:tc>
        <w:tc>
          <w:tcPr>
            <w:tcW w:w="993" w:type="dxa"/>
            <w:vAlign w:val="center"/>
          </w:tcPr>
          <w:p w14:paraId="023A85A4" w14:textId="77777777" w:rsidR="00674DB8" w:rsidRPr="00930748" w:rsidRDefault="00674DB8" w:rsidP="00674DB8">
            <w:pPr>
              <w:jc w:val="center"/>
              <w:rPr>
                <w:rFonts w:ascii="Arial" w:hAnsi="Arial" w:cs="Arial"/>
                <w:sz w:val="18"/>
                <w:szCs w:val="18"/>
              </w:rPr>
            </w:pPr>
          </w:p>
        </w:tc>
        <w:tc>
          <w:tcPr>
            <w:tcW w:w="992" w:type="dxa"/>
            <w:vAlign w:val="center"/>
          </w:tcPr>
          <w:p w14:paraId="6DC9A3D0" w14:textId="77777777" w:rsidR="00674DB8" w:rsidRPr="00930748" w:rsidRDefault="00674DB8" w:rsidP="00674DB8">
            <w:pPr>
              <w:jc w:val="center"/>
              <w:rPr>
                <w:rFonts w:ascii="Arial" w:hAnsi="Arial" w:cs="Arial"/>
                <w:sz w:val="18"/>
                <w:szCs w:val="18"/>
              </w:rPr>
            </w:pPr>
          </w:p>
        </w:tc>
      </w:tr>
      <w:tr w:rsidR="00674DB8" w:rsidRPr="00463B46" w14:paraId="39AB0CD4" w14:textId="6B9E617D" w:rsidTr="00674DB8">
        <w:trPr>
          <w:trHeight w:val="20"/>
        </w:trPr>
        <w:tc>
          <w:tcPr>
            <w:tcW w:w="680" w:type="dxa"/>
            <w:vAlign w:val="center"/>
          </w:tcPr>
          <w:p w14:paraId="41FB775A"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24.7</w:t>
            </w:r>
          </w:p>
        </w:tc>
        <w:tc>
          <w:tcPr>
            <w:tcW w:w="7825" w:type="dxa"/>
          </w:tcPr>
          <w:p w14:paraId="671E7CA1"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Una vez realizada la instalación de los puntos de red, el supervisor verificará y constatará el cumplimiento taxativamente ítem a ítem, el contratista una vez terminado las actividades descritas anteriormente deberá realizar la entrega de los documentos relacionados, así:</w:t>
            </w:r>
          </w:p>
          <w:p w14:paraId="17A00A87" w14:textId="77777777" w:rsidR="00674DB8" w:rsidRPr="00930748" w:rsidRDefault="00674DB8" w:rsidP="00B25E14">
            <w:pPr>
              <w:pStyle w:val="Prrafodelista"/>
              <w:jc w:val="both"/>
              <w:rPr>
                <w:rFonts w:ascii="Arial" w:hAnsi="Arial" w:cs="Arial"/>
                <w:sz w:val="18"/>
                <w:szCs w:val="18"/>
              </w:rPr>
            </w:pPr>
          </w:p>
          <w:p w14:paraId="71C08EF1"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Informe técnico con registro fotográfico del estado inicial y final.</w:t>
            </w:r>
          </w:p>
          <w:p w14:paraId="0338B2B5" w14:textId="77777777" w:rsidR="00674DB8" w:rsidRPr="00930748" w:rsidRDefault="00674DB8" w:rsidP="00B25E14">
            <w:pPr>
              <w:pStyle w:val="Prrafodelista"/>
              <w:jc w:val="both"/>
              <w:rPr>
                <w:rFonts w:ascii="Arial" w:hAnsi="Arial" w:cs="Arial"/>
                <w:sz w:val="18"/>
                <w:szCs w:val="18"/>
              </w:rPr>
            </w:pPr>
          </w:p>
          <w:p w14:paraId="312C86AC" w14:textId="77777777" w:rsidR="00674DB8" w:rsidRPr="00930748" w:rsidRDefault="00674DB8">
            <w:pPr>
              <w:pStyle w:val="Prrafodelista"/>
              <w:numPr>
                <w:ilvl w:val="0"/>
                <w:numId w:val="12"/>
              </w:numPr>
              <w:spacing w:after="160" w:line="278" w:lineRule="auto"/>
              <w:ind w:left="343" w:hanging="283"/>
              <w:jc w:val="both"/>
              <w:rPr>
                <w:rFonts w:ascii="Arial" w:hAnsi="Arial" w:cs="Arial"/>
                <w:sz w:val="18"/>
                <w:szCs w:val="18"/>
              </w:rPr>
            </w:pPr>
            <w:r w:rsidRPr="00930748">
              <w:rPr>
                <w:rFonts w:ascii="Arial" w:hAnsi="Arial" w:cs="Arial"/>
                <w:sz w:val="18"/>
                <w:szCs w:val="18"/>
              </w:rPr>
              <w:t>Inventario actualizado de puntos de red.</w:t>
            </w:r>
          </w:p>
          <w:p w14:paraId="143741D1" w14:textId="77777777" w:rsidR="00674DB8" w:rsidRPr="00930748" w:rsidRDefault="00674DB8">
            <w:pPr>
              <w:pStyle w:val="Prrafodelista"/>
              <w:numPr>
                <w:ilvl w:val="0"/>
                <w:numId w:val="12"/>
              </w:numPr>
              <w:spacing w:after="160" w:line="278" w:lineRule="auto"/>
              <w:ind w:left="343" w:hanging="283"/>
              <w:jc w:val="both"/>
              <w:rPr>
                <w:rFonts w:ascii="Arial" w:hAnsi="Arial" w:cs="Arial"/>
                <w:sz w:val="18"/>
                <w:szCs w:val="18"/>
              </w:rPr>
            </w:pPr>
            <w:r w:rsidRPr="00930748">
              <w:rPr>
                <w:rFonts w:ascii="Arial" w:hAnsi="Arial" w:cs="Arial"/>
                <w:sz w:val="18"/>
                <w:szCs w:val="18"/>
              </w:rPr>
              <w:t>Esquema de numeración implementado.</w:t>
            </w:r>
          </w:p>
          <w:p w14:paraId="26E4A46D" w14:textId="77777777" w:rsidR="00674DB8" w:rsidRPr="00930748" w:rsidRDefault="00674DB8">
            <w:pPr>
              <w:pStyle w:val="Prrafodelista"/>
              <w:numPr>
                <w:ilvl w:val="0"/>
                <w:numId w:val="12"/>
              </w:numPr>
              <w:spacing w:after="160" w:line="278" w:lineRule="auto"/>
              <w:ind w:left="343" w:hanging="283"/>
              <w:jc w:val="both"/>
              <w:rPr>
                <w:rFonts w:ascii="Arial" w:hAnsi="Arial" w:cs="Arial"/>
                <w:sz w:val="18"/>
                <w:szCs w:val="18"/>
              </w:rPr>
            </w:pPr>
            <w:r w:rsidRPr="00930748">
              <w:rPr>
                <w:rFonts w:ascii="Arial" w:hAnsi="Arial" w:cs="Arial"/>
                <w:sz w:val="18"/>
                <w:szCs w:val="18"/>
              </w:rPr>
              <w:t>Reportes de certificación en formato digital.</w:t>
            </w:r>
          </w:p>
          <w:p w14:paraId="2C84B799" w14:textId="77777777" w:rsidR="00674DB8" w:rsidRPr="00930748" w:rsidRDefault="00674DB8">
            <w:pPr>
              <w:pStyle w:val="Prrafodelista"/>
              <w:numPr>
                <w:ilvl w:val="0"/>
                <w:numId w:val="12"/>
              </w:numPr>
              <w:spacing w:after="160" w:line="278" w:lineRule="auto"/>
              <w:ind w:left="343" w:hanging="283"/>
              <w:jc w:val="both"/>
              <w:rPr>
                <w:rFonts w:ascii="Arial" w:hAnsi="Arial" w:cs="Arial"/>
                <w:sz w:val="18"/>
                <w:szCs w:val="18"/>
              </w:rPr>
            </w:pPr>
            <w:r w:rsidRPr="00930748">
              <w:rPr>
                <w:rFonts w:ascii="Arial" w:hAnsi="Arial" w:cs="Arial"/>
                <w:sz w:val="18"/>
                <w:szCs w:val="18"/>
              </w:rPr>
              <w:t>Listado de correctivos ejecutados.</w:t>
            </w:r>
          </w:p>
          <w:p w14:paraId="3F765516" w14:textId="501E83E4" w:rsidR="00674DB8" w:rsidRPr="00BC51C5" w:rsidRDefault="00674DB8">
            <w:pPr>
              <w:pStyle w:val="Prrafodelista"/>
              <w:numPr>
                <w:ilvl w:val="0"/>
                <w:numId w:val="12"/>
              </w:numPr>
              <w:spacing w:line="278" w:lineRule="auto"/>
              <w:ind w:left="343" w:hanging="283"/>
              <w:jc w:val="both"/>
              <w:rPr>
                <w:rFonts w:ascii="Arial" w:hAnsi="Arial" w:cs="Arial"/>
                <w:sz w:val="18"/>
                <w:szCs w:val="18"/>
              </w:rPr>
            </w:pPr>
            <w:r w:rsidRPr="00930748">
              <w:rPr>
                <w:rFonts w:ascii="Arial" w:hAnsi="Arial" w:cs="Arial"/>
                <w:sz w:val="18"/>
                <w:szCs w:val="18"/>
              </w:rPr>
              <w:t>Recomendaciones técnicas para mejoras futuras.</w:t>
            </w:r>
          </w:p>
        </w:tc>
        <w:tc>
          <w:tcPr>
            <w:tcW w:w="993" w:type="dxa"/>
            <w:vAlign w:val="center"/>
          </w:tcPr>
          <w:p w14:paraId="304702C0" w14:textId="77777777" w:rsidR="00674DB8" w:rsidRPr="00930748" w:rsidRDefault="00674DB8" w:rsidP="00674DB8">
            <w:pPr>
              <w:jc w:val="center"/>
              <w:rPr>
                <w:rFonts w:ascii="Arial" w:hAnsi="Arial" w:cs="Arial"/>
                <w:sz w:val="18"/>
                <w:szCs w:val="18"/>
              </w:rPr>
            </w:pPr>
          </w:p>
        </w:tc>
        <w:tc>
          <w:tcPr>
            <w:tcW w:w="992" w:type="dxa"/>
            <w:vAlign w:val="center"/>
          </w:tcPr>
          <w:p w14:paraId="360EED39" w14:textId="77777777" w:rsidR="00674DB8" w:rsidRPr="00930748" w:rsidRDefault="00674DB8" w:rsidP="00674DB8">
            <w:pPr>
              <w:jc w:val="center"/>
              <w:rPr>
                <w:rFonts w:ascii="Arial" w:hAnsi="Arial" w:cs="Arial"/>
                <w:sz w:val="18"/>
                <w:szCs w:val="18"/>
              </w:rPr>
            </w:pPr>
          </w:p>
        </w:tc>
      </w:tr>
      <w:tr w:rsidR="00674DB8" w14:paraId="3942D60F" w14:textId="75AF8470" w:rsidTr="00674DB8">
        <w:trPr>
          <w:trHeight w:val="20"/>
        </w:trPr>
        <w:tc>
          <w:tcPr>
            <w:tcW w:w="680" w:type="dxa"/>
            <w:vAlign w:val="center"/>
          </w:tcPr>
          <w:p w14:paraId="7217E0B4" w14:textId="77777777" w:rsidR="00674DB8" w:rsidRPr="00930748" w:rsidRDefault="00674DB8" w:rsidP="00B25E14">
            <w:pPr>
              <w:jc w:val="center"/>
              <w:rPr>
                <w:rFonts w:ascii="Arial" w:hAnsi="Arial" w:cs="Arial"/>
                <w:b/>
                <w:bCs/>
                <w:sz w:val="18"/>
                <w:szCs w:val="18"/>
              </w:rPr>
            </w:pPr>
            <w:r w:rsidRPr="00930748">
              <w:rPr>
                <w:rFonts w:ascii="Arial" w:hAnsi="Arial" w:cs="Arial"/>
                <w:b/>
                <w:bCs/>
                <w:sz w:val="18"/>
                <w:szCs w:val="18"/>
              </w:rPr>
              <w:t>25</w:t>
            </w:r>
          </w:p>
        </w:tc>
        <w:tc>
          <w:tcPr>
            <w:tcW w:w="7825" w:type="dxa"/>
          </w:tcPr>
          <w:p w14:paraId="1914425E" w14:textId="77777777" w:rsidR="00674DB8" w:rsidRPr="00930748" w:rsidRDefault="00674DB8" w:rsidP="00B25E14">
            <w:pPr>
              <w:jc w:val="both"/>
              <w:rPr>
                <w:rFonts w:ascii="Arial" w:hAnsi="Arial" w:cs="Arial"/>
                <w:sz w:val="18"/>
                <w:szCs w:val="18"/>
              </w:rPr>
            </w:pPr>
            <w:r w:rsidRPr="00930748">
              <w:rPr>
                <w:rFonts w:ascii="Arial" w:hAnsi="Arial" w:cs="Arial"/>
                <w:b/>
                <w:sz w:val="18"/>
                <w:szCs w:val="18"/>
              </w:rPr>
              <w:t xml:space="preserve">MANTENIMIENTO PREVENTIVO Y/O CORRECTIVO RED ELÉCTRICA Y SUS COMPONENTES Y </w:t>
            </w:r>
            <w:r w:rsidRPr="00930748">
              <w:rPr>
                <w:rFonts w:ascii="Arial" w:eastAsia="Arial MT" w:hAnsi="Arial" w:cs="Arial"/>
                <w:b/>
                <w:sz w:val="18"/>
                <w:szCs w:val="18"/>
                <w:lang w:val="es-ES"/>
              </w:rPr>
              <w:t>ACCESORIOS A TODO COSTO.</w:t>
            </w:r>
          </w:p>
        </w:tc>
        <w:tc>
          <w:tcPr>
            <w:tcW w:w="993" w:type="dxa"/>
            <w:vAlign w:val="center"/>
          </w:tcPr>
          <w:p w14:paraId="748C0BD6" w14:textId="77777777" w:rsidR="00674DB8" w:rsidRPr="00930748" w:rsidRDefault="00674DB8" w:rsidP="00674DB8">
            <w:pPr>
              <w:jc w:val="center"/>
              <w:rPr>
                <w:rFonts w:ascii="Arial" w:hAnsi="Arial" w:cs="Arial"/>
                <w:b/>
                <w:sz w:val="18"/>
                <w:szCs w:val="18"/>
              </w:rPr>
            </w:pPr>
          </w:p>
        </w:tc>
        <w:tc>
          <w:tcPr>
            <w:tcW w:w="992" w:type="dxa"/>
            <w:vAlign w:val="center"/>
          </w:tcPr>
          <w:p w14:paraId="6978A9A2" w14:textId="77777777" w:rsidR="00674DB8" w:rsidRPr="00930748" w:rsidRDefault="00674DB8" w:rsidP="00674DB8">
            <w:pPr>
              <w:jc w:val="center"/>
              <w:rPr>
                <w:rFonts w:ascii="Arial" w:hAnsi="Arial" w:cs="Arial"/>
                <w:b/>
                <w:sz w:val="18"/>
                <w:szCs w:val="18"/>
              </w:rPr>
            </w:pPr>
          </w:p>
        </w:tc>
      </w:tr>
      <w:tr w:rsidR="00674DB8" w:rsidRPr="0004633B" w14:paraId="05851F9C" w14:textId="551089E3" w:rsidTr="00674DB8">
        <w:trPr>
          <w:trHeight w:val="20"/>
        </w:trPr>
        <w:tc>
          <w:tcPr>
            <w:tcW w:w="680" w:type="dxa"/>
            <w:vAlign w:val="center"/>
          </w:tcPr>
          <w:p w14:paraId="541AC2FB"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25.1</w:t>
            </w:r>
          </w:p>
        </w:tc>
        <w:tc>
          <w:tcPr>
            <w:tcW w:w="7825" w:type="dxa"/>
          </w:tcPr>
          <w:p w14:paraId="21B7069B" w14:textId="77777777" w:rsidR="00674DB8" w:rsidRPr="00930748" w:rsidRDefault="00674DB8" w:rsidP="00B25E14">
            <w:pPr>
              <w:jc w:val="both"/>
              <w:rPr>
                <w:rFonts w:ascii="Arial" w:hAnsi="Arial" w:cs="Arial"/>
                <w:b/>
                <w:sz w:val="18"/>
                <w:szCs w:val="18"/>
              </w:rPr>
            </w:pPr>
            <w:r w:rsidRPr="00930748">
              <w:rPr>
                <w:rFonts w:ascii="Arial" w:hAnsi="Arial" w:cs="Arial"/>
                <w:sz w:val="18"/>
                <w:szCs w:val="18"/>
                <w:lang w:val="es-ES_tradnl"/>
              </w:rPr>
              <w:t>El contratista deberá presentar planos de los puntos intervenidos.</w:t>
            </w:r>
          </w:p>
        </w:tc>
        <w:tc>
          <w:tcPr>
            <w:tcW w:w="993" w:type="dxa"/>
            <w:vAlign w:val="center"/>
          </w:tcPr>
          <w:p w14:paraId="45D239A5" w14:textId="77777777" w:rsidR="00674DB8" w:rsidRPr="00930748" w:rsidRDefault="00674DB8" w:rsidP="00674DB8">
            <w:pPr>
              <w:jc w:val="center"/>
              <w:rPr>
                <w:rFonts w:ascii="Arial" w:hAnsi="Arial" w:cs="Arial"/>
                <w:sz w:val="18"/>
                <w:szCs w:val="18"/>
                <w:lang w:val="es-ES_tradnl"/>
              </w:rPr>
            </w:pPr>
          </w:p>
        </w:tc>
        <w:tc>
          <w:tcPr>
            <w:tcW w:w="992" w:type="dxa"/>
            <w:vAlign w:val="center"/>
          </w:tcPr>
          <w:p w14:paraId="7686A1BA" w14:textId="77777777" w:rsidR="00674DB8" w:rsidRPr="00930748" w:rsidRDefault="00674DB8" w:rsidP="00674DB8">
            <w:pPr>
              <w:jc w:val="center"/>
              <w:rPr>
                <w:rFonts w:ascii="Arial" w:hAnsi="Arial" w:cs="Arial"/>
                <w:sz w:val="18"/>
                <w:szCs w:val="18"/>
                <w:lang w:val="es-ES_tradnl"/>
              </w:rPr>
            </w:pPr>
          </w:p>
        </w:tc>
      </w:tr>
      <w:tr w:rsidR="00674DB8" w:rsidRPr="0004633B" w14:paraId="11FB9E51" w14:textId="25F75BBA" w:rsidTr="00674DB8">
        <w:trPr>
          <w:trHeight w:val="20"/>
        </w:trPr>
        <w:tc>
          <w:tcPr>
            <w:tcW w:w="680" w:type="dxa"/>
            <w:vAlign w:val="center"/>
          </w:tcPr>
          <w:p w14:paraId="5F1A5918"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25.2</w:t>
            </w:r>
          </w:p>
        </w:tc>
        <w:tc>
          <w:tcPr>
            <w:tcW w:w="7825" w:type="dxa"/>
          </w:tcPr>
          <w:p w14:paraId="10D8DB1E"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El proponente a quien sea adjudicado el proceso, deberá entregar a la supervisión del contrato dentro de los primeros 5 días hábiles un cronograma de las actividades a desarrollar.</w:t>
            </w:r>
          </w:p>
          <w:p w14:paraId="6A5AC8DD" w14:textId="77777777" w:rsidR="00674DB8" w:rsidRPr="00930748" w:rsidRDefault="00674DB8" w:rsidP="00B25E14">
            <w:pPr>
              <w:jc w:val="both"/>
              <w:rPr>
                <w:rFonts w:ascii="Arial" w:hAnsi="Arial" w:cs="Arial"/>
                <w:sz w:val="18"/>
                <w:szCs w:val="18"/>
              </w:rPr>
            </w:pPr>
          </w:p>
          <w:p w14:paraId="37D8C49D" w14:textId="77777777" w:rsidR="00674DB8" w:rsidRPr="00930748" w:rsidRDefault="00674DB8" w:rsidP="00B25E14">
            <w:pPr>
              <w:jc w:val="both"/>
              <w:rPr>
                <w:rFonts w:ascii="Arial" w:hAnsi="Arial" w:cs="Arial"/>
                <w:b/>
                <w:sz w:val="18"/>
                <w:szCs w:val="18"/>
              </w:rPr>
            </w:pPr>
            <w:r w:rsidRPr="00930748">
              <w:rPr>
                <w:rFonts w:ascii="Arial" w:hAnsi="Arial" w:cs="Arial"/>
                <w:sz w:val="18"/>
                <w:szCs w:val="18"/>
              </w:rPr>
              <w:t>El cronograma debe ser concertado con el supervisor del contrato o por quien este delegue para realizar esta actividad, este debe enmarcar los requerimientos técnicos solicitados, describiendo tiempos y actividades a desarrollar.</w:t>
            </w:r>
          </w:p>
        </w:tc>
        <w:tc>
          <w:tcPr>
            <w:tcW w:w="993" w:type="dxa"/>
            <w:vAlign w:val="center"/>
          </w:tcPr>
          <w:p w14:paraId="161DB0FB" w14:textId="77777777" w:rsidR="00674DB8" w:rsidRPr="00930748" w:rsidRDefault="00674DB8" w:rsidP="00674DB8">
            <w:pPr>
              <w:jc w:val="center"/>
              <w:rPr>
                <w:rFonts w:ascii="Arial" w:hAnsi="Arial" w:cs="Arial"/>
                <w:sz w:val="18"/>
                <w:szCs w:val="18"/>
              </w:rPr>
            </w:pPr>
          </w:p>
        </w:tc>
        <w:tc>
          <w:tcPr>
            <w:tcW w:w="992" w:type="dxa"/>
            <w:vAlign w:val="center"/>
          </w:tcPr>
          <w:p w14:paraId="1D86AB7D" w14:textId="77777777" w:rsidR="00674DB8" w:rsidRPr="00930748" w:rsidRDefault="00674DB8" w:rsidP="00674DB8">
            <w:pPr>
              <w:jc w:val="center"/>
              <w:rPr>
                <w:rFonts w:ascii="Arial" w:hAnsi="Arial" w:cs="Arial"/>
                <w:sz w:val="18"/>
                <w:szCs w:val="18"/>
              </w:rPr>
            </w:pPr>
          </w:p>
        </w:tc>
      </w:tr>
      <w:tr w:rsidR="00674DB8" w:rsidRPr="003E005E" w14:paraId="10959D9A" w14:textId="526DA7BC" w:rsidTr="00674DB8">
        <w:trPr>
          <w:trHeight w:val="20"/>
        </w:trPr>
        <w:tc>
          <w:tcPr>
            <w:tcW w:w="680" w:type="dxa"/>
            <w:vAlign w:val="center"/>
          </w:tcPr>
          <w:p w14:paraId="7CF556C0"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25.3</w:t>
            </w:r>
          </w:p>
        </w:tc>
        <w:tc>
          <w:tcPr>
            <w:tcW w:w="7825" w:type="dxa"/>
          </w:tcPr>
          <w:p w14:paraId="6B0DEEF8" w14:textId="77777777" w:rsidR="00674DB8" w:rsidRPr="00930748" w:rsidRDefault="00674DB8" w:rsidP="00B25E14">
            <w:pPr>
              <w:jc w:val="both"/>
              <w:rPr>
                <w:rFonts w:ascii="Arial" w:hAnsi="Arial" w:cs="Arial"/>
                <w:b/>
                <w:sz w:val="18"/>
                <w:szCs w:val="18"/>
              </w:rPr>
            </w:pPr>
            <w:r w:rsidRPr="00930748">
              <w:rPr>
                <w:rFonts w:ascii="Arial" w:hAnsi="Arial" w:cs="Arial"/>
                <w:bCs/>
                <w:sz w:val="18"/>
                <w:szCs w:val="18"/>
              </w:rPr>
              <w:t>Mantenimiento de acometida eléctrica parcial a todo costo al sitio de Misión Crítica en cable THW 3 No 4F + 1 No4 N + No 8T Cobre, incluye accesorios (</w:t>
            </w:r>
            <w:proofErr w:type="spellStart"/>
            <w:r w:rsidRPr="00930748">
              <w:rPr>
                <w:rFonts w:ascii="Arial" w:hAnsi="Arial" w:cs="Arial"/>
                <w:bCs/>
                <w:sz w:val="18"/>
                <w:szCs w:val="18"/>
              </w:rPr>
              <w:t>breakers</w:t>
            </w:r>
            <w:proofErr w:type="spellEnd"/>
            <w:r w:rsidRPr="00930748">
              <w:rPr>
                <w:rFonts w:ascii="Arial" w:hAnsi="Arial" w:cs="Arial"/>
                <w:bCs/>
                <w:sz w:val="18"/>
                <w:szCs w:val="18"/>
              </w:rPr>
              <w:t>, Tablero, tubería IMC entre otros) incluyendo las obras civiles, terminales y demás elementos necesarios para su correcto funcionamiento, dando cumplimiento al reglamento RETIE.</w:t>
            </w:r>
          </w:p>
        </w:tc>
        <w:tc>
          <w:tcPr>
            <w:tcW w:w="993" w:type="dxa"/>
            <w:vAlign w:val="center"/>
          </w:tcPr>
          <w:p w14:paraId="0F1EA774" w14:textId="77777777" w:rsidR="00674DB8" w:rsidRPr="00930748" w:rsidRDefault="00674DB8" w:rsidP="00674DB8">
            <w:pPr>
              <w:jc w:val="center"/>
              <w:rPr>
                <w:rFonts w:ascii="Arial" w:hAnsi="Arial" w:cs="Arial"/>
                <w:bCs/>
                <w:sz w:val="18"/>
                <w:szCs w:val="18"/>
              </w:rPr>
            </w:pPr>
          </w:p>
        </w:tc>
        <w:tc>
          <w:tcPr>
            <w:tcW w:w="992" w:type="dxa"/>
            <w:vAlign w:val="center"/>
          </w:tcPr>
          <w:p w14:paraId="53C8C285" w14:textId="77777777" w:rsidR="00674DB8" w:rsidRPr="00930748" w:rsidRDefault="00674DB8" w:rsidP="00674DB8">
            <w:pPr>
              <w:jc w:val="center"/>
              <w:rPr>
                <w:rFonts w:ascii="Arial" w:hAnsi="Arial" w:cs="Arial"/>
                <w:bCs/>
                <w:sz w:val="18"/>
                <w:szCs w:val="18"/>
              </w:rPr>
            </w:pPr>
          </w:p>
        </w:tc>
      </w:tr>
      <w:tr w:rsidR="00674DB8" w14:paraId="7ADECBEB" w14:textId="57DB3F62" w:rsidTr="00674DB8">
        <w:trPr>
          <w:trHeight w:val="20"/>
        </w:trPr>
        <w:tc>
          <w:tcPr>
            <w:tcW w:w="680" w:type="dxa"/>
            <w:vAlign w:val="center"/>
          </w:tcPr>
          <w:p w14:paraId="56CBDA03"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25.4</w:t>
            </w:r>
          </w:p>
        </w:tc>
        <w:tc>
          <w:tcPr>
            <w:tcW w:w="7825" w:type="dxa"/>
          </w:tcPr>
          <w:p w14:paraId="6577805A"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 xml:space="preserve">Mantenimiento, Instalación y adecuación de componentes eléctricos a todo costo, incluye: </w:t>
            </w:r>
          </w:p>
          <w:p w14:paraId="3483DFAD" w14:textId="77777777" w:rsidR="00674DB8" w:rsidRPr="00930748" w:rsidRDefault="00674DB8" w:rsidP="00B25E14">
            <w:pPr>
              <w:jc w:val="both"/>
              <w:rPr>
                <w:rFonts w:ascii="Arial" w:hAnsi="Arial" w:cs="Arial"/>
                <w:sz w:val="18"/>
                <w:szCs w:val="18"/>
              </w:rPr>
            </w:pPr>
          </w:p>
          <w:p w14:paraId="4228C7AA" w14:textId="77777777" w:rsidR="00674DB8" w:rsidRPr="00930748" w:rsidRDefault="00674DB8">
            <w:pPr>
              <w:numPr>
                <w:ilvl w:val="0"/>
                <w:numId w:val="14"/>
              </w:numPr>
              <w:tabs>
                <w:tab w:val="clear" w:pos="720"/>
              </w:tabs>
              <w:ind w:left="236" w:hanging="236"/>
              <w:jc w:val="both"/>
              <w:rPr>
                <w:rFonts w:ascii="Arial" w:hAnsi="Arial" w:cs="Arial"/>
                <w:sz w:val="18"/>
                <w:szCs w:val="18"/>
              </w:rPr>
            </w:pPr>
            <w:proofErr w:type="spellStart"/>
            <w:r w:rsidRPr="00930748">
              <w:rPr>
                <w:rFonts w:ascii="Arial" w:hAnsi="Arial" w:cs="Arial"/>
                <w:sz w:val="18"/>
                <w:szCs w:val="18"/>
              </w:rPr>
              <w:t>Breakers</w:t>
            </w:r>
            <w:proofErr w:type="spellEnd"/>
            <w:r w:rsidRPr="00930748">
              <w:rPr>
                <w:rFonts w:ascii="Arial" w:hAnsi="Arial" w:cs="Arial"/>
                <w:sz w:val="18"/>
                <w:szCs w:val="18"/>
              </w:rPr>
              <w:t xml:space="preserve"> termomagnéticos.</w:t>
            </w:r>
          </w:p>
          <w:p w14:paraId="31809A1A" w14:textId="77777777" w:rsidR="00674DB8" w:rsidRPr="00930748" w:rsidRDefault="00674DB8">
            <w:pPr>
              <w:numPr>
                <w:ilvl w:val="0"/>
                <w:numId w:val="14"/>
              </w:numPr>
              <w:tabs>
                <w:tab w:val="clear" w:pos="720"/>
              </w:tabs>
              <w:ind w:left="236" w:hanging="236"/>
              <w:jc w:val="both"/>
              <w:rPr>
                <w:rFonts w:ascii="Arial" w:hAnsi="Arial" w:cs="Arial"/>
                <w:sz w:val="18"/>
                <w:szCs w:val="18"/>
              </w:rPr>
            </w:pPr>
            <w:r w:rsidRPr="00930748">
              <w:rPr>
                <w:rFonts w:ascii="Arial" w:hAnsi="Arial" w:cs="Arial"/>
                <w:sz w:val="18"/>
                <w:szCs w:val="18"/>
              </w:rPr>
              <w:t>Tableros eléctricos.</w:t>
            </w:r>
          </w:p>
          <w:p w14:paraId="2DA4AD04" w14:textId="77777777" w:rsidR="00674DB8" w:rsidRPr="00930748" w:rsidRDefault="00674DB8">
            <w:pPr>
              <w:numPr>
                <w:ilvl w:val="0"/>
                <w:numId w:val="14"/>
              </w:numPr>
              <w:tabs>
                <w:tab w:val="clear" w:pos="720"/>
              </w:tabs>
              <w:ind w:left="236" w:hanging="236"/>
              <w:jc w:val="both"/>
              <w:rPr>
                <w:rFonts w:ascii="Arial" w:hAnsi="Arial" w:cs="Arial"/>
                <w:sz w:val="18"/>
                <w:szCs w:val="18"/>
              </w:rPr>
            </w:pPr>
            <w:r w:rsidRPr="00930748">
              <w:rPr>
                <w:rFonts w:ascii="Arial" w:hAnsi="Arial" w:cs="Arial"/>
                <w:sz w:val="18"/>
                <w:szCs w:val="18"/>
              </w:rPr>
              <w:t>Conductores eléctricos certificados.</w:t>
            </w:r>
          </w:p>
          <w:p w14:paraId="218E3691" w14:textId="77777777" w:rsidR="00674DB8" w:rsidRPr="00930748" w:rsidRDefault="00674DB8">
            <w:pPr>
              <w:numPr>
                <w:ilvl w:val="0"/>
                <w:numId w:val="14"/>
              </w:numPr>
              <w:tabs>
                <w:tab w:val="clear" w:pos="720"/>
              </w:tabs>
              <w:ind w:left="236" w:hanging="236"/>
              <w:jc w:val="both"/>
              <w:rPr>
                <w:rFonts w:ascii="Arial" w:hAnsi="Arial" w:cs="Arial"/>
                <w:sz w:val="18"/>
                <w:szCs w:val="18"/>
              </w:rPr>
            </w:pPr>
            <w:r w:rsidRPr="00930748">
              <w:rPr>
                <w:rFonts w:ascii="Arial" w:hAnsi="Arial" w:cs="Arial"/>
                <w:sz w:val="18"/>
                <w:szCs w:val="18"/>
              </w:rPr>
              <w:t>Remplazo, sustitución de tapas, tomas corrientes, interruptores, cables eléctricos tornillería, conectores y accesorios entre otros canaletas y tuberías, para la correcta operación y puesta en funcionamiento.</w:t>
            </w:r>
          </w:p>
          <w:p w14:paraId="67D0106C" w14:textId="77777777" w:rsidR="00674DB8" w:rsidRPr="00930748" w:rsidRDefault="00674DB8">
            <w:pPr>
              <w:numPr>
                <w:ilvl w:val="0"/>
                <w:numId w:val="14"/>
              </w:numPr>
              <w:tabs>
                <w:tab w:val="clear" w:pos="720"/>
              </w:tabs>
              <w:ind w:left="236" w:hanging="236"/>
              <w:jc w:val="both"/>
              <w:rPr>
                <w:rFonts w:ascii="Arial" w:hAnsi="Arial" w:cs="Arial"/>
                <w:sz w:val="18"/>
                <w:szCs w:val="18"/>
              </w:rPr>
            </w:pPr>
            <w:r w:rsidRPr="00930748">
              <w:rPr>
                <w:rFonts w:ascii="Arial" w:hAnsi="Arial" w:cs="Arial"/>
                <w:sz w:val="18"/>
                <w:szCs w:val="18"/>
              </w:rPr>
              <w:t>Cambio de piezas defectuosas o deterioradas.</w:t>
            </w:r>
          </w:p>
          <w:p w14:paraId="3412DE78" w14:textId="77777777" w:rsidR="00674DB8" w:rsidRPr="00930748" w:rsidRDefault="00674DB8">
            <w:pPr>
              <w:numPr>
                <w:ilvl w:val="0"/>
                <w:numId w:val="14"/>
              </w:numPr>
              <w:tabs>
                <w:tab w:val="clear" w:pos="720"/>
              </w:tabs>
              <w:ind w:left="236" w:hanging="236"/>
              <w:jc w:val="both"/>
              <w:rPr>
                <w:rFonts w:ascii="Arial" w:hAnsi="Arial" w:cs="Arial"/>
                <w:sz w:val="18"/>
                <w:szCs w:val="18"/>
              </w:rPr>
            </w:pPr>
            <w:r w:rsidRPr="00930748">
              <w:rPr>
                <w:rFonts w:ascii="Arial" w:hAnsi="Arial" w:cs="Arial"/>
                <w:sz w:val="18"/>
                <w:szCs w:val="18"/>
              </w:rPr>
              <w:t>Retiro, remplazo y limpieza del cableado eléctrico en desuso e inhabilitado, el cual se encuentra generando consumos fantasmas, sobrecargas innecesarias y riesgos eléctricos entre otros</w:t>
            </w:r>
          </w:p>
          <w:p w14:paraId="52ED7643" w14:textId="77777777" w:rsidR="00674DB8" w:rsidRPr="00930748" w:rsidRDefault="00674DB8">
            <w:pPr>
              <w:numPr>
                <w:ilvl w:val="0"/>
                <w:numId w:val="14"/>
              </w:numPr>
              <w:tabs>
                <w:tab w:val="clear" w:pos="720"/>
              </w:tabs>
              <w:ind w:left="236" w:hanging="236"/>
              <w:jc w:val="both"/>
              <w:rPr>
                <w:rFonts w:ascii="Arial" w:hAnsi="Arial" w:cs="Arial"/>
                <w:sz w:val="18"/>
                <w:szCs w:val="18"/>
              </w:rPr>
            </w:pPr>
            <w:r w:rsidRPr="00930748">
              <w:rPr>
                <w:rFonts w:ascii="Arial" w:hAnsi="Arial" w:cs="Arial"/>
                <w:sz w:val="18"/>
                <w:szCs w:val="18"/>
              </w:rPr>
              <w:t>Adecuaciones locativas necesarias para la correcta instalación y fijación de los elementos eléctricos.</w:t>
            </w:r>
          </w:p>
        </w:tc>
        <w:tc>
          <w:tcPr>
            <w:tcW w:w="993" w:type="dxa"/>
            <w:vAlign w:val="center"/>
          </w:tcPr>
          <w:p w14:paraId="07C84557" w14:textId="77777777" w:rsidR="00674DB8" w:rsidRPr="00930748" w:rsidRDefault="00674DB8" w:rsidP="00674DB8">
            <w:pPr>
              <w:jc w:val="center"/>
              <w:rPr>
                <w:rFonts w:ascii="Arial" w:hAnsi="Arial" w:cs="Arial"/>
                <w:sz w:val="18"/>
                <w:szCs w:val="18"/>
              </w:rPr>
            </w:pPr>
          </w:p>
        </w:tc>
        <w:tc>
          <w:tcPr>
            <w:tcW w:w="992" w:type="dxa"/>
            <w:vAlign w:val="center"/>
          </w:tcPr>
          <w:p w14:paraId="111B6EFE" w14:textId="77777777" w:rsidR="00674DB8" w:rsidRPr="00930748" w:rsidRDefault="00674DB8" w:rsidP="00674DB8">
            <w:pPr>
              <w:jc w:val="center"/>
              <w:rPr>
                <w:rFonts w:ascii="Arial" w:hAnsi="Arial" w:cs="Arial"/>
                <w:sz w:val="18"/>
                <w:szCs w:val="18"/>
              </w:rPr>
            </w:pPr>
          </w:p>
        </w:tc>
      </w:tr>
      <w:tr w:rsidR="00674DB8" w14:paraId="24E5B0DC" w14:textId="647DB853" w:rsidTr="00674DB8">
        <w:trPr>
          <w:trHeight w:val="20"/>
        </w:trPr>
        <w:tc>
          <w:tcPr>
            <w:tcW w:w="680" w:type="dxa"/>
            <w:vAlign w:val="center"/>
          </w:tcPr>
          <w:p w14:paraId="5041DF92"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25.5</w:t>
            </w:r>
          </w:p>
        </w:tc>
        <w:tc>
          <w:tcPr>
            <w:tcW w:w="7825" w:type="dxa"/>
          </w:tcPr>
          <w:p w14:paraId="0A2ABEC8"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Mantenimiento y adecuación de acometidas, reforzando la capacidad de potencia del cableado eléctrico según normatividad RETIE.</w:t>
            </w:r>
          </w:p>
        </w:tc>
        <w:tc>
          <w:tcPr>
            <w:tcW w:w="993" w:type="dxa"/>
            <w:vAlign w:val="center"/>
          </w:tcPr>
          <w:p w14:paraId="356AC70A" w14:textId="77777777" w:rsidR="00674DB8" w:rsidRPr="00930748" w:rsidRDefault="00674DB8" w:rsidP="00674DB8">
            <w:pPr>
              <w:jc w:val="center"/>
              <w:rPr>
                <w:rFonts w:ascii="Arial" w:hAnsi="Arial" w:cs="Arial"/>
                <w:sz w:val="18"/>
                <w:szCs w:val="18"/>
              </w:rPr>
            </w:pPr>
          </w:p>
        </w:tc>
        <w:tc>
          <w:tcPr>
            <w:tcW w:w="992" w:type="dxa"/>
            <w:vAlign w:val="center"/>
          </w:tcPr>
          <w:p w14:paraId="46152EE1" w14:textId="77777777" w:rsidR="00674DB8" w:rsidRPr="00930748" w:rsidRDefault="00674DB8" w:rsidP="00674DB8">
            <w:pPr>
              <w:jc w:val="center"/>
              <w:rPr>
                <w:rFonts w:ascii="Arial" w:hAnsi="Arial" w:cs="Arial"/>
                <w:sz w:val="18"/>
                <w:szCs w:val="18"/>
              </w:rPr>
            </w:pPr>
          </w:p>
        </w:tc>
      </w:tr>
      <w:tr w:rsidR="00674DB8" w14:paraId="33C8F2D1" w14:textId="35B448B4" w:rsidTr="00674DB8">
        <w:trPr>
          <w:trHeight w:val="20"/>
        </w:trPr>
        <w:tc>
          <w:tcPr>
            <w:tcW w:w="680" w:type="dxa"/>
            <w:vAlign w:val="center"/>
          </w:tcPr>
          <w:p w14:paraId="1ABEB639"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25.6</w:t>
            </w:r>
          </w:p>
        </w:tc>
        <w:tc>
          <w:tcPr>
            <w:tcW w:w="7825" w:type="dxa"/>
          </w:tcPr>
          <w:p w14:paraId="21617B6E"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Adecuación, arreglo, normalización, revisión, reemplazo de circuitos eléctricos, ajustes y redistribución de cargas incluye verificación de continuidad, polaridad, mantenimiento de cableado, componentes y accesorios, puntos de conexión y demás elementos requeridos para el óptimo funcionamiento de las instalaciones entre otros, en cumplimiento de la normatividad técnica vigente RETIE.</w:t>
            </w:r>
          </w:p>
        </w:tc>
        <w:tc>
          <w:tcPr>
            <w:tcW w:w="993" w:type="dxa"/>
            <w:vAlign w:val="center"/>
          </w:tcPr>
          <w:p w14:paraId="4BA651A9" w14:textId="77777777" w:rsidR="00674DB8" w:rsidRPr="00930748" w:rsidRDefault="00674DB8" w:rsidP="00674DB8">
            <w:pPr>
              <w:jc w:val="center"/>
              <w:rPr>
                <w:rFonts w:ascii="Arial" w:hAnsi="Arial" w:cs="Arial"/>
                <w:sz w:val="18"/>
                <w:szCs w:val="18"/>
              </w:rPr>
            </w:pPr>
          </w:p>
        </w:tc>
        <w:tc>
          <w:tcPr>
            <w:tcW w:w="992" w:type="dxa"/>
            <w:vAlign w:val="center"/>
          </w:tcPr>
          <w:p w14:paraId="6055E87F" w14:textId="77777777" w:rsidR="00674DB8" w:rsidRPr="00930748" w:rsidRDefault="00674DB8" w:rsidP="00674DB8">
            <w:pPr>
              <w:jc w:val="center"/>
              <w:rPr>
                <w:rFonts w:ascii="Arial" w:hAnsi="Arial" w:cs="Arial"/>
                <w:sz w:val="18"/>
                <w:szCs w:val="18"/>
              </w:rPr>
            </w:pPr>
          </w:p>
        </w:tc>
      </w:tr>
      <w:tr w:rsidR="00674DB8" w:rsidRPr="003C602A" w14:paraId="5E464AF0" w14:textId="5AC53870" w:rsidTr="00674DB8">
        <w:trPr>
          <w:trHeight w:val="20"/>
        </w:trPr>
        <w:tc>
          <w:tcPr>
            <w:tcW w:w="680" w:type="dxa"/>
            <w:vAlign w:val="center"/>
          </w:tcPr>
          <w:p w14:paraId="3F181D2F" w14:textId="77777777" w:rsidR="00674DB8" w:rsidRPr="00930748" w:rsidRDefault="00674DB8" w:rsidP="00B25E14">
            <w:pPr>
              <w:jc w:val="center"/>
              <w:rPr>
                <w:rFonts w:ascii="Arial" w:hAnsi="Arial" w:cs="Arial"/>
                <w:sz w:val="18"/>
                <w:szCs w:val="18"/>
              </w:rPr>
            </w:pPr>
            <w:r w:rsidRPr="00930748">
              <w:rPr>
                <w:rFonts w:ascii="Arial" w:hAnsi="Arial" w:cs="Arial"/>
                <w:sz w:val="18"/>
                <w:szCs w:val="18"/>
              </w:rPr>
              <w:t>25.7</w:t>
            </w:r>
          </w:p>
        </w:tc>
        <w:tc>
          <w:tcPr>
            <w:tcW w:w="7825" w:type="dxa"/>
          </w:tcPr>
          <w:p w14:paraId="1B246513" w14:textId="77777777" w:rsidR="00674DB8" w:rsidRPr="00930748" w:rsidRDefault="00674DB8" w:rsidP="00B25E14">
            <w:pPr>
              <w:jc w:val="both"/>
              <w:rPr>
                <w:rFonts w:ascii="Arial" w:hAnsi="Arial" w:cs="Arial"/>
                <w:sz w:val="18"/>
                <w:szCs w:val="18"/>
              </w:rPr>
            </w:pPr>
            <w:r w:rsidRPr="00930748">
              <w:rPr>
                <w:rFonts w:ascii="Arial" w:hAnsi="Arial" w:cs="Arial"/>
                <w:color w:val="242424"/>
                <w:sz w:val="18"/>
                <w:szCs w:val="18"/>
              </w:rPr>
              <w:t>El contratista garantizará que el cableado eléctrico instalado cuente con una correcta conexión de puesta a tierra.</w:t>
            </w:r>
          </w:p>
        </w:tc>
        <w:tc>
          <w:tcPr>
            <w:tcW w:w="993" w:type="dxa"/>
            <w:vAlign w:val="center"/>
          </w:tcPr>
          <w:p w14:paraId="40722811" w14:textId="77777777" w:rsidR="00674DB8" w:rsidRPr="00930748" w:rsidRDefault="00674DB8" w:rsidP="00674DB8">
            <w:pPr>
              <w:jc w:val="center"/>
              <w:rPr>
                <w:rFonts w:ascii="Arial" w:hAnsi="Arial" w:cs="Arial"/>
                <w:color w:val="242424"/>
                <w:sz w:val="18"/>
                <w:szCs w:val="18"/>
              </w:rPr>
            </w:pPr>
          </w:p>
        </w:tc>
        <w:tc>
          <w:tcPr>
            <w:tcW w:w="992" w:type="dxa"/>
            <w:vAlign w:val="center"/>
          </w:tcPr>
          <w:p w14:paraId="5B12F488" w14:textId="77777777" w:rsidR="00674DB8" w:rsidRPr="00930748" w:rsidRDefault="00674DB8" w:rsidP="00674DB8">
            <w:pPr>
              <w:jc w:val="center"/>
              <w:rPr>
                <w:rFonts w:ascii="Arial" w:hAnsi="Arial" w:cs="Arial"/>
                <w:color w:val="242424"/>
                <w:sz w:val="18"/>
                <w:szCs w:val="18"/>
              </w:rPr>
            </w:pPr>
          </w:p>
        </w:tc>
      </w:tr>
      <w:tr w:rsidR="00674DB8" w14:paraId="0D7AC74B" w14:textId="013BE911" w:rsidTr="00674DB8">
        <w:trPr>
          <w:trHeight w:val="20"/>
        </w:trPr>
        <w:tc>
          <w:tcPr>
            <w:tcW w:w="680" w:type="dxa"/>
            <w:vAlign w:val="center"/>
          </w:tcPr>
          <w:p w14:paraId="49B5CC80" w14:textId="77777777" w:rsidR="00674DB8" w:rsidRPr="00930748" w:rsidRDefault="00674DB8" w:rsidP="00B25E14">
            <w:pPr>
              <w:ind w:left="708" w:hanging="708"/>
              <w:jc w:val="center"/>
              <w:rPr>
                <w:rFonts w:ascii="Arial" w:hAnsi="Arial" w:cs="Arial"/>
                <w:sz w:val="18"/>
                <w:szCs w:val="18"/>
              </w:rPr>
            </w:pPr>
            <w:r w:rsidRPr="00930748">
              <w:rPr>
                <w:rFonts w:ascii="Arial" w:hAnsi="Arial" w:cs="Arial"/>
                <w:sz w:val="18"/>
                <w:szCs w:val="18"/>
              </w:rPr>
              <w:t>25.8</w:t>
            </w:r>
          </w:p>
        </w:tc>
        <w:tc>
          <w:tcPr>
            <w:tcW w:w="7825" w:type="dxa"/>
          </w:tcPr>
          <w:p w14:paraId="5E73393E" w14:textId="77777777" w:rsidR="00674DB8" w:rsidRPr="00930748" w:rsidRDefault="00674DB8" w:rsidP="00B25E14">
            <w:pPr>
              <w:jc w:val="both"/>
              <w:rPr>
                <w:rFonts w:ascii="Arial" w:hAnsi="Arial" w:cs="Arial"/>
                <w:sz w:val="18"/>
                <w:szCs w:val="18"/>
              </w:rPr>
            </w:pPr>
            <w:r w:rsidRPr="00930748">
              <w:rPr>
                <w:rFonts w:ascii="Arial" w:hAnsi="Arial" w:cs="Arial"/>
                <w:sz w:val="18"/>
                <w:szCs w:val="18"/>
              </w:rPr>
              <w:t xml:space="preserve">Una vez realizado el mantenimiento preventivo y/correctivo a los puntos de red de vos y datos, y de la red eléctrica, el supervisor verificará y constatará el cumplimiento taxativamente ítem a ítem, el contratista una vez terminado las actividades descritas anteriormente deberá realizar la entrega de los documentos relacionados, así: </w:t>
            </w:r>
          </w:p>
          <w:p w14:paraId="0567EB33" w14:textId="77777777" w:rsidR="00674DB8" w:rsidRPr="00930748" w:rsidRDefault="00674DB8" w:rsidP="00B25E14">
            <w:pPr>
              <w:rPr>
                <w:rFonts w:ascii="Arial" w:hAnsi="Arial" w:cs="Arial"/>
                <w:sz w:val="18"/>
                <w:szCs w:val="18"/>
              </w:rPr>
            </w:pPr>
          </w:p>
          <w:p w14:paraId="7EB6B7AD" w14:textId="77777777" w:rsidR="00674DB8" w:rsidRPr="00930748" w:rsidRDefault="00674DB8" w:rsidP="00B25E14">
            <w:pPr>
              <w:rPr>
                <w:rFonts w:ascii="Arial" w:hAnsi="Arial" w:cs="Arial"/>
                <w:sz w:val="18"/>
                <w:szCs w:val="18"/>
              </w:rPr>
            </w:pPr>
            <w:r w:rsidRPr="00930748">
              <w:rPr>
                <w:rFonts w:ascii="Arial" w:hAnsi="Arial" w:cs="Arial"/>
                <w:sz w:val="18"/>
                <w:szCs w:val="18"/>
              </w:rPr>
              <w:t>Informe técnico del estado inicial y final.</w:t>
            </w:r>
          </w:p>
          <w:p w14:paraId="42B151DF" w14:textId="77777777" w:rsidR="00674DB8" w:rsidRPr="00930748" w:rsidRDefault="00674DB8" w:rsidP="00B25E14">
            <w:pPr>
              <w:rPr>
                <w:rFonts w:ascii="Arial" w:hAnsi="Arial" w:cs="Arial"/>
                <w:sz w:val="18"/>
                <w:szCs w:val="18"/>
              </w:rPr>
            </w:pPr>
            <w:r w:rsidRPr="00930748">
              <w:rPr>
                <w:rFonts w:ascii="Segoe UI Symbol" w:hAnsi="Segoe UI Symbol" w:cs="Segoe UI Symbol"/>
                <w:sz w:val="18"/>
                <w:szCs w:val="18"/>
              </w:rPr>
              <w:lastRenderedPageBreak/>
              <w:t>✓</w:t>
            </w:r>
            <w:r w:rsidRPr="00930748">
              <w:rPr>
                <w:rFonts w:ascii="Arial" w:hAnsi="Arial" w:cs="Arial"/>
                <w:sz w:val="18"/>
                <w:szCs w:val="18"/>
              </w:rPr>
              <w:t xml:space="preserve"> Inventario actualizado de puntos intervenidos.</w:t>
            </w:r>
          </w:p>
          <w:p w14:paraId="279EB2C0" w14:textId="77777777" w:rsidR="00674DB8" w:rsidRPr="00930748" w:rsidRDefault="00674DB8" w:rsidP="00B25E14">
            <w:pPr>
              <w:rPr>
                <w:rFonts w:ascii="Arial" w:hAnsi="Arial" w:cs="Arial"/>
                <w:sz w:val="18"/>
                <w:szCs w:val="18"/>
              </w:rPr>
            </w:pPr>
            <w:r w:rsidRPr="00930748">
              <w:rPr>
                <w:rFonts w:ascii="Segoe UI Symbol" w:hAnsi="Segoe UI Symbol" w:cs="Segoe UI Symbol"/>
                <w:sz w:val="18"/>
                <w:szCs w:val="18"/>
              </w:rPr>
              <w:t>✓</w:t>
            </w:r>
            <w:r w:rsidRPr="00930748">
              <w:rPr>
                <w:rFonts w:ascii="Arial" w:hAnsi="Arial" w:cs="Arial"/>
                <w:sz w:val="18"/>
                <w:szCs w:val="18"/>
              </w:rPr>
              <w:t xml:space="preserve"> Registro fotográfico antes y después.</w:t>
            </w:r>
          </w:p>
          <w:p w14:paraId="0E3C4852" w14:textId="77777777" w:rsidR="00674DB8" w:rsidRPr="00930748" w:rsidRDefault="00674DB8" w:rsidP="00B25E14">
            <w:pPr>
              <w:rPr>
                <w:rFonts w:ascii="Arial" w:hAnsi="Arial" w:cs="Arial"/>
                <w:sz w:val="18"/>
                <w:szCs w:val="18"/>
              </w:rPr>
            </w:pPr>
            <w:r w:rsidRPr="00930748">
              <w:rPr>
                <w:rFonts w:ascii="Segoe UI Symbol" w:hAnsi="Segoe UI Symbol" w:cs="Segoe UI Symbol"/>
                <w:sz w:val="18"/>
                <w:szCs w:val="18"/>
              </w:rPr>
              <w:t>✓</w:t>
            </w:r>
            <w:r w:rsidRPr="00930748">
              <w:rPr>
                <w:rFonts w:ascii="Arial" w:hAnsi="Arial" w:cs="Arial"/>
                <w:sz w:val="18"/>
                <w:szCs w:val="18"/>
              </w:rPr>
              <w:t xml:space="preserve"> Listado de correctivos ejecutados.</w:t>
            </w:r>
          </w:p>
          <w:p w14:paraId="39AF19BA" w14:textId="77777777" w:rsidR="00674DB8" w:rsidRPr="00930748" w:rsidRDefault="00674DB8" w:rsidP="00B25E14">
            <w:pPr>
              <w:jc w:val="both"/>
              <w:rPr>
                <w:rFonts w:ascii="Arial" w:hAnsi="Arial" w:cs="Arial"/>
                <w:sz w:val="18"/>
                <w:szCs w:val="18"/>
              </w:rPr>
            </w:pPr>
            <w:r w:rsidRPr="00930748">
              <w:rPr>
                <w:rFonts w:ascii="Segoe UI Symbol" w:hAnsi="Segoe UI Symbol" w:cs="Segoe UI Symbol"/>
                <w:sz w:val="18"/>
                <w:szCs w:val="18"/>
              </w:rPr>
              <w:t>✓</w:t>
            </w:r>
            <w:r w:rsidRPr="00930748">
              <w:rPr>
                <w:rFonts w:ascii="Arial" w:hAnsi="Arial" w:cs="Arial"/>
                <w:sz w:val="18"/>
                <w:szCs w:val="18"/>
              </w:rPr>
              <w:t xml:space="preserve">Recomendaciones técnicas para mejoras futuras, </w:t>
            </w:r>
            <w:r w:rsidRPr="00930748">
              <w:rPr>
                <w:rFonts w:ascii="Arial" w:hAnsi="Arial" w:cs="Arial"/>
                <w:bCs/>
                <w:sz w:val="18"/>
                <w:szCs w:val="18"/>
              </w:rPr>
              <w:t>con el fin de garantizar condiciones seguras de operación y minimizar riesgos para el personal y los equipos tecnológicos del Comando del Departamento de Policía Vaupés.</w:t>
            </w:r>
          </w:p>
        </w:tc>
        <w:tc>
          <w:tcPr>
            <w:tcW w:w="993" w:type="dxa"/>
            <w:vAlign w:val="center"/>
          </w:tcPr>
          <w:p w14:paraId="6EE2246E" w14:textId="77777777" w:rsidR="00674DB8" w:rsidRPr="00930748" w:rsidRDefault="00674DB8" w:rsidP="00674DB8">
            <w:pPr>
              <w:jc w:val="center"/>
              <w:rPr>
                <w:rFonts w:ascii="Arial" w:hAnsi="Arial" w:cs="Arial"/>
                <w:sz w:val="18"/>
                <w:szCs w:val="18"/>
              </w:rPr>
            </w:pPr>
          </w:p>
        </w:tc>
        <w:tc>
          <w:tcPr>
            <w:tcW w:w="992" w:type="dxa"/>
            <w:vAlign w:val="center"/>
          </w:tcPr>
          <w:p w14:paraId="7268D49D" w14:textId="77777777" w:rsidR="00674DB8" w:rsidRPr="00930748" w:rsidRDefault="00674DB8" w:rsidP="00674DB8">
            <w:pPr>
              <w:jc w:val="center"/>
              <w:rPr>
                <w:rFonts w:ascii="Arial" w:hAnsi="Arial" w:cs="Arial"/>
                <w:sz w:val="18"/>
                <w:szCs w:val="18"/>
              </w:rPr>
            </w:pPr>
          </w:p>
        </w:tc>
      </w:tr>
    </w:tbl>
    <w:p w14:paraId="3F167315" w14:textId="77777777" w:rsidR="0052054C" w:rsidRPr="006D6F96" w:rsidRDefault="0052054C" w:rsidP="007574D6">
      <w:pPr>
        <w:spacing w:after="0"/>
        <w:rPr>
          <w:rFonts w:ascii="Arial" w:eastAsia="Calibri" w:hAnsi="Arial" w:cs="Arial"/>
        </w:rPr>
      </w:pPr>
    </w:p>
    <w:p w14:paraId="638D0785" w14:textId="77777777" w:rsidR="00DE1A8C" w:rsidRPr="006D6F96" w:rsidRDefault="00DE1A8C" w:rsidP="007574D6">
      <w:pPr>
        <w:spacing w:after="0"/>
        <w:jc w:val="center"/>
        <w:rPr>
          <w:rFonts w:ascii="Arial" w:eastAsia="Calibri" w:hAnsi="Arial" w:cs="Arial"/>
          <w:b/>
        </w:rPr>
      </w:pPr>
      <w:r w:rsidRPr="006D6F96">
        <w:rPr>
          <w:rFonts w:ascii="Arial" w:eastAsia="Calibri" w:hAnsi="Arial" w:cs="Arial"/>
          <w:b/>
        </w:rPr>
        <w:t>OTRAS CONDICIONES TECNICA ADICIONALES</w:t>
      </w:r>
    </w:p>
    <w:p w14:paraId="346668D0" w14:textId="77777777" w:rsidR="00DE1A8C" w:rsidRPr="006D6F96" w:rsidRDefault="00DE1A8C" w:rsidP="00DE1A8C">
      <w:pPr>
        <w:spacing w:after="0"/>
        <w:rPr>
          <w:rFonts w:ascii="Arial" w:eastAsia="Calibri" w:hAnsi="Arial" w:cs="Arial"/>
        </w:rPr>
      </w:pPr>
    </w:p>
    <w:tbl>
      <w:tblPr>
        <w:tblW w:w="10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7924"/>
        <w:gridCol w:w="1007"/>
        <w:gridCol w:w="992"/>
      </w:tblGrid>
      <w:tr w:rsidR="00DE1A8C" w:rsidRPr="00CF7CBF" w14:paraId="6DC9D8FF" w14:textId="77777777" w:rsidTr="00BC51C5">
        <w:trPr>
          <w:trHeight w:val="340"/>
          <w:jc w:val="center"/>
        </w:trPr>
        <w:tc>
          <w:tcPr>
            <w:tcW w:w="576" w:type="dxa"/>
            <w:vAlign w:val="center"/>
          </w:tcPr>
          <w:p w14:paraId="57CFB1D4" w14:textId="77777777" w:rsidR="00DE1A8C" w:rsidRPr="00CF7CBF" w:rsidRDefault="00DE1A8C" w:rsidP="00F07BB4">
            <w:pPr>
              <w:pStyle w:val="Textoindependiente2"/>
              <w:tabs>
                <w:tab w:val="left" w:pos="1980"/>
              </w:tabs>
              <w:spacing w:after="0" w:line="240" w:lineRule="auto"/>
              <w:jc w:val="center"/>
              <w:rPr>
                <w:rFonts w:ascii="Arial" w:hAnsi="Arial" w:cs="Arial"/>
                <w:b/>
                <w:color w:val="000000" w:themeColor="text1"/>
                <w:sz w:val="16"/>
                <w:szCs w:val="16"/>
                <w:lang w:eastAsia="es-CO"/>
              </w:rPr>
            </w:pPr>
            <w:r w:rsidRPr="00CF7CBF">
              <w:rPr>
                <w:rFonts w:ascii="Arial" w:hAnsi="Arial" w:cs="Arial"/>
                <w:b/>
                <w:color w:val="000000" w:themeColor="text1"/>
                <w:sz w:val="16"/>
                <w:szCs w:val="16"/>
                <w:lang w:eastAsia="es-CO"/>
              </w:rPr>
              <w:t>No</w:t>
            </w:r>
          </w:p>
        </w:tc>
        <w:tc>
          <w:tcPr>
            <w:tcW w:w="7924" w:type="dxa"/>
            <w:vAlign w:val="center"/>
          </w:tcPr>
          <w:p w14:paraId="55E5E9AE" w14:textId="77777777" w:rsidR="00DE1A8C" w:rsidRPr="00CF7CBF" w:rsidRDefault="00DE1A8C" w:rsidP="00F07BB4">
            <w:pPr>
              <w:pStyle w:val="Default"/>
              <w:jc w:val="both"/>
              <w:rPr>
                <w:rFonts w:ascii="Arial" w:hAnsi="Arial" w:cs="Arial"/>
                <w:b/>
                <w:bCs/>
                <w:sz w:val="16"/>
                <w:szCs w:val="16"/>
              </w:rPr>
            </w:pPr>
            <w:r w:rsidRPr="00CF7CBF">
              <w:rPr>
                <w:rFonts w:ascii="Arial" w:hAnsi="Arial" w:cs="Arial"/>
                <w:b/>
                <w:bCs/>
                <w:sz w:val="16"/>
                <w:szCs w:val="16"/>
              </w:rPr>
              <w:t>CONDICIONES TECNICAS VERIFICABLES</w:t>
            </w:r>
          </w:p>
        </w:tc>
        <w:tc>
          <w:tcPr>
            <w:tcW w:w="1007" w:type="dxa"/>
            <w:vAlign w:val="center"/>
          </w:tcPr>
          <w:p w14:paraId="7042A5FA" w14:textId="77777777" w:rsidR="00DE1A8C" w:rsidRPr="00CF7CBF" w:rsidRDefault="00DE1A8C" w:rsidP="00F07BB4">
            <w:pPr>
              <w:pStyle w:val="Default"/>
              <w:jc w:val="center"/>
              <w:rPr>
                <w:rFonts w:ascii="Arial" w:hAnsi="Arial" w:cs="Arial"/>
                <w:b/>
                <w:bCs/>
                <w:sz w:val="16"/>
                <w:szCs w:val="16"/>
              </w:rPr>
            </w:pPr>
            <w:r w:rsidRPr="00CF7CBF">
              <w:rPr>
                <w:rFonts w:ascii="Arial" w:hAnsi="Arial" w:cs="Arial"/>
                <w:b/>
                <w:bCs/>
                <w:sz w:val="16"/>
                <w:szCs w:val="16"/>
              </w:rPr>
              <w:t>CUMPLE</w:t>
            </w:r>
          </w:p>
        </w:tc>
        <w:tc>
          <w:tcPr>
            <w:tcW w:w="992" w:type="dxa"/>
            <w:vAlign w:val="center"/>
          </w:tcPr>
          <w:p w14:paraId="47E66BFE" w14:textId="77777777" w:rsidR="00DE1A8C" w:rsidRPr="00CF7CBF" w:rsidRDefault="00DE1A8C" w:rsidP="00F07BB4">
            <w:pPr>
              <w:pStyle w:val="Default"/>
              <w:jc w:val="center"/>
              <w:rPr>
                <w:rFonts w:ascii="Arial" w:hAnsi="Arial" w:cs="Arial"/>
                <w:b/>
                <w:bCs/>
                <w:sz w:val="16"/>
                <w:szCs w:val="16"/>
              </w:rPr>
            </w:pPr>
            <w:r w:rsidRPr="00CF7CBF">
              <w:rPr>
                <w:rFonts w:ascii="Arial" w:hAnsi="Arial" w:cs="Arial"/>
                <w:b/>
                <w:bCs/>
                <w:sz w:val="16"/>
                <w:szCs w:val="16"/>
              </w:rPr>
              <w:t>NO CUMPLE</w:t>
            </w:r>
          </w:p>
        </w:tc>
      </w:tr>
      <w:tr w:rsidR="00DE1A8C" w:rsidRPr="00CF7CBF" w14:paraId="5F394BE4" w14:textId="77777777" w:rsidTr="00BC51C5">
        <w:trPr>
          <w:trHeight w:val="841"/>
          <w:jc w:val="center"/>
        </w:trPr>
        <w:tc>
          <w:tcPr>
            <w:tcW w:w="576" w:type="dxa"/>
            <w:vAlign w:val="center"/>
          </w:tcPr>
          <w:p w14:paraId="739693C9" w14:textId="77777777" w:rsidR="00DE1A8C" w:rsidRPr="00CF7CBF" w:rsidRDefault="00DE1A8C"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1</w:t>
            </w:r>
          </w:p>
        </w:tc>
        <w:tc>
          <w:tcPr>
            <w:tcW w:w="7924" w:type="dxa"/>
            <w:vAlign w:val="center"/>
          </w:tcPr>
          <w:p w14:paraId="72B08E9C" w14:textId="77777777" w:rsidR="00DE1A8C" w:rsidRPr="00CF7CBF" w:rsidRDefault="00DE1A8C" w:rsidP="00F07BB4">
            <w:pPr>
              <w:pStyle w:val="Default"/>
              <w:jc w:val="both"/>
              <w:rPr>
                <w:rFonts w:ascii="Arial" w:hAnsi="Arial" w:cs="Arial"/>
                <w:b/>
                <w:bCs/>
                <w:sz w:val="16"/>
                <w:szCs w:val="16"/>
              </w:rPr>
            </w:pPr>
            <w:r w:rsidRPr="00CF7CBF">
              <w:rPr>
                <w:rFonts w:ascii="Arial" w:hAnsi="Arial" w:cs="Arial"/>
                <w:b/>
                <w:bCs/>
                <w:sz w:val="16"/>
                <w:szCs w:val="16"/>
              </w:rPr>
              <w:t>EXPERIENCIA PROPONENTE:</w:t>
            </w:r>
          </w:p>
          <w:p w14:paraId="7A5BFBF7" w14:textId="77777777" w:rsidR="00DE1A8C" w:rsidRPr="00CF7CBF" w:rsidRDefault="00DE1A8C" w:rsidP="00F07BB4">
            <w:pPr>
              <w:pStyle w:val="Default"/>
              <w:jc w:val="both"/>
              <w:rPr>
                <w:rFonts w:ascii="Arial" w:hAnsi="Arial" w:cs="Arial"/>
                <w:b/>
                <w:bCs/>
                <w:sz w:val="16"/>
                <w:szCs w:val="16"/>
              </w:rPr>
            </w:pPr>
          </w:p>
          <w:p w14:paraId="4DE98C7C" w14:textId="77777777" w:rsidR="00CF7CBF" w:rsidRPr="00CF7CBF" w:rsidRDefault="00CF7CBF" w:rsidP="00CF7CBF">
            <w:pPr>
              <w:pStyle w:val="Default"/>
              <w:jc w:val="both"/>
              <w:rPr>
                <w:rFonts w:ascii="Arial" w:hAnsi="Arial" w:cs="Arial"/>
                <w:sz w:val="16"/>
                <w:szCs w:val="16"/>
              </w:rPr>
            </w:pPr>
            <w:r w:rsidRPr="00CF7CBF">
              <w:rPr>
                <w:rFonts w:ascii="Arial" w:hAnsi="Arial" w:cs="Arial"/>
                <w:sz w:val="16"/>
                <w:szCs w:val="16"/>
              </w:rPr>
              <w:t>La verificación del requisito de experiencia se realizará mediante el Certificado del Registro Único de Proponentes (RUP) expedido por la Cámara de Comercio correspondiente, el cual deberá encontrarse vigente y en firme a la fecha de la diligencia de cierre y recibo de ofertas, conforme a lo establecido en los artículos 2.2.1.1.1.5.3 y 2.2.1.1.1.5.4 del Decreto 1082 de 2015; en tal sentido, los proponentes, ya sean personas naturales, jurídicas o proponentes plurales, deberán aportar el RUP como instrumento para acreditar la experiencia exigida, con una fecha de expedición no superior a treinta (30) días calendario anteriores a la fecha de cierre del presente proceso.</w:t>
            </w:r>
          </w:p>
          <w:p w14:paraId="13BF4A11" w14:textId="77777777" w:rsidR="00CF7CBF" w:rsidRPr="00CF7CBF" w:rsidRDefault="00CF7CBF" w:rsidP="00CF7CBF">
            <w:pPr>
              <w:pStyle w:val="Default"/>
              <w:jc w:val="both"/>
              <w:rPr>
                <w:rFonts w:ascii="Arial" w:hAnsi="Arial" w:cs="Arial"/>
                <w:sz w:val="16"/>
                <w:szCs w:val="16"/>
              </w:rPr>
            </w:pPr>
          </w:p>
          <w:p w14:paraId="2C891990" w14:textId="77777777" w:rsidR="00CF7CBF" w:rsidRPr="00CF7CBF" w:rsidRDefault="00CF7CBF" w:rsidP="00CF7CBF">
            <w:pPr>
              <w:pStyle w:val="Default"/>
              <w:jc w:val="both"/>
              <w:rPr>
                <w:rFonts w:ascii="Arial" w:hAnsi="Arial" w:cs="Arial"/>
                <w:sz w:val="16"/>
                <w:szCs w:val="16"/>
              </w:rPr>
            </w:pPr>
            <w:r w:rsidRPr="00CF7CBF">
              <w:rPr>
                <w:rFonts w:ascii="Arial" w:hAnsi="Arial" w:cs="Arial"/>
                <w:sz w:val="16"/>
                <w:szCs w:val="16"/>
              </w:rPr>
              <w:t>El proponente, ya sea persona natural, jurídica o proponente plural, deberá acreditar experiencia en la celebración y ejecución de contratos con entidades públicas o privadas, cuyo objeto sea igual o similar al 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Para tal efecto, los proponentes deberán acreditar experiencia en uno o varios contratos clasificados con al menos dos de los códigos relacionados en la tabla que más adelante se ilustra, siendo obligatorio el código 72151500, por un valor acumulado mínimo equivalente al ciento por ciento (100%) del valor del proceso contractual, expresado en SMMLV, de conformidad con la siguiente tabla:</w:t>
            </w:r>
          </w:p>
          <w:p w14:paraId="1A4E48E7" w14:textId="52A4E1F3" w:rsidR="00DE1A8C" w:rsidRPr="00CF7CBF" w:rsidRDefault="00DE1A8C" w:rsidP="00F07BB4">
            <w:pPr>
              <w:pStyle w:val="Default"/>
              <w:jc w:val="both"/>
              <w:rPr>
                <w:rFonts w:ascii="Arial" w:hAnsi="Arial" w:cs="Arial"/>
                <w:b/>
                <w:bCs/>
                <w:sz w:val="16"/>
                <w:szCs w:val="16"/>
              </w:rPr>
            </w:pPr>
            <w:r w:rsidRPr="00CF7CBF">
              <w:rPr>
                <w:rFonts w:ascii="Arial" w:hAnsi="Arial" w:cs="Arial"/>
                <w:b/>
                <w:bCs/>
                <w:sz w:val="16"/>
                <w:szCs w:val="16"/>
              </w:rPr>
              <w:t xml:space="preserve"> </w:t>
            </w:r>
          </w:p>
          <w:p w14:paraId="484F7F9D" w14:textId="77777777" w:rsidR="00DE1A8C" w:rsidRPr="00CF7CBF" w:rsidRDefault="00DE1A8C" w:rsidP="00F07BB4">
            <w:pPr>
              <w:pStyle w:val="Default"/>
              <w:jc w:val="center"/>
              <w:rPr>
                <w:rFonts w:ascii="Arial" w:hAnsi="Arial" w:cs="Arial"/>
                <w:b/>
                <w:bCs/>
                <w:sz w:val="16"/>
                <w:szCs w:val="16"/>
              </w:rPr>
            </w:pPr>
            <w:r w:rsidRPr="00CF7CBF">
              <w:rPr>
                <w:rFonts w:ascii="Arial" w:hAnsi="Arial" w:cs="Arial"/>
                <w:b/>
                <w:bCs/>
                <w:sz w:val="16"/>
                <w:szCs w:val="16"/>
              </w:rPr>
              <w:t>LOTE 1</w:t>
            </w:r>
          </w:p>
          <w:p w14:paraId="2CDF7EA1" w14:textId="77777777" w:rsidR="00DE1A8C" w:rsidRPr="00CF7CBF" w:rsidRDefault="00DE1A8C" w:rsidP="00F07BB4">
            <w:pPr>
              <w:pStyle w:val="Default"/>
              <w:jc w:val="both"/>
              <w:rPr>
                <w:rFonts w:ascii="Arial" w:hAnsi="Arial" w:cs="Arial"/>
                <w:b/>
                <w:bCs/>
                <w:sz w:val="16"/>
                <w:szCs w:val="16"/>
              </w:rPr>
            </w:pP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1861"/>
              <w:gridCol w:w="1984"/>
              <w:gridCol w:w="1475"/>
              <w:gridCol w:w="804"/>
            </w:tblGrid>
            <w:tr w:rsidR="00DE1A8C" w:rsidRPr="00CF7CBF" w14:paraId="0D5ADE74" w14:textId="77777777" w:rsidTr="006D6F96">
              <w:trPr>
                <w:trHeight w:val="219"/>
              </w:trPr>
              <w:tc>
                <w:tcPr>
                  <w:tcW w:w="938" w:type="pct"/>
                  <w:vAlign w:val="center"/>
                </w:tcPr>
                <w:p w14:paraId="2053E0C9" w14:textId="77777777" w:rsidR="00DE1A8C" w:rsidRPr="00CF7CBF" w:rsidRDefault="00DE1A8C" w:rsidP="00F07BB4">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CLASIFICACIÓN UNSPSC</w:t>
                  </w:r>
                </w:p>
              </w:tc>
              <w:tc>
                <w:tcPr>
                  <w:tcW w:w="1234" w:type="pct"/>
                  <w:vAlign w:val="center"/>
                </w:tcPr>
                <w:p w14:paraId="4CE334BE" w14:textId="77777777" w:rsidR="00DE1A8C" w:rsidRPr="00CF7CBF" w:rsidRDefault="00DE1A8C" w:rsidP="00F07BB4">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SEGMENTO</w:t>
                  </w:r>
                </w:p>
              </w:tc>
              <w:tc>
                <w:tcPr>
                  <w:tcW w:w="1316" w:type="pct"/>
                  <w:vAlign w:val="center"/>
                </w:tcPr>
                <w:p w14:paraId="436B3FEE" w14:textId="77777777" w:rsidR="00DE1A8C" w:rsidRPr="00CF7CBF" w:rsidRDefault="00DE1A8C" w:rsidP="00F07BB4">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FAMILIA</w:t>
                  </w:r>
                </w:p>
              </w:tc>
              <w:tc>
                <w:tcPr>
                  <w:tcW w:w="978" w:type="pct"/>
                  <w:vAlign w:val="center"/>
                </w:tcPr>
                <w:p w14:paraId="04805E50" w14:textId="77777777" w:rsidR="00DE1A8C" w:rsidRPr="00CF7CBF" w:rsidRDefault="00DE1A8C" w:rsidP="00F07BB4">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CLASE</w:t>
                  </w:r>
                </w:p>
              </w:tc>
              <w:tc>
                <w:tcPr>
                  <w:tcW w:w="533" w:type="pct"/>
                  <w:vAlign w:val="center"/>
                </w:tcPr>
                <w:p w14:paraId="4BAED62A" w14:textId="77777777" w:rsidR="00DE1A8C" w:rsidRPr="00CF7CBF" w:rsidRDefault="00DE1A8C" w:rsidP="00F07BB4">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SMLMV</w:t>
                  </w:r>
                </w:p>
              </w:tc>
            </w:tr>
            <w:tr w:rsidR="00880D9E" w:rsidRPr="00CF7CBF" w14:paraId="6E7A4C50" w14:textId="77777777" w:rsidTr="006D6F96">
              <w:trPr>
                <w:trHeight w:val="338"/>
              </w:trPr>
              <w:tc>
                <w:tcPr>
                  <w:tcW w:w="938" w:type="pct"/>
                  <w:vAlign w:val="center"/>
                </w:tcPr>
                <w:p w14:paraId="7214CFC5" w14:textId="62C4FA68" w:rsidR="00880D9E" w:rsidRPr="00CF7CBF" w:rsidRDefault="00880D9E" w:rsidP="00F07BB4">
                  <w:pPr>
                    <w:spacing w:after="0" w:line="240" w:lineRule="auto"/>
                    <w:jc w:val="center"/>
                    <w:rPr>
                      <w:rFonts w:ascii="Arial" w:eastAsia="MS Mincho" w:hAnsi="Arial" w:cs="Arial"/>
                      <w:sz w:val="14"/>
                      <w:szCs w:val="14"/>
                    </w:rPr>
                  </w:pPr>
                  <w:r w:rsidRPr="00CF7CBF">
                    <w:rPr>
                      <w:rFonts w:ascii="Arial" w:eastAsia="Times New Roman" w:hAnsi="Arial" w:cs="Arial"/>
                      <w:color w:val="000000"/>
                      <w:sz w:val="14"/>
                      <w:szCs w:val="14"/>
                      <w:lang w:eastAsia="es-CO"/>
                    </w:rPr>
                    <w:t>72151500</w:t>
                  </w:r>
                </w:p>
              </w:tc>
              <w:tc>
                <w:tcPr>
                  <w:tcW w:w="1234" w:type="pct"/>
                  <w:vAlign w:val="center"/>
                </w:tcPr>
                <w:p w14:paraId="2373AB49" w14:textId="77777777" w:rsidR="00880D9E" w:rsidRPr="00CF7CBF" w:rsidRDefault="00880D9E" w:rsidP="00F07BB4">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 xml:space="preserve">Servicio de edificación, construcción de instalaciones y mantenimiento </w:t>
                  </w:r>
                </w:p>
              </w:tc>
              <w:tc>
                <w:tcPr>
                  <w:tcW w:w="1316" w:type="pct"/>
                  <w:vAlign w:val="center"/>
                </w:tcPr>
                <w:p w14:paraId="277EC698" w14:textId="77777777" w:rsidR="00880D9E" w:rsidRPr="00CF7CBF" w:rsidRDefault="00880D9E" w:rsidP="00F07BB4">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Servicio de mantenimiento y construcción de comercio especializado</w:t>
                  </w:r>
                </w:p>
              </w:tc>
              <w:tc>
                <w:tcPr>
                  <w:tcW w:w="978" w:type="pct"/>
                  <w:vAlign w:val="center"/>
                </w:tcPr>
                <w:p w14:paraId="45957C1A" w14:textId="77777777" w:rsidR="00880D9E" w:rsidRPr="00CF7CBF" w:rsidRDefault="00880D9E" w:rsidP="00F07BB4">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Servicio de sistemas eléctricos</w:t>
                  </w:r>
                </w:p>
              </w:tc>
              <w:tc>
                <w:tcPr>
                  <w:tcW w:w="533" w:type="pct"/>
                  <w:vMerge w:val="restart"/>
                  <w:vAlign w:val="center"/>
                </w:tcPr>
                <w:p w14:paraId="12C6C4D8" w14:textId="630D786C" w:rsidR="00880D9E" w:rsidRPr="00CF7CBF" w:rsidRDefault="00D364AD" w:rsidP="00F07BB4">
                  <w:pPr>
                    <w:spacing w:after="0" w:line="240" w:lineRule="auto"/>
                    <w:jc w:val="center"/>
                    <w:rPr>
                      <w:rFonts w:ascii="Arial" w:eastAsia="MS Mincho" w:hAnsi="Arial" w:cs="Arial"/>
                      <w:sz w:val="14"/>
                      <w:szCs w:val="14"/>
                    </w:rPr>
                  </w:pPr>
                  <w:r w:rsidRPr="00CF7CBF">
                    <w:rPr>
                      <w:rFonts w:ascii="Arial" w:eastAsia="MS Mincho" w:hAnsi="Arial" w:cs="Arial"/>
                      <w:sz w:val="14"/>
                      <w:szCs w:val="14"/>
                    </w:rPr>
                    <w:t>15</w:t>
                  </w:r>
                  <w:r w:rsidR="009F4EAC" w:rsidRPr="00CF7CBF">
                    <w:rPr>
                      <w:rFonts w:ascii="Arial" w:eastAsia="MS Mincho" w:hAnsi="Arial" w:cs="Arial"/>
                      <w:sz w:val="14"/>
                      <w:szCs w:val="14"/>
                    </w:rPr>
                    <w:t>6</w:t>
                  </w:r>
                  <w:r w:rsidR="00CF7CBF">
                    <w:rPr>
                      <w:rFonts w:ascii="Arial" w:eastAsia="MS Mincho" w:hAnsi="Arial" w:cs="Arial"/>
                      <w:sz w:val="14"/>
                      <w:szCs w:val="14"/>
                    </w:rPr>
                    <w:t>,5</w:t>
                  </w:r>
                </w:p>
              </w:tc>
            </w:tr>
            <w:tr w:rsidR="00880D9E" w:rsidRPr="00CF7CBF" w14:paraId="61D72160" w14:textId="77777777" w:rsidTr="006D6F96">
              <w:trPr>
                <w:trHeight w:val="338"/>
              </w:trPr>
              <w:tc>
                <w:tcPr>
                  <w:tcW w:w="938" w:type="pct"/>
                  <w:vAlign w:val="center"/>
                </w:tcPr>
                <w:p w14:paraId="64CE7B97" w14:textId="2C164378" w:rsidR="00880D9E" w:rsidRPr="00CF7CBF" w:rsidRDefault="00880D9E" w:rsidP="00F07BB4">
                  <w:pPr>
                    <w:spacing w:after="0" w:line="240" w:lineRule="auto"/>
                    <w:jc w:val="center"/>
                    <w:rPr>
                      <w:rFonts w:ascii="Arial" w:eastAsia="MS Mincho" w:hAnsi="Arial" w:cs="Arial"/>
                      <w:sz w:val="14"/>
                      <w:szCs w:val="14"/>
                    </w:rPr>
                  </w:pPr>
                  <w:r w:rsidRPr="00CF7CBF">
                    <w:rPr>
                      <w:rFonts w:ascii="Arial" w:eastAsia="Times New Roman" w:hAnsi="Arial" w:cs="Arial"/>
                      <w:color w:val="000000"/>
                      <w:sz w:val="14"/>
                      <w:szCs w:val="14"/>
                      <w:lang w:eastAsia="es-CO"/>
                    </w:rPr>
                    <w:t>72151600</w:t>
                  </w:r>
                </w:p>
              </w:tc>
              <w:tc>
                <w:tcPr>
                  <w:tcW w:w="1234" w:type="pct"/>
                  <w:vAlign w:val="center"/>
                </w:tcPr>
                <w:p w14:paraId="60684AA9" w14:textId="77777777" w:rsidR="00880D9E" w:rsidRPr="00CF7CBF" w:rsidRDefault="00880D9E" w:rsidP="00F07BB4">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 xml:space="preserve">Servicio de edificación, construcción de instalaciones y mantenimiento </w:t>
                  </w:r>
                </w:p>
              </w:tc>
              <w:tc>
                <w:tcPr>
                  <w:tcW w:w="1316" w:type="pct"/>
                  <w:vAlign w:val="center"/>
                </w:tcPr>
                <w:p w14:paraId="1C052A6F" w14:textId="77777777" w:rsidR="00880D9E" w:rsidRPr="00CF7CBF" w:rsidRDefault="00880D9E" w:rsidP="00F07BB4">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Servicio de mantenimiento y construcción de comercio especializado</w:t>
                  </w:r>
                </w:p>
              </w:tc>
              <w:tc>
                <w:tcPr>
                  <w:tcW w:w="978" w:type="pct"/>
                  <w:vAlign w:val="center"/>
                </w:tcPr>
                <w:p w14:paraId="0D39B387" w14:textId="77777777" w:rsidR="00880D9E" w:rsidRPr="00CF7CBF" w:rsidRDefault="00880D9E" w:rsidP="00F07BB4">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Servicios de sistemas especializados de comunicación</w:t>
                  </w:r>
                </w:p>
              </w:tc>
              <w:tc>
                <w:tcPr>
                  <w:tcW w:w="533" w:type="pct"/>
                  <w:vMerge/>
                  <w:vAlign w:val="center"/>
                </w:tcPr>
                <w:p w14:paraId="79A8F54A" w14:textId="77777777" w:rsidR="00880D9E" w:rsidRPr="00CF7CBF" w:rsidRDefault="00880D9E" w:rsidP="00F07BB4">
                  <w:pPr>
                    <w:spacing w:after="0" w:line="240" w:lineRule="auto"/>
                    <w:jc w:val="center"/>
                    <w:rPr>
                      <w:rFonts w:ascii="Arial" w:eastAsia="MS Mincho" w:hAnsi="Arial" w:cs="Arial"/>
                      <w:sz w:val="14"/>
                      <w:szCs w:val="14"/>
                    </w:rPr>
                  </w:pPr>
                </w:p>
              </w:tc>
            </w:tr>
            <w:tr w:rsidR="00880D9E" w:rsidRPr="00CF7CBF" w14:paraId="24A6E1AD" w14:textId="77777777" w:rsidTr="006D6F96">
              <w:trPr>
                <w:trHeight w:val="338"/>
              </w:trPr>
              <w:tc>
                <w:tcPr>
                  <w:tcW w:w="938" w:type="pct"/>
                  <w:vAlign w:val="center"/>
                </w:tcPr>
                <w:p w14:paraId="1F4AB1AC" w14:textId="33E634FD" w:rsidR="00880D9E" w:rsidRPr="00CF7CBF" w:rsidRDefault="00880D9E" w:rsidP="0062146E">
                  <w:pPr>
                    <w:spacing w:after="0" w:line="240" w:lineRule="auto"/>
                    <w:jc w:val="center"/>
                    <w:rPr>
                      <w:rFonts w:ascii="Arial" w:eastAsia="Times New Roman" w:hAnsi="Arial" w:cs="Arial"/>
                      <w:color w:val="000000"/>
                      <w:sz w:val="14"/>
                      <w:szCs w:val="14"/>
                      <w:lang w:eastAsia="es-CO"/>
                    </w:rPr>
                  </w:pPr>
                  <w:r w:rsidRPr="00CF7CBF">
                    <w:rPr>
                      <w:rFonts w:ascii="Arial" w:eastAsia="Times New Roman" w:hAnsi="Arial" w:cs="Arial"/>
                      <w:color w:val="000000"/>
                      <w:sz w:val="14"/>
                      <w:szCs w:val="14"/>
                      <w:lang w:eastAsia="es-CO"/>
                    </w:rPr>
                    <w:t>81111800</w:t>
                  </w:r>
                </w:p>
              </w:tc>
              <w:tc>
                <w:tcPr>
                  <w:tcW w:w="1234" w:type="pct"/>
                  <w:vAlign w:val="center"/>
                </w:tcPr>
                <w:p w14:paraId="0F8EDC8B" w14:textId="218B8AFB" w:rsidR="00880D9E" w:rsidRPr="00CF7CBF" w:rsidRDefault="00880D9E" w:rsidP="0062146E">
                  <w:pPr>
                    <w:spacing w:after="0" w:line="240" w:lineRule="auto"/>
                    <w:jc w:val="both"/>
                    <w:rPr>
                      <w:rFonts w:ascii="Arial" w:eastAsia="Times New Roman" w:hAnsi="Arial" w:cs="Arial"/>
                      <w:color w:val="000000"/>
                      <w:sz w:val="14"/>
                      <w:szCs w:val="14"/>
                      <w:lang w:eastAsia="es-CO"/>
                    </w:rPr>
                  </w:pPr>
                  <w:r w:rsidRPr="00CF7CBF">
                    <w:rPr>
                      <w:rFonts w:ascii="Arial" w:eastAsia="Times New Roman" w:hAnsi="Arial" w:cs="Arial"/>
                      <w:color w:val="000000"/>
                      <w:sz w:val="14"/>
                      <w:szCs w:val="14"/>
                      <w:lang w:eastAsia="es-CO"/>
                    </w:rPr>
                    <w:t>Servicios basados en ingeniería, investigación y tecnología</w:t>
                  </w:r>
                </w:p>
              </w:tc>
              <w:tc>
                <w:tcPr>
                  <w:tcW w:w="1316" w:type="pct"/>
                  <w:vAlign w:val="center"/>
                </w:tcPr>
                <w:p w14:paraId="76AF77CA" w14:textId="015F7416" w:rsidR="00880D9E" w:rsidRPr="00CF7CBF" w:rsidRDefault="00880D9E" w:rsidP="0062146E">
                  <w:pPr>
                    <w:spacing w:after="0" w:line="240" w:lineRule="auto"/>
                    <w:jc w:val="both"/>
                    <w:rPr>
                      <w:rFonts w:ascii="Arial" w:eastAsia="Times New Roman" w:hAnsi="Arial" w:cs="Arial"/>
                      <w:color w:val="000000"/>
                      <w:sz w:val="14"/>
                      <w:szCs w:val="14"/>
                      <w:lang w:eastAsia="es-CO"/>
                    </w:rPr>
                  </w:pPr>
                  <w:r w:rsidRPr="00CF7CBF">
                    <w:rPr>
                      <w:rFonts w:ascii="Arial" w:eastAsia="Times New Roman" w:hAnsi="Arial" w:cs="Arial"/>
                      <w:color w:val="000000"/>
                      <w:sz w:val="14"/>
                      <w:szCs w:val="14"/>
                      <w:lang w:eastAsia="es-CO"/>
                    </w:rPr>
                    <w:t>Servicios informáticos</w:t>
                  </w:r>
                </w:p>
              </w:tc>
              <w:tc>
                <w:tcPr>
                  <w:tcW w:w="978" w:type="pct"/>
                  <w:vAlign w:val="center"/>
                </w:tcPr>
                <w:p w14:paraId="44938289" w14:textId="45F52C9C" w:rsidR="00880D9E" w:rsidRPr="00CF7CBF" w:rsidRDefault="00880D9E" w:rsidP="0062146E">
                  <w:pPr>
                    <w:spacing w:after="0" w:line="240" w:lineRule="auto"/>
                    <w:jc w:val="both"/>
                    <w:rPr>
                      <w:rFonts w:ascii="Arial" w:eastAsia="Times New Roman" w:hAnsi="Arial" w:cs="Arial"/>
                      <w:color w:val="000000"/>
                      <w:sz w:val="14"/>
                      <w:szCs w:val="14"/>
                      <w:lang w:eastAsia="es-CO"/>
                    </w:rPr>
                  </w:pPr>
                  <w:r w:rsidRPr="00CF7CBF">
                    <w:rPr>
                      <w:rFonts w:ascii="Arial" w:eastAsia="Times New Roman" w:hAnsi="Arial" w:cs="Arial"/>
                      <w:color w:val="000000"/>
                      <w:sz w:val="14"/>
                      <w:szCs w:val="14"/>
                      <w:lang w:eastAsia="es-CO"/>
                    </w:rPr>
                    <w:t>Servicios de sistemas y administración de componentes de sistemas</w:t>
                  </w:r>
                </w:p>
              </w:tc>
              <w:tc>
                <w:tcPr>
                  <w:tcW w:w="533" w:type="pct"/>
                  <w:vMerge/>
                  <w:vAlign w:val="center"/>
                </w:tcPr>
                <w:p w14:paraId="6A0388E0" w14:textId="77777777" w:rsidR="00880D9E" w:rsidRPr="00CF7CBF" w:rsidRDefault="00880D9E" w:rsidP="0062146E">
                  <w:pPr>
                    <w:spacing w:after="0" w:line="240" w:lineRule="auto"/>
                    <w:jc w:val="center"/>
                    <w:rPr>
                      <w:rFonts w:ascii="Arial" w:eastAsia="MS Mincho" w:hAnsi="Arial" w:cs="Arial"/>
                      <w:sz w:val="14"/>
                      <w:szCs w:val="14"/>
                    </w:rPr>
                  </w:pPr>
                </w:p>
              </w:tc>
            </w:tr>
          </w:tbl>
          <w:p w14:paraId="06370215" w14:textId="77777777" w:rsidR="001B2B25" w:rsidRDefault="001B2B25" w:rsidP="00F07BB4">
            <w:pPr>
              <w:spacing w:after="0" w:line="240" w:lineRule="auto"/>
              <w:rPr>
                <w:rFonts w:ascii="Arial" w:hAnsi="Arial" w:cs="Arial"/>
                <w:color w:val="000000" w:themeColor="text1"/>
                <w:sz w:val="16"/>
                <w:szCs w:val="16"/>
              </w:rPr>
            </w:pPr>
          </w:p>
          <w:p w14:paraId="6B64DA0E" w14:textId="77777777" w:rsidR="00CF7CBF" w:rsidRPr="008629E2" w:rsidRDefault="00CF7CBF" w:rsidP="00CF7CBF">
            <w:pPr>
              <w:spacing w:after="0" w:line="240" w:lineRule="auto"/>
              <w:jc w:val="center"/>
              <w:rPr>
                <w:rFonts w:ascii="Arial" w:eastAsia="Times New Roman" w:hAnsi="Arial" w:cs="Arial"/>
                <w:sz w:val="16"/>
                <w:szCs w:val="16"/>
                <w:lang w:eastAsia="es-CO"/>
              </w:rPr>
            </w:pPr>
            <w:r w:rsidRPr="008629E2">
              <w:rPr>
                <w:rFonts w:ascii="Arial" w:eastAsia="Times New Roman" w:hAnsi="Arial" w:cs="Arial"/>
                <w:sz w:val="16"/>
                <w:szCs w:val="16"/>
                <w:lang w:eastAsia="es-CO"/>
              </w:rPr>
              <w:t>REQUISITOS HABILITANTES DIFERENCIALES EN FAVOR DE MIPYME y EMPRENDIMIENTOS Y EMPRESAS DE PERSONAS CON DISCAPACIDAD.</w:t>
            </w:r>
          </w:p>
          <w:p w14:paraId="170E2886"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153563A4"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En aplicación del Decreto 1860 de 2021, para el caso de que el proponente sea una MIPYME o un consorcio, unión temporal o promesa futura constituido por al menos una (1) MIPYME con un mínimo del 10% de participación, conforme a lo establecido en el parágrafo 1 del Artículo 2.2.1.2.4.2.18 del decreto 1082 de 2015 y en aplicación al Decreto 0287 de 2026 Por el cual se modifican los artículos 2.2.1.2.4.2.6., 2.2.1.2.4.2.7. y 2.2.1.2.4.2.8. del Decreto 1082 de 2015, Único Reglamentario del Sector Administrativo de Planeación, conforme a lo establecido en los artículos 2.2.1.2.4.2.7. DEFINICIÓN Y ALCANCE DEL SISTEMA DE PREFERENCIAS EN FAVOR DE LAS PERSONAS CON DISCAPACIDAD y artículo 2.2.1.2.4.2.7.3. del decreto 1082 de 2015 “INCORPORACIÓN DE CRITERIOS HABILITANTES DIFERENCIALES EN FAVOR DE LOS EMPRENDIMIENTOS Y EMPRESAS DE PERSONAS CON DISCAPACIDAD”, la Policía Metropolitana de Villavicencio define como requisitos habilitantes diferenciales en favor de los proponentes que acrediten tal condición conforme a los términos de ley, en materia de experiencia del proponente, así:</w:t>
            </w:r>
          </w:p>
          <w:p w14:paraId="3C3C3E94"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6E398FDA"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 xml:space="preserve">El proponente, ya sea persona natural, jurídica o proponente plural, deberá acreditar experiencia en la celebración y ejecución de contratos con entidades públicas o privadas, cuyo objeto sea igual o similar al </w:t>
            </w:r>
            <w:r w:rsidRPr="008629E2">
              <w:rPr>
                <w:rFonts w:ascii="Arial" w:eastAsia="Times New Roman" w:hAnsi="Arial" w:cs="Arial"/>
                <w:sz w:val="16"/>
                <w:szCs w:val="16"/>
                <w:lang w:eastAsia="es-CO"/>
              </w:rPr>
              <w:lastRenderedPageBreak/>
              <w:t>descrito en el numeral 1.1 “Descripción General del Objeto”, mediante el Certificado de inscripción, calificación y clasificación del Registro Único de Proponentes (RUP), en el cual se evidencie su clasificación en el Clasificador de Bienes y Servicios en el TERCER NIVEL, así como el valor de los contratos expresado en SMMLV. Para tal efecto, los proponentes deberán acreditar experiencia en uno o varios contratos clasificados con al menos dos de los códigos relacionados en la tabla que más adelante se ilustra, siendo obligatorio el código 72151500, por un valor acumulado mínimo equivalente al noventa y cinco (95%) del valor del proceso contractual, expresado en SMMLV, de conformidad con la siguiente tabla:</w:t>
            </w:r>
          </w:p>
          <w:p w14:paraId="30CF9DC1" w14:textId="77777777" w:rsidR="00EA4F3E" w:rsidRDefault="00EA4F3E" w:rsidP="00CF7CBF">
            <w:pPr>
              <w:spacing w:after="0" w:line="240" w:lineRule="auto"/>
              <w:jc w:val="both"/>
              <w:rPr>
                <w:rFonts w:ascii="Arial" w:hAnsi="Arial" w:cs="Arial"/>
                <w:color w:val="000000" w:themeColor="text1"/>
                <w:sz w:val="16"/>
                <w:szCs w:val="16"/>
              </w:rPr>
            </w:pP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1861"/>
              <w:gridCol w:w="1984"/>
              <w:gridCol w:w="1475"/>
              <w:gridCol w:w="804"/>
            </w:tblGrid>
            <w:tr w:rsidR="00CF7CBF" w:rsidRPr="00CF7CBF" w14:paraId="1594F4A5" w14:textId="77777777" w:rsidTr="00321E2E">
              <w:trPr>
                <w:trHeight w:val="219"/>
              </w:trPr>
              <w:tc>
                <w:tcPr>
                  <w:tcW w:w="938" w:type="pct"/>
                  <w:vAlign w:val="center"/>
                </w:tcPr>
                <w:p w14:paraId="27E3C18B" w14:textId="77777777" w:rsidR="00CF7CBF" w:rsidRPr="00CF7CBF" w:rsidRDefault="00CF7CBF" w:rsidP="00CF7CBF">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CLASIFICACIÓN UNSPSC</w:t>
                  </w:r>
                </w:p>
              </w:tc>
              <w:tc>
                <w:tcPr>
                  <w:tcW w:w="1234" w:type="pct"/>
                  <w:vAlign w:val="center"/>
                </w:tcPr>
                <w:p w14:paraId="6784AF76" w14:textId="77777777" w:rsidR="00CF7CBF" w:rsidRPr="00CF7CBF" w:rsidRDefault="00CF7CBF" w:rsidP="00CF7CBF">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SEGMENTO</w:t>
                  </w:r>
                </w:p>
              </w:tc>
              <w:tc>
                <w:tcPr>
                  <w:tcW w:w="1316" w:type="pct"/>
                  <w:vAlign w:val="center"/>
                </w:tcPr>
                <w:p w14:paraId="684C2405" w14:textId="77777777" w:rsidR="00CF7CBF" w:rsidRPr="00CF7CBF" w:rsidRDefault="00CF7CBF" w:rsidP="00CF7CBF">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FAMILIA</w:t>
                  </w:r>
                </w:p>
              </w:tc>
              <w:tc>
                <w:tcPr>
                  <w:tcW w:w="978" w:type="pct"/>
                  <w:vAlign w:val="center"/>
                </w:tcPr>
                <w:p w14:paraId="4C0ED212" w14:textId="77777777" w:rsidR="00CF7CBF" w:rsidRPr="00CF7CBF" w:rsidRDefault="00CF7CBF" w:rsidP="00CF7CBF">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CLASE</w:t>
                  </w:r>
                </w:p>
              </w:tc>
              <w:tc>
                <w:tcPr>
                  <w:tcW w:w="533" w:type="pct"/>
                  <w:vAlign w:val="center"/>
                </w:tcPr>
                <w:p w14:paraId="6F9DD8D9" w14:textId="77777777" w:rsidR="00CF7CBF" w:rsidRPr="00CF7CBF" w:rsidRDefault="00CF7CBF" w:rsidP="00CF7CBF">
                  <w:pPr>
                    <w:spacing w:after="0" w:line="240" w:lineRule="auto"/>
                    <w:jc w:val="center"/>
                    <w:rPr>
                      <w:rFonts w:ascii="Arial" w:eastAsia="MS Mincho" w:hAnsi="Arial" w:cs="Arial"/>
                      <w:b/>
                      <w:bCs/>
                      <w:sz w:val="14"/>
                      <w:szCs w:val="14"/>
                    </w:rPr>
                  </w:pPr>
                  <w:r w:rsidRPr="00CF7CBF">
                    <w:rPr>
                      <w:rFonts w:ascii="Arial" w:eastAsia="MS Mincho" w:hAnsi="Arial" w:cs="Arial"/>
                      <w:b/>
                      <w:bCs/>
                      <w:sz w:val="14"/>
                      <w:szCs w:val="14"/>
                    </w:rPr>
                    <w:t>SMLMV</w:t>
                  </w:r>
                </w:p>
              </w:tc>
            </w:tr>
            <w:tr w:rsidR="00CF7CBF" w:rsidRPr="00CF7CBF" w14:paraId="543CA99F" w14:textId="77777777" w:rsidTr="00321E2E">
              <w:trPr>
                <w:trHeight w:val="338"/>
              </w:trPr>
              <w:tc>
                <w:tcPr>
                  <w:tcW w:w="938" w:type="pct"/>
                  <w:vAlign w:val="center"/>
                </w:tcPr>
                <w:p w14:paraId="0E7A2281" w14:textId="77777777" w:rsidR="00CF7CBF" w:rsidRPr="00CF7CBF" w:rsidRDefault="00CF7CBF" w:rsidP="00CF7CBF">
                  <w:pPr>
                    <w:spacing w:after="0" w:line="240" w:lineRule="auto"/>
                    <w:jc w:val="center"/>
                    <w:rPr>
                      <w:rFonts w:ascii="Arial" w:eastAsia="MS Mincho" w:hAnsi="Arial" w:cs="Arial"/>
                      <w:sz w:val="14"/>
                      <w:szCs w:val="14"/>
                    </w:rPr>
                  </w:pPr>
                  <w:r w:rsidRPr="00CF7CBF">
                    <w:rPr>
                      <w:rFonts w:ascii="Arial" w:eastAsia="Times New Roman" w:hAnsi="Arial" w:cs="Arial"/>
                      <w:color w:val="000000"/>
                      <w:sz w:val="14"/>
                      <w:szCs w:val="14"/>
                      <w:lang w:eastAsia="es-CO"/>
                    </w:rPr>
                    <w:t>72151500</w:t>
                  </w:r>
                </w:p>
              </w:tc>
              <w:tc>
                <w:tcPr>
                  <w:tcW w:w="1234" w:type="pct"/>
                  <w:vAlign w:val="center"/>
                </w:tcPr>
                <w:p w14:paraId="7E8A6A0E" w14:textId="77777777" w:rsidR="00CF7CBF" w:rsidRPr="00CF7CBF" w:rsidRDefault="00CF7CBF" w:rsidP="00CF7CBF">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 xml:space="preserve">Servicio de edificación, construcción de instalaciones y mantenimiento </w:t>
                  </w:r>
                </w:p>
              </w:tc>
              <w:tc>
                <w:tcPr>
                  <w:tcW w:w="1316" w:type="pct"/>
                  <w:vAlign w:val="center"/>
                </w:tcPr>
                <w:p w14:paraId="1F1387F6" w14:textId="77777777" w:rsidR="00CF7CBF" w:rsidRPr="00CF7CBF" w:rsidRDefault="00CF7CBF" w:rsidP="00CF7CBF">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Servicio de mantenimiento y construcción de comercio especializado</w:t>
                  </w:r>
                </w:p>
              </w:tc>
              <w:tc>
                <w:tcPr>
                  <w:tcW w:w="978" w:type="pct"/>
                  <w:vAlign w:val="center"/>
                </w:tcPr>
                <w:p w14:paraId="4B5398FF" w14:textId="77777777" w:rsidR="00CF7CBF" w:rsidRPr="00CF7CBF" w:rsidRDefault="00CF7CBF" w:rsidP="00CF7CBF">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Servicio de sistemas eléctricos</w:t>
                  </w:r>
                </w:p>
              </w:tc>
              <w:tc>
                <w:tcPr>
                  <w:tcW w:w="533" w:type="pct"/>
                  <w:vMerge w:val="restart"/>
                  <w:vAlign w:val="center"/>
                </w:tcPr>
                <w:p w14:paraId="6121440E" w14:textId="4BA6C588" w:rsidR="00CF7CBF" w:rsidRPr="00CF7CBF" w:rsidRDefault="00CF7CBF" w:rsidP="00CF7CBF">
                  <w:pPr>
                    <w:spacing w:after="0" w:line="240" w:lineRule="auto"/>
                    <w:jc w:val="center"/>
                    <w:rPr>
                      <w:rFonts w:ascii="Arial" w:eastAsia="MS Mincho" w:hAnsi="Arial" w:cs="Arial"/>
                      <w:sz w:val="14"/>
                      <w:szCs w:val="14"/>
                    </w:rPr>
                  </w:pPr>
                  <w:r>
                    <w:rPr>
                      <w:rFonts w:ascii="Arial" w:eastAsia="MS Mincho" w:hAnsi="Arial" w:cs="Arial"/>
                      <w:sz w:val="14"/>
                      <w:szCs w:val="14"/>
                    </w:rPr>
                    <w:t>148,7</w:t>
                  </w:r>
                </w:p>
              </w:tc>
            </w:tr>
            <w:tr w:rsidR="00CF7CBF" w:rsidRPr="00CF7CBF" w14:paraId="116BEAF4" w14:textId="77777777" w:rsidTr="00321E2E">
              <w:trPr>
                <w:trHeight w:val="338"/>
              </w:trPr>
              <w:tc>
                <w:tcPr>
                  <w:tcW w:w="938" w:type="pct"/>
                  <w:vAlign w:val="center"/>
                </w:tcPr>
                <w:p w14:paraId="36441F1D" w14:textId="77777777" w:rsidR="00CF7CBF" w:rsidRPr="00CF7CBF" w:rsidRDefault="00CF7CBF" w:rsidP="00CF7CBF">
                  <w:pPr>
                    <w:spacing w:after="0" w:line="240" w:lineRule="auto"/>
                    <w:jc w:val="center"/>
                    <w:rPr>
                      <w:rFonts w:ascii="Arial" w:eastAsia="MS Mincho" w:hAnsi="Arial" w:cs="Arial"/>
                      <w:sz w:val="14"/>
                      <w:szCs w:val="14"/>
                    </w:rPr>
                  </w:pPr>
                  <w:r w:rsidRPr="00CF7CBF">
                    <w:rPr>
                      <w:rFonts w:ascii="Arial" w:eastAsia="Times New Roman" w:hAnsi="Arial" w:cs="Arial"/>
                      <w:color w:val="000000"/>
                      <w:sz w:val="14"/>
                      <w:szCs w:val="14"/>
                      <w:lang w:eastAsia="es-CO"/>
                    </w:rPr>
                    <w:t>72151600</w:t>
                  </w:r>
                </w:p>
              </w:tc>
              <w:tc>
                <w:tcPr>
                  <w:tcW w:w="1234" w:type="pct"/>
                  <w:vAlign w:val="center"/>
                </w:tcPr>
                <w:p w14:paraId="6E6A7A04" w14:textId="77777777" w:rsidR="00CF7CBF" w:rsidRPr="00CF7CBF" w:rsidRDefault="00CF7CBF" w:rsidP="00CF7CBF">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 xml:space="preserve">Servicio de edificación, construcción de instalaciones y mantenimiento </w:t>
                  </w:r>
                </w:p>
              </w:tc>
              <w:tc>
                <w:tcPr>
                  <w:tcW w:w="1316" w:type="pct"/>
                  <w:vAlign w:val="center"/>
                </w:tcPr>
                <w:p w14:paraId="05D7ED88" w14:textId="77777777" w:rsidR="00CF7CBF" w:rsidRPr="00CF7CBF" w:rsidRDefault="00CF7CBF" w:rsidP="00CF7CBF">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Servicio de mantenimiento y construcción de comercio especializado</w:t>
                  </w:r>
                </w:p>
              </w:tc>
              <w:tc>
                <w:tcPr>
                  <w:tcW w:w="978" w:type="pct"/>
                  <w:vAlign w:val="center"/>
                </w:tcPr>
                <w:p w14:paraId="47C03A78" w14:textId="77777777" w:rsidR="00CF7CBF" w:rsidRPr="00CF7CBF" w:rsidRDefault="00CF7CBF" w:rsidP="00CF7CBF">
                  <w:pPr>
                    <w:spacing w:after="0" w:line="240" w:lineRule="auto"/>
                    <w:jc w:val="both"/>
                    <w:rPr>
                      <w:rFonts w:ascii="Arial" w:eastAsia="MS Mincho" w:hAnsi="Arial" w:cs="Arial"/>
                      <w:sz w:val="14"/>
                      <w:szCs w:val="14"/>
                    </w:rPr>
                  </w:pPr>
                  <w:r w:rsidRPr="00CF7CBF">
                    <w:rPr>
                      <w:rFonts w:ascii="Arial" w:eastAsia="Times New Roman" w:hAnsi="Arial" w:cs="Arial"/>
                      <w:color w:val="000000"/>
                      <w:sz w:val="14"/>
                      <w:szCs w:val="14"/>
                      <w:lang w:eastAsia="es-CO"/>
                    </w:rPr>
                    <w:t>Servicios de sistemas especializados de comunicación</w:t>
                  </w:r>
                </w:p>
              </w:tc>
              <w:tc>
                <w:tcPr>
                  <w:tcW w:w="533" w:type="pct"/>
                  <w:vMerge/>
                  <w:vAlign w:val="center"/>
                </w:tcPr>
                <w:p w14:paraId="348FF30C" w14:textId="77777777" w:rsidR="00CF7CBF" w:rsidRPr="00CF7CBF" w:rsidRDefault="00CF7CBF" w:rsidP="00CF7CBF">
                  <w:pPr>
                    <w:spacing w:after="0" w:line="240" w:lineRule="auto"/>
                    <w:jc w:val="center"/>
                    <w:rPr>
                      <w:rFonts w:ascii="Arial" w:eastAsia="MS Mincho" w:hAnsi="Arial" w:cs="Arial"/>
                      <w:sz w:val="14"/>
                      <w:szCs w:val="14"/>
                    </w:rPr>
                  </w:pPr>
                </w:p>
              </w:tc>
            </w:tr>
            <w:tr w:rsidR="00CF7CBF" w:rsidRPr="00CF7CBF" w14:paraId="0673794D" w14:textId="77777777" w:rsidTr="00321E2E">
              <w:trPr>
                <w:trHeight w:val="338"/>
              </w:trPr>
              <w:tc>
                <w:tcPr>
                  <w:tcW w:w="938" w:type="pct"/>
                  <w:vAlign w:val="center"/>
                </w:tcPr>
                <w:p w14:paraId="74215313" w14:textId="77777777" w:rsidR="00CF7CBF" w:rsidRPr="00CF7CBF" w:rsidRDefault="00CF7CBF" w:rsidP="00CF7CBF">
                  <w:pPr>
                    <w:spacing w:after="0" w:line="240" w:lineRule="auto"/>
                    <w:jc w:val="center"/>
                    <w:rPr>
                      <w:rFonts w:ascii="Arial" w:eastAsia="Times New Roman" w:hAnsi="Arial" w:cs="Arial"/>
                      <w:color w:val="000000"/>
                      <w:sz w:val="14"/>
                      <w:szCs w:val="14"/>
                      <w:lang w:eastAsia="es-CO"/>
                    </w:rPr>
                  </w:pPr>
                  <w:r w:rsidRPr="00CF7CBF">
                    <w:rPr>
                      <w:rFonts w:ascii="Arial" w:eastAsia="Times New Roman" w:hAnsi="Arial" w:cs="Arial"/>
                      <w:color w:val="000000"/>
                      <w:sz w:val="14"/>
                      <w:szCs w:val="14"/>
                      <w:lang w:eastAsia="es-CO"/>
                    </w:rPr>
                    <w:t>81111800</w:t>
                  </w:r>
                </w:p>
              </w:tc>
              <w:tc>
                <w:tcPr>
                  <w:tcW w:w="1234" w:type="pct"/>
                  <w:vAlign w:val="center"/>
                </w:tcPr>
                <w:p w14:paraId="3D7D0833" w14:textId="77777777" w:rsidR="00CF7CBF" w:rsidRPr="00CF7CBF" w:rsidRDefault="00CF7CBF" w:rsidP="00CF7CBF">
                  <w:pPr>
                    <w:spacing w:after="0" w:line="240" w:lineRule="auto"/>
                    <w:jc w:val="both"/>
                    <w:rPr>
                      <w:rFonts w:ascii="Arial" w:eastAsia="Times New Roman" w:hAnsi="Arial" w:cs="Arial"/>
                      <w:color w:val="000000"/>
                      <w:sz w:val="14"/>
                      <w:szCs w:val="14"/>
                      <w:lang w:eastAsia="es-CO"/>
                    </w:rPr>
                  </w:pPr>
                  <w:r w:rsidRPr="00CF7CBF">
                    <w:rPr>
                      <w:rFonts w:ascii="Arial" w:eastAsia="Times New Roman" w:hAnsi="Arial" w:cs="Arial"/>
                      <w:color w:val="000000"/>
                      <w:sz w:val="14"/>
                      <w:szCs w:val="14"/>
                      <w:lang w:eastAsia="es-CO"/>
                    </w:rPr>
                    <w:t>Servicios basados en ingeniería, investigación y tecnología</w:t>
                  </w:r>
                </w:p>
              </w:tc>
              <w:tc>
                <w:tcPr>
                  <w:tcW w:w="1316" w:type="pct"/>
                  <w:vAlign w:val="center"/>
                </w:tcPr>
                <w:p w14:paraId="00B04F98" w14:textId="77777777" w:rsidR="00CF7CBF" w:rsidRPr="00CF7CBF" w:rsidRDefault="00CF7CBF" w:rsidP="00CF7CBF">
                  <w:pPr>
                    <w:spacing w:after="0" w:line="240" w:lineRule="auto"/>
                    <w:jc w:val="both"/>
                    <w:rPr>
                      <w:rFonts w:ascii="Arial" w:eastAsia="Times New Roman" w:hAnsi="Arial" w:cs="Arial"/>
                      <w:color w:val="000000"/>
                      <w:sz w:val="14"/>
                      <w:szCs w:val="14"/>
                      <w:lang w:eastAsia="es-CO"/>
                    </w:rPr>
                  </w:pPr>
                  <w:r w:rsidRPr="00CF7CBF">
                    <w:rPr>
                      <w:rFonts w:ascii="Arial" w:eastAsia="Times New Roman" w:hAnsi="Arial" w:cs="Arial"/>
                      <w:color w:val="000000"/>
                      <w:sz w:val="14"/>
                      <w:szCs w:val="14"/>
                      <w:lang w:eastAsia="es-CO"/>
                    </w:rPr>
                    <w:t>Servicios informáticos</w:t>
                  </w:r>
                </w:p>
              </w:tc>
              <w:tc>
                <w:tcPr>
                  <w:tcW w:w="978" w:type="pct"/>
                  <w:vAlign w:val="center"/>
                </w:tcPr>
                <w:p w14:paraId="06EA1D24" w14:textId="77777777" w:rsidR="00CF7CBF" w:rsidRPr="00CF7CBF" w:rsidRDefault="00CF7CBF" w:rsidP="00CF7CBF">
                  <w:pPr>
                    <w:spacing w:after="0" w:line="240" w:lineRule="auto"/>
                    <w:jc w:val="both"/>
                    <w:rPr>
                      <w:rFonts w:ascii="Arial" w:eastAsia="Times New Roman" w:hAnsi="Arial" w:cs="Arial"/>
                      <w:color w:val="000000"/>
                      <w:sz w:val="14"/>
                      <w:szCs w:val="14"/>
                      <w:lang w:eastAsia="es-CO"/>
                    </w:rPr>
                  </w:pPr>
                  <w:r w:rsidRPr="00CF7CBF">
                    <w:rPr>
                      <w:rFonts w:ascii="Arial" w:eastAsia="Times New Roman" w:hAnsi="Arial" w:cs="Arial"/>
                      <w:color w:val="000000"/>
                      <w:sz w:val="14"/>
                      <w:szCs w:val="14"/>
                      <w:lang w:eastAsia="es-CO"/>
                    </w:rPr>
                    <w:t>Servicios de sistemas y administración de componentes de sistemas</w:t>
                  </w:r>
                </w:p>
              </w:tc>
              <w:tc>
                <w:tcPr>
                  <w:tcW w:w="533" w:type="pct"/>
                  <w:vMerge/>
                  <w:vAlign w:val="center"/>
                </w:tcPr>
                <w:p w14:paraId="5E6C93EB" w14:textId="77777777" w:rsidR="00CF7CBF" w:rsidRPr="00CF7CBF" w:rsidRDefault="00CF7CBF" w:rsidP="00CF7CBF">
                  <w:pPr>
                    <w:spacing w:after="0" w:line="240" w:lineRule="auto"/>
                    <w:jc w:val="center"/>
                    <w:rPr>
                      <w:rFonts w:ascii="Arial" w:eastAsia="MS Mincho" w:hAnsi="Arial" w:cs="Arial"/>
                      <w:sz w:val="14"/>
                      <w:szCs w:val="14"/>
                    </w:rPr>
                  </w:pPr>
                </w:p>
              </w:tc>
            </w:tr>
          </w:tbl>
          <w:p w14:paraId="3CF80CCC" w14:textId="77777777" w:rsidR="00CF7CBF" w:rsidRDefault="00CF7CBF" w:rsidP="00CF7CBF">
            <w:pPr>
              <w:spacing w:after="0" w:line="240" w:lineRule="auto"/>
              <w:jc w:val="both"/>
              <w:rPr>
                <w:rFonts w:ascii="Arial" w:eastAsia="Times New Roman" w:hAnsi="Arial" w:cs="Arial"/>
                <w:sz w:val="16"/>
                <w:szCs w:val="16"/>
                <w:lang w:eastAsia="es-CO"/>
              </w:rPr>
            </w:pPr>
          </w:p>
          <w:p w14:paraId="063FC7BD"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De esta forma de acuerdo a la clasificación del oferente para verificación de su experiencia en el Registro Único de Proponentes en el código descrito en el cuadro anterior, el oferente deberá diligenciar y presentar junto con la propuesta el Formulario Experiencia del Proponente.</w:t>
            </w:r>
          </w:p>
          <w:p w14:paraId="57DE5C99"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0893499B"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En caso de que con los contratos en los cuales se pretenda demostrar experiencia que se haya ejecutado como consorcio o unión temporal, esta solo será tenida en cuenta hasta el valor del porcentaje (%) de participación del proponente.</w:t>
            </w:r>
          </w:p>
          <w:p w14:paraId="157B61A1"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395D184F"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Si se presenta propuesta por un proponente plural (Consorcio o Unión Temporal), la experiencia total exigida deberá estar identificada con el clasificador de bienes y servicios en el tercer nivel, de acuerdo a la codificación establecida en el cuadro anterior, y la misma será el resultado de la sumatoria de la experiencia de cada uno de sus integrantes, la cual en ningún momento podrá ser inferior a la exigida para el lote respectivo. No obstante, todos y cada uno de los miembros deberán aportar experiencia en los CÓDIGOS DE CLASIFICADOR DE BIENES Y SERVICIOS UNSPSC indicados para cada lote de acuerdo a lo establecido en el cuadro anterior.</w:t>
            </w:r>
          </w:p>
          <w:p w14:paraId="437A58BA"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47AAC318"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Nota 1: Los proponentes extranjeros no obligados a estar registrados en el RUP, deben acreditar experiencia relacionada con el objeto del presente proceso, mediante la presentación de certificaciones (una certificación por contrato) junto con la oferta, expedidas por los contratantes cuya sumatoria de los contratos debe ser de igual o superior al 100% del valor del presupuesto oficial por cada lote en Colombia, en las cuales se acredite la celebración, ejecución y terminación de contratos con entidades públicas o privadas, y conste como mínimo la información que se indica a continuación:</w:t>
            </w:r>
          </w:p>
          <w:p w14:paraId="7D0B3C4B"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3314FB83" w14:textId="77777777" w:rsidR="00CF7CBF" w:rsidRPr="008629E2" w:rsidRDefault="00CF7CBF" w:rsidP="00CF7CBF">
            <w:pPr>
              <w:pStyle w:val="Prrafodelista"/>
              <w:numPr>
                <w:ilvl w:val="0"/>
                <w:numId w:val="37"/>
              </w:numPr>
              <w:ind w:left="317" w:hanging="284"/>
              <w:jc w:val="both"/>
              <w:rPr>
                <w:rFonts w:ascii="Arial" w:hAnsi="Arial" w:cs="Arial"/>
                <w:sz w:val="16"/>
                <w:szCs w:val="16"/>
                <w:lang w:eastAsia="es-CO"/>
              </w:rPr>
            </w:pPr>
            <w:r w:rsidRPr="008629E2">
              <w:rPr>
                <w:rFonts w:ascii="Arial" w:hAnsi="Arial" w:cs="Arial"/>
                <w:sz w:val="16"/>
                <w:szCs w:val="16"/>
                <w:lang w:eastAsia="es-CO"/>
              </w:rPr>
              <w:t>Nombre o razón social de la entidad o empresa que certifica, dirección y teléfono.</w:t>
            </w:r>
          </w:p>
          <w:p w14:paraId="4701AA94" w14:textId="77777777" w:rsidR="00CF7CBF" w:rsidRPr="008629E2" w:rsidRDefault="00CF7CBF" w:rsidP="00CF7CBF">
            <w:pPr>
              <w:pStyle w:val="Prrafodelista"/>
              <w:numPr>
                <w:ilvl w:val="0"/>
                <w:numId w:val="37"/>
              </w:numPr>
              <w:ind w:left="317" w:hanging="284"/>
              <w:jc w:val="both"/>
              <w:rPr>
                <w:rFonts w:ascii="Arial" w:hAnsi="Arial" w:cs="Arial"/>
                <w:sz w:val="16"/>
                <w:szCs w:val="16"/>
                <w:lang w:eastAsia="es-CO"/>
              </w:rPr>
            </w:pPr>
            <w:r w:rsidRPr="008629E2">
              <w:rPr>
                <w:rFonts w:ascii="Arial" w:hAnsi="Arial" w:cs="Arial"/>
                <w:sz w:val="16"/>
                <w:szCs w:val="16"/>
                <w:lang w:eastAsia="es-CO"/>
              </w:rPr>
              <w:t>Nombre y cargo de la persona que expide la certificación y datos de contacto.</w:t>
            </w:r>
          </w:p>
          <w:p w14:paraId="25F9CF60" w14:textId="77777777" w:rsidR="00CF7CBF" w:rsidRPr="008629E2" w:rsidRDefault="00CF7CBF" w:rsidP="00CF7CBF">
            <w:pPr>
              <w:pStyle w:val="Prrafodelista"/>
              <w:numPr>
                <w:ilvl w:val="0"/>
                <w:numId w:val="37"/>
              </w:numPr>
              <w:ind w:left="317" w:hanging="284"/>
              <w:jc w:val="both"/>
              <w:rPr>
                <w:rFonts w:ascii="Arial" w:hAnsi="Arial" w:cs="Arial"/>
                <w:sz w:val="16"/>
                <w:szCs w:val="16"/>
                <w:lang w:eastAsia="es-CO"/>
              </w:rPr>
            </w:pPr>
            <w:r w:rsidRPr="008629E2">
              <w:rPr>
                <w:rFonts w:ascii="Arial" w:hAnsi="Arial" w:cs="Arial"/>
                <w:sz w:val="16"/>
                <w:szCs w:val="16"/>
                <w:lang w:eastAsia="es-CO"/>
              </w:rPr>
              <w:t>Nombre del contratista</w:t>
            </w:r>
          </w:p>
          <w:p w14:paraId="7B956705" w14:textId="77777777" w:rsidR="00CF7CBF" w:rsidRPr="008629E2" w:rsidRDefault="00CF7CBF" w:rsidP="00CF7CBF">
            <w:pPr>
              <w:pStyle w:val="Prrafodelista"/>
              <w:numPr>
                <w:ilvl w:val="0"/>
                <w:numId w:val="37"/>
              </w:numPr>
              <w:ind w:left="317" w:hanging="284"/>
              <w:jc w:val="both"/>
              <w:rPr>
                <w:rFonts w:ascii="Arial" w:hAnsi="Arial" w:cs="Arial"/>
                <w:sz w:val="16"/>
                <w:szCs w:val="16"/>
                <w:lang w:eastAsia="es-CO"/>
              </w:rPr>
            </w:pPr>
            <w:r w:rsidRPr="008629E2">
              <w:rPr>
                <w:rFonts w:ascii="Arial" w:hAnsi="Arial" w:cs="Arial"/>
                <w:sz w:val="16"/>
                <w:szCs w:val="16"/>
                <w:lang w:eastAsia="es-CO"/>
              </w:rPr>
              <w:t>Número y fecha del contrato.</w:t>
            </w:r>
          </w:p>
          <w:p w14:paraId="2D9E2028" w14:textId="77777777" w:rsidR="00CF7CBF" w:rsidRPr="008629E2" w:rsidRDefault="00CF7CBF" w:rsidP="00CF7CBF">
            <w:pPr>
              <w:pStyle w:val="Prrafodelista"/>
              <w:numPr>
                <w:ilvl w:val="0"/>
                <w:numId w:val="37"/>
              </w:numPr>
              <w:ind w:left="317" w:hanging="284"/>
              <w:jc w:val="both"/>
              <w:rPr>
                <w:rFonts w:ascii="Arial" w:hAnsi="Arial" w:cs="Arial"/>
                <w:sz w:val="16"/>
                <w:szCs w:val="16"/>
                <w:lang w:eastAsia="es-CO"/>
              </w:rPr>
            </w:pPr>
            <w:r w:rsidRPr="008629E2">
              <w:rPr>
                <w:rFonts w:ascii="Arial" w:hAnsi="Arial" w:cs="Arial"/>
                <w:sz w:val="16"/>
                <w:szCs w:val="16"/>
                <w:lang w:eastAsia="es-CO"/>
              </w:rPr>
              <w:t>Objeto del contrato</w:t>
            </w:r>
          </w:p>
          <w:p w14:paraId="26446364" w14:textId="77777777" w:rsidR="00CF7CBF" w:rsidRPr="008629E2" w:rsidRDefault="00CF7CBF" w:rsidP="00CF7CBF">
            <w:pPr>
              <w:pStyle w:val="Prrafodelista"/>
              <w:numPr>
                <w:ilvl w:val="0"/>
                <w:numId w:val="37"/>
              </w:numPr>
              <w:ind w:left="317" w:hanging="284"/>
              <w:jc w:val="both"/>
              <w:rPr>
                <w:rFonts w:ascii="Arial" w:hAnsi="Arial" w:cs="Arial"/>
                <w:sz w:val="16"/>
                <w:szCs w:val="16"/>
                <w:lang w:eastAsia="es-CO"/>
              </w:rPr>
            </w:pPr>
            <w:r w:rsidRPr="008629E2">
              <w:rPr>
                <w:rFonts w:ascii="Arial" w:hAnsi="Arial" w:cs="Arial"/>
                <w:sz w:val="16"/>
                <w:szCs w:val="16"/>
                <w:lang w:eastAsia="es-CO"/>
              </w:rPr>
              <w:t>Fecha de terminación: estos contratos deberán estar terminados antes de la fecha de cierre del presente proceso.</w:t>
            </w:r>
          </w:p>
          <w:p w14:paraId="28A5CA66" w14:textId="77777777" w:rsidR="00CF7CBF" w:rsidRPr="008629E2" w:rsidRDefault="00CF7CBF" w:rsidP="00CF7CBF">
            <w:pPr>
              <w:pStyle w:val="Prrafodelista"/>
              <w:numPr>
                <w:ilvl w:val="0"/>
                <w:numId w:val="37"/>
              </w:numPr>
              <w:ind w:left="317" w:hanging="284"/>
              <w:jc w:val="both"/>
              <w:rPr>
                <w:rFonts w:ascii="Arial" w:hAnsi="Arial" w:cs="Arial"/>
                <w:sz w:val="16"/>
                <w:szCs w:val="16"/>
                <w:lang w:eastAsia="es-CO"/>
              </w:rPr>
            </w:pPr>
            <w:r w:rsidRPr="008629E2">
              <w:rPr>
                <w:rFonts w:ascii="Arial" w:hAnsi="Arial" w:cs="Arial"/>
                <w:sz w:val="16"/>
                <w:szCs w:val="16"/>
                <w:lang w:eastAsia="es-CO"/>
              </w:rPr>
              <w:t>Valor del contrato.</w:t>
            </w:r>
          </w:p>
          <w:p w14:paraId="7B526113" w14:textId="77777777" w:rsidR="00CF7CBF" w:rsidRPr="008629E2" w:rsidRDefault="00CF7CBF" w:rsidP="00CF7CBF">
            <w:pPr>
              <w:pStyle w:val="Prrafodelista"/>
              <w:numPr>
                <w:ilvl w:val="0"/>
                <w:numId w:val="37"/>
              </w:numPr>
              <w:ind w:left="317" w:hanging="284"/>
              <w:jc w:val="both"/>
              <w:rPr>
                <w:rFonts w:ascii="Arial" w:hAnsi="Arial" w:cs="Arial"/>
                <w:sz w:val="16"/>
                <w:szCs w:val="16"/>
                <w:lang w:eastAsia="es-CO"/>
              </w:rPr>
            </w:pPr>
            <w:r w:rsidRPr="008629E2">
              <w:rPr>
                <w:rFonts w:ascii="Arial" w:hAnsi="Arial" w:cs="Arial"/>
                <w:sz w:val="16"/>
                <w:szCs w:val="16"/>
                <w:lang w:eastAsia="es-CO"/>
              </w:rPr>
              <w:t>Calificación del cumplimiento del contrato: la entidad contratante debe certificar que el objeto del contrato se cumplió a cabalidad.</w:t>
            </w:r>
          </w:p>
          <w:p w14:paraId="226314AF"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4E1D3DF0"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Nota 2: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52DDFB26"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28F8CE47"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Los contratos certificados para el oferente extranjero sin domicilio o sucursal en Colombia, deberán registrar experiencia en el clasificador UNSPSC y debe estar relacionada en los formularios “clasificación proponente extranjero” y el Formulario Certificación de Contratos Para Acreditación de Experiencia Proponente Extranjero Sin Sucursal o Domicilio En Colombia.” los cuales deben ser allegados junto con la propuesta.</w:t>
            </w:r>
          </w:p>
          <w:p w14:paraId="6C0E3BBA"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791648C6"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lastRenderedPageBreak/>
              <w:t xml:space="preserve">Nota 3: De conformidad con el artículo 5 de la Ley 1882 de 2018, la experiencia que acrediten los proponentes podrá provenir de contratos celebrados y ejecutados con entidades o personas públicas y/o privadas. </w:t>
            </w:r>
          </w:p>
          <w:p w14:paraId="66F2DE05" w14:textId="77777777" w:rsidR="00CF7CBF" w:rsidRPr="008629E2"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Nota 4: 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14:paraId="0E3C5D08" w14:textId="77777777" w:rsidR="00CF7CBF" w:rsidRPr="008629E2" w:rsidRDefault="00CF7CBF" w:rsidP="00CF7CBF">
            <w:pPr>
              <w:spacing w:after="0" w:line="240" w:lineRule="auto"/>
              <w:jc w:val="both"/>
              <w:rPr>
                <w:rFonts w:ascii="Arial" w:eastAsia="Times New Roman" w:hAnsi="Arial" w:cs="Arial"/>
                <w:sz w:val="16"/>
                <w:szCs w:val="16"/>
                <w:lang w:eastAsia="es-CO"/>
              </w:rPr>
            </w:pPr>
          </w:p>
          <w:p w14:paraId="614DF1BD" w14:textId="3CC9AF02" w:rsidR="00CF7CBF" w:rsidRDefault="00CF7CBF" w:rsidP="00CF7CBF">
            <w:pPr>
              <w:spacing w:after="0" w:line="240" w:lineRule="auto"/>
              <w:jc w:val="both"/>
              <w:rPr>
                <w:rFonts w:ascii="Arial" w:eastAsia="Times New Roman" w:hAnsi="Arial" w:cs="Arial"/>
                <w:sz w:val="16"/>
                <w:szCs w:val="16"/>
                <w:lang w:eastAsia="es-CO"/>
              </w:rPr>
            </w:pPr>
            <w:r w:rsidRPr="008629E2">
              <w:rPr>
                <w:rFonts w:ascii="Arial" w:eastAsia="Times New Roman" w:hAnsi="Arial" w:cs="Arial"/>
                <w:sz w:val="16"/>
                <w:szCs w:val="16"/>
                <w:lang w:eastAsia="es-CO"/>
              </w:rPr>
              <w:t>Nota 5: La experiencia será verificada y evaluada como requisito habilitante por parte del comité técnico evaluador.</w:t>
            </w:r>
          </w:p>
          <w:p w14:paraId="145E35EF" w14:textId="309639F0" w:rsidR="00CF7CBF" w:rsidRPr="00CF7CBF" w:rsidRDefault="00CF7CBF" w:rsidP="00CF7CBF">
            <w:pPr>
              <w:spacing w:after="0" w:line="240" w:lineRule="auto"/>
              <w:jc w:val="both"/>
              <w:rPr>
                <w:rFonts w:ascii="Arial" w:eastAsia="Times New Roman" w:hAnsi="Arial" w:cs="Arial"/>
                <w:sz w:val="16"/>
                <w:szCs w:val="16"/>
                <w:lang w:eastAsia="es-CO"/>
              </w:rPr>
            </w:pPr>
          </w:p>
        </w:tc>
        <w:tc>
          <w:tcPr>
            <w:tcW w:w="1007" w:type="dxa"/>
          </w:tcPr>
          <w:p w14:paraId="7D47CBD1" w14:textId="77777777" w:rsidR="00DE1A8C" w:rsidRPr="00CF7CBF" w:rsidRDefault="00DE1A8C" w:rsidP="00F07BB4">
            <w:pPr>
              <w:pStyle w:val="Default"/>
              <w:jc w:val="both"/>
              <w:rPr>
                <w:rFonts w:ascii="Arial" w:hAnsi="Arial" w:cs="Arial"/>
                <w:b/>
                <w:bCs/>
                <w:sz w:val="16"/>
                <w:szCs w:val="16"/>
              </w:rPr>
            </w:pPr>
          </w:p>
        </w:tc>
        <w:tc>
          <w:tcPr>
            <w:tcW w:w="992" w:type="dxa"/>
          </w:tcPr>
          <w:p w14:paraId="46630165" w14:textId="77777777" w:rsidR="00DE1A8C" w:rsidRPr="00CF7CBF" w:rsidRDefault="00DE1A8C" w:rsidP="00F07BB4">
            <w:pPr>
              <w:pStyle w:val="Default"/>
              <w:jc w:val="both"/>
              <w:rPr>
                <w:rFonts w:ascii="Arial" w:hAnsi="Arial" w:cs="Arial"/>
                <w:b/>
                <w:bCs/>
                <w:sz w:val="16"/>
                <w:szCs w:val="16"/>
              </w:rPr>
            </w:pPr>
          </w:p>
        </w:tc>
      </w:tr>
      <w:tr w:rsidR="00565A97" w:rsidRPr="00CF7CBF" w14:paraId="4C354283" w14:textId="77777777" w:rsidTr="00BC51C5">
        <w:trPr>
          <w:trHeight w:val="143"/>
          <w:jc w:val="center"/>
        </w:trPr>
        <w:tc>
          <w:tcPr>
            <w:tcW w:w="576" w:type="dxa"/>
            <w:vAlign w:val="center"/>
          </w:tcPr>
          <w:p w14:paraId="1859AC48" w14:textId="32456FBC" w:rsidR="00565A97" w:rsidRPr="00CF7CBF" w:rsidRDefault="00565A97" w:rsidP="00565A97">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lastRenderedPageBreak/>
              <w:t>2</w:t>
            </w:r>
          </w:p>
        </w:tc>
        <w:tc>
          <w:tcPr>
            <w:tcW w:w="7924" w:type="dxa"/>
            <w:vAlign w:val="center"/>
          </w:tcPr>
          <w:p w14:paraId="43024B42" w14:textId="77777777" w:rsidR="00565A97" w:rsidRPr="00CF7CBF" w:rsidRDefault="00897E59" w:rsidP="00897E59">
            <w:pPr>
              <w:pStyle w:val="Default"/>
              <w:jc w:val="both"/>
              <w:rPr>
                <w:rFonts w:ascii="Arial" w:hAnsi="Arial" w:cs="Arial"/>
                <w:b/>
                <w:bCs/>
                <w:sz w:val="16"/>
                <w:szCs w:val="16"/>
              </w:rPr>
            </w:pPr>
            <w:r w:rsidRPr="00CF7CBF">
              <w:rPr>
                <w:rFonts w:ascii="Arial" w:hAnsi="Arial" w:cs="Arial"/>
                <w:b/>
                <w:bCs/>
                <w:sz w:val="16"/>
                <w:szCs w:val="16"/>
              </w:rPr>
              <w:t>EXPERIENCIA DEL PERSONAL</w:t>
            </w:r>
          </w:p>
          <w:p w14:paraId="13446B26" w14:textId="77777777" w:rsidR="00D76C9A" w:rsidRPr="00CF7CBF" w:rsidRDefault="00D76C9A" w:rsidP="00897E59">
            <w:pPr>
              <w:pStyle w:val="Default"/>
              <w:jc w:val="both"/>
              <w:rPr>
                <w:rFonts w:ascii="Arial" w:hAnsi="Arial" w:cs="Arial"/>
                <w:b/>
                <w:bCs/>
                <w:sz w:val="16"/>
                <w:szCs w:val="16"/>
              </w:rPr>
            </w:pPr>
          </w:p>
          <w:p w14:paraId="1C648720" w14:textId="77777777" w:rsidR="003A7090" w:rsidRPr="00CF7CBF" w:rsidRDefault="003A7090" w:rsidP="003A7090">
            <w:pPr>
              <w:pStyle w:val="Default"/>
              <w:jc w:val="both"/>
              <w:rPr>
                <w:rFonts w:ascii="Arial" w:hAnsi="Arial" w:cs="Arial"/>
                <w:sz w:val="16"/>
                <w:szCs w:val="16"/>
              </w:rPr>
            </w:pPr>
            <w:r w:rsidRPr="00CF7CBF">
              <w:rPr>
                <w:rFonts w:ascii="Arial" w:hAnsi="Arial" w:cs="Arial"/>
                <w:sz w:val="16"/>
                <w:szCs w:val="16"/>
              </w:rPr>
              <w:t xml:space="preserve">Es importante para la entidad conocer que cada uno de los profesionales que integran el grupo de trabajo, los cuales estarán al frente de la ejecución de cada una de las actividades a ejecutar, cuente con la experiencia especifica suficiente que garantice la calidad de la instalación y configuración de los equipos y el cumplimiento de las especificaciones técnicas. </w:t>
            </w:r>
          </w:p>
          <w:p w14:paraId="57A0938A" w14:textId="77777777" w:rsidR="003A7090" w:rsidRPr="00CF7CBF" w:rsidRDefault="003A7090" w:rsidP="003A7090">
            <w:pPr>
              <w:pStyle w:val="Default"/>
              <w:jc w:val="both"/>
              <w:rPr>
                <w:rFonts w:ascii="Arial" w:hAnsi="Arial" w:cs="Arial"/>
                <w:sz w:val="16"/>
                <w:szCs w:val="16"/>
              </w:rPr>
            </w:pPr>
          </w:p>
          <w:p w14:paraId="464908D2" w14:textId="77777777" w:rsidR="003A7090" w:rsidRPr="00CF7CBF" w:rsidRDefault="003A7090" w:rsidP="003A7090">
            <w:pPr>
              <w:pStyle w:val="Default"/>
              <w:jc w:val="both"/>
              <w:rPr>
                <w:rFonts w:ascii="Arial" w:hAnsi="Arial" w:cs="Arial"/>
                <w:sz w:val="16"/>
                <w:szCs w:val="16"/>
              </w:rPr>
            </w:pPr>
            <w:r w:rsidRPr="00CF7CBF">
              <w:rPr>
                <w:rFonts w:ascii="Arial" w:hAnsi="Arial" w:cs="Arial"/>
                <w:sz w:val="16"/>
                <w:szCs w:val="16"/>
              </w:rPr>
              <w:t>El personal mínimo requerido de trabajo que deberá proveer el contratista para el desarrollo de las actividades descritas en el presente proceso será el siguiente:</w:t>
            </w:r>
          </w:p>
          <w:p w14:paraId="3C51AD13" w14:textId="77777777" w:rsidR="00EA4F3E" w:rsidRPr="00CF7CBF" w:rsidRDefault="00EA4F3E" w:rsidP="003A7090">
            <w:pPr>
              <w:pStyle w:val="Default"/>
              <w:jc w:val="center"/>
              <w:rPr>
                <w:rFonts w:ascii="Arial" w:hAnsi="Arial" w:cs="Arial"/>
                <w:sz w:val="16"/>
                <w:szCs w:val="16"/>
                <w:u w:val="single"/>
              </w:rPr>
            </w:pPr>
          </w:p>
          <w:p w14:paraId="28302E0D" w14:textId="77777777" w:rsidR="00220876" w:rsidRPr="00CF7CBF" w:rsidRDefault="00220876" w:rsidP="003A7090">
            <w:pPr>
              <w:pStyle w:val="Default"/>
              <w:jc w:val="center"/>
              <w:rPr>
                <w:rFonts w:ascii="Arial" w:hAnsi="Arial" w:cs="Arial"/>
                <w:sz w:val="16"/>
                <w:szCs w:val="16"/>
                <w:u w:val="single"/>
              </w:rPr>
            </w:pPr>
          </w:p>
          <w:p w14:paraId="3E2C66BA" w14:textId="4D7BF9EF" w:rsidR="003A7090" w:rsidRPr="00CF7CBF" w:rsidRDefault="003A7090" w:rsidP="003A7090">
            <w:pPr>
              <w:pStyle w:val="Default"/>
              <w:jc w:val="center"/>
              <w:rPr>
                <w:rFonts w:ascii="Arial" w:hAnsi="Arial" w:cs="Arial"/>
                <w:sz w:val="16"/>
                <w:szCs w:val="16"/>
                <w:u w:val="single"/>
              </w:rPr>
            </w:pPr>
            <w:r w:rsidRPr="00CF7CBF">
              <w:rPr>
                <w:rFonts w:ascii="Arial" w:hAnsi="Arial" w:cs="Arial"/>
                <w:sz w:val="16"/>
                <w:szCs w:val="16"/>
                <w:u w:val="single"/>
              </w:rPr>
              <w:t>Personal Requerido y Experiencia del Mismo</w:t>
            </w:r>
          </w:p>
          <w:p w14:paraId="38A44081" w14:textId="77777777" w:rsidR="003A7090" w:rsidRPr="00CF7CBF" w:rsidRDefault="003A7090" w:rsidP="00897E59">
            <w:pPr>
              <w:pStyle w:val="Default"/>
              <w:jc w:val="both"/>
              <w:rPr>
                <w:rFonts w:ascii="Arial" w:hAnsi="Arial" w:cs="Arial"/>
                <w:b/>
                <w:bCs/>
                <w:sz w:val="16"/>
                <w:szCs w:val="16"/>
              </w:rPr>
            </w:pPr>
          </w:p>
          <w:tbl>
            <w:tblPr>
              <w:tblStyle w:val="TableNormal"/>
              <w:tblW w:w="7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0"/>
              <w:gridCol w:w="1352"/>
              <w:gridCol w:w="3542"/>
              <w:gridCol w:w="1559"/>
              <w:gridCol w:w="907"/>
            </w:tblGrid>
            <w:tr w:rsidR="00D76C9A" w:rsidRPr="00222D75" w14:paraId="78957DA9" w14:textId="77777777" w:rsidTr="00C64691">
              <w:trPr>
                <w:trHeight w:val="50"/>
                <w:jc w:val="center"/>
              </w:trPr>
              <w:tc>
                <w:tcPr>
                  <w:tcW w:w="390" w:type="dxa"/>
                  <w:vMerge w:val="restart"/>
                  <w:tcBorders>
                    <w:left w:val="single" w:sz="2" w:space="0" w:color="000000"/>
                  </w:tcBorders>
                  <w:shd w:val="clear" w:color="auto" w:fill="BCBCBC"/>
                  <w:vAlign w:val="center"/>
                </w:tcPr>
                <w:p w14:paraId="3813FD57" w14:textId="77777777" w:rsidR="00D76C9A" w:rsidRPr="00222D75" w:rsidRDefault="00D76C9A" w:rsidP="00D76C9A">
                  <w:pPr>
                    <w:pStyle w:val="TableParagraph"/>
                    <w:spacing w:line="186" w:lineRule="exact"/>
                    <w:jc w:val="center"/>
                    <w:rPr>
                      <w:rFonts w:ascii="Arial" w:hAnsi="Arial" w:cs="Arial"/>
                      <w:b/>
                      <w:sz w:val="14"/>
                      <w:szCs w:val="14"/>
                      <w:lang w:val="es-CO"/>
                    </w:rPr>
                  </w:pPr>
                  <w:r w:rsidRPr="00222D75">
                    <w:rPr>
                      <w:rFonts w:ascii="Arial" w:hAnsi="Arial" w:cs="Arial"/>
                      <w:b/>
                      <w:sz w:val="14"/>
                      <w:szCs w:val="14"/>
                      <w:lang w:val="es-CO"/>
                    </w:rPr>
                    <w:t>ITEM</w:t>
                  </w:r>
                </w:p>
              </w:tc>
              <w:tc>
                <w:tcPr>
                  <w:tcW w:w="4894" w:type="dxa"/>
                  <w:gridSpan w:val="2"/>
                  <w:shd w:val="clear" w:color="auto" w:fill="BCBCBC"/>
                  <w:vAlign w:val="center"/>
                </w:tcPr>
                <w:p w14:paraId="71EAD6A2" w14:textId="77777777" w:rsidR="00D76C9A" w:rsidRPr="00222D75" w:rsidRDefault="00D76C9A" w:rsidP="00D76C9A">
                  <w:pPr>
                    <w:jc w:val="center"/>
                    <w:rPr>
                      <w:rFonts w:ascii="Arial" w:hAnsi="Arial" w:cs="Arial"/>
                      <w:b/>
                      <w:bCs/>
                      <w:sz w:val="14"/>
                      <w:szCs w:val="14"/>
                      <w:lang w:val="es-CO"/>
                    </w:rPr>
                  </w:pPr>
                  <w:r w:rsidRPr="00222D75">
                    <w:rPr>
                      <w:rFonts w:ascii="Arial" w:hAnsi="Arial" w:cs="Arial"/>
                      <w:b/>
                      <w:bCs/>
                      <w:sz w:val="14"/>
                      <w:szCs w:val="14"/>
                      <w:lang w:val="es-CO"/>
                    </w:rPr>
                    <w:t>DESCRIPCION</w:t>
                  </w:r>
                </w:p>
              </w:tc>
              <w:tc>
                <w:tcPr>
                  <w:tcW w:w="2466" w:type="dxa"/>
                  <w:gridSpan w:val="2"/>
                  <w:shd w:val="clear" w:color="auto" w:fill="BCBCBC"/>
                </w:tcPr>
                <w:p w14:paraId="5938F17F" w14:textId="77777777" w:rsidR="00D76C9A" w:rsidRPr="00222D75" w:rsidRDefault="00D76C9A" w:rsidP="00D76C9A">
                  <w:pPr>
                    <w:jc w:val="center"/>
                    <w:rPr>
                      <w:rFonts w:ascii="Arial" w:hAnsi="Arial" w:cs="Arial"/>
                      <w:b/>
                      <w:bCs/>
                      <w:sz w:val="14"/>
                      <w:szCs w:val="14"/>
                      <w:lang w:val="es-CO"/>
                    </w:rPr>
                  </w:pPr>
                  <w:r w:rsidRPr="00222D75">
                    <w:rPr>
                      <w:rFonts w:ascii="Arial" w:hAnsi="Arial" w:cs="Arial"/>
                      <w:b/>
                      <w:bCs/>
                      <w:sz w:val="14"/>
                      <w:szCs w:val="14"/>
                      <w:lang w:val="es-CO"/>
                    </w:rPr>
                    <w:t>EXPERIENCIA</w:t>
                  </w:r>
                </w:p>
              </w:tc>
            </w:tr>
            <w:tr w:rsidR="00D76C9A" w:rsidRPr="00222D75" w14:paraId="1A08E443" w14:textId="77777777" w:rsidTr="00EA4F3E">
              <w:trPr>
                <w:trHeight w:val="50"/>
                <w:jc w:val="center"/>
              </w:trPr>
              <w:tc>
                <w:tcPr>
                  <w:tcW w:w="390" w:type="dxa"/>
                  <w:vMerge/>
                  <w:tcBorders>
                    <w:left w:val="single" w:sz="2" w:space="0" w:color="000000"/>
                  </w:tcBorders>
                  <w:shd w:val="clear" w:color="auto" w:fill="BCBCBC"/>
                  <w:vAlign w:val="center"/>
                </w:tcPr>
                <w:p w14:paraId="1A02A526" w14:textId="77777777" w:rsidR="00D76C9A" w:rsidRPr="00222D75" w:rsidRDefault="00D76C9A" w:rsidP="00D76C9A">
                  <w:pPr>
                    <w:pStyle w:val="TableParagraph"/>
                    <w:spacing w:line="186" w:lineRule="exact"/>
                    <w:ind w:left="232" w:right="228"/>
                    <w:jc w:val="center"/>
                    <w:rPr>
                      <w:rFonts w:ascii="Arial" w:hAnsi="Arial" w:cs="Arial"/>
                      <w:b/>
                      <w:sz w:val="14"/>
                      <w:szCs w:val="14"/>
                      <w:lang w:val="es-CO"/>
                    </w:rPr>
                  </w:pPr>
                </w:p>
              </w:tc>
              <w:tc>
                <w:tcPr>
                  <w:tcW w:w="4894" w:type="dxa"/>
                  <w:gridSpan w:val="2"/>
                  <w:shd w:val="clear" w:color="auto" w:fill="BCBCBC"/>
                  <w:vAlign w:val="center"/>
                </w:tcPr>
                <w:p w14:paraId="728653E1" w14:textId="77777777" w:rsidR="00D76C9A" w:rsidRPr="00222D75" w:rsidRDefault="00D76C9A" w:rsidP="00D76C9A">
                  <w:pPr>
                    <w:jc w:val="center"/>
                    <w:rPr>
                      <w:rFonts w:ascii="Arial" w:hAnsi="Arial" w:cs="Arial"/>
                      <w:b/>
                      <w:bCs/>
                      <w:sz w:val="14"/>
                      <w:szCs w:val="14"/>
                      <w:lang w:val="es-CO"/>
                    </w:rPr>
                  </w:pPr>
                  <w:r w:rsidRPr="00222D75">
                    <w:rPr>
                      <w:rFonts w:ascii="Arial" w:hAnsi="Arial" w:cs="Arial"/>
                      <w:b/>
                      <w:bCs/>
                      <w:sz w:val="14"/>
                      <w:szCs w:val="14"/>
                      <w:lang w:val="es-CO"/>
                    </w:rPr>
                    <w:t>PERFIL/FORMACION ACADEMICA</w:t>
                  </w:r>
                </w:p>
              </w:tc>
              <w:tc>
                <w:tcPr>
                  <w:tcW w:w="1559" w:type="dxa"/>
                  <w:shd w:val="clear" w:color="auto" w:fill="BCBCBC"/>
                </w:tcPr>
                <w:p w14:paraId="264CDDF8" w14:textId="77777777" w:rsidR="00D76C9A" w:rsidRPr="00222D75" w:rsidRDefault="00D76C9A" w:rsidP="00D76C9A">
                  <w:pPr>
                    <w:jc w:val="center"/>
                    <w:rPr>
                      <w:rFonts w:ascii="Arial" w:hAnsi="Arial" w:cs="Arial"/>
                      <w:b/>
                      <w:bCs/>
                      <w:sz w:val="14"/>
                      <w:szCs w:val="14"/>
                    </w:rPr>
                  </w:pPr>
                  <w:r w:rsidRPr="00222D75">
                    <w:rPr>
                      <w:rFonts w:ascii="Arial" w:hAnsi="Arial" w:cs="Arial"/>
                      <w:b/>
                      <w:bCs/>
                      <w:sz w:val="14"/>
                      <w:szCs w:val="14"/>
                    </w:rPr>
                    <w:t>ESPECIFICA</w:t>
                  </w:r>
                </w:p>
              </w:tc>
              <w:tc>
                <w:tcPr>
                  <w:tcW w:w="907" w:type="dxa"/>
                  <w:tcBorders>
                    <w:top w:val="single" w:sz="4" w:space="0" w:color="auto"/>
                  </w:tcBorders>
                  <w:shd w:val="clear" w:color="auto" w:fill="BCBCBC"/>
                </w:tcPr>
                <w:p w14:paraId="6DEC370D" w14:textId="77777777" w:rsidR="00D76C9A" w:rsidRPr="00222D75" w:rsidRDefault="00D76C9A" w:rsidP="00D76C9A">
                  <w:pPr>
                    <w:jc w:val="center"/>
                    <w:rPr>
                      <w:rFonts w:ascii="Arial" w:hAnsi="Arial" w:cs="Arial"/>
                      <w:b/>
                      <w:bCs/>
                      <w:sz w:val="14"/>
                      <w:szCs w:val="14"/>
                      <w:lang w:val="es-CO"/>
                    </w:rPr>
                  </w:pPr>
                  <w:r w:rsidRPr="00222D75">
                    <w:rPr>
                      <w:rFonts w:ascii="Arial" w:hAnsi="Arial" w:cs="Arial"/>
                      <w:b/>
                      <w:bCs/>
                      <w:sz w:val="14"/>
                      <w:szCs w:val="14"/>
                      <w:lang w:val="es-CO"/>
                    </w:rPr>
                    <w:t>GENERAL</w:t>
                  </w:r>
                </w:p>
              </w:tc>
            </w:tr>
            <w:tr w:rsidR="00977FCD" w:rsidRPr="00222D75" w14:paraId="7752A876" w14:textId="77777777" w:rsidTr="00EA4F3E">
              <w:trPr>
                <w:trHeight w:val="227"/>
                <w:jc w:val="center"/>
              </w:trPr>
              <w:tc>
                <w:tcPr>
                  <w:tcW w:w="390" w:type="dxa"/>
                  <w:tcBorders>
                    <w:left w:val="single" w:sz="2" w:space="0" w:color="000000"/>
                  </w:tcBorders>
                  <w:vAlign w:val="center"/>
                </w:tcPr>
                <w:p w14:paraId="62299F9A" w14:textId="77777777" w:rsidR="00D76C9A" w:rsidRPr="00222D75" w:rsidRDefault="00D76C9A" w:rsidP="00D76C9A">
                  <w:pPr>
                    <w:pStyle w:val="TableParagraph"/>
                    <w:spacing w:before="1"/>
                    <w:jc w:val="center"/>
                    <w:rPr>
                      <w:rFonts w:ascii="Arial" w:hAnsi="Arial" w:cs="Arial"/>
                      <w:b/>
                      <w:sz w:val="14"/>
                      <w:szCs w:val="14"/>
                      <w:lang w:val="es-CO"/>
                    </w:rPr>
                  </w:pPr>
                  <w:r w:rsidRPr="00222D75">
                    <w:rPr>
                      <w:rFonts w:ascii="Arial" w:hAnsi="Arial" w:cs="Arial"/>
                      <w:spacing w:val="-5"/>
                      <w:sz w:val="14"/>
                      <w:szCs w:val="14"/>
                      <w:lang w:val="es-CO"/>
                    </w:rPr>
                    <w:t>1</w:t>
                  </w:r>
                </w:p>
              </w:tc>
              <w:tc>
                <w:tcPr>
                  <w:tcW w:w="1352" w:type="dxa"/>
                  <w:vAlign w:val="center"/>
                </w:tcPr>
                <w:p w14:paraId="34E0AA90" w14:textId="5C128AF2" w:rsidR="00D76C9A" w:rsidRPr="00222D75" w:rsidRDefault="00C27105" w:rsidP="00D76C9A">
                  <w:pPr>
                    <w:pStyle w:val="Textocomentario"/>
                    <w:jc w:val="center"/>
                    <w:rPr>
                      <w:rFonts w:ascii="Arial" w:hAnsi="Arial" w:cs="Arial"/>
                      <w:sz w:val="14"/>
                      <w:szCs w:val="14"/>
                      <w:lang w:val="es-CO"/>
                    </w:rPr>
                  </w:pPr>
                  <w:r w:rsidRPr="00222D75">
                    <w:rPr>
                      <w:rFonts w:ascii="Arial" w:hAnsi="Arial" w:cs="Arial"/>
                      <w:sz w:val="14"/>
                      <w:szCs w:val="14"/>
                      <w:lang w:val="es-CO"/>
                    </w:rPr>
                    <w:t xml:space="preserve">(01) </w:t>
                  </w:r>
                  <w:r w:rsidR="00D76C9A" w:rsidRPr="00222D75">
                    <w:rPr>
                      <w:rFonts w:ascii="Arial" w:hAnsi="Arial" w:cs="Arial"/>
                      <w:sz w:val="14"/>
                      <w:szCs w:val="14"/>
                      <w:lang w:val="es-CO"/>
                    </w:rPr>
                    <w:t xml:space="preserve">Ingeniero </w:t>
                  </w:r>
                </w:p>
                <w:p w14:paraId="71DCB8CD" w14:textId="7DB21BC7" w:rsidR="00D76C9A" w:rsidRPr="00222D75" w:rsidRDefault="00D76C9A" w:rsidP="00D76C9A">
                  <w:pPr>
                    <w:pStyle w:val="Textocomentario"/>
                    <w:jc w:val="center"/>
                    <w:rPr>
                      <w:rFonts w:ascii="Arial" w:hAnsi="Arial" w:cs="Arial"/>
                      <w:sz w:val="14"/>
                      <w:szCs w:val="14"/>
                      <w:lang w:val="es-CO"/>
                    </w:rPr>
                  </w:pPr>
                  <w:r w:rsidRPr="00222D75">
                    <w:rPr>
                      <w:rFonts w:ascii="Arial" w:hAnsi="Arial" w:cs="Arial"/>
                      <w:sz w:val="14"/>
                      <w:szCs w:val="14"/>
                      <w:lang w:val="es-CO"/>
                    </w:rPr>
                    <w:t>eléctrico</w:t>
                  </w:r>
                </w:p>
              </w:tc>
              <w:tc>
                <w:tcPr>
                  <w:tcW w:w="3542" w:type="dxa"/>
                  <w:vAlign w:val="center"/>
                </w:tcPr>
                <w:p w14:paraId="3BAA72DB" w14:textId="5C8B61AE" w:rsidR="00D76C9A" w:rsidRPr="00222D75" w:rsidRDefault="00D76C9A">
                  <w:pPr>
                    <w:pStyle w:val="Textocomentario"/>
                    <w:numPr>
                      <w:ilvl w:val="0"/>
                      <w:numId w:val="15"/>
                    </w:numPr>
                    <w:autoSpaceDE w:val="0"/>
                    <w:autoSpaceDN w:val="0"/>
                    <w:ind w:left="314" w:right="134" w:hanging="171"/>
                    <w:jc w:val="both"/>
                    <w:rPr>
                      <w:rFonts w:ascii="Arial" w:hAnsi="Arial" w:cs="Arial"/>
                      <w:sz w:val="14"/>
                      <w:szCs w:val="14"/>
                      <w:lang w:val="es-CO"/>
                    </w:rPr>
                  </w:pPr>
                  <w:r w:rsidRPr="00222D75">
                    <w:rPr>
                      <w:rFonts w:ascii="Arial" w:hAnsi="Arial" w:cs="Arial"/>
                      <w:sz w:val="14"/>
                      <w:szCs w:val="14"/>
                      <w:lang w:val="es-CO"/>
                    </w:rPr>
                    <w:t>Especialización en gerencia de proyectos</w:t>
                  </w:r>
                  <w:r w:rsidR="00F629BD" w:rsidRPr="00222D75">
                    <w:rPr>
                      <w:rFonts w:ascii="Arial" w:hAnsi="Arial" w:cs="Arial"/>
                      <w:sz w:val="14"/>
                      <w:szCs w:val="14"/>
                      <w:lang w:val="es-CO"/>
                    </w:rPr>
                    <w:t xml:space="preserve"> y/o Especialista en Sistema de Transmisión y Distribución de Energía Eléctrica</w:t>
                  </w:r>
                  <w:r w:rsidRPr="00222D75">
                    <w:rPr>
                      <w:rFonts w:ascii="Arial" w:hAnsi="Arial" w:cs="Arial"/>
                      <w:sz w:val="14"/>
                      <w:szCs w:val="14"/>
                      <w:lang w:val="es-CO"/>
                    </w:rPr>
                    <w:t>.</w:t>
                  </w:r>
                </w:p>
                <w:p w14:paraId="15050212" w14:textId="77777777" w:rsidR="00D76C9A" w:rsidRPr="00222D75" w:rsidRDefault="00D76C9A">
                  <w:pPr>
                    <w:pStyle w:val="Textocomentario"/>
                    <w:numPr>
                      <w:ilvl w:val="0"/>
                      <w:numId w:val="15"/>
                    </w:numPr>
                    <w:autoSpaceDE w:val="0"/>
                    <w:autoSpaceDN w:val="0"/>
                    <w:ind w:left="285" w:right="134" w:hanging="142"/>
                    <w:jc w:val="both"/>
                    <w:rPr>
                      <w:rFonts w:ascii="Arial" w:hAnsi="Arial" w:cs="Arial"/>
                      <w:sz w:val="14"/>
                      <w:szCs w:val="14"/>
                      <w:lang w:val="es-CO"/>
                    </w:rPr>
                  </w:pPr>
                  <w:r w:rsidRPr="00222D75">
                    <w:rPr>
                      <w:rFonts w:ascii="Arial" w:hAnsi="Arial" w:cs="Arial"/>
                      <w:sz w:val="14"/>
                      <w:szCs w:val="14"/>
                      <w:lang w:val="es-CO"/>
                    </w:rPr>
                    <w:t>Certificado en inspector RETIE acreditado por la ONAC.</w:t>
                  </w:r>
                </w:p>
                <w:p w14:paraId="7C2D1D17" w14:textId="77777777" w:rsidR="00D76C9A" w:rsidRPr="00222D75" w:rsidRDefault="00D76C9A">
                  <w:pPr>
                    <w:pStyle w:val="Textocomentario"/>
                    <w:numPr>
                      <w:ilvl w:val="0"/>
                      <w:numId w:val="15"/>
                    </w:numPr>
                    <w:autoSpaceDE w:val="0"/>
                    <w:autoSpaceDN w:val="0"/>
                    <w:ind w:left="285" w:right="134" w:hanging="142"/>
                    <w:jc w:val="both"/>
                    <w:rPr>
                      <w:rFonts w:ascii="Arial" w:hAnsi="Arial" w:cs="Arial"/>
                      <w:sz w:val="14"/>
                      <w:szCs w:val="14"/>
                      <w:lang w:val="es-CO"/>
                    </w:rPr>
                  </w:pPr>
                  <w:r w:rsidRPr="00222D75">
                    <w:rPr>
                      <w:rFonts w:ascii="Arial" w:hAnsi="Arial" w:cs="Arial"/>
                      <w:sz w:val="14"/>
                      <w:szCs w:val="14"/>
                      <w:lang w:val="es-CO"/>
                    </w:rPr>
                    <w:t>Diplomado en RETIE: Resolución 40117 del 2 de abril de 2024</w:t>
                  </w:r>
                </w:p>
                <w:p w14:paraId="69C1F02B" w14:textId="77777777" w:rsidR="00D76C9A" w:rsidRPr="00222D75" w:rsidRDefault="00D76C9A">
                  <w:pPr>
                    <w:pStyle w:val="Textocomentario"/>
                    <w:numPr>
                      <w:ilvl w:val="0"/>
                      <w:numId w:val="15"/>
                    </w:numPr>
                    <w:autoSpaceDE w:val="0"/>
                    <w:autoSpaceDN w:val="0"/>
                    <w:ind w:left="285" w:right="134" w:hanging="142"/>
                    <w:jc w:val="both"/>
                    <w:rPr>
                      <w:rFonts w:ascii="Arial" w:hAnsi="Arial" w:cs="Arial"/>
                      <w:sz w:val="14"/>
                      <w:szCs w:val="14"/>
                      <w:lang w:val="es-CO"/>
                    </w:rPr>
                  </w:pPr>
                  <w:r w:rsidRPr="00222D75">
                    <w:rPr>
                      <w:rFonts w:ascii="Arial" w:hAnsi="Arial" w:cs="Arial"/>
                      <w:sz w:val="14"/>
                      <w:szCs w:val="14"/>
                      <w:lang w:val="es-CO"/>
                    </w:rPr>
                    <w:t>Certificación en prevención en peligros eléctricos expedida en un centro de servicios de formación.</w:t>
                  </w:r>
                </w:p>
              </w:tc>
              <w:tc>
                <w:tcPr>
                  <w:tcW w:w="1559" w:type="dxa"/>
                  <w:vAlign w:val="center"/>
                </w:tcPr>
                <w:p w14:paraId="5027825A" w14:textId="0FCBBECA" w:rsidR="00D76C9A" w:rsidRPr="00222D75" w:rsidRDefault="006532A2" w:rsidP="00D76C9A">
                  <w:pPr>
                    <w:pStyle w:val="TableParagraph"/>
                    <w:spacing w:before="1"/>
                    <w:ind w:left="109" w:right="110"/>
                    <w:jc w:val="both"/>
                    <w:rPr>
                      <w:rFonts w:ascii="Arial" w:hAnsi="Arial" w:cs="Arial"/>
                      <w:sz w:val="14"/>
                      <w:szCs w:val="14"/>
                      <w:highlight w:val="cyan"/>
                      <w:lang w:val="es-CO"/>
                    </w:rPr>
                  </w:pPr>
                  <w:r w:rsidRPr="00222D75">
                    <w:rPr>
                      <w:rFonts w:ascii="Arial" w:hAnsi="Arial" w:cs="Arial"/>
                      <w:sz w:val="14"/>
                      <w:szCs w:val="14"/>
                      <w:lang w:val="es-CO"/>
                    </w:rPr>
                    <w:t xml:space="preserve">02 años de </w:t>
                  </w:r>
                  <w:r w:rsidR="0061357C" w:rsidRPr="00222D75">
                    <w:rPr>
                      <w:rFonts w:ascii="Arial" w:hAnsi="Arial" w:cs="Arial"/>
                      <w:sz w:val="14"/>
                      <w:szCs w:val="14"/>
                      <w:lang w:val="es-CO"/>
                    </w:rPr>
                    <w:t>e</w:t>
                  </w:r>
                  <w:r w:rsidR="00D76C9A" w:rsidRPr="00222D75">
                    <w:rPr>
                      <w:rFonts w:ascii="Arial" w:hAnsi="Arial" w:cs="Arial"/>
                      <w:sz w:val="14"/>
                      <w:szCs w:val="14"/>
                      <w:lang w:val="es-CO"/>
                    </w:rPr>
                    <w:t>xperiencia en supervisor de proyectos enfocados en mantenimiento de sistemas eléctricos bajo los lineamientos del RETIE</w:t>
                  </w:r>
                  <w:r w:rsidRPr="00222D75">
                    <w:rPr>
                      <w:rFonts w:ascii="Arial" w:hAnsi="Arial" w:cs="Arial"/>
                      <w:sz w:val="14"/>
                      <w:szCs w:val="14"/>
                      <w:lang w:val="es-CO"/>
                    </w:rPr>
                    <w:t>, ejercidos en los últimos tres años.</w:t>
                  </w:r>
                </w:p>
              </w:tc>
              <w:tc>
                <w:tcPr>
                  <w:tcW w:w="907" w:type="dxa"/>
                  <w:vAlign w:val="center"/>
                </w:tcPr>
                <w:p w14:paraId="16C0A3A5" w14:textId="77777777" w:rsidR="00D76C9A" w:rsidRPr="00222D75" w:rsidRDefault="00D76C9A" w:rsidP="00D76C9A">
                  <w:pPr>
                    <w:pStyle w:val="TableParagraph"/>
                    <w:spacing w:before="1"/>
                    <w:ind w:left="109" w:right="110"/>
                    <w:jc w:val="center"/>
                    <w:rPr>
                      <w:rFonts w:ascii="Arial" w:hAnsi="Arial" w:cs="Arial"/>
                      <w:sz w:val="14"/>
                      <w:szCs w:val="14"/>
                      <w:lang w:val="es-CO"/>
                    </w:rPr>
                  </w:pPr>
                  <w:r w:rsidRPr="00222D75">
                    <w:rPr>
                      <w:rFonts w:ascii="Arial" w:hAnsi="Arial" w:cs="Arial"/>
                      <w:sz w:val="14"/>
                      <w:szCs w:val="14"/>
                      <w:lang w:val="es-CO"/>
                    </w:rPr>
                    <w:t>5 años</w:t>
                  </w:r>
                </w:p>
              </w:tc>
            </w:tr>
            <w:tr w:rsidR="00977FCD" w:rsidRPr="00222D75" w14:paraId="71BA79D8" w14:textId="77777777" w:rsidTr="00EA4F3E">
              <w:trPr>
                <w:trHeight w:val="227"/>
                <w:jc w:val="center"/>
              </w:trPr>
              <w:tc>
                <w:tcPr>
                  <w:tcW w:w="390" w:type="dxa"/>
                  <w:tcBorders>
                    <w:left w:val="single" w:sz="2" w:space="0" w:color="000000"/>
                  </w:tcBorders>
                  <w:vAlign w:val="center"/>
                </w:tcPr>
                <w:p w14:paraId="513B6E2A" w14:textId="77777777" w:rsidR="00D76C9A" w:rsidRPr="00222D75" w:rsidRDefault="00D76C9A" w:rsidP="00D76C9A">
                  <w:pPr>
                    <w:pStyle w:val="TableParagraph"/>
                    <w:spacing w:before="1"/>
                    <w:jc w:val="center"/>
                    <w:rPr>
                      <w:rFonts w:ascii="Arial" w:hAnsi="Arial" w:cs="Arial"/>
                      <w:spacing w:val="-5"/>
                      <w:sz w:val="14"/>
                      <w:szCs w:val="14"/>
                      <w:lang w:val="es-CO"/>
                    </w:rPr>
                  </w:pPr>
                  <w:r w:rsidRPr="00222D75">
                    <w:rPr>
                      <w:rFonts w:ascii="Arial" w:hAnsi="Arial" w:cs="Arial"/>
                      <w:spacing w:val="-5"/>
                      <w:sz w:val="14"/>
                      <w:szCs w:val="14"/>
                      <w:lang w:val="es-CO"/>
                    </w:rPr>
                    <w:t>3</w:t>
                  </w:r>
                </w:p>
              </w:tc>
              <w:tc>
                <w:tcPr>
                  <w:tcW w:w="1352" w:type="dxa"/>
                  <w:vAlign w:val="center"/>
                </w:tcPr>
                <w:p w14:paraId="6FFE2C54" w14:textId="22C00738" w:rsidR="00D76C9A" w:rsidRPr="00222D75" w:rsidRDefault="00D76C9A" w:rsidP="00D76C9A">
                  <w:pPr>
                    <w:pStyle w:val="Textocomentario"/>
                    <w:jc w:val="center"/>
                    <w:rPr>
                      <w:rFonts w:ascii="Arial" w:hAnsi="Arial" w:cs="Arial"/>
                      <w:sz w:val="14"/>
                      <w:szCs w:val="14"/>
                      <w:lang w:val="es-CO"/>
                    </w:rPr>
                  </w:pPr>
                  <w:r w:rsidRPr="00222D75">
                    <w:rPr>
                      <w:rFonts w:ascii="Arial" w:hAnsi="Arial" w:cs="Arial"/>
                      <w:sz w:val="14"/>
                      <w:szCs w:val="14"/>
                      <w:lang w:val="es-CO"/>
                    </w:rPr>
                    <w:t>(1) Técnico en instalación de redes de telecomunicaciones</w:t>
                  </w:r>
                  <w:r w:rsidR="006C369C" w:rsidRPr="00222D75">
                    <w:rPr>
                      <w:rFonts w:ascii="Arial" w:hAnsi="Arial" w:cs="Arial"/>
                      <w:sz w:val="14"/>
                      <w:szCs w:val="14"/>
                      <w:lang w:val="es-CO"/>
                    </w:rPr>
                    <w:t xml:space="preserve"> y carreras </w:t>
                  </w:r>
                  <w:proofErr w:type="spellStart"/>
                  <w:r w:rsidR="006C369C" w:rsidRPr="00222D75">
                    <w:rPr>
                      <w:rFonts w:ascii="Arial" w:hAnsi="Arial" w:cs="Arial"/>
                      <w:sz w:val="14"/>
                      <w:szCs w:val="14"/>
                      <w:lang w:val="es-CO"/>
                    </w:rPr>
                    <w:t>a fines</w:t>
                  </w:r>
                  <w:proofErr w:type="spellEnd"/>
                  <w:r w:rsidR="006C369C" w:rsidRPr="00222D75">
                    <w:rPr>
                      <w:rFonts w:ascii="Arial" w:hAnsi="Arial" w:cs="Arial"/>
                      <w:sz w:val="14"/>
                      <w:szCs w:val="14"/>
                      <w:lang w:val="es-CO"/>
                    </w:rPr>
                    <w:t>.</w:t>
                  </w:r>
                </w:p>
              </w:tc>
              <w:tc>
                <w:tcPr>
                  <w:tcW w:w="3542" w:type="dxa"/>
                  <w:vAlign w:val="center"/>
                </w:tcPr>
                <w:p w14:paraId="04F78203"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Certificación en prevención en peligros eléctricos expedida en un centro de servicios de formación.</w:t>
                  </w:r>
                </w:p>
                <w:p w14:paraId="26436B5B"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Diplomado en Instalación de Redes Internas de Telecomunicaciones.</w:t>
                  </w:r>
                </w:p>
                <w:p w14:paraId="037A59BB"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Diplomado en Cableado Estructurado y Redes de Fibra Óptica.</w:t>
                  </w:r>
                </w:p>
                <w:p w14:paraId="07D0FBFB"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Certificado vigente curso en alturas</w:t>
                  </w:r>
                </w:p>
              </w:tc>
              <w:tc>
                <w:tcPr>
                  <w:tcW w:w="1559" w:type="dxa"/>
                  <w:vAlign w:val="center"/>
                </w:tcPr>
                <w:p w14:paraId="775F83A1" w14:textId="48FD1D29" w:rsidR="00D76C9A" w:rsidRPr="00222D75" w:rsidRDefault="0061357C" w:rsidP="00D76C9A">
                  <w:pPr>
                    <w:pStyle w:val="TableParagraph"/>
                    <w:spacing w:before="1"/>
                    <w:ind w:left="109" w:right="110"/>
                    <w:jc w:val="both"/>
                    <w:rPr>
                      <w:rFonts w:ascii="Arial" w:hAnsi="Arial" w:cs="Arial"/>
                      <w:sz w:val="14"/>
                      <w:szCs w:val="14"/>
                      <w:highlight w:val="cyan"/>
                      <w:lang w:val="es-CO"/>
                    </w:rPr>
                  </w:pPr>
                  <w:r w:rsidRPr="00222D75">
                    <w:rPr>
                      <w:rFonts w:ascii="Arial" w:hAnsi="Arial" w:cs="Arial"/>
                      <w:sz w:val="14"/>
                      <w:szCs w:val="14"/>
                      <w:lang w:val="es-CO"/>
                    </w:rPr>
                    <w:t>01 año de e</w:t>
                  </w:r>
                  <w:r w:rsidR="00D76C9A" w:rsidRPr="00222D75">
                    <w:rPr>
                      <w:rFonts w:ascii="Arial" w:hAnsi="Arial" w:cs="Arial"/>
                      <w:sz w:val="14"/>
                      <w:szCs w:val="14"/>
                      <w:lang w:val="es-CO"/>
                    </w:rPr>
                    <w:t>xperiencia en mantenimiento de redes de voz y datos</w:t>
                  </w:r>
                  <w:r w:rsidR="006532A2" w:rsidRPr="00222D75">
                    <w:rPr>
                      <w:rFonts w:ascii="Arial" w:hAnsi="Arial" w:cs="Arial"/>
                      <w:sz w:val="14"/>
                      <w:szCs w:val="14"/>
                      <w:lang w:val="es-CO"/>
                    </w:rPr>
                    <w:t>, ejercidos en los últimos dos años.</w:t>
                  </w:r>
                </w:p>
              </w:tc>
              <w:tc>
                <w:tcPr>
                  <w:tcW w:w="907" w:type="dxa"/>
                  <w:vAlign w:val="center"/>
                </w:tcPr>
                <w:p w14:paraId="2649A137" w14:textId="77777777" w:rsidR="00D76C9A" w:rsidRPr="00222D75" w:rsidRDefault="00D76C9A" w:rsidP="00D76C9A">
                  <w:pPr>
                    <w:pStyle w:val="TableParagraph"/>
                    <w:spacing w:before="1"/>
                    <w:ind w:left="109" w:right="110"/>
                    <w:jc w:val="center"/>
                    <w:rPr>
                      <w:rFonts w:ascii="Arial" w:hAnsi="Arial" w:cs="Arial"/>
                      <w:sz w:val="14"/>
                      <w:szCs w:val="14"/>
                      <w:lang w:val="es-CO"/>
                    </w:rPr>
                  </w:pPr>
                  <w:r w:rsidRPr="00222D75">
                    <w:rPr>
                      <w:rFonts w:ascii="Arial" w:hAnsi="Arial" w:cs="Arial"/>
                      <w:sz w:val="14"/>
                      <w:szCs w:val="14"/>
                      <w:lang w:val="es-CO"/>
                    </w:rPr>
                    <w:t>3 años</w:t>
                  </w:r>
                </w:p>
              </w:tc>
            </w:tr>
            <w:tr w:rsidR="00977FCD" w:rsidRPr="00222D75" w14:paraId="3F79A8E1" w14:textId="77777777" w:rsidTr="00EA4F3E">
              <w:trPr>
                <w:trHeight w:val="227"/>
                <w:jc w:val="center"/>
              </w:trPr>
              <w:tc>
                <w:tcPr>
                  <w:tcW w:w="390" w:type="dxa"/>
                  <w:tcBorders>
                    <w:left w:val="single" w:sz="2" w:space="0" w:color="000000"/>
                  </w:tcBorders>
                  <w:vAlign w:val="center"/>
                </w:tcPr>
                <w:p w14:paraId="7CF003B9" w14:textId="77777777" w:rsidR="00D76C9A" w:rsidRPr="00222D75" w:rsidRDefault="00D76C9A" w:rsidP="00D76C9A">
                  <w:pPr>
                    <w:pStyle w:val="TableParagraph"/>
                    <w:spacing w:before="1"/>
                    <w:jc w:val="center"/>
                    <w:rPr>
                      <w:rFonts w:ascii="Arial" w:hAnsi="Arial" w:cs="Arial"/>
                      <w:spacing w:val="-5"/>
                      <w:sz w:val="14"/>
                      <w:szCs w:val="14"/>
                      <w:lang w:val="es-CO"/>
                    </w:rPr>
                  </w:pPr>
                  <w:r w:rsidRPr="00222D75">
                    <w:rPr>
                      <w:rFonts w:ascii="Arial" w:hAnsi="Arial" w:cs="Arial"/>
                      <w:spacing w:val="-5"/>
                      <w:sz w:val="14"/>
                      <w:szCs w:val="14"/>
                      <w:lang w:val="es-CO"/>
                    </w:rPr>
                    <w:t>5</w:t>
                  </w:r>
                </w:p>
              </w:tc>
              <w:tc>
                <w:tcPr>
                  <w:tcW w:w="1352" w:type="dxa"/>
                  <w:vAlign w:val="center"/>
                </w:tcPr>
                <w:p w14:paraId="1ECBCCAA" w14:textId="58361FBF" w:rsidR="00D76C9A" w:rsidRPr="00222D75" w:rsidRDefault="00D76C9A" w:rsidP="00D76C9A">
                  <w:pPr>
                    <w:pStyle w:val="Textocomentario"/>
                    <w:jc w:val="center"/>
                    <w:rPr>
                      <w:rFonts w:ascii="Arial" w:hAnsi="Arial" w:cs="Arial"/>
                      <w:sz w:val="14"/>
                      <w:szCs w:val="14"/>
                      <w:lang w:val="es-CO"/>
                    </w:rPr>
                  </w:pPr>
                  <w:r w:rsidRPr="00222D75">
                    <w:rPr>
                      <w:rFonts w:ascii="Arial" w:hAnsi="Arial" w:cs="Arial"/>
                      <w:sz w:val="14"/>
                      <w:szCs w:val="14"/>
                      <w:lang w:val="es-CO"/>
                    </w:rPr>
                    <w:t>(</w:t>
                  </w:r>
                  <w:r w:rsidR="006C369C" w:rsidRPr="00222D75">
                    <w:rPr>
                      <w:rFonts w:ascii="Arial" w:hAnsi="Arial" w:cs="Arial"/>
                      <w:sz w:val="14"/>
                      <w:szCs w:val="14"/>
                      <w:lang w:val="es-CO"/>
                    </w:rPr>
                    <w:t>03</w:t>
                  </w:r>
                  <w:r w:rsidRPr="00222D75">
                    <w:rPr>
                      <w:rFonts w:ascii="Arial" w:hAnsi="Arial" w:cs="Arial"/>
                      <w:sz w:val="14"/>
                      <w:szCs w:val="14"/>
                      <w:lang w:val="es-CO"/>
                    </w:rPr>
                    <w:t>) Técnicos electricistas</w:t>
                  </w:r>
                </w:p>
              </w:tc>
              <w:tc>
                <w:tcPr>
                  <w:tcW w:w="3542" w:type="dxa"/>
                </w:tcPr>
                <w:p w14:paraId="0B77645C"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Matricula profesional CONTE T1-T2-T3-T4-T5-T6.</w:t>
                  </w:r>
                </w:p>
                <w:p w14:paraId="7E51E5A6"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Certificación en prevención en peligros eléctricos expedida en un centro de servicios de formación.</w:t>
                  </w:r>
                </w:p>
                <w:p w14:paraId="26E41568"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Diplomado en diseño eléctrico con Énfasis en NTC 2050 – RETIE.</w:t>
                  </w:r>
                </w:p>
                <w:p w14:paraId="1715F340"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Diplomado en Cableado Estructurado y Redes de Fibra Óptica.</w:t>
                  </w:r>
                </w:p>
                <w:p w14:paraId="4021A821"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Curso en Buenas Prácticas de Seguridad Eléctrica.</w:t>
                  </w:r>
                </w:p>
                <w:p w14:paraId="663BD792"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Certificado vigente curso en alturas</w:t>
                  </w:r>
                </w:p>
              </w:tc>
              <w:tc>
                <w:tcPr>
                  <w:tcW w:w="1559" w:type="dxa"/>
                  <w:vAlign w:val="center"/>
                </w:tcPr>
                <w:p w14:paraId="20C9F739" w14:textId="1FA53132" w:rsidR="00D76C9A" w:rsidRPr="00222D75" w:rsidRDefault="0061357C" w:rsidP="00D76C9A">
                  <w:pPr>
                    <w:pStyle w:val="TableParagraph"/>
                    <w:spacing w:before="1"/>
                    <w:ind w:left="109" w:right="110"/>
                    <w:jc w:val="both"/>
                    <w:rPr>
                      <w:rFonts w:ascii="Arial" w:hAnsi="Arial" w:cs="Arial"/>
                      <w:sz w:val="14"/>
                      <w:szCs w:val="14"/>
                      <w:highlight w:val="cyan"/>
                      <w:lang w:val="es-CO"/>
                    </w:rPr>
                  </w:pPr>
                  <w:r w:rsidRPr="00222D75">
                    <w:rPr>
                      <w:rFonts w:ascii="Arial" w:hAnsi="Arial" w:cs="Arial"/>
                      <w:sz w:val="14"/>
                      <w:szCs w:val="14"/>
                      <w:lang w:val="es-CO"/>
                    </w:rPr>
                    <w:t>01 año de e</w:t>
                  </w:r>
                  <w:r w:rsidR="00D76C9A" w:rsidRPr="00222D75">
                    <w:rPr>
                      <w:rFonts w:ascii="Arial" w:hAnsi="Arial" w:cs="Arial"/>
                      <w:sz w:val="14"/>
                      <w:szCs w:val="14"/>
                      <w:lang w:val="es-CO"/>
                    </w:rPr>
                    <w:t>xperiencia en mantenimiento correctivo y preventivo de sistemas eléctricos</w:t>
                  </w:r>
                  <w:r w:rsidR="006532A2" w:rsidRPr="00222D75">
                    <w:rPr>
                      <w:rFonts w:ascii="Arial" w:hAnsi="Arial" w:cs="Arial"/>
                      <w:sz w:val="14"/>
                      <w:szCs w:val="14"/>
                      <w:lang w:val="es-CO"/>
                    </w:rPr>
                    <w:t>, ejercidos en los últimos dos años.</w:t>
                  </w:r>
                </w:p>
              </w:tc>
              <w:tc>
                <w:tcPr>
                  <w:tcW w:w="907" w:type="dxa"/>
                  <w:vAlign w:val="center"/>
                </w:tcPr>
                <w:p w14:paraId="7F1E10DB" w14:textId="77777777" w:rsidR="00D76C9A" w:rsidRPr="00222D75" w:rsidRDefault="00D76C9A" w:rsidP="00D76C9A">
                  <w:pPr>
                    <w:pStyle w:val="TableParagraph"/>
                    <w:spacing w:before="1"/>
                    <w:ind w:left="109" w:right="110"/>
                    <w:jc w:val="center"/>
                    <w:rPr>
                      <w:rFonts w:ascii="Arial" w:hAnsi="Arial" w:cs="Arial"/>
                      <w:sz w:val="14"/>
                      <w:szCs w:val="14"/>
                      <w:lang w:val="es-CO"/>
                    </w:rPr>
                  </w:pPr>
                  <w:r w:rsidRPr="00222D75">
                    <w:rPr>
                      <w:rFonts w:ascii="Arial" w:hAnsi="Arial" w:cs="Arial"/>
                      <w:sz w:val="14"/>
                      <w:szCs w:val="14"/>
                      <w:lang w:val="es-CO"/>
                    </w:rPr>
                    <w:t>3 años</w:t>
                  </w:r>
                </w:p>
              </w:tc>
            </w:tr>
            <w:tr w:rsidR="00977FCD" w:rsidRPr="00222D75" w14:paraId="092CFC90" w14:textId="77777777" w:rsidTr="00EA4F3E">
              <w:trPr>
                <w:trHeight w:val="227"/>
                <w:jc w:val="center"/>
              </w:trPr>
              <w:tc>
                <w:tcPr>
                  <w:tcW w:w="390" w:type="dxa"/>
                  <w:tcBorders>
                    <w:left w:val="single" w:sz="2" w:space="0" w:color="000000"/>
                  </w:tcBorders>
                  <w:vAlign w:val="center"/>
                </w:tcPr>
                <w:p w14:paraId="39509B60" w14:textId="77777777" w:rsidR="00D76C9A" w:rsidRPr="00222D75" w:rsidRDefault="00D76C9A" w:rsidP="00D76C9A">
                  <w:pPr>
                    <w:pStyle w:val="TableParagraph"/>
                    <w:spacing w:before="1"/>
                    <w:jc w:val="center"/>
                    <w:rPr>
                      <w:rFonts w:ascii="Arial" w:hAnsi="Arial" w:cs="Arial"/>
                      <w:bCs/>
                      <w:sz w:val="14"/>
                      <w:szCs w:val="14"/>
                      <w:lang w:val="es-CO"/>
                    </w:rPr>
                  </w:pPr>
                  <w:r w:rsidRPr="00222D75">
                    <w:rPr>
                      <w:rFonts w:ascii="Arial" w:hAnsi="Arial" w:cs="Arial"/>
                      <w:bCs/>
                      <w:sz w:val="14"/>
                      <w:szCs w:val="14"/>
                      <w:lang w:val="es-CO"/>
                    </w:rPr>
                    <w:t>6</w:t>
                  </w:r>
                </w:p>
              </w:tc>
              <w:tc>
                <w:tcPr>
                  <w:tcW w:w="1352" w:type="dxa"/>
                  <w:vAlign w:val="center"/>
                </w:tcPr>
                <w:p w14:paraId="64659155" w14:textId="67E9006A" w:rsidR="00D76C9A" w:rsidRPr="00222D75" w:rsidRDefault="006C369C" w:rsidP="00D76C9A">
                  <w:pPr>
                    <w:pStyle w:val="Textocomentario"/>
                    <w:jc w:val="center"/>
                    <w:rPr>
                      <w:rFonts w:ascii="Arial" w:hAnsi="Arial" w:cs="Arial"/>
                      <w:sz w:val="14"/>
                      <w:szCs w:val="14"/>
                      <w:lang w:val="es-CO"/>
                    </w:rPr>
                  </w:pPr>
                  <w:r w:rsidRPr="00222D75">
                    <w:rPr>
                      <w:rFonts w:ascii="Arial" w:hAnsi="Arial" w:cs="Arial"/>
                      <w:sz w:val="14"/>
                      <w:szCs w:val="14"/>
                      <w:lang w:val="es-CO"/>
                    </w:rPr>
                    <w:t xml:space="preserve">(01) </w:t>
                  </w:r>
                  <w:r w:rsidR="00D76C9A" w:rsidRPr="00222D75">
                    <w:rPr>
                      <w:rFonts w:ascii="Arial" w:hAnsi="Arial" w:cs="Arial"/>
                      <w:sz w:val="14"/>
                      <w:szCs w:val="14"/>
                      <w:lang w:val="es-CO"/>
                    </w:rPr>
                    <w:t xml:space="preserve">Profesional en salud ocupacional </w:t>
                  </w:r>
                </w:p>
                <w:p w14:paraId="27855374" w14:textId="77777777" w:rsidR="00D76C9A" w:rsidRPr="00222D75" w:rsidRDefault="00D76C9A" w:rsidP="00D76C9A">
                  <w:pPr>
                    <w:pStyle w:val="Textocomentario"/>
                    <w:jc w:val="center"/>
                    <w:rPr>
                      <w:rFonts w:ascii="Arial" w:hAnsi="Arial" w:cs="Arial"/>
                      <w:sz w:val="14"/>
                      <w:szCs w:val="14"/>
                      <w:lang w:val="es-CO"/>
                    </w:rPr>
                  </w:pPr>
                  <w:r w:rsidRPr="00222D75">
                    <w:rPr>
                      <w:rFonts w:ascii="Arial" w:hAnsi="Arial" w:cs="Arial"/>
                      <w:sz w:val="14"/>
                      <w:szCs w:val="14"/>
                      <w:lang w:val="es-CO"/>
                    </w:rPr>
                    <w:t>SG SST</w:t>
                  </w:r>
                </w:p>
              </w:tc>
              <w:tc>
                <w:tcPr>
                  <w:tcW w:w="3542" w:type="dxa"/>
                </w:tcPr>
                <w:p w14:paraId="40DF605C"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 xml:space="preserve">Profesional en salud ocupacional. </w:t>
                  </w:r>
                </w:p>
                <w:p w14:paraId="54806D62"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 xml:space="preserve">Coordinador de trabajo seguro en alturas. </w:t>
                  </w:r>
                </w:p>
                <w:p w14:paraId="5DF118C6"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 xml:space="preserve">Certificado en prevención en peligros eléctricos expedida en un centro de servicios de formación. </w:t>
                  </w:r>
                </w:p>
                <w:p w14:paraId="05504B69"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 xml:space="preserve">Diplomado en gestión ambiental. </w:t>
                  </w:r>
                </w:p>
                <w:p w14:paraId="7469A8B3" w14:textId="77777777" w:rsidR="00D76C9A" w:rsidRPr="00222D75" w:rsidRDefault="00D76C9A">
                  <w:pPr>
                    <w:pStyle w:val="Textocomentario"/>
                    <w:numPr>
                      <w:ilvl w:val="0"/>
                      <w:numId w:val="15"/>
                    </w:numPr>
                    <w:autoSpaceDE w:val="0"/>
                    <w:autoSpaceDN w:val="0"/>
                    <w:ind w:left="281" w:right="134" w:hanging="142"/>
                    <w:jc w:val="both"/>
                    <w:rPr>
                      <w:rFonts w:ascii="Arial" w:hAnsi="Arial" w:cs="Arial"/>
                      <w:sz w:val="14"/>
                      <w:szCs w:val="14"/>
                      <w:lang w:val="es-CO"/>
                    </w:rPr>
                  </w:pPr>
                  <w:r w:rsidRPr="00222D75">
                    <w:rPr>
                      <w:rFonts w:ascii="Arial" w:hAnsi="Arial" w:cs="Arial"/>
                      <w:sz w:val="14"/>
                      <w:szCs w:val="14"/>
                      <w:lang w:val="es-CO"/>
                    </w:rPr>
                    <w:t xml:space="preserve">Certificado en primeros auxilios, evacuación y rescate. </w:t>
                  </w:r>
                </w:p>
              </w:tc>
              <w:tc>
                <w:tcPr>
                  <w:tcW w:w="1559" w:type="dxa"/>
                  <w:vAlign w:val="center"/>
                </w:tcPr>
                <w:p w14:paraId="1479C5A7" w14:textId="7E606F71" w:rsidR="00D76C9A" w:rsidRPr="00222D75" w:rsidRDefault="0061357C" w:rsidP="00D76C9A">
                  <w:pPr>
                    <w:pStyle w:val="TableParagraph"/>
                    <w:spacing w:before="1"/>
                    <w:ind w:left="109" w:right="110"/>
                    <w:jc w:val="both"/>
                    <w:rPr>
                      <w:rFonts w:ascii="Arial" w:hAnsi="Arial" w:cs="Arial"/>
                      <w:sz w:val="14"/>
                      <w:szCs w:val="14"/>
                      <w:highlight w:val="cyan"/>
                      <w:lang w:val="es-CO"/>
                    </w:rPr>
                  </w:pPr>
                  <w:r w:rsidRPr="00222D75">
                    <w:rPr>
                      <w:rFonts w:ascii="Arial" w:hAnsi="Arial" w:cs="Arial"/>
                      <w:sz w:val="14"/>
                      <w:szCs w:val="14"/>
                      <w:lang w:val="es-CO"/>
                    </w:rPr>
                    <w:t>01 año de e</w:t>
                  </w:r>
                  <w:r w:rsidR="00D76C9A" w:rsidRPr="00222D75">
                    <w:rPr>
                      <w:rFonts w:ascii="Arial" w:hAnsi="Arial" w:cs="Arial"/>
                      <w:sz w:val="14"/>
                      <w:szCs w:val="14"/>
                      <w:lang w:val="es-CO"/>
                    </w:rPr>
                    <w:t>xperiencia en trabajos de media y baja tensión</w:t>
                  </w:r>
                  <w:r w:rsidR="006532A2" w:rsidRPr="00222D75">
                    <w:rPr>
                      <w:rFonts w:ascii="Arial" w:hAnsi="Arial" w:cs="Arial"/>
                      <w:sz w:val="14"/>
                      <w:szCs w:val="14"/>
                      <w:lang w:val="es-CO"/>
                    </w:rPr>
                    <w:t>, ejercidos en los últimos dos años.</w:t>
                  </w:r>
                </w:p>
              </w:tc>
              <w:tc>
                <w:tcPr>
                  <w:tcW w:w="907" w:type="dxa"/>
                  <w:vAlign w:val="center"/>
                </w:tcPr>
                <w:p w14:paraId="1EA05D6E" w14:textId="77777777" w:rsidR="00D76C9A" w:rsidRPr="00222D75" w:rsidRDefault="00D76C9A" w:rsidP="00D76C9A">
                  <w:pPr>
                    <w:pStyle w:val="TableParagraph"/>
                    <w:spacing w:before="1"/>
                    <w:ind w:left="109" w:right="110"/>
                    <w:jc w:val="center"/>
                    <w:rPr>
                      <w:rFonts w:ascii="Arial" w:hAnsi="Arial" w:cs="Arial"/>
                      <w:sz w:val="14"/>
                      <w:szCs w:val="14"/>
                      <w:lang w:val="es-CO"/>
                    </w:rPr>
                  </w:pPr>
                  <w:r w:rsidRPr="00222D75">
                    <w:rPr>
                      <w:rFonts w:ascii="Arial" w:hAnsi="Arial" w:cs="Arial"/>
                      <w:sz w:val="14"/>
                      <w:szCs w:val="14"/>
                      <w:lang w:val="es-CO"/>
                    </w:rPr>
                    <w:t>3 años</w:t>
                  </w:r>
                </w:p>
              </w:tc>
            </w:tr>
          </w:tbl>
          <w:p w14:paraId="75B99AFE" w14:textId="77777777" w:rsidR="00CA26FB" w:rsidRPr="00CF7CBF" w:rsidRDefault="00CA26FB" w:rsidP="00897E59">
            <w:pPr>
              <w:pStyle w:val="Default"/>
              <w:jc w:val="both"/>
              <w:rPr>
                <w:rFonts w:ascii="Arial" w:hAnsi="Arial" w:cs="Arial"/>
                <w:sz w:val="16"/>
                <w:szCs w:val="16"/>
              </w:rPr>
            </w:pPr>
          </w:p>
          <w:p w14:paraId="1F375D04" w14:textId="257E0764" w:rsidR="003A7090" w:rsidRPr="00CF7CBF" w:rsidRDefault="003A7090" w:rsidP="003A7090">
            <w:pPr>
              <w:pStyle w:val="Default"/>
              <w:jc w:val="both"/>
              <w:rPr>
                <w:rFonts w:ascii="Arial" w:hAnsi="Arial" w:cs="Arial"/>
                <w:sz w:val="16"/>
                <w:szCs w:val="16"/>
              </w:rPr>
            </w:pPr>
            <w:r w:rsidRPr="00CF7CBF">
              <w:rPr>
                <w:rFonts w:ascii="Arial" w:hAnsi="Arial" w:cs="Arial"/>
                <w:b/>
                <w:bCs/>
                <w:sz w:val="16"/>
                <w:szCs w:val="16"/>
              </w:rPr>
              <w:t>Nota 1:</w:t>
            </w:r>
            <w:r w:rsidRPr="00CF7CBF">
              <w:rPr>
                <w:rFonts w:ascii="Arial" w:hAnsi="Arial" w:cs="Arial"/>
                <w:sz w:val="16"/>
                <w:szCs w:val="16"/>
              </w:rPr>
              <w:t xml:space="preserve"> La experiencia general, será tomada a partir de la expedición de la tarjeta profesional y/ diploma, y/o acta de grado.</w:t>
            </w:r>
          </w:p>
          <w:p w14:paraId="1C47F3DF" w14:textId="77777777" w:rsidR="00E62DF2" w:rsidRPr="00CF7CBF" w:rsidRDefault="00E62DF2" w:rsidP="003A7090">
            <w:pPr>
              <w:pStyle w:val="Default"/>
              <w:jc w:val="both"/>
              <w:rPr>
                <w:rFonts w:ascii="Arial" w:hAnsi="Arial" w:cs="Arial"/>
                <w:sz w:val="16"/>
                <w:szCs w:val="16"/>
              </w:rPr>
            </w:pPr>
          </w:p>
          <w:p w14:paraId="2D85463A" w14:textId="4BE6C928" w:rsidR="00CA26FB" w:rsidRPr="00CF7CBF" w:rsidRDefault="00CA26FB" w:rsidP="00CA26FB">
            <w:pPr>
              <w:pStyle w:val="Default"/>
              <w:jc w:val="both"/>
              <w:rPr>
                <w:rFonts w:ascii="Arial" w:hAnsi="Arial" w:cs="Arial"/>
                <w:sz w:val="16"/>
                <w:szCs w:val="16"/>
              </w:rPr>
            </w:pPr>
            <w:r w:rsidRPr="00CF7CBF">
              <w:rPr>
                <w:rFonts w:ascii="Arial" w:hAnsi="Arial" w:cs="Arial"/>
                <w:b/>
                <w:bCs/>
                <w:sz w:val="16"/>
                <w:szCs w:val="16"/>
              </w:rPr>
              <w:t xml:space="preserve">Nota 2: </w:t>
            </w:r>
            <w:r w:rsidRPr="00CF7CBF">
              <w:rPr>
                <w:rFonts w:ascii="Arial" w:hAnsi="Arial" w:cs="Arial"/>
                <w:sz w:val="16"/>
                <w:szCs w:val="16"/>
              </w:rPr>
              <w:t xml:space="preserve">Con el fin de garantizar que el servicio sea prestado con los mayores estándares de calidad en términos de idoneidad y experiencia del personal de operarios, se requiere que estos acrediten experiencia específica en las actividades objeto del contrato. El oferente deberá acreditar que el personal de Ingenieros, Técnicos y Tecnólogos exigidos, cuenten con una experiencia especifica en el </w:t>
            </w:r>
            <w:r w:rsidR="00C34A25" w:rsidRPr="00CF7CBF">
              <w:rPr>
                <w:rFonts w:ascii="Arial" w:hAnsi="Arial" w:cs="Arial"/>
                <w:sz w:val="16"/>
                <w:szCs w:val="16"/>
              </w:rPr>
              <w:t>MANTENIMIENTO PREVENTIVO Y CORRECTIVO DEL CABLEADO ESTRUCTUTADO, RED DE VOZ Y DATOS, SISTEMA REGULADO Y NO REGULADO PARA LA POLICÍA METROPOLITANA DE VILLAVICENCIO, DEPARTAMENTO DE POLICÍA META, REGIONAL DE INCORPORACIÓN N°7 Y DEPARTAMENTO DE POLICÍA VAUPÉS.</w:t>
            </w:r>
            <w:r w:rsidRPr="00CF7CBF">
              <w:rPr>
                <w:rFonts w:ascii="Arial" w:hAnsi="Arial" w:cs="Arial"/>
                <w:sz w:val="16"/>
                <w:szCs w:val="16"/>
              </w:rPr>
              <w:t xml:space="preserve"> Para la acreditación de la experiencia se deberá presentar junto con la propuesta, las </w:t>
            </w:r>
            <w:r w:rsidRPr="00CF7CBF">
              <w:rPr>
                <w:rFonts w:ascii="Arial" w:hAnsi="Arial" w:cs="Arial"/>
                <w:sz w:val="16"/>
                <w:szCs w:val="16"/>
              </w:rPr>
              <w:lastRenderedPageBreak/>
              <w:t>certificaciones laborales y/o contractuales (ejecutados con anterioridad a la fecha de cierre del proceso) de cada uno de los operarios</w:t>
            </w:r>
          </w:p>
          <w:p w14:paraId="4234143C" w14:textId="77777777" w:rsidR="00A6454B" w:rsidRPr="00CF7CBF" w:rsidRDefault="00A6454B" w:rsidP="003A7090">
            <w:pPr>
              <w:pStyle w:val="Default"/>
              <w:jc w:val="both"/>
              <w:rPr>
                <w:rFonts w:ascii="Arial" w:hAnsi="Arial" w:cs="Arial"/>
                <w:b/>
                <w:bCs/>
                <w:sz w:val="16"/>
                <w:szCs w:val="16"/>
              </w:rPr>
            </w:pPr>
          </w:p>
          <w:p w14:paraId="5A0CCA23" w14:textId="4AA23CF6" w:rsidR="003A7090" w:rsidRPr="00CF7CBF" w:rsidRDefault="003F5343" w:rsidP="003A7090">
            <w:pPr>
              <w:pStyle w:val="Default"/>
              <w:jc w:val="both"/>
              <w:rPr>
                <w:rFonts w:ascii="Arial" w:hAnsi="Arial" w:cs="Arial"/>
                <w:sz w:val="16"/>
                <w:szCs w:val="16"/>
              </w:rPr>
            </w:pPr>
            <w:r w:rsidRPr="00CF7CBF">
              <w:rPr>
                <w:rFonts w:ascii="Arial" w:hAnsi="Arial" w:cs="Arial"/>
                <w:sz w:val="16"/>
                <w:szCs w:val="16"/>
              </w:rPr>
              <w:t xml:space="preserve">La experiencia </w:t>
            </w:r>
            <w:proofErr w:type="spellStart"/>
            <w:r w:rsidRPr="00CF7CBF">
              <w:rPr>
                <w:rFonts w:ascii="Arial" w:hAnsi="Arial" w:cs="Arial"/>
                <w:sz w:val="16"/>
                <w:szCs w:val="16"/>
              </w:rPr>
              <w:t>especifica</w:t>
            </w:r>
            <w:proofErr w:type="spellEnd"/>
            <w:r w:rsidRPr="00CF7CBF">
              <w:rPr>
                <w:rFonts w:ascii="Arial" w:hAnsi="Arial" w:cs="Arial"/>
                <w:sz w:val="16"/>
                <w:szCs w:val="16"/>
              </w:rPr>
              <w:t xml:space="preserve">, será acreditada </w:t>
            </w:r>
            <w:r w:rsidR="006E2278" w:rsidRPr="00CF7CBF">
              <w:rPr>
                <w:rFonts w:ascii="Arial" w:hAnsi="Arial" w:cs="Arial"/>
                <w:sz w:val="16"/>
                <w:szCs w:val="16"/>
              </w:rPr>
              <w:t xml:space="preserve">mediante certificaciones laborales o de prestación de servicios expedidas entidad oficial </w:t>
            </w:r>
            <w:r w:rsidR="009613BC" w:rsidRPr="00CF7CBF">
              <w:rPr>
                <w:rFonts w:ascii="Arial" w:hAnsi="Arial" w:cs="Arial"/>
                <w:sz w:val="16"/>
                <w:szCs w:val="16"/>
              </w:rPr>
              <w:t>y/</w:t>
            </w:r>
            <w:r w:rsidR="006E2278" w:rsidRPr="00CF7CBF">
              <w:rPr>
                <w:rFonts w:ascii="Arial" w:hAnsi="Arial" w:cs="Arial"/>
                <w:sz w:val="16"/>
                <w:szCs w:val="16"/>
              </w:rPr>
              <w:t>o privada. Estas deben detallar el cargo, las funciones desempeñadas —enfocadas en el área requerida, fechas exactas (día, mes, año) de inicio y terminación, firma y datos de contacto de quien certifica.</w:t>
            </w:r>
            <w:r w:rsidR="00A6454B" w:rsidRPr="00CF7CBF">
              <w:rPr>
                <w:rFonts w:ascii="Arial" w:hAnsi="Arial" w:cs="Arial"/>
                <w:sz w:val="16"/>
                <w:szCs w:val="16"/>
              </w:rPr>
              <w:t xml:space="preserve"> No se aceptan auto certificaciones.</w:t>
            </w:r>
          </w:p>
          <w:p w14:paraId="11A3565C" w14:textId="77777777" w:rsidR="00220876" w:rsidRPr="00CF7CBF" w:rsidRDefault="00220876" w:rsidP="003A7090">
            <w:pPr>
              <w:pStyle w:val="Default"/>
              <w:jc w:val="both"/>
              <w:rPr>
                <w:rFonts w:ascii="Arial" w:hAnsi="Arial" w:cs="Arial"/>
                <w:b/>
                <w:bCs/>
                <w:sz w:val="16"/>
                <w:szCs w:val="16"/>
              </w:rPr>
            </w:pPr>
          </w:p>
          <w:p w14:paraId="3359C220" w14:textId="5B637599" w:rsidR="00FC40C9" w:rsidRPr="00CF7CBF" w:rsidRDefault="00FC40C9" w:rsidP="003A7090">
            <w:pPr>
              <w:pStyle w:val="Default"/>
              <w:jc w:val="both"/>
              <w:rPr>
                <w:rFonts w:ascii="Arial" w:hAnsi="Arial" w:cs="Arial"/>
                <w:sz w:val="16"/>
                <w:szCs w:val="16"/>
              </w:rPr>
            </w:pPr>
            <w:r w:rsidRPr="00CF7CBF">
              <w:rPr>
                <w:rFonts w:ascii="Arial" w:hAnsi="Arial" w:cs="Arial"/>
                <w:b/>
                <w:bCs/>
                <w:sz w:val="16"/>
                <w:szCs w:val="16"/>
              </w:rPr>
              <w:t xml:space="preserve">Nota </w:t>
            </w:r>
            <w:r w:rsidR="00727684" w:rsidRPr="00CF7CBF">
              <w:rPr>
                <w:rFonts w:ascii="Arial" w:hAnsi="Arial" w:cs="Arial"/>
                <w:b/>
                <w:bCs/>
                <w:sz w:val="16"/>
                <w:szCs w:val="16"/>
              </w:rPr>
              <w:t>3</w:t>
            </w:r>
            <w:r w:rsidRPr="00CF7CBF">
              <w:rPr>
                <w:rFonts w:ascii="Arial" w:hAnsi="Arial" w:cs="Arial"/>
                <w:b/>
                <w:bCs/>
                <w:sz w:val="16"/>
                <w:szCs w:val="16"/>
              </w:rPr>
              <w:t xml:space="preserve">: </w:t>
            </w:r>
            <w:r w:rsidRPr="00CF7CBF">
              <w:rPr>
                <w:rFonts w:ascii="Arial" w:hAnsi="Arial" w:cs="Arial"/>
                <w:sz w:val="16"/>
                <w:szCs w:val="16"/>
              </w:rPr>
              <w:t>Durante la ejecución del contrato, sí por alguna razón, uno o varios de los operarios ofertados no pueden participar en la ejecución del mismo, el contratista deberá realizar su reemplazo con otro operario que reúna mínimo el perfil académico y experiencia profesional o técnica exigida, previo concepto de viabilidad favorable emitido por el supervisor del contrato, quien deberá verificar la documentación respectiva.  En todo caso, dicho cambio deberá ser informado al ordenador del gasto adjuntando el concepto de viabilidad favorable emitido por el supervisor del contrato.</w:t>
            </w:r>
          </w:p>
          <w:p w14:paraId="2BF5E188" w14:textId="77777777" w:rsidR="006D6F96" w:rsidRPr="00CF7CBF" w:rsidRDefault="006D6F96" w:rsidP="003A7090">
            <w:pPr>
              <w:pStyle w:val="Default"/>
              <w:jc w:val="both"/>
              <w:rPr>
                <w:rFonts w:ascii="Arial" w:hAnsi="Arial" w:cs="Arial"/>
                <w:sz w:val="16"/>
                <w:szCs w:val="16"/>
              </w:rPr>
            </w:pPr>
          </w:p>
          <w:p w14:paraId="39BDC896" w14:textId="77777777" w:rsidR="00727684" w:rsidRPr="00CF7CBF" w:rsidRDefault="00727684" w:rsidP="003A7090">
            <w:pPr>
              <w:pStyle w:val="Default"/>
              <w:jc w:val="both"/>
              <w:rPr>
                <w:rFonts w:ascii="Arial" w:hAnsi="Arial" w:cs="Arial"/>
                <w:sz w:val="16"/>
                <w:szCs w:val="16"/>
              </w:rPr>
            </w:pPr>
            <w:r w:rsidRPr="00CF7CBF">
              <w:rPr>
                <w:rFonts w:ascii="Arial" w:hAnsi="Arial" w:cs="Arial"/>
                <w:b/>
                <w:bCs/>
                <w:sz w:val="16"/>
                <w:szCs w:val="16"/>
              </w:rPr>
              <w:t>Nota 4:</w:t>
            </w:r>
            <w:r w:rsidRPr="00CF7CBF">
              <w:rPr>
                <w:rFonts w:ascii="Arial" w:hAnsi="Arial" w:cs="Arial"/>
                <w:sz w:val="16"/>
                <w:szCs w:val="16"/>
              </w:rPr>
              <w:t xml:space="preserve"> Ninguna falta o error al momento de la ejecución del contrato podrá imputarse a desconocimiento del operario. </w:t>
            </w:r>
          </w:p>
          <w:p w14:paraId="5C6C548E" w14:textId="77777777" w:rsidR="00727684" w:rsidRPr="00CF7CBF" w:rsidRDefault="00727684" w:rsidP="003A7090">
            <w:pPr>
              <w:pStyle w:val="Default"/>
              <w:jc w:val="both"/>
              <w:rPr>
                <w:rFonts w:ascii="Arial" w:hAnsi="Arial" w:cs="Arial"/>
                <w:sz w:val="16"/>
                <w:szCs w:val="16"/>
              </w:rPr>
            </w:pPr>
          </w:p>
          <w:p w14:paraId="1597B34D" w14:textId="3E1F1C69" w:rsidR="00727684" w:rsidRPr="00CF7CBF" w:rsidRDefault="00727684" w:rsidP="003A7090">
            <w:pPr>
              <w:pStyle w:val="Default"/>
              <w:jc w:val="both"/>
              <w:rPr>
                <w:rFonts w:ascii="Arial" w:hAnsi="Arial" w:cs="Arial"/>
                <w:sz w:val="16"/>
                <w:szCs w:val="16"/>
              </w:rPr>
            </w:pPr>
            <w:r w:rsidRPr="00CF7CBF">
              <w:rPr>
                <w:rFonts w:ascii="Arial" w:hAnsi="Arial" w:cs="Arial"/>
                <w:b/>
                <w:bCs/>
                <w:sz w:val="16"/>
                <w:szCs w:val="16"/>
              </w:rPr>
              <w:t>Nota 5:</w:t>
            </w:r>
            <w:r w:rsidRPr="00CF7CBF">
              <w:rPr>
                <w:rFonts w:ascii="Arial" w:hAnsi="Arial" w:cs="Arial"/>
                <w:sz w:val="16"/>
                <w:szCs w:val="16"/>
              </w:rPr>
              <w:t xml:space="preserve"> El personal exigido deberá ser garantizado durante la ejecución del contrato.</w:t>
            </w:r>
          </w:p>
          <w:p w14:paraId="7D880065" w14:textId="77777777" w:rsidR="006B7786" w:rsidRPr="00CF7CBF" w:rsidRDefault="006B7786" w:rsidP="003A7090">
            <w:pPr>
              <w:pStyle w:val="Default"/>
              <w:jc w:val="both"/>
              <w:rPr>
                <w:rFonts w:ascii="Arial" w:hAnsi="Arial" w:cs="Arial"/>
                <w:sz w:val="16"/>
                <w:szCs w:val="16"/>
              </w:rPr>
            </w:pPr>
          </w:p>
          <w:p w14:paraId="176F91A2" w14:textId="2052CBAA" w:rsidR="006B7786" w:rsidRPr="00CF7CBF" w:rsidRDefault="006B7786" w:rsidP="003A7090">
            <w:pPr>
              <w:pStyle w:val="Default"/>
              <w:jc w:val="both"/>
              <w:rPr>
                <w:rFonts w:ascii="Arial" w:hAnsi="Arial" w:cs="Arial"/>
                <w:sz w:val="16"/>
                <w:szCs w:val="16"/>
              </w:rPr>
            </w:pPr>
            <w:r w:rsidRPr="00CF7CBF">
              <w:rPr>
                <w:rFonts w:ascii="Arial" w:hAnsi="Arial" w:cs="Arial"/>
                <w:b/>
                <w:bCs/>
                <w:sz w:val="16"/>
                <w:szCs w:val="16"/>
              </w:rPr>
              <w:t>N</w:t>
            </w:r>
            <w:r w:rsidR="00C34A25" w:rsidRPr="00CF7CBF">
              <w:rPr>
                <w:rFonts w:ascii="Arial" w:hAnsi="Arial" w:cs="Arial"/>
                <w:b/>
                <w:bCs/>
                <w:sz w:val="16"/>
                <w:szCs w:val="16"/>
              </w:rPr>
              <w:t>ota</w:t>
            </w:r>
            <w:r w:rsidR="0041489F" w:rsidRPr="00CF7CBF">
              <w:rPr>
                <w:rFonts w:ascii="Arial" w:hAnsi="Arial" w:cs="Arial"/>
                <w:b/>
                <w:bCs/>
                <w:sz w:val="16"/>
                <w:szCs w:val="16"/>
              </w:rPr>
              <w:t xml:space="preserve"> </w:t>
            </w:r>
            <w:r w:rsidR="00C34A25" w:rsidRPr="00CF7CBF">
              <w:rPr>
                <w:rFonts w:ascii="Arial" w:hAnsi="Arial" w:cs="Arial"/>
                <w:b/>
                <w:bCs/>
                <w:sz w:val="16"/>
                <w:szCs w:val="16"/>
              </w:rPr>
              <w:t xml:space="preserve">6: </w:t>
            </w:r>
            <w:r w:rsidR="00C34A25" w:rsidRPr="00CF7CBF">
              <w:rPr>
                <w:rFonts w:ascii="Arial" w:hAnsi="Arial" w:cs="Arial"/>
                <w:sz w:val="16"/>
                <w:szCs w:val="16"/>
              </w:rPr>
              <w:t xml:space="preserve">una vez adjudicado el contrato, el supervisor </w:t>
            </w:r>
            <w:r w:rsidR="0012586F" w:rsidRPr="00CF7CBF">
              <w:rPr>
                <w:rFonts w:ascii="Arial" w:hAnsi="Arial" w:cs="Arial"/>
                <w:sz w:val="16"/>
                <w:szCs w:val="16"/>
              </w:rPr>
              <w:t xml:space="preserve">designado </w:t>
            </w:r>
            <w:r w:rsidR="00C34A25" w:rsidRPr="00CF7CBF">
              <w:rPr>
                <w:rFonts w:ascii="Arial" w:hAnsi="Arial" w:cs="Arial"/>
                <w:sz w:val="16"/>
                <w:szCs w:val="16"/>
              </w:rPr>
              <w:t xml:space="preserve">deberá realizar las coordinaciones pertinentes que permitan realizar un estudio de seguridad y confiablidad del </w:t>
            </w:r>
            <w:r w:rsidR="0012586F" w:rsidRPr="00CF7CBF">
              <w:rPr>
                <w:rFonts w:ascii="Arial" w:hAnsi="Arial" w:cs="Arial"/>
                <w:sz w:val="16"/>
                <w:szCs w:val="16"/>
              </w:rPr>
              <w:t>equipo de trabajo</w:t>
            </w:r>
            <w:r w:rsidR="00C34A25" w:rsidRPr="00CF7CBF">
              <w:rPr>
                <w:rFonts w:ascii="Arial" w:hAnsi="Arial" w:cs="Arial"/>
                <w:sz w:val="16"/>
                <w:szCs w:val="16"/>
              </w:rPr>
              <w:t xml:space="preserve"> ofertado por el contratista</w:t>
            </w:r>
            <w:r w:rsidR="00261744" w:rsidRPr="00CF7CBF">
              <w:rPr>
                <w:rFonts w:ascii="Arial" w:hAnsi="Arial" w:cs="Arial"/>
                <w:sz w:val="16"/>
                <w:szCs w:val="16"/>
              </w:rPr>
              <w:t xml:space="preserve">, </w:t>
            </w:r>
            <w:r w:rsidR="00261744" w:rsidRPr="00CF7CBF">
              <w:rPr>
                <w:rFonts w:ascii="Arial" w:eastAsia="Arial" w:hAnsi="Arial" w:cs="Arial"/>
                <w:sz w:val="16"/>
                <w:szCs w:val="16"/>
                <w:lang w:bidi="es-ES"/>
              </w:rPr>
              <w:t>así mismo, la institución se reserva el derecho al manejo y la seguridad de la información frente a las determinaciones que se tomen al respecto.</w:t>
            </w:r>
            <w:r w:rsidR="00C34A25" w:rsidRPr="00CF7CBF">
              <w:rPr>
                <w:rFonts w:ascii="Arial" w:hAnsi="Arial" w:cs="Arial"/>
                <w:sz w:val="16"/>
                <w:szCs w:val="16"/>
              </w:rPr>
              <w:t xml:space="preserve">  </w:t>
            </w:r>
          </w:p>
          <w:p w14:paraId="29F81C39" w14:textId="77777777" w:rsidR="003A7090" w:rsidRPr="00CF7CBF" w:rsidRDefault="003A7090" w:rsidP="003A7090">
            <w:pPr>
              <w:pStyle w:val="Default"/>
              <w:jc w:val="both"/>
              <w:rPr>
                <w:rFonts w:ascii="Arial" w:hAnsi="Arial" w:cs="Arial"/>
                <w:sz w:val="16"/>
                <w:szCs w:val="16"/>
              </w:rPr>
            </w:pPr>
          </w:p>
          <w:p w14:paraId="2E5F9245" w14:textId="72D406DD" w:rsidR="003A7090" w:rsidRPr="00CF7CBF" w:rsidRDefault="003A7090" w:rsidP="003A7090">
            <w:pPr>
              <w:pStyle w:val="Default"/>
              <w:jc w:val="both"/>
              <w:rPr>
                <w:rFonts w:ascii="Arial" w:hAnsi="Arial" w:cs="Arial"/>
                <w:sz w:val="16"/>
                <w:szCs w:val="16"/>
              </w:rPr>
            </w:pPr>
            <w:r w:rsidRPr="00CF7CBF">
              <w:rPr>
                <w:rFonts w:ascii="Arial" w:hAnsi="Arial" w:cs="Arial"/>
                <w:b/>
                <w:bCs/>
                <w:sz w:val="16"/>
                <w:szCs w:val="16"/>
              </w:rPr>
              <w:t>Forma de acreditación del requisito habilitante</w:t>
            </w:r>
            <w:r w:rsidR="009254C1" w:rsidRPr="00CF7CBF">
              <w:rPr>
                <w:rFonts w:ascii="Arial" w:hAnsi="Arial" w:cs="Arial"/>
                <w:b/>
                <w:bCs/>
                <w:sz w:val="16"/>
                <w:szCs w:val="16"/>
              </w:rPr>
              <w:t>:</w:t>
            </w:r>
          </w:p>
          <w:p w14:paraId="237B398F" w14:textId="77777777" w:rsidR="003A7090" w:rsidRPr="00CF7CBF" w:rsidRDefault="003A7090" w:rsidP="003A7090">
            <w:pPr>
              <w:pStyle w:val="Default"/>
              <w:jc w:val="both"/>
              <w:rPr>
                <w:rFonts w:ascii="Arial" w:hAnsi="Arial" w:cs="Arial"/>
                <w:sz w:val="16"/>
                <w:szCs w:val="16"/>
              </w:rPr>
            </w:pPr>
          </w:p>
          <w:p w14:paraId="3A3C4482" w14:textId="77777777" w:rsidR="009613BC" w:rsidRPr="00CF7CBF" w:rsidRDefault="003A7090">
            <w:pPr>
              <w:pStyle w:val="Default"/>
              <w:numPr>
                <w:ilvl w:val="0"/>
                <w:numId w:val="19"/>
              </w:numPr>
              <w:ind w:left="303" w:hanging="284"/>
              <w:jc w:val="both"/>
              <w:rPr>
                <w:rFonts w:ascii="Arial" w:hAnsi="Arial" w:cs="Arial"/>
                <w:sz w:val="16"/>
                <w:szCs w:val="16"/>
              </w:rPr>
            </w:pPr>
            <w:r w:rsidRPr="00CF7CBF">
              <w:rPr>
                <w:rFonts w:ascii="Arial" w:hAnsi="Arial" w:cs="Arial"/>
                <w:sz w:val="16"/>
                <w:szCs w:val="16"/>
              </w:rPr>
              <w:t>Presentar junto con la propuesta una certificación firmada por el representante legal del proponente o persona natural, en la cual se relacione los datos del personal ofertado, con numero de documento de identificación, perfil respectivo conforme a lo exigido y cargo a ocupar. De igual manera en el documento se deberá certificar que el personal ofertado cuenta con la experiencia e idoneidad exigidas para desarrollar las labores de mantenimiento preventivo y correctivo objeto del proceso contractual, así como su compromiso irrestricto de cumplir con tales exigencias durante la ejecución del contrato.</w:t>
            </w:r>
          </w:p>
          <w:p w14:paraId="3214CF56" w14:textId="77777777" w:rsidR="009613BC" w:rsidRPr="00CF7CBF" w:rsidRDefault="009613BC" w:rsidP="009613BC">
            <w:pPr>
              <w:pStyle w:val="Default"/>
              <w:ind w:left="303"/>
              <w:jc w:val="both"/>
              <w:rPr>
                <w:rFonts w:ascii="Arial" w:hAnsi="Arial" w:cs="Arial"/>
                <w:sz w:val="16"/>
                <w:szCs w:val="16"/>
              </w:rPr>
            </w:pPr>
          </w:p>
          <w:p w14:paraId="56C69DA7" w14:textId="77777777" w:rsidR="009A5439" w:rsidRPr="00CF7CBF" w:rsidRDefault="009A5439">
            <w:pPr>
              <w:pStyle w:val="Default"/>
              <w:numPr>
                <w:ilvl w:val="0"/>
                <w:numId w:val="19"/>
              </w:numPr>
              <w:ind w:left="303" w:hanging="284"/>
              <w:jc w:val="both"/>
              <w:rPr>
                <w:rFonts w:ascii="Arial" w:hAnsi="Arial" w:cs="Arial"/>
                <w:b/>
                <w:bCs/>
                <w:sz w:val="16"/>
                <w:szCs w:val="16"/>
              </w:rPr>
            </w:pPr>
            <w:r w:rsidRPr="00CF7CBF">
              <w:rPr>
                <w:rFonts w:ascii="Arial" w:hAnsi="Arial" w:cs="Arial"/>
                <w:sz w:val="16"/>
                <w:szCs w:val="16"/>
              </w:rPr>
              <w:t>Presentar junto con la propuesta los siguientes documentos de cada uno de los operarios:</w:t>
            </w:r>
          </w:p>
          <w:p w14:paraId="0186692A" w14:textId="77777777" w:rsidR="009A5439" w:rsidRPr="00CF7CBF" w:rsidRDefault="009A5439" w:rsidP="009A5439">
            <w:pPr>
              <w:pStyle w:val="Default"/>
              <w:ind w:left="303"/>
              <w:jc w:val="both"/>
              <w:rPr>
                <w:rFonts w:ascii="Arial" w:hAnsi="Arial" w:cs="Arial"/>
                <w:sz w:val="16"/>
                <w:szCs w:val="16"/>
              </w:rPr>
            </w:pPr>
          </w:p>
          <w:p w14:paraId="7DF76AC9" w14:textId="77777777" w:rsidR="009A5439" w:rsidRPr="00CF7CBF" w:rsidRDefault="009A5439">
            <w:pPr>
              <w:pStyle w:val="Default"/>
              <w:numPr>
                <w:ilvl w:val="0"/>
                <w:numId w:val="20"/>
              </w:numPr>
              <w:ind w:left="586" w:hanging="283"/>
              <w:jc w:val="both"/>
              <w:rPr>
                <w:rFonts w:ascii="Arial" w:hAnsi="Arial" w:cs="Arial"/>
                <w:b/>
                <w:bCs/>
                <w:sz w:val="16"/>
                <w:szCs w:val="16"/>
              </w:rPr>
            </w:pPr>
            <w:r w:rsidRPr="00CF7CBF">
              <w:rPr>
                <w:rFonts w:ascii="Arial" w:hAnsi="Arial" w:cs="Arial"/>
                <w:sz w:val="16"/>
                <w:szCs w:val="16"/>
              </w:rPr>
              <w:t>Hoja de vida</w:t>
            </w:r>
          </w:p>
          <w:p w14:paraId="3F207AEF" w14:textId="77777777" w:rsidR="006D6F96" w:rsidRPr="00CF7CBF" w:rsidRDefault="006D6F96" w:rsidP="006D6F96">
            <w:pPr>
              <w:pStyle w:val="Default"/>
              <w:ind w:left="586"/>
              <w:jc w:val="both"/>
              <w:rPr>
                <w:rFonts w:ascii="Arial" w:hAnsi="Arial" w:cs="Arial"/>
                <w:b/>
                <w:bCs/>
                <w:sz w:val="16"/>
                <w:szCs w:val="16"/>
              </w:rPr>
            </w:pPr>
          </w:p>
          <w:p w14:paraId="1E6DCABD" w14:textId="77777777" w:rsidR="009A5439" w:rsidRPr="00CF7CBF" w:rsidRDefault="009A5439">
            <w:pPr>
              <w:pStyle w:val="Default"/>
              <w:numPr>
                <w:ilvl w:val="0"/>
                <w:numId w:val="20"/>
              </w:numPr>
              <w:ind w:left="586" w:hanging="283"/>
              <w:jc w:val="both"/>
              <w:rPr>
                <w:rFonts w:ascii="Arial" w:hAnsi="Arial" w:cs="Arial"/>
                <w:b/>
                <w:bCs/>
                <w:sz w:val="16"/>
                <w:szCs w:val="16"/>
              </w:rPr>
            </w:pPr>
            <w:r w:rsidRPr="00CF7CBF">
              <w:rPr>
                <w:rFonts w:ascii="Arial" w:hAnsi="Arial" w:cs="Arial"/>
                <w:sz w:val="16"/>
                <w:szCs w:val="16"/>
              </w:rPr>
              <w:t>Fotocopia del documento de identidad</w:t>
            </w:r>
          </w:p>
          <w:p w14:paraId="43BEED28" w14:textId="77777777" w:rsidR="006D6F96" w:rsidRPr="00CF7CBF" w:rsidRDefault="006D6F96" w:rsidP="006D6F96">
            <w:pPr>
              <w:pStyle w:val="Default"/>
              <w:jc w:val="both"/>
              <w:rPr>
                <w:rFonts w:ascii="Arial" w:hAnsi="Arial" w:cs="Arial"/>
                <w:b/>
                <w:bCs/>
                <w:sz w:val="16"/>
                <w:szCs w:val="16"/>
              </w:rPr>
            </w:pPr>
          </w:p>
          <w:p w14:paraId="5F15A57E" w14:textId="77777777" w:rsidR="006D6F96" w:rsidRPr="00CF7CBF" w:rsidRDefault="009A5439">
            <w:pPr>
              <w:pStyle w:val="Default"/>
              <w:numPr>
                <w:ilvl w:val="0"/>
                <w:numId w:val="20"/>
              </w:numPr>
              <w:ind w:left="586" w:hanging="283"/>
              <w:jc w:val="both"/>
              <w:rPr>
                <w:rFonts w:ascii="Arial" w:hAnsi="Arial" w:cs="Arial"/>
                <w:b/>
                <w:bCs/>
                <w:sz w:val="16"/>
                <w:szCs w:val="16"/>
              </w:rPr>
            </w:pPr>
            <w:r w:rsidRPr="00CF7CBF">
              <w:rPr>
                <w:rFonts w:ascii="Arial" w:hAnsi="Arial" w:cs="Arial"/>
                <w:sz w:val="16"/>
                <w:szCs w:val="16"/>
              </w:rPr>
              <w:t>Copia de los certificados de estudio expedidos por el Ministerio de Educación Nacional y/o institución educativa debidamente facultada y acreditada por el Ministerio de Educación Nacional, con los que acredite título de Ingeniero y/o Técnico y/o Tecnólogo.</w:t>
            </w:r>
          </w:p>
          <w:p w14:paraId="5D496296" w14:textId="361858DB" w:rsidR="009A5439" w:rsidRPr="00CF7CBF" w:rsidRDefault="009A5439" w:rsidP="006D6F96">
            <w:pPr>
              <w:pStyle w:val="Default"/>
              <w:jc w:val="both"/>
              <w:rPr>
                <w:rFonts w:ascii="Arial" w:hAnsi="Arial" w:cs="Arial"/>
                <w:b/>
                <w:bCs/>
                <w:sz w:val="16"/>
                <w:szCs w:val="16"/>
              </w:rPr>
            </w:pPr>
            <w:r w:rsidRPr="00CF7CBF">
              <w:rPr>
                <w:rFonts w:ascii="Arial" w:hAnsi="Arial" w:cs="Arial"/>
                <w:sz w:val="16"/>
                <w:szCs w:val="16"/>
              </w:rPr>
              <w:t xml:space="preserve"> </w:t>
            </w:r>
          </w:p>
          <w:p w14:paraId="09E2BCBD" w14:textId="77777777" w:rsidR="009A5439" w:rsidRPr="00CF7CBF" w:rsidRDefault="009A5439">
            <w:pPr>
              <w:pStyle w:val="Default"/>
              <w:numPr>
                <w:ilvl w:val="0"/>
                <w:numId w:val="20"/>
              </w:numPr>
              <w:ind w:left="586" w:hanging="283"/>
              <w:jc w:val="both"/>
              <w:rPr>
                <w:rFonts w:ascii="Arial" w:hAnsi="Arial" w:cs="Arial"/>
                <w:b/>
                <w:bCs/>
                <w:sz w:val="16"/>
                <w:szCs w:val="16"/>
              </w:rPr>
            </w:pPr>
            <w:r w:rsidRPr="00CF7CBF">
              <w:rPr>
                <w:rFonts w:ascii="Arial" w:hAnsi="Arial" w:cs="Arial"/>
                <w:sz w:val="16"/>
                <w:szCs w:val="16"/>
              </w:rPr>
              <w:t xml:space="preserve">Certificados y/o documentos que en cada perfil se indican para acreditar los demás requisitos exigidos de cada uno de los operarios, de acuerdo a lo establecido en el cuadro anterior “Personal Requerido y Experiencia del Mismo”. </w:t>
            </w:r>
          </w:p>
          <w:p w14:paraId="6AABE244" w14:textId="77777777" w:rsidR="006D6F96" w:rsidRPr="00CF7CBF" w:rsidRDefault="006D6F96" w:rsidP="006D6F96">
            <w:pPr>
              <w:pStyle w:val="Default"/>
              <w:jc w:val="both"/>
              <w:rPr>
                <w:rFonts w:ascii="Arial" w:hAnsi="Arial" w:cs="Arial"/>
                <w:b/>
                <w:bCs/>
                <w:sz w:val="16"/>
                <w:szCs w:val="16"/>
              </w:rPr>
            </w:pPr>
          </w:p>
          <w:p w14:paraId="43330DDD" w14:textId="0A2F728F" w:rsidR="00B15643" w:rsidRPr="00CF7CBF" w:rsidRDefault="009A5439" w:rsidP="00B15643">
            <w:pPr>
              <w:pStyle w:val="Default"/>
              <w:numPr>
                <w:ilvl w:val="0"/>
                <w:numId w:val="20"/>
              </w:numPr>
              <w:ind w:left="586" w:hanging="283"/>
              <w:jc w:val="both"/>
              <w:rPr>
                <w:rFonts w:ascii="Arial" w:hAnsi="Arial" w:cs="Arial"/>
                <w:b/>
                <w:bCs/>
                <w:sz w:val="16"/>
                <w:szCs w:val="16"/>
              </w:rPr>
            </w:pPr>
            <w:r w:rsidRPr="00CF7CBF">
              <w:rPr>
                <w:rFonts w:ascii="Arial" w:hAnsi="Arial" w:cs="Arial"/>
                <w:sz w:val="16"/>
                <w:szCs w:val="16"/>
              </w:rPr>
              <w:t>De cada operario se deberá presentar junto con la propuesta las certificaciones de experiencia específica exigida en el acápite “Experiencia Específica del Personal Ofertado”, las cuales serán evaluadas conforme a las condiciones previamente definidas.</w:t>
            </w:r>
          </w:p>
        </w:tc>
        <w:tc>
          <w:tcPr>
            <w:tcW w:w="1007" w:type="dxa"/>
            <w:vAlign w:val="center"/>
          </w:tcPr>
          <w:p w14:paraId="18A7AA9C" w14:textId="77777777" w:rsidR="00565A97" w:rsidRPr="00CF7CBF" w:rsidRDefault="00565A97" w:rsidP="00565A97">
            <w:pPr>
              <w:pStyle w:val="Default"/>
              <w:jc w:val="center"/>
              <w:rPr>
                <w:rFonts w:ascii="Arial" w:hAnsi="Arial" w:cs="Arial"/>
                <w:b/>
                <w:bCs/>
                <w:sz w:val="16"/>
                <w:szCs w:val="16"/>
              </w:rPr>
            </w:pPr>
          </w:p>
        </w:tc>
        <w:tc>
          <w:tcPr>
            <w:tcW w:w="992" w:type="dxa"/>
            <w:vAlign w:val="center"/>
          </w:tcPr>
          <w:p w14:paraId="7348D58C" w14:textId="77777777" w:rsidR="00565A97" w:rsidRPr="00CF7CBF" w:rsidRDefault="00565A97" w:rsidP="00565A97">
            <w:pPr>
              <w:pStyle w:val="Default"/>
              <w:jc w:val="center"/>
              <w:rPr>
                <w:rFonts w:ascii="Arial" w:hAnsi="Arial" w:cs="Arial"/>
                <w:b/>
                <w:bCs/>
                <w:sz w:val="16"/>
                <w:szCs w:val="16"/>
              </w:rPr>
            </w:pPr>
          </w:p>
        </w:tc>
      </w:tr>
      <w:tr w:rsidR="00DE1A8C" w:rsidRPr="00CF7CBF" w14:paraId="3AD3E488" w14:textId="77777777" w:rsidTr="00BC51C5">
        <w:trPr>
          <w:trHeight w:val="202"/>
          <w:jc w:val="center"/>
        </w:trPr>
        <w:tc>
          <w:tcPr>
            <w:tcW w:w="576" w:type="dxa"/>
            <w:vAlign w:val="center"/>
          </w:tcPr>
          <w:p w14:paraId="34215F9E" w14:textId="5AE0D6F8" w:rsidR="00DE1A8C" w:rsidRPr="00CF7CBF"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3</w:t>
            </w:r>
          </w:p>
        </w:tc>
        <w:tc>
          <w:tcPr>
            <w:tcW w:w="7924" w:type="dxa"/>
            <w:vAlign w:val="center"/>
          </w:tcPr>
          <w:p w14:paraId="7F5DF88D" w14:textId="77777777" w:rsidR="00DE1A8C" w:rsidRPr="00CF7CBF" w:rsidRDefault="00DE1A8C" w:rsidP="00ED1961">
            <w:pPr>
              <w:adjustRightInd w:val="0"/>
              <w:spacing w:after="0" w:line="240" w:lineRule="auto"/>
              <w:jc w:val="both"/>
              <w:rPr>
                <w:rFonts w:ascii="Arial" w:eastAsia="Calibri" w:hAnsi="Arial" w:cs="Arial"/>
                <w:b/>
                <w:sz w:val="16"/>
                <w:szCs w:val="16"/>
              </w:rPr>
            </w:pPr>
            <w:r w:rsidRPr="00CF7CBF">
              <w:rPr>
                <w:rFonts w:ascii="Arial" w:eastAsia="Calibri" w:hAnsi="Arial" w:cs="Arial"/>
                <w:b/>
                <w:sz w:val="16"/>
                <w:szCs w:val="16"/>
              </w:rPr>
              <w:t>CAPACIDAD OPERATIVA</w:t>
            </w:r>
          </w:p>
          <w:p w14:paraId="5CC8771F" w14:textId="77777777" w:rsidR="008A73C4" w:rsidRPr="00CF7CBF" w:rsidRDefault="008A73C4" w:rsidP="00ED1961">
            <w:pPr>
              <w:adjustRightInd w:val="0"/>
              <w:spacing w:after="0" w:line="240" w:lineRule="auto"/>
              <w:jc w:val="both"/>
              <w:rPr>
                <w:rFonts w:ascii="Arial" w:eastAsia="Calibri" w:hAnsi="Arial" w:cs="Arial"/>
                <w:b/>
                <w:sz w:val="16"/>
                <w:szCs w:val="16"/>
              </w:rPr>
            </w:pPr>
          </w:p>
          <w:p w14:paraId="5315365A" w14:textId="758D7D6C" w:rsidR="00DE1A8C" w:rsidRPr="00CF7CBF" w:rsidRDefault="00DE1A8C" w:rsidP="00ED1961">
            <w:pPr>
              <w:adjustRightInd w:val="0"/>
              <w:spacing w:after="0" w:line="240" w:lineRule="auto"/>
              <w:jc w:val="both"/>
              <w:rPr>
                <w:rFonts w:ascii="Arial" w:eastAsia="MS Mincho" w:hAnsi="Arial" w:cs="Arial"/>
                <w:sz w:val="16"/>
                <w:szCs w:val="16"/>
              </w:rPr>
            </w:pPr>
            <w:r w:rsidRPr="00CF7CBF">
              <w:rPr>
                <w:rFonts w:ascii="Arial" w:eastAsia="MS Mincho" w:hAnsi="Arial" w:cs="Arial"/>
                <w:sz w:val="16"/>
                <w:szCs w:val="16"/>
              </w:rPr>
              <w:t xml:space="preserve">El </w:t>
            </w:r>
            <w:r w:rsidR="00ED1961" w:rsidRPr="00CF7CBF">
              <w:rPr>
                <w:rFonts w:ascii="Arial" w:eastAsia="MS Mincho" w:hAnsi="Arial" w:cs="Arial"/>
                <w:sz w:val="16"/>
                <w:szCs w:val="16"/>
              </w:rPr>
              <w:t>proponente</w:t>
            </w:r>
            <w:r w:rsidRPr="00CF7CBF">
              <w:rPr>
                <w:rFonts w:ascii="Arial" w:eastAsia="MS Mincho" w:hAnsi="Arial" w:cs="Arial"/>
                <w:sz w:val="16"/>
                <w:szCs w:val="16"/>
              </w:rPr>
              <w:t xml:space="preserve"> debe anexar certificación en su oferta que cuenta con los medios logísticos necesarios para el mantenimiento preventivo y correctivo de </w:t>
            </w:r>
            <w:r w:rsidR="00ED1961" w:rsidRPr="00CF7CBF">
              <w:rPr>
                <w:rFonts w:ascii="Arial" w:eastAsia="MS Mincho" w:hAnsi="Arial" w:cs="Arial"/>
                <w:sz w:val="16"/>
                <w:szCs w:val="16"/>
              </w:rPr>
              <w:t>cableado estructurado, red de voz y datos, sistema regulado y no regulado</w:t>
            </w:r>
            <w:r w:rsidR="000C4167" w:rsidRPr="00CF7CBF">
              <w:rPr>
                <w:rFonts w:ascii="Arial" w:eastAsia="MS Mincho" w:hAnsi="Arial" w:cs="Arial"/>
                <w:sz w:val="16"/>
                <w:szCs w:val="16"/>
              </w:rPr>
              <w:t xml:space="preserve"> </w:t>
            </w:r>
            <w:r w:rsidRPr="00CF7CBF">
              <w:rPr>
                <w:rFonts w:ascii="Arial" w:eastAsia="MS Mincho" w:hAnsi="Arial" w:cs="Arial"/>
                <w:sz w:val="16"/>
                <w:szCs w:val="16"/>
              </w:rPr>
              <w:t>(materiales, repuestos, herramientas, infraestructura, transporte y otros) para el cumplimiento del objeto del contrato</w:t>
            </w:r>
            <w:r w:rsidR="00ED1961" w:rsidRPr="00CF7CBF">
              <w:rPr>
                <w:rFonts w:ascii="Arial" w:eastAsia="MS Mincho" w:hAnsi="Arial" w:cs="Arial"/>
                <w:sz w:val="16"/>
                <w:szCs w:val="16"/>
              </w:rPr>
              <w:t>.</w:t>
            </w:r>
          </w:p>
          <w:p w14:paraId="3332B7BB" w14:textId="77777777" w:rsidR="00ED1961" w:rsidRPr="00CF7CBF" w:rsidRDefault="00ED1961" w:rsidP="00ED1961">
            <w:pPr>
              <w:adjustRightInd w:val="0"/>
              <w:spacing w:after="0" w:line="240" w:lineRule="auto"/>
              <w:jc w:val="both"/>
              <w:rPr>
                <w:rFonts w:ascii="Arial" w:eastAsia="MS Mincho" w:hAnsi="Arial" w:cs="Arial"/>
                <w:sz w:val="16"/>
                <w:szCs w:val="16"/>
              </w:rPr>
            </w:pPr>
          </w:p>
          <w:p w14:paraId="2ABCE457" w14:textId="638241BE" w:rsidR="00ED1961" w:rsidRPr="00CF7CBF" w:rsidRDefault="00ED1961" w:rsidP="00ED1961">
            <w:pPr>
              <w:adjustRightInd w:val="0"/>
              <w:spacing w:after="0" w:line="240" w:lineRule="auto"/>
              <w:jc w:val="both"/>
              <w:rPr>
                <w:rFonts w:ascii="Arial" w:eastAsia="MS Mincho" w:hAnsi="Arial" w:cs="Arial"/>
                <w:sz w:val="16"/>
                <w:szCs w:val="16"/>
              </w:rPr>
            </w:pPr>
            <w:r w:rsidRPr="00CF7CBF">
              <w:rPr>
                <w:rFonts w:ascii="Arial" w:eastAsia="MS Mincho" w:hAnsi="Arial" w:cs="Arial"/>
                <w:sz w:val="16"/>
                <w:szCs w:val="16"/>
              </w:rPr>
              <w:t>Así mismo, deberá contar con herramientas</w:t>
            </w:r>
            <w:r w:rsidR="00277E0C" w:rsidRPr="00CF7CBF">
              <w:rPr>
                <w:rFonts w:ascii="Arial" w:eastAsia="MS Mincho" w:hAnsi="Arial" w:cs="Arial"/>
                <w:sz w:val="16"/>
                <w:szCs w:val="16"/>
              </w:rPr>
              <w:t xml:space="preserve"> y equipos </w:t>
            </w:r>
            <w:r w:rsidRPr="00CF7CBF">
              <w:rPr>
                <w:rFonts w:ascii="Arial" w:eastAsia="MS Mincho" w:hAnsi="Arial" w:cs="Arial"/>
                <w:sz w:val="16"/>
                <w:szCs w:val="16"/>
              </w:rPr>
              <w:t>necesari</w:t>
            </w:r>
            <w:r w:rsidR="00277E0C" w:rsidRPr="00CF7CBF">
              <w:rPr>
                <w:rFonts w:ascii="Arial" w:eastAsia="MS Mincho" w:hAnsi="Arial" w:cs="Arial"/>
                <w:sz w:val="16"/>
                <w:szCs w:val="16"/>
              </w:rPr>
              <w:t>o</w:t>
            </w:r>
            <w:r w:rsidRPr="00CF7CBF">
              <w:rPr>
                <w:rFonts w:ascii="Arial" w:eastAsia="MS Mincho" w:hAnsi="Arial" w:cs="Arial"/>
                <w:sz w:val="16"/>
                <w:szCs w:val="16"/>
              </w:rPr>
              <w:t>s que garanticen la prestación del servicio:</w:t>
            </w:r>
          </w:p>
          <w:p w14:paraId="2B90AF81" w14:textId="77777777" w:rsidR="00ED1961" w:rsidRPr="00CF7CBF" w:rsidRDefault="00ED1961" w:rsidP="00ED1961">
            <w:pPr>
              <w:adjustRightInd w:val="0"/>
              <w:spacing w:after="0" w:line="240" w:lineRule="auto"/>
              <w:jc w:val="both"/>
              <w:rPr>
                <w:rFonts w:ascii="Arial" w:eastAsia="MS Mincho" w:hAnsi="Arial" w:cs="Arial"/>
                <w:sz w:val="16"/>
                <w:szCs w:val="16"/>
              </w:rPr>
            </w:pPr>
          </w:p>
          <w:p w14:paraId="68A9AFCB" w14:textId="6D86C6CA" w:rsidR="00ED1961" w:rsidRPr="00CF7CBF" w:rsidRDefault="00ED1961">
            <w:pPr>
              <w:pStyle w:val="Prrafodelista"/>
              <w:numPr>
                <w:ilvl w:val="0"/>
                <w:numId w:val="17"/>
              </w:numPr>
              <w:adjustRightInd w:val="0"/>
              <w:ind w:left="303" w:hanging="284"/>
              <w:jc w:val="both"/>
              <w:rPr>
                <w:rFonts w:ascii="Arial" w:eastAsia="MS Mincho" w:hAnsi="Arial" w:cs="Arial"/>
                <w:sz w:val="16"/>
                <w:szCs w:val="16"/>
              </w:rPr>
            </w:pPr>
            <w:r w:rsidRPr="00CF7CBF">
              <w:rPr>
                <w:rFonts w:ascii="Arial" w:eastAsia="MS Mincho" w:hAnsi="Arial" w:cs="Arial"/>
                <w:sz w:val="16"/>
                <w:szCs w:val="16"/>
              </w:rPr>
              <w:t xml:space="preserve">Pinza </w:t>
            </w:r>
            <w:proofErr w:type="spellStart"/>
            <w:r w:rsidRPr="00CF7CBF">
              <w:rPr>
                <w:rFonts w:ascii="Arial" w:eastAsia="MS Mincho" w:hAnsi="Arial" w:cs="Arial"/>
                <w:sz w:val="16"/>
                <w:szCs w:val="16"/>
              </w:rPr>
              <w:t>voltamperimétrica</w:t>
            </w:r>
            <w:proofErr w:type="spellEnd"/>
            <w:r w:rsidRPr="00CF7CBF">
              <w:rPr>
                <w:rFonts w:ascii="Arial" w:eastAsia="MS Mincho" w:hAnsi="Arial" w:cs="Arial"/>
                <w:sz w:val="16"/>
                <w:szCs w:val="16"/>
              </w:rPr>
              <w:t xml:space="preserve">. Certificado ONAC no mayor a un año. </w:t>
            </w:r>
          </w:p>
          <w:p w14:paraId="50C9E6F8" w14:textId="5047F9FB" w:rsidR="00ED1961" w:rsidRPr="00CF7CBF" w:rsidRDefault="00ED1961">
            <w:pPr>
              <w:pStyle w:val="Prrafodelista"/>
              <w:numPr>
                <w:ilvl w:val="0"/>
                <w:numId w:val="17"/>
              </w:numPr>
              <w:adjustRightInd w:val="0"/>
              <w:ind w:left="303" w:hanging="284"/>
              <w:jc w:val="both"/>
              <w:rPr>
                <w:rFonts w:ascii="Arial" w:eastAsia="MS Mincho" w:hAnsi="Arial" w:cs="Arial"/>
                <w:sz w:val="16"/>
                <w:szCs w:val="16"/>
              </w:rPr>
            </w:pPr>
            <w:r w:rsidRPr="00CF7CBF">
              <w:rPr>
                <w:rFonts w:ascii="Arial" w:eastAsia="MS Mincho" w:hAnsi="Arial" w:cs="Arial"/>
                <w:sz w:val="16"/>
                <w:szCs w:val="16"/>
              </w:rPr>
              <w:t xml:space="preserve">Multímetro. Certificado ONAC no mayor a un año. </w:t>
            </w:r>
          </w:p>
          <w:p w14:paraId="7FB2BB0B" w14:textId="77777777" w:rsidR="000C4167" w:rsidRPr="00CF7CBF" w:rsidRDefault="000C4167" w:rsidP="007B4195">
            <w:pPr>
              <w:pStyle w:val="Default"/>
              <w:jc w:val="both"/>
              <w:rPr>
                <w:rFonts w:ascii="Arial" w:hAnsi="Arial" w:cs="Arial"/>
                <w:b/>
                <w:bCs/>
                <w:sz w:val="16"/>
                <w:szCs w:val="16"/>
              </w:rPr>
            </w:pPr>
          </w:p>
          <w:p w14:paraId="5CB542CF" w14:textId="59E6A0C6" w:rsidR="007B4195" w:rsidRPr="00CF7CBF" w:rsidRDefault="007B4195" w:rsidP="007B4195">
            <w:pPr>
              <w:pStyle w:val="Default"/>
              <w:jc w:val="both"/>
              <w:rPr>
                <w:rFonts w:ascii="Arial" w:hAnsi="Arial" w:cs="Arial"/>
                <w:sz w:val="16"/>
                <w:szCs w:val="16"/>
              </w:rPr>
            </w:pPr>
            <w:r w:rsidRPr="00CF7CBF">
              <w:rPr>
                <w:rFonts w:ascii="Arial" w:hAnsi="Arial" w:cs="Arial"/>
                <w:b/>
                <w:bCs/>
                <w:sz w:val="16"/>
                <w:szCs w:val="16"/>
              </w:rPr>
              <w:t>Forma de acreditación del requisito habilitante:</w:t>
            </w:r>
          </w:p>
          <w:p w14:paraId="36BBC65A" w14:textId="77777777" w:rsidR="007B4195" w:rsidRPr="00CF7CBF" w:rsidRDefault="007B4195" w:rsidP="008A73C4">
            <w:pPr>
              <w:adjustRightInd w:val="0"/>
              <w:spacing w:after="0" w:line="240" w:lineRule="auto"/>
              <w:ind w:left="303" w:hanging="284"/>
              <w:jc w:val="both"/>
              <w:rPr>
                <w:rFonts w:ascii="Arial" w:eastAsia="MS Mincho" w:hAnsi="Arial" w:cs="Arial"/>
                <w:sz w:val="16"/>
                <w:szCs w:val="16"/>
              </w:rPr>
            </w:pPr>
          </w:p>
          <w:p w14:paraId="7F3D1555" w14:textId="19F9CE04" w:rsidR="00277E0C" w:rsidRPr="00CF7CBF" w:rsidRDefault="008A73C4" w:rsidP="00277E0C">
            <w:pPr>
              <w:adjustRightInd w:val="0"/>
              <w:spacing w:after="0" w:line="240" w:lineRule="auto"/>
              <w:ind w:left="303" w:hanging="284"/>
              <w:jc w:val="both"/>
              <w:rPr>
                <w:rFonts w:ascii="Arial" w:eastAsia="MS Mincho" w:hAnsi="Arial" w:cs="Arial"/>
                <w:sz w:val="16"/>
                <w:szCs w:val="16"/>
              </w:rPr>
            </w:pPr>
            <w:r w:rsidRPr="00CF7CBF">
              <w:rPr>
                <w:rFonts w:ascii="Arial" w:eastAsia="MS Mincho" w:hAnsi="Arial" w:cs="Arial"/>
                <w:sz w:val="16"/>
                <w:szCs w:val="16"/>
              </w:rPr>
              <w:t>1.</w:t>
            </w:r>
            <w:r w:rsidRPr="00CF7CBF">
              <w:rPr>
                <w:rFonts w:ascii="Arial" w:eastAsia="MS Mincho" w:hAnsi="Arial" w:cs="Arial"/>
                <w:sz w:val="16"/>
                <w:szCs w:val="16"/>
              </w:rPr>
              <w:tab/>
              <w:t>Presentar junto con la propuesta una certificación firmada por el representante legal del proponente o persona natural, en la cual exprese el cumplimiento de las condiciones y exigencias contempladas en el</w:t>
            </w:r>
            <w:r w:rsidR="00E26437" w:rsidRPr="00CF7CBF">
              <w:rPr>
                <w:rFonts w:ascii="Arial" w:eastAsia="MS Mincho" w:hAnsi="Arial" w:cs="Arial"/>
                <w:sz w:val="16"/>
                <w:szCs w:val="16"/>
              </w:rPr>
              <w:t xml:space="preserve"> </w:t>
            </w:r>
            <w:r w:rsidR="00E26437" w:rsidRPr="00CF7CBF">
              <w:rPr>
                <w:rFonts w:ascii="Arial" w:eastAsia="MS Mincho" w:hAnsi="Arial" w:cs="Arial"/>
                <w:sz w:val="16"/>
                <w:szCs w:val="16"/>
              </w:rPr>
              <w:lastRenderedPageBreak/>
              <w:t>presente</w:t>
            </w:r>
            <w:r w:rsidRPr="00CF7CBF">
              <w:rPr>
                <w:rFonts w:ascii="Arial" w:eastAsia="MS Mincho" w:hAnsi="Arial" w:cs="Arial"/>
                <w:sz w:val="16"/>
                <w:szCs w:val="16"/>
              </w:rPr>
              <w:t xml:space="preserve"> numeral</w:t>
            </w:r>
            <w:r w:rsidR="00277E0C" w:rsidRPr="00CF7CBF">
              <w:rPr>
                <w:rFonts w:ascii="Arial" w:eastAsia="MS Mincho" w:hAnsi="Arial" w:cs="Arial"/>
                <w:sz w:val="16"/>
                <w:szCs w:val="16"/>
              </w:rPr>
              <w:t>, así como los respectivos certificados exigidos para la herramienta y equipos contemplados en el requisito.</w:t>
            </w:r>
          </w:p>
          <w:p w14:paraId="72586460" w14:textId="19028FC1" w:rsidR="00220876" w:rsidRPr="00CF7CBF" w:rsidRDefault="00220876" w:rsidP="00277E0C">
            <w:pPr>
              <w:adjustRightInd w:val="0"/>
              <w:spacing w:after="0" w:line="240" w:lineRule="auto"/>
              <w:ind w:left="303" w:hanging="284"/>
              <w:jc w:val="both"/>
              <w:rPr>
                <w:rFonts w:ascii="Arial" w:eastAsia="MS Mincho" w:hAnsi="Arial" w:cs="Arial"/>
                <w:sz w:val="16"/>
                <w:szCs w:val="16"/>
              </w:rPr>
            </w:pPr>
          </w:p>
        </w:tc>
        <w:tc>
          <w:tcPr>
            <w:tcW w:w="1007" w:type="dxa"/>
          </w:tcPr>
          <w:p w14:paraId="440FB50E" w14:textId="77777777" w:rsidR="00DE1A8C" w:rsidRPr="00CF7CBF" w:rsidRDefault="00DE1A8C" w:rsidP="00F07BB4">
            <w:pPr>
              <w:adjustRightInd w:val="0"/>
              <w:jc w:val="both"/>
              <w:rPr>
                <w:rFonts w:ascii="Arial" w:eastAsia="Calibri" w:hAnsi="Arial" w:cs="Arial"/>
                <w:b/>
                <w:sz w:val="16"/>
                <w:szCs w:val="16"/>
              </w:rPr>
            </w:pPr>
          </w:p>
        </w:tc>
        <w:tc>
          <w:tcPr>
            <w:tcW w:w="992" w:type="dxa"/>
          </w:tcPr>
          <w:p w14:paraId="29A1AF6E" w14:textId="77777777" w:rsidR="00DE1A8C" w:rsidRPr="00CF7CBF" w:rsidRDefault="00DE1A8C" w:rsidP="00F07BB4">
            <w:pPr>
              <w:adjustRightInd w:val="0"/>
              <w:jc w:val="both"/>
              <w:rPr>
                <w:rFonts w:ascii="Arial" w:eastAsia="Calibri" w:hAnsi="Arial" w:cs="Arial"/>
                <w:b/>
                <w:sz w:val="16"/>
                <w:szCs w:val="16"/>
              </w:rPr>
            </w:pPr>
          </w:p>
        </w:tc>
      </w:tr>
      <w:tr w:rsidR="00DE1A8C" w:rsidRPr="00CF7CBF" w14:paraId="7E8D8B75" w14:textId="77777777" w:rsidTr="00BC51C5">
        <w:trPr>
          <w:trHeight w:val="202"/>
          <w:jc w:val="center"/>
        </w:trPr>
        <w:tc>
          <w:tcPr>
            <w:tcW w:w="576" w:type="dxa"/>
            <w:vAlign w:val="center"/>
          </w:tcPr>
          <w:p w14:paraId="6DF2F983" w14:textId="6DFA20F9" w:rsidR="00DE1A8C" w:rsidRPr="00CF7CBF"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4</w:t>
            </w:r>
          </w:p>
        </w:tc>
        <w:tc>
          <w:tcPr>
            <w:tcW w:w="7924" w:type="dxa"/>
            <w:vAlign w:val="center"/>
          </w:tcPr>
          <w:p w14:paraId="1D5B1B11" w14:textId="56317649" w:rsidR="00DE1A8C" w:rsidRPr="00CF7CBF" w:rsidRDefault="00DE1A8C" w:rsidP="00CA7BCE">
            <w:pPr>
              <w:adjustRightInd w:val="0"/>
              <w:spacing w:after="0" w:line="240" w:lineRule="auto"/>
              <w:jc w:val="both"/>
              <w:rPr>
                <w:rFonts w:ascii="Arial" w:eastAsia="MS Mincho" w:hAnsi="Arial" w:cs="Arial"/>
                <w:b/>
                <w:sz w:val="16"/>
                <w:szCs w:val="16"/>
              </w:rPr>
            </w:pPr>
            <w:r w:rsidRPr="00CF7CBF">
              <w:rPr>
                <w:rFonts w:ascii="Arial" w:eastAsia="MS Mincho" w:hAnsi="Arial" w:cs="Arial"/>
                <w:b/>
                <w:sz w:val="16"/>
                <w:szCs w:val="16"/>
              </w:rPr>
              <w:t>CERTIFICACIÓN DE CALIDAD Y GARANTÍA</w:t>
            </w:r>
            <w:r w:rsidR="00CA7BCE" w:rsidRPr="00CF7CBF">
              <w:rPr>
                <w:rFonts w:ascii="Arial" w:eastAsia="MS Mincho" w:hAnsi="Arial" w:cs="Arial"/>
                <w:b/>
                <w:sz w:val="16"/>
                <w:szCs w:val="16"/>
              </w:rPr>
              <w:t xml:space="preserve"> </w:t>
            </w:r>
          </w:p>
          <w:p w14:paraId="08BC0A84" w14:textId="77777777" w:rsidR="00CA7BCE" w:rsidRPr="00CF7CBF" w:rsidRDefault="00CA7BCE" w:rsidP="00CA7BCE">
            <w:pPr>
              <w:adjustRightInd w:val="0"/>
              <w:spacing w:after="0" w:line="240" w:lineRule="auto"/>
              <w:jc w:val="both"/>
              <w:rPr>
                <w:rFonts w:ascii="Arial" w:eastAsia="MS Mincho" w:hAnsi="Arial" w:cs="Arial"/>
                <w:b/>
                <w:sz w:val="16"/>
                <w:szCs w:val="16"/>
              </w:rPr>
            </w:pPr>
          </w:p>
          <w:p w14:paraId="095D9317" w14:textId="2815F826" w:rsidR="00DE1A8C" w:rsidRPr="00CF7CBF" w:rsidRDefault="00DE1A8C" w:rsidP="00CA7BCE">
            <w:pPr>
              <w:spacing w:after="0" w:line="240" w:lineRule="auto"/>
              <w:jc w:val="both"/>
              <w:rPr>
                <w:rFonts w:ascii="Arial" w:hAnsi="Arial" w:cs="Arial"/>
                <w:sz w:val="16"/>
                <w:szCs w:val="16"/>
                <w:bdr w:val="none" w:sz="0" w:space="0" w:color="auto" w:frame="1"/>
              </w:rPr>
            </w:pPr>
            <w:r w:rsidRPr="00CF7CBF">
              <w:rPr>
                <w:rFonts w:ascii="Arial" w:hAnsi="Arial" w:cs="Arial"/>
                <w:sz w:val="16"/>
                <w:szCs w:val="16"/>
              </w:rPr>
              <w:t xml:space="preserve">El oferente deberá anexar certificación suscrita por el representante legal donde manifieste  que ofrecerá una </w:t>
            </w:r>
            <w:r w:rsidRPr="00CF7CBF">
              <w:rPr>
                <w:rFonts w:ascii="Arial" w:hAnsi="Arial" w:cs="Arial"/>
                <w:sz w:val="16"/>
                <w:szCs w:val="16"/>
                <w:bdr w:val="none" w:sz="0" w:space="0" w:color="auto" w:frame="1"/>
              </w:rPr>
              <w:t xml:space="preserve">garantía mínima por los mantenimientos preventivos de  seis (6) meses, </w:t>
            </w:r>
            <w:r w:rsidR="00F707E2" w:rsidRPr="00CF7CBF">
              <w:rPr>
                <w:rFonts w:ascii="Arial" w:hAnsi="Arial" w:cs="Arial"/>
                <w:sz w:val="16"/>
                <w:szCs w:val="16"/>
                <w:bdr w:val="none" w:sz="0" w:space="0" w:color="auto" w:frame="1"/>
              </w:rPr>
              <w:t xml:space="preserve">con relación a los suministros la garantía estará sujeta a lo establecido en la ficha técnica, en ambos casos será aplicada </w:t>
            </w:r>
            <w:r w:rsidRPr="00CF7CBF">
              <w:rPr>
                <w:rFonts w:ascii="Arial" w:hAnsi="Arial" w:cs="Arial"/>
                <w:sz w:val="16"/>
                <w:szCs w:val="16"/>
                <w:bdr w:val="none" w:sz="0" w:space="0" w:color="auto" w:frame="1"/>
              </w:rPr>
              <w:t xml:space="preserve">a partir de la fecha del mantenimiento </w:t>
            </w:r>
            <w:r w:rsidR="00F707E2" w:rsidRPr="00CF7CBF">
              <w:rPr>
                <w:rFonts w:ascii="Arial" w:hAnsi="Arial" w:cs="Arial"/>
                <w:sz w:val="16"/>
                <w:szCs w:val="16"/>
                <w:bdr w:val="none" w:sz="0" w:space="0" w:color="auto" w:frame="1"/>
              </w:rPr>
              <w:t xml:space="preserve">y/o suministro </w:t>
            </w:r>
            <w:r w:rsidRPr="00CF7CBF">
              <w:rPr>
                <w:rFonts w:ascii="Arial" w:hAnsi="Arial" w:cs="Arial"/>
                <w:sz w:val="16"/>
                <w:szCs w:val="16"/>
                <w:bdr w:val="none" w:sz="0" w:space="0" w:color="auto" w:frame="1"/>
              </w:rPr>
              <w:t xml:space="preserve">realizado, si durante el tiempo de garantía los equipos que se les realizo mantenimiento o cambio de piezas presentan falencias en su normal funcionamiento, como consecuencia de la falta de calidad de los suministros instalados o la falta de idoneidad de la persona que realizo el trabajo. El contratista asumirá la garantía sin generar ningún sobre costo para la entidad </w:t>
            </w:r>
            <w:r w:rsidRPr="00CF7CBF">
              <w:rPr>
                <w:rFonts w:ascii="Arial" w:hAnsi="Arial" w:cs="Arial"/>
                <w:color w:val="000000"/>
                <w:sz w:val="16"/>
                <w:szCs w:val="16"/>
                <w:lang w:eastAsia="es-CO"/>
              </w:rPr>
              <w:t>en un término de seis (06) días calendario, a partir de la notificación de la falencia</w:t>
            </w:r>
            <w:r w:rsidRPr="00CF7CBF">
              <w:rPr>
                <w:rFonts w:ascii="Arial" w:hAnsi="Arial" w:cs="Arial"/>
                <w:sz w:val="16"/>
                <w:szCs w:val="16"/>
                <w:bdr w:val="none" w:sz="0" w:space="0" w:color="auto" w:frame="1"/>
              </w:rPr>
              <w:t>.</w:t>
            </w:r>
          </w:p>
          <w:p w14:paraId="5A18AEE5" w14:textId="77777777" w:rsidR="008A73C4" w:rsidRPr="00CF7CBF" w:rsidRDefault="008A73C4" w:rsidP="00CA7BCE">
            <w:pPr>
              <w:spacing w:after="0" w:line="240" w:lineRule="auto"/>
              <w:jc w:val="both"/>
              <w:rPr>
                <w:rFonts w:ascii="Arial" w:hAnsi="Arial" w:cs="Arial"/>
                <w:sz w:val="16"/>
                <w:szCs w:val="16"/>
                <w:bdr w:val="none" w:sz="0" w:space="0" w:color="auto" w:frame="1"/>
              </w:rPr>
            </w:pPr>
          </w:p>
          <w:p w14:paraId="0A2A089A" w14:textId="77777777" w:rsidR="00862C52" w:rsidRPr="00CF7CBF" w:rsidRDefault="00862C52" w:rsidP="00862C52">
            <w:pPr>
              <w:pStyle w:val="Default"/>
              <w:jc w:val="both"/>
              <w:rPr>
                <w:rFonts w:ascii="Arial" w:hAnsi="Arial" w:cs="Arial"/>
                <w:sz w:val="16"/>
                <w:szCs w:val="16"/>
              </w:rPr>
            </w:pPr>
            <w:r w:rsidRPr="00CF7CBF">
              <w:rPr>
                <w:rFonts w:ascii="Arial" w:hAnsi="Arial" w:cs="Arial"/>
                <w:b/>
                <w:bCs/>
                <w:sz w:val="16"/>
                <w:szCs w:val="16"/>
              </w:rPr>
              <w:t>Forma de acreditación del requisito habilitante:</w:t>
            </w:r>
          </w:p>
          <w:p w14:paraId="659D087D" w14:textId="77777777" w:rsidR="00862C52" w:rsidRPr="00CF7CBF" w:rsidRDefault="00862C52" w:rsidP="00CA7BCE">
            <w:pPr>
              <w:spacing w:after="0" w:line="240" w:lineRule="auto"/>
              <w:jc w:val="both"/>
              <w:rPr>
                <w:rFonts w:ascii="Arial" w:hAnsi="Arial" w:cs="Arial"/>
                <w:sz w:val="16"/>
                <w:szCs w:val="16"/>
                <w:bdr w:val="none" w:sz="0" w:space="0" w:color="auto" w:frame="1"/>
              </w:rPr>
            </w:pPr>
          </w:p>
          <w:p w14:paraId="6D225DA6" w14:textId="4139B516" w:rsidR="006D6F96" w:rsidRPr="00CF7CBF" w:rsidRDefault="008A73C4">
            <w:pPr>
              <w:pStyle w:val="Prrafodelista"/>
              <w:numPr>
                <w:ilvl w:val="0"/>
                <w:numId w:val="18"/>
              </w:numPr>
              <w:ind w:left="303" w:hanging="303"/>
              <w:jc w:val="both"/>
              <w:rPr>
                <w:rFonts w:ascii="Arial" w:hAnsi="Arial" w:cs="Arial"/>
                <w:color w:val="000000" w:themeColor="text1"/>
                <w:sz w:val="16"/>
                <w:szCs w:val="16"/>
              </w:rPr>
            </w:pPr>
            <w:r w:rsidRPr="00CF7CBF">
              <w:rPr>
                <w:rFonts w:ascii="Arial" w:eastAsia="MS Mincho" w:hAnsi="Arial" w:cs="Arial"/>
                <w:bCs/>
                <w:sz w:val="16"/>
                <w:szCs w:val="16"/>
              </w:rPr>
              <w:t>Presentar junto con la propuesta una certificación firmada por el representante legal del proponente o persona natural, en la cual exprese el cumplimiento de las condiciones y exigencias contempladas en el</w:t>
            </w:r>
            <w:r w:rsidR="00181B41" w:rsidRPr="00CF7CBF">
              <w:rPr>
                <w:rFonts w:ascii="Arial" w:eastAsia="MS Mincho" w:hAnsi="Arial" w:cs="Arial"/>
                <w:bCs/>
                <w:sz w:val="16"/>
                <w:szCs w:val="16"/>
              </w:rPr>
              <w:t xml:space="preserve"> presente</w:t>
            </w:r>
            <w:r w:rsidRPr="00CF7CBF">
              <w:rPr>
                <w:rFonts w:ascii="Arial" w:eastAsia="MS Mincho" w:hAnsi="Arial" w:cs="Arial"/>
                <w:bCs/>
                <w:sz w:val="16"/>
                <w:szCs w:val="16"/>
              </w:rPr>
              <w:t xml:space="preserve"> numeral.</w:t>
            </w:r>
          </w:p>
          <w:p w14:paraId="4B2A140C" w14:textId="0B5D4E7E" w:rsidR="00220876" w:rsidRPr="00CF7CBF" w:rsidRDefault="00220876" w:rsidP="00220876">
            <w:pPr>
              <w:pStyle w:val="Prrafodelista"/>
              <w:ind w:left="303"/>
              <w:jc w:val="both"/>
              <w:rPr>
                <w:rFonts w:ascii="Arial" w:hAnsi="Arial" w:cs="Arial"/>
                <w:color w:val="000000" w:themeColor="text1"/>
                <w:sz w:val="16"/>
                <w:szCs w:val="16"/>
              </w:rPr>
            </w:pPr>
          </w:p>
        </w:tc>
        <w:tc>
          <w:tcPr>
            <w:tcW w:w="1007" w:type="dxa"/>
          </w:tcPr>
          <w:p w14:paraId="284FE508" w14:textId="77777777" w:rsidR="00DE1A8C" w:rsidRPr="00CF7CBF" w:rsidRDefault="00DE1A8C" w:rsidP="00F07BB4">
            <w:pPr>
              <w:adjustRightInd w:val="0"/>
              <w:jc w:val="both"/>
              <w:rPr>
                <w:rFonts w:ascii="Arial" w:eastAsia="MS Mincho" w:hAnsi="Arial" w:cs="Arial"/>
                <w:b/>
                <w:sz w:val="16"/>
                <w:szCs w:val="16"/>
              </w:rPr>
            </w:pPr>
          </w:p>
        </w:tc>
        <w:tc>
          <w:tcPr>
            <w:tcW w:w="992" w:type="dxa"/>
          </w:tcPr>
          <w:p w14:paraId="1C122120" w14:textId="77777777" w:rsidR="00DE1A8C" w:rsidRPr="00CF7CBF" w:rsidRDefault="00DE1A8C" w:rsidP="00F07BB4">
            <w:pPr>
              <w:adjustRightInd w:val="0"/>
              <w:jc w:val="both"/>
              <w:rPr>
                <w:rFonts w:ascii="Arial" w:eastAsia="MS Mincho" w:hAnsi="Arial" w:cs="Arial"/>
                <w:b/>
                <w:sz w:val="16"/>
                <w:szCs w:val="16"/>
              </w:rPr>
            </w:pPr>
          </w:p>
        </w:tc>
      </w:tr>
      <w:tr w:rsidR="002E0C82" w:rsidRPr="00CF7CBF" w14:paraId="7C2ACA44" w14:textId="77777777" w:rsidTr="00BC51C5">
        <w:trPr>
          <w:trHeight w:val="202"/>
          <w:jc w:val="center"/>
        </w:trPr>
        <w:tc>
          <w:tcPr>
            <w:tcW w:w="576" w:type="dxa"/>
            <w:vAlign w:val="center"/>
          </w:tcPr>
          <w:p w14:paraId="5A47F152" w14:textId="0FF8BB7C" w:rsidR="002E0C82" w:rsidRPr="00CF7CBF"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5</w:t>
            </w:r>
          </w:p>
        </w:tc>
        <w:tc>
          <w:tcPr>
            <w:tcW w:w="7924" w:type="dxa"/>
            <w:vAlign w:val="center"/>
          </w:tcPr>
          <w:p w14:paraId="3FC7C4F9" w14:textId="77777777" w:rsidR="002E0C82" w:rsidRPr="00CF7CBF" w:rsidRDefault="002E0C82" w:rsidP="002E0C82">
            <w:pPr>
              <w:adjustRightInd w:val="0"/>
              <w:spacing w:after="0" w:line="240" w:lineRule="auto"/>
              <w:jc w:val="both"/>
              <w:rPr>
                <w:rFonts w:ascii="Arial" w:eastAsia="MS Mincho" w:hAnsi="Arial" w:cs="Arial"/>
                <w:b/>
                <w:sz w:val="16"/>
                <w:szCs w:val="16"/>
              </w:rPr>
            </w:pPr>
            <w:r w:rsidRPr="00CF7CBF">
              <w:rPr>
                <w:rFonts w:ascii="Arial" w:eastAsia="MS Mincho" w:hAnsi="Arial" w:cs="Arial"/>
                <w:b/>
                <w:sz w:val="16"/>
                <w:szCs w:val="16"/>
              </w:rPr>
              <w:t>BUENAS PRÁCTICAS AMBIENTALES</w:t>
            </w:r>
          </w:p>
          <w:p w14:paraId="6DDC4DCF" w14:textId="77777777" w:rsidR="002E0C82" w:rsidRPr="00CF7CBF" w:rsidRDefault="002E0C82" w:rsidP="002E0C82">
            <w:pPr>
              <w:adjustRightInd w:val="0"/>
              <w:spacing w:after="0" w:line="240" w:lineRule="auto"/>
              <w:jc w:val="both"/>
              <w:rPr>
                <w:rFonts w:ascii="Arial" w:eastAsia="MS Mincho" w:hAnsi="Arial" w:cs="Arial"/>
                <w:b/>
                <w:sz w:val="16"/>
                <w:szCs w:val="16"/>
              </w:rPr>
            </w:pPr>
          </w:p>
          <w:p w14:paraId="37A1F7BC" w14:textId="77777777" w:rsidR="002E0C82" w:rsidRPr="00CF7CBF" w:rsidRDefault="002E0C82" w:rsidP="002E0C82">
            <w:pPr>
              <w:adjustRightInd w:val="0"/>
              <w:spacing w:after="0" w:line="240" w:lineRule="auto"/>
              <w:jc w:val="both"/>
              <w:rPr>
                <w:rFonts w:ascii="Arial" w:eastAsia="MS Mincho" w:hAnsi="Arial" w:cs="Arial"/>
                <w:bCs/>
                <w:sz w:val="16"/>
                <w:szCs w:val="16"/>
              </w:rPr>
            </w:pPr>
            <w:r w:rsidRPr="00CF7CBF">
              <w:rPr>
                <w:rFonts w:ascii="Arial" w:eastAsia="MS Mincho" w:hAnsi="Arial" w:cs="Arial"/>
                <w:bCs/>
                <w:sz w:val="16"/>
                <w:szCs w:val="16"/>
              </w:rPr>
              <w:t>El contratista de conformidad con la normatividad legal vigente en materia de protección del medio ambiente, garantizará que en cada uno de los mantenimientos preventivos y/o correctivos que se adelanten con motivo de la ejecución del futuro contrato, se dará aplicación de las buenas prácticas ambientales, con la utilización de equipos, materiales, refacciones y demás insumos que coadyuven a la preservación del medio ambiente, no utilización de sustancias agotadoras de la capa de ozono, ahorro y uso eficiente del agua y la energía, papel, materia prima, así como el manejo integral de residuos sólidos, brindando la debida capacitación del personal que emplee en la ejecución del contrato.</w:t>
            </w:r>
          </w:p>
          <w:p w14:paraId="300F0D1A" w14:textId="77777777" w:rsidR="00D73845" w:rsidRPr="00CF7CBF" w:rsidRDefault="00D73845" w:rsidP="002E0C82">
            <w:pPr>
              <w:adjustRightInd w:val="0"/>
              <w:spacing w:after="0" w:line="240" w:lineRule="auto"/>
              <w:jc w:val="both"/>
              <w:rPr>
                <w:rFonts w:ascii="Arial" w:eastAsia="MS Mincho" w:hAnsi="Arial" w:cs="Arial"/>
                <w:bCs/>
                <w:sz w:val="16"/>
                <w:szCs w:val="16"/>
              </w:rPr>
            </w:pPr>
          </w:p>
          <w:p w14:paraId="43579F58" w14:textId="77777777" w:rsidR="00862C52" w:rsidRPr="00CF7CBF" w:rsidRDefault="00862C52" w:rsidP="00862C52">
            <w:pPr>
              <w:pStyle w:val="Default"/>
              <w:jc w:val="both"/>
              <w:rPr>
                <w:rFonts w:ascii="Arial" w:hAnsi="Arial" w:cs="Arial"/>
                <w:sz w:val="16"/>
                <w:szCs w:val="16"/>
              </w:rPr>
            </w:pPr>
            <w:r w:rsidRPr="00CF7CBF">
              <w:rPr>
                <w:rFonts w:ascii="Arial" w:hAnsi="Arial" w:cs="Arial"/>
                <w:b/>
                <w:bCs/>
                <w:sz w:val="16"/>
                <w:szCs w:val="16"/>
              </w:rPr>
              <w:t>Forma de acreditación del requisito habilitante:</w:t>
            </w:r>
          </w:p>
          <w:p w14:paraId="35019D59" w14:textId="77777777" w:rsidR="002E0C82" w:rsidRPr="00CF7CBF" w:rsidRDefault="002E0C82" w:rsidP="002E0C82">
            <w:pPr>
              <w:adjustRightInd w:val="0"/>
              <w:spacing w:after="0" w:line="240" w:lineRule="auto"/>
              <w:jc w:val="both"/>
              <w:rPr>
                <w:rFonts w:ascii="Arial" w:eastAsia="MS Mincho" w:hAnsi="Arial" w:cs="Arial"/>
                <w:bCs/>
                <w:sz w:val="16"/>
                <w:szCs w:val="16"/>
              </w:rPr>
            </w:pPr>
          </w:p>
          <w:p w14:paraId="60BEC24A" w14:textId="14AA8509" w:rsidR="006D6F96" w:rsidRPr="00CF7CBF" w:rsidRDefault="002E0C82" w:rsidP="00C64691">
            <w:pPr>
              <w:adjustRightInd w:val="0"/>
              <w:spacing w:after="0" w:line="240" w:lineRule="auto"/>
              <w:ind w:left="303" w:hanging="303"/>
              <w:jc w:val="both"/>
              <w:rPr>
                <w:rFonts w:ascii="Arial" w:eastAsia="MS Mincho" w:hAnsi="Arial" w:cs="Arial"/>
                <w:bCs/>
                <w:sz w:val="16"/>
                <w:szCs w:val="16"/>
              </w:rPr>
            </w:pPr>
            <w:r w:rsidRPr="00CF7CBF">
              <w:rPr>
                <w:rFonts w:ascii="Arial" w:eastAsia="MS Mincho" w:hAnsi="Arial" w:cs="Arial"/>
                <w:bCs/>
                <w:sz w:val="16"/>
                <w:szCs w:val="16"/>
              </w:rPr>
              <w:t>1.</w:t>
            </w:r>
            <w:r w:rsidRPr="00CF7CBF">
              <w:rPr>
                <w:rFonts w:ascii="Arial" w:eastAsia="MS Mincho" w:hAnsi="Arial" w:cs="Arial"/>
                <w:bCs/>
                <w:sz w:val="16"/>
                <w:szCs w:val="16"/>
              </w:rPr>
              <w:tab/>
              <w:t>Presentar junto con la propuesta una certificación firmada por el representante legal del proponente o persona natural, en la cual exprese el cumplimiento de las condiciones y exigencias contempladas en el</w:t>
            </w:r>
            <w:r w:rsidR="000C4167" w:rsidRPr="00CF7CBF">
              <w:rPr>
                <w:rFonts w:ascii="Arial" w:eastAsia="MS Mincho" w:hAnsi="Arial" w:cs="Arial"/>
                <w:bCs/>
                <w:sz w:val="16"/>
                <w:szCs w:val="16"/>
              </w:rPr>
              <w:t xml:space="preserve"> presente numeral</w:t>
            </w:r>
            <w:r w:rsidRPr="00CF7CBF">
              <w:rPr>
                <w:rFonts w:ascii="Arial" w:eastAsia="MS Mincho" w:hAnsi="Arial" w:cs="Arial"/>
                <w:bCs/>
                <w:sz w:val="16"/>
                <w:szCs w:val="16"/>
              </w:rPr>
              <w:t>.</w:t>
            </w:r>
          </w:p>
          <w:p w14:paraId="1501C995" w14:textId="0E3980DC" w:rsidR="00B15643" w:rsidRPr="00CF7CBF" w:rsidRDefault="00B15643" w:rsidP="00C64691">
            <w:pPr>
              <w:adjustRightInd w:val="0"/>
              <w:spacing w:after="0" w:line="240" w:lineRule="auto"/>
              <w:ind w:left="303" w:hanging="303"/>
              <w:jc w:val="both"/>
              <w:rPr>
                <w:rFonts w:ascii="Arial" w:eastAsia="MS Mincho" w:hAnsi="Arial" w:cs="Arial"/>
                <w:bCs/>
                <w:sz w:val="16"/>
                <w:szCs w:val="16"/>
              </w:rPr>
            </w:pPr>
          </w:p>
        </w:tc>
        <w:tc>
          <w:tcPr>
            <w:tcW w:w="1007" w:type="dxa"/>
          </w:tcPr>
          <w:p w14:paraId="009F1719" w14:textId="77777777" w:rsidR="002E0C82" w:rsidRPr="00CF7CBF" w:rsidRDefault="002E0C82" w:rsidP="00F07BB4">
            <w:pPr>
              <w:adjustRightInd w:val="0"/>
              <w:jc w:val="both"/>
              <w:rPr>
                <w:rFonts w:ascii="Arial" w:eastAsia="MS Mincho" w:hAnsi="Arial" w:cs="Arial"/>
                <w:b/>
                <w:sz w:val="16"/>
                <w:szCs w:val="16"/>
              </w:rPr>
            </w:pPr>
          </w:p>
        </w:tc>
        <w:tc>
          <w:tcPr>
            <w:tcW w:w="992" w:type="dxa"/>
          </w:tcPr>
          <w:p w14:paraId="7245D5DF" w14:textId="77777777" w:rsidR="002E0C82" w:rsidRPr="00CF7CBF" w:rsidRDefault="002E0C82" w:rsidP="00F07BB4">
            <w:pPr>
              <w:adjustRightInd w:val="0"/>
              <w:jc w:val="both"/>
              <w:rPr>
                <w:rFonts w:ascii="Arial" w:eastAsia="MS Mincho" w:hAnsi="Arial" w:cs="Arial"/>
                <w:b/>
                <w:sz w:val="16"/>
                <w:szCs w:val="16"/>
              </w:rPr>
            </w:pPr>
          </w:p>
        </w:tc>
      </w:tr>
      <w:tr w:rsidR="00DE1A8C" w:rsidRPr="00CF7CBF" w14:paraId="6E118792" w14:textId="77777777" w:rsidTr="00BC51C5">
        <w:trPr>
          <w:trHeight w:val="202"/>
          <w:jc w:val="center"/>
        </w:trPr>
        <w:tc>
          <w:tcPr>
            <w:tcW w:w="576" w:type="dxa"/>
            <w:vAlign w:val="center"/>
          </w:tcPr>
          <w:p w14:paraId="172C089C" w14:textId="4E9B7DEA" w:rsidR="00DE1A8C" w:rsidRPr="00CF7CBF"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6</w:t>
            </w:r>
          </w:p>
        </w:tc>
        <w:tc>
          <w:tcPr>
            <w:tcW w:w="7924" w:type="dxa"/>
            <w:vAlign w:val="center"/>
          </w:tcPr>
          <w:p w14:paraId="0F52FAF4" w14:textId="74D5B5E4" w:rsidR="00DE1A8C" w:rsidRPr="00CF7CBF" w:rsidRDefault="00DE1A8C" w:rsidP="00F707E2">
            <w:pPr>
              <w:adjustRightInd w:val="0"/>
              <w:spacing w:after="0" w:line="240" w:lineRule="auto"/>
              <w:jc w:val="both"/>
              <w:rPr>
                <w:rFonts w:ascii="Arial" w:eastAsia="MS Mincho" w:hAnsi="Arial" w:cs="Arial"/>
                <w:b/>
                <w:sz w:val="16"/>
                <w:szCs w:val="16"/>
              </w:rPr>
            </w:pPr>
            <w:r w:rsidRPr="00CF7CBF">
              <w:rPr>
                <w:rFonts w:ascii="Arial" w:eastAsia="MS Mincho" w:hAnsi="Arial" w:cs="Arial"/>
                <w:b/>
                <w:sz w:val="16"/>
                <w:szCs w:val="16"/>
              </w:rPr>
              <w:t xml:space="preserve">PRACTICAS AMBIENTALES </w:t>
            </w:r>
            <w:r w:rsidR="00CA7BCE" w:rsidRPr="00CF7CBF">
              <w:rPr>
                <w:rFonts w:ascii="Arial" w:eastAsia="MS Mincho" w:hAnsi="Arial" w:cs="Arial"/>
                <w:b/>
                <w:sz w:val="16"/>
                <w:szCs w:val="16"/>
              </w:rPr>
              <w:t xml:space="preserve">Y </w:t>
            </w:r>
            <w:r w:rsidRPr="00CF7CBF">
              <w:rPr>
                <w:rFonts w:ascii="Arial" w:eastAsia="MS Mincho" w:hAnsi="Arial" w:cs="Arial"/>
                <w:b/>
                <w:sz w:val="16"/>
                <w:szCs w:val="16"/>
              </w:rPr>
              <w:t>DISPOSICIÓN FINAL</w:t>
            </w:r>
            <w:r w:rsidR="00CA7BCE" w:rsidRPr="00CF7CBF">
              <w:rPr>
                <w:rFonts w:ascii="Arial" w:eastAsia="MS Mincho" w:hAnsi="Arial" w:cs="Arial"/>
                <w:b/>
                <w:sz w:val="16"/>
                <w:szCs w:val="16"/>
              </w:rPr>
              <w:t xml:space="preserve"> DE LOS ELEMENTOS SUSTITUIDOS</w:t>
            </w:r>
          </w:p>
          <w:p w14:paraId="0BF40109" w14:textId="77777777" w:rsidR="00F707E2" w:rsidRPr="00CF7CBF" w:rsidRDefault="00F707E2" w:rsidP="00F707E2">
            <w:pPr>
              <w:adjustRightInd w:val="0"/>
              <w:spacing w:after="0" w:line="240" w:lineRule="auto"/>
              <w:jc w:val="both"/>
              <w:rPr>
                <w:rFonts w:ascii="Arial" w:eastAsia="MS Mincho" w:hAnsi="Arial" w:cs="Arial"/>
                <w:b/>
                <w:sz w:val="16"/>
                <w:szCs w:val="16"/>
              </w:rPr>
            </w:pPr>
          </w:p>
          <w:p w14:paraId="223922A7" w14:textId="77777777" w:rsidR="00F707E2" w:rsidRPr="00CF7CBF" w:rsidRDefault="00F707E2" w:rsidP="00F707E2">
            <w:pPr>
              <w:adjustRightInd w:val="0"/>
              <w:spacing w:after="0" w:line="240" w:lineRule="auto"/>
              <w:jc w:val="both"/>
              <w:rPr>
                <w:rFonts w:ascii="Arial" w:hAnsi="Arial" w:cs="Arial"/>
                <w:sz w:val="16"/>
                <w:szCs w:val="16"/>
              </w:rPr>
            </w:pPr>
            <w:r w:rsidRPr="00CF7CBF">
              <w:rPr>
                <w:rFonts w:ascii="Arial" w:hAnsi="Arial" w:cs="Arial"/>
                <w:sz w:val="16"/>
                <w:szCs w:val="16"/>
              </w:rPr>
              <w:t>El contratista de conformidad con la normatividad legal vigente en materia de protección del medio ambiente, garantizará que en cada uno de los mantenimientos preventivos y/o correctivos que se adelanten con motivo de la ejecución del futuro contrato, se dará aplicación de las buenas prácticas ambientales, con la utilización de equipos, materiales, refacciones y demás insumos que coadyuven a la preservación del medio ambiente, no utilización de sustancias agotadoras de la capa de ozono, ahorro y uso eficiente del agua y la energía, papel, materia prima, así como el manejo integral de residuos sólidos, brindando la debida capacitación del personal que emplee en la ejecución del contrato.</w:t>
            </w:r>
          </w:p>
          <w:p w14:paraId="4D74835F" w14:textId="77777777" w:rsidR="00F707E2" w:rsidRPr="00CF7CBF" w:rsidRDefault="00F707E2" w:rsidP="00F707E2">
            <w:pPr>
              <w:adjustRightInd w:val="0"/>
              <w:spacing w:after="0" w:line="240" w:lineRule="auto"/>
              <w:jc w:val="both"/>
              <w:rPr>
                <w:rFonts w:ascii="Arial" w:hAnsi="Arial" w:cs="Arial"/>
                <w:sz w:val="16"/>
                <w:szCs w:val="16"/>
              </w:rPr>
            </w:pPr>
          </w:p>
          <w:p w14:paraId="4AE15793" w14:textId="677252B1" w:rsidR="002E0C82" w:rsidRPr="00CF7CBF" w:rsidRDefault="00EC348C" w:rsidP="00F707E2">
            <w:pPr>
              <w:adjustRightInd w:val="0"/>
              <w:spacing w:after="0" w:line="240" w:lineRule="auto"/>
              <w:jc w:val="both"/>
              <w:rPr>
                <w:rFonts w:ascii="Arial" w:hAnsi="Arial" w:cs="Arial"/>
                <w:color w:val="000000"/>
                <w:sz w:val="16"/>
                <w:szCs w:val="16"/>
                <w:lang w:eastAsia="es-CO"/>
              </w:rPr>
            </w:pPr>
            <w:r w:rsidRPr="00CF7CBF">
              <w:rPr>
                <w:rFonts w:ascii="Arial" w:hAnsi="Arial" w:cs="Arial"/>
                <w:color w:val="000000"/>
                <w:sz w:val="16"/>
                <w:szCs w:val="16"/>
                <w:lang w:eastAsia="es-CO"/>
              </w:rPr>
              <w:t xml:space="preserve">Así mismo, deberá certificar el cumplimiento de las disposiciones establecidas en el </w:t>
            </w:r>
            <w:r w:rsidR="002E0C82" w:rsidRPr="00CF7CBF">
              <w:rPr>
                <w:rFonts w:ascii="Arial" w:hAnsi="Arial" w:cs="Arial"/>
                <w:color w:val="000000"/>
                <w:sz w:val="16"/>
                <w:szCs w:val="16"/>
                <w:lang w:eastAsia="es-CO"/>
              </w:rPr>
              <w:t>Decreto Único Reglamentario del Sector Ambiente y Desarrollo Sostenible 1076 del 2015</w:t>
            </w:r>
            <w:r w:rsidRPr="00CF7CBF">
              <w:rPr>
                <w:rFonts w:ascii="Arial" w:hAnsi="Arial" w:cs="Arial"/>
                <w:color w:val="000000"/>
                <w:sz w:val="16"/>
                <w:szCs w:val="16"/>
                <w:lang w:eastAsia="es-CO"/>
              </w:rPr>
              <w:t>, Resolución 1362 del 2 de agosto de 2007 y demás existentes, asociadas a las Obligaciones del Generador y el</w:t>
            </w:r>
            <w:r w:rsidR="002E0C82" w:rsidRPr="00CF7CBF">
              <w:rPr>
                <w:rFonts w:ascii="Arial" w:hAnsi="Arial" w:cs="Arial"/>
                <w:color w:val="000000"/>
                <w:sz w:val="16"/>
                <w:szCs w:val="16"/>
                <w:lang w:eastAsia="es-CO"/>
              </w:rPr>
              <w:t xml:space="preserve"> tratamiento adecuado de los residuos peligrosos.</w:t>
            </w:r>
          </w:p>
          <w:p w14:paraId="353CFA9A" w14:textId="77777777" w:rsidR="00220876" w:rsidRPr="00CF7CBF" w:rsidRDefault="00220876" w:rsidP="00F707E2">
            <w:pPr>
              <w:adjustRightInd w:val="0"/>
              <w:spacing w:after="0" w:line="240" w:lineRule="auto"/>
              <w:jc w:val="both"/>
              <w:rPr>
                <w:rFonts w:ascii="Arial" w:hAnsi="Arial" w:cs="Arial"/>
                <w:color w:val="000000"/>
                <w:sz w:val="16"/>
                <w:szCs w:val="16"/>
                <w:lang w:eastAsia="es-CO"/>
              </w:rPr>
            </w:pPr>
          </w:p>
          <w:p w14:paraId="1F85A57C" w14:textId="77777777" w:rsidR="00220876" w:rsidRPr="00CF7CBF" w:rsidRDefault="00220876" w:rsidP="00F707E2">
            <w:pPr>
              <w:adjustRightInd w:val="0"/>
              <w:spacing w:after="0" w:line="240" w:lineRule="auto"/>
              <w:jc w:val="both"/>
              <w:rPr>
                <w:rFonts w:ascii="Arial" w:hAnsi="Arial" w:cs="Arial"/>
                <w:color w:val="000000"/>
                <w:sz w:val="16"/>
                <w:szCs w:val="16"/>
                <w:lang w:eastAsia="es-CO"/>
              </w:rPr>
            </w:pPr>
          </w:p>
          <w:p w14:paraId="21ED4455" w14:textId="77777777" w:rsidR="00220876" w:rsidRPr="00CF7CBF" w:rsidRDefault="00220876" w:rsidP="00F707E2">
            <w:pPr>
              <w:adjustRightInd w:val="0"/>
              <w:spacing w:after="0" w:line="240" w:lineRule="auto"/>
              <w:jc w:val="both"/>
              <w:rPr>
                <w:rFonts w:ascii="Arial" w:hAnsi="Arial" w:cs="Arial"/>
                <w:color w:val="000000"/>
                <w:sz w:val="16"/>
                <w:szCs w:val="16"/>
                <w:lang w:eastAsia="es-CO"/>
              </w:rPr>
            </w:pPr>
          </w:p>
          <w:p w14:paraId="659B75C7" w14:textId="3A33DCB5" w:rsidR="00331F85" w:rsidRPr="00CF7CBF" w:rsidRDefault="00331F85" w:rsidP="002944C1">
            <w:pPr>
              <w:adjustRightInd w:val="0"/>
              <w:spacing w:after="0" w:line="240" w:lineRule="auto"/>
              <w:ind w:left="303" w:hanging="303"/>
              <w:jc w:val="both"/>
              <w:rPr>
                <w:rFonts w:ascii="Arial" w:hAnsi="Arial" w:cs="Arial"/>
                <w:color w:val="000000"/>
                <w:sz w:val="16"/>
                <w:szCs w:val="16"/>
                <w:lang w:eastAsia="es-CO"/>
              </w:rPr>
            </w:pPr>
            <w:r w:rsidRPr="00CF7CBF">
              <w:rPr>
                <w:rFonts w:ascii="Arial" w:hAnsi="Arial" w:cs="Arial"/>
                <w:color w:val="000000"/>
                <w:sz w:val="16"/>
                <w:szCs w:val="16"/>
                <w:lang w:eastAsia="es-CO"/>
              </w:rPr>
              <w:t xml:space="preserve"> a)</w:t>
            </w:r>
            <w:r w:rsidRPr="00CF7CBF">
              <w:rPr>
                <w:rFonts w:ascii="Arial" w:hAnsi="Arial" w:cs="Arial"/>
                <w:color w:val="000000"/>
                <w:sz w:val="16"/>
                <w:szCs w:val="16"/>
                <w:lang w:eastAsia="es-CO"/>
              </w:rPr>
              <w:tab/>
              <w:t xml:space="preserve">Presentar constancia de registro de generadores de residuos peligrosos ante la autoridad ambiental competente, según lo establecido en el artículo 2.2.6.1.6.2 del Decreto 1076 de 2015, en la Resolución 1362 del 2 de agosto de 2007, y en el Decreto 1076 de 2015 en su artículo 2.2.6.1.3.1. Obligaciones del Generador. </w:t>
            </w:r>
          </w:p>
          <w:p w14:paraId="18024E1A" w14:textId="77777777" w:rsidR="00331F85" w:rsidRPr="00CF7CBF" w:rsidRDefault="00331F85" w:rsidP="00331F85">
            <w:pPr>
              <w:adjustRightInd w:val="0"/>
              <w:spacing w:after="0" w:line="240" w:lineRule="auto"/>
              <w:jc w:val="both"/>
              <w:rPr>
                <w:rFonts w:ascii="Arial" w:hAnsi="Arial" w:cs="Arial"/>
                <w:color w:val="000000"/>
                <w:sz w:val="16"/>
                <w:szCs w:val="16"/>
                <w:lang w:eastAsia="es-CO"/>
              </w:rPr>
            </w:pPr>
          </w:p>
          <w:p w14:paraId="2B7B0A1F" w14:textId="77777777" w:rsidR="00331F85" w:rsidRPr="00CF7CBF" w:rsidRDefault="00331F85" w:rsidP="00C06CCB">
            <w:pPr>
              <w:adjustRightInd w:val="0"/>
              <w:spacing w:after="0" w:line="240" w:lineRule="auto"/>
              <w:ind w:left="303" w:hanging="303"/>
              <w:jc w:val="both"/>
              <w:rPr>
                <w:rFonts w:ascii="Arial" w:hAnsi="Arial" w:cs="Arial"/>
                <w:color w:val="000000"/>
                <w:sz w:val="16"/>
                <w:szCs w:val="16"/>
                <w:lang w:eastAsia="es-CO"/>
              </w:rPr>
            </w:pPr>
            <w:r w:rsidRPr="00CF7CBF">
              <w:rPr>
                <w:rFonts w:ascii="Arial" w:hAnsi="Arial" w:cs="Arial"/>
                <w:color w:val="000000"/>
                <w:sz w:val="16"/>
                <w:szCs w:val="16"/>
                <w:lang w:eastAsia="es-CO"/>
              </w:rPr>
              <w:t>b)</w:t>
            </w:r>
            <w:r w:rsidRPr="00CF7CBF">
              <w:rPr>
                <w:rFonts w:ascii="Arial" w:hAnsi="Arial" w:cs="Arial"/>
                <w:color w:val="000000"/>
                <w:sz w:val="16"/>
                <w:szCs w:val="16"/>
                <w:lang w:eastAsia="es-CO"/>
              </w:rPr>
              <w:tab/>
              <w:t>Presentar contrato o contratos vigente suscrito (s) entre el CONTRATISTA y el gestor ambiental a cargo de realizar la disposición final de los diferentes elementos objeto de sustitución. Los contratos deben garantizar la recolección y disposición final de todos los elementos que así lo requieran de conformidad con lo exigido en la normatividad vigente.</w:t>
            </w:r>
          </w:p>
          <w:p w14:paraId="2A401676" w14:textId="77777777" w:rsidR="00331F85" w:rsidRPr="00CF7CBF" w:rsidRDefault="00331F85" w:rsidP="00331F85">
            <w:pPr>
              <w:adjustRightInd w:val="0"/>
              <w:spacing w:after="0" w:line="240" w:lineRule="auto"/>
              <w:jc w:val="both"/>
              <w:rPr>
                <w:rFonts w:ascii="Arial" w:hAnsi="Arial" w:cs="Arial"/>
                <w:color w:val="000000"/>
                <w:sz w:val="16"/>
                <w:szCs w:val="16"/>
                <w:lang w:eastAsia="es-CO"/>
              </w:rPr>
            </w:pPr>
          </w:p>
          <w:p w14:paraId="77AA867A" w14:textId="77777777" w:rsidR="00331F85" w:rsidRPr="00CF7CBF" w:rsidRDefault="00331F85" w:rsidP="00C06CCB">
            <w:pPr>
              <w:adjustRightInd w:val="0"/>
              <w:spacing w:after="0" w:line="240" w:lineRule="auto"/>
              <w:ind w:left="303" w:hanging="303"/>
              <w:jc w:val="both"/>
              <w:rPr>
                <w:rFonts w:ascii="Arial" w:hAnsi="Arial" w:cs="Arial"/>
                <w:color w:val="000000"/>
                <w:sz w:val="16"/>
                <w:szCs w:val="16"/>
                <w:lang w:eastAsia="es-CO"/>
              </w:rPr>
            </w:pPr>
            <w:r w:rsidRPr="00CF7CBF">
              <w:rPr>
                <w:rFonts w:ascii="Arial" w:hAnsi="Arial" w:cs="Arial"/>
                <w:color w:val="000000"/>
                <w:sz w:val="16"/>
                <w:szCs w:val="16"/>
                <w:lang w:eastAsia="es-CO"/>
              </w:rPr>
              <w:t>c)</w:t>
            </w:r>
            <w:r w:rsidRPr="00CF7CBF">
              <w:rPr>
                <w:rFonts w:ascii="Arial" w:hAnsi="Arial" w:cs="Arial"/>
                <w:color w:val="000000"/>
                <w:sz w:val="16"/>
                <w:szCs w:val="16"/>
                <w:lang w:eastAsia="es-CO"/>
              </w:rPr>
              <w:tab/>
              <w:t>De cada gestor ambiental con el que se tenga suscrito contrato, deberá presentar las licencias y/o permisos de funcionamiento expedidos por la autoridad ambiental competente.</w:t>
            </w:r>
          </w:p>
          <w:p w14:paraId="63F5FFD0" w14:textId="77777777" w:rsidR="00331F85" w:rsidRPr="00CF7CBF" w:rsidRDefault="00331F85" w:rsidP="00331F85">
            <w:pPr>
              <w:adjustRightInd w:val="0"/>
              <w:spacing w:after="0" w:line="240" w:lineRule="auto"/>
              <w:jc w:val="both"/>
              <w:rPr>
                <w:rFonts w:ascii="Arial" w:hAnsi="Arial" w:cs="Arial"/>
                <w:color w:val="000000"/>
                <w:sz w:val="16"/>
                <w:szCs w:val="16"/>
                <w:lang w:eastAsia="es-CO"/>
              </w:rPr>
            </w:pPr>
          </w:p>
          <w:p w14:paraId="019ED8F4" w14:textId="77777777" w:rsidR="00862C52" w:rsidRPr="00CF7CBF" w:rsidRDefault="00862C52" w:rsidP="00862C52">
            <w:pPr>
              <w:pStyle w:val="Default"/>
              <w:jc w:val="both"/>
              <w:rPr>
                <w:rFonts w:ascii="Arial" w:hAnsi="Arial" w:cs="Arial"/>
                <w:sz w:val="16"/>
                <w:szCs w:val="16"/>
              </w:rPr>
            </w:pPr>
            <w:r w:rsidRPr="00CF7CBF">
              <w:rPr>
                <w:rFonts w:ascii="Arial" w:hAnsi="Arial" w:cs="Arial"/>
                <w:b/>
                <w:bCs/>
                <w:sz w:val="16"/>
                <w:szCs w:val="16"/>
              </w:rPr>
              <w:t>Forma de acreditación del requisito habilitante:</w:t>
            </w:r>
          </w:p>
          <w:p w14:paraId="5F0C3465" w14:textId="77777777" w:rsidR="00331F85" w:rsidRPr="00CF7CBF" w:rsidRDefault="00331F85" w:rsidP="00331F85">
            <w:pPr>
              <w:adjustRightInd w:val="0"/>
              <w:spacing w:after="0" w:line="240" w:lineRule="auto"/>
              <w:jc w:val="both"/>
              <w:rPr>
                <w:rFonts w:ascii="Arial" w:hAnsi="Arial" w:cs="Arial"/>
                <w:color w:val="000000"/>
                <w:sz w:val="16"/>
                <w:szCs w:val="16"/>
                <w:lang w:eastAsia="es-CO"/>
              </w:rPr>
            </w:pPr>
          </w:p>
          <w:p w14:paraId="1C17F676" w14:textId="799A73D5" w:rsidR="00220876" w:rsidRPr="00CF7CBF" w:rsidRDefault="00331F85" w:rsidP="0085606C">
            <w:pPr>
              <w:adjustRightInd w:val="0"/>
              <w:spacing w:after="0" w:line="240" w:lineRule="auto"/>
              <w:ind w:left="303" w:hanging="303"/>
              <w:jc w:val="both"/>
              <w:rPr>
                <w:rFonts w:ascii="Arial" w:hAnsi="Arial" w:cs="Arial"/>
                <w:color w:val="000000"/>
                <w:sz w:val="16"/>
                <w:szCs w:val="16"/>
                <w:lang w:eastAsia="es-CO"/>
              </w:rPr>
            </w:pPr>
            <w:r w:rsidRPr="00CF7CBF">
              <w:rPr>
                <w:rFonts w:ascii="Arial" w:hAnsi="Arial" w:cs="Arial"/>
                <w:color w:val="000000"/>
                <w:sz w:val="16"/>
                <w:szCs w:val="16"/>
                <w:lang w:eastAsia="es-CO"/>
              </w:rPr>
              <w:t>1.</w:t>
            </w:r>
            <w:r w:rsidRPr="00CF7CBF">
              <w:rPr>
                <w:rFonts w:ascii="Arial" w:hAnsi="Arial" w:cs="Arial"/>
                <w:color w:val="000000"/>
                <w:sz w:val="16"/>
                <w:szCs w:val="16"/>
                <w:lang w:eastAsia="es-CO"/>
              </w:rPr>
              <w:tab/>
              <w:t xml:space="preserve">El oferente deberá presentar junto con la propuesta una certificación firmada por el representante legal del proponente o persona natural, a través de la cual este se compromete durante la ejecución del contrato a cumplir cada una de las condiciones y exigencias contempladas en el </w:t>
            </w:r>
            <w:r w:rsidR="00DF47E9" w:rsidRPr="00CF7CBF">
              <w:rPr>
                <w:rFonts w:ascii="Arial" w:hAnsi="Arial" w:cs="Arial"/>
                <w:color w:val="000000"/>
                <w:sz w:val="16"/>
                <w:szCs w:val="16"/>
                <w:lang w:eastAsia="es-CO"/>
              </w:rPr>
              <w:t xml:space="preserve">presente </w:t>
            </w:r>
            <w:r w:rsidRPr="00CF7CBF">
              <w:rPr>
                <w:rFonts w:ascii="Arial" w:hAnsi="Arial" w:cs="Arial"/>
                <w:color w:val="000000"/>
                <w:sz w:val="16"/>
                <w:szCs w:val="16"/>
                <w:lang w:eastAsia="es-CO"/>
              </w:rPr>
              <w:t>numeral</w:t>
            </w:r>
            <w:r w:rsidR="0085606C">
              <w:rPr>
                <w:rFonts w:ascii="Arial" w:hAnsi="Arial" w:cs="Arial"/>
                <w:color w:val="000000"/>
                <w:sz w:val="16"/>
                <w:szCs w:val="16"/>
                <w:lang w:eastAsia="es-CO"/>
              </w:rPr>
              <w:t>.</w:t>
            </w:r>
          </w:p>
        </w:tc>
        <w:tc>
          <w:tcPr>
            <w:tcW w:w="1007" w:type="dxa"/>
          </w:tcPr>
          <w:p w14:paraId="5E56D52C" w14:textId="77777777" w:rsidR="00DE1A8C" w:rsidRPr="00CF7CBF" w:rsidRDefault="00DE1A8C" w:rsidP="00F07BB4">
            <w:pPr>
              <w:adjustRightInd w:val="0"/>
              <w:jc w:val="both"/>
              <w:rPr>
                <w:rFonts w:ascii="Arial" w:eastAsia="MS Mincho" w:hAnsi="Arial" w:cs="Arial"/>
                <w:b/>
                <w:sz w:val="16"/>
                <w:szCs w:val="16"/>
              </w:rPr>
            </w:pPr>
          </w:p>
        </w:tc>
        <w:tc>
          <w:tcPr>
            <w:tcW w:w="992" w:type="dxa"/>
          </w:tcPr>
          <w:p w14:paraId="443CDDB0" w14:textId="77777777" w:rsidR="00DE1A8C" w:rsidRPr="00CF7CBF" w:rsidRDefault="00DE1A8C" w:rsidP="00F07BB4">
            <w:pPr>
              <w:adjustRightInd w:val="0"/>
              <w:jc w:val="both"/>
              <w:rPr>
                <w:rFonts w:ascii="Arial" w:eastAsia="MS Mincho" w:hAnsi="Arial" w:cs="Arial"/>
                <w:b/>
                <w:sz w:val="16"/>
                <w:szCs w:val="16"/>
              </w:rPr>
            </w:pPr>
          </w:p>
        </w:tc>
      </w:tr>
      <w:tr w:rsidR="00DE1A8C" w:rsidRPr="00CF7CBF" w14:paraId="7D9F364D" w14:textId="77777777" w:rsidTr="00BC51C5">
        <w:trPr>
          <w:trHeight w:val="202"/>
          <w:jc w:val="center"/>
        </w:trPr>
        <w:tc>
          <w:tcPr>
            <w:tcW w:w="576" w:type="dxa"/>
            <w:vAlign w:val="center"/>
          </w:tcPr>
          <w:p w14:paraId="318AD5B0" w14:textId="61DFD8C6" w:rsidR="00DE1A8C" w:rsidRPr="00CF7CBF" w:rsidRDefault="00E12599"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7</w:t>
            </w:r>
          </w:p>
        </w:tc>
        <w:tc>
          <w:tcPr>
            <w:tcW w:w="7924" w:type="dxa"/>
            <w:shd w:val="clear" w:color="auto" w:fill="FFFFFF" w:themeFill="background1"/>
            <w:vAlign w:val="center"/>
          </w:tcPr>
          <w:p w14:paraId="36349F46" w14:textId="3298B397" w:rsidR="00DE1A8C" w:rsidRPr="00CF7CBF" w:rsidRDefault="00DE1A8C" w:rsidP="0068500D">
            <w:pPr>
              <w:adjustRightInd w:val="0"/>
              <w:spacing w:after="0" w:line="240" w:lineRule="auto"/>
              <w:jc w:val="both"/>
              <w:rPr>
                <w:rFonts w:ascii="Arial" w:hAnsi="Arial" w:cs="Arial"/>
                <w:b/>
                <w:sz w:val="16"/>
                <w:szCs w:val="16"/>
              </w:rPr>
            </w:pPr>
            <w:r w:rsidRPr="00CF7CBF">
              <w:rPr>
                <w:rFonts w:ascii="Arial" w:hAnsi="Arial" w:cs="Arial"/>
                <w:b/>
                <w:sz w:val="16"/>
                <w:szCs w:val="16"/>
              </w:rPr>
              <w:t>CONFIDENCIALIDAD Y SEGURIDAD</w:t>
            </w:r>
            <w:r w:rsidR="0068500D" w:rsidRPr="00CF7CBF">
              <w:rPr>
                <w:rFonts w:ascii="Arial" w:hAnsi="Arial" w:cs="Arial"/>
                <w:b/>
                <w:sz w:val="16"/>
                <w:szCs w:val="16"/>
              </w:rPr>
              <w:t xml:space="preserve"> DE LA INFORMACION</w:t>
            </w:r>
          </w:p>
          <w:p w14:paraId="0B8F96EE" w14:textId="77777777" w:rsidR="0068500D" w:rsidRPr="00CF7CBF" w:rsidRDefault="0068500D" w:rsidP="0068500D">
            <w:pPr>
              <w:adjustRightInd w:val="0"/>
              <w:spacing w:after="0" w:line="240" w:lineRule="auto"/>
              <w:jc w:val="both"/>
              <w:rPr>
                <w:rFonts w:ascii="Arial" w:hAnsi="Arial" w:cs="Arial"/>
                <w:b/>
                <w:sz w:val="16"/>
                <w:szCs w:val="16"/>
              </w:rPr>
            </w:pPr>
          </w:p>
          <w:p w14:paraId="60391AA8" w14:textId="77777777" w:rsidR="0068500D" w:rsidRPr="00CF7CBF" w:rsidRDefault="0068500D" w:rsidP="0068500D">
            <w:pPr>
              <w:adjustRightInd w:val="0"/>
              <w:spacing w:after="0" w:line="240" w:lineRule="auto"/>
              <w:jc w:val="both"/>
              <w:rPr>
                <w:rFonts w:ascii="Arial" w:hAnsi="Arial" w:cs="Arial"/>
                <w:sz w:val="16"/>
                <w:szCs w:val="16"/>
              </w:rPr>
            </w:pPr>
            <w:r w:rsidRPr="00CF7CBF">
              <w:rPr>
                <w:rFonts w:ascii="Arial" w:hAnsi="Arial" w:cs="Arial"/>
                <w:sz w:val="16"/>
                <w:szCs w:val="16"/>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Asimismo, suscribirá con la Entidad los formatos de confidencialidad o reserva a que haya lugar.</w:t>
            </w:r>
          </w:p>
          <w:p w14:paraId="09C08A68" w14:textId="77777777" w:rsidR="0068500D" w:rsidRPr="00CF7CBF" w:rsidRDefault="0068500D" w:rsidP="0068500D">
            <w:pPr>
              <w:adjustRightInd w:val="0"/>
              <w:spacing w:after="0" w:line="240" w:lineRule="auto"/>
              <w:jc w:val="both"/>
              <w:rPr>
                <w:rFonts w:ascii="Arial" w:hAnsi="Arial" w:cs="Arial"/>
                <w:sz w:val="16"/>
                <w:szCs w:val="16"/>
              </w:rPr>
            </w:pPr>
          </w:p>
          <w:p w14:paraId="3A8A766C" w14:textId="77777777" w:rsidR="0068500D" w:rsidRPr="00CF7CBF" w:rsidRDefault="0068500D" w:rsidP="0068500D">
            <w:pPr>
              <w:adjustRightInd w:val="0"/>
              <w:spacing w:after="0" w:line="240" w:lineRule="auto"/>
              <w:jc w:val="both"/>
              <w:rPr>
                <w:rFonts w:ascii="Arial" w:hAnsi="Arial" w:cs="Arial"/>
                <w:sz w:val="16"/>
                <w:szCs w:val="16"/>
              </w:rPr>
            </w:pPr>
            <w:r w:rsidRPr="00CF7CBF">
              <w:rPr>
                <w:rFonts w:ascii="Arial" w:hAnsi="Arial" w:cs="Arial"/>
                <w:sz w:val="16"/>
                <w:szCs w:val="16"/>
              </w:rPr>
              <w:t>En virtud del presente proceso contractual, el oferente seleccionado se obliga a no suministrar información que obtenga o conozca con ocasión de la ejecución del futuro contrato; así como sobre los lugares a los cuales tenga acceso con ocasión de su desarrollo.</w:t>
            </w:r>
          </w:p>
          <w:p w14:paraId="6CEDE160" w14:textId="77777777" w:rsidR="0068500D" w:rsidRPr="00CF7CBF" w:rsidRDefault="0068500D" w:rsidP="0068500D">
            <w:pPr>
              <w:adjustRightInd w:val="0"/>
              <w:spacing w:after="0" w:line="240" w:lineRule="auto"/>
              <w:jc w:val="both"/>
              <w:rPr>
                <w:rFonts w:ascii="Arial" w:hAnsi="Arial" w:cs="Arial"/>
                <w:sz w:val="16"/>
                <w:szCs w:val="16"/>
              </w:rPr>
            </w:pPr>
          </w:p>
          <w:p w14:paraId="7CEC1F66" w14:textId="77777777" w:rsidR="0068500D" w:rsidRPr="00CF7CBF" w:rsidRDefault="0068500D" w:rsidP="0068500D">
            <w:pPr>
              <w:adjustRightInd w:val="0"/>
              <w:spacing w:after="0" w:line="240" w:lineRule="auto"/>
              <w:jc w:val="both"/>
              <w:rPr>
                <w:rFonts w:ascii="Arial" w:hAnsi="Arial" w:cs="Arial"/>
                <w:sz w:val="16"/>
                <w:szCs w:val="16"/>
              </w:rPr>
            </w:pPr>
            <w:r w:rsidRPr="00CF7CBF">
              <w:rPr>
                <w:rFonts w:ascii="Arial" w:hAnsi="Arial" w:cs="Arial"/>
                <w:sz w:val="16"/>
                <w:szCs w:val="16"/>
              </w:rPr>
              <w:t>El oferente deberá firmar un acuerdo de confidencialidad y no revelación de la información para lo cual deberá diligenciar y entregar en la propuesta el formulario Acuerdo de confidencialidad.</w:t>
            </w:r>
          </w:p>
          <w:p w14:paraId="097D9241" w14:textId="77777777" w:rsidR="0068500D" w:rsidRPr="00CF7CBF" w:rsidRDefault="0068500D" w:rsidP="0068500D">
            <w:pPr>
              <w:adjustRightInd w:val="0"/>
              <w:spacing w:after="0" w:line="240" w:lineRule="auto"/>
              <w:jc w:val="both"/>
              <w:rPr>
                <w:rFonts w:ascii="Arial" w:hAnsi="Arial" w:cs="Arial"/>
                <w:sz w:val="16"/>
                <w:szCs w:val="16"/>
              </w:rPr>
            </w:pPr>
          </w:p>
          <w:p w14:paraId="31608761" w14:textId="336F945C" w:rsidR="0068500D" w:rsidRPr="00CF7CBF" w:rsidRDefault="0068500D" w:rsidP="0068500D">
            <w:pPr>
              <w:adjustRightInd w:val="0"/>
              <w:spacing w:after="0" w:line="240" w:lineRule="auto"/>
              <w:jc w:val="both"/>
              <w:rPr>
                <w:rFonts w:ascii="Arial" w:hAnsi="Arial" w:cs="Arial"/>
                <w:sz w:val="16"/>
                <w:szCs w:val="16"/>
              </w:rPr>
            </w:pPr>
            <w:r w:rsidRPr="00CF7CBF">
              <w:rPr>
                <w:rFonts w:ascii="Arial" w:hAnsi="Arial" w:cs="Arial"/>
                <w:sz w:val="16"/>
                <w:szCs w:val="16"/>
              </w:rPr>
              <w:t>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junto con el personal que utilizara para la ejecución deberán diligenciar y entregar al supervisor del contrato dentro de los cinco (05) días siguientes a la suscripción de la minuta el formato No. 1DT-FR-0016 DECLARACIÓN DE CONFIDENCIALIDAD Y COMPROMISO CON LA SEGURIDAD DE LA INFORMACIÓN CONTRATISTAS O TERCEROS.</w:t>
            </w:r>
          </w:p>
          <w:p w14:paraId="2FEF8C10" w14:textId="77777777" w:rsidR="00C64691" w:rsidRPr="00CF7CBF" w:rsidRDefault="00C64691" w:rsidP="0068500D">
            <w:pPr>
              <w:adjustRightInd w:val="0"/>
              <w:spacing w:after="0" w:line="240" w:lineRule="auto"/>
              <w:jc w:val="both"/>
              <w:rPr>
                <w:rFonts w:ascii="Arial" w:hAnsi="Arial" w:cs="Arial"/>
                <w:sz w:val="16"/>
                <w:szCs w:val="16"/>
              </w:rPr>
            </w:pPr>
          </w:p>
          <w:p w14:paraId="7F753A1C" w14:textId="77777777" w:rsidR="00862C52" w:rsidRPr="00CF7CBF" w:rsidRDefault="00862C52" w:rsidP="00862C52">
            <w:pPr>
              <w:pStyle w:val="Default"/>
              <w:jc w:val="both"/>
              <w:rPr>
                <w:rFonts w:ascii="Arial" w:hAnsi="Arial" w:cs="Arial"/>
                <w:sz w:val="16"/>
                <w:szCs w:val="16"/>
              </w:rPr>
            </w:pPr>
            <w:r w:rsidRPr="00CF7CBF">
              <w:rPr>
                <w:rFonts w:ascii="Arial" w:hAnsi="Arial" w:cs="Arial"/>
                <w:b/>
                <w:bCs/>
                <w:sz w:val="16"/>
                <w:szCs w:val="16"/>
              </w:rPr>
              <w:t>Forma de acreditación del requisito habilitante:</w:t>
            </w:r>
          </w:p>
          <w:p w14:paraId="5211FC4D" w14:textId="77777777" w:rsidR="0068500D" w:rsidRPr="00CF7CBF" w:rsidRDefault="0068500D" w:rsidP="0068500D">
            <w:pPr>
              <w:adjustRightInd w:val="0"/>
              <w:spacing w:after="0" w:line="240" w:lineRule="auto"/>
              <w:jc w:val="both"/>
              <w:rPr>
                <w:rFonts w:ascii="Arial" w:hAnsi="Arial" w:cs="Arial"/>
                <w:sz w:val="16"/>
                <w:szCs w:val="16"/>
              </w:rPr>
            </w:pPr>
          </w:p>
          <w:p w14:paraId="1BCF0E35" w14:textId="72623E00" w:rsidR="00220876" w:rsidRPr="00CF7CBF" w:rsidRDefault="0068500D" w:rsidP="0085606C">
            <w:pPr>
              <w:adjustRightInd w:val="0"/>
              <w:spacing w:after="0" w:line="240" w:lineRule="auto"/>
              <w:ind w:left="303" w:hanging="303"/>
              <w:jc w:val="both"/>
              <w:rPr>
                <w:rFonts w:ascii="Arial" w:hAnsi="Arial" w:cs="Arial"/>
                <w:sz w:val="16"/>
                <w:szCs w:val="16"/>
              </w:rPr>
            </w:pPr>
            <w:r w:rsidRPr="00CF7CBF">
              <w:rPr>
                <w:rFonts w:ascii="Arial" w:hAnsi="Arial" w:cs="Arial"/>
                <w:sz w:val="16"/>
                <w:szCs w:val="16"/>
              </w:rPr>
              <w:t>1.</w:t>
            </w:r>
            <w:r w:rsidRPr="00CF7CBF">
              <w:rPr>
                <w:rFonts w:ascii="Arial" w:hAnsi="Arial" w:cs="Arial"/>
                <w:sz w:val="16"/>
                <w:szCs w:val="16"/>
              </w:rPr>
              <w:tab/>
              <w:t>Presentar junto con la propuesta, debidamente diligenciado y firmado por el representante legal del proponente o persona natural, el formulario ACUERDO DE CONFIDENCIALIDAD.</w:t>
            </w:r>
          </w:p>
        </w:tc>
        <w:tc>
          <w:tcPr>
            <w:tcW w:w="1007" w:type="dxa"/>
            <w:shd w:val="clear" w:color="auto" w:fill="FFFFFF" w:themeFill="background1"/>
          </w:tcPr>
          <w:p w14:paraId="7160CF8F" w14:textId="77777777" w:rsidR="00DE1A8C" w:rsidRPr="00CF7CBF" w:rsidRDefault="00DE1A8C" w:rsidP="00F07BB4">
            <w:pPr>
              <w:adjustRightInd w:val="0"/>
              <w:jc w:val="both"/>
              <w:rPr>
                <w:rFonts w:ascii="Arial" w:hAnsi="Arial" w:cs="Arial"/>
                <w:b/>
                <w:sz w:val="16"/>
                <w:szCs w:val="16"/>
              </w:rPr>
            </w:pPr>
          </w:p>
        </w:tc>
        <w:tc>
          <w:tcPr>
            <w:tcW w:w="992" w:type="dxa"/>
            <w:shd w:val="clear" w:color="auto" w:fill="FFFFFF" w:themeFill="background1"/>
          </w:tcPr>
          <w:p w14:paraId="2A0785A8" w14:textId="77777777" w:rsidR="00DE1A8C" w:rsidRPr="00CF7CBF" w:rsidRDefault="00DE1A8C" w:rsidP="00F07BB4">
            <w:pPr>
              <w:adjustRightInd w:val="0"/>
              <w:jc w:val="both"/>
              <w:rPr>
                <w:rFonts w:ascii="Arial" w:hAnsi="Arial" w:cs="Arial"/>
                <w:b/>
                <w:sz w:val="16"/>
                <w:szCs w:val="16"/>
              </w:rPr>
            </w:pPr>
          </w:p>
        </w:tc>
      </w:tr>
      <w:tr w:rsidR="00DE1A8C" w:rsidRPr="00CF7CBF" w14:paraId="3594194A" w14:textId="77777777" w:rsidTr="00BC51C5">
        <w:trPr>
          <w:trHeight w:val="202"/>
          <w:jc w:val="center"/>
        </w:trPr>
        <w:tc>
          <w:tcPr>
            <w:tcW w:w="576" w:type="dxa"/>
            <w:vAlign w:val="center"/>
          </w:tcPr>
          <w:p w14:paraId="432A0ECD" w14:textId="011DE332" w:rsidR="00DE1A8C" w:rsidRPr="00CF7CBF" w:rsidRDefault="00D73845"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8</w:t>
            </w:r>
          </w:p>
        </w:tc>
        <w:tc>
          <w:tcPr>
            <w:tcW w:w="7924" w:type="dxa"/>
            <w:vAlign w:val="center"/>
          </w:tcPr>
          <w:p w14:paraId="3F86AD1C" w14:textId="77777777" w:rsidR="00DE1A8C" w:rsidRPr="00CF7CBF" w:rsidRDefault="00DE1A8C" w:rsidP="00F07BB4">
            <w:pPr>
              <w:widowControl w:val="0"/>
              <w:autoSpaceDE w:val="0"/>
              <w:autoSpaceDN w:val="0"/>
              <w:spacing w:after="0" w:line="240" w:lineRule="auto"/>
              <w:jc w:val="both"/>
              <w:rPr>
                <w:rFonts w:ascii="Arial" w:eastAsia="Arial" w:hAnsi="Arial" w:cs="Arial"/>
                <w:b/>
                <w:sz w:val="16"/>
                <w:szCs w:val="16"/>
                <w:lang w:bidi="es-ES"/>
              </w:rPr>
            </w:pPr>
            <w:r w:rsidRPr="00CF7CBF">
              <w:rPr>
                <w:rFonts w:ascii="Arial" w:eastAsia="Arial" w:hAnsi="Arial" w:cs="Arial"/>
                <w:b/>
                <w:sz w:val="16"/>
                <w:szCs w:val="16"/>
                <w:lang w:bidi="es-ES"/>
              </w:rPr>
              <w:t>SISTEMA DE GESTIÓN DE LA SEGURIDAD Y SALUD EN EL TRABAJO</w:t>
            </w:r>
          </w:p>
          <w:p w14:paraId="2CABCE76" w14:textId="77777777" w:rsidR="00DE1A8C" w:rsidRPr="00CF7CBF" w:rsidRDefault="00DE1A8C" w:rsidP="00F07BB4">
            <w:pPr>
              <w:pStyle w:val="Textoindependiente2"/>
              <w:spacing w:after="0" w:line="240" w:lineRule="auto"/>
              <w:jc w:val="both"/>
              <w:rPr>
                <w:rFonts w:ascii="Arial" w:eastAsia="Calibri" w:hAnsi="Arial" w:cs="Arial"/>
                <w:color w:val="000000" w:themeColor="text1"/>
                <w:sz w:val="16"/>
                <w:szCs w:val="16"/>
              </w:rPr>
            </w:pPr>
            <w:bookmarkStart w:id="0" w:name="_Hlk120437888"/>
          </w:p>
          <w:p w14:paraId="561C3CB0" w14:textId="77777777" w:rsidR="00DE1A8C" w:rsidRPr="00CF7CBF" w:rsidRDefault="00DE1A8C" w:rsidP="00F07BB4">
            <w:pPr>
              <w:pStyle w:val="Textoindependiente2"/>
              <w:spacing w:after="0" w:line="240" w:lineRule="auto"/>
              <w:jc w:val="both"/>
              <w:rPr>
                <w:rFonts w:ascii="Arial" w:eastAsia="Calibri" w:hAnsi="Arial" w:cs="Arial"/>
                <w:color w:val="000000" w:themeColor="text1"/>
                <w:sz w:val="16"/>
                <w:szCs w:val="16"/>
              </w:rPr>
            </w:pPr>
            <w:r w:rsidRPr="00CF7CBF">
              <w:rPr>
                <w:rFonts w:ascii="Arial" w:eastAsia="Arial" w:hAnsi="Arial" w:cs="Arial"/>
                <w:bCs/>
                <w:sz w:val="16"/>
                <w:szCs w:val="16"/>
                <w:lang w:bidi="es-ES"/>
              </w:rPr>
              <w:t xml:space="preserve">Con el fin de anticipar, reconocer, evaluar y controlar los riesgos que puedan afectar la seguridad y la salud en el trabajo, así prevenir </w:t>
            </w:r>
            <w:r w:rsidRPr="00CF7CBF">
              <w:rPr>
                <w:rFonts w:ascii="Arial" w:eastAsia="Calibri" w:hAnsi="Arial" w:cs="Arial"/>
                <w:color w:val="000000" w:themeColor="text1"/>
                <w:sz w:val="16"/>
                <w:szCs w:val="16"/>
              </w:rPr>
              <w:t>amenazas o accidentes y enfermedades laborales, que deriven</w:t>
            </w:r>
            <w:r w:rsidRPr="00CF7CBF">
              <w:rPr>
                <w:rFonts w:ascii="Arial" w:eastAsia="Arial" w:hAnsi="Arial" w:cs="Arial"/>
                <w:bCs/>
                <w:sz w:val="16"/>
                <w:szCs w:val="16"/>
                <w:lang w:bidi="es-ES"/>
              </w:rPr>
              <w:t xml:space="preserve"> en lesiones o enfermedades causadas por las condiciones de trabajo, y desarrollar acciones para  la protección y promoción de la salud de los trabajadores </w:t>
            </w:r>
            <w:r w:rsidRPr="00CF7CBF">
              <w:rPr>
                <w:rFonts w:ascii="Arial" w:eastAsia="Calibri" w:hAnsi="Arial" w:cs="Arial"/>
                <w:color w:val="000000" w:themeColor="text1"/>
                <w:sz w:val="16"/>
                <w:szCs w:val="16"/>
              </w:rPr>
              <w:t>que sean utilizados por el oferente y futuro contratista, así como asegurar el cumplimiento de las disposiciones d</w:t>
            </w:r>
            <w:r w:rsidRPr="00CF7CBF">
              <w:rPr>
                <w:rFonts w:ascii="Arial" w:eastAsia="Arial" w:hAnsi="Arial" w:cs="Arial"/>
                <w:bCs/>
                <w:sz w:val="16"/>
                <w:szCs w:val="16"/>
                <w:lang w:bidi="es-ES"/>
              </w:rPr>
              <w:t>el Decreto 1072 de 2015 “Único Reglamentario del Sector Trabajo y demás normas que lo complementen</w:t>
            </w:r>
            <w:r w:rsidRPr="00CF7CBF">
              <w:rPr>
                <w:rFonts w:ascii="Arial" w:eastAsia="Calibri" w:hAnsi="Arial" w:cs="Arial"/>
                <w:color w:val="000000" w:themeColor="text1"/>
                <w:sz w:val="16"/>
                <w:szCs w:val="16"/>
              </w:rPr>
              <w:t xml:space="preserve">, en materia de seguridad y salud en el trabajo, los oferentes que participen del presente proceso contractual deberán acreditar el cumplimiento frente a la </w:t>
            </w:r>
            <w:r w:rsidRPr="00CF7CBF">
              <w:rPr>
                <w:rFonts w:ascii="Arial" w:eastAsia="Arial" w:hAnsi="Arial" w:cs="Arial"/>
                <w:bCs/>
                <w:sz w:val="16"/>
                <w:szCs w:val="16"/>
                <w:lang w:bidi="es-ES"/>
              </w:rPr>
              <w:t>implementación y desarrollo del Sistema de Gestión de la Seguridad y Salud en el Trabajo SG-SST al interior de su empresa.</w:t>
            </w:r>
          </w:p>
          <w:p w14:paraId="14511225" w14:textId="77777777" w:rsidR="00DE1A8C" w:rsidRPr="00CF7CBF" w:rsidRDefault="00DE1A8C" w:rsidP="00F07BB4">
            <w:pPr>
              <w:pStyle w:val="Textoindependiente2"/>
              <w:spacing w:after="0" w:line="240" w:lineRule="auto"/>
              <w:jc w:val="both"/>
              <w:rPr>
                <w:rFonts w:ascii="Arial" w:eastAsia="Calibri" w:hAnsi="Arial" w:cs="Arial"/>
                <w:color w:val="000000" w:themeColor="text1"/>
                <w:sz w:val="16"/>
                <w:szCs w:val="16"/>
              </w:rPr>
            </w:pPr>
          </w:p>
          <w:p w14:paraId="736F8BFC" w14:textId="77777777" w:rsidR="00862C52" w:rsidRPr="00CF7CBF" w:rsidRDefault="00862C52" w:rsidP="00862C52">
            <w:pPr>
              <w:pStyle w:val="Default"/>
              <w:jc w:val="both"/>
              <w:rPr>
                <w:rFonts w:ascii="Arial" w:hAnsi="Arial" w:cs="Arial"/>
                <w:sz w:val="16"/>
                <w:szCs w:val="16"/>
              </w:rPr>
            </w:pPr>
            <w:r w:rsidRPr="00CF7CBF">
              <w:rPr>
                <w:rFonts w:ascii="Arial" w:hAnsi="Arial" w:cs="Arial"/>
                <w:b/>
                <w:bCs/>
                <w:sz w:val="16"/>
                <w:szCs w:val="16"/>
              </w:rPr>
              <w:t>Forma de acreditación del requisito habilitante:</w:t>
            </w:r>
          </w:p>
          <w:p w14:paraId="60914114" w14:textId="77777777" w:rsidR="00DE1A8C" w:rsidRPr="00CF7CBF" w:rsidRDefault="00DE1A8C" w:rsidP="00F07BB4">
            <w:pPr>
              <w:widowControl w:val="0"/>
              <w:autoSpaceDE w:val="0"/>
              <w:autoSpaceDN w:val="0"/>
              <w:spacing w:after="0" w:line="240" w:lineRule="auto"/>
              <w:jc w:val="both"/>
              <w:rPr>
                <w:rFonts w:ascii="Arial" w:eastAsia="Arial" w:hAnsi="Arial" w:cs="Arial"/>
                <w:b/>
                <w:bCs/>
                <w:sz w:val="16"/>
                <w:szCs w:val="16"/>
                <w:lang w:bidi="es-ES"/>
              </w:rPr>
            </w:pPr>
          </w:p>
          <w:p w14:paraId="3F7A81F2" w14:textId="77777777" w:rsidR="00DE1A8C" w:rsidRPr="00CF7CBF" w:rsidRDefault="00DE1A8C">
            <w:pPr>
              <w:pStyle w:val="Prrafodelista"/>
              <w:widowControl w:val="0"/>
              <w:numPr>
                <w:ilvl w:val="0"/>
                <w:numId w:val="10"/>
              </w:numPr>
              <w:autoSpaceDE w:val="0"/>
              <w:autoSpaceDN w:val="0"/>
              <w:jc w:val="both"/>
              <w:rPr>
                <w:rFonts w:ascii="Arial" w:eastAsia="Arial" w:hAnsi="Arial" w:cs="Arial"/>
                <w:b/>
                <w:sz w:val="16"/>
                <w:szCs w:val="16"/>
                <w:lang w:bidi="es-ES"/>
              </w:rPr>
            </w:pPr>
            <w:r w:rsidRPr="00CF7CBF">
              <w:rPr>
                <w:rFonts w:ascii="Arial" w:eastAsia="Arial" w:hAnsi="Arial" w:cs="Arial"/>
                <w:sz w:val="16"/>
                <w:szCs w:val="16"/>
                <w:lang w:bidi="es-ES"/>
              </w:rPr>
              <w:t>Presentar certificación firmada por el representante legal del proponente o persona natural, en la cual certifique su empresa</w:t>
            </w:r>
            <w:r w:rsidRPr="00CF7CBF">
              <w:rPr>
                <w:rFonts w:ascii="Arial" w:eastAsia="Calibri" w:hAnsi="Arial" w:cs="Arial"/>
                <w:color w:val="000000" w:themeColor="text1"/>
                <w:sz w:val="16"/>
                <w:szCs w:val="16"/>
              </w:rPr>
              <w:t xml:space="preserve"> </w:t>
            </w:r>
            <w:r w:rsidRPr="00CF7CBF">
              <w:rPr>
                <w:rFonts w:ascii="Arial" w:eastAsia="Arial" w:hAnsi="Arial" w:cs="Arial"/>
                <w:bCs/>
                <w:sz w:val="16"/>
                <w:szCs w:val="16"/>
                <w:lang w:bidi="es-ES"/>
              </w:rPr>
              <w:t>cumple con la implementación y desarrollo del Sistema de Gestión de la Seguridad y Salud en el Trabajo SG-SST, de conformidad con lo establecido en el Decreto 1072 de 2015, Decreto Único Reglamentario del Sector Trabajo y demás normas que lo complementen</w:t>
            </w:r>
            <w:r w:rsidRPr="00CF7CBF">
              <w:rPr>
                <w:rFonts w:ascii="Arial" w:eastAsia="Arial" w:hAnsi="Arial" w:cs="Arial"/>
                <w:sz w:val="16"/>
                <w:szCs w:val="16"/>
                <w:lang w:bidi="es-ES"/>
              </w:rPr>
              <w:t>.</w:t>
            </w:r>
          </w:p>
          <w:p w14:paraId="59D7E70C" w14:textId="77777777" w:rsidR="00DE1A8C" w:rsidRPr="00CF7CBF" w:rsidRDefault="00DE1A8C" w:rsidP="00F07BB4">
            <w:pPr>
              <w:pStyle w:val="Prrafodelista"/>
              <w:widowControl w:val="0"/>
              <w:autoSpaceDE w:val="0"/>
              <w:autoSpaceDN w:val="0"/>
              <w:ind w:left="360"/>
              <w:jc w:val="both"/>
              <w:rPr>
                <w:rFonts w:ascii="Arial" w:eastAsia="Arial" w:hAnsi="Arial" w:cs="Arial"/>
                <w:b/>
                <w:sz w:val="16"/>
                <w:szCs w:val="16"/>
                <w:lang w:bidi="es-ES"/>
              </w:rPr>
            </w:pPr>
          </w:p>
          <w:p w14:paraId="6531222A" w14:textId="36989930" w:rsidR="00220876" w:rsidRPr="0085606C" w:rsidRDefault="00DE1A8C" w:rsidP="0085606C">
            <w:pPr>
              <w:pStyle w:val="Prrafodelista"/>
              <w:widowControl w:val="0"/>
              <w:numPr>
                <w:ilvl w:val="0"/>
                <w:numId w:val="10"/>
              </w:numPr>
              <w:autoSpaceDE w:val="0"/>
              <w:autoSpaceDN w:val="0"/>
              <w:jc w:val="both"/>
              <w:rPr>
                <w:rFonts w:ascii="Arial" w:eastAsia="Arial" w:hAnsi="Arial" w:cs="Arial"/>
                <w:b/>
                <w:sz w:val="16"/>
                <w:szCs w:val="16"/>
                <w:lang w:bidi="es-ES"/>
              </w:rPr>
            </w:pPr>
            <w:r w:rsidRPr="00CF7CBF">
              <w:rPr>
                <w:rFonts w:ascii="Arial" w:hAnsi="Arial" w:cs="Arial"/>
                <w:sz w:val="16"/>
                <w:szCs w:val="16"/>
                <w:lang w:eastAsia="es-CO"/>
              </w:rPr>
              <w:t>Diligenciar y presentar junto con la propuesta el FORMULARIO - COMPROMISO CON EL SISTEMA DE GESTIÓN DE LA SEGURIDAD Y SALUD EN EL TRABAJO.</w:t>
            </w:r>
            <w:bookmarkEnd w:id="0"/>
          </w:p>
        </w:tc>
        <w:tc>
          <w:tcPr>
            <w:tcW w:w="1007" w:type="dxa"/>
          </w:tcPr>
          <w:p w14:paraId="28F8840B" w14:textId="77777777" w:rsidR="00DE1A8C" w:rsidRPr="00CF7CBF" w:rsidRDefault="00DE1A8C" w:rsidP="00F07BB4">
            <w:pPr>
              <w:widowControl w:val="0"/>
              <w:autoSpaceDE w:val="0"/>
              <w:autoSpaceDN w:val="0"/>
              <w:spacing w:after="0" w:line="240" w:lineRule="auto"/>
              <w:jc w:val="both"/>
              <w:rPr>
                <w:rFonts w:ascii="Arial" w:eastAsia="Arial" w:hAnsi="Arial" w:cs="Arial"/>
                <w:b/>
                <w:sz w:val="16"/>
                <w:szCs w:val="16"/>
                <w:lang w:bidi="es-ES"/>
              </w:rPr>
            </w:pPr>
          </w:p>
        </w:tc>
        <w:tc>
          <w:tcPr>
            <w:tcW w:w="992" w:type="dxa"/>
          </w:tcPr>
          <w:p w14:paraId="60EE6B37" w14:textId="77777777" w:rsidR="00DE1A8C" w:rsidRPr="00CF7CBF" w:rsidRDefault="00DE1A8C" w:rsidP="00F07BB4">
            <w:pPr>
              <w:widowControl w:val="0"/>
              <w:autoSpaceDE w:val="0"/>
              <w:autoSpaceDN w:val="0"/>
              <w:spacing w:after="0" w:line="240" w:lineRule="auto"/>
              <w:jc w:val="both"/>
              <w:rPr>
                <w:rFonts w:ascii="Arial" w:eastAsia="Arial" w:hAnsi="Arial" w:cs="Arial"/>
                <w:b/>
                <w:sz w:val="16"/>
                <w:szCs w:val="16"/>
                <w:lang w:bidi="es-ES"/>
              </w:rPr>
            </w:pPr>
          </w:p>
        </w:tc>
      </w:tr>
      <w:tr w:rsidR="00DE1A8C" w:rsidRPr="00CF7CBF" w14:paraId="4BF66DA9" w14:textId="77777777" w:rsidTr="00BC51C5">
        <w:trPr>
          <w:trHeight w:val="202"/>
          <w:jc w:val="center"/>
        </w:trPr>
        <w:tc>
          <w:tcPr>
            <w:tcW w:w="576" w:type="dxa"/>
            <w:vAlign w:val="center"/>
          </w:tcPr>
          <w:p w14:paraId="0D9AEC79" w14:textId="01B78C50" w:rsidR="00DE1A8C" w:rsidRPr="00CF7CBF" w:rsidRDefault="00A966AB"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9</w:t>
            </w:r>
          </w:p>
        </w:tc>
        <w:tc>
          <w:tcPr>
            <w:tcW w:w="7924" w:type="dxa"/>
            <w:vAlign w:val="center"/>
          </w:tcPr>
          <w:p w14:paraId="0B6EA777" w14:textId="054F12A8" w:rsidR="00DE1A8C" w:rsidRPr="00CF7CBF" w:rsidRDefault="00DE1A8C" w:rsidP="002944C1">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bookmarkStart w:id="1" w:name="_Hlk99458377"/>
            <w:r w:rsidRPr="00CF7CBF">
              <w:rPr>
                <w:rFonts w:ascii="Arial" w:eastAsia="Calibri" w:hAnsi="Arial" w:cs="Arial"/>
                <w:b/>
                <w:color w:val="000000" w:themeColor="text1"/>
                <w:sz w:val="16"/>
                <w:szCs w:val="16"/>
                <w:lang w:val="es-ES" w:eastAsia="es-ES"/>
              </w:rPr>
              <w:t>SISTEMA DE GESTIÓN AMBIENTAL</w:t>
            </w:r>
            <w:bookmarkEnd w:id="1"/>
          </w:p>
          <w:p w14:paraId="2F1B3AFA" w14:textId="77777777" w:rsidR="00DE1A8C" w:rsidRPr="00CF7CBF" w:rsidRDefault="00DE1A8C" w:rsidP="002944C1">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p w14:paraId="42B24BE2" w14:textId="77777777" w:rsidR="00DE1A8C" w:rsidRPr="00CF7CBF" w:rsidRDefault="00DE1A8C" w:rsidP="002944C1">
            <w:pPr>
              <w:spacing w:after="0" w:line="240" w:lineRule="auto"/>
              <w:jc w:val="both"/>
              <w:rPr>
                <w:rFonts w:ascii="Arial" w:hAnsi="Arial" w:cs="Arial"/>
                <w:sz w:val="16"/>
                <w:szCs w:val="16"/>
              </w:rPr>
            </w:pPr>
            <w:r w:rsidRPr="00CF7CBF">
              <w:rPr>
                <w:rFonts w:ascii="Arial" w:hAnsi="Arial" w:cs="Arial"/>
                <w:sz w:val="16"/>
                <w:szCs w:val="16"/>
              </w:rPr>
              <w:t>El oferente y futuro contratista durante la ejecución del contrato deberá dar cumplimiento de las normas y/o estándares técnicos nacionales e internacionales, al igual que las normas, leyes y políticas de gobierno en materia de protección del medio ambiente, así:</w:t>
            </w:r>
          </w:p>
          <w:p w14:paraId="4D15E662" w14:textId="77777777" w:rsidR="00DE1A8C" w:rsidRPr="00CF7CBF" w:rsidRDefault="00DE1A8C" w:rsidP="002944C1">
            <w:pPr>
              <w:spacing w:after="0" w:line="240" w:lineRule="auto"/>
              <w:jc w:val="both"/>
              <w:rPr>
                <w:rFonts w:ascii="Arial" w:hAnsi="Arial" w:cs="Arial"/>
                <w:sz w:val="16"/>
                <w:szCs w:val="16"/>
              </w:rPr>
            </w:pPr>
          </w:p>
          <w:p w14:paraId="5C3409CD" w14:textId="77777777" w:rsidR="00DE1A8C" w:rsidRPr="00CF7CBF" w:rsidRDefault="00DE1A8C" w:rsidP="002944C1">
            <w:pPr>
              <w:spacing w:after="0" w:line="240" w:lineRule="auto"/>
              <w:jc w:val="both"/>
              <w:rPr>
                <w:rFonts w:ascii="Arial" w:hAnsi="Arial" w:cs="Arial"/>
                <w:sz w:val="16"/>
                <w:szCs w:val="16"/>
              </w:rPr>
            </w:pPr>
            <w:r w:rsidRPr="00CF7CBF">
              <w:rPr>
                <w:rFonts w:ascii="Arial" w:hAnsi="Arial" w:cs="Arial"/>
                <w:sz w:val="16"/>
                <w:szCs w:val="16"/>
              </w:rPr>
              <w:t>En su artículo 79 la Constitución Política de Colombia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Esta norma constitucional puede interpretarse de manera solidaria con el principio fundamental del derecho a la vida, ya que éste sólo se podría garantizar bajo condiciones en las cuales la vida pueda disfrutarse con calidad.</w:t>
            </w:r>
          </w:p>
          <w:p w14:paraId="3DDCA082" w14:textId="77777777" w:rsidR="002944C1" w:rsidRPr="00CF7CBF" w:rsidRDefault="002944C1" w:rsidP="002944C1">
            <w:pPr>
              <w:spacing w:after="0" w:line="240" w:lineRule="auto"/>
              <w:jc w:val="both"/>
              <w:rPr>
                <w:rFonts w:ascii="Arial" w:hAnsi="Arial" w:cs="Arial"/>
                <w:sz w:val="16"/>
                <w:szCs w:val="16"/>
              </w:rPr>
            </w:pPr>
          </w:p>
          <w:p w14:paraId="5368F342" w14:textId="77777777" w:rsidR="00DE1A8C" w:rsidRPr="00CF7CBF" w:rsidRDefault="00DE1A8C" w:rsidP="002944C1">
            <w:pPr>
              <w:spacing w:after="0" w:line="240" w:lineRule="auto"/>
              <w:jc w:val="both"/>
              <w:rPr>
                <w:rFonts w:ascii="Arial" w:hAnsi="Arial" w:cs="Arial"/>
                <w:sz w:val="16"/>
                <w:szCs w:val="16"/>
              </w:rPr>
            </w:pPr>
            <w:r w:rsidRPr="00CF7CBF">
              <w:rPr>
                <w:rFonts w:ascii="Arial" w:hAnsi="Arial" w:cs="Arial"/>
                <w:sz w:val="16"/>
                <w:szCs w:val="16"/>
              </w:rPr>
              <w:lastRenderedPageBreak/>
              <w:t>La constitución nacional impone al Estado y a las personas la obligación de proteger las riquezas culturales y naturales (Art. 8), así como el deber de las personas y del ciudadano de proteger los recursos naturales y de velar por la conservación del ambiente (Art. 95).</w:t>
            </w:r>
          </w:p>
          <w:p w14:paraId="18D3E72F" w14:textId="77777777" w:rsidR="002944C1" w:rsidRPr="00CF7CBF" w:rsidRDefault="002944C1" w:rsidP="002944C1">
            <w:pPr>
              <w:spacing w:after="0" w:line="240" w:lineRule="auto"/>
              <w:jc w:val="both"/>
              <w:rPr>
                <w:rFonts w:ascii="Arial" w:hAnsi="Arial" w:cs="Arial"/>
                <w:sz w:val="16"/>
                <w:szCs w:val="16"/>
              </w:rPr>
            </w:pPr>
          </w:p>
          <w:p w14:paraId="7C49197E" w14:textId="77777777" w:rsidR="00DE1A8C" w:rsidRPr="00CF7CBF" w:rsidRDefault="00DE1A8C" w:rsidP="002944C1">
            <w:pPr>
              <w:spacing w:after="0" w:line="240" w:lineRule="auto"/>
              <w:jc w:val="both"/>
              <w:rPr>
                <w:rFonts w:ascii="Arial" w:hAnsi="Arial" w:cs="Arial"/>
                <w:sz w:val="16"/>
                <w:szCs w:val="16"/>
              </w:rPr>
            </w:pPr>
            <w:r w:rsidRPr="00CF7CBF">
              <w:rPr>
                <w:rFonts w:ascii="Arial" w:hAnsi="Arial" w:cs="Arial"/>
                <w:sz w:val="16"/>
                <w:szCs w:val="16"/>
              </w:rPr>
              <w:t xml:space="preserve">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w:t>
            </w:r>
          </w:p>
          <w:p w14:paraId="2A53220A" w14:textId="77777777" w:rsidR="002944C1" w:rsidRPr="00CF7CBF" w:rsidRDefault="002944C1" w:rsidP="002944C1">
            <w:pPr>
              <w:spacing w:after="0" w:line="240" w:lineRule="auto"/>
              <w:jc w:val="both"/>
              <w:rPr>
                <w:rFonts w:ascii="Arial" w:hAnsi="Arial" w:cs="Arial"/>
                <w:sz w:val="16"/>
                <w:szCs w:val="16"/>
              </w:rPr>
            </w:pPr>
          </w:p>
          <w:p w14:paraId="1B63F3E8" w14:textId="77777777" w:rsidR="00DE1A8C" w:rsidRPr="00CF7CBF" w:rsidRDefault="00DE1A8C" w:rsidP="002944C1">
            <w:pPr>
              <w:spacing w:after="0" w:line="240" w:lineRule="auto"/>
              <w:jc w:val="both"/>
              <w:rPr>
                <w:rFonts w:ascii="Arial" w:hAnsi="Arial" w:cs="Arial"/>
                <w:sz w:val="16"/>
                <w:szCs w:val="16"/>
              </w:rPr>
            </w:pPr>
            <w:r w:rsidRPr="00CF7CBF">
              <w:rPr>
                <w:rFonts w:ascii="Arial" w:hAnsi="Arial" w:cs="Arial"/>
                <w:sz w:val="16"/>
                <w:szCs w:val="16"/>
              </w:rPr>
              <w:t>Cumplir con lo preceptuado en la norma ISO 14001 “NORMA INTERNACIONAL DEL SISTEMA DE GESTIÓN AMBIENTAL” (SGA).</w:t>
            </w:r>
          </w:p>
          <w:p w14:paraId="08F6A5A0" w14:textId="77777777" w:rsidR="002944C1" w:rsidRPr="00CF7CBF" w:rsidRDefault="002944C1" w:rsidP="002944C1">
            <w:pPr>
              <w:spacing w:after="0" w:line="240" w:lineRule="auto"/>
              <w:jc w:val="both"/>
              <w:rPr>
                <w:rFonts w:ascii="Arial" w:hAnsi="Arial" w:cs="Arial"/>
                <w:sz w:val="16"/>
                <w:szCs w:val="16"/>
              </w:rPr>
            </w:pPr>
          </w:p>
          <w:p w14:paraId="6490CBF1" w14:textId="77777777" w:rsidR="00DE1A8C" w:rsidRPr="00CF7CBF" w:rsidRDefault="00DE1A8C" w:rsidP="002944C1">
            <w:pPr>
              <w:spacing w:after="0" w:line="240" w:lineRule="auto"/>
              <w:jc w:val="both"/>
              <w:rPr>
                <w:rFonts w:ascii="Arial" w:hAnsi="Arial" w:cs="Arial"/>
                <w:sz w:val="16"/>
                <w:szCs w:val="16"/>
              </w:rPr>
            </w:pPr>
            <w:r w:rsidRPr="00CF7CBF">
              <w:rPr>
                <w:rFonts w:ascii="Arial" w:hAnsi="Arial" w:cs="Arial"/>
                <w:sz w:val="16"/>
                <w:szCs w:val="16"/>
              </w:rPr>
              <w:t>Cualquier infracción ambiental por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264CA3BB" w14:textId="77777777" w:rsidR="002944C1" w:rsidRPr="00CF7CBF" w:rsidRDefault="002944C1" w:rsidP="002944C1">
            <w:pPr>
              <w:spacing w:after="0" w:line="240" w:lineRule="auto"/>
              <w:jc w:val="both"/>
              <w:rPr>
                <w:rFonts w:ascii="Arial" w:hAnsi="Arial" w:cs="Arial"/>
                <w:sz w:val="16"/>
                <w:szCs w:val="16"/>
              </w:rPr>
            </w:pPr>
          </w:p>
          <w:p w14:paraId="21ECD364" w14:textId="77777777" w:rsidR="00DE1A8C" w:rsidRPr="00CF7CBF" w:rsidRDefault="00DE1A8C" w:rsidP="002944C1">
            <w:pPr>
              <w:spacing w:after="0" w:line="240" w:lineRule="auto"/>
              <w:jc w:val="both"/>
              <w:rPr>
                <w:rFonts w:ascii="Arial" w:hAnsi="Arial" w:cs="Arial"/>
                <w:sz w:val="16"/>
                <w:szCs w:val="16"/>
              </w:rPr>
            </w:pPr>
            <w:r w:rsidRPr="00CF7CBF">
              <w:rPr>
                <w:rFonts w:ascii="Arial" w:hAnsi="Arial" w:cs="Arial"/>
                <w:sz w:val="16"/>
                <w:szCs w:val="16"/>
              </w:rPr>
              <w:t>Se acoge a la obligación de presentar las actas de disposición final correspondientes y las licencias ambientales de quienes realizarán dicha disposición, ya sean contratistas nacionales o extranjeros.</w:t>
            </w:r>
          </w:p>
          <w:p w14:paraId="4A64A0D9" w14:textId="77777777" w:rsidR="002944C1" w:rsidRPr="00CF7CBF" w:rsidRDefault="002944C1" w:rsidP="002944C1">
            <w:pPr>
              <w:spacing w:after="0" w:line="240" w:lineRule="auto"/>
              <w:jc w:val="both"/>
              <w:rPr>
                <w:rFonts w:ascii="Arial" w:hAnsi="Arial" w:cs="Arial"/>
                <w:sz w:val="16"/>
                <w:szCs w:val="16"/>
              </w:rPr>
            </w:pPr>
          </w:p>
          <w:p w14:paraId="157659F4" w14:textId="77777777" w:rsidR="00DE1A8C" w:rsidRPr="00CF7CBF" w:rsidRDefault="00DE1A8C" w:rsidP="002944C1">
            <w:pPr>
              <w:spacing w:after="0" w:line="240" w:lineRule="auto"/>
              <w:jc w:val="both"/>
              <w:rPr>
                <w:rFonts w:ascii="Arial" w:hAnsi="Arial" w:cs="Arial"/>
                <w:sz w:val="16"/>
                <w:szCs w:val="16"/>
              </w:rPr>
            </w:pPr>
            <w:r w:rsidRPr="00CF7CBF">
              <w:rPr>
                <w:rFonts w:ascii="Arial" w:hAnsi="Arial" w:cs="Arial"/>
                <w:sz w:val="16"/>
                <w:szCs w:val="16"/>
              </w:rPr>
              <w:t>En los casos de tener personal bajo su responsabilidad, deberá contemplar capacitaciones en temas ambientales como: impactos ambientales, manejo de residuos sólidos, líquidos, escombros entre otros, donde se realice el manejo y actuación de estos, e igualmente identificar los elementos utilizados (químicos, eléctricos, manufacturación entre otros), para el bien o servicio que se va a realizar de acuerdo con cada actividad específica que se desarrolle.</w:t>
            </w:r>
          </w:p>
          <w:p w14:paraId="494A2312" w14:textId="77777777" w:rsidR="002944C1" w:rsidRPr="00CF7CBF" w:rsidRDefault="002944C1" w:rsidP="002944C1">
            <w:pPr>
              <w:spacing w:after="0" w:line="240" w:lineRule="auto"/>
              <w:jc w:val="both"/>
              <w:rPr>
                <w:rFonts w:ascii="Arial" w:eastAsia="Calibri" w:hAnsi="Arial" w:cs="Arial"/>
                <w:b/>
                <w:color w:val="000000" w:themeColor="text1"/>
                <w:sz w:val="16"/>
                <w:szCs w:val="16"/>
                <w:lang w:val="es-ES" w:eastAsia="es-ES"/>
              </w:rPr>
            </w:pPr>
          </w:p>
          <w:p w14:paraId="293E211F" w14:textId="77777777" w:rsidR="00862C52" w:rsidRPr="00CF7CBF" w:rsidRDefault="00862C52" w:rsidP="002944C1">
            <w:pPr>
              <w:pStyle w:val="Default"/>
              <w:jc w:val="both"/>
              <w:rPr>
                <w:rFonts w:ascii="Arial" w:hAnsi="Arial" w:cs="Arial"/>
                <w:sz w:val="16"/>
                <w:szCs w:val="16"/>
              </w:rPr>
            </w:pPr>
            <w:bookmarkStart w:id="2" w:name="_Hlk96961731"/>
            <w:bookmarkStart w:id="3" w:name="_Hlk159580177"/>
            <w:r w:rsidRPr="00CF7CBF">
              <w:rPr>
                <w:rFonts w:ascii="Arial" w:hAnsi="Arial" w:cs="Arial"/>
                <w:b/>
                <w:bCs/>
                <w:sz w:val="16"/>
                <w:szCs w:val="16"/>
              </w:rPr>
              <w:t>Forma de acreditación del requisito habilitante:</w:t>
            </w:r>
          </w:p>
          <w:p w14:paraId="6F142A05" w14:textId="77777777" w:rsidR="00DE1A8C" w:rsidRPr="00CF7CBF" w:rsidRDefault="00DE1A8C" w:rsidP="002944C1">
            <w:pPr>
              <w:widowControl w:val="0"/>
              <w:autoSpaceDE w:val="0"/>
              <w:autoSpaceDN w:val="0"/>
              <w:spacing w:after="0" w:line="240" w:lineRule="auto"/>
              <w:jc w:val="both"/>
              <w:rPr>
                <w:rFonts w:ascii="Arial" w:eastAsia="Arial" w:hAnsi="Arial" w:cs="Arial"/>
                <w:b/>
                <w:bCs/>
                <w:sz w:val="16"/>
                <w:szCs w:val="16"/>
                <w:lang w:bidi="es-ES"/>
              </w:rPr>
            </w:pPr>
          </w:p>
          <w:p w14:paraId="739D0636" w14:textId="77777777" w:rsidR="00DE1A8C" w:rsidRPr="00CF7CBF" w:rsidRDefault="00DE1A8C">
            <w:pPr>
              <w:pStyle w:val="Prrafodelista"/>
              <w:widowControl w:val="0"/>
              <w:numPr>
                <w:ilvl w:val="0"/>
                <w:numId w:val="11"/>
              </w:numPr>
              <w:autoSpaceDE w:val="0"/>
              <w:autoSpaceDN w:val="0"/>
              <w:jc w:val="both"/>
              <w:rPr>
                <w:rFonts w:ascii="Arial" w:eastAsia="Arial" w:hAnsi="Arial" w:cs="Arial"/>
                <w:b/>
                <w:sz w:val="16"/>
                <w:szCs w:val="16"/>
                <w:lang w:bidi="es-ES"/>
              </w:rPr>
            </w:pPr>
            <w:r w:rsidRPr="00CF7CBF">
              <w:rPr>
                <w:rFonts w:ascii="Arial" w:eastAsia="Arial" w:hAnsi="Arial" w:cs="Arial"/>
                <w:sz w:val="16"/>
                <w:szCs w:val="16"/>
                <w:lang w:bidi="es-ES"/>
              </w:rPr>
              <w:t>Presentar certificación firmada por el representante legal del proponente o persona natural, en la cual exprese el cumplimiento de las condiciones y exigencias contempladas en el presente numeral.</w:t>
            </w:r>
          </w:p>
          <w:p w14:paraId="6A044452" w14:textId="77777777" w:rsidR="00DE1A8C" w:rsidRPr="00CF7CBF" w:rsidRDefault="00DE1A8C" w:rsidP="002944C1">
            <w:pPr>
              <w:pStyle w:val="Prrafodelista"/>
              <w:widowControl w:val="0"/>
              <w:autoSpaceDE w:val="0"/>
              <w:autoSpaceDN w:val="0"/>
              <w:ind w:left="360"/>
              <w:jc w:val="both"/>
              <w:rPr>
                <w:rFonts w:ascii="Arial" w:eastAsia="Arial" w:hAnsi="Arial" w:cs="Arial"/>
                <w:b/>
                <w:sz w:val="16"/>
                <w:szCs w:val="16"/>
                <w:lang w:bidi="es-ES"/>
              </w:rPr>
            </w:pPr>
          </w:p>
          <w:p w14:paraId="4EEC02D0" w14:textId="20F73C38" w:rsidR="00EA4F3E" w:rsidRPr="0085606C" w:rsidRDefault="00DE1A8C" w:rsidP="0085606C">
            <w:pPr>
              <w:pStyle w:val="Prrafodelista"/>
              <w:widowControl w:val="0"/>
              <w:numPr>
                <w:ilvl w:val="0"/>
                <w:numId w:val="11"/>
              </w:numPr>
              <w:autoSpaceDE w:val="0"/>
              <w:autoSpaceDN w:val="0"/>
              <w:jc w:val="both"/>
              <w:rPr>
                <w:rFonts w:ascii="Arial" w:eastAsia="Arial" w:hAnsi="Arial" w:cs="Arial"/>
                <w:b/>
                <w:sz w:val="16"/>
                <w:szCs w:val="16"/>
                <w:lang w:bidi="es-ES"/>
              </w:rPr>
            </w:pPr>
            <w:r w:rsidRPr="00CF7CBF">
              <w:rPr>
                <w:rFonts w:ascii="Arial" w:hAnsi="Arial" w:cs="Arial"/>
                <w:sz w:val="16"/>
                <w:szCs w:val="16"/>
                <w:lang w:eastAsia="es-CO"/>
              </w:rPr>
              <w:t>Diligenciar y presentar junto con la propuesta el FORMULARIO - COMPROMISO CON EL SISTEMA DE GESTIÓN AMBIENTAL.</w:t>
            </w:r>
            <w:bookmarkEnd w:id="2"/>
            <w:bookmarkEnd w:id="3"/>
          </w:p>
        </w:tc>
        <w:tc>
          <w:tcPr>
            <w:tcW w:w="1007" w:type="dxa"/>
          </w:tcPr>
          <w:p w14:paraId="4F34CE89" w14:textId="77777777" w:rsidR="00DE1A8C" w:rsidRPr="00CF7CBF" w:rsidRDefault="00DE1A8C" w:rsidP="00F07BB4">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c>
          <w:tcPr>
            <w:tcW w:w="992" w:type="dxa"/>
          </w:tcPr>
          <w:p w14:paraId="37E449F8" w14:textId="77777777" w:rsidR="00DE1A8C" w:rsidRPr="00CF7CBF" w:rsidRDefault="00DE1A8C" w:rsidP="00F07BB4">
            <w:pPr>
              <w:widowControl w:val="0"/>
              <w:autoSpaceDE w:val="0"/>
              <w:autoSpaceDN w:val="0"/>
              <w:spacing w:after="0" w:line="240" w:lineRule="auto"/>
              <w:jc w:val="both"/>
              <w:rPr>
                <w:rFonts w:ascii="Arial" w:eastAsia="Calibri" w:hAnsi="Arial" w:cs="Arial"/>
                <w:b/>
                <w:color w:val="000000" w:themeColor="text1"/>
                <w:sz w:val="16"/>
                <w:szCs w:val="16"/>
                <w:lang w:val="es-ES" w:eastAsia="es-ES"/>
              </w:rPr>
            </w:pPr>
          </w:p>
        </w:tc>
      </w:tr>
      <w:tr w:rsidR="00DE1A8C" w:rsidRPr="00CF7CBF" w14:paraId="76CB5C53" w14:textId="77777777" w:rsidTr="00BC51C5">
        <w:trPr>
          <w:trHeight w:val="202"/>
          <w:jc w:val="center"/>
        </w:trPr>
        <w:tc>
          <w:tcPr>
            <w:tcW w:w="576" w:type="dxa"/>
            <w:vAlign w:val="center"/>
          </w:tcPr>
          <w:p w14:paraId="47D9B992" w14:textId="69C13DB0" w:rsidR="00DE1A8C" w:rsidRPr="00CF7CBF" w:rsidRDefault="00DE1A8C" w:rsidP="00F07BB4">
            <w:pPr>
              <w:pStyle w:val="Textoindependiente2"/>
              <w:tabs>
                <w:tab w:val="left" w:pos="1980"/>
              </w:tabs>
              <w:spacing w:after="0" w:line="240" w:lineRule="auto"/>
              <w:jc w:val="center"/>
              <w:rPr>
                <w:rFonts w:ascii="Arial" w:hAnsi="Arial" w:cs="Arial"/>
                <w:color w:val="000000" w:themeColor="text1"/>
                <w:sz w:val="16"/>
                <w:szCs w:val="16"/>
                <w:lang w:eastAsia="es-CO"/>
              </w:rPr>
            </w:pPr>
            <w:r w:rsidRPr="00CF7CBF">
              <w:rPr>
                <w:rFonts w:ascii="Arial" w:hAnsi="Arial" w:cs="Arial"/>
                <w:color w:val="000000" w:themeColor="text1"/>
                <w:sz w:val="16"/>
                <w:szCs w:val="16"/>
                <w:lang w:eastAsia="es-CO"/>
              </w:rPr>
              <w:t>1</w:t>
            </w:r>
            <w:r w:rsidR="00A966AB" w:rsidRPr="00CF7CBF">
              <w:rPr>
                <w:rFonts w:ascii="Arial" w:hAnsi="Arial" w:cs="Arial"/>
                <w:color w:val="000000" w:themeColor="text1"/>
                <w:sz w:val="16"/>
                <w:szCs w:val="16"/>
                <w:lang w:eastAsia="es-CO"/>
              </w:rPr>
              <w:t>0</w:t>
            </w:r>
          </w:p>
        </w:tc>
        <w:tc>
          <w:tcPr>
            <w:tcW w:w="7924" w:type="dxa"/>
            <w:vAlign w:val="center"/>
          </w:tcPr>
          <w:p w14:paraId="06B0F354" w14:textId="77777777" w:rsidR="00DE1A8C" w:rsidRPr="00CF7CBF" w:rsidRDefault="00DE1A8C" w:rsidP="00F07BB4">
            <w:pPr>
              <w:widowControl w:val="0"/>
              <w:autoSpaceDE w:val="0"/>
              <w:autoSpaceDN w:val="0"/>
              <w:spacing w:after="0" w:line="240" w:lineRule="auto"/>
              <w:jc w:val="both"/>
              <w:rPr>
                <w:rFonts w:ascii="Arial" w:eastAsia="Calibri" w:hAnsi="Arial" w:cs="Arial"/>
                <w:b/>
                <w:bCs/>
                <w:sz w:val="16"/>
                <w:szCs w:val="16"/>
              </w:rPr>
            </w:pPr>
            <w:r w:rsidRPr="00CF7CBF">
              <w:rPr>
                <w:rFonts w:ascii="Arial" w:eastAsia="Calibri" w:hAnsi="Arial" w:cs="Arial"/>
                <w:b/>
                <w:bCs/>
                <w:sz w:val="16"/>
                <w:szCs w:val="16"/>
              </w:rPr>
              <w:t>REGISTRO ÚNICO DE INFRACTORES AMBIENTALES RUIA</w:t>
            </w:r>
          </w:p>
          <w:p w14:paraId="4D739676" w14:textId="77777777" w:rsidR="00DE1A8C" w:rsidRPr="00CF7CBF" w:rsidRDefault="00DE1A8C" w:rsidP="00F07BB4">
            <w:pPr>
              <w:widowControl w:val="0"/>
              <w:autoSpaceDE w:val="0"/>
              <w:autoSpaceDN w:val="0"/>
              <w:spacing w:after="0" w:line="240" w:lineRule="auto"/>
              <w:jc w:val="both"/>
              <w:rPr>
                <w:rFonts w:ascii="Arial" w:eastAsia="Calibri" w:hAnsi="Arial" w:cs="Arial"/>
                <w:b/>
                <w:bCs/>
                <w:sz w:val="16"/>
                <w:szCs w:val="16"/>
              </w:rPr>
            </w:pPr>
          </w:p>
          <w:p w14:paraId="66600881" w14:textId="77777777" w:rsidR="00DE1A8C" w:rsidRPr="00CF7CBF" w:rsidRDefault="00DE1A8C" w:rsidP="00F07BB4">
            <w:pPr>
              <w:pStyle w:val="Textoindependiente2"/>
              <w:spacing w:after="0" w:line="240" w:lineRule="auto"/>
              <w:ind w:left="-31"/>
              <w:jc w:val="both"/>
              <w:rPr>
                <w:rFonts w:ascii="Arial" w:eastAsia="Calibri" w:hAnsi="Arial" w:cs="Arial"/>
                <w:bCs/>
                <w:color w:val="000000" w:themeColor="text1"/>
                <w:sz w:val="16"/>
                <w:szCs w:val="16"/>
                <w:lang w:val="es-CO"/>
              </w:rPr>
            </w:pPr>
            <w:r w:rsidRPr="00CF7CBF">
              <w:rPr>
                <w:rFonts w:ascii="Arial" w:eastAsia="Calibri" w:hAnsi="Arial" w:cs="Arial"/>
                <w:bCs/>
                <w:color w:val="000000" w:themeColor="text1"/>
                <w:sz w:val="16"/>
                <w:szCs w:val="16"/>
                <w:lang w:val="es-CO"/>
              </w:rPr>
              <w:t>Los oferentes que participen en el presente proceso no deberán estar inscritos en el Registro Único de Infractores Ambientales RUIA, La Policía Metropolitana de Villavicencio realizará la verificación correspondiente.</w:t>
            </w:r>
          </w:p>
          <w:p w14:paraId="0D331C53" w14:textId="77777777" w:rsidR="00DE1A8C" w:rsidRPr="00CF7CBF" w:rsidRDefault="00DE1A8C" w:rsidP="00F07BB4">
            <w:pPr>
              <w:pStyle w:val="Textoindependiente2"/>
              <w:spacing w:after="0" w:line="240" w:lineRule="auto"/>
              <w:ind w:left="-31"/>
              <w:jc w:val="both"/>
              <w:rPr>
                <w:rFonts w:ascii="Arial" w:eastAsia="Calibri" w:hAnsi="Arial" w:cs="Arial"/>
                <w:bCs/>
                <w:color w:val="000000" w:themeColor="text1"/>
                <w:sz w:val="16"/>
                <w:szCs w:val="16"/>
                <w:lang w:val="es-CO"/>
              </w:rPr>
            </w:pPr>
          </w:p>
          <w:p w14:paraId="7CD25F5C" w14:textId="2FD05FF7" w:rsidR="00EA4F3E" w:rsidRPr="0085606C" w:rsidRDefault="00DE1A8C" w:rsidP="00F07BB4">
            <w:pPr>
              <w:widowControl w:val="0"/>
              <w:autoSpaceDE w:val="0"/>
              <w:autoSpaceDN w:val="0"/>
              <w:spacing w:after="0" w:line="240" w:lineRule="auto"/>
              <w:jc w:val="both"/>
              <w:rPr>
                <w:rFonts w:ascii="Arial" w:eastAsia="Calibri" w:hAnsi="Arial" w:cs="Arial"/>
                <w:bCs/>
                <w:color w:val="000000" w:themeColor="text1"/>
                <w:sz w:val="16"/>
                <w:szCs w:val="16"/>
              </w:rPr>
            </w:pPr>
            <w:r w:rsidRPr="00CF7CBF">
              <w:rPr>
                <w:rFonts w:ascii="Arial" w:eastAsia="Calibri" w:hAnsi="Arial" w:cs="Arial"/>
                <w:bCs/>
                <w:color w:val="000000" w:themeColor="text1"/>
                <w:sz w:val="16"/>
                <w:szCs w:val="16"/>
              </w:rPr>
              <w:t>Con la presentación de la oferta y el presente anexo firmado, el oferente certifica que no se encuentra inscrito con infractor en el Registro Único de Infractores Ambientales RUIA.</w:t>
            </w:r>
          </w:p>
        </w:tc>
        <w:tc>
          <w:tcPr>
            <w:tcW w:w="1007" w:type="dxa"/>
          </w:tcPr>
          <w:p w14:paraId="2DA14A01" w14:textId="77777777" w:rsidR="00DE1A8C" w:rsidRPr="00CF7CBF" w:rsidRDefault="00DE1A8C" w:rsidP="00F07BB4">
            <w:pPr>
              <w:widowControl w:val="0"/>
              <w:autoSpaceDE w:val="0"/>
              <w:autoSpaceDN w:val="0"/>
              <w:spacing w:after="0" w:line="240" w:lineRule="auto"/>
              <w:jc w:val="both"/>
              <w:rPr>
                <w:rFonts w:ascii="Arial" w:eastAsia="Calibri" w:hAnsi="Arial" w:cs="Arial"/>
                <w:b/>
                <w:bCs/>
                <w:sz w:val="16"/>
                <w:szCs w:val="16"/>
              </w:rPr>
            </w:pPr>
          </w:p>
        </w:tc>
        <w:tc>
          <w:tcPr>
            <w:tcW w:w="992" w:type="dxa"/>
          </w:tcPr>
          <w:p w14:paraId="1FA0CC53" w14:textId="77777777" w:rsidR="00DE1A8C" w:rsidRPr="00CF7CBF" w:rsidRDefault="00DE1A8C" w:rsidP="00F07BB4">
            <w:pPr>
              <w:widowControl w:val="0"/>
              <w:autoSpaceDE w:val="0"/>
              <w:autoSpaceDN w:val="0"/>
              <w:spacing w:after="0" w:line="240" w:lineRule="auto"/>
              <w:jc w:val="both"/>
              <w:rPr>
                <w:rFonts w:ascii="Arial" w:eastAsia="Calibri" w:hAnsi="Arial" w:cs="Arial"/>
                <w:b/>
                <w:bCs/>
                <w:sz w:val="16"/>
                <w:szCs w:val="16"/>
              </w:rPr>
            </w:pPr>
          </w:p>
        </w:tc>
      </w:tr>
    </w:tbl>
    <w:p w14:paraId="6F2FC1FE" w14:textId="264D9E67" w:rsidR="008E7FB9" w:rsidRDefault="008E7FB9" w:rsidP="0052054C">
      <w:pPr>
        <w:spacing w:line="240" w:lineRule="auto"/>
        <w:rPr>
          <w:rFonts w:ascii="Arial" w:hAnsi="Arial" w:cs="Arial"/>
          <w:color w:val="000000" w:themeColor="text1"/>
        </w:rPr>
      </w:pPr>
    </w:p>
    <w:p w14:paraId="288418DA" w14:textId="77777777" w:rsidR="00393874" w:rsidRDefault="00393874" w:rsidP="00393874">
      <w:pPr>
        <w:jc w:val="both"/>
        <w:rPr>
          <w:rFonts w:ascii="Arial" w:hAnsi="Arial" w:cs="Arial"/>
          <w:sz w:val="20"/>
          <w:szCs w:val="20"/>
          <w:lang w:eastAsia="es-CO"/>
        </w:rPr>
      </w:pPr>
      <w:r w:rsidRPr="008645F9">
        <w:rPr>
          <w:rFonts w:ascii="Arial" w:hAnsi="Arial" w:cs="Arial"/>
          <w:sz w:val="20"/>
          <w:szCs w:val="20"/>
          <w:lang w:eastAsia="es-CO"/>
        </w:rPr>
        <w:t>El proponente:</w:t>
      </w:r>
    </w:p>
    <w:p w14:paraId="6EBA3670" w14:textId="77777777" w:rsidR="00393874" w:rsidRDefault="00393874" w:rsidP="00393874">
      <w:pPr>
        <w:jc w:val="both"/>
        <w:rPr>
          <w:rFonts w:ascii="Arial" w:hAnsi="Arial" w:cs="Arial"/>
          <w:b/>
          <w:sz w:val="20"/>
          <w:szCs w:val="20"/>
        </w:rPr>
      </w:pPr>
    </w:p>
    <w:p w14:paraId="17B4A2C0" w14:textId="77777777" w:rsidR="00393874" w:rsidRPr="008645F9" w:rsidRDefault="00393874" w:rsidP="00393874">
      <w:pPr>
        <w:jc w:val="both"/>
        <w:rPr>
          <w:rFonts w:ascii="Arial" w:hAnsi="Arial" w:cs="Arial"/>
          <w:sz w:val="20"/>
          <w:szCs w:val="20"/>
        </w:rPr>
      </w:pPr>
      <w:bookmarkStart w:id="4" w:name="_GoBack"/>
      <w:bookmarkEnd w:id="4"/>
      <w:r w:rsidRPr="008645F9">
        <w:rPr>
          <w:rFonts w:ascii="Arial" w:hAnsi="Arial" w:cs="Arial"/>
          <w:b/>
          <w:sz w:val="20"/>
          <w:szCs w:val="20"/>
        </w:rPr>
        <w:t>__________________________________</w:t>
      </w:r>
    </w:p>
    <w:p w14:paraId="07D46D3B" w14:textId="77777777" w:rsidR="00393874" w:rsidRPr="008645F9" w:rsidRDefault="00393874" w:rsidP="0039387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B6F1CDD" w14:textId="77777777" w:rsidR="00393874" w:rsidRPr="008645F9" w:rsidRDefault="00393874" w:rsidP="0039387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1F81AAADC7342ACA0F6C7A877D66D2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0B33F78" w14:textId="77777777" w:rsidR="00393874" w:rsidRPr="008645F9" w:rsidRDefault="00393874" w:rsidP="00393874">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7070E7884D2C461D8DF6E966590C1AD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796E218" w14:textId="77777777" w:rsidR="00393874" w:rsidRPr="008645F9" w:rsidRDefault="00393874" w:rsidP="0039387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C5D8569A2CC6475DB173560403DBA76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26C842A" w14:textId="77777777" w:rsidR="00393874" w:rsidRPr="008645F9" w:rsidRDefault="00393874" w:rsidP="00393874">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C95C345ABCC4750A19B4679819B216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172A1A" w14:textId="77777777" w:rsidR="00393874" w:rsidRPr="008645F9" w:rsidRDefault="00393874" w:rsidP="00393874">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CE5FA2D40304DE8853BA67635DFEA1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BB72866" w14:textId="77777777" w:rsidR="00393874" w:rsidRPr="008645F9" w:rsidRDefault="00393874" w:rsidP="00393874">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B1C42389305452BA10C0CC085CFD505"/>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C959BC2" w14:textId="77777777" w:rsidR="00393874" w:rsidRPr="00A70DFE" w:rsidRDefault="00393874" w:rsidP="00393874">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DAF11A0851E45D8A249C643C909EE2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2853EFE" w14:textId="77777777" w:rsidR="00393874" w:rsidRDefault="00393874" w:rsidP="00393874">
      <w:pPr>
        <w:pStyle w:val="Prrafodelista"/>
        <w:tabs>
          <w:tab w:val="left" w:pos="240"/>
          <w:tab w:val="left" w:pos="6210"/>
        </w:tabs>
        <w:ind w:left="0"/>
        <w:jc w:val="center"/>
        <w:rPr>
          <w:rFonts w:ascii="Arial" w:hAnsi="Arial" w:cs="Arial"/>
          <w:b/>
          <w:sz w:val="22"/>
          <w:szCs w:val="22"/>
        </w:rPr>
      </w:pPr>
    </w:p>
    <w:p w14:paraId="4CCE3DC3" w14:textId="77777777" w:rsidR="00393874" w:rsidRDefault="00393874" w:rsidP="00393874">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0AC294F6" w14:textId="77777777" w:rsidR="00393874" w:rsidRDefault="00393874" w:rsidP="0052054C">
      <w:pPr>
        <w:spacing w:line="240" w:lineRule="auto"/>
        <w:rPr>
          <w:rFonts w:ascii="Arial" w:hAnsi="Arial" w:cs="Arial"/>
          <w:color w:val="000000" w:themeColor="text1"/>
        </w:rPr>
      </w:pPr>
    </w:p>
    <w:sectPr w:rsidR="00393874" w:rsidSect="00EA4F3E">
      <w:headerReference w:type="default" r:id="rId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BC94B" w14:textId="77777777" w:rsidR="00BF6050" w:rsidRDefault="00BF6050">
      <w:pPr>
        <w:spacing w:after="0" w:line="240" w:lineRule="auto"/>
      </w:pPr>
      <w:r>
        <w:separator/>
      </w:r>
    </w:p>
  </w:endnote>
  <w:endnote w:type="continuationSeparator" w:id="0">
    <w:p w14:paraId="023CF1AC" w14:textId="77777777" w:rsidR="00BF6050" w:rsidRDefault="00BF6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99018" w14:textId="77777777" w:rsidR="00BF6050" w:rsidRDefault="00BF6050">
      <w:pPr>
        <w:spacing w:after="0" w:line="240" w:lineRule="auto"/>
      </w:pPr>
      <w:r>
        <w:separator/>
      </w:r>
    </w:p>
  </w:footnote>
  <w:footnote w:type="continuationSeparator" w:id="0">
    <w:p w14:paraId="1FD51E26" w14:textId="77777777" w:rsidR="00BF6050" w:rsidRDefault="00BF6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B63B2A" w:rsidRPr="00DE1A8C" w14:paraId="1F19F236" w14:textId="77777777" w:rsidTr="007574D6">
      <w:trPr>
        <w:cantSplit/>
        <w:trHeight w:val="350"/>
        <w:jc w:val="center"/>
      </w:trPr>
      <w:tc>
        <w:tcPr>
          <w:tcW w:w="2338" w:type="dxa"/>
          <w:vAlign w:val="center"/>
        </w:tcPr>
        <w:p w14:paraId="2159900E" w14:textId="27043E87" w:rsidR="009A6699" w:rsidRPr="00DE1A8C" w:rsidRDefault="00DE1A8C" w:rsidP="007574D6">
          <w:pPr>
            <w:spacing w:after="0"/>
            <w:jc w:val="center"/>
          </w:pPr>
          <w:r w:rsidRPr="00DE1A8C">
            <w:t xml:space="preserve">Página </w:t>
          </w:r>
          <w:r w:rsidRPr="00DE1A8C">
            <w:fldChar w:fldCharType="begin"/>
          </w:r>
          <w:r w:rsidRPr="00DE1A8C">
            <w:instrText xml:space="preserve"> PAGE </w:instrText>
          </w:r>
          <w:r w:rsidRPr="00DE1A8C">
            <w:fldChar w:fldCharType="separate"/>
          </w:r>
          <w:r w:rsidR="00393874">
            <w:rPr>
              <w:noProof/>
            </w:rPr>
            <w:t>18</w:t>
          </w:r>
          <w:r w:rsidRPr="00DE1A8C">
            <w:fldChar w:fldCharType="end"/>
          </w:r>
          <w:r w:rsidRPr="00DE1A8C">
            <w:t xml:space="preserve"> de </w:t>
          </w:r>
          <w:fldSimple w:instr=" NUMPAGES  ">
            <w:r w:rsidR="00393874">
              <w:rPr>
                <w:noProof/>
              </w:rPr>
              <w:t>20</w:t>
            </w:r>
          </w:fldSimple>
        </w:p>
      </w:tc>
      <w:tc>
        <w:tcPr>
          <w:tcW w:w="5812" w:type="dxa"/>
          <w:vMerge w:val="restart"/>
          <w:vAlign w:val="center"/>
        </w:tcPr>
        <w:p w14:paraId="03F83D02" w14:textId="77777777" w:rsidR="009A6699" w:rsidRPr="00DE1A8C" w:rsidRDefault="00DE1A8C" w:rsidP="007574D6">
          <w:pPr>
            <w:spacing w:after="0"/>
            <w:jc w:val="center"/>
          </w:pPr>
          <w:r w:rsidRPr="00DE1A8C">
            <w:t>PROCESO ADQUIRIR BIENES Y SERVICIOS</w:t>
          </w:r>
        </w:p>
      </w:tc>
      <w:tc>
        <w:tcPr>
          <w:tcW w:w="2268" w:type="dxa"/>
          <w:vMerge w:val="restart"/>
          <w:vAlign w:val="center"/>
        </w:tcPr>
        <w:p w14:paraId="654939FC" w14:textId="77777777" w:rsidR="009A6699" w:rsidRPr="00DE1A8C" w:rsidRDefault="00DE1A8C" w:rsidP="007574D6">
          <w:pPr>
            <w:spacing w:after="0"/>
            <w:jc w:val="center"/>
          </w:pPr>
          <w:r w:rsidRPr="00DE1A8C">
            <w:rPr>
              <w:noProof/>
              <w:lang w:eastAsia="es-CO"/>
            </w:rPr>
            <w:drawing>
              <wp:inline distT="0" distB="0" distL="0" distR="0" wp14:anchorId="6D409E36" wp14:editId="63027CD8">
                <wp:extent cx="466725" cy="453761"/>
                <wp:effectExtent l="0" t="0" r="0" b="3810"/>
                <wp:docPr id="63985786" name="Imagen 639857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45426498" w14:textId="77777777" w:rsidR="009A6699" w:rsidRPr="00DE1A8C" w:rsidRDefault="00DE1A8C" w:rsidP="007574D6">
          <w:pPr>
            <w:spacing w:after="0"/>
            <w:jc w:val="center"/>
          </w:pPr>
          <w:r w:rsidRPr="00DE1A8C">
            <w:t>POLICÍA NACIONAL</w:t>
          </w:r>
        </w:p>
      </w:tc>
    </w:tr>
    <w:tr w:rsidR="00B63B2A" w:rsidRPr="00DE1A8C" w14:paraId="0B9E70ED" w14:textId="77777777" w:rsidTr="007574D6">
      <w:trPr>
        <w:cantSplit/>
        <w:trHeight w:val="351"/>
        <w:jc w:val="center"/>
      </w:trPr>
      <w:tc>
        <w:tcPr>
          <w:tcW w:w="2338" w:type="dxa"/>
          <w:vAlign w:val="center"/>
        </w:tcPr>
        <w:p w14:paraId="416DD709" w14:textId="77777777" w:rsidR="009A6699" w:rsidRPr="00DE1A8C" w:rsidRDefault="00DE1A8C" w:rsidP="007574D6">
          <w:pPr>
            <w:spacing w:after="0"/>
            <w:jc w:val="center"/>
          </w:pPr>
          <w:r w:rsidRPr="00DE1A8C">
            <w:t>CÓDIGO: 2BS-FR-0004</w:t>
          </w:r>
        </w:p>
      </w:tc>
      <w:tc>
        <w:tcPr>
          <w:tcW w:w="5812" w:type="dxa"/>
          <w:vMerge/>
          <w:vAlign w:val="center"/>
        </w:tcPr>
        <w:p w14:paraId="2DDF50CF" w14:textId="77777777" w:rsidR="009A6699" w:rsidRPr="00DE1A8C" w:rsidRDefault="009A6699" w:rsidP="007574D6">
          <w:pPr>
            <w:spacing w:after="0"/>
            <w:jc w:val="center"/>
          </w:pPr>
        </w:p>
      </w:tc>
      <w:tc>
        <w:tcPr>
          <w:tcW w:w="2268" w:type="dxa"/>
          <w:vMerge/>
          <w:vAlign w:val="center"/>
        </w:tcPr>
        <w:p w14:paraId="6B2BD530" w14:textId="77777777" w:rsidR="009A6699" w:rsidRPr="00DE1A8C" w:rsidRDefault="009A6699" w:rsidP="007574D6">
          <w:pPr>
            <w:spacing w:after="0"/>
            <w:jc w:val="center"/>
          </w:pPr>
        </w:p>
      </w:tc>
    </w:tr>
    <w:tr w:rsidR="00B63B2A" w:rsidRPr="00DE1A8C" w14:paraId="4CDBBEBE" w14:textId="77777777" w:rsidTr="007574D6">
      <w:trPr>
        <w:cantSplit/>
        <w:trHeight w:val="350"/>
        <w:jc w:val="center"/>
      </w:trPr>
      <w:tc>
        <w:tcPr>
          <w:tcW w:w="2338" w:type="dxa"/>
          <w:vAlign w:val="center"/>
        </w:tcPr>
        <w:p w14:paraId="585EE985" w14:textId="77777777" w:rsidR="009A6699" w:rsidRPr="00DE1A8C" w:rsidRDefault="00DE1A8C" w:rsidP="007574D6">
          <w:pPr>
            <w:spacing w:after="0"/>
            <w:jc w:val="center"/>
          </w:pPr>
          <w:r w:rsidRPr="00DE1A8C">
            <w:t>FECHA: 01/03/2022</w:t>
          </w:r>
        </w:p>
      </w:tc>
      <w:tc>
        <w:tcPr>
          <w:tcW w:w="5812" w:type="dxa"/>
          <w:vMerge w:val="restart"/>
          <w:vAlign w:val="center"/>
        </w:tcPr>
        <w:p w14:paraId="4C3180B6" w14:textId="77777777" w:rsidR="009A6699" w:rsidRPr="00DE1A8C" w:rsidRDefault="00DE1A8C" w:rsidP="007574D6">
          <w:pPr>
            <w:spacing w:after="0"/>
            <w:jc w:val="center"/>
          </w:pPr>
          <w:r w:rsidRPr="00DE1A8C">
            <w:t>ELABORACIÓN DE ESTUDIOS PREVIOS PARA CONTRATOS</w:t>
          </w:r>
        </w:p>
      </w:tc>
      <w:tc>
        <w:tcPr>
          <w:tcW w:w="2268" w:type="dxa"/>
          <w:vMerge/>
          <w:vAlign w:val="center"/>
        </w:tcPr>
        <w:p w14:paraId="2223A774" w14:textId="77777777" w:rsidR="009A6699" w:rsidRPr="00DE1A8C" w:rsidRDefault="009A6699" w:rsidP="007574D6">
          <w:pPr>
            <w:spacing w:after="0"/>
            <w:jc w:val="center"/>
          </w:pPr>
        </w:p>
      </w:tc>
    </w:tr>
    <w:tr w:rsidR="00B63B2A" w:rsidRPr="00DE1A8C" w14:paraId="5747198A" w14:textId="77777777" w:rsidTr="007574D6">
      <w:trPr>
        <w:cantSplit/>
        <w:trHeight w:val="351"/>
        <w:jc w:val="center"/>
      </w:trPr>
      <w:tc>
        <w:tcPr>
          <w:tcW w:w="2338" w:type="dxa"/>
          <w:vAlign w:val="center"/>
        </w:tcPr>
        <w:p w14:paraId="2531624E" w14:textId="77777777" w:rsidR="009A6699" w:rsidRPr="00DE1A8C" w:rsidRDefault="00DE1A8C" w:rsidP="007574D6">
          <w:pPr>
            <w:spacing w:after="0"/>
            <w:jc w:val="center"/>
          </w:pPr>
          <w:r w:rsidRPr="00DE1A8C">
            <w:t>VERSIÓN: 9</w:t>
          </w:r>
        </w:p>
      </w:tc>
      <w:tc>
        <w:tcPr>
          <w:tcW w:w="5812" w:type="dxa"/>
          <w:vMerge/>
          <w:vAlign w:val="center"/>
        </w:tcPr>
        <w:p w14:paraId="729517A9" w14:textId="77777777" w:rsidR="009A6699" w:rsidRPr="00DE1A8C" w:rsidRDefault="009A6699" w:rsidP="007574D6">
          <w:pPr>
            <w:spacing w:after="0"/>
            <w:jc w:val="center"/>
          </w:pPr>
        </w:p>
      </w:tc>
      <w:tc>
        <w:tcPr>
          <w:tcW w:w="2268" w:type="dxa"/>
          <w:vMerge/>
          <w:vAlign w:val="center"/>
        </w:tcPr>
        <w:p w14:paraId="5CB9999E" w14:textId="77777777" w:rsidR="009A6699" w:rsidRPr="00DE1A8C" w:rsidRDefault="009A6699" w:rsidP="007574D6">
          <w:pPr>
            <w:spacing w:after="0"/>
            <w:jc w:val="center"/>
          </w:pPr>
        </w:p>
      </w:tc>
    </w:tr>
  </w:tbl>
  <w:p w14:paraId="5DABA67C" w14:textId="77777777" w:rsidR="009A6699" w:rsidRPr="007574D6" w:rsidRDefault="009A6699" w:rsidP="007574D6">
    <w:pPr>
      <w:spacing w:after="0"/>
      <w:rPr>
        <w:rFonts w:ascii="Arial" w:hAnsi="Arial" w:cs="Arial"/>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2" w15:restartNumberingAfterBreak="0">
    <w:nsid w:val="FFFFFF81"/>
    <w:multiLevelType w:val="singleLevel"/>
    <w:tmpl w:val="4D341D1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3D16D77A"/>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49FA783C"/>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6" w15:restartNumberingAfterBreak="0">
    <w:nsid w:val="FFFFFF89"/>
    <w:multiLevelType w:val="singleLevel"/>
    <w:tmpl w:val="02FCE266"/>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8" w15:restartNumberingAfterBreak="0">
    <w:nsid w:val="02872992"/>
    <w:multiLevelType w:val="hybridMultilevel"/>
    <w:tmpl w:val="1D4415F6"/>
    <w:lvl w:ilvl="0" w:tplc="0ECCF814">
      <w:start w:val="1"/>
      <w:numFmt w:val="decimal"/>
      <w:lvlText w:val="5.%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87D4416"/>
    <w:multiLevelType w:val="hybridMultilevel"/>
    <w:tmpl w:val="711A56BA"/>
    <w:lvl w:ilvl="0" w:tplc="8F88F682">
      <w:numFmt w:val="bullet"/>
      <w:lvlText w:val=""/>
      <w:lvlJc w:val="left"/>
      <w:pPr>
        <w:ind w:left="360"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992" w:hanging="360"/>
      </w:pPr>
      <w:rPr>
        <w:rFonts w:hint="default"/>
        <w:lang w:val="es-ES" w:eastAsia="es-ES" w:bidi="es-ES"/>
      </w:rPr>
    </w:lvl>
    <w:lvl w:ilvl="2" w:tplc="637C1684">
      <w:numFmt w:val="bullet"/>
      <w:lvlText w:val="•"/>
      <w:lvlJc w:val="left"/>
      <w:pPr>
        <w:ind w:left="1630" w:hanging="360"/>
      </w:pPr>
      <w:rPr>
        <w:rFonts w:hint="default"/>
        <w:lang w:val="es-ES" w:eastAsia="es-ES" w:bidi="es-ES"/>
      </w:rPr>
    </w:lvl>
    <w:lvl w:ilvl="3" w:tplc="3C668F94">
      <w:numFmt w:val="bullet"/>
      <w:lvlText w:val="•"/>
      <w:lvlJc w:val="left"/>
      <w:pPr>
        <w:ind w:left="2267" w:hanging="360"/>
      </w:pPr>
      <w:rPr>
        <w:rFonts w:hint="default"/>
        <w:lang w:val="es-ES" w:eastAsia="es-ES" w:bidi="es-ES"/>
      </w:rPr>
    </w:lvl>
    <w:lvl w:ilvl="4" w:tplc="AF2EEFB8">
      <w:numFmt w:val="bullet"/>
      <w:lvlText w:val="•"/>
      <w:lvlJc w:val="left"/>
      <w:pPr>
        <w:ind w:left="2905" w:hanging="360"/>
      </w:pPr>
      <w:rPr>
        <w:rFonts w:hint="default"/>
        <w:lang w:val="es-ES" w:eastAsia="es-ES" w:bidi="es-ES"/>
      </w:rPr>
    </w:lvl>
    <w:lvl w:ilvl="5" w:tplc="17020BB4">
      <w:numFmt w:val="bullet"/>
      <w:lvlText w:val="•"/>
      <w:lvlJc w:val="left"/>
      <w:pPr>
        <w:ind w:left="3543" w:hanging="360"/>
      </w:pPr>
      <w:rPr>
        <w:rFonts w:hint="default"/>
        <w:lang w:val="es-ES" w:eastAsia="es-ES" w:bidi="es-ES"/>
      </w:rPr>
    </w:lvl>
    <w:lvl w:ilvl="6" w:tplc="5ACEF2C6">
      <w:numFmt w:val="bullet"/>
      <w:lvlText w:val="•"/>
      <w:lvlJc w:val="left"/>
      <w:pPr>
        <w:ind w:left="4180" w:hanging="360"/>
      </w:pPr>
      <w:rPr>
        <w:rFonts w:hint="default"/>
        <w:lang w:val="es-ES" w:eastAsia="es-ES" w:bidi="es-ES"/>
      </w:rPr>
    </w:lvl>
    <w:lvl w:ilvl="7" w:tplc="37EA5EF8">
      <w:numFmt w:val="bullet"/>
      <w:lvlText w:val="•"/>
      <w:lvlJc w:val="left"/>
      <w:pPr>
        <w:ind w:left="4818" w:hanging="360"/>
      </w:pPr>
      <w:rPr>
        <w:rFonts w:hint="default"/>
        <w:lang w:val="es-ES" w:eastAsia="es-ES" w:bidi="es-ES"/>
      </w:rPr>
    </w:lvl>
    <w:lvl w:ilvl="8" w:tplc="D83880FC">
      <w:numFmt w:val="bullet"/>
      <w:lvlText w:val="•"/>
      <w:lvlJc w:val="left"/>
      <w:pPr>
        <w:ind w:left="5455" w:hanging="360"/>
      </w:pPr>
      <w:rPr>
        <w:rFonts w:hint="default"/>
        <w:lang w:val="es-ES" w:eastAsia="es-ES" w:bidi="es-ES"/>
      </w:rPr>
    </w:lvl>
  </w:abstractNum>
  <w:abstractNum w:abstractNumId="10" w15:restartNumberingAfterBreak="0">
    <w:nsid w:val="0CE27540"/>
    <w:multiLevelType w:val="hybridMultilevel"/>
    <w:tmpl w:val="B39C07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F597F42"/>
    <w:multiLevelType w:val="hybridMultilevel"/>
    <w:tmpl w:val="C4301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1F611C"/>
    <w:multiLevelType w:val="hybridMultilevel"/>
    <w:tmpl w:val="3B48AEFA"/>
    <w:lvl w:ilvl="0" w:tplc="FFFFFFFF">
      <w:start w:val="1"/>
      <w:numFmt w:val="decimal"/>
      <w:lvlText w:val="%1."/>
      <w:lvlJc w:val="left"/>
      <w:pPr>
        <w:ind w:left="360" w:hanging="360"/>
      </w:pPr>
      <w:rPr>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3" w15:restartNumberingAfterBreak="0">
    <w:nsid w:val="16B83683"/>
    <w:multiLevelType w:val="hybridMultilevel"/>
    <w:tmpl w:val="21A663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8C169A"/>
    <w:multiLevelType w:val="hybridMultilevel"/>
    <w:tmpl w:val="A7D06E00"/>
    <w:lvl w:ilvl="0" w:tplc="FAC89880">
      <w:start w:val="1"/>
      <w:numFmt w:val="decimal"/>
      <w:lvlText w:val="10.%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A60A48"/>
    <w:multiLevelType w:val="hybridMultilevel"/>
    <w:tmpl w:val="350436D8"/>
    <w:lvl w:ilvl="0" w:tplc="24EA8668">
      <w:start w:val="1"/>
      <w:numFmt w:val="decimal"/>
      <w:lvlText w:val="11.%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540BB6"/>
    <w:multiLevelType w:val="hybridMultilevel"/>
    <w:tmpl w:val="F0581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4E34D48"/>
    <w:multiLevelType w:val="multilevel"/>
    <w:tmpl w:val="20C4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E85CEE"/>
    <w:multiLevelType w:val="hybridMultilevel"/>
    <w:tmpl w:val="E2546C90"/>
    <w:lvl w:ilvl="0" w:tplc="B7163478">
      <w:start w:val="1"/>
      <w:numFmt w:val="decimal"/>
      <w:lvlText w:val="4.%1"/>
      <w:lvlJc w:val="left"/>
      <w:pPr>
        <w:ind w:left="720" w:hanging="360"/>
      </w:pPr>
      <w:rPr>
        <w:rFonts w:hint="default"/>
        <w:b w:val="0"/>
        <w:bCs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AD64AF"/>
    <w:multiLevelType w:val="hybridMultilevel"/>
    <w:tmpl w:val="9162F16C"/>
    <w:lvl w:ilvl="0" w:tplc="7C5A0ECC">
      <w:start w:val="1"/>
      <w:numFmt w:val="decimal"/>
      <w:lvlText w:val="9.%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155E59"/>
    <w:multiLevelType w:val="hybridMultilevel"/>
    <w:tmpl w:val="81143BCE"/>
    <w:lvl w:ilvl="0" w:tplc="63902908">
      <w:start w:val="1"/>
      <w:numFmt w:val="decimal"/>
      <w:lvlText w:val="15.%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75BFA"/>
    <w:multiLevelType w:val="hybridMultilevel"/>
    <w:tmpl w:val="7F3A3AAC"/>
    <w:lvl w:ilvl="0" w:tplc="BF803672">
      <w:start w:val="1"/>
      <w:numFmt w:val="decimal"/>
      <w:lvlText w:val="12.%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CF0E05"/>
    <w:multiLevelType w:val="hybridMultilevel"/>
    <w:tmpl w:val="2AE60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EF50CCE"/>
    <w:multiLevelType w:val="hybridMultilevel"/>
    <w:tmpl w:val="D4F0ABBA"/>
    <w:lvl w:ilvl="0" w:tplc="85A6C628">
      <w:start w:val="1"/>
      <w:numFmt w:val="decimal"/>
      <w:lvlText w:val="6.%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C43601"/>
    <w:multiLevelType w:val="hybridMultilevel"/>
    <w:tmpl w:val="17E291AC"/>
    <w:lvl w:ilvl="0" w:tplc="FC34EA46">
      <w:start w:val="1"/>
      <w:numFmt w:val="decimal"/>
      <w:lvlText w:val="7.%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1056FB"/>
    <w:multiLevelType w:val="hybridMultilevel"/>
    <w:tmpl w:val="6BD098B0"/>
    <w:lvl w:ilvl="0" w:tplc="DDD606C2">
      <w:start w:val="1"/>
      <w:numFmt w:val="decimal"/>
      <w:lvlText w:val="2.%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4A566F"/>
    <w:multiLevelType w:val="hybridMultilevel"/>
    <w:tmpl w:val="2B2A3736"/>
    <w:lvl w:ilvl="0" w:tplc="0A9EB49A">
      <w:start w:val="1"/>
      <w:numFmt w:val="decimal"/>
      <w:lvlText w:val="1.%1"/>
      <w:lvlJc w:val="left"/>
      <w:pPr>
        <w:ind w:left="720" w:hanging="360"/>
      </w:pPr>
      <w:rPr>
        <w:rFonts w:hint="default"/>
        <w:b w:val="0"/>
        <w:bCs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935F85"/>
    <w:multiLevelType w:val="hybridMultilevel"/>
    <w:tmpl w:val="7E420F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090C8D"/>
    <w:multiLevelType w:val="hybridMultilevel"/>
    <w:tmpl w:val="5E2E738E"/>
    <w:lvl w:ilvl="0" w:tplc="EBA0D66A">
      <w:start w:val="1"/>
      <w:numFmt w:val="decimal"/>
      <w:lvlText w:val="3.%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7FC703B"/>
    <w:multiLevelType w:val="hybridMultilevel"/>
    <w:tmpl w:val="07EC4EEA"/>
    <w:lvl w:ilvl="0" w:tplc="FEE09E5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B078D5"/>
    <w:multiLevelType w:val="hybridMultilevel"/>
    <w:tmpl w:val="A5762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E840444"/>
    <w:multiLevelType w:val="hybridMultilevel"/>
    <w:tmpl w:val="8334D212"/>
    <w:lvl w:ilvl="0" w:tplc="888E57B4">
      <w:start w:val="1"/>
      <w:numFmt w:val="decimal"/>
      <w:lvlText w:val="14.%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1F47FE"/>
    <w:multiLevelType w:val="hybridMultilevel"/>
    <w:tmpl w:val="19565AA4"/>
    <w:lvl w:ilvl="0" w:tplc="FA901570">
      <w:start w:val="1"/>
      <w:numFmt w:val="decimal"/>
      <w:lvlText w:val="13.%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3362008"/>
    <w:multiLevelType w:val="hybridMultilevel"/>
    <w:tmpl w:val="EF288408"/>
    <w:lvl w:ilvl="0" w:tplc="A942E7DE">
      <w:start w:val="3"/>
      <w:numFmt w:val="bullet"/>
      <w:lvlText w:val="-"/>
      <w:lvlJc w:val="left"/>
      <w:pPr>
        <w:ind w:left="663" w:hanging="360"/>
      </w:pPr>
      <w:rPr>
        <w:rFonts w:ascii="Arial" w:eastAsia="Calibri" w:hAnsi="Arial" w:cs="Arial" w:hint="default"/>
        <w:b w:val="0"/>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35" w15:restartNumberingAfterBreak="0">
    <w:nsid w:val="73443592"/>
    <w:multiLevelType w:val="hybridMultilevel"/>
    <w:tmpl w:val="B20AB112"/>
    <w:lvl w:ilvl="0" w:tplc="749E3784">
      <w:start w:val="1"/>
      <w:numFmt w:val="decimal"/>
      <w:lvlText w:val="8.%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0C3E11"/>
    <w:multiLevelType w:val="hybridMultilevel"/>
    <w:tmpl w:val="3B48AEFA"/>
    <w:lvl w:ilvl="0" w:tplc="FFFFFFFF">
      <w:start w:val="1"/>
      <w:numFmt w:val="decimal"/>
      <w:lvlText w:val="%1."/>
      <w:lvlJc w:val="left"/>
      <w:pPr>
        <w:ind w:left="360" w:hanging="360"/>
      </w:pPr>
      <w:rPr>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3"/>
  </w:num>
  <w:num w:numId="4">
    <w:abstractNumId w:val="2"/>
  </w:num>
  <w:num w:numId="5">
    <w:abstractNumId w:val="7"/>
  </w:num>
  <w:num w:numId="6">
    <w:abstractNumId w:val="26"/>
  </w:num>
  <w:num w:numId="7">
    <w:abstractNumId w:val="5"/>
  </w:num>
  <w:num w:numId="8">
    <w:abstractNumId w:val="1"/>
  </w:num>
  <w:num w:numId="9">
    <w:abstractNumId w:val="0"/>
  </w:num>
  <w:num w:numId="10">
    <w:abstractNumId w:val="12"/>
    <w:lvlOverride w:ilvl="0">
      <w:startOverride w:val="1"/>
    </w:lvlOverride>
    <w:lvlOverride w:ilvl="1"/>
    <w:lvlOverride w:ilvl="2"/>
    <w:lvlOverride w:ilvl="3"/>
    <w:lvlOverride w:ilvl="4"/>
    <w:lvlOverride w:ilvl="5"/>
    <w:lvlOverride w:ilvl="6"/>
    <w:lvlOverride w:ilvl="7"/>
    <w:lvlOverride w:ilvl="8"/>
  </w:num>
  <w:num w:numId="11">
    <w:abstractNumId w:val="36"/>
    <w:lvlOverride w:ilvl="0">
      <w:startOverride w:val="1"/>
    </w:lvlOverride>
    <w:lvlOverride w:ilvl="1"/>
    <w:lvlOverride w:ilvl="2"/>
    <w:lvlOverride w:ilvl="3"/>
    <w:lvlOverride w:ilvl="4"/>
    <w:lvlOverride w:ilvl="5"/>
    <w:lvlOverride w:ilvl="6"/>
    <w:lvlOverride w:ilvl="7"/>
    <w:lvlOverride w:ilvl="8"/>
  </w:num>
  <w:num w:numId="12">
    <w:abstractNumId w:val="10"/>
  </w:num>
  <w:num w:numId="13">
    <w:abstractNumId w:val="16"/>
  </w:num>
  <w:num w:numId="14">
    <w:abstractNumId w:val="17"/>
  </w:num>
  <w:num w:numId="15">
    <w:abstractNumId w:val="28"/>
  </w:num>
  <w:num w:numId="16">
    <w:abstractNumId w:val="9"/>
  </w:num>
  <w:num w:numId="17">
    <w:abstractNumId w:val="11"/>
  </w:num>
  <w:num w:numId="18">
    <w:abstractNumId w:val="13"/>
  </w:num>
  <w:num w:numId="19">
    <w:abstractNumId w:val="30"/>
  </w:num>
  <w:num w:numId="20">
    <w:abstractNumId w:val="34"/>
  </w:num>
  <w:num w:numId="21">
    <w:abstractNumId w:val="27"/>
  </w:num>
  <w:num w:numId="22">
    <w:abstractNumId w:val="25"/>
  </w:num>
  <w:num w:numId="23">
    <w:abstractNumId w:val="29"/>
  </w:num>
  <w:num w:numId="24">
    <w:abstractNumId w:val="18"/>
  </w:num>
  <w:num w:numId="25">
    <w:abstractNumId w:val="8"/>
  </w:num>
  <w:num w:numId="26">
    <w:abstractNumId w:val="23"/>
  </w:num>
  <w:num w:numId="27">
    <w:abstractNumId w:val="24"/>
  </w:num>
  <w:num w:numId="28">
    <w:abstractNumId w:val="35"/>
  </w:num>
  <w:num w:numId="29">
    <w:abstractNumId w:val="19"/>
  </w:num>
  <w:num w:numId="30">
    <w:abstractNumId w:val="14"/>
  </w:num>
  <w:num w:numId="31">
    <w:abstractNumId w:val="15"/>
  </w:num>
  <w:num w:numId="32">
    <w:abstractNumId w:val="21"/>
  </w:num>
  <w:num w:numId="33">
    <w:abstractNumId w:val="33"/>
  </w:num>
  <w:num w:numId="34">
    <w:abstractNumId w:val="32"/>
  </w:num>
  <w:num w:numId="35">
    <w:abstractNumId w:val="20"/>
  </w:num>
  <w:num w:numId="36">
    <w:abstractNumId w:val="31"/>
  </w:num>
  <w:num w:numId="37">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8C"/>
    <w:rsid w:val="00017AC2"/>
    <w:rsid w:val="0004760E"/>
    <w:rsid w:val="00062EFC"/>
    <w:rsid w:val="00086C39"/>
    <w:rsid w:val="000925A2"/>
    <w:rsid w:val="000C4167"/>
    <w:rsid w:val="000E06C9"/>
    <w:rsid w:val="000F6419"/>
    <w:rsid w:val="0012586F"/>
    <w:rsid w:val="00135DC6"/>
    <w:rsid w:val="00147243"/>
    <w:rsid w:val="00154AE3"/>
    <w:rsid w:val="00165A63"/>
    <w:rsid w:val="00181B41"/>
    <w:rsid w:val="001B2B25"/>
    <w:rsid w:val="001F45A2"/>
    <w:rsid w:val="00220876"/>
    <w:rsid w:val="00222D75"/>
    <w:rsid w:val="00261744"/>
    <w:rsid w:val="00277E0C"/>
    <w:rsid w:val="002944C1"/>
    <w:rsid w:val="002C0D24"/>
    <w:rsid w:val="002E0C82"/>
    <w:rsid w:val="00312DC5"/>
    <w:rsid w:val="003312E8"/>
    <w:rsid w:val="00331F85"/>
    <w:rsid w:val="00334ADE"/>
    <w:rsid w:val="00340F5D"/>
    <w:rsid w:val="00347438"/>
    <w:rsid w:val="00393874"/>
    <w:rsid w:val="003A7090"/>
    <w:rsid w:val="003C4629"/>
    <w:rsid w:val="003F5343"/>
    <w:rsid w:val="0041489F"/>
    <w:rsid w:val="00422F50"/>
    <w:rsid w:val="004749B5"/>
    <w:rsid w:val="004B4EC3"/>
    <w:rsid w:val="004C3CDC"/>
    <w:rsid w:val="004D59B5"/>
    <w:rsid w:val="004F7FA6"/>
    <w:rsid w:val="00512EBE"/>
    <w:rsid w:val="00516A5B"/>
    <w:rsid w:val="0052054C"/>
    <w:rsid w:val="00522E32"/>
    <w:rsid w:val="00523331"/>
    <w:rsid w:val="00533E92"/>
    <w:rsid w:val="00565A97"/>
    <w:rsid w:val="0058352E"/>
    <w:rsid w:val="00583F8E"/>
    <w:rsid w:val="00584B82"/>
    <w:rsid w:val="00584D90"/>
    <w:rsid w:val="005C3030"/>
    <w:rsid w:val="005C5436"/>
    <w:rsid w:val="005F7C4E"/>
    <w:rsid w:val="0061357C"/>
    <w:rsid w:val="0062146E"/>
    <w:rsid w:val="00630730"/>
    <w:rsid w:val="006532A2"/>
    <w:rsid w:val="00654DF7"/>
    <w:rsid w:val="00674DB8"/>
    <w:rsid w:val="00677E10"/>
    <w:rsid w:val="0068500D"/>
    <w:rsid w:val="006877BE"/>
    <w:rsid w:val="006B0C12"/>
    <w:rsid w:val="006B7786"/>
    <w:rsid w:val="006C369C"/>
    <w:rsid w:val="006C4AA1"/>
    <w:rsid w:val="006D5705"/>
    <w:rsid w:val="006D6F96"/>
    <w:rsid w:val="006E2278"/>
    <w:rsid w:val="006E2AED"/>
    <w:rsid w:val="00722567"/>
    <w:rsid w:val="00727684"/>
    <w:rsid w:val="007574D6"/>
    <w:rsid w:val="007934F9"/>
    <w:rsid w:val="0079624A"/>
    <w:rsid w:val="007B26ED"/>
    <w:rsid w:val="007B4195"/>
    <w:rsid w:val="007D39C7"/>
    <w:rsid w:val="007F77E3"/>
    <w:rsid w:val="00814722"/>
    <w:rsid w:val="008262A5"/>
    <w:rsid w:val="0085606C"/>
    <w:rsid w:val="0085669C"/>
    <w:rsid w:val="00862C52"/>
    <w:rsid w:val="00863E56"/>
    <w:rsid w:val="00880D9E"/>
    <w:rsid w:val="00897E59"/>
    <w:rsid w:val="008A73C4"/>
    <w:rsid w:val="008C61A7"/>
    <w:rsid w:val="008E7FB9"/>
    <w:rsid w:val="009254C1"/>
    <w:rsid w:val="00930748"/>
    <w:rsid w:val="00954D60"/>
    <w:rsid w:val="009613BC"/>
    <w:rsid w:val="009660C3"/>
    <w:rsid w:val="00977FCD"/>
    <w:rsid w:val="009A5439"/>
    <w:rsid w:val="009A550B"/>
    <w:rsid w:val="009A6699"/>
    <w:rsid w:val="009C5239"/>
    <w:rsid w:val="009F4EAC"/>
    <w:rsid w:val="00A13E32"/>
    <w:rsid w:val="00A6454B"/>
    <w:rsid w:val="00A822A4"/>
    <w:rsid w:val="00A940C4"/>
    <w:rsid w:val="00A966AB"/>
    <w:rsid w:val="00AA52AD"/>
    <w:rsid w:val="00AB63EA"/>
    <w:rsid w:val="00AD3956"/>
    <w:rsid w:val="00B15643"/>
    <w:rsid w:val="00B3427A"/>
    <w:rsid w:val="00B42DF0"/>
    <w:rsid w:val="00B9470B"/>
    <w:rsid w:val="00BB74AB"/>
    <w:rsid w:val="00BC51C5"/>
    <w:rsid w:val="00BF6050"/>
    <w:rsid w:val="00BF62EE"/>
    <w:rsid w:val="00C06CCB"/>
    <w:rsid w:val="00C1772B"/>
    <w:rsid w:val="00C27105"/>
    <w:rsid w:val="00C34A25"/>
    <w:rsid w:val="00C64691"/>
    <w:rsid w:val="00C91A3D"/>
    <w:rsid w:val="00CA0595"/>
    <w:rsid w:val="00CA0607"/>
    <w:rsid w:val="00CA1008"/>
    <w:rsid w:val="00CA26FB"/>
    <w:rsid w:val="00CA7BCE"/>
    <w:rsid w:val="00CB526D"/>
    <w:rsid w:val="00CF7CBF"/>
    <w:rsid w:val="00D250C5"/>
    <w:rsid w:val="00D364AD"/>
    <w:rsid w:val="00D63009"/>
    <w:rsid w:val="00D71B47"/>
    <w:rsid w:val="00D73845"/>
    <w:rsid w:val="00D76C9A"/>
    <w:rsid w:val="00D87A64"/>
    <w:rsid w:val="00D93215"/>
    <w:rsid w:val="00DC0539"/>
    <w:rsid w:val="00DD792B"/>
    <w:rsid w:val="00DE1A8C"/>
    <w:rsid w:val="00DF47E9"/>
    <w:rsid w:val="00DF71B6"/>
    <w:rsid w:val="00E12599"/>
    <w:rsid w:val="00E26437"/>
    <w:rsid w:val="00E26E85"/>
    <w:rsid w:val="00E62DF2"/>
    <w:rsid w:val="00E701E0"/>
    <w:rsid w:val="00E7180E"/>
    <w:rsid w:val="00E87F20"/>
    <w:rsid w:val="00EA4F3E"/>
    <w:rsid w:val="00EC348C"/>
    <w:rsid w:val="00ED1961"/>
    <w:rsid w:val="00F5128C"/>
    <w:rsid w:val="00F629BD"/>
    <w:rsid w:val="00F707E2"/>
    <w:rsid w:val="00FA50FB"/>
    <w:rsid w:val="00FB07E6"/>
    <w:rsid w:val="00FC40C9"/>
    <w:rsid w:val="00FC4FC0"/>
    <w:rsid w:val="00FD4F00"/>
    <w:rsid w:val="00FE1A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DBFEB"/>
  <w15:chartTrackingRefBased/>
  <w15:docId w15:val="{6733F15D-44D4-4416-9921-F8EB2C2FC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Edgar 1"/>
    <w:basedOn w:val="Normal"/>
    <w:next w:val="Normal"/>
    <w:link w:val="Ttulo1Car"/>
    <w:uiPriority w:val="9"/>
    <w:qFormat/>
    <w:rsid w:val="00DE1A8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DE1A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MT3,título 3,Edgar 3"/>
    <w:basedOn w:val="Normal"/>
    <w:next w:val="Normal"/>
    <w:link w:val="Ttulo3Car"/>
    <w:uiPriority w:val="9"/>
    <w:unhideWhenUsed/>
    <w:qFormat/>
    <w:rsid w:val="00DE1A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DE1A8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DE1A8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eastAsia="es-ES"/>
    </w:rPr>
  </w:style>
  <w:style w:type="paragraph" w:styleId="Ttulo6">
    <w:name w:val="heading 6"/>
    <w:basedOn w:val="Normal"/>
    <w:next w:val="Normal"/>
    <w:link w:val="Ttulo6Car"/>
    <w:uiPriority w:val="9"/>
    <w:qFormat/>
    <w:rsid w:val="00DE1A8C"/>
    <w:pPr>
      <w:numPr>
        <w:ilvl w:val="5"/>
        <w:numId w:val="5"/>
      </w:numPr>
      <w:tabs>
        <w:tab w:val="clear" w:pos="1152"/>
      </w:tabs>
      <w:spacing w:before="240" w:after="60" w:line="240" w:lineRule="auto"/>
      <w:ind w:left="0" w:firstLine="0"/>
      <w:outlineLvl w:val="5"/>
    </w:pPr>
    <w:rPr>
      <w:rFonts w:ascii="Times New Roman" w:eastAsia="Times New Roman" w:hAnsi="Times New Roman" w:cs="Times New Roman"/>
      <w:b/>
      <w:bCs/>
      <w:lang w:eastAsia="es-ES"/>
    </w:rPr>
  </w:style>
  <w:style w:type="paragraph" w:styleId="Ttulo7">
    <w:name w:val="heading 7"/>
    <w:aliases w:val=" Car"/>
    <w:basedOn w:val="Normal"/>
    <w:next w:val="Normal"/>
    <w:link w:val="Ttulo7Car"/>
    <w:uiPriority w:val="9"/>
    <w:qFormat/>
    <w:rsid w:val="00DE1A8C"/>
    <w:pPr>
      <w:numPr>
        <w:ilvl w:val="6"/>
        <w:numId w:val="5"/>
      </w:numPr>
      <w:tabs>
        <w:tab w:val="clear" w:pos="1296"/>
      </w:tabs>
      <w:spacing w:before="240" w:after="60" w:line="240" w:lineRule="auto"/>
      <w:ind w:left="0" w:firstLine="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DE1A8C"/>
    <w:pPr>
      <w:numPr>
        <w:ilvl w:val="7"/>
        <w:numId w:val="5"/>
      </w:numPr>
      <w:tabs>
        <w:tab w:val="clear" w:pos="1440"/>
      </w:tabs>
      <w:spacing w:before="240" w:after="60" w:line="240" w:lineRule="auto"/>
      <w:ind w:left="0" w:firstLine="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DE1A8C"/>
    <w:pPr>
      <w:numPr>
        <w:ilvl w:val="8"/>
        <w:numId w:val="5"/>
      </w:numPr>
      <w:tabs>
        <w:tab w:val="clear" w:pos="1584"/>
      </w:tabs>
      <w:spacing w:before="240" w:after="60" w:line="240" w:lineRule="auto"/>
      <w:ind w:left="0" w:firstLine="0"/>
      <w:outlineLvl w:val="8"/>
    </w:pPr>
    <w:rPr>
      <w:rFonts w:ascii="Arial" w:eastAsia="Times New Roman" w:hAnsi="Arial"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rsid w:val="00DE1A8C"/>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E1A8C"/>
    <w:rPr>
      <w:rFonts w:asciiTheme="majorHAnsi" w:eastAsiaTheme="majorEastAsia" w:hAnsiTheme="majorHAnsi" w:cstheme="majorBidi"/>
      <w:color w:val="2F5496" w:themeColor="accent1" w:themeShade="BF"/>
      <w:sz w:val="26"/>
      <w:szCs w:val="26"/>
    </w:rPr>
  </w:style>
  <w:style w:type="character" w:customStyle="1" w:styleId="Ttulo3Car">
    <w:name w:val="Título 3 Car"/>
    <w:aliases w:val="MT3 Car,título 3 Car,Edgar 3 Car"/>
    <w:basedOn w:val="Fuentedeprrafopredeter"/>
    <w:link w:val="Ttulo3"/>
    <w:uiPriority w:val="9"/>
    <w:rsid w:val="00DE1A8C"/>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DE1A8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rsid w:val="00DE1A8C"/>
    <w:rPr>
      <w:rFonts w:asciiTheme="majorHAnsi" w:eastAsiaTheme="majorEastAsia" w:hAnsiTheme="majorHAnsi" w:cstheme="majorBidi"/>
      <w:color w:val="2F5496" w:themeColor="accent1" w:themeShade="BF"/>
      <w:sz w:val="24"/>
      <w:szCs w:val="24"/>
      <w:lang w:eastAsia="es-ES"/>
    </w:rPr>
  </w:style>
  <w:style w:type="character" w:customStyle="1" w:styleId="Ttulo6Car">
    <w:name w:val="Título 6 Car"/>
    <w:basedOn w:val="Fuentedeprrafopredeter"/>
    <w:link w:val="Ttulo6"/>
    <w:uiPriority w:val="9"/>
    <w:rsid w:val="00DE1A8C"/>
    <w:rPr>
      <w:rFonts w:ascii="Times New Roman" w:eastAsia="Times New Roman" w:hAnsi="Times New Roman" w:cs="Times New Roman"/>
      <w:b/>
      <w:bCs/>
      <w:lang w:eastAsia="es-ES"/>
    </w:rPr>
  </w:style>
  <w:style w:type="character" w:customStyle="1" w:styleId="Ttulo7Car">
    <w:name w:val="Título 7 Car"/>
    <w:aliases w:val=" Car Car1"/>
    <w:basedOn w:val="Fuentedeprrafopredeter"/>
    <w:link w:val="Ttulo7"/>
    <w:uiPriority w:val="9"/>
    <w:rsid w:val="00DE1A8C"/>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
    <w:rsid w:val="00DE1A8C"/>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DE1A8C"/>
    <w:rPr>
      <w:rFonts w:ascii="Arial" w:eastAsia="Times New Roman" w:hAnsi="Arial" w:cs="Times New Roman"/>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AL Encabeza"/>
    <w:basedOn w:val="Normal"/>
    <w:link w:val="EncabezadoCar"/>
    <w:uiPriority w:val="99"/>
    <w:unhideWhenUsed/>
    <w:qFormat/>
    <w:rsid w:val="00DE1A8C"/>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DE1A8C"/>
  </w:style>
  <w:style w:type="paragraph" w:styleId="Piedepgina">
    <w:name w:val="footer"/>
    <w:aliases w:val="pie de página"/>
    <w:basedOn w:val="Normal"/>
    <w:link w:val="PiedepginaCar"/>
    <w:uiPriority w:val="99"/>
    <w:unhideWhenUsed/>
    <w:rsid w:val="00DE1A8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E1A8C"/>
  </w:style>
  <w:style w:type="paragraph" w:customStyle="1" w:styleId="Sinespaciado1">
    <w:name w:val="Sin espaciado1"/>
    <w:link w:val="NoSpacingChar"/>
    <w:qFormat/>
    <w:rsid w:val="00DE1A8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E1A8C"/>
    <w:rPr>
      <w:rFonts w:ascii="Times New Roman" w:eastAsia="Times New Roman" w:hAnsi="Times New Roman" w:cs="Times New Roman"/>
      <w:sz w:val="24"/>
      <w:szCs w:val="24"/>
      <w:lang w:eastAsia="es-ES"/>
    </w:rPr>
  </w:style>
  <w:style w:type="character" w:styleId="Hipervnculo">
    <w:name w:val="Hyperlink"/>
    <w:uiPriority w:val="99"/>
    <w:qFormat/>
    <w:rsid w:val="00DE1A8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E1A8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E1A8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DE1A8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E1A8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E1A8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DE1A8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DE1A8C"/>
    <w:rPr>
      <w:rFonts w:ascii="Times New Roman" w:eastAsia="Times New Roman" w:hAnsi="Times New Roman" w:cs="Times New Roman"/>
      <w:sz w:val="20"/>
      <w:szCs w:val="20"/>
      <w:lang w:val="es-ES" w:eastAsia="es-ES"/>
    </w:rPr>
  </w:style>
  <w:style w:type="character" w:styleId="Refdenotaalpie">
    <w:name w:val="footnote reference"/>
    <w:rsid w:val="00DE1A8C"/>
    <w:rPr>
      <w:vertAlign w:val="superscript"/>
    </w:rPr>
  </w:style>
  <w:style w:type="table" w:styleId="Tablaconcuadrcula">
    <w:name w:val="Table Grid"/>
    <w:basedOn w:val="Tablanormal"/>
    <w:uiPriority w:val="59"/>
    <w:rsid w:val="00DE1A8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nexos,Puesto1"/>
    <w:basedOn w:val="Normal"/>
    <w:link w:val="TtuloCar"/>
    <w:uiPriority w:val="10"/>
    <w:qFormat/>
    <w:rsid w:val="00DE1A8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nexos Car,Puesto1 Car"/>
    <w:basedOn w:val="Fuentedeprrafopredeter"/>
    <w:link w:val="Ttulo"/>
    <w:uiPriority w:val="10"/>
    <w:rsid w:val="00DE1A8C"/>
    <w:rPr>
      <w:rFonts w:ascii="Arial" w:eastAsia="Times New Roman" w:hAnsi="Arial" w:cs="Times New Roman"/>
      <w:b/>
      <w:sz w:val="24"/>
      <w:szCs w:val="20"/>
      <w:lang w:val="es-ES" w:eastAsia="es-ES"/>
    </w:rPr>
  </w:style>
  <w:style w:type="paragraph" w:styleId="Textoindependiente2">
    <w:name w:val="Body Text 2"/>
    <w:aliases w:val=" Car Car, Car2,Car3,Car2,Car Car,Car2 Car Car Car,Car31, Car2 Car Car Car"/>
    <w:basedOn w:val="Normal"/>
    <w:link w:val="Textoindependiente2Car"/>
    <w:uiPriority w:val="99"/>
    <w:unhideWhenUsed/>
    <w:rsid w:val="00DE1A8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 Car Car, Car2 Car,Car3 Car,Car2 Car,Car Car Car2,Car2 Car Car Car Car,Car31 Car, Car2 Car Car Car Car"/>
    <w:basedOn w:val="Fuentedeprrafopredeter"/>
    <w:link w:val="Textoindependiente2"/>
    <w:uiPriority w:val="99"/>
    <w:rsid w:val="00DE1A8C"/>
    <w:rPr>
      <w:rFonts w:ascii="Times New Roman" w:eastAsia="Times New Roman" w:hAnsi="Times New Roman" w:cs="Times New Roman"/>
      <w:sz w:val="24"/>
      <w:szCs w:val="24"/>
      <w:lang w:val="es-ES" w:eastAsia="es-ES"/>
    </w:rPr>
  </w:style>
  <w:style w:type="paragraph" w:customStyle="1" w:styleId="CarCarCar">
    <w:name w:val="Car Car Car"/>
    <w:basedOn w:val="Normal"/>
    <w:rsid w:val="00DE1A8C"/>
    <w:pPr>
      <w:spacing w:line="240" w:lineRule="exact"/>
    </w:pPr>
    <w:rPr>
      <w:rFonts w:ascii="Verdana" w:eastAsia="Times New Roman" w:hAnsi="Verdana" w:cs="Times New Roman"/>
      <w:sz w:val="20"/>
      <w:szCs w:val="20"/>
    </w:rPr>
  </w:style>
  <w:style w:type="character" w:styleId="Nmerodepgina">
    <w:name w:val="page number"/>
    <w:basedOn w:val="Fuentedeprrafopredeter"/>
    <w:rsid w:val="00DE1A8C"/>
  </w:style>
  <w:style w:type="paragraph" w:styleId="Sangra2detindependiente">
    <w:name w:val="Body Text Indent 2"/>
    <w:basedOn w:val="Normal"/>
    <w:link w:val="Sangra2detindependienteCar"/>
    <w:rsid w:val="00DE1A8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DE1A8C"/>
    <w:rPr>
      <w:rFonts w:ascii="Times New Roman" w:eastAsia="Times New Roman" w:hAnsi="Times New Roman" w:cs="Times New Roman"/>
      <w:sz w:val="24"/>
      <w:szCs w:val="24"/>
      <w:lang w:val="es-ES" w:eastAsia="es-ES"/>
    </w:rPr>
  </w:style>
  <w:style w:type="paragraph" w:customStyle="1" w:styleId="Char8">
    <w:name w:val="Char8"/>
    <w:basedOn w:val="Normal"/>
    <w:rsid w:val="00DE1A8C"/>
    <w:pPr>
      <w:spacing w:line="240" w:lineRule="exact"/>
    </w:pPr>
    <w:rPr>
      <w:rFonts w:ascii="Verdana" w:eastAsia="Times New Roman" w:hAnsi="Verdana" w:cs="Times New Roman"/>
      <w:sz w:val="20"/>
      <w:szCs w:val="20"/>
    </w:rPr>
  </w:style>
  <w:style w:type="paragraph" w:customStyle="1" w:styleId="Pa16">
    <w:name w:val="Pa16"/>
    <w:basedOn w:val="Normal"/>
    <w:next w:val="Normal"/>
    <w:rsid w:val="00DE1A8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DE1A8C"/>
    <w:pPr>
      <w:spacing w:line="240" w:lineRule="exact"/>
    </w:pPr>
    <w:rPr>
      <w:rFonts w:ascii="Verdana" w:eastAsia="Times New Roman" w:hAnsi="Verdana" w:cs="Verdana"/>
      <w:sz w:val="20"/>
      <w:szCs w:val="20"/>
    </w:rPr>
  </w:style>
  <w:style w:type="paragraph" w:customStyle="1" w:styleId="Car">
    <w:name w:val="Car"/>
    <w:basedOn w:val="Normal"/>
    <w:rsid w:val="00DE1A8C"/>
    <w:pPr>
      <w:spacing w:line="240" w:lineRule="exact"/>
    </w:pPr>
    <w:rPr>
      <w:rFonts w:ascii="Verdana" w:eastAsia="Times New Roman" w:hAnsi="Verdana" w:cs="Times New Roman"/>
      <w:sz w:val="20"/>
      <w:szCs w:val="20"/>
    </w:rPr>
  </w:style>
  <w:style w:type="paragraph" w:customStyle="1" w:styleId="CarCarCar1">
    <w:name w:val="Car Car Car1"/>
    <w:basedOn w:val="Normal"/>
    <w:rsid w:val="00DE1A8C"/>
    <w:pPr>
      <w:spacing w:line="240" w:lineRule="exact"/>
    </w:pPr>
    <w:rPr>
      <w:rFonts w:ascii="Verdana" w:eastAsia="Times New Roman" w:hAnsi="Verdana" w:cs="Verdana"/>
      <w:sz w:val="20"/>
      <w:szCs w:val="20"/>
    </w:rPr>
  </w:style>
  <w:style w:type="paragraph" w:customStyle="1" w:styleId="Car1">
    <w:name w:val="Car1"/>
    <w:basedOn w:val="Normal"/>
    <w:rsid w:val="00DE1A8C"/>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DE1A8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DE1A8C"/>
    <w:rPr>
      <w:rFonts w:ascii="Tahoma" w:eastAsia="Times New Roman" w:hAnsi="Tahoma" w:cs="Times New Roman"/>
      <w:sz w:val="16"/>
      <w:szCs w:val="16"/>
      <w:lang w:val="es-ES" w:eastAsia="es-ES"/>
    </w:rPr>
  </w:style>
  <w:style w:type="character" w:customStyle="1" w:styleId="A9">
    <w:name w:val="A9"/>
    <w:rsid w:val="00DE1A8C"/>
    <w:rPr>
      <w:color w:val="000000"/>
      <w:sz w:val="19"/>
      <w:szCs w:val="19"/>
    </w:rPr>
  </w:style>
  <w:style w:type="paragraph" w:customStyle="1" w:styleId="Pa39">
    <w:name w:val="Pa39"/>
    <w:basedOn w:val="Normal"/>
    <w:next w:val="Normal"/>
    <w:rsid w:val="00DE1A8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DE1A8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DE1A8C"/>
    <w:pPr>
      <w:spacing w:line="191" w:lineRule="atLeast"/>
    </w:pPr>
    <w:rPr>
      <w:color w:val="auto"/>
    </w:rPr>
  </w:style>
  <w:style w:type="paragraph" w:styleId="Descripcin">
    <w:name w:val="caption"/>
    <w:aliases w:val="Epígrafe"/>
    <w:basedOn w:val="Normal"/>
    <w:next w:val="Normal"/>
    <w:uiPriority w:val="35"/>
    <w:qFormat/>
    <w:rsid w:val="00DE1A8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Normal1"/>
    <w:basedOn w:val="Normal"/>
    <w:link w:val="NormalWebCar"/>
    <w:uiPriority w:val="99"/>
    <w:unhideWhenUsed/>
    <w:qFormat/>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DE1A8C"/>
    <w:rPr>
      <w:sz w:val="16"/>
      <w:szCs w:val="16"/>
    </w:rPr>
  </w:style>
  <w:style w:type="paragraph" w:styleId="Textocomentario">
    <w:name w:val="annotation text"/>
    <w:aliases w:val="Comentario"/>
    <w:basedOn w:val="Normal"/>
    <w:link w:val="TextocomentarioCar"/>
    <w:uiPriority w:val="99"/>
    <w:qFormat/>
    <w:rsid w:val="00DE1A8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aliases w:val="Comentario Car"/>
    <w:basedOn w:val="Fuentedeprrafopredeter"/>
    <w:link w:val="Textocomentario"/>
    <w:uiPriority w:val="99"/>
    <w:rsid w:val="00DE1A8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E1A8C"/>
    <w:rPr>
      <w:b/>
      <w:bCs/>
    </w:rPr>
  </w:style>
  <w:style w:type="character" w:customStyle="1" w:styleId="AsuntodelcomentarioCar">
    <w:name w:val="Asunto del comentario Car"/>
    <w:basedOn w:val="TextocomentarioCar"/>
    <w:link w:val="Asuntodelcomentario"/>
    <w:rsid w:val="00DE1A8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DE1A8C"/>
  </w:style>
  <w:style w:type="character" w:styleId="Textodelmarcadordeposicin">
    <w:name w:val="Placeholder Text"/>
    <w:basedOn w:val="Fuentedeprrafopredeter"/>
    <w:uiPriority w:val="99"/>
    <w:semiHidden/>
    <w:rsid w:val="00DE1A8C"/>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DE1A8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DE1A8C"/>
    <w:rPr>
      <w:color w:val="605E5C"/>
      <w:shd w:val="clear" w:color="auto" w:fill="E1DFDD"/>
    </w:rPr>
  </w:style>
  <w:style w:type="character" w:customStyle="1" w:styleId="normaltextrun">
    <w:name w:val="normaltextrun"/>
    <w:basedOn w:val="Fuentedeprrafopredeter"/>
    <w:rsid w:val="00DE1A8C"/>
  </w:style>
  <w:style w:type="character" w:customStyle="1" w:styleId="eop">
    <w:name w:val="eop"/>
    <w:basedOn w:val="Fuentedeprrafopredeter"/>
    <w:rsid w:val="00DE1A8C"/>
  </w:style>
  <w:style w:type="paragraph" w:customStyle="1" w:styleId="paragraph">
    <w:name w:val="paragraph"/>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DE1A8C"/>
    <w:pPr>
      <w:spacing w:after="0" w:line="240" w:lineRule="auto"/>
    </w:pPr>
  </w:style>
  <w:style w:type="character" w:styleId="Textoennegrita">
    <w:name w:val="Strong"/>
    <w:basedOn w:val="Fuentedeprrafopredeter"/>
    <w:uiPriority w:val="22"/>
    <w:qFormat/>
    <w:rsid w:val="00DE1A8C"/>
    <w:rPr>
      <w:b/>
      <w:bCs/>
    </w:rPr>
  </w:style>
  <w:style w:type="character" w:customStyle="1" w:styleId="Mencinsinresolver2">
    <w:name w:val="Mención sin resolver2"/>
    <w:basedOn w:val="Fuentedeprrafopredeter"/>
    <w:uiPriority w:val="99"/>
    <w:semiHidden/>
    <w:unhideWhenUsed/>
    <w:rsid w:val="00DE1A8C"/>
    <w:rPr>
      <w:color w:val="605E5C"/>
      <w:shd w:val="clear" w:color="auto" w:fill="E1DFDD"/>
    </w:rPr>
  </w:style>
  <w:style w:type="paragraph" w:customStyle="1" w:styleId="Prrafodelista1">
    <w:name w:val="Párrafo de lista1"/>
    <w:basedOn w:val="Normal"/>
    <w:link w:val="ListParagraphChar"/>
    <w:qFormat/>
    <w:rsid w:val="00DE1A8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DE1A8C"/>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E1A8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E1A8C"/>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iPriority w:val="99"/>
    <w:unhideWhenUsed/>
    <w:rsid w:val="00DE1A8C"/>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DE1A8C"/>
  </w:style>
  <w:style w:type="paragraph" w:customStyle="1" w:styleId="Prrafodelista2">
    <w:name w:val="Párrafo de lista2"/>
    <w:basedOn w:val="Normal"/>
    <w:rsid w:val="00DE1A8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E1A8C"/>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E1A8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Anexos Car1,Título1 Car1,Title Char Car1,Títulos Principales sin numeración Car2,Title Car2,Puesto1 Car2"/>
    <w:basedOn w:val="Fuentedeprrafopredeter"/>
    <w:link w:val="Title0"/>
    <w:rsid w:val="00DE1A8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DE1A8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DE1A8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DE1A8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DE1A8C"/>
    <w:rPr>
      <w:rFonts w:ascii="Arial" w:eastAsia="Times New Roman" w:hAnsi="Arial" w:cs="Times New Roman"/>
      <w:szCs w:val="24"/>
      <w:lang w:val="es-ES" w:eastAsia="es-ES"/>
    </w:rPr>
  </w:style>
  <w:style w:type="character" w:styleId="nfasis">
    <w:name w:val="Emphasis"/>
    <w:basedOn w:val="Fuentedeprrafopredeter"/>
    <w:uiPriority w:val="20"/>
    <w:qFormat/>
    <w:rsid w:val="00DE1A8C"/>
    <w:rPr>
      <w:i/>
      <w:iCs/>
    </w:rPr>
  </w:style>
  <w:style w:type="paragraph" w:styleId="Textosinformato">
    <w:name w:val="Plain Text"/>
    <w:basedOn w:val="Normal"/>
    <w:link w:val="TextosinformatoCar"/>
    <w:unhideWhenUsed/>
    <w:rsid w:val="00DE1A8C"/>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E1A8C"/>
    <w:rPr>
      <w:rFonts w:ascii="Courier New" w:eastAsia="Times New Roman" w:hAnsi="Courier New" w:cs="Times New Roman"/>
      <w:sz w:val="20"/>
      <w:szCs w:val="20"/>
      <w:lang w:eastAsia="es-ES"/>
    </w:rPr>
  </w:style>
  <w:style w:type="character" w:customStyle="1" w:styleId="Mencinsinresolver3">
    <w:name w:val="Mención sin resolver3"/>
    <w:basedOn w:val="Fuentedeprrafopredeter"/>
    <w:uiPriority w:val="99"/>
    <w:semiHidden/>
    <w:unhideWhenUsed/>
    <w:rsid w:val="00DE1A8C"/>
    <w:rPr>
      <w:color w:val="605E5C"/>
      <w:shd w:val="clear" w:color="auto" w:fill="E1DFDD"/>
    </w:rPr>
  </w:style>
  <w:style w:type="paragraph" w:customStyle="1" w:styleId="TableParagraph">
    <w:name w:val="Table Paragraph"/>
    <w:basedOn w:val="Normal"/>
    <w:uiPriority w:val="1"/>
    <w:qFormat/>
    <w:rsid w:val="00DE1A8C"/>
    <w:pPr>
      <w:widowControl w:val="0"/>
      <w:autoSpaceDE w:val="0"/>
      <w:autoSpaceDN w:val="0"/>
      <w:spacing w:after="0" w:line="240" w:lineRule="auto"/>
    </w:pPr>
    <w:rPr>
      <w:rFonts w:ascii="Calibri" w:eastAsia="Calibri" w:hAnsi="Calibri" w:cs="Calibri"/>
      <w:lang w:val="es-ES"/>
    </w:rPr>
  </w:style>
  <w:style w:type="table" w:styleId="Tablaclsica2">
    <w:name w:val="Table Classic 2"/>
    <w:basedOn w:val="Tablanormal"/>
    <w:rsid w:val="00DE1A8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styleId="Hipervnculovisitado">
    <w:name w:val="FollowedHyperlink"/>
    <w:uiPriority w:val="99"/>
    <w:unhideWhenUsed/>
    <w:rsid w:val="00DE1A8C"/>
    <w:rPr>
      <w:color w:val="800080"/>
      <w:u w:val="single"/>
    </w:rPr>
  </w:style>
  <w:style w:type="character" w:customStyle="1" w:styleId="ilad">
    <w:name w:val="il_ad"/>
    <w:rsid w:val="00DE1A8C"/>
  </w:style>
  <w:style w:type="paragraph" w:styleId="Lista">
    <w:name w:val="List"/>
    <w:basedOn w:val="Normal"/>
    <w:uiPriority w:val="99"/>
    <w:rsid w:val="00DE1A8C"/>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western">
    <w:name w:val="western"/>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ubtitulos">
    <w:name w:val="subtitulos"/>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rsid w:val="00DE1A8C"/>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DE1A8C"/>
    <w:rPr>
      <w:rFonts w:ascii="Times New Roman" w:eastAsia="Times New Roman" w:hAnsi="Times New Roman" w:cs="Times New Roman"/>
      <w:sz w:val="16"/>
      <w:szCs w:val="16"/>
      <w:lang w:eastAsia="es-ES"/>
    </w:rPr>
  </w:style>
  <w:style w:type="paragraph" w:customStyle="1" w:styleId="Prrafodelista3">
    <w:name w:val="Párrafo de lista3"/>
    <w:basedOn w:val="Normal"/>
    <w:rsid w:val="00DE1A8C"/>
    <w:pPr>
      <w:spacing w:after="0" w:line="240" w:lineRule="auto"/>
      <w:ind w:left="720"/>
      <w:contextualSpacing/>
    </w:pPr>
    <w:rPr>
      <w:rFonts w:ascii="Times New Roman" w:eastAsia="Times New Roman" w:hAnsi="Times New Roman" w:cs="Times New Roman"/>
      <w:sz w:val="24"/>
      <w:szCs w:val="24"/>
      <w:lang w:eastAsia="es-ES"/>
    </w:rPr>
  </w:style>
  <w:style w:type="table" w:styleId="Cuadrculadetablaclara">
    <w:name w:val="Grid Table Light"/>
    <w:basedOn w:val="Tablanormal"/>
    <w:uiPriority w:val="40"/>
    <w:rsid w:val="00DE1A8C"/>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6concolores1">
    <w:name w:val="Tabla de cuadrícula 6 con colores1"/>
    <w:basedOn w:val="Tablanormal"/>
    <w:uiPriority w:val="51"/>
    <w:rsid w:val="00DE1A8C"/>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enter">
    <w:name w:val="center"/>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DE1A8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DE1A8C"/>
  </w:style>
  <w:style w:type="table" w:customStyle="1" w:styleId="TableNormal1">
    <w:name w:val="Table Normal1"/>
    <w:uiPriority w:val="2"/>
    <w:semiHidden/>
    <w:unhideWhenUsed/>
    <w:qFormat/>
    <w:rsid w:val="00DE1A8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117">
    <w:name w:val="CM117"/>
    <w:basedOn w:val="Default"/>
    <w:next w:val="Default"/>
    <w:uiPriority w:val="99"/>
    <w:rsid w:val="00DE1A8C"/>
    <w:pPr>
      <w:suppressAutoHyphens w:val="0"/>
      <w:autoSpaceDN w:val="0"/>
      <w:adjustRightInd w:val="0"/>
    </w:pPr>
    <w:rPr>
      <w:rFonts w:ascii="Arial" w:eastAsia="Times New Roman" w:hAnsi="Arial" w:cs="Arial"/>
      <w:color w:val="auto"/>
      <w:lang w:eastAsia="es-CO"/>
    </w:rPr>
  </w:style>
  <w:style w:type="table" w:customStyle="1" w:styleId="Tabladecuadrcula4-nfasis31">
    <w:name w:val="Tabla de cuadrícula 4 - Énfasis 31"/>
    <w:basedOn w:val="Tablanormal"/>
    <w:uiPriority w:val="49"/>
    <w:rsid w:val="00DE1A8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PuestoCar1">
    <w:name w:val="Puesto Car1"/>
    <w:aliases w:val="Títulos Principales sin numeración Car1"/>
    <w:rsid w:val="00DE1A8C"/>
    <w:rPr>
      <w:rFonts w:ascii="Arial" w:eastAsia="Times New Roman" w:hAnsi="Arial" w:cs="Times New Roman"/>
      <w:b/>
      <w:sz w:val="24"/>
      <w:szCs w:val="20"/>
      <w:lang w:val="es-ES" w:eastAsia="es-ES"/>
    </w:rPr>
  </w:style>
  <w:style w:type="paragraph" w:customStyle="1" w:styleId="Textoindependiente0">
    <w:name w:val="Texto independiente(."/>
    <w:basedOn w:val="Normal"/>
    <w:rsid w:val="00DE1A8C"/>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DE1A8C"/>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DE1A8C"/>
    <w:pPr>
      <w:spacing w:after="324"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a3">
    <w:name w:val="List 3"/>
    <w:basedOn w:val="Normal"/>
    <w:uiPriority w:val="99"/>
    <w:rsid w:val="00DE1A8C"/>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DE1A8C"/>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rsid w:val="00DE1A8C"/>
    <w:pPr>
      <w:spacing w:after="0" w:line="240" w:lineRule="auto"/>
      <w:ind w:left="1415"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E1A8C"/>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E1A8C"/>
    <w:rPr>
      <w:rFonts w:ascii="Times New Roman" w:eastAsia="Times New Roman" w:hAnsi="Times New Roman" w:cs="Times New Roman"/>
      <w:sz w:val="24"/>
      <w:szCs w:val="24"/>
      <w:lang w:eastAsia="es-ES"/>
    </w:rPr>
  </w:style>
  <w:style w:type="paragraph" w:styleId="Listaconvietas">
    <w:name w:val="List Bullet"/>
    <w:basedOn w:val="Normal"/>
    <w:uiPriority w:val="99"/>
    <w:rsid w:val="00DE1A8C"/>
    <w:pPr>
      <w:numPr>
        <w:numId w:val="1"/>
      </w:numPr>
      <w:tabs>
        <w:tab w:val="clear" w:pos="360"/>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2">
    <w:name w:val="List Bullet 2"/>
    <w:basedOn w:val="Normal"/>
    <w:uiPriority w:val="99"/>
    <w:rsid w:val="00DE1A8C"/>
    <w:pPr>
      <w:numPr>
        <w:numId w:val="2"/>
      </w:numPr>
      <w:tabs>
        <w:tab w:val="clear" w:pos="643"/>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3">
    <w:name w:val="List Bullet 3"/>
    <w:basedOn w:val="Normal"/>
    <w:uiPriority w:val="99"/>
    <w:rsid w:val="00DE1A8C"/>
    <w:pPr>
      <w:numPr>
        <w:numId w:val="3"/>
      </w:numPr>
      <w:tabs>
        <w:tab w:val="clear" w:pos="926"/>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DE1A8C"/>
    <w:pPr>
      <w:numPr>
        <w:numId w:val="4"/>
      </w:numPr>
      <w:tabs>
        <w:tab w:val="clear" w:pos="1209"/>
      </w:tabs>
      <w:spacing w:after="0" w:line="240" w:lineRule="auto"/>
      <w:ind w:left="0" w:firstLine="0"/>
      <w:contextualSpacing/>
    </w:pPr>
    <w:rPr>
      <w:rFonts w:ascii="Times New Roman" w:eastAsia="Times New Roman" w:hAnsi="Times New Roman" w:cs="Times New Roman"/>
      <w:sz w:val="24"/>
      <w:szCs w:val="24"/>
      <w:lang w:eastAsia="es-ES"/>
    </w:rPr>
  </w:style>
  <w:style w:type="paragraph" w:styleId="Continuarlista">
    <w:name w:val="List Continue"/>
    <w:basedOn w:val="Normal"/>
    <w:uiPriority w:val="99"/>
    <w:rsid w:val="00DE1A8C"/>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2">
    <w:name w:val="List Continue 2"/>
    <w:basedOn w:val="Normal"/>
    <w:uiPriority w:val="99"/>
    <w:rsid w:val="00DE1A8C"/>
    <w:pPr>
      <w:spacing w:after="120" w:line="240" w:lineRule="auto"/>
      <w:ind w:left="566"/>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rsid w:val="00DE1A8C"/>
    <w:pPr>
      <w:spacing w:after="120" w:line="240" w:lineRule="auto"/>
      <w:ind w:left="849"/>
      <w:contextualSpacing/>
    </w:pPr>
    <w:rPr>
      <w:rFonts w:ascii="Times New Roman" w:eastAsia="Times New Roman" w:hAnsi="Times New Roman" w:cs="Times New Roman"/>
      <w:sz w:val="24"/>
      <w:szCs w:val="24"/>
      <w:lang w:eastAsia="es-ES"/>
    </w:rPr>
  </w:style>
  <w:style w:type="paragraph" w:styleId="Continuarlista4">
    <w:name w:val="List Continue 4"/>
    <w:basedOn w:val="Normal"/>
    <w:rsid w:val="00DE1A8C"/>
    <w:pPr>
      <w:spacing w:after="120" w:line="240" w:lineRule="auto"/>
      <w:ind w:left="1132"/>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DE1A8C"/>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DE1A8C"/>
    <w:pPr>
      <w:ind w:firstLine="36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DE1A8C"/>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E1A8C"/>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DE1A8C"/>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DE1A8C"/>
    <w:pPr>
      <w:spacing w:after="0" w:line="240" w:lineRule="auto"/>
      <w:ind w:left="720"/>
      <w:jc w:val="both"/>
    </w:pPr>
    <w:rPr>
      <w:rFonts w:ascii="Arial" w:eastAsia="Times New Roman" w:hAnsi="Arial" w:cs="Times New Roman"/>
      <w:sz w:val="24"/>
      <w:szCs w:val="24"/>
      <w:lang w:eastAsia="es-ES"/>
    </w:rPr>
  </w:style>
  <w:style w:type="character" w:customStyle="1" w:styleId="Sangra3detindependienteCar">
    <w:name w:val="Sangría 3 de t. independiente Car"/>
    <w:basedOn w:val="Fuentedeprrafopredeter"/>
    <w:link w:val="Sangra3detindependiente"/>
    <w:rsid w:val="00DE1A8C"/>
    <w:rPr>
      <w:rFonts w:ascii="Arial" w:eastAsia="Times New Roman" w:hAnsi="Arial" w:cs="Times New Roman"/>
      <w:sz w:val="24"/>
      <w:szCs w:val="24"/>
      <w:lang w:eastAsia="es-ES"/>
    </w:rPr>
  </w:style>
  <w:style w:type="paragraph" w:customStyle="1" w:styleId="Textoindependiente21">
    <w:name w:val="Texto independiente 21"/>
    <w:basedOn w:val="Normal"/>
    <w:rsid w:val="00DE1A8C"/>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link w:val="PredeterminadoCar"/>
    <w:rsid w:val="00DE1A8C"/>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DE1A8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E1A8C"/>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E1A8C"/>
    <w:pPr>
      <w:tabs>
        <w:tab w:val="center" w:pos="4512"/>
        <w:tab w:val="left" w:pos="7088"/>
      </w:tabs>
      <w:jc w:val="center"/>
    </w:pPr>
    <w:rPr>
      <w:rFonts w:ascii="Century Gothic" w:hAnsi="Century Gothic"/>
      <w:sz w:val="22"/>
      <w:szCs w:val="22"/>
    </w:rPr>
  </w:style>
  <w:style w:type="paragraph" w:styleId="Textodebloque">
    <w:name w:val="Block Text"/>
    <w:basedOn w:val="Normal"/>
    <w:rsid w:val="00DE1A8C"/>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DE1A8C"/>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E1A8C"/>
    <w:pPr>
      <w:keepNext/>
      <w:numPr>
        <w:ilvl w:val="1"/>
      </w:numPr>
      <w:outlineLvl w:val="1"/>
    </w:pPr>
    <w:rPr>
      <w:b/>
    </w:rPr>
  </w:style>
  <w:style w:type="paragraph" w:customStyle="1" w:styleId="Cuerpodetextoconsangra">
    <w:name w:val="Cuerpo de texto con sangría"/>
    <w:basedOn w:val="Predeterminado"/>
    <w:rsid w:val="00DE1A8C"/>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E1A8C"/>
    <w:pPr>
      <w:spacing w:after="0" w:line="240" w:lineRule="auto"/>
      <w:ind w:left="4252"/>
    </w:pPr>
    <w:rPr>
      <w:rFonts w:ascii="Times New Roman" w:eastAsia="Times New Roman" w:hAnsi="Times New Roman" w:cs="Times New Roman"/>
      <w:sz w:val="20"/>
      <w:szCs w:val="24"/>
      <w:lang w:eastAsia="es-ES"/>
    </w:rPr>
  </w:style>
  <w:style w:type="character" w:customStyle="1" w:styleId="CierreCar">
    <w:name w:val="Cierre Car"/>
    <w:basedOn w:val="Fuentedeprrafopredeter"/>
    <w:link w:val="Cierre"/>
    <w:rsid w:val="00DE1A8C"/>
    <w:rPr>
      <w:rFonts w:ascii="Times New Roman" w:eastAsia="Times New Roman" w:hAnsi="Times New Roman" w:cs="Times New Roman"/>
      <w:sz w:val="20"/>
      <w:szCs w:val="24"/>
      <w:lang w:eastAsia="es-ES"/>
    </w:rPr>
  </w:style>
  <w:style w:type="paragraph" w:customStyle="1" w:styleId="ListaCC">
    <w:name w:val="Lista CC."/>
    <w:basedOn w:val="Normal"/>
    <w:rsid w:val="00DE1A8C"/>
    <w:pPr>
      <w:spacing w:after="0" w:line="240" w:lineRule="auto"/>
    </w:pPr>
    <w:rPr>
      <w:rFonts w:ascii="Times New Roman" w:eastAsia="Times New Roman" w:hAnsi="Times New Roman" w:cs="Times New Roman"/>
      <w:sz w:val="20"/>
      <w:szCs w:val="24"/>
      <w:lang w:eastAsia="es-ES"/>
    </w:rPr>
  </w:style>
  <w:style w:type="paragraph" w:customStyle="1" w:styleId="Articulo">
    <w:name w:val="Articulo"/>
    <w:basedOn w:val="Normal"/>
    <w:next w:val="Normal"/>
    <w:autoRedefine/>
    <w:rsid w:val="00DE1A8C"/>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DE1A8C"/>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11"/>
    <w:qFormat/>
    <w:rsid w:val="00DE1A8C"/>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uiPriority w:val="11"/>
    <w:rsid w:val="00DE1A8C"/>
    <w:rPr>
      <w:rFonts w:ascii="Arial" w:eastAsia="Times New Roman" w:hAnsi="Arial" w:cs="Times New Roman"/>
      <w:b/>
      <w:sz w:val="32"/>
      <w:szCs w:val="24"/>
      <w:lang w:eastAsia="es-ES"/>
    </w:rPr>
  </w:style>
  <w:style w:type="paragraph" w:customStyle="1" w:styleId="03dash">
    <w:name w:val="03 dash"/>
    <w:basedOn w:val="Normal"/>
    <w:rsid w:val="00DE1A8C"/>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DE1A8C"/>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DE1A8C"/>
    <w:pPr>
      <w:tabs>
        <w:tab w:val="num" w:pos="1701"/>
      </w:tabs>
      <w:spacing w:after="60" w:line="240" w:lineRule="auto"/>
      <w:ind w:left="1701" w:hanging="567"/>
      <w:jc w:val="both"/>
    </w:pPr>
    <w:rPr>
      <w:rFonts w:ascii="Arial" w:eastAsia="Times New Roman" w:hAnsi="Arial" w:cs="Times New Roman"/>
      <w:sz w:val="24"/>
      <w:szCs w:val="20"/>
      <w:lang w:eastAsia="es-ES"/>
    </w:rPr>
  </w:style>
  <w:style w:type="paragraph" w:customStyle="1" w:styleId="60exhnormal">
    <w:name w:val="60 exh normal"/>
    <w:basedOn w:val="Normal"/>
    <w:rsid w:val="00DE1A8C"/>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DE1A8C"/>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DE1A8C"/>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eastAsia="es-ES"/>
    </w:rPr>
  </w:style>
  <w:style w:type="paragraph" w:customStyle="1" w:styleId="Normalt">
    <w:name w:val="Normalt"/>
    <w:basedOn w:val="Normal"/>
    <w:rsid w:val="00DE1A8C"/>
    <w:pPr>
      <w:widowControl w:val="0"/>
      <w:spacing w:after="240" w:line="240" w:lineRule="auto"/>
    </w:pPr>
    <w:rPr>
      <w:rFonts w:ascii="Times" w:eastAsia="Times New Roman" w:hAnsi="Times" w:cs="Times New Roman"/>
      <w:szCs w:val="24"/>
      <w:lang w:eastAsia="es-ES"/>
    </w:rPr>
  </w:style>
  <w:style w:type="paragraph" w:customStyle="1" w:styleId="Textosinformato1">
    <w:name w:val="Texto sin formato1"/>
    <w:basedOn w:val="Normal"/>
    <w:rsid w:val="00DE1A8C"/>
    <w:pPr>
      <w:spacing w:after="0" w:line="240" w:lineRule="auto"/>
    </w:pPr>
    <w:rPr>
      <w:rFonts w:ascii="Courier New" w:eastAsia="Times New Roman" w:hAnsi="Courier New" w:cs="Times New Roman"/>
      <w:sz w:val="20"/>
      <w:szCs w:val="20"/>
      <w:lang w:eastAsia="es-ES"/>
    </w:rPr>
  </w:style>
  <w:style w:type="paragraph" w:customStyle="1" w:styleId="Textodebloque1">
    <w:name w:val="Texto de bloque1"/>
    <w:basedOn w:val="Normal"/>
    <w:rsid w:val="00DE1A8C"/>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xl24">
    <w:name w:val="xl24"/>
    <w:basedOn w:val="Normal"/>
    <w:rsid w:val="00DE1A8C"/>
    <w:pPr>
      <w:spacing w:before="100" w:beforeAutospacing="1" w:after="100" w:afterAutospacing="1" w:line="240" w:lineRule="auto"/>
    </w:pPr>
    <w:rPr>
      <w:rFonts w:ascii="Arial" w:eastAsia="Arial Unicode MS" w:hAnsi="Arial" w:cs="Arial"/>
      <w:sz w:val="24"/>
      <w:szCs w:val="24"/>
      <w:lang w:eastAsia="es-ES"/>
    </w:rPr>
  </w:style>
  <w:style w:type="paragraph" w:customStyle="1" w:styleId="xl25">
    <w:name w:val="xl25"/>
    <w:basedOn w:val="Normal"/>
    <w:rsid w:val="00DE1A8C"/>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6">
    <w:name w:val="xl26"/>
    <w:basedOn w:val="Normal"/>
    <w:rsid w:val="00DE1A8C"/>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7">
    <w:name w:val="xl27"/>
    <w:basedOn w:val="Normal"/>
    <w:rsid w:val="00DE1A8C"/>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28">
    <w:name w:val="xl28"/>
    <w:basedOn w:val="Normal"/>
    <w:rsid w:val="00DE1A8C"/>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29">
    <w:name w:val="xl29"/>
    <w:basedOn w:val="Normal"/>
    <w:rsid w:val="00DE1A8C"/>
    <w:pPr>
      <w:shd w:val="clear" w:color="auto" w:fill="C0C0C0"/>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0">
    <w:name w:val="xl30"/>
    <w:basedOn w:val="Normal"/>
    <w:rsid w:val="00DE1A8C"/>
    <w:pPr>
      <w:spacing w:before="100" w:beforeAutospacing="1" w:after="100" w:afterAutospacing="1" w:line="240" w:lineRule="auto"/>
      <w:jc w:val="both"/>
    </w:pPr>
    <w:rPr>
      <w:rFonts w:ascii="Arial" w:eastAsia="Arial Unicode MS" w:hAnsi="Arial" w:cs="Arial"/>
      <w:b/>
      <w:bCs/>
      <w:i/>
      <w:iCs/>
      <w:sz w:val="24"/>
      <w:szCs w:val="24"/>
      <w:lang w:eastAsia="es-ES"/>
    </w:rPr>
  </w:style>
  <w:style w:type="paragraph" w:customStyle="1" w:styleId="xl31">
    <w:name w:val="xl31"/>
    <w:basedOn w:val="Normal"/>
    <w:rsid w:val="00DE1A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2">
    <w:name w:val="xl32"/>
    <w:basedOn w:val="Normal"/>
    <w:rsid w:val="00DE1A8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3">
    <w:name w:val="xl3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4">
    <w:name w:val="xl3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5">
    <w:name w:val="xl3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6">
    <w:name w:val="xl3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37">
    <w:name w:val="xl3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38">
    <w:name w:val="xl3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DE1A8C"/>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eastAsia="es-ES"/>
    </w:rPr>
  </w:style>
  <w:style w:type="paragraph" w:customStyle="1" w:styleId="xl40">
    <w:name w:val="xl4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eastAsia="es-ES"/>
    </w:rPr>
  </w:style>
  <w:style w:type="paragraph" w:customStyle="1" w:styleId="xl41">
    <w:name w:val="xl4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eastAsia="es-ES"/>
    </w:rPr>
  </w:style>
  <w:style w:type="paragraph" w:customStyle="1" w:styleId="marta3">
    <w:name w:val="marta 3"/>
    <w:basedOn w:val="Normal"/>
    <w:rsid w:val="00DE1A8C"/>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DE1A8C"/>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E1A8C"/>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DE1A8C"/>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DE1A8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DE1A8C"/>
  </w:style>
  <w:style w:type="paragraph" w:customStyle="1" w:styleId="Char81">
    <w:name w:val="Char81"/>
    <w:basedOn w:val="Normal"/>
    <w:uiPriority w:val="99"/>
    <w:rsid w:val="00DE1A8C"/>
    <w:pPr>
      <w:spacing w:line="240" w:lineRule="exact"/>
    </w:pPr>
    <w:rPr>
      <w:rFonts w:ascii="Verdana" w:eastAsia="Times New Roman" w:hAnsi="Verdana" w:cs="Verdana"/>
      <w:sz w:val="20"/>
      <w:szCs w:val="20"/>
    </w:rPr>
  </w:style>
  <w:style w:type="character" w:customStyle="1" w:styleId="texttiny">
    <w:name w:val="texttiny"/>
    <w:basedOn w:val="Fuentedeprrafopredeter"/>
    <w:rsid w:val="00DE1A8C"/>
  </w:style>
  <w:style w:type="character" w:customStyle="1" w:styleId="i5">
    <w:name w:val="i5"/>
    <w:basedOn w:val="Fuentedeprrafopredeter"/>
    <w:rsid w:val="00DE1A8C"/>
  </w:style>
  <w:style w:type="paragraph" w:customStyle="1" w:styleId="MARITZA6">
    <w:name w:val="MARITZA6"/>
    <w:basedOn w:val="Normal"/>
    <w:rsid w:val="00DE1A8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E1A8C"/>
    <w:pPr>
      <w:pBdr>
        <w:bottom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rsid w:val="00DE1A8C"/>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rsid w:val="00DE1A8C"/>
    <w:pPr>
      <w:pBdr>
        <w:top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rsid w:val="00DE1A8C"/>
    <w:rPr>
      <w:rFonts w:ascii="Arial" w:eastAsia="Times New Roman" w:hAnsi="Arial" w:cs="Times New Roman"/>
      <w:vanish/>
      <w:sz w:val="16"/>
      <w:szCs w:val="16"/>
      <w:lang w:eastAsia="es-ES"/>
    </w:rPr>
  </w:style>
  <w:style w:type="character" w:customStyle="1" w:styleId="blub121">
    <w:name w:val="blub121"/>
    <w:rsid w:val="00DE1A8C"/>
    <w:rPr>
      <w:rFonts w:ascii="Arial" w:hAnsi="Arial" w:cs="Arial" w:hint="default"/>
      <w:b/>
      <w:bCs/>
      <w:color w:val="333399"/>
      <w:sz w:val="18"/>
      <w:szCs w:val="18"/>
    </w:rPr>
  </w:style>
  <w:style w:type="paragraph" w:customStyle="1" w:styleId="BodyText21">
    <w:name w:val="Body Text 21"/>
    <w:basedOn w:val="Normal"/>
    <w:rsid w:val="00DE1A8C"/>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DE1A8C"/>
    <w:rPr>
      <w:vanish/>
      <w:webHidden w:val="0"/>
    </w:rPr>
  </w:style>
  <w:style w:type="character" w:customStyle="1" w:styleId="CarCar6">
    <w:name w:val="Car Car6"/>
    <w:rsid w:val="00DE1A8C"/>
    <w:rPr>
      <w:sz w:val="24"/>
      <w:szCs w:val="24"/>
      <w:lang w:val="es-CO" w:eastAsia="es-ES" w:bidi="ar-SA"/>
    </w:rPr>
  </w:style>
  <w:style w:type="paragraph" w:customStyle="1" w:styleId="BodyText22">
    <w:name w:val="Body Text 22"/>
    <w:basedOn w:val="Normal"/>
    <w:rsid w:val="00DE1A8C"/>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DE1A8C"/>
    <w:rPr>
      <w:rFonts w:ascii="Verdana" w:hAnsi="Verdana" w:hint="default"/>
      <w:color w:val="223344"/>
      <w:sz w:val="20"/>
      <w:szCs w:val="20"/>
    </w:rPr>
  </w:style>
  <w:style w:type="character" w:customStyle="1" w:styleId="piproductsdesattvalue">
    <w:name w:val="piproductsdesattvalue"/>
    <w:rsid w:val="00DE1A8C"/>
    <w:rPr>
      <w:rFonts w:ascii="Verdana" w:hAnsi="Verdana" w:hint="default"/>
      <w:color w:val="000000"/>
      <w:sz w:val="20"/>
      <w:szCs w:val="20"/>
    </w:rPr>
  </w:style>
  <w:style w:type="character" w:customStyle="1" w:styleId="piproductsdesattbatterytype">
    <w:name w:val="piproductsdesattbatterytype"/>
    <w:rsid w:val="00DE1A8C"/>
    <w:rPr>
      <w:rFonts w:ascii="Verdana" w:hAnsi="Verdana" w:hint="default"/>
      <w:b/>
      <w:bCs/>
      <w:color w:val="592413"/>
      <w:sz w:val="20"/>
      <w:szCs w:val="20"/>
    </w:rPr>
  </w:style>
  <w:style w:type="paragraph" w:customStyle="1" w:styleId="Textoindependiente31">
    <w:name w:val="Texto independiente 31"/>
    <w:basedOn w:val="Normal"/>
    <w:rsid w:val="00DE1A8C"/>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DE1A8C"/>
  </w:style>
  <w:style w:type="paragraph" w:customStyle="1" w:styleId="Estndar">
    <w:name w:val="Estándar"/>
    <w:rsid w:val="00DE1A8C"/>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DE1A8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DE1A8C"/>
    <w:rPr>
      <w:rFonts w:ascii="Arial" w:eastAsia="Times New Roman" w:hAnsi="Arial" w:cs="Times New Roman"/>
      <w:sz w:val="24"/>
      <w:szCs w:val="24"/>
      <w:shd w:val="pct20" w:color="auto" w:fill="auto"/>
      <w:lang w:eastAsia="es-ES"/>
    </w:rPr>
  </w:style>
  <w:style w:type="paragraph" w:customStyle="1" w:styleId="Textoindependiente22">
    <w:name w:val="Texto independiente 22"/>
    <w:basedOn w:val="Normal"/>
    <w:rsid w:val="00DE1A8C"/>
    <w:pPr>
      <w:spacing w:after="0" w:line="240" w:lineRule="auto"/>
      <w:jc w:val="both"/>
    </w:pPr>
    <w:rPr>
      <w:rFonts w:ascii="Arial" w:eastAsia="Times New Roman" w:hAnsi="Arial" w:cs="Times New Roman"/>
      <w:sz w:val="24"/>
      <w:szCs w:val="20"/>
      <w:lang w:eastAsia="es-ES"/>
    </w:rPr>
  </w:style>
  <w:style w:type="paragraph" w:customStyle="1" w:styleId="toa">
    <w:name w:val="toa"/>
    <w:basedOn w:val="Normal"/>
    <w:rsid w:val="00DE1A8C"/>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DE1A8C"/>
    <w:pPr>
      <w:autoSpaceDE w:val="0"/>
      <w:autoSpaceDN w:val="0"/>
      <w:spacing w:before="28" w:after="28" w:line="210" w:lineRule="atLeast"/>
      <w:ind w:firstLine="283"/>
      <w:jc w:val="both"/>
    </w:pPr>
    <w:rPr>
      <w:rFonts w:ascii="Arial" w:eastAsia="Times New Roman" w:hAnsi="Arial" w:cs="Times New Roman"/>
      <w:color w:val="000000"/>
      <w:sz w:val="19"/>
      <w:szCs w:val="19"/>
      <w:lang w:eastAsia="es-ES"/>
    </w:rPr>
  </w:style>
  <w:style w:type="paragraph" w:customStyle="1" w:styleId="Sangradetextonormal2">
    <w:name w:val="Sangría de texto normal2"/>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rsid w:val="00DE1A8C"/>
    <w:pPr>
      <w:spacing w:after="0" w:line="240" w:lineRule="auto"/>
      <w:ind w:left="4252"/>
    </w:pPr>
    <w:rPr>
      <w:rFonts w:ascii="Arial" w:eastAsia="Times New Roman" w:hAnsi="Arial" w:cs="Times New Roman"/>
      <w:sz w:val="24"/>
      <w:szCs w:val="24"/>
      <w:lang w:eastAsia="es-ES"/>
    </w:rPr>
  </w:style>
  <w:style w:type="character" w:customStyle="1" w:styleId="FirmaCar">
    <w:name w:val="Firma Car"/>
    <w:basedOn w:val="Fuentedeprrafopredeter"/>
    <w:link w:val="Firma"/>
    <w:rsid w:val="00DE1A8C"/>
    <w:rPr>
      <w:rFonts w:ascii="Arial" w:eastAsia="Times New Roman" w:hAnsi="Arial" w:cs="Times New Roman"/>
      <w:sz w:val="24"/>
      <w:szCs w:val="24"/>
      <w:lang w:eastAsia="es-ES"/>
    </w:rPr>
  </w:style>
  <w:style w:type="paragraph" w:customStyle="1" w:styleId="Firmapuesto">
    <w:name w:val="Firma puesto"/>
    <w:basedOn w:val="Firma"/>
    <w:rsid w:val="00DE1A8C"/>
  </w:style>
  <w:style w:type="paragraph" w:customStyle="1" w:styleId="Firmaorganizacin">
    <w:name w:val="Firma organización"/>
    <w:basedOn w:val="Firma"/>
    <w:rsid w:val="00DE1A8C"/>
  </w:style>
  <w:style w:type="paragraph" w:customStyle="1" w:styleId="Captulo">
    <w:name w:val="Capítulo"/>
    <w:basedOn w:val="Normal"/>
    <w:autoRedefine/>
    <w:rsid w:val="00DE1A8C"/>
    <w:pPr>
      <w:shd w:val="solid" w:color="auto" w:fill="FFFFFF"/>
      <w:spacing w:after="0" w:line="240" w:lineRule="auto"/>
      <w:jc w:val="center"/>
    </w:pPr>
    <w:rPr>
      <w:rFonts w:ascii="Arial" w:eastAsia="Times New Roman" w:hAnsi="Arial" w:cs="Arial"/>
      <w:b/>
      <w:bCs/>
      <w:color w:val="FFFFFF"/>
      <w:sz w:val="28"/>
      <w:szCs w:val="28"/>
      <w:lang w:eastAsia="es-ES"/>
    </w:rPr>
  </w:style>
  <w:style w:type="paragraph" w:customStyle="1" w:styleId="maincontent">
    <w:name w:val="maincontent"/>
    <w:basedOn w:val="Normal"/>
    <w:rsid w:val="00DE1A8C"/>
    <w:pPr>
      <w:spacing w:before="100" w:beforeAutospacing="1" w:after="100" w:afterAutospacing="1" w:line="255" w:lineRule="atLeast"/>
      <w:jc w:val="both"/>
    </w:pPr>
    <w:rPr>
      <w:rFonts w:ascii="Verdana" w:eastAsia="Times New Roman" w:hAnsi="Verdana" w:cs="Times New Roman"/>
      <w:color w:val="333333"/>
      <w:sz w:val="18"/>
      <w:szCs w:val="18"/>
      <w:lang w:eastAsia="es-ES"/>
    </w:rPr>
  </w:style>
  <w:style w:type="paragraph" w:customStyle="1" w:styleId="epgrafe">
    <w:name w:val="epígrafe"/>
    <w:basedOn w:val="Normal"/>
    <w:rsid w:val="00DE1A8C"/>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DE1A8C"/>
    <w:pPr>
      <w:shd w:val="clear" w:color="auto" w:fill="000080"/>
      <w:spacing w:after="0" w:line="240" w:lineRule="auto"/>
    </w:pPr>
    <w:rPr>
      <w:rFonts w:ascii="Tahoma" w:eastAsia="Times New Roman" w:hAnsi="Tahoma" w:cs="Times New Roman"/>
      <w:sz w:val="24"/>
      <w:szCs w:val="20"/>
      <w:lang w:eastAsia="es-ES"/>
    </w:rPr>
  </w:style>
  <w:style w:type="character" w:customStyle="1" w:styleId="MapadeldocumentoCar">
    <w:name w:val="Mapa del documento Car"/>
    <w:basedOn w:val="Fuentedeprrafopredeter"/>
    <w:link w:val="Mapadeldocumento"/>
    <w:rsid w:val="00DE1A8C"/>
    <w:rPr>
      <w:rFonts w:ascii="Tahoma" w:eastAsia="Times New Roman" w:hAnsi="Tahoma" w:cs="Times New Roman"/>
      <w:sz w:val="24"/>
      <w:szCs w:val="20"/>
      <w:shd w:val="clear" w:color="auto" w:fill="000080"/>
      <w:lang w:eastAsia="es-ES"/>
    </w:rPr>
  </w:style>
  <w:style w:type="paragraph" w:customStyle="1" w:styleId="ListaCc0">
    <w:name w:val="Lista Cc."/>
    <w:basedOn w:val="Normal"/>
    <w:rsid w:val="00DE1A8C"/>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font6">
    <w:name w:val="font6"/>
    <w:basedOn w:val="Normal"/>
    <w:rsid w:val="00DE1A8C"/>
    <w:pPr>
      <w:spacing w:before="100" w:beforeAutospacing="1" w:after="100" w:afterAutospacing="1" w:line="240" w:lineRule="auto"/>
    </w:pPr>
    <w:rPr>
      <w:rFonts w:ascii="Arial" w:eastAsia="Arial Unicode MS" w:hAnsi="Arial" w:cs="Arial"/>
      <w:b/>
      <w:bCs/>
      <w:color w:val="000000"/>
      <w:sz w:val="20"/>
      <w:szCs w:val="20"/>
      <w:lang w:eastAsia="es-ES"/>
    </w:rPr>
  </w:style>
  <w:style w:type="paragraph" w:customStyle="1" w:styleId="font7">
    <w:name w:val="font7"/>
    <w:basedOn w:val="Normal"/>
    <w:rsid w:val="00DE1A8C"/>
    <w:pPr>
      <w:spacing w:before="100" w:beforeAutospacing="1" w:after="100" w:afterAutospacing="1" w:line="240" w:lineRule="auto"/>
    </w:pPr>
    <w:rPr>
      <w:rFonts w:ascii="Arial" w:eastAsia="Arial Unicode MS" w:hAnsi="Arial" w:cs="Arial"/>
      <w:sz w:val="20"/>
      <w:szCs w:val="20"/>
      <w:lang w:eastAsia="es-ES"/>
    </w:rPr>
  </w:style>
  <w:style w:type="paragraph" w:customStyle="1" w:styleId="xl42">
    <w:name w:val="xl42"/>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3">
    <w:name w:val="xl43"/>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eastAsia="es-ES"/>
    </w:rPr>
  </w:style>
  <w:style w:type="paragraph" w:customStyle="1" w:styleId="xl45">
    <w:name w:val="xl45"/>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46">
    <w:name w:val="xl4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eastAsia="es-ES"/>
    </w:rPr>
  </w:style>
  <w:style w:type="paragraph" w:customStyle="1" w:styleId="xl47">
    <w:name w:val="xl4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48">
    <w:name w:val="xl48"/>
    <w:basedOn w:val="Normal"/>
    <w:rsid w:val="00DE1A8C"/>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eastAsia="es-ES"/>
    </w:rPr>
  </w:style>
  <w:style w:type="paragraph" w:customStyle="1" w:styleId="xl49">
    <w:name w:val="xl4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eastAsia="es-ES"/>
    </w:rPr>
  </w:style>
  <w:style w:type="paragraph" w:customStyle="1" w:styleId="xl50">
    <w:name w:val="xl5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eastAsia="es-ES"/>
    </w:rPr>
  </w:style>
  <w:style w:type="paragraph" w:customStyle="1" w:styleId="xl51">
    <w:name w:val="xl5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2">
    <w:name w:val="xl5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eastAsia="es-ES"/>
    </w:rPr>
  </w:style>
  <w:style w:type="paragraph" w:customStyle="1" w:styleId="xl53">
    <w:name w:val="xl5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eastAsia="es-ES"/>
    </w:rPr>
  </w:style>
  <w:style w:type="paragraph" w:customStyle="1" w:styleId="xl54">
    <w:name w:val="xl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55">
    <w:name w:val="xl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eastAsia="es-ES"/>
    </w:rPr>
  </w:style>
  <w:style w:type="paragraph" w:customStyle="1" w:styleId="xl56">
    <w:name w:val="xl56"/>
    <w:basedOn w:val="Normal"/>
    <w:rsid w:val="00DE1A8C"/>
    <w:pPr>
      <w:spacing w:before="100" w:beforeAutospacing="1" w:after="100" w:afterAutospacing="1" w:line="240" w:lineRule="auto"/>
      <w:textAlignment w:val="center"/>
    </w:pPr>
    <w:rPr>
      <w:rFonts w:ascii="Arial Unicode MS" w:eastAsia="Arial Unicode MS" w:hAnsi="Arial Unicode MS" w:cs="MS Mincho"/>
      <w:sz w:val="24"/>
      <w:szCs w:val="24"/>
      <w:lang w:eastAsia="es-ES"/>
    </w:rPr>
  </w:style>
  <w:style w:type="paragraph" w:customStyle="1" w:styleId="xl57">
    <w:name w:val="xl5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eastAsia="es-ES"/>
    </w:rPr>
  </w:style>
  <w:style w:type="paragraph" w:customStyle="1" w:styleId="xl58">
    <w:name w:val="xl5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eastAsia="es-ES"/>
    </w:rPr>
  </w:style>
  <w:style w:type="paragraph" w:customStyle="1" w:styleId="font8">
    <w:name w:val="font8"/>
    <w:basedOn w:val="Normal"/>
    <w:rsid w:val="00DE1A8C"/>
    <w:pPr>
      <w:spacing w:before="100" w:beforeAutospacing="1" w:after="100" w:afterAutospacing="1" w:line="240" w:lineRule="auto"/>
    </w:pPr>
    <w:rPr>
      <w:rFonts w:ascii="Arial" w:eastAsia="Arial Unicode MS" w:hAnsi="Arial" w:cs="Arial"/>
      <w:color w:val="000000"/>
      <w:sz w:val="20"/>
      <w:szCs w:val="20"/>
      <w:lang w:eastAsia="es-ES"/>
    </w:rPr>
  </w:style>
  <w:style w:type="paragraph" w:customStyle="1" w:styleId="NormalSencillo">
    <w:name w:val="Normal Sencillo"/>
    <w:basedOn w:val="Normal"/>
    <w:next w:val="Normal"/>
    <w:rsid w:val="00DE1A8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DE1A8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eastAsia="es-ES"/>
    </w:rPr>
  </w:style>
  <w:style w:type="paragraph" w:customStyle="1" w:styleId="xl60">
    <w:name w:val="xl60"/>
    <w:basedOn w:val="Normal"/>
    <w:rsid w:val="00DE1A8C"/>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eastAsia="es-ES"/>
    </w:rPr>
  </w:style>
  <w:style w:type="paragraph" w:customStyle="1" w:styleId="xl61">
    <w:name w:val="xl61"/>
    <w:basedOn w:val="Normal"/>
    <w:rsid w:val="00DE1A8C"/>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xl62">
    <w:name w:val="xl62"/>
    <w:basedOn w:val="Normal"/>
    <w:rsid w:val="00DE1A8C"/>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eastAsia="es-ES"/>
    </w:rPr>
  </w:style>
  <w:style w:type="paragraph" w:customStyle="1" w:styleId="xl63">
    <w:name w:val="xl63"/>
    <w:basedOn w:val="Normal"/>
    <w:rsid w:val="00DE1A8C"/>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4">
    <w:name w:val="xl64"/>
    <w:basedOn w:val="Normal"/>
    <w:rsid w:val="00DE1A8C"/>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eastAsia="es-ES"/>
    </w:rPr>
  </w:style>
  <w:style w:type="paragraph" w:customStyle="1" w:styleId="xl65">
    <w:name w:val="xl65"/>
    <w:basedOn w:val="Normal"/>
    <w:rsid w:val="00DE1A8C"/>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6">
    <w:name w:val="xl66"/>
    <w:basedOn w:val="Normal"/>
    <w:rsid w:val="00DE1A8C"/>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eastAsia="es-ES"/>
    </w:rPr>
  </w:style>
  <w:style w:type="paragraph" w:customStyle="1" w:styleId="xl67">
    <w:name w:val="xl67"/>
    <w:basedOn w:val="Normal"/>
    <w:rsid w:val="00DE1A8C"/>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68">
    <w:name w:val="xl68"/>
    <w:basedOn w:val="Normal"/>
    <w:rsid w:val="00DE1A8C"/>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eastAsia="es-ES"/>
    </w:rPr>
  </w:style>
  <w:style w:type="paragraph" w:customStyle="1" w:styleId="xl69">
    <w:name w:val="xl69"/>
    <w:basedOn w:val="Normal"/>
    <w:rsid w:val="00DE1A8C"/>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70">
    <w:name w:val="xl70"/>
    <w:basedOn w:val="Normal"/>
    <w:rsid w:val="00DE1A8C"/>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eastAsia="es-ES"/>
    </w:rPr>
  </w:style>
  <w:style w:type="paragraph" w:customStyle="1" w:styleId="xl71">
    <w:name w:val="xl71"/>
    <w:basedOn w:val="Normal"/>
    <w:rsid w:val="00DE1A8C"/>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eastAsia="es-ES"/>
    </w:rPr>
  </w:style>
  <w:style w:type="paragraph" w:customStyle="1" w:styleId="xl72">
    <w:name w:val="xl72"/>
    <w:basedOn w:val="Normal"/>
    <w:rsid w:val="00DE1A8C"/>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eastAsia="es-ES"/>
    </w:rPr>
  </w:style>
  <w:style w:type="paragraph" w:customStyle="1" w:styleId="xl73">
    <w:name w:val="xl73"/>
    <w:basedOn w:val="Normal"/>
    <w:rsid w:val="00DE1A8C"/>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eastAsia="es-ES"/>
    </w:rPr>
  </w:style>
  <w:style w:type="paragraph" w:customStyle="1" w:styleId="xl75">
    <w:name w:val="xl75"/>
    <w:basedOn w:val="Normal"/>
    <w:rsid w:val="00DE1A8C"/>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eastAsia="es-ES"/>
    </w:rPr>
  </w:style>
  <w:style w:type="paragraph" w:customStyle="1" w:styleId="xl74">
    <w:name w:val="xl74"/>
    <w:basedOn w:val="Normal"/>
    <w:rsid w:val="00DE1A8C"/>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76">
    <w:name w:val="xl76"/>
    <w:basedOn w:val="Normal"/>
    <w:rsid w:val="00DE1A8C"/>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77">
    <w:name w:val="xl77"/>
    <w:basedOn w:val="Normal"/>
    <w:rsid w:val="00DE1A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78">
    <w:name w:val="xl78"/>
    <w:basedOn w:val="Normal"/>
    <w:rsid w:val="00DE1A8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79">
    <w:name w:val="xl79"/>
    <w:basedOn w:val="Normal"/>
    <w:rsid w:val="00DE1A8C"/>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0">
    <w:name w:val="xl80"/>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1">
    <w:name w:val="xl81"/>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eastAsia="es-ES"/>
    </w:rPr>
  </w:style>
  <w:style w:type="paragraph" w:customStyle="1" w:styleId="xl82">
    <w:name w:val="xl82"/>
    <w:basedOn w:val="Normal"/>
    <w:rsid w:val="00DE1A8C"/>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3">
    <w:name w:val="xl83"/>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84">
    <w:name w:val="xl84"/>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85">
    <w:name w:val="xl85"/>
    <w:basedOn w:val="Normal"/>
    <w:rsid w:val="00DE1A8C"/>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6">
    <w:name w:val="xl86"/>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eastAsia="es-ES"/>
    </w:rPr>
  </w:style>
  <w:style w:type="paragraph" w:customStyle="1" w:styleId="xl87">
    <w:name w:val="xl87"/>
    <w:basedOn w:val="Normal"/>
    <w:rsid w:val="00DE1A8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eastAsia="es-ES"/>
    </w:rPr>
  </w:style>
  <w:style w:type="paragraph" w:customStyle="1" w:styleId="xl88">
    <w:name w:val="xl88"/>
    <w:basedOn w:val="Normal"/>
    <w:rsid w:val="00DE1A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eastAsia="es-ES"/>
    </w:rPr>
  </w:style>
  <w:style w:type="paragraph" w:customStyle="1" w:styleId="xl89">
    <w:name w:val="xl89"/>
    <w:basedOn w:val="Normal"/>
    <w:rsid w:val="00DE1A8C"/>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eastAsia="es-ES"/>
    </w:rPr>
  </w:style>
  <w:style w:type="paragraph" w:customStyle="1" w:styleId="xl90">
    <w:name w:val="xl90"/>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eastAsia="es-ES"/>
    </w:rPr>
  </w:style>
  <w:style w:type="paragraph" w:customStyle="1" w:styleId="xl91">
    <w:name w:val="xl91"/>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eastAsia="es-ES"/>
    </w:rPr>
  </w:style>
  <w:style w:type="paragraph" w:customStyle="1" w:styleId="xl92">
    <w:name w:val="xl92"/>
    <w:basedOn w:val="Normal"/>
    <w:rsid w:val="00DE1A8C"/>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eastAsia="es-ES"/>
    </w:rPr>
  </w:style>
  <w:style w:type="paragraph" w:customStyle="1" w:styleId="xl93">
    <w:name w:val="xl93"/>
    <w:basedOn w:val="Normal"/>
    <w:rsid w:val="00DE1A8C"/>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eastAsia="es-ES"/>
    </w:rPr>
  </w:style>
  <w:style w:type="paragraph" w:customStyle="1" w:styleId="xl94">
    <w:name w:val="xl94"/>
    <w:basedOn w:val="Normal"/>
    <w:rsid w:val="00DE1A8C"/>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eastAsia="es-ES"/>
    </w:rPr>
  </w:style>
  <w:style w:type="paragraph" w:customStyle="1" w:styleId="xl95">
    <w:name w:val="xl95"/>
    <w:basedOn w:val="Normal"/>
    <w:rsid w:val="00DE1A8C"/>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eastAsia="es-ES"/>
    </w:rPr>
  </w:style>
  <w:style w:type="paragraph" w:customStyle="1" w:styleId="xl96">
    <w:name w:val="xl96"/>
    <w:basedOn w:val="Normal"/>
    <w:rsid w:val="00DE1A8C"/>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eastAsia="es-ES"/>
    </w:rPr>
  </w:style>
  <w:style w:type="paragraph" w:customStyle="1" w:styleId="xl97">
    <w:name w:val="xl97"/>
    <w:basedOn w:val="Normal"/>
    <w:rsid w:val="00DE1A8C"/>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eastAsia="es-ES"/>
    </w:rPr>
  </w:style>
  <w:style w:type="paragraph" w:customStyle="1" w:styleId="xl98">
    <w:name w:val="xl98"/>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9">
    <w:name w:val="xl99"/>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0">
    <w:name w:val="xl100"/>
    <w:basedOn w:val="Normal"/>
    <w:rsid w:val="00DE1A8C"/>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1">
    <w:name w:val="xl101"/>
    <w:basedOn w:val="Normal"/>
    <w:rsid w:val="00DE1A8C"/>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102">
    <w:name w:val="xl102"/>
    <w:basedOn w:val="Normal"/>
    <w:rsid w:val="00DE1A8C"/>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CarCarCarCar">
    <w:name w:val="Car Car Car Car"/>
    <w:basedOn w:val="Normal"/>
    <w:rsid w:val="00DE1A8C"/>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E1A8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BodyText31">
    <w:name w:val="Body Text 31"/>
    <w:basedOn w:val="Normal"/>
    <w:rsid w:val="00DE1A8C"/>
    <w:pPr>
      <w:spacing w:after="0" w:line="240" w:lineRule="auto"/>
      <w:jc w:val="both"/>
    </w:pPr>
    <w:rPr>
      <w:rFonts w:ascii="Arial" w:eastAsia="Times New Roman" w:hAnsi="Arial" w:cs="Times New Roman"/>
      <w:szCs w:val="24"/>
      <w:lang w:eastAsia="es-ES"/>
    </w:rPr>
  </w:style>
  <w:style w:type="paragraph" w:customStyle="1" w:styleId="BodyTextIndent1">
    <w:name w:val="Body Text Indent1"/>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DE1A8C"/>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E1A8C"/>
    <w:pPr>
      <w:spacing w:line="240" w:lineRule="exact"/>
    </w:pPr>
    <w:rPr>
      <w:rFonts w:ascii="Verdana" w:eastAsia="Times New Roman" w:hAnsi="Verdana" w:cs="Times New Roman"/>
      <w:sz w:val="20"/>
      <w:szCs w:val="20"/>
    </w:rPr>
  </w:style>
  <w:style w:type="character" w:customStyle="1" w:styleId="CarCar4">
    <w:name w:val="Car Car4"/>
    <w:rsid w:val="00DE1A8C"/>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DE1A8C"/>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4">
    <w:name w:val="Texto independiente 24"/>
    <w:basedOn w:val="Normal"/>
    <w:rsid w:val="00DE1A8C"/>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DE1A8C"/>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DE1A8C"/>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xl103">
    <w:name w:val="xl103"/>
    <w:basedOn w:val="Normal"/>
    <w:rsid w:val="00DE1A8C"/>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104">
    <w:name w:val="xl104"/>
    <w:basedOn w:val="Normal"/>
    <w:rsid w:val="00DE1A8C"/>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05">
    <w:name w:val="xl105"/>
    <w:basedOn w:val="Normal"/>
    <w:rsid w:val="00DE1A8C"/>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6">
    <w:name w:val="xl106"/>
    <w:basedOn w:val="Normal"/>
    <w:rsid w:val="00DE1A8C"/>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07">
    <w:name w:val="xl107"/>
    <w:basedOn w:val="Normal"/>
    <w:rsid w:val="00DE1A8C"/>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08">
    <w:name w:val="xl108"/>
    <w:basedOn w:val="Normal"/>
    <w:rsid w:val="00DE1A8C"/>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rsid w:val="00DE1A8C"/>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rsid w:val="00DE1A8C"/>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rsid w:val="00DE1A8C"/>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rsid w:val="00DE1A8C"/>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rsid w:val="00DE1A8C"/>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rsid w:val="00DE1A8C"/>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rsid w:val="00DE1A8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rsid w:val="00DE1A8C"/>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rsid w:val="00DE1A8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Sangradetextonormal3">
    <w:name w:val="Sangría de texto normal3"/>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DE1A8C"/>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DE1A8C"/>
    <w:pPr>
      <w:spacing w:line="240" w:lineRule="exact"/>
    </w:pPr>
    <w:rPr>
      <w:rFonts w:ascii="Verdana" w:eastAsia="Times New Roman" w:hAnsi="Verdana" w:cs="Times New Roman"/>
      <w:sz w:val="20"/>
      <w:szCs w:val="24"/>
      <w:lang w:val="en-US"/>
    </w:rPr>
  </w:style>
  <w:style w:type="character" w:customStyle="1" w:styleId="WW8Num5z0">
    <w:name w:val="WW8Num5z0"/>
    <w:rsid w:val="00DE1A8C"/>
    <w:rPr>
      <w:rFonts w:ascii="Symbol" w:hAnsi="Symbol"/>
    </w:rPr>
  </w:style>
  <w:style w:type="paragraph" w:customStyle="1" w:styleId="Car7">
    <w:name w:val="Car7"/>
    <w:basedOn w:val="Normal"/>
    <w:rsid w:val="00DE1A8C"/>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DE1A8C"/>
    <w:pPr>
      <w:suppressAutoHyphens w:val="0"/>
      <w:autoSpaceDN w:val="0"/>
      <w:adjustRightInd w:val="0"/>
    </w:pPr>
    <w:rPr>
      <w:rFonts w:ascii="Arial" w:hAnsi="Arial" w:cs="Arial"/>
      <w:color w:val="auto"/>
      <w:lang w:val="es-ES" w:eastAsia="en-US"/>
    </w:rPr>
  </w:style>
  <w:style w:type="character" w:customStyle="1" w:styleId="corchete-llamada1">
    <w:name w:val="corchete-llamada1"/>
    <w:rsid w:val="00DE1A8C"/>
    <w:rPr>
      <w:vanish/>
      <w:webHidden w:val="0"/>
      <w:specVanish w:val="0"/>
    </w:rPr>
  </w:style>
  <w:style w:type="table" w:styleId="Tablaweb1">
    <w:name w:val="Table Web 1"/>
    <w:basedOn w:val="Tablanormal"/>
    <w:semiHidden/>
    <w:unhideWhenUsed/>
    <w:rsid w:val="00DE1A8C"/>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unhideWhenUsed/>
    <w:rsid w:val="00DE1A8C"/>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5">
    <w:name w:val="Texto independiente 25"/>
    <w:basedOn w:val="Normal"/>
    <w:rsid w:val="00DE1A8C"/>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DE1A8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4">
    <w:name w:val="Sangría de texto normal4"/>
    <w:basedOn w:val="Normal"/>
    <w:rsid w:val="00DE1A8C"/>
    <w:pPr>
      <w:autoSpaceDE w:val="0"/>
      <w:autoSpaceDN w:val="0"/>
      <w:spacing w:after="0" w:line="240" w:lineRule="auto"/>
      <w:ind w:left="426"/>
      <w:jc w:val="both"/>
    </w:pPr>
    <w:rPr>
      <w:rFonts w:ascii="Arial" w:eastAsia="Times New Roman" w:hAnsi="Arial" w:cs="Arial"/>
      <w:sz w:val="24"/>
      <w:szCs w:val="24"/>
      <w:lang w:eastAsia="es-ES"/>
    </w:rPr>
  </w:style>
  <w:style w:type="table" w:customStyle="1" w:styleId="Tablaconcuadrcula1">
    <w:name w:val="Tabla con cuadrícula1"/>
    <w:basedOn w:val="Tablanormal"/>
    <w:next w:val="Tablaconcuadrcula"/>
    <w:uiPriority w:val="59"/>
    <w:rsid w:val="00DE1A8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basedOn w:val="Fuentedeprrafopredeter"/>
    <w:rsid w:val="00DE1A8C"/>
  </w:style>
  <w:style w:type="character" w:customStyle="1" w:styleId="PredeterminadoCar">
    <w:name w:val="Predeterminado Car"/>
    <w:link w:val="Predeterminado"/>
    <w:rsid w:val="00DE1A8C"/>
    <w:rPr>
      <w:rFonts w:ascii="Times New Roman" w:eastAsia="Times New Roman" w:hAnsi="Times New Roman" w:cs="Times New Roman"/>
      <w:sz w:val="20"/>
      <w:szCs w:val="24"/>
      <w:lang w:val="es-ES" w:eastAsia="es-ES"/>
    </w:rPr>
  </w:style>
  <w:style w:type="paragraph" w:customStyle="1" w:styleId="CM9">
    <w:name w:val="CM9"/>
    <w:basedOn w:val="Default"/>
    <w:next w:val="Default"/>
    <w:uiPriority w:val="99"/>
    <w:rsid w:val="00DE1A8C"/>
    <w:pPr>
      <w:suppressAutoHyphens w:val="0"/>
      <w:autoSpaceDN w:val="0"/>
      <w:adjustRightInd w:val="0"/>
      <w:spacing w:line="273" w:lineRule="atLeast"/>
    </w:pPr>
    <w:rPr>
      <w:rFonts w:ascii="Arial" w:eastAsia="Times New Roman" w:hAnsi="Arial" w:cs="Arial"/>
      <w:color w:val="auto"/>
      <w:lang w:eastAsia="es-CO"/>
    </w:rPr>
  </w:style>
  <w:style w:type="paragraph" w:customStyle="1" w:styleId="Ttulo11">
    <w:name w:val="Título 11"/>
    <w:basedOn w:val="Normal"/>
    <w:uiPriority w:val="1"/>
    <w:qFormat/>
    <w:rsid w:val="00DE1A8C"/>
    <w:pPr>
      <w:widowControl w:val="0"/>
      <w:spacing w:before="51" w:after="0" w:line="240" w:lineRule="auto"/>
      <w:ind w:left="103"/>
      <w:outlineLvl w:val="1"/>
    </w:pPr>
    <w:rPr>
      <w:rFonts w:ascii="Arial" w:eastAsia="Arial" w:hAnsi="Arial" w:cs="Times New Roman"/>
      <w:b/>
      <w:bCs/>
      <w:sz w:val="20"/>
      <w:szCs w:val="20"/>
      <w:lang w:val="en-US"/>
    </w:rPr>
  </w:style>
  <w:style w:type="character" w:customStyle="1" w:styleId="titular2">
    <w:name w:val="titular2"/>
    <w:basedOn w:val="Fuentedeprrafopredeter"/>
    <w:rsid w:val="00DE1A8C"/>
  </w:style>
  <w:style w:type="paragraph" w:customStyle="1" w:styleId="tdcontenidoproductos">
    <w:name w:val="tdcontenidoproductos"/>
    <w:basedOn w:val="Normal"/>
    <w:rsid w:val="00DE1A8C"/>
    <w:pPr>
      <w:spacing w:before="100" w:beforeAutospacing="1" w:after="100" w:afterAutospacing="1" w:line="300" w:lineRule="atLeast"/>
    </w:pPr>
    <w:rPr>
      <w:rFonts w:ascii="Times New Roman" w:eastAsia="Times New Roman" w:hAnsi="Times New Roman" w:cs="Times New Roman"/>
      <w:sz w:val="24"/>
      <w:szCs w:val="24"/>
      <w:lang w:eastAsia="es-CO"/>
    </w:rPr>
  </w:style>
  <w:style w:type="character" w:customStyle="1" w:styleId="hps">
    <w:name w:val="hps"/>
    <w:basedOn w:val="Fuentedeprrafopredeter"/>
    <w:rsid w:val="00DE1A8C"/>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rsid w:val="00DE1A8C"/>
    <w:rPr>
      <w:rFonts w:ascii="Arial" w:hAnsi="Arial" w:cs="Arial"/>
      <w:sz w:val="28"/>
      <w:szCs w:val="24"/>
      <w:lang w:val="es-ES" w:eastAsia="es-ES"/>
    </w:rPr>
  </w:style>
  <w:style w:type="character" w:customStyle="1" w:styleId="estilo121">
    <w:name w:val="estilo121"/>
    <w:rsid w:val="00DE1A8C"/>
    <w:rPr>
      <w:sz w:val="16"/>
      <w:szCs w:val="16"/>
    </w:rPr>
  </w:style>
  <w:style w:type="character" w:customStyle="1" w:styleId="ircsu">
    <w:name w:val="irc_su"/>
    <w:basedOn w:val="Fuentedeprrafopredeter"/>
    <w:rsid w:val="00DE1A8C"/>
  </w:style>
  <w:style w:type="character" w:styleId="AcrnimoHTML">
    <w:name w:val="HTML Acronym"/>
    <w:basedOn w:val="Fuentedeprrafopredeter"/>
    <w:uiPriority w:val="99"/>
    <w:unhideWhenUsed/>
    <w:rsid w:val="00DE1A8C"/>
  </w:style>
  <w:style w:type="character" w:customStyle="1" w:styleId="breadcrumblastitem2">
    <w:name w:val="breadcrumblastitem2"/>
    <w:rsid w:val="00DE1A8C"/>
    <w:rPr>
      <w:rFonts w:ascii="Verdana" w:hAnsi="Verdana" w:hint="default"/>
      <w:b/>
      <w:bCs/>
      <w:color w:val="007E00"/>
      <w:sz w:val="21"/>
      <w:szCs w:val="21"/>
    </w:rPr>
  </w:style>
  <w:style w:type="character" w:customStyle="1" w:styleId="span">
    <w:name w:val="span"/>
    <w:rsid w:val="00DE1A8C"/>
  </w:style>
  <w:style w:type="paragraph" w:customStyle="1" w:styleId="Encabezado-base">
    <w:name w:val="Encabezado - base"/>
    <w:basedOn w:val="Normal"/>
    <w:next w:val="Textoindependiente"/>
    <w:rsid w:val="00DE1A8C"/>
    <w:pPr>
      <w:keepNext/>
      <w:keepLines/>
      <w:spacing w:before="140" w:after="0" w:line="220" w:lineRule="atLeast"/>
      <w:ind w:left="1080"/>
      <w:jc w:val="both"/>
    </w:pPr>
    <w:rPr>
      <w:rFonts w:ascii="Arial" w:eastAsia="Times New Roman" w:hAnsi="Arial" w:cs="Times New Roman"/>
      <w:spacing w:val="-4"/>
      <w:kern w:val="28"/>
      <w:szCs w:val="20"/>
      <w:lang w:eastAsia="es-ES"/>
    </w:rPr>
  </w:style>
  <w:style w:type="character" w:customStyle="1" w:styleId="pg">
    <w:name w:val="pg"/>
    <w:basedOn w:val="Fuentedeprrafopredeter"/>
    <w:rsid w:val="00DE1A8C"/>
  </w:style>
  <w:style w:type="paragraph" w:customStyle="1" w:styleId="justify">
    <w:name w:val="justify"/>
    <w:basedOn w:val="Normal"/>
    <w:rsid w:val="00DE1A8C"/>
    <w:pPr>
      <w:spacing w:before="100" w:beforeAutospacing="1" w:after="100" w:afterAutospacing="1" w:line="240" w:lineRule="auto"/>
      <w:jc w:val="both"/>
    </w:pPr>
    <w:rPr>
      <w:rFonts w:ascii="Verdana" w:eastAsia="Times New Roman" w:hAnsi="Verdana" w:cs="Times New Roman"/>
      <w:sz w:val="18"/>
      <w:szCs w:val="18"/>
      <w:lang w:val="es-ES_tradnl" w:eastAsia="es-ES"/>
    </w:rPr>
  </w:style>
  <w:style w:type="paragraph" w:styleId="TDC1">
    <w:name w:val="toc 1"/>
    <w:basedOn w:val="Ttulo1"/>
    <w:autoRedefine/>
    <w:rsid w:val="00DE1A8C"/>
    <w:pPr>
      <w:keepNext w:val="0"/>
      <w:keepLines w:val="0"/>
      <w:pBdr>
        <w:top w:val="single" w:sz="48" w:space="3" w:color="FFFFFF"/>
        <w:left w:val="single" w:sz="6" w:space="3" w:color="FFFFFF"/>
        <w:bottom w:val="single" w:sz="6" w:space="3" w:color="FFFFFF"/>
      </w:pBdr>
      <w:suppressAutoHyphens/>
      <w:spacing w:before="0" w:line="0" w:lineRule="atLeast"/>
      <w:ind w:left="284"/>
      <w:outlineLvl w:val="9"/>
    </w:pPr>
    <w:rPr>
      <w:rFonts w:ascii="Garamond" w:hAnsi="Garamond"/>
      <w:b w:val="0"/>
      <w:bCs w:val="0"/>
      <w:color w:val="auto"/>
      <w:spacing w:val="-4"/>
      <w:kern w:val="20"/>
      <w:position w:val="8"/>
      <w:sz w:val="22"/>
      <w:szCs w:val="20"/>
      <w:lang w:val="es-CO"/>
    </w:rPr>
  </w:style>
  <w:style w:type="paragraph" w:styleId="TDC2">
    <w:name w:val="toc 2"/>
    <w:basedOn w:val="Normal"/>
    <w:autoRedefine/>
    <w:rsid w:val="00DE1A8C"/>
    <w:pPr>
      <w:keepNext/>
      <w:keepLines/>
      <w:tabs>
        <w:tab w:val="right" w:leader="dot" w:pos="6480"/>
      </w:tabs>
      <w:suppressAutoHyphens/>
      <w:spacing w:after="240" w:line="240" w:lineRule="atLeast"/>
      <w:jc w:val="both"/>
    </w:pPr>
    <w:rPr>
      <w:rFonts w:ascii="Garamond" w:eastAsia="Times New Roman" w:hAnsi="Garamond" w:cs="Times New Roman"/>
      <w:spacing w:val="-5"/>
      <w:szCs w:val="20"/>
      <w:lang w:eastAsia="es-ES"/>
    </w:rPr>
  </w:style>
  <w:style w:type="paragraph" w:styleId="TDC4">
    <w:name w:val="toc 4"/>
    <w:basedOn w:val="Normal"/>
    <w:autoRedefine/>
    <w:rsid w:val="00DE1A8C"/>
    <w:pPr>
      <w:widowControl w:val="0"/>
      <w:suppressAutoHyphens/>
      <w:spacing w:after="0" w:line="240" w:lineRule="auto"/>
      <w:jc w:val="both"/>
    </w:pPr>
    <w:rPr>
      <w:rFonts w:ascii="Garamond" w:eastAsia="Times New Roman" w:hAnsi="Garamond" w:cs="Times New Roman"/>
      <w:sz w:val="21"/>
      <w:szCs w:val="20"/>
      <w:lang w:eastAsia="es-ES"/>
    </w:rPr>
  </w:style>
  <w:style w:type="paragraph" w:customStyle="1" w:styleId="Encabezadodeseccin">
    <w:name w:val="Encabezado de sección"/>
    <w:basedOn w:val="Ttulo1"/>
    <w:rsid w:val="00DE1A8C"/>
    <w:pPr>
      <w:pBdr>
        <w:top w:val="single" w:sz="48" w:space="3" w:color="FFFFFF"/>
        <w:left w:val="single" w:sz="6" w:space="3" w:color="FFFFFF"/>
        <w:bottom w:val="single" w:sz="6" w:space="3" w:color="FFFFFF"/>
      </w:pBdr>
      <w:shd w:val="pct10" w:color="auto" w:fill="auto"/>
      <w:suppressAutoHyphens/>
      <w:spacing w:before="240" w:after="240" w:line="240" w:lineRule="atLeast"/>
      <w:outlineLvl w:val="9"/>
    </w:pPr>
    <w:rPr>
      <w:rFonts w:ascii="Garamond" w:hAnsi="Garamond"/>
      <w:bCs w:val="0"/>
      <w:caps/>
      <w:color w:val="auto"/>
      <w:spacing w:val="-10"/>
      <w:kern w:val="20"/>
      <w:position w:val="8"/>
      <w:sz w:val="22"/>
      <w:szCs w:val="20"/>
      <w:lang w:val="es-CO"/>
    </w:rPr>
  </w:style>
  <w:style w:type="paragraph" w:customStyle="1" w:styleId="BaseTDC">
    <w:name w:val="Base TDC"/>
    <w:basedOn w:val="Normal"/>
    <w:rsid w:val="00DE1A8C"/>
    <w:pPr>
      <w:keepNext/>
      <w:tabs>
        <w:tab w:val="right" w:leader="dot" w:pos="6480"/>
      </w:tabs>
      <w:spacing w:after="240" w:line="240" w:lineRule="atLeast"/>
      <w:jc w:val="both"/>
    </w:pPr>
    <w:rPr>
      <w:rFonts w:ascii="Arial" w:eastAsia="Times New Roman" w:hAnsi="Arial" w:cs="Times New Roman"/>
      <w:spacing w:val="-5"/>
      <w:szCs w:val="20"/>
      <w:lang w:eastAsia="es-ES"/>
    </w:rPr>
  </w:style>
  <w:style w:type="paragraph" w:customStyle="1" w:styleId="Firma-nombre">
    <w:name w:val="Firma - nombre"/>
    <w:basedOn w:val="Firma"/>
    <w:next w:val="Firma-puesto"/>
    <w:rsid w:val="00DE1A8C"/>
    <w:pPr>
      <w:keepNext/>
      <w:spacing w:before="1080" w:line="240" w:lineRule="atLeast"/>
      <w:ind w:left="4536"/>
    </w:pPr>
    <w:rPr>
      <w:rFonts w:ascii="Garamond" w:hAnsi="Garamond"/>
      <w:b/>
      <w:kern w:val="18"/>
      <w:sz w:val="22"/>
      <w:szCs w:val="20"/>
    </w:rPr>
  </w:style>
  <w:style w:type="paragraph" w:customStyle="1" w:styleId="Firma-puesto">
    <w:name w:val="Firma - puesto"/>
    <w:basedOn w:val="Firma"/>
    <w:next w:val="Normal"/>
    <w:rsid w:val="00DE1A8C"/>
    <w:pPr>
      <w:keepNext/>
      <w:spacing w:line="240" w:lineRule="atLeast"/>
      <w:ind w:left="4536"/>
    </w:pPr>
    <w:rPr>
      <w:rFonts w:ascii="Garamond" w:hAnsi="Garamond"/>
      <w:kern w:val="18"/>
      <w:sz w:val="22"/>
      <w:szCs w:val="20"/>
    </w:rPr>
  </w:style>
  <w:style w:type="paragraph" w:styleId="ndice1">
    <w:name w:val="index 1"/>
    <w:basedOn w:val="Normal"/>
    <w:next w:val="Normal"/>
    <w:autoRedefine/>
    <w:rsid w:val="00DE1A8C"/>
    <w:pPr>
      <w:spacing w:after="0" w:line="240" w:lineRule="auto"/>
      <w:ind w:left="200" w:hanging="200"/>
    </w:pPr>
    <w:rPr>
      <w:rFonts w:ascii="Times New Roman" w:eastAsia="Times New Roman" w:hAnsi="Times New Roman" w:cs="Times New Roman"/>
      <w:sz w:val="20"/>
      <w:szCs w:val="20"/>
      <w:lang w:eastAsia="es-ES"/>
    </w:rPr>
  </w:style>
  <w:style w:type="paragraph" w:styleId="Ttulodendice">
    <w:name w:val="index heading"/>
    <w:aliases w:val="edgar"/>
    <w:basedOn w:val="Normal"/>
    <w:next w:val="ndice1"/>
    <w:rsid w:val="00DE1A8C"/>
    <w:pPr>
      <w:keepNext/>
      <w:spacing w:after="0" w:line="480" w:lineRule="atLeast"/>
      <w:jc w:val="both"/>
    </w:pPr>
    <w:rPr>
      <w:rFonts w:ascii="Arial Black" w:eastAsia="Times New Roman" w:hAnsi="Arial Black" w:cs="Times New Roman"/>
      <w:spacing w:val="-5"/>
      <w:sz w:val="24"/>
      <w:szCs w:val="20"/>
      <w:lang w:eastAsia="es-ES"/>
    </w:rPr>
  </w:style>
  <w:style w:type="paragraph" w:styleId="TDC3">
    <w:name w:val="toc 3"/>
    <w:basedOn w:val="Ttulo3"/>
    <w:autoRedefine/>
    <w:rsid w:val="00DE1A8C"/>
    <w:pPr>
      <w:keepNext w:val="0"/>
      <w:keepLines w:val="0"/>
      <w:widowControl w:val="0"/>
      <w:suppressAutoHyphens/>
      <w:spacing w:before="0" w:line="0" w:lineRule="atLeast"/>
      <w:jc w:val="both"/>
      <w:outlineLvl w:val="9"/>
    </w:pPr>
    <w:rPr>
      <w:rFonts w:ascii="Garamond" w:eastAsia="Times New Roman" w:hAnsi="Garamond" w:cs="Times New Roman"/>
      <w:color w:val="auto"/>
      <w:spacing w:val="-5"/>
      <w:kern w:val="28"/>
      <w:sz w:val="22"/>
      <w:szCs w:val="20"/>
      <w:lang w:eastAsia="es-ES"/>
    </w:rPr>
  </w:style>
  <w:style w:type="paragraph" w:styleId="ndice2">
    <w:name w:val="index 2"/>
    <w:basedOn w:val="Normal"/>
    <w:autoRedefine/>
    <w:rsid w:val="00DE1A8C"/>
    <w:pPr>
      <w:keepNext/>
      <w:spacing w:after="0" w:line="240" w:lineRule="auto"/>
      <w:ind w:left="720" w:hanging="360"/>
      <w:jc w:val="both"/>
    </w:pPr>
    <w:rPr>
      <w:rFonts w:ascii="Arial" w:eastAsia="Times New Roman" w:hAnsi="Arial" w:cs="Times New Roman"/>
      <w:spacing w:val="-5"/>
      <w:sz w:val="18"/>
      <w:szCs w:val="20"/>
      <w:lang w:eastAsia="es-ES"/>
    </w:rPr>
  </w:style>
  <w:style w:type="paragraph" w:customStyle="1" w:styleId="Cubiertadettulo">
    <w:name w:val="Cubierta de título"/>
    <w:basedOn w:val="Normal"/>
    <w:next w:val="Cubiertadesubttulo"/>
    <w:rsid w:val="00DE1A8C"/>
    <w:pPr>
      <w:keepNext/>
      <w:keepLines/>
      <w:pBdr>
        <w:top w:val="single" w:sz="48" w:space="31" w:color="auto"/>
      </w:pBdr>
      <w:tabs>
        <w:tab w:val="left" w:pos="0"/>
      </w:tabs>
      <w:spacing w:before="240" w:after="500" w:line="640" w:lineRule="exact"/>
      <w:ind w:left="-840" w:right="-840"/>
      <w:jc w:val="both"/>
    </w:pPr>
    <w:rPr>
      <w:rFonts w:ascii="Arial Black" w:eastAsia="Times New Roman" w:hAnsi="Arial Black" w:cs="Times New Roman"/>
      <w:b/>
      <w:spacing w:val="-48"/>
      <w:kern w:val="28"/>
      <w:sz w:val="64"/>
      <w:szCs w:val="20"/>
      <w:lang w:eastAsia="es-ES"/>
    </w:rPr>
  </w:style>
  <w:style w:type="paragraph" w:customStyle="1" w:styleId="Cubiertadesubttulo">
    <w:name w:val="Cubierta de subtítulo"/>
    <w:basedOn w:val="Cubiertadettulo"/>
    <w:next w:val="Textoindependiente"/>
    <w:rsid w:val="00DE1A8C"/>
    <w:pPr>
      <w:pBdr>
        <w:top w:val="single" w:sz="6" w:space="24" w:color="auto"/>
      </w:pBdr>
      <w:tabs>
        <w:tab w:val="clear" w:pos="0"/>
      </w:tabs>
      <w:spacing w:before="0" w:after="0" w:line="480" w:lineRule="atLeast"/>
      <w:ind w:left="0" w:right="0"/>
    </w:pPr>
    <w:rPr>
      <w:rFonts w:ascii="Arial" w:hAnsi="Arial"/>
      <w:b w:val="0"/>
      <w:spacing w:val="-30"/>
      <w:sz w:val="48"/>
    </w:rPr>
  </w:style>
  <w:style w:type="table" w:customStyle="1" w:styleId="Tablaconcuadrcula11">
    <w:name w:val="Tabla con cuadrícula11"/>
    <w:basedOn w:val="Tablanormal"/>
    <w:next w:val="Tablaconcuadrcula"/>
    <w:uiPriority w:val="59"/>
    <w:rsid w:val="00DE1A8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rsid w:val="00DE1A8C"/>
    <w:rPr>
      <w:rFonts w:ascii="Times New Roman" w:eastAsia="Times New Roman" w:hAnsi="Times New Roman"/>
      <w:sz w:val="24"/>
      <w:szCs w:val="24"/>
      <w:lang w:val="x-none" w:eastAsia="es-ES"/>
    </w:rPr>
  </w:style>
  <w:style w:type="paragraph" w:customStyle="1" w:styleId="xl122">
    <w:name w:val="xl12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3">
    <w:name w:val="xl12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24">
    <w:name w:val="xl12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25">
    <w:name w:val="xl12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6">
    <w:name w:val="xl12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7">
    <w:name w:val="xl12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ES"/>
    </w:rPr>
  </w:style>
  <w:style w:type="paragraph" w:customStyle="1" w:styleId="xl128">
    <w:name w:val="xl12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29">
    <w:name w:val="xl12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30">
    <w:name w:val="xl13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marta4">
    <w:name w:val="marta 4"/>
    <w:basedOn w:val="Normal"/>
    <w:rsid w:val="00DE1A8C"/>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DE1A8C"/>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DE1A8C"/>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Sangra2detindependiente1">
    <w:name w:val="Sangría 2 de t.independiente1"/>
    <w:basedOn w:val="Normal"/>
    <w:rsid w:val="00DE1A8C"/>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customStyle="1" w:styleId="Frmula">
    <w:name w:val="Fórmula"/>
    <w:basedOn w:val="Normal"/>
    <w:rsid w:val="00DE1A8C"/>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DE1A8C"/>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character" w:customStyle="1" w:styleId="WW8Num178z1">
    <w:name w:val="WW8Num178z1"/>
    <w:rsid w:val="00DE1A8C"/>
    <w:rPr>
      <w:rFonts w:ascii="Courier New" w:hAnsi="Courier New"/>
    </w:rPr>
  </w:style>
  <w:style w:type="character" w:customStyle="1" w:styleId="WW-Fuentedeprrafopredeter">
    <w:name w:val="WW-Fuente de párrafo predeter"/>
    <w:rsid w:val="00DE1A8C"/>
  </w:style>
  <w:style w:type="character" w:customStyle="1" w:styleId="WW8Num15z1">
    <w:name w:val="WW8Num15z1"/>
    <w:rsid w:val="00DE1A8C"/>
    <w:rPr>
      <w:rFonts w:ascii="Courier New" w:hAnsi="Courier New"/>
    </w:rPr>
  </w:style>
  <w:style w:type="character" w:customStyle="1" w:styleId="WW8Num17z0">
    <w:name w:val="WW8Num17z0"/>
    <w:rsid w:val="00DE1A8C"/>
    <w:rPr>
      <w:rFonts w:ascii="Symbol" w:hAnsi="Symbol"/>
    </w:rPr>
  </w:style>
  <w:style w:type="character" w:customStyle="1" w:styleId="WW8Num19z0">
    <w:name w:val="WW8Num19z0"/>
    <w:rsid w:val="00DE1A8C"/>
    <w:rPr>
      <w:rFonts w:ascii="Symbol" w:hAnsi="Symbol"/>
    </w:rPr>
  </w:style>
  <w:style w:type="paragraph" w:customStyle="1" w:styleId="TituloN">
    <w:name w:val="Titulo N"/>
    <w:basedOn w:val="Descripcin"/>
    <w:next w:val="Ttulo1"/>
    <w:rsid w:val="00DE1A8C"/>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DE1A8C"/>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eastAsia="es-ES"/>
    </w:rPr>
  </w:style>
  <w:style w:type="paragraph" w:customStyle="1" w:styleId="CarCarCar4">
    <w:name w:val="Car Car Car4"/>
    <w:basedOn w:val="Normal"/>
    <w:rsid w:val="00DE1A8C"/>
    <w:pPr>
      <w:spacing w:line="240" w:lineRule="exact"/>
    </w:pPr>
    <w:rPr>
      <w:rFonts w:ascii="Verdana" w:eastAsia="Times New Roman" w:hAnsi="Verdana" w:cs="Times New Roman"/>
      <w:sz w:val="20"/>
      <w:szCs w:val="20"/>
    </w:rPr>
  </w:style>
  <w:style w:type="paragraph" w:customStyle="1" w:styleId="Char82">
    <w:name w:val="Char82"/>
    <w:basedOn w:val="Normal"/>
    <w:rsid w:val="00DE1A8C"/>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DE1A8C"/>
    <w:pPr>
      <w:spacing w:line="240" w:lineRule="exact"/>
    </w:pPr>
    <w:rPr>
      <w:rFonts w:ascii="Verdana" w:eastAsia="Times New Roman" w:hAnsi="Verdana" w:cs="Verdana"/>
      <w:sz w:val="20"/>
      <w:szCs w:val="20"/>
    </w:rPr>
  </w:style>
  <w:style w:type="paragraph" w:customStyle="1" w:styleId="NoSpacing1">
    <w:name w:val="No Spacing1"/>
    <w:uiPriority w:val="1"/>
    <w:qFormat/>
    <w:rsid w:val="00DE1A8C"/>
    <w:pPr>
      <w:spacing w:after="0" w:line="240" w:lineRule="auto"/>
    </w:pPr>
    <w:rPr>
      <w:rFonts w:ascii="Calibri" w:eastAsia="Times New Roman" w:hAnsi="Calibri" w:cs="Times New Roman"/>
      <w:lang w:val="es-ES"/>
    </w:rPr>
  </w:style>
  <w:style w:type="numbering" w:customStyle="1" w:styleId="Estilo1">
    <w:name w:val="Estilo1"/>
    <w:rsid w:val="00DE1A8C"/>
    <w:pPr>
      <w:numPr>
        <w:numId w:val="6"/>
      </w:numPr>
    </w:pPr>
  </w:style>
  <w:style w:type="character" w:customStyle="1" w:styleId="CarCar5">
    <w:name w:val="Car Car5"/>
    <w:rsid w:val="00DE1A8C"/>
    <w:rPr>
      <w:sz w:val="24"/>
      <w:szCs w:val="24"/>
      <w:lang w:val="es-ES" w:eastAsia="es-ES"/>
    </w:rPr>
  </w:style>
  <w:style w:type="character" w:customStyle="1" w:styleId="estilo71">
    <w:name w:val="estilo71"/>
    <w:rsid w:val="00DE1A8C"/>
    <w:rPr>
      <w:rFonts w:ascii="Tahoma" w:hAnsi="Tahoma" w:cs="Tahoma" w:hint="default"/>
      <w:b/>
      <w:bCs/>
      <w:sz w:val="18"/>
      <w:szCs w:val="18"/>
    </w:rPr>
  </w:style>
  <w:style w:type="paragraph" w:customStyle="1" w:styleId="CarCarCar3">
    <w:name w:val="Car Car Car3"/>
    <w:basedOn w:val="Normal"/>
    <w:rsid w:val="00DE1A8C"/>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DE1A8C"/>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DE1A8C"/>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DE1A8C"/>
  </w:style>
  <w:style w:type="paragraph" w:customStyle="1" w:styleId="xl131">
    <w:name w:val="xl131"/>
    <w:basedOn w:val="Normal"/>
    <w:rsid w:val="00DE1A8C"/>
    <w:pPr>
      <w:spacing w:before="100" w:beforeAutospacing="1" w:after="100" w:afterAutospacing="1" w:line="240" w:lineRule="auto"/>
      <w:jc w:val="right"/>
      <w:textAlignment w:val="top"/>
    </w:pPr>
    <w:rPr>
      <w:rFonts w:ascii="Arial" w:eastAsia="Times New Roman" w:hAnsi="Arial" w:cs="Arial"/>
      <w:sz w:val="24"/>
      <w:szCs w:val="24"/>
      <w:lang w:eastAsia="es-CO"/>
    </w:rPr>
  </w:style>
  <w:style w:type="paragraph" w:customStyle="1" w:styleId="xl132">
    <w:name w:val="xl132"/>
    <w:basedOn w:val="Normal"/>
    <w:rsid w:val="00DE1A8C"/>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3">
    <w:name w:val="xl133"/>
    <w:basedOn w:val="Normal"/>
    <w:rsid w:val="00DE1A8C"/>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4">
    <w:name w:val="xl134"/>
    <w:basedOn w:val="Normal"/>
    <w:rsid w:val="00DE1A8C"/>
    <w:pP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35">
    <w:name w:val="xl135"/>
    <w:basedOn w:val="Normal"/>
    <w:rsid w:val="00DE1A8C"/>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6">
    <w:name w:val="xl136"/>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DE1A8C"/>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DE1A8C"/>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DE1A8C"/>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DE1A8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DE1A8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DE1A8C"/>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DE1A8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DE1A8C"/>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DE1A8C"/>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DE1A8C"/>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DE1A8C"/>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DE1A8C"/>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DE1A8C"/>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DE1A8C"/>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DE1A8C"/>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DE1A8C"/>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DE1A8C"/>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DE1A8C"/>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DE1A8C"/>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DE1A8C"/>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DE1A8C"/>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DE1A8C"/>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DE1A8C"/>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DE1A8C"/>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DE1A8C"/>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DE1A8C"/>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DE1A8C"/>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DE1A8C"/>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DE1A8C"/>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DE1A8C"/>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DE1A8C"/>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DE1A8C"/>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DE1A8C"/>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DE1A8C"/>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DE1A8C"/>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DE1A8C"/>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DE1A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DE1A8C"/>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DE1A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DE1A8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DE1A8C"/>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DE1A8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DE1A8C"/>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DE1A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DE1A8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DE1A8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DE1A8C"/>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DE1A8C"/>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val="es-ES_tradnl"/>
    </w:rPr>
  </w:style>
  <w:style w:type="paragraph" w:customStyle="1" w:styleId="xl257">
    <w:name w:val="xl257"/>
    <w:basedOn w:val="Normal"/>
    <w:rsid w:val="00DE1A8C"/>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8">
    <w:name w:val="xl258"/>
    <w:basedOn w:val="Normal"/>
    <w:rsid w:val="00DE1A8C"/>
    <w:pPr>
      <w:pBdr>
        <w:left w:val="single" w:sz="4" w:space="0" w:color="auto"/>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59">
    <w:name w:val="xl259"/>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60">
    <w:name w:val="xl260"/>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1">
    <w:name w:val="xl261"/>
    <w:basedOn w:val="Normal"/>
    <w:rsid w:val="00DE1A8C"/>
    <w:pPr>
      <w:pBdr>
        <w:top w:val="single" w:sz="8" w:space="0" w:color="auto"/>
        <w:left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2">
    <w:name w:val="xl262"/>
    <w:basedOn w:val="Normal"/>
    <w:rsid w:val="00DE1A8C"/>
    <w:pPr>
      <w:pBdr>
        <w:top w:val="single" w:sz="8"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3">
    <w:name w:val="xl26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264">
    <w:name w:val="xl26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5">
    <w:name w:val="xl26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6">
    <w:name w:val="xl26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267">
    <w:name w:val="xl267"/>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268">
    <w:name w:val="xl26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69">
    <w:name w:val="xl269"/>
    <w:basedOn w:val="Normal"/>
    <w:rsid w:val="00DE1A8C"/>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0">
    <w:name w:val="xl270"/>
    <w:basedOn w:val="Normal"/>
    <w:rsid w:val="00DE1A8C"/>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1">
    <w:name w:val="xl271"/>
    <w:basedOn w:val="Normal"/>
    <w:rsid w:val="00DE1A8C"/>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72">
    <w:name w:val="xl272"/>
    <w:basedOn w:val="Normal"/>
    <w:rsid w:val="00DE1A8C"/>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73">
    <w:name w:val="xl273"/>
    <w:basedOn w:val="Normal"/>
    <w:rsid w:val="00DE1A8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4">
    <w:name w:val="xl274"/>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ES"/>
    </w:rPr>
  </w:style>
  <w:style w:type="paragraph" w:customStyle="1" w:styleId="xl275">
    <w:name w:val="xl275"/>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76">
    <w:name w:val="xl276"/>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7">
    <w:name w:val="xl277"/>
    <w:basedOn w:val="Normal"/>
    <w:rsid w:val="00DE1A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8">
    <w:name w:val="xl278"/>
    <w:basedOn w:val="Normal"/>
    <w:rsid w:val="00DE1A8C"/>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79">
    <w:name w:val="xl279"/>
    <w:basedOn w:val="Normal"/>
    <w:rsid w:val="00DE1A8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0">
    <w:name w:val="xl280"/>
    <w:basedOn w:val="Normal"/>
    <w:rsid w:val="00DE1A8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1">
    <w:name w:val="xl281"/>
    <w:basedOn w:val="Normal"/>
    <w:rsid w:val="00DE1A8C"/>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2">
    <w:name w:val="xl282"/>
    <w:basedOn w:val="Normal"/>
    <w:rsid w:val="00DE1A8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3">
    <w:name w:val="xl283"/>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4">
    <w:name w:val="xl284"/>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5">
    <w:name w:val="xl285"/>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6">
    <w:name w:val="xl28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87">
    <w:name w:val="xl287"/>
    <w:basedOn w:val="Normal"/>
    <w:rsid w:val="00DE1A8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88">
    <w:name w:val="xl288"/>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289">
    <w:name w:val="xl289"/>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0">
    <w:name w:val="xl290"/>
    <w:basedOn w:val="Normal"/>
    <w:rsid w:val="00DE1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6"/>
      <w:szCs w:val="16"/>
      <w:lang w:eastAsia="es-ES"/>
    </w:rPr>
  </w:style>
  <w:style w:type="paragraph" w:customStyle="1" w:styleId="xl291">
    <w:name w:val="xl291"/>
    <w:basedOn w:val="Normal"/>
    <w:rsid w:val="00DE1A8C"/>
    <w:pP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2">
    <w:name w:val="xl292"/>
    <w:basedOn w:val="Normal"/>
    <w:rsid w:val="00DE1A8C"/>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3">
    <w:name w:val="xl293"/>
    <w:basedOn w:val="Normal"/>
    <w:rsid w:val="00DE1A8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4">
    <w:name w:val="xl294"/>
    <w:basedOn w:val="Normal"/>
    <w:rsid w:val="00DE1A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95">
    <w:name w:val="xl295"/>
    <w:basedOn w:val="Normal"/>
    <w:rsid w:val="00DE1A8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6">
    <w:name w:val="xl296"/>
    <w:basedOn w:val="Normal"/>
    <w:rsid w:val="00DE1A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297">
    <w:name w:val="xl297"/>
    <w:basedOn w:val="Normal"/>
    <w:rsid w:val="00DE1A8C"/>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8">
    <w:name w:val="xl298"/>
    <w:basedOn w:val="Normal"/>
    <w:rsid w:val="00DE1A8C"/>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299">
    <w:name w:val="xl299"/>
    <w:basedOn w:val="Normal"/>
    <w:rsid w:val="00DE1A8C"/>
    <w:pPr>
      <w:pBdr>
        <w:left w:val="single" w:sz="8" w:space="0" w:color="auto"/>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0">
    <w:name w:val="xl300"/>
    <w:basedOn w:val="Normal"/>
    <w:rsid w:val="00DE1A8C"/>
    <w:pPr>
      <w:pBdr>
        <w:bottom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1">
    <w:name w:val="xl301"/>
    <w:basedOn w:val="Normal"/>
    <w:rsid w:val="00DE1A8C"/>
    <w:pPr>
      <w:pBdr>
        <w:bottom w:val="single" w:sz="8" w:space="0" w:color="auto"/>
        <w:right w:val="single" w:sz="8"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2">
    <w:name w:val="xl302"/>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3">
    <w:name w:val="xl303"/>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4">
    <w:name w:val="xl304"/>
    <w:basedOn w:val="Normal"/>
    <w:rsid w:val="00DE1A8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5">
    <w:name w:val="xl305"/>
    <w:basedOn w:val="Normal"/>
    <w:rsid w:val="00DE1A8C"/>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6">
    <w:name w:val="xl306"/>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07">
    <w:name w:val="xl307"/>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8">
    <w:name w:val="xl308"/>
    <w:basedOn w:val="Normal"/>
    <w:rsid w:val="00DE1A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09">
    <w:name w:val="xl309"/>
    <w:basedOn w:val="Normal"/>
    <w:rsid w:val="00DE1A8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310">
    <w:name w:val="xl310"/>
    <w:basedOn w:val="Normal"/>
    <w:rsid w:val="00DE1A8C"/>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1">
    <w:name w:val="xl311"/>
    <w:basedOn w:val="Normal"/>
    <w:rsid w:val="00DE1A8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2">
    <w:name w:val="xl312"/>
    <w:basedOn w:val="Normal"/>
    <w:rsid w:val="00DE1A8C"/>
    <w:pPr>
      <w:pBdr>
        <w:top w:val="single" w:sz="4" w:space="0" w:color="auto"/>
        <w:left w:val="single" w:sz="8"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3">
    <w:name w:val="xl313"/>
    <w:basedOn w:val="Normal"/>
    <w:rsid w:val="00DE1A8C"/>
    <w:pPr>
      <w:pBdr>
        <w:top w:val="single" w:sz="4" w:space="0" w:color="auto"/>
        <w:bottom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4">
    <w:name w:val="xl314"/>
    <w:basedOn w:val="Normal"/>
    <w:rsid w:val="00DE1A8C"/>
    <w:pPr>
      <w:pBdr>
        <w:top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5">
    <w:name w:val="xl315"/>
    <w:basedOn w:val="Normal"/>
    <w:rsid w:val="00DE1A8C"/>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6">
    <w:name w:val="xl316"/>
    <w:basedOn w:val="Normal"/>
    <w:rsid w:val="00DE1A8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7">
    <w:name w:val="xl317"/>
    <w:basedOn w:val="Normal"/>
    <w:rsid w:val="00DE1A8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8">
    <w:name w:val="xl318"/>
    <w:basedOn w:val="Normal"/>
    <w:rsid w:val="00DE1A8C"/>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19">
    <w:name w:val="xl319"/>
    <w:basedOn w:val="Normal"/>
    <w:rsid w:val="00DE1A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0">
    <w:name w:val="xl320"/>
    <w:basedOn w:val="Normal"/>
    <w:rsid w:val="00DE1A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1">
    <w:name w:val="xl321"/>
    <w:basedOn w:val="Normal"/>
    <w:rsid w:val="00DE1A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2">
    <w:name w:val="xl322"/>
    <w:basedOn w:val="Normal"/>
    <w:rsid w:val="00DE1A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3">
    <w:name w:val="xl323"/>
    <w:basedOn w:val="Normal"/>
    <w:rsid w:val="00DE1A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ES"/>
    </w:rPr>
  </w:style>
  <w:style w:type="paragraph" w:customStyle="1" w:styleId="xl324">
    <w:name w:val="xl324"/>
    <w:basedOn w:val="Normal"/>
    <w:rsid w:val="00DE1A8C"/>
    <w:pPr>
      <w:spacing w:before="100" w:beforeAutospacing="1" w:after="100" w:afterAutospacing="1" w:line="240" w:lineRule="auto"/>
      <w:jc w:val="center"/>
      <w:textAlignment w:val="center"/>
    </w:pPr>
    <w:rPr>
      <w:rFonts w:ascii="Arial" w:eastAsia="Times New Roman" w:hAnsi="Arial" w:cs="Arial"/>
      <w:color w:val="000000"/>
      <w:sz w:val="16"/>
      <w:szCs w:val="16"/>
      <w:lang w:eastAsia="es-ES"/>
    </w:rPr>
  </w:style>
  <w:style w:type="paragraph" w:customStyle="1" w:styleId="xl325">
    <w:name w:val="xl325"/>
    <w:basedOn w:val="Normal"/>
    <w:rsid w:val="00DE1A8C"/>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26">
    <w:name w:val="xl326"/>
    <w:basedOn w:val="Normal"/>
    <w:rsid w:val="00DE1A8C"/>
    <w:pPr>
      <w:spacing w:before="100" w:beforeAutospacing="1" w:after="100" w:afterAutospacing="1" w:line="240" w:lineRule="auto"/>
      <w:jc w:val="right"/>
      <w:textAlignment w:val="center"/>
    </w:pPr>
    <w:rPr>
      <w:rFonts w:ascii="Arial" w:eastAsia="Times New Roman" w:hAnsi="Arial" w:cs="Arial"/>
      <w:color w:val="000000"/>
      <w:sz w:val="16"/>
      <w:szCs w:val="16"/>
      <w:lang w:eastAsia="es-ES"/>
    </w:rPr>
  </w:style>
  <w:style w:type="paragraph" w:customStyle="1" w:styleId="xl327">
    <w:name w:val="xl327"/>
    <w:basedOn w:val="Normal"/>
    <w:rsid w:val="00DE1A8C"/>
    <w:pPr>
      <w:spacing w:before="100" w:beforeAutospacing="1" w:after="100" w:afterAutospacing="1" w:line="240" w:lineRule="auto"/>
      <w:textAlignment w:val="center"/>
    </w:pPr>
    <w:rPr>
      <w:rFonts w:ascii="Arial" w:eastAsia="Times New Roman" w:hAnsi="Arial" w:cs="Arial"/>
      <w:color w:val="000000"/>
      <w:sz w:val="16"/>
      <w:szCs w:val="16"/>
      <w:lang w:eastAsia="es-ES"/>
    </w:rPr>
  </w:style>
  <w:style w:type="paragraph" w:customStyle="1" w:styleId="xl328">
    <w:name w:val="xl328"/>
    <w:basedOn w:val="Normal"/>
    <w:rsid w:val="00DE1A8C"/>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29">
    <w:name w:val="xl329"/>
    <w:basedOn w:val="Normal"/>
    <w:rsid w:val="00DE1A8C"/>
    <w:pPr>
      <w:pBdr>
        <w:top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0">
    <w:name w:val="xl330"/>
    <w:basedOn w:val="Normal"/>
    <w:rsid w:val="00DE1A8C"/>
    <w:pPr>
      <w:pBdr>
        <w:top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1">
    <w:name w:val="xl331"/>
    <w:basedOn w:val="Normal"/>
    <w:rsid w:val="00DE1A8C"/>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2">
    <w:name w:val="xl332"/>
    <w:basedOn w:val="Normal"/>
    <w:rsid w:val="00DE1A8C"/>
    <w:pPr>
      <w:pBdr>
        <w:lef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3">
    <w:name w:val="xl333"/>
    <w:basedOn w:val="Normal"/>
    <w:rsid w:val="00DE1A8C"/>
    <w:pPr>
      <w:spacing w:before="100" w:beforeAutospacing="1" w:after="100" w:afterAutospacing="1" w:line="240" w:lineRule="auto"/>
    </w:pPr>
    <w:rPr>
      <w:rFonts w:ascii="Arial" w:eastAsia="Times New Roman" w:hAnsi="Arial" w:cs="Arial"/>
      <w:sz w:val="16"/>
      <w:szCs w:val="16"/>
      <w:lang w:eastAsia="es-ES"/>
    </w:rPr>
  </w:style>
  <w:style w:type="paragraph" w:customStyle="1" w:styleId="xl334">
    <w:name w:val="xl334"/>
    <w:basedOn w:val="Normal"/>
    <w:rsid w:val="00DE1A8C"/>
    <w:pPr>
      <w:pBdr>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5">
    <w:name w:val="xl335"/>
    <w:basedOn w:val="Normal"/>
    <w:rsid w:val="00DE1A8C"/>
    <w:pPr>
      <w:pBdr>
        <w:bottom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336">
    <w:name w:val="xl336"/>
    <w:basedOn w:val="Normal"/>
    <w:rsid w:val="00DE1A8C"/>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Cuadrculamedia1-nfasis21">
    <w:name w:val="Cuadrícula media 1 - Énfasis 21"/>
    <w:basedOn w:val="Normal"/>
    <w:uiPriority w:val="34"/>
    <w:qFormat/>
    <w:rsid w:val="00DE1A8C"/>
    <w:pPr>
      <w:spacing w:after="0" w:line="240" w:lineRule="auto"/>
      <w:ind w:left="720"/>
      <w:contextualSpacing/>
    </w:pPr>
    <w:rPr>
      <w:rFonts w:ascii="Times New Roman" w:eastAsia="SimSun" w:hAnsi="Times New Roman" w:cs="Times New Roman"/>
      <w:sz w:val="20"/>
      <w:szCs w:val="20"/>
      <w:lang w:eastAsia="es-ES"/>
    </w:rPr>
  </w:style>
  <w:style w:type="character" w:customStyle="1" w:styleId="Listavistosa-nfasis1Car1">
    <w:name w:val="Lista vistosa - Énfasis 1 Car1"/>
    <w:rsid w:val="00DE1A8C"/>
    <w:rPr>
      <w:sz w:val="22"/>
      <w:szCs w:val="22"/>
      <w:lang w:val="x-none" w:eastAsia="x-none"/>
    </w:rPr>
  </w:style>
  <w:style w:type="paragraph" w:customStyle="1" w:styleId="xl337">
    <w:name w:val="xl337"/>
    <w:basedOn w:val="Normal"/>
    <w:rsid w:val="00DE1A8C"/>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8">
    <w:name w:val="xl338"/>
    <w:basedOn w:val="Normal"/>
    <w:rsid w:val="00DE1A8C"/>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39">
    <w:name w:val="xl339"/>
    <w:basedOn w:val="Normal"/>
    <w:rsid w:val="00DE1A8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paragraph" w:customStyle="1" w:styleId="xl340">
    <w:name w:val="xl340"/>
    <w:basedOn w:val="Normal"/>
    <w:rsid w:val="00DE1A8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Calibri" w:eastAsia="Times New Roman" w:hAnsi="Calibri" w:cs="Times New Roman"/>
      <w:b/>
      <w:bCs/>
      <w:sz w:val="16"/>
      <w:szCs w:val="16"/>
      <w:lang w:eastAsia="es-CO"/>
    </w:rPr>
  </w:style>
  <w:style w:type="table" w:customStyle="1" w:styleId="TableNormal2">
    <w:name w:val="Table Normal2"/>
    <w:uiPriority w:val="2"/>
    <w:semiHidden/>
    <w:unhideWhenUsed/>
    <w:qFormat/>
    <w:rsid w:val="00DE1A8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ontsplit">
    <w:name w:val="dontsplit"/>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ot-note">
    <w:name w:val="foot-note"/>
    <w:rsid w:val="00DE1A8C"/>
  </w:style>
  <w:style w:type="character" w:customStyle="1" w:styleId="PuestoCar2">
    <w:name w:val="Puesto Car2"/>
    <w:basedOn w:val="Fuentedeprrafopredeter"/>
    <w:uiPriority w:val="10"/>
    <w:rsid w:val="00DE1A8C"/>
    <w:rPr>
      <w:rFonts w:ascii="Calibri Light" w:eastAsia="Times New Roman" w:hAnsi="Calibri Light" w:cs="Times New Roman"/>
      <w:spacing w:val="-10"/>
      <w:kern w:val="28"/>
      <w:sz w:val="56"/>
      <w:szCs w:val="56"/>
      <w:lang w:val="es-ES" w:eastAsia="es-ES"/>
    </w:rPr>
  </w:style>
  <w:style w:type="table" w:customStyle="1" w:styleId="TableGrid">
    <w:name w:val="TableGrid"/>
    <w:rsid w:val="00DE1A8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Caracteresenmarcados">
    <w:name w:val="Caracteres enmarcados"/>
    <w:basedOn w:val="Normal"/>
    <w:rsid w:val="00DE1A8C"/>
    <w:pPr>
      <w:spacing w:after="0" w:line="240" w:lineRule="auto"/>
    </w:pPr>
    <w:rPr>
      <w:rFonts w:ascii="Times New Roman" w:eastAsia="Times New Roman" w:hAnsi="Times New Roman" w:cs="Times New Roman"/>
      <w:sz w:val="24"/>
      <w:szCs w:val="24"/>
      <w:lang w:eastAsia="es-ES"/>
    </w:rPr>
  </w:style>
  <w:style w:type="paragraph" w:customStyle="1" w:styleId="CarCarCarCar3">
    <w:name w:val="Car Car Car Car3"/>
    <w:basedOn w:val="Normal"/>
    <w:rsid w:val="00DE1A8C"/>
    <w:pPr>
      <w:spacing w:line="240" w:lineRule="exact"/>
    </w:pPr>
    <w:rPr>
      <w:rFonts w:ascii="Verdana" w:eastAsia="Times New Roman" w:hAnsi="Verdana" w:cs="Times New Roman"/>
      <w:sz w:val="20"/>
      <w:szCs w:val="24"/>
      <w:lang w:val="en-US"/>
    </w:rPr>
  </w:style>
  <w:style w:type="character" w:customStyle="1" w:styleId="lphit1">
    <w:name w:val="lphit1"/>
    <w:rsid w:val="00DE1A8C"/>
    <w:rPr>
      <w:vanish w:val="0"/>
      <w:webHidden w:val="0"/>
      <w:color w:val="000000"/>
      <w:shd w:val="clear" w:color="auto" w:fill="FFFF00"/>
      <w:specVanish w:val="0"/>
    </w:rPr>
  </w:style>
  <w:style w:type="character" w:customStyle="1" w:styleId="st">
    <w:name w:val="st"/>
    <w:rsid w:val="00DE1A8C"/>
  </w:style>
  <w:style w:type="paragraph" w:customStyle="1" w:styleId="2">
    <w:name w:val="2"/>
    <w:basedOn w:val="Normal"/>
    <w:rsid w:val="00DE1A8C"/>
    <w:pPr>
      <w:spacing w:after="0" w:line="240" w:lineRule="auto"/>
    </w:pPr>
    <w:rPr>
      <w:rFonts w:ascii="Times New Roman" w:eastAsia="Times New Roman" w:hAnsi="Times New Roman" w:cs="Times New Roman"/>
      <w:sz w:val="24"/>
      <w:szCs w:val="24"/>
      <w:lang w:eastAsia="es-ES"/>
    </w:rPr>
  </w:style>
  <w:style w:type="paragraph" w:customStyle="1" w:styleId="msonormal0">
    <w:name w:val="msonormal"/>
    <w:basedOn w:val="Normal"/>
    <w:rsid w:val="00DE1A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ita">
    <w:name w:val="Quote"/>
    <w:basedOn w:val="Normal"/>
    <w:next w:val="Normal"/>
    <w:link w:val="CitaCar"/>
    <w:uiPriority w:val="29"/>
    <w:qFormat/>
    <w:rsid w:val="00DE1A8C"/>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DE1A8C"/>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DE1A8C"/>
    <w:rPr>
      <w:i/>
      <w:iCs/>
      <w:color w:val="2F5496" w:themeColor="accent1" w:themeShade="BF"/>
    </w:rPr>
  </w:style>
  <w:style w:type="paragraph" w:styleId="Citadestacada">
    <w:name w:val="Intense Quote"/>
    <w:basedOn w:val="Normal"/>
    <w:next w:val="Normal"/>
    <w:link w:val="CitadestacadaCar"/>
    <w:uiPriority w:val="30"/>
    <w:qFormat/>
    <w:rsid w:val="00DE1A8C"/>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DE1A8C"/>
    <w:rPr>
      <w:i/>
      <w:iCs/>
      <w:color w:val="2F5496" w:themeColor="accent1" w:themeShade="BF"/>
      <w:kern w:val="2"/>
      <w:sz w:val="24"/>
      <w:szCs w:val="24"/>
      <w14:ligatures w14:val="standardContextual"/>
    </w:rPr>
  </w:style>
  <w:style w:type="character" w:styleId="Referenciaintensa">
    <w:name w:val="Intense Reference"/>
    <w:basedOn w:val="Fuentedeprrafopredeter"/>
    <w:uiPriority w:val="32"/>
    <w:qFormat/>
    <w:rsid w:val="00DE1A8C"/>
    <w:rPr>
      <w:b/>
      <w:bCs/>
      <w:smallCaps/>
      <w:color w:val="2F5496" w:themeColor="accent1" w:themeShade="BF"/>
      <w:spacing w:val="5"/>
    </w:rPr>
  </w:style>
  <w:style w:type="paragraph" w:styleId="Listaconnmeros">
    <w:name w:val="List Number"/>
    <w:basedOn w:val="Normal"/>
    <w:uiPriority w:val="99"/>
    <w:unhideWhenUsed/>
    <w:rsid w:val="00DE1A8C"/>
    <w:pPr>
      <w:numPr>
        <w:numId w:val="7"/>
      </w:numPr>
      <w:tabs>
        <w:tab w:val="clear" w:pos="360"/>
      </w:tabs>
      <w:spacing w:after="200" w:line="276" w:lineRule="auto"/>
      <w:ind w:left="0" w:firstLine="0"/>
      <w:contextualSpacing/>
    </w:pPr>
    <w:rPr>
      <w:rFonts w:eastAsiaTheme="minorEastAsia"/>
    </w:rPr>
  </w:style>
  <w:style w:type="paragraph" w:styleId="Listaconnmeros2">
    <w:name w:val="List Number 2"/>
    <w:basedOn w:val="Normal"/>
    <w:uiPriority w:val="99"/>
    <w:unhideWhenUsed/>
    <w:rsid w:val="00DE1A8C"/>
    <w:pPr>
      <w:numPr>
        <w:numId w:val="8"/>
      </w:numPr>
      <w:tabs>
        <w:tab w:val="clear" w:pos="720"/>
      </w:tabs>
      <w:spacing w:after="200" w:line="276" w:lineRule="auto"/>
      <w:ind w:left="0" w:firstLine="0"/>
      <w:contextualSpacing/>
    </w:pPr>
    <w:rPr>
      <w:rFonts w:eastAsiaTheme="minorEastAsia"/>
    </w:rPr>
  </w:style>
  <w:style w:type="paragraph" w:styleId="Listaconnmeros3">
    <w:name w:val="List Number 3"/>
    <w:basedOn w:val="Normal"/>
    <w:uiPriority w:val="99"/>
    <w:unhideWhenUsed/>
    <w:rsid w:val="00DE1A8C"/>
    <w:pPr>
      <w:numPr>
        <w:numId w:val="9"/>
      </w:numPr>
      <w:tabs>
        <w:tab w:val="clear" w:pos="1080"/>
      </w:tabs>
      <w:spacing w:after="200" w:line="276" w:lineRule="auto"/>
      <w:ind w:left="0" w:firstLine="0"/>
      <w:contextualSpacing/>
    </w:pPr>
    <w:rPr>
      <w:rFonts w:eastAsiaTheme="minorEastAsia"/>
    </w:rPr>
  </w:style>
  <w:style w:type="paragraph" w:styleId="Textomacro">
    <w:name w:val="macro"/>
    <w:link w:val="TextomacroCar"/>
    <w:uiPriority w:val="99"/>
    <w:unhideWhenUsed/>
    <w:rsid w:val="00DE1A8C"/>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TextomacroCar">
    <w:name w:val="Texto macro Car"/>
    <w:basedOn w:val="Fuentedeprrafopredeter"/>
    <w:link w:val="Textomacro"/>
    <w:uiPriority w:val="99"/>
    <w:rsid w:val="00DE1A8C"/>
    <w:rPr>
      <w:rFonts w:ascii="Courier" w:eastAsiaTheme="minorEastAsia" w:hAnsi="Courier"/>
      <w:sz w:val="20"/>
      <w:szCs w:val="20"/>
      <w:lang w:val="en-US"/>
    </w:rPr>
  </w:style>
  <w:style w:type="character" w:styleId="nfasissutil">
    <w:name w:val="Subtle Emphasis"/>
    <w:basedOn w:val="Fuentedeprrafopredeter"/>
    <w:uiPriority w:val="19"/>
    <w:qFormat/>
    <w:rsid w:val="00DE1A8C"/>
    <w:rPr>
      <w:i/>
      <w:iCs/>
      <w:color w:val="808080" w:themeColor="text1" w:themeTint="7F"/>
    </w:rPr>
  </w:style>
  <w:style w:type="character" w:styleId="Referenciasutil">
    <w:name w:val="Subtle Reference"/>
    <w:basedOn w:val="Fuentedeprrafopredeter"/>
    <w:uiPriority w:val="31"/>
    <w:qFormat/>
    <w:rsid w:val="00DE1A8C"/>
    <w:rPr>
      <w:smallCaps/>
      <w:color w:val="ED7D31" w:themeColor="accent2"/>
      <w:u w:val="single"/>
    </w:rPr>
  </w:style>
  <w:style w:type="character" w:styleId="Ttulodellibro">
    <w:name w:val="Book Title"/>
    <w:basedOn w:val="Fuentedeprrafopredeter"/>
    <w:uiPriority w:val="33"/>
    <w:qFormat/>
    <w:rsid w:val="00DE1A8C"/>
    <w:rPr>
      <w:b/>
      <w:bCs/>
      <w:smallCaps/>
      <w:spacing w:val="5"/>
    </w:rPr>
  </w:style>
  <w:style w:type="paragraph" w:styleId="TtuloTDC">
    <w:name w:val="TOC Heading"/>
    <w:basedOn w:val="Ttulo1"/>
    <w:next w:val="Normal"/>
    <w:uiPriority w:val="39"/>
    <w:semiHidden/>
    <w:unhideWhenUsed/>
    <w:qFormat/>
    <w:rsid w:val="00DE1A8C"/>
    <w:pPr>
      <w:spacing w:line="276" w:lineRule="auto"/>
      <w:jc w:val="left"/>
      <w:outlineLvl w:val="9"/>
    </w:pPr>
    <w:rPr>
      <w:rFonts w:asciiTheme="majorHAnsi" w:eastAsiaTheme="majorEastAsia" w:hAnsiTheme="majorHAnsi" w:cstheme="majorBidi"/>
      <w:color w:val="2F5496" w:themeColor="accent1" w:themeShade="BF"/>
      <w:lang w:val="es-CO" w:eastAsia="en-US"/>
    </w:rPr>
  </w:style>
  <w:style w:type="table" w:styleId="Sombreadoclaro">
    <w:name w:val="Light Shading"/>
    <w:basedOn w:val="Tablanormal"/>
    <w:uiPriority w:val="60"/>
    <w:rsid w:val="00DE1A8C"/>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DE1A8C"/>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nfasis2">
    <w:name w:val="Light Shading Accent 2"/>
    <w:basedOn w:val="Tablanormal"/>
    <w:uiPriority w:val="60"/>
    <w:rsid w:val="00DE1A8C"/>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doclaro-nfasis3">
    <w:name w:val="Light Shading Accent 3"/>
    <w:basedOn w:val="Tablanormal"/>
    <w:uiPriority w:val="60"/>
    <w:rsid w:val="00DE1A8C"/>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rsid w:val="00DE1A8C"/>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rsid w:val="00DE1A8C"/>
    <w:pPr>
      <w:spacing w:after="0" w:line="240" w:lineRule="auto"/>
    </w:pPr>
    <w:rPr>
      <w:rFonts w:eastAsiaTheme="minorEastAsia"/>
      <w:color w:val="2E74B5" w:themeColor="accent5" w:themeShade="BF"/>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claro-nfasis6">
    <w:name w:val="Light Shading Accent 6"/>
    <w:basedOn w:val="Tablanormal"/>
    <w:uiPriority w:val="60"/>
    <w:rsid w:val="00DE1A8C"/>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2">
    <w:name w:val="Light List Accent 2"/>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is6">
    <w:name w:val="Light List Accent 6"/>
    <w:basedOn w:val="Tablanormal"/>
    <w:uiPriority w:val="61"/>
    <w:rsid w:val="00DE1A8C"/>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2">
    <w:name w:val="Light Grid Accent 2"/>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Cuadrculaclara-nfasis6">
    <w:name w:val="Light Grid Accent 6"/>
    <w:basedOn w:val="Tablanormal"/>
    <w:uiPriority w:val="62"/>
    <w:rsid w:val="00DE1A8C"/>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DE1A8C"/>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E1A8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edia1-nfasis2">
    <w:name w:val="Medium List 1 Accent 2"/>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edia1-nfasis6">
    <w:name w:val="Medium List 1 Accent 6"/>
    <w:basedOn w:val="Tablanormal"/>
    <w:uiPriority w:val="65"/>
    <w:rsid w:val="00DE1A8C"/>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media1-nfasis2">
    <w:name w:val="Medium Grid 1 Accent 2"/>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media1-nfasis3">
    <w:name w:val="Medium Grid 1 Accent 3"/>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media1-nfasis6">
    <w:name w:val="Medium Grid 1 Accent 6"/>
    <w:basedOn w:val="Tablanormal"/>
    <w:uiPriority w:val="67"/>
    <w:rsid w:val="00DE1A8C"/>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DE1A8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Cuadrculamedia3-nfasis2">
    <w:name w:val="Medium Grid 3 Accent 2"/>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Cuadrculamedia3-nfasis6">
    <w:name w:val="Medium Grid 3 Accent 6"/>
    <w:basedOn w:val="Tablanormal"/>
    <w:uiPriority w:val="69"/>
    <w:rsid w:val="00DE1A8C"/>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oscura-nfasis2">
    <w:name w:val="Dark List Accent 2"/>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oscura-nfasis6">
    <w:name w:val="Dark List Accent 6"/>
    <w:basedOn w:val="Tablanormal"/>
    <w:uiPriority w:val="70"/>
    <w:rsid w:val="00DE1A8C"/>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DE1A8C"/>
    <w:pPr>
      <w:spacing w:after="0" w:line="240" w:lineRule="auto"/>
    </w:pPr>
    <w:rPr>
      <w:rFonts w:eastAsiaTheme="minorEastAsia"/>
      <w:color w:val="000000" w:themeColor="text1"/>
      <w:lang w:val="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vistosa-nfasis2">
    <w:name w:val="Colorful List Accent 2"/>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5">
    <w:name w:val="Colorful List Accent 5"/>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vistosa-nfasis6">
    <w:name w:val="Colorful List Accent 6"/>
    <w:basedOn w:val="Tablanormal"/>
    <w:uiPriority w:val="72"/>
    <w:rsid w:val="00DE1A8C"/>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vistosa-nfasis2">
    <w:name w:val="Colorful Grid Accent 2"/>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vistosa-nfasis6">
    <w:name w:val="Colorful Grid Accent 6"/>
    <w:basedOn w:val="Tablanormal"/>
    <w:uiPriority w:val="73"/>
    <w:rsid w:val="00DE1A8C"/>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UnresolvedMention">
    <w:name w:val="Unresolved Mention"/>
    <w:basedOn w:val="Fuentedeprrafopredeter"/>
    <w:uiPriority w:val="99"/>
    <w:semiHidden/>
    <w:unhideWhenUsed/>
    <w:rsid w:val="00DE1A8C"/>
    <w:rPr>
      <w:color w:val="605E5C"/>
      <w:shd w:val="clear" w:color="auto" w:fill="E1DFDD"/>
    </w:rPr>
  </w:style>
  <w:style w:type="paragraph" w:customStyle="1" w:styleId="CarCarCar11">
    <w:name w:val="Car Car Car11"/>
    <w:basedOn w:val="Normal"/>
    <w:uiPriority w:val="99"/>
    <w:rsid w:val="007F77E3"/>
    <w:pPr>
      <w:spacing w:line="240" w:lineRule="exact"/>
    </w:pPr>
    <w:rPr>
      <w:rFonts w:ascii="Verdana" w:eastAsia="Times New Roman" w:hAnsi="Verdana" w:cs="Verdana"/>
      <w:sz w:val="20"/>
      <w:szCs w:val="20"/>
    </w:rPr>
  </w:style>
  <w:style w:type="paragraph" w:customStyle="1" w:styleId="CM42">
    <w:name w:val="CM42"/>
    <w:basedOn w:val="Default"/>
    <w:next w:val="Default"/>
    <w:uiPriority w:val="99"/>
    <w:rsid w:val="007F77E3"/>
    <w:pPr>
      <w:suppressAutoHyphens w:val="0"/>
      <w:autoSpaceDN w:val="0"/>
      <w:adjustRightInd w:val="0"/>
    </w:pPr>
    <w:rPr>
      <w:rFonts w:ascii="Arial" w:hAnsi="Arial" w:cs="Arial"/>
      <w:color w:val="auto"/>
      <w:lang w:eastAsia="es-CO"/>
    </w:rPr>
  </w:style>
  <w:style w:type="paragraph" w:customStyle="1" w:styleId="DecimalAligned">
    <w:name w:val="Decimal Aligned"/>
    <w:basedOn w:val="Normal"/>
    <w:uiPriority w:val="40"/>
    <w:qFormat/>
    <w:rsid w:val="007F77E3"/>
    <w:pPr>
      <w:tabs>
        <w:tab w:val="decimal" w:pos="360"/>
      </w:tabs>
      <w:spacing w:after="200" w:line="276" w:lineRule="auto"/>
    </w:pPr>
    <w:rPr>
      <w:rFonts w:ascii="Calibri" w:eastAsia="Times New Roman" w:hAnsi="Calibri" w:cs="Times New Roman"/>
    </w:rPr>
  </w:style>
  <w:style w:type="paragraph" w:customStyle="1" w:styleId="WW-Sangra3detindependiente">
    <w:name w:val="WW-Sangría 3 de t. independiente"/>
    <w:basedOn w:val="Normal"/>
    <w:rsid w:val="007F77E3"/>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default">
    <w:name w:val="x_default"/>
    <w:basedOn w:val="Normal"/>
    <w:uiPriority w:val="99"/>
    <w:rsid w:val="007F77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7F77E3"/>
    <w:rPr>
      <w:rFonts w:ascii="Arial" w:eastAsia="Calibri" w:hAnsi="Arial" w:cs="Arial"/>
      <w:sz w:val="24"/>
      <w:szCs w:val="24"/>
      <w:lang w:eastAsia="es-ES"/>
    </w:rPr>
  </w:style>
  <w:style w:type="paragraph" w:customStyle="1" w:styleId="arial">
    <w:name w:val="arial"/>
    <w:basedOn w:val="Normal"/>
    <w:link w:val="arialCar"/>
    <w:rsid w:val="007F77E3"/>
    <w:pPr>
      <w:spacing w:after="0" w:line="240" w:lineRule="auto"/>
      <w:jc w:val="both"/>
    </w:pPr>
    <w:rPr>
      <w:rFonts w:ascii="Arial" w:eastAsia="Calibri" w:hAnsi="Arial" w:cs="Arial"/>
      <w:sz w:val="24"/>
      <w:szCs w:val="24"/>
      <w:lang w:eastAsia="es-ES"/>
    </w:rPr>
  </w:style>
  <w:style w:type="character" w:customStyle="1" w:styleId="Ttulo1Car1">
    <w:name w:val="Título 1 Car1"/>
    <w:aliases w:val="título 1 Car1,Pregunta Car1,MT1 Car1,Edgar 1 Car1"/>
    <w:basedOn w:val="Fuentedeprrafopredeter"/>
    <w:rsid w:val="007F77E3"/>
    <w:rPr>
      <w:rFonts w:asciiTheme="majorHAnsi" w:eastAsiaTheme="majorEastAsia" w:hAnsiTheme="majorHAnsi" w:cstheme="majorBidi"/>
      <w:color w:val="2F5496" w:themeColor="accent1" w:themeShade="BF"/>
      <w:sz w:val="32"/>
      <w:szCs w:val="32"/>
      <w:lang w:eastAsia="es-ES"/>
    </w:rPr>
  </w:style>
  <w:style w:type="character" w:customStyle="1" w:styleId="vortalspan">
    <w:name w:val="vortalspan"/>
    <w:basedOn w:val="Fuentedeprrafopredeter"/>
    <w:rsid w:val="007F77E3"/>
  </w:style>
  <w:style w:type="paragraph" w:customStyle="1" w:styleId="rtejustify">
    <w:name w:val="rtejustify"/>
    <w:basedOn w:val="Normal"/>
    <w:rsid w:val="007F77E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itulo">
    <w:name w:val="titulo"/>
    <w:basedOn w:val="Normal"/>
    <w:rsid w:val="007F77E3"/>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7F77E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
    <w:name w:val="Char Car Car Car Car"/>
    <w:basedOn w:val="Normal"/>
    <w:rsid w:val="007F77E3"/>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7F77E3"/>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eNormal6">
    <w:name w:val="Table Normal6"/>
    <w:uiPriority w:val="2"/>
    <w:semiHidden/>
    <w:unhideWhenUsed/>
    <w:qFormat/>
    <w:rsid w:val="007F77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F77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9">
    <w:name w:val="font9"/>
    <w:basedOn w:val="Normal"/>
    <w:rsid w:val="007F77E3"/>
    <w:pPr>
      <w:spacing w:before="100" w:beforeAutospacing="1" w:after="100" w:afterAutospacing="1" w:line="240" w:lineRule="auto"/>
    </w:pPr>
    <w:rPr>
      <w:rFonts w:ascii="Arial" w:eastAsia="Times New Roman" w:hAnsi="Arial" w:cs="Arial"/>
      <w:color w:val="333333"/>
      <w:sz w:val="16"/>
      <w:szCs w:val="16"/>
      <w:lang w:eastAsia="es-CO"/>
    </w:rPr>
  </w:style>
  <w:style w:type="paragraph" w:customStyle="1" w:styleId="font10">
    <w:name w:val="font10"/>
    <w:basedOn w:val="Normal"/>
    <w:rsid w:val="007F77E3"/>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SinespaciadoCarCar">
    <w:name w:val="Sin espaciado Car Car"/>
    <w:basedOn w:val="Normal"/>
    <w:link w:val="SinespaciadoCarCarCar"/>
    <w:qFormat/>
    <w:rsid w:val="007F77E3"/>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7F77E3"/>
    <w:rPr>
      <w:rFonts w:ascii="Cambria" w:eastAsia="Times New Roman" w:hAnsi="Cambria" w:cs="Times New Roman"/>
      <w:sz w:val="24"/>
      <w:szCs w:val="24"/>
      <w:lang w:eastAsia="es-CO" w:bidi="en-US"/>
    </w:rPr>
  </w:style>
  <w:style w:type="character" w:customStyle="1" w:styleId="NormalWebCar">
    <w:name w:val="Normal (Web) Car"/>
    <w:aliases w:val="Normal (Web) Car Car Car1,Normal (Web) Car Car Car Car,Normal (Web) Car Car Car Car Car Car Car,Normal (Web) Car Car Car Car Car Car Car Car Car Car,Normal1 Car"/>
    <w:link w:val="NormalWeb"/>
    <w:uiPriority w:val="99"/>
    <w:rsid w:val="00147243"/>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1F81AAADC7342ACA0F6C7A877D66D21"/>
        <w:category>
          <w:name w:val="General"/>
          <w:gallery w:val="placeholder"/>
        </w:category>
        <w:types>
          <w:type w:val="bbPlcHdr"/>
        </w:types>
        <w:behaviors>
          <w:behavior w:val="content"/>
        </w:behaviors>
        <w:guid w:val="{D504AE40-A3DA-4FA1-9E78-D30411D695A6}"/>
      </w:docPartPr>
      <w:docPartBody>
        <w:p w:rsidR="00000000" w:rsidRDefault="008E5873" w:rsidP="008E5873">
          <w:pPr>
            <w:pStyle w:val="61F81AAADC7342ACA0F6C7A877D66D2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070E7884D2C461D8DF6E966590C1ADD"/>
        <w:category>
          <w:name w:val="General"/>
          <w:gallery w:val="placeholder"/>
        </w:category>
        <w:types>
          <w:type w:val="bbPlcHdr"/>
        </w:types>
        <w:behaviors>
          <w:behavior w:val="content"/>
        </w:behaviors>
        <w:guid w:val="{F1E738A7-F3E7-401F-9FAE-6E5984B55F7A}"/>
      </w:docPartPr>
      <w:docPartBody>
        <w:p w:rsidR="00000000" w:rsidRDefault="008E5873" w:rsidP="008E5873">
          <w:pPr>
            <w:pStyle w:val="7070E7884D2C461D8DF6E966590C1AD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5D8569A2CC6475DB173560403DBA768"/>
        <w:category>
          <w:name w:val="General"/>
          <w:gallery w:val="placeholder"/>
        </w:category>
        <w:types>
          <w:type w:val="bbPlcHdr"/>
        </w:types>
        <w:behaviors>
          <w:behavior w:val="content"/>
        </w:behaviors>
        <w:guid w:val="{EED1570E-E9C6-41D5-BEC3-05514931567D}"/>
      </w:docPartPr>
      <w:docPartBody>
        <w:p w:rsidR="00000000" w:rsidRDefault="008E5873" w:rsidP="008E5873">
          <w:pPr>
            <w:pStyle w:val="C5D8569A2CC6475DB173560403DBA76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C95C345ABCC4750A19B4679819B216F"/>
        <w:category>
          <w:name w:val="General"/>
          <w:gallery w:val="placeholder"/>
        </w:category>
        <w:types>
          <w:type w:val="bbPlcHdr"/>
        </w:types>
        <w:behaviors>
          <w:behavior w:val="content"/>
        </w:behaviors>
        <w:guid w:val="{63F80D13-8A03-4A67-ACC0-5784F1EA90FF}"/>
      </w:docPartPr>
      <w:docPartBody>
        <w:p w:rsidR="00000000" w:rsidRDefault="008E5873" w:rsidP="008E5873">
          <w:pPr>
            <w:pStyle w:val="7C95C345ABCC4750A19B4679819B21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CE5FA2D40304DE8853BA67635DFEA12"/>
        <w:category>
          <w:name w:val="General"/>
          <w:gallery w:val="placeholder"/>
        </w:category>
        <w:types>
          <w:type w:val="bbPlcHdr"/>
        </w:types>
        <w:behaviors>
          <w:behavior w:val="content"/>
        </w:behaviors>
        <w:guid w:val="{C535CDA9-7CB6-4D3D-9C99-341D9DA3CD57}"/>
      </w:docPartPr>
      <w:docPartBody>
        <w:p w:rsidR="00000000" w:rsidRDefault="008E5873" w:rsidP="008E5873">
          <w:pPr>
            <w:pStyle w:val="7CE5FA2D40304DE8853BA67635DFEA12"/>
          </w:pPr>
          <w:r w:rsidRPr="00A70DFE">
            <w:rPr>
              <w:rStyle w:val="Textodelmarcadordeposicin"/>
              <w:rFonts w:ascii="Arial" w:eastAsiaTheme="minorHAnsi" w:hAnsi="Arial" w:cs="Arial"/>
              <w:color w:val="FF8F8F"/>
              <w:u w:val="single"/>
            </w:rPr>
            <w:t>Diligenciar la dirección del proveedor</w:t>
          </w:r>
        </w:p>
      </w:docPartBody>
    </w:docPart>
    <w:docPart>
      <w:docPartPr>
        <w:name w:val="0B1C42389305452BA10C0CC085CFD505"/>
        <w:category>
          <w:name w:val="General"/>
          <w:gallery w:val="placeholder"/>
        </w:category>
        <w:types>
          <w:type w:val="bbPlcHdr"/>
        </w:types>
        <w:behaviors>
          <w:behavior w:val="content"/>
        </w:behaviors>
        <w:guid w:val="{925C69A3-5692-45FB-A479-9CDA7803CC17}"/>
      </w:docPartPr>
      <w:docPartBody>
        <w:p w:rsidR="00000000" w:rsidRDefault="008E5873" w:rsidP="008E5873">
          <w:pPr>
            <w:pStyle w:val="0B1C42389305452BA10C0CC085CFD50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DAF11A0851E45D8A249C643C909EE24"/>
        <w:category>
          <w:name w:val="General"/>
          <w:gallery w:val="placeholder"/>
        </w:category>
        <w:types>
          <w:type w:val="bbPlcHdr"/>
        </w:types>
        <w:behaviors>
          <w:behavior w:val="content"/>
        </w:behaviors>
        <w:guid w:val="{EC5955D2-AD54-4563-9592-557594ED4D17}"/>
      </w:docPartPr>
      <w:docPartBody>
        <w:p w:rsidR="00000000" w:rsidRDefault="008E5873" w:rsidP="008E5873">
          <w:pPr>
            <w:pStyle w:val="CDAF11A0851E45D8A249C643C909EE2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873"/>
    <w:rsid w:val="000F39E5"/>
    <w:rsid w:val="008E58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5873"/>
    <w:rPr>
      <w:color w:val="808080"/>
    </w:rPr>
  </w:style>
  <w:style w:type="paragraph" w:customStyle="1" w:styleId="61F81AAADC7342ACA0F6C7A877D66D21">
    <w:name w:val="61F81AAADC7342ACA0F6C7A877D66D21"/>
    <w:rsid w:val="008E5873"/>
  </w:style>
  <w:style w:type="paragraph" w:customStyle="1" w:styleId="7070E7884D2C461D8DF6E966590C1ADD">
    <w:name w:val="7070E7884D2C461D8DF6E966590C1ADD"/>
    <w:rsid w:val="008E5873"/>
  </w:style>
  <w:style w:type="paragraph" w:customStyle="1" w:styleId="C5D8569A2CC6475DB173560403DBA768">
    <w:name w:val="C5D8569A2CC6475DB173560403DBA768"/>
    <w:rsid w:val="008E5873"/>
  </w:style>
  <w:style w:type="paragraph" w:customStyle="1" w:styleId="7C95C345ABCC4750A19B4679819B216F">
    <w:name w:val="7C95C345ABCC4750A19B4679819B216F"/>
    <w:rsid w:val="008E5873"/>
  </w:style>
  <w:style w:type="paragraph" w:customStyle="1" w:styleId="7CE5FA2D40304DE8853BA67635DFEA12">
    <w:name w:val="7CE5FA2D40304DE8853BA67635DFEA12"/>
    <w:rsid w:val="008E5873"/>
  </w:style>
  <w:style w:type="paragraph" w:customStyle="1" w:styleId="0B1C42389305452BA10C0CC085CFD505">
    <w:name w:val="0B1C42389305452BA10C0CC085CFD505"/>
    <w:rsid w:val="008E5873"/>
  </w:style>
  <w:style w:type="paragraph" w:customStyle="1" w:styleId="CDAF11A0851E45D8A249C643C909EE24">
    <w:name w:val="CDAF11A0851E45D8A249C643C909EE24"/>
    <w:rsid w:val="008E58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20</Pages>
  <Words>12051</Words>
  <Characters>66284</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FABIO ANDRES VANEGAS CAMACHO</dc:creator>
  <cp:keywords/>
  <dc:description/>
  <cp:lastModifiedBy>MEVIL - EDVER GUSTAVO CUPITRA CAÑON</cp:lastModifiedBy>
  <cp:revision>100</cp:revision>
  <cp:lastPrinted>2026-06-23T23:07:00Z</cp:lastPrinted>
  <dcterms:created xsi:type="dcterms:W3CDTF">2025-07-21T22:35:00Z</dcterms:created>
  <dcterms:modified xsi:type="dcterms:W3CDTF">2026-07-01T01:17:00Z</dcterms:modified>
</cp:coreProperties>
</file>