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C52A64" w14:textId="205DB376" w:rsidR="00DE1A8C" w:rsidRDefault="00DE1A8C" w:rsidP="007F77E3">
      <w:pPr>
        <w:pStyle w:val="Prrafodelista"/>
        <w:tabs>
          <w:tab w:val="left" w:pos="240"/>
        </w:tabs>
        <w:ind w:left="-567" w:right="-519"/>
        <w:jc w:val="center"/>
        <w:rPr>
          <w:rFonts w:ascii="Arial" w:hAnsi="Arial" w:cs="Arial"/>
          <w:b/>
          <w:sz w:val="20"/>
          <w:szCs w:val="20"/>
        </w:rPr>
      </w:pPr>
      <w:r>
        <w:rPr>
          <w:rFonts w:ascii="Arial" w:hAnsi="Arial" w:cs="Arial"/>
          <w:b/>
          <w:sz w:val="20"/>
          <w:szCs w:val="20"/>
        </w:rPr>
        <w:t>ANEXO 1</w:t>
      </w:r>
    </w:p>
    <w:p w14:paraId="4E2E3D41" w14:textId="5EF0CB2A" w:rsidR="000925A2" w:rsidRDefault="000925A2" w:rsidP="007F77E3">
      <w:pPr>
        <w:pStyle w:val="Prrafodelista"/>
        <w:tabs>
          <w:tab w:val="left" w:pos="240"/>
        </w:tabs>
        <w:ind w:left="-567" w:right="-519"/>
        <w:jc w:val="center"/>
        <w:rPr>
          <w:rFonts w:ascii="Arial" w:hAnsi="Arial" w:cs="Arial"/>
          <w:b/>
          <w:sz w:val="20"/>
          <w:szCs w:val="20"/>
        </w:rPr>
      </w:pPr>
    </w:p>
    <w:p w14:paraId="56AF0151" w14:textId="6C5A0E95" w:rsidR="000925A2" w:rsidRPr="000925A2" w:rsidRDefault="000925A2" w:rsidP="007F77E3">
      <w:pPr>
        <w:pStyle w:val="Prrafodelista"/>
        <w:tabs>
          <w:tab w:val="left" w:pos="240"/>
        </w:tabs>
        <w:ind w:left="-567" w:right="-519"/>
        <w:jc w:val="both"/>
        <w:rPr>
          <w:rFonts w:ascii="Arial" w:hAnsi="Arial" w:cs="Arial"/>
          <w:sz w:val="20"/>
          <w:szCs w:val="20"/>
        </w:rPr>
      </w:pPr>
      <w:r>
        <w:rPr>
          <w:rFonts w:ascii="Arial" w:hAnsi="Arial" w:cs="Arial"/>
          <w:sz w:val="20"/>
          <w:szCs w:val="20"/>
        </w:rPr>
        <w:t>El oferente deberá diligenciar el formulario marcando con una X en el espacio definido como cumple o no cumple y de igual forma presentar los certificados o constancias requeridos por la entidad si aplica.</w:t>
      </w:r>
    </w:p>
    <w:p w14:paraId="36F8268E" w14:textId="77777777" w:rsidR="00DE1A8C" w:rsidRDefault="00DE1A8C" w:rsidP="007F77E3">
      <w:pPr>
        <w:pStyle w:val="Prrafodelista"/>
        <w:tabs>
          <w:tab w:val="left" w:pos="240"/>
        </w:tabs>
        <w:ind w:left="-567" w:right="-519"/>
        <w:jc w:val="center"/>
        <w:rPr>
          <w:rFonts w:ascii="Arial" w:hAnsi="Arial" w:cs="Arial"/>
          <w:b/>
          <w:sz w:val="20"/>
          <w:szCs w:val="20"/>
        </w:rPr>
      </w:pPr>
    </w:p>
    <w:p w14:paraId="68EBE276" w14:textId="77777777" w:rsidR="00DE1A8C" w:rsidRDefault="00DE1A8C" w:rsidP="007F77E3">
      <w:pPr>
        <w:pStyle w:val="Prrafodelista"/>
        <w:tabs>
          <w:tab w:val="left" w:pos="240"/>
        </w:tabs>
        <w:ind w:left="-567" w:right="-519"/>
        <w:jc w:val="center"/>
        <w:rPr>
          <w:rFonts w:ascii="Arial" w:hAnsi="Arial" w:cs="Arial"/>
          <w:b/>
          <w:sz w:val="20"/>
          <w:szCs w:val="20"/>
        </w:rPr>
      </w:pPr>
      <w:r w:rsidRPr="00D57349">
        <w:rPr>
          <w:rFonts w:ascii="Arial" w:hAnsi="Arial" w:cs="Arial"/>
          <w:b/>
          <w:sz w:val="20"/>
          <w:szCs w:val="20"/>
        </w:rPr>
        <w:t>ESPECIFICACIONES TÉCNICAS MÍNIMAS REQUERIDAS POR LOTE</w:t>
      </w:r>
      <w:r>
        <w:rPr>
          <w:rFonts w:ascii="Arial" w:hAnsi="Arial" w:cs="Arial"/>
          <w:b/>
          <w:sz w:val="20"/>
          <w:szCs w:val="20"/>
        </w:rPr>
        <w:t>S</w:t>
      </w:r>
    </w:p>
    <w:p w14:paraId="3C5BB0A5" w14:textId="77777777" w:rsidR="00DE1A8C" w:rsidRDefault="00DE1A8C" w:rsidP="007F77E3">
      <w:pPr>
        <w:pStyle w:val="Prrafodelista"/>
        <w:tabs>
          <w:tab w:val="left" w:pos="240"/>
        </w:tabs>
        <w:ind w:left="-567" w:right="-519"/>
        <w:jc w:val="center"/>
        <w:rPr>
          <w:rFonts w:ascii="Arial" w:hAnsi="Arial" w:cs="Arial"/>
          <w:b/>
          <w:sz w:val="20"/>
          <w:szCs w:val="20"/>
        </w:rPr>
      </w:pPr>
    </w:p>
    <w:p w14:paraId="0C725CF2" w14:textId="6E77E54D" w:rsidR="007574D6" w:rsidRDefault="004C3CDC" w:rsidP="007574D6">
      <w:pPr>
        <w:pStyle w:val="Prrafodelista"/>
        <w:tabs>
          <w:tab w:val="left" w:pos="4485"/>
        </w:tabs>
        <w:ind w:left="-567" w:right="-519"/>
        <w:jc w:val="center"/>
        <w:rPr>
          <w:rFonts w:ascii="Arial" w:hAnsi="Arial" w:cs="Arial"/>
          <w:b/>
          <w:sz w:val="20"/>
          <w:szCs w:val="22"/>
        </w:rPr>
      </w:pPr>
      <w:r w:rsidRPr="004C3CDC">
        <w:rPr>
          <w:rFonts w:ascii="Arial" w:hAnsi="Arial" w:cs="Arial"/>
          <w:b/>
          <w:sz w:val="20"/>
          <w:szCs w:val="22"/>
        </w:rPr>
        <w:t xml:space="preserve">LOTE </w:t>
      </w:r>
      <w:r w:rsidR="00AB4940">
        <w:rPr>
          <w:rFonts w:ascii="Arial" w:hAnsi="Arial" w:cs="Arial"/>
          <w:b/>
          <w:sz w:val="20"/>
          <w:szCs w:val="22"/>
        </w:rPr>
        <w:t>2</w:t>
      </w:r>
    </w:p>
    <w:p w14:paraId="1620BDB4" w14:textId="77777777" w:rsidR="007574D6" w:rsidRDefault="007574D6" w:rsidP="007F77E3">
      <w:pPr>
        <w:pStyle w:val="Prrafodelista"/>
        <w:tabs>
          <w:tab w:val="left" w:pos="4485"/>
        </w:tabs>
        <w:ind w:left="-567" w:right="-519"/>
        <w:jc w:val="both"/>
        <w:rPr>
          <w:rFonts w:ascii="Arial" w:hAnsi="Arial" w:cs="Arial"/>
          <w:b/>
          <w:sz w:val="20"/>
          <w:szCs w:val="22"/>
        </w:rPr>
      </w:pPr>
    </w:p>
    <w:tbl>
      <w:tblPr>
        <w:tblW w:w="10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2"/>
        <w:gridCol w:w="7944"/>
        <w:gridCol w:w="992"/>
        <w:gridCol w:w="993"/>
      </w:tblGrid>
      <w:tr w:rsidR="009A0B8F" w:rsidRPr="00255AC4" w14:paraId="2D116BCD" w14:textId="77777777" w:rsidTr="009A0B8F">
        <w:trPr>
          <w:trHeight w:val="20"/>
          <w:jc w:val="center"/>
        </w:trPr>
        <w:tc>
          <w:tcPr>
            <w:tcW w:w="10491" w:type="dxa"/>
            <w:gridSpan w:val="4"/>
            <w:shd w:val="clear" w:color="auto" w:fill="BFBFBF"/>
            <w:tcMar>
              <w:top w:w="0" w:type="dxa"/>
              <w:left w:w="70" w:type="dxa"/>
              <w:bottom w:w="0" w:type="dxa"/>
              <w:right w:w="70" w:type="dxa"/>
            </w:tcMar>
          </w:tcPr>
          <w:p w14:paraId="64B9201A" w14:textId="77777777" w:rsidR="009A0B8F" w:rsidRPr="00255AC4" w:rsidRDefault="009A0B8F" w:rsidP="00C04CB4">
            <w:pPr>
              <w:spacing w:after="0" w:line="240" w:lineRule="auto"/>
              <w:jc w:val="center"/>
              <w:textAlignment w:val="baseline"/>
              <w:rPr>
                <w:rFonts w:ascii="Arial" w:hAnsi="Arial" w:cs="Arial"/>
                <w:b/>
                <w:bCs/>
                <w:color w:val="000000"/>
                <w:sz w:val="16"/>
                <w:szCs w:val="16"/>
                <w:lang w:eastAsia="es-CO"/>
              </w:rPr>
            </w:pPr>
            <w:r w:rsidRPr="00255AC4">
              <w:rPr>
                <w:rFonts w:ascii="Arial" w:hAnsi="Arial" w:cs="Arial"/>
                <w:b/>
                <w:bCs/>
                <w:sz w:val="16"/>
                <w:szCs w:val="16"/>
              </w:rPr>
              <w:t>DENOMINACIÓN DE BIEN O SERVICIO</w:t>
            </w:r>
          </w:p>
        </w:tc>
      </w:tr>
      <w:tr w:rsidR="009A0B8F" w:rsidRPr="00255AC4" w14:paraId="003755EF" w14:textId="77777777" w:rsidTr="009A0B8F">
        <w:trPr>
          <w:trHeight w:val="20"/>
          <w:jc w:val="center"/>
        </w:trPr>
        <w:tc>
          <w:tcPr>
            <w:tcW w:w="10491" w:type="dxa"/>
            <w:gridSpan w:val="4"/>
            <w:shd w:val="clear" w:color="auto" w:fill="BFBFBF"/>
            <w:tcMar>
              <w:top w:w="0" w:type="dxa"/>
              <w:left w:w="70" w:type="dxa"/>
              <w:bottom w:w="0" w:type="dxa"/>
              <w:right w:w="70" w:type="dxa"/>
            </w:tcMar>
          </w:tcPr>
          <w:p w14:paraId="10614F99" w14:textId="4D6B4872" w:rsidR="009A0B8F" w:rsidRPr="00255AC4" w:rsidRDefault="006F43E5" w:rsidP="00C04CB4">
            <w:pPr>
              <w:spacing w:after="0" w:line="240" w:lineRule="auto"/>
              <w:jc w:val="both"/>
              <w:textAlignment w:val="baseline"/>
              <w:rPr>
                <w:rFonts w:ascii="Arial" w:hAnsi="Arial" w:cs="Arial"/>
                <w:b/>
                <w:color w:val="000000"/>
                <w:sz w:val="16"/>
                <w:szCs w:val="16"/>
                <w:lang w:eastAsia="es-CO"/>
              </w:rPr>
            </w:pPr>
            <w:r w:rsidRPr="006F43E5">
              <w:rPr>
                <w:rFonts w:ascii="Arial" w:hAnsi="Arial" w:cs="Arial"/>
                <w:b/>
                <w:sz w:val="16"/>
                <w:szCs w:val="16"/>
              </w:rPr>
              <w:t>MANTENIMIENTO PREVENTIVO Y CORRECTIVO DE REDES ELECTRICAS, SISTEMAS DE ILUMINACIÓN Y SISTEMA DE POLO A TIERRA PARA EL DEPARTAMENTO DE POLICÍA META</w:t>
            </w:r>
            <w:r w:rsidR="00A3702B">
              <w:rPr>
                <w:rFonts w:ascii="Arial" w:hAnsi="Arial" w:cs="Arial"/>
                <w:b/>
                <w:sz w:val="16"/>
                <w:szCs w:val="16"/>
              </w:rPr>
              <w:t xml:space="preserve"> </w:t>
            </w:r>
            <w:r w:rsidRPr="006F43E5">
              <w:rPr>
                <w:rFonts w:ascii="Arial" w:hAnsi="Arial" w:cs="Arial"/>
                <w:b/>
                <w:sz w:val="16"/>
                <w:szCs w:val="16"/>
              </w:rPr>
              <w:t>Y REGION DE POLICÍA N°7.</w:t>
            </w:r>
          </w:p>
        </w:tc>
      </w:tr>
      <w:tr w:rsidR="009A0B8F" w:rsidRPr="00255AC4" w14:paraId="43945881" w14:textId="77777777" w:rsidTr="009A0B8F">
        <w:trPr>
          <w:trHeight w:val="20"/>
          <w:jc w:val="center"/>
        </w:trPr>
        <w:tc>
          <w:tcPr>
            <w:tcW w:w="562" w:type="dxa"/>
            <w:shd w:val="clear" w:color="auto" w:fill="BFBFBF"/>
            <w:tcMar>
              <w:top w:w="0" w:type="dxa"/>
              <w:left w:w="70" w:type="dxa"/>
              <w:bottom w:w="0" w:type="dxa"/>
              <w:right w:w="70" w:type="dxa"/>
            </w:tcMar>
            <w:vAlign w:val="center"/>
            <w:hideMark/>
          </w:tcPr>
          <w:p w14:paraId="65E871E3" w14:textId="77777777" w:rsidR="009A0B8F" w:rsidRPr="00255AC4" w:rsidRDefault="009A0B8F" w:rsidP="00C04CB4">
            <w:pPr>
              <w:spacing w:after="0" w:line="240" w:lineRule="auto"/>
              <w:jc w:val="center"/>
              <w:textAlignment w:val="baseline"/>
              <w:rPr>
                <w:rFonts w:ascii="Arial" w:hAnsi="Arial" w:cs="Arial"/>
                <w:color w:val="000000"/>
                <w:sz w:val="16"/>
                <w:szCs w:val="16"/>
                <w:lang w:eastAsia="es-CO"/>
              </w:rPr>
            </w:pPr>
            <w:r w:rsidRPr="00255AC4">
              <w:rPr>
                <w:rFonts w:ascii="Arial" w:hAnsi="Arial" w:cs="Arial"/>
                <w:b/>
                <w:bCs/>
                <w:color w:val="000000"/>
                <w:sz w:val="16"/>
                <w:szCs w:val="16"/>
                <w:lang w:eastAsia="es-CO"/>
              </w:rPr>
              <w:t>No.</w:t>
            </w:r>
          </w:p>
        </w:tc>
        <w:tc>
          <w:tcPr>
            <w:tcW w:w="7944" w:type="dxa"/>
            <w:shd w:val="clear" w:color="auto" w:fill="BFBFBF"/>
            <w:tcMar>
              <w:top w:w="0" w:type="dxa"/>
              <w:left w:w="70" w:type="dxa"/>
              <w:bottom w:w="0" w:type="dxa"/>
              <w:right w:w="70" w:type="dxa"/>
            </w:tcMar>
            <w:vAlign w:val="center"/>
            <w:hideMark/>
          </w:tcPr>
          <w:p w14:paraId="2165F6EC" w14:textId="77777777" w:rsidR="009A0B8F" w:rsidRPr="00255AC4" w:rsidRDefault="009A0B8F" w:rsidP="00C04CB4">
            <w:pPr>
              <w:spacing w:after="0" w:line="240" w:lineRule="auto"/>
              <w:jc w:val="center"/>
              <w:textAlignment w:val="baseline"/>
              <w:rPr>
                <w:rFonts w:ascii="Arial" w:hAnsi="Arial" w:cs="Arial"/>
                <w:color w:val="000000"/>
                <w:sz w:val="16"/>
                <w:szCs w:val="16"/>
                <w:lang w:eastAsia="es-CO"/>
              </w:rPr>
            </w:pPr>
            <w:r w:rsidRPr="00255AC4">
              <w:rPr>
                <w:rFonts w:ascii="Arial" w:hAnsi="Arial" w:cs="Arial"/>
                <w:b/>
                <w:bCs/>
                <w:color w:val="000000"/>
                <w:sz w:val="16"/>
                <w:szCs w:val="16"/>
                <w:lang w:eastAsia="es-CO"/>
              </w:rPr>
              <w:t>ESPECIFICACIONES TÉCNICAS MÍNIMAS</w:t>
            </w:r>
          </w:p>
        </w:tc>
        <w:tc>
          <w:tcPr>
            <w:tcW w:w="992" w:type="dxa"/>
            <w:shd w:val="clear" w:color="auto" w:fill="BFBFBF"/>
            <w:vAlign w:val="center"/>
          </w:tcPr>
          <w:p w14:paraId="5FBE7B59" w14:textId="77777777" w:rsidR="009A0B8F" w:rsidRPr="00255AC4" w:rsidRDefault="009A0B8F" w:rsidP="00C04CB4">
            <w:pPr>
              <w:spacing w:after="0" w:line="240" w:lineRule="auto"/>
              <w:jc w:val="center"/>
              <w:textAlignment w:val="baseline"/>
              <w:rPr>
                <w:rFonts w:ascii="Arial" w:hAnsi="Arial" w:cs="Arial"/>
                <w:b/>
                <w:bCs/>
                <w:color w:val="000000"/>
                <w:sz w:val="16"/>
                <w:szCs w:val="16"/>
                <w:lang w:eastAsia="es-CO"/>
              </w:rPr>
            </w:pPr>
            <w:r w:rsidRPr="00255AC4">
              <w:rPr>
                <w:rFonts w:ascii="Arial" w:hAnsi="Arial" w:cs="Arial"/>
                <w:b/>
                <w:bCs/>
                <w:color w:val="000000"/>
                <w:sz w:val="16"/>
                <w:szCs w:val="16"/>
                <w:lang w:eastAsia="es-CO"/>
              </w:rPr>
              <w:t>CUMPLE</w:t>
            </w:r>
          </w:p>
        </w:tc>
        <w:tc>
          <w:tcPr>
            <w:tcW w:w="993" w:type="dxa"/>
            <w:shd w:val="clear" w:color="auto" w:fill="BFBFBF"/>
            <w:vAlign w:val="center"/>
          </w:tcPr>
          <w:p w14:paraId="298EE757" w14:textId="77777777" w:rsidR="009A0B8F" w:rsidRPr="00255AC4" w:rsidRDefault="009A0B8F" w:rsidP="00C04CB4">
            <w:pPr>
              <w:spacing w:after="0" w:line="240" w:lineRule="auto"/>
              <w:jc w:val="center"/>
              <w:textAlignment w:val="baseline"/>
              <w:rPr>
                <w:rFonts w:ascii="Arial" w:hAnsi="Arial" w:cs="Arial"/>
                <w:b/>
                <w:bCs/>
                <w:color w:val="000000"/>
                <w:sz w:val="16"/>
                <w:szCs w:val="16"/>
                <w:lang w:eastAsia="es-CO"/>
              </w:rPr>
            </w:pPr>
            <w:r w:rsidRPr="00255AC4">
              <w:rPr>
                <w:rFonts w:ascii="Arial" w:hAnsi="Arial" w:cs="Arial"/>
                <w:b/>
                <w:bCs/>
                <w:color w:val="000000"/>
                <w:sz w:val="16"/>
                <w:szCs w:val="16"/>
                <w:lang w:eastAsia="es-CO"/>
              </w:rPr>
              <w:t>NO</w:t>
            </w:r>
          </w:p>
          <w:p w14:paraId="6A4DBE8F" w14:textId="77777777" w:rsidR="009A0B8F" w:rsidRPr="00255AC4" w:rsidRDefault="009A0B8F" w:rsidP="00C04CB4">
            <w:pPr>
              <w:spacing w:after="0" w:line="240" w:lineRule="auto"/>
              <w:jc w:val="center"/>
              <w:textAlignment w:val="baseline"/>
              <w:rPr>
                <w:rFonts w:ascii="Arial" w:hAnsi="Arial" w:cs="Arial"/>
                <w:b/>
                <w:bCs/>
                <w:color w:val="000000"/>
                <w:sz w:val="16"/>
                <w:szCs w:val="16"/>
                <w:lang w:eastAsia="es-CO"/>
              </w:rPr>
            </w:pPr>
            <w:r w:rsidRPr="00255AC4">
              <w:rPr>
                <w:rFonts w:ascii="Arial" w:hAnsi="Arial" w:cs="Arial"/>
                <w:b/>
                <w:bCs/>
                <w:color w:val="000000"/>
                <w:sz w:val="16"/>
                <w:szCs w:val="16"/>
                <w:lang w:eastAsia="es-CO"/>
              </w:rPr>
              <w:t>CUMPLE</w:t>
            </w:r>
          </w:p>
        </w:tc>
      </w:tr>
      <w:tr w:rsidR="009A0B8F" w:rsidRPr="00255AC4" w14:paraId="71369094" w14:textId="77777777" w:rsidTr="009A0B8F">
        <w:trPr>
          <w:trHeight w:val="20"/>
          <w:jc w:val="center"/>
        </w:trPr>
        <w:tc>
          <w:tcPr>
            <w:tcW w:w="562" w:type="dxa"/>
            <w:tcMar>
              <w:top w:w="0" w:type="dxa"/>
              <w:left w:w="70" w:type="dxa"/>
              <w:bottom w:w="0" w:type="dxa"/>
              <w:right w:w="70" w:type="dxa"/>
            </w:tcMar>
            <w:vAlign w:val="center"/>
            <w:hideMark/>
          </w:tcPr>
          <w:p w14:paraId="2D141D90" w14:textId="77777777" w:rsidR="009A0B8F" w:rsidRPr="00255AC4" w:rsidRDefault="009A0B8F" w:rsidP="00C04CB4">
            <w:pPr>
              <w:spacing w:after="0" w:line="240" w:lineRule="auto"/>
              <w:jc w:val="center"/>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1.1</w:t>
            </w:r>
          </w:p>
        </w:tc>
        <w:tc>
          <w:tcPr>
            <w:tcW w:w="7944" w:type="dxa"/>
            <w:tcMar>
              <w:top w:w="0" w:type="dxa"/>
              <w:left w:w="70" w:type="dxa"/>
              <w:bottom w:w="0" w:type="dxa"/>
              <w:right w:w="70" w:type="dxa"/>
            </w:tcMar>
            <w:vAlign w:val="center"/>
            <w:hideMark/>
          </w:tcPr>
          <w:p w14:paraId="77BEE8D6"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El contratista realizara Mantenimiento red 13,2 KVA, revisión de uniones, empalmes, verificación de conexiones, incluye cambio de para rayos, corta circuitos, sistema a tierra, poda de la red 13,2 KVA.</w:t>
            </w:r>
          </w:p>
        </w:tc>
        <w:tc>
          <w:tcPr>
            <w:tcW w:w="992" w:type="dxa"/>
          </w:tcPr>
          <w:p w14:paraId="71F75D8A" w14:textId="77777777" w:rsidR="009A0B8F" w:rsidRPr="00255AC4" w:rsidRDefault="009A0B8F" w:rsidP="00C04CB4">
            <w:pPr>
              <w:spacing w:after="0" w:line="240" w:lineRule="auto"/>
              <w:textAlignment w:val="baseline"/>
              <w:rPr>
                <w:rFonts w:ascii="Arial" w:hAnsi="Arial" w:cs="Arial"/>
                <w:color w:val="000000"/>
                <w:sz w:val="16"/>
                <w:szCs w:val="16"/>
                <w:lang w:eastAsia="es-CO"/>
              </w:rPr>
            </w:pPr>
          </w:p>
        </w:tc>
        <w:tc>
          <w:tcPr>
            <w:tcW w:w="993" w:type="dxa"/>
          </w:tcPr>
          <w:p w14:paraId="39CC6474" w14:textId="77777777" w:rsidR="009A0B8F" w:rsidRPr="00255AC4" w:rsidRDefault="009A0B8F" w:rsidP="00C04CB4">
            <w:pPr>
              <w:spacing w:after="0" w:line="240" w:lineRule="auto"/>
              <w:textAlignment w:val="baseline"/>
              <w:rPr>
                <w:rFonts w:ascii="Arial" w:hAnsi="Arial" w:cs="Arial"/>
                <w:color w:val="000000"/>
                <w:sz w:val="16"/>
                <w:szCs w:val="16"/>
                <w:lang w:eastAsia="es-CO"/>
              </w:rPr>
            </w:pPr>
          </w:p>
        </w:tc>
      </w:tr>
      <w:tr w:rsidR="009A0B8F" w:rsidRPr="00255AC4" w14:paraId="20004C09" w14:textId="77777777" w:rsidTr="009A0B8F">
        <w:trPr>
          <w:trHeight w:val="20"/>
          <w:jc w:val="center"/>
        </w:trPr>
        <w:tc>
          <w:tcPr>
            <w:tcW w:w="562" w:type="dxa"/>
            <w:tcMar>
              <w:top w:w="0" w:type="dxa"/>
              <w:left w:w="70" w:type="dxa"/>
              <w:bottom w:w="0" w:type="dxa"/>
              <w:right w:w="70" w:type="dxa"/>
            </w:tcMar>
            <w:vAlign w:val="center"/>
            <w:hideMark/>
          </w:tcPr>
          <w:p w14:paraId="555560D2" w14:textId="77777777" w:rsidR="009A0B8F" w:rsidRPr="00255AC4" w:rsidRDefault="009A0B8F" w:rsidP="00C04CB4">
            <w:pPr>
              <w:spacing w:after="0" w:line="240" w:lineRule="auto"/>
              <w:jc w:val="center"/>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1.2</w:t>
            </w:r>
          </w:p>
        </w:tc>
        <w:tc>
          <w:tcPr>
            <w:tcW w:w="7944" w:type="dxa"/>
            <w:tcMar>
              <w:top w:w="0" w:type="dxa"/>
              <w:left w:w="70" w:type="dxa"/>
              <w:bottom w:w="0" w:type="dxa"/>
              <w:right w:w="70" w:type="dxa"/>
            </w:tcMar>
            <w:vAlign w:val="center"/>
            <w:hideMark/>
          </w:tcPr>
          <w:p w14:paraId="47703739"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El contratista realizara Mantenimiento y adecuación de poste incluye refuerzo en cimiento de anclaje o templete de tensión.</w:t>
            </w:r>
          </w:p>
        </w:tc>
        <w:tc>
          <w:tcPr>
            <w:tcW w:w="992" w:type="dxa"/>
          </w:tcPr>
          <w:p w14:paraId="370364DE" w14:textId="77777777" w:rsidR="009A0B8F" w:rsidRPr="00255AC4" w:rsidRDefault="009A0B8F" w:rsidP="00C04CB4">
            <w:pPr>
              <w:spacing w:after="0" w:line="240" w:lineRule="auto"/>
              <w:textAlignment w:val="baseline"/>
              <w:rPr>
                <w:rFonts w:ascii="Arial" w:hAnsi="Arial" w:cs="Arial"/>
                <w:color w:val="000000"/>
                <w:sz w:val="16"/>
                <w:szCs w:val="16"/>
                <w:lang w:eastAsia="es-CO"/>
              </w:rPr>
            </w:pPr>
          </w:p>
        </w:tc>
        <w:tc>
          <w:tcPr>
            <w:tcW w:w="993" w:type="dxa"/>
          </w:tcPr>
          <w:p w14:paraId="1841665A" w14:textId="77777777" w:rsidR="009A0B8F" w:rsidRPr="00255AC4" w:rsidRDefault="009A0B8F" w:rsidP="00C04CB4">
            <w:pPr>
              <w:spacing w:after="0" w:line="240" w:lineRule="auto"/>
              <w:textAlignment w:val="baseline"/>
              <w:rPr>
                <w:rFonts w:ascii="Arial" w:hAnsi="Arial" w:cs="Arial"/>
                <w:color w:val="000000"/>
                <w:sz w:val="16"/>
                <w:szCs w:val="16"/>
                <w:lang w:eastAsia="es-CO"/>
              </w:rPr>
            </w:pPr>
          </w:p>
        </w:tc>
      </w:tr>
      <w:tr w:rsidR="009A0B8F" w:rsidRPr="00255AC4" w14:paraId="6B0C2D6E" w14:textId="77777777" w:rsidTr="009A0B8F">
        <w:trPr>
          <w:trHeight w:val="20"/>
          <w:jc w:val="center"/>
        </w:trPr>
        <w:tc>
          <w:tcPr>
            <w:tcW w:w="562" w:type="dxa"/>
            <w:tcMar>
              <w:top w:w="0" w:type="dxa"/>
              <w:left w:w="70" w:type="dxa"/>
              <w:bottom w:w="0" w:type="dxa"/>
              <w:right w:w="70" w:type="dxa"/>
            </w:tcMar>
            <w:vAlign w:val="center"/>
            <w:hideMark/>
          </w:tcPr>
          <w:p w14:paraId="4671B7BB" w14:textId="77777777" w:rsidR="009A0B8F" w:rsidRPr="00255AC4" w:rsidRDefault="009A0B8F" w:rsidP="00C04CB4">
            <w:pPr>
              <w:spacing w:after="0" w:line="240" w:lineRule="auto"/>
              <w:jc w:val="center"/>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1.3</w:t>
            </w:r>
          </w:p>
        </w:tc>
        <w:tc>
          <w:tcPr>
            <w:tcW w:w="7944" w:type="dxa"/>
            <w:tcMar>
              <w:top w:w="0" w:type="dxa"/>
              <w:left w:w="70" w:type="dxa"/>
              <w:bottom w:w="0" w:type="dxa"/>
              <w:right w:w="70" w:type="dxa"/>
            </w:tcMar>
            <w:vAlign w:val="center"/>
            <w:hideMark/>
          </w:tcPr>
          <w:p w14:paraId="13A25F32"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El contratista realizara Suministro e Instalación de poste en concreto pretensado de sección anular circular de 9Mts, de alto por 0.28cms diámetro base y 0.14cms diámetro superior.</w:t>
            </w:r>
          </w:p>
        </w:tc>
        <w:tc>
          <w:tcPr>
            <w:tcW w:w="992" w:type="dxa"/>
          </w:tcPr>
          <w:p w14:paraId="572AC7F8" w14:textId="77777777" w:rsidR="009A0B8F" w:rsidRPr="00255AC4" w:rsidRDefault="009A0B8F" w:rsidP="00C04CB4">
            <w:pPr>
              <w:spacing w:after="0" w:line="240" w:lineRule="auto"/>
              <w:textAlignment w:val="baseline"/>
              <w:rPr>
                <w:rFonts w:ascii="Arial" w:hAnsi="Arial" w:cs="Arial"/>
                <w:color w:val="000000"/>
                <w:sz w:val="16"/>
                <w:szCs w:val="16"/>
                <w:lang w:eastAsia="es-CO"/>
              </w:rPr>
            </w:pPr>
          </w:p>
        </w:tc>
        <w:tc>
          <w:tcPr>
            <w:tcW w:w="993" w:type="dxa"/>
          </w:tcPr>
          <w:p w14:paraId="1F4667E3" w14:textId="77777777" w:rsidR="009A0B8F" w:rsidRPr="00255AC4" w:rsidRDefault="009A0B8F" w:rsidP="00C04CB4">
            <w:pPr>
              <w:spacing w:after="0" w:line="240" w:lineRule="auto"/>
              <w:textAlignment w:val="baseline"/>
              <w:rPr>
                <w:rFonts w:ascii="Arial" w:hAnsi="Arial" w:cs="Arial"/>
                <w:color w:val="000000"/>
                <w:sz w:val="16"/>
                <w:szCs w:val="16"/>
                <w:lang w:eastAsia="es-CO"/>
              </w:rPr>
            </w:pPr>
          </w:p>
        </w:tc>
      </w:tr>
      <w:tr w:rsidR="009A0B8F" w:rsidRPr="00255AC4" w14:paraId="709A412A" w14:textId="77777777" w:rsidTr="009A0B8F">
        <w:trPr>
          <w:trHeight w:val="20"/>
          <w:jc w:val="center"/>
        </w:trPr>
        <w:tc>
          <w:tcPr>
            <w:tcW w:w="562" w:type="dxa"/>
            <w:tcMar>
              <w:top w:w="0" w:type="dxa"/>
              <w:left w:w="70" w:type="dxa"/>
              <w:bottom w:w="0" w:type="dxa"/>
              <w:right w:w="70" w:type="dxa"/>
            </w:tcMar>
            <w:vAlign w:val="center"/>
            <w:hideMark/>
          </w:tcPr>
          <w:p w14:paraId="4D37B71E" w14:textId="77777777" w:rsidR="009A0B8F" w:rsidRPr="00255AC4" w:rsidRDefault="009A0B8F" w:rsidP="00C04CB4">
            <w:pPr>
              <w:spacing w:after="0" w:line="240" w:lineRule="auto"/>
              <w:jc w:val="center"/>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1.4</w:t>
            </w:r>
          </w:p>
        </w:tc>
        <w:tc>
          <w:tcPr>
            <w:tcW w:w="7944" w:type="dxa"/>
            <w:tcMar>
              <w:top w:w="0" w:type="dxa"/>
              <w:left w:w="70" w:type="dxa"/>
              <w:bottom w:w="0" w:type="dxa"/>
              <w:right w:w="70" w:type="dxa"/>
            </w:tcMar>
            <w:vAlign w:val="center"/>
            <w:hideMark/>
          </w:tcPr>
          <w:p w14:paraId="6D78D1F0"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El contratista realizara Mantenimiento red eléctrica de baja tensión oficinas y parte externa de las instalaciones del complejo DEMET, revisión de terminales, empalmes, verificación de conexiones cumpliendo con la normatividad RETIE.</w:t>
            </w:r>
          </w:p>
        </w:tc>
        <w:tc>
          <w:tcPr>
            <w:tcW w:w="992" w:type="dxa"/>
          </w:tcPr>
          <w:p w14:paraId="4F1ACE6F"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c>
          <w:tcPr>
            <w:tcW w:w="993" w:type="dxa"/>
          </w:tcPr>
          <w:p w14:paraId="526E680B"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r>
      <w:tr w:rsidR="009A0B8F" w:rsidRPr="00255AC4" w14:paraId="6A24ABA6" w14:textId="77777777" w:rsidTr="009A0B8F">
        <w:trPr>
          <w:trHeight w:val="20"/>
          <w:jc w:val="center"/>
        </w:trPr>
        <w:tc>
          <w:tcPr>
            <w:tcW w:w="562" w:type="dxa"/>
            <w:tcMar>
              <w:top w:w="0" w:type="dxa"/>
              <w:left w:w="70" w:type="dxa"/>
              <w:bottom w:w="0" w:type="dxa"/>
              <w:right w:w="70" w:type="dxa"/>
            </w:tcMar>
            <w:vAlign w:val="center"/>
            <w:hideMark/>
          </w:tcPr>
          <w:p w14:paraId="68C2D9EC" w14:textId="77777777" w:rsidR="009A0B8F" w:rsidRPr="00255AC4" w:rsidRDefault="009A0B8F" w:rsidP="00C04CB4">
            <w:pPr>
              <w:spacing w:after="0" w:line="240" w:lineRule="auto"/>
              <w:jc w:val="center"/>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1.5</w:t>
            </w:r>
          </w:p>
        </w:tc>
        <w:tc>
          <w:tcPr>
            <w:tcW w:w="7944" w:type="dxa"/>
            <w:tcMar>
              <w:top w:w="0" w:type="dxa"/>
              <w:left w:w="70" w:type="dxa"/>
              <w:bottom w:w="0" w:type="dxa"/>
              <w:right w:w="70" w:type="dxa"/>
            </w:tcMar>
            <w:vAlign w:val="center"/>
            <w:hideMark/>
          </w:tcPr>
          <w:p w14:paraId="162F21B5"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El contratista realizara Mantenimiento sistemas de iluminación oficinas de las instalaciones del complejo DEMET, revisión de empalmes, verificación de conexiones cumpliendo con la normatividad RETIE</w:t>
            </w:r>
          </w:p>
        </w:tc>
        <w:tc>
          <w:tcPr>
            <w:tcW w:w="992" w:type="dxa"/>
          </w:tcPr>
          <w:p w14:paraId="292CD09B"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c>
          <w:tcPr>
            <w:tcW w:w="993" w:type="dxa"/>
          </w:tcPr>
          <w:p w14:paraId="374B9876"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r>
      <w:tr w:rsidR="009A0B8F" w:rsidRPr="00255AC4" w14:paraId="16ADD7DD" w14:textId="77777777" w:rsidTr="009A0B8F">
        <w:trPr>
          <w:trHeight w:val="20"/>
          <w:jc w:val="center"/>
        </w:trPr>
        <w:tc>
          <w:tcPr>
            <w:tcW w:w="562" w:type="dxa"/>
            <w:tcMar>
              <w:top w:w="0" w:type="dxa"/>
              <w:left w:w="70" w:type="dxa"/>
              <w:bottom w:w="0" w:type="dxa"/>
              <w:right w:w="70" w:type="dxa"/>
            </w:tcMar>
            <w:vAlign w:val="center"/>
            <w:hideMark/>
          </w:tcPr>
          <w:p w14:paraId="1BD9F5C5" w14:textId="77777777" w:rsidR="009A0B8F" w:rsidRPr="00255AC4" w:rsidRDefault="009A0B8F" w:rsidP="00C04CB4">
            <w:pPr>
              <w:spacing w:after="0" w:line="240" w:lineRule="auto"/>
              <w:jc w:val="center"/>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1.6</w:t>
            </w:r>
          </w:p>
        </w:tc>
        <w:tc>
          <w:tcPr>
            <w:tcW w:w="7944" w:type="dxa"/>
            <w:tcMar>
              <w:top w:w="0" w:type="dxa"/>
              <w:left w:w="70" w:type="dxa"/>
              <w:bottom w:w="0" w:type="dxa"/>
              <w:right w:w="70" w:type="dxa"/>
            </w:tcMar>
            <w:vAlign w:val="center"/>
            <w:hideMark/>
          </w:tcPr>
          <w:p w14:paraId="13B640B7"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El contratista realizara Suministro e Instalación Acometida parcial eléctrica en cable TREBOL 3*4+6 Trifásico Cobre, incluye accesorios, terminales y demás elementos necesarios para su instalación y puesta en funcionamiento.</w:t>
            </w:r>
          </w:p>
        </w:tc>
        <w:tc>
          <w:tcPr>
            <w:tcW w:w="992" w:type="dxa"/>
          </w:tcPr>
          <w:p w14:paraId="51DD5E28"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c>
          <w:tcPr>
            <w:tcW w:w="993" w:type="dxa"/>
          </w:tcPr>
          <w:p w14:paraId="34720EC8"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r>
      <w:tr w:rsidR="009A0B8F" w:rsidRPr="00255AC4" w14:paraId="0FBD715A" w14:textId="77777777" w:rsidTr="009A0B8F">
        <w:trPr>
          <w:trHeight w:val="20"/>
          <w:jc w:val="center"/>
        </w:trPr>
        <w:tc>
          <w:tcPr>
            <w:tcW w:w="562" w:type="dxa"/>
            <w:tcMar>
              <w:top w:w="0" w:type="dxa"/>
              <w:left w:w="70" w:type="dxa"/>
              <w:bottom w:w="0" w:type="dxa"/>
              <w:right w:w="70" w:type="dxa"/>
            </w:tcMar>
            <w:vAlign w:val="center"/>
            <w:hideMark/>
          </w:tcPr>
          <w:p w14:paraId="263EFE85" w14:textId="77777777" w:rsidR="009A0B8F" w:rsidRPr="00255AC4" w:rsidRDefault="009A0B8F" w:rsidP="00C04CB4">
            <w:pPr>
              <w:spacing w:after="0" w:line="240" w:lineRule="auto"/>
              <w:jc w:val="center"/>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1.7</w:t>
            </w:r>
          </w:p>
        </w:tc>
        <w:tc>
          <w:tcPr>
            <w:tcW w:w="7944" w:type="dxa"/>
            <w:tcMar>
              <w:top w:w="0" w:type="dxa"/>
              <w:left w:w="70" w:type="dxa"/>
              <w:bottom w:w="0" w:type="dxa"/>
              <w:right w:w="70" w:type="dxa"/>
            </w:tcMar>
            <w:vAlign w:val="center"/>
            <w:hideMark/>
          </w:tcPr>
          <w:p w14:paraId="59B707DC"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 xml:space="preserve">El contratista realizara Suministro e Instalación de acometida Red Trenzada </w:t>
            </w:r>
            <w:proofErr w:type="spellStart"/>
            <w:r w:rsidRPr="00255AC4">
              <w:rPr>
                <w:rFonts w:ascii="Arial" w:hAnsi="Arial" w:cs="Arial"/>
                <w:color w:val="000000"/>
                <w:sz w:val="16"/>
                <w:szCs w:val="16"/>
                <w:lang w:eastAsia="es-CO"/>
              </w:rPr>
              <w:t>Aac</w:t>
            </w:r>
            <w:proofErr w:type="spellEnd"/>
            <w:r w:rsidRPr="00255AC4">
              <w:rPr>
                <w:rFonts w:ascii="Arial" w:hAnsi="Arial" w:cs="Arial"/>
                <w:color w:val="000000"/>
                <w:sz w:val="16"/>
                <w:szCs w:val="16"/>
                <w:lang w:eastAsia="es-CO"/>
              </w:rPr>
              <w:t>/</w:t>
            </w:r>
            <w:proofErr w:type="spellStart"/>
            <w:r w:rsidRPr="00255AC4">
              <w:rPr>
                <w:rFonts w:ascii="Arial" w:hAnsi="Arial" w:cs="Arial"/>
                <w:color w:val="000000"/>
                <w:sz w:val="16"/>
                <w:szCs w:val="16"/>
                <w:lang w:eastAsia="es-CO"/>
              </w:rPr>
              <w:t>Acsr</w:t>
            </w:r>
            <w:proofErr w:type="spellEnd"/>
            <w:r w:rsidRPr="00255AC4">
              <w:rPr>
                <w:rFonts w:ascii="Arial" w:hAnsi="Arial" w:cs="Arial"/>
                <w:color w:val="000000"/>
                <w:sz w:val="16"/>
                <w:szCs w:val="16"/>
                <w:lang w:eastAsia="es-CO"/>
              </w:rPr>
              <w:t xml:space="preserve"> </w:t>
            </w:r>
            <w:proofErr w:type="spellStart"/>
            <w:r w:rsidRPr="00255AC4">
              <w:rPr>
                <w:rFonts w:ascii="Arial" w:hAnsi="Arial" w:cs="Arial"/>
                <w:color w:val="000000"/>
                <w:sz w:val="16"/>
                <w:szCs w:val="16"/>
                <w:lang w:eastAsia="es-CO"/>
              </w:rPr>
              <w:t>Acc</w:t>
            </w:r>
            <w:proofErr w:type="spellEnd"/>
            <w:r w:rsidRPr="00255AC4">
              <w:rPr>
                <w:rFonts w:ascii="Arial" w:hAnsi="Arial" w:cs="Arial"/>
                <w:color w:val="000000"/>
                <w:sz w:val="16"/>
                <w:szCs w:val="16"/>
                <w:lang w:eastAsia="es-CO"/>
              </w:rPr>
              <w:t>/</w:t>
            </w:r>
            <w:proofErr w:type="spellStart"/>
            <w:r w:rsidRPr="00255AC4">
              <w:rPr>
                <w:rFonts w:ascii="Arial" w:hAnsi="Arial" w:cs="Arial"/>
                <w:color w:val="000000"/>
                <w:sz w:val="16"/>
                <w:szCs w:val="16"/>
                <w:lang w:eastAsia="es-CO"/>
              </w:rPr>
              <w:t>Aaac</w:t>
            </w:r>
            <w:proofErr w:type="spellEnd"/>
            <w:r w:rsidRPr="00255AC4">
              <w:rPr>
                <w:rFonts w:ascii="Arial" w:hAnsi="Arial" w:cs="Arial"/>
                <w:color w:val="000000"/>
                <w:sz w:val="16"/>
                <w:szCs w:val="16"/>
                <w:lang w:eastAsia="es-CO"/>
              </w:rPr>
              <w:t xml:space="preserve"> 3×2/0+1/0 Incluye Accesorios de Instalación, terminales, aterrizajes y demás elementos necesarios para su instalación y puesta en funcionamiento.</w:t>
            </w:r>
          </w:p>
        </w:tc>
        <w:tc>
          <w:tcPr>
            <w:tcW w:w="992" w:type="dxa"/>
          </w:tcPr>
          <w:p w14:paraId="5DB57111"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c>
          <w:tcPr>
            <w:tcW w:w="993" w:type="dxa"/>
          </w:tcPr>
          <w:p w14:paraId="14BF7378"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r>
      <w:tr w:rsidR="009A0B8F" w:rsidRPr="00255AC4" w14:paraId="7015D858" w14:textId="77777777" w:rsidTr="009A0B8F">
        <w:trPr>
          <w:trHeight w:val="20"/>
          <w:jc w:val="center"/>
        </w:trPr>
        <w:tc>
          <w:tcPr>
            <w:tcW w:w="562" w:type="dxa"/>
            <w:tcMar>
              <w:top w:w="0" w:type="dxa"/>
              <w:left w:w="70" w:type="dxa"/>
              <w:bottom w:w="0" w:type="dxa"/>
              <w:right w:w="70" w:type="dxa"/>
            </w:tcMar>
            <w:vAlign w:val="center"/>
            <w:hideMark/>
          </w:tcPr>
          <w:p w14:paraId="71B24A5B" w14:textId="77777777" w:rsidR="009A0B8F" w:rsidRPr="00255AC4" w:rsidRDefault="009A0B8F" w:rsidP="00C04CB4">
            <w:pPr>
              <w:spacing w:after="0" w:line="240" w:lineRule="auto"/>
              <w:jc w:val="center"/>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1.8</w:t>
            </w:r>
          </w:p>
        </w:tc>
        <w:tc>
          <w:tcPr>
            <w:tcW w:w="7944" w:type="dxa"/>
            <w:tcMar>
              <w:top w:w="0" w:type="dxa"/>
              <w:left w:w="70" w:type="dxa"/>
              <w:bottom w:w="0" w:type="dxa"/>
              <w:right w:w="70" w:type="dxa"/>
            </w:tcMar>
            <w:vAlign w:val="center"/>
            <w:hideMark/>
          </w:tcPr>
          <w:p w14:paraId="5FDB7BE5"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El contratista realizara Suministro e Instalación de caja Para Acometida en Policarbonato Trifásica de 9 Usuarios - 140 Amp.</w:t>
            </w:r>
          </w:p>
        </w:tc>
        <w:tc>
          <w:tcPr>
            <w:tcW w:w="992" w:type="dxa"/>
          </w:tcPr>
          <w:p w14:paraId="022CDD55"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c>
          <w:tcPr>
            <w:tcW w:w="993" w:type="dxa"/>
          </w:tcPr>
          <w:p w14:paraId="0E33B0E4"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r>
      <w:tr w:rsidR="009A0B8F" w:rsidRPr="00255AC4" w14:paraId="07C6D72B" w14:textId="77777777" w:rsidTr="009A0B8F">
        <w:trPr>
          <w:trHeight w:val="20"/>
          <w:jc w:val="center"/>
        </w:trPr>
        <w:tc>
          <w:tcPr>
            <w:tcW w:w="562" w:type="dxa"/>
            <w:tcMar>
              <w:top w:w="0" w:type="dxa"/>
              <w:left w:w="70" w:type="dxa"/>
              <w:bottom w:w="0" w:type="dxa"/>
              <w:right w:w="70" w:type="dxa"/>
            </w:tcMar>
            <w:vAlign w:val="center"/>
            <w:hideMark/>
          </w:tcPr>
          <w:p w14:paraId="11199DAF" w14:textId="77777777" w:rsidR="009A0B8F" w:rsidRPr="00255AC4" w:rsidRDefault="009A0B8F" w:rsidP="00C04CB4">
            <w:pPr>
              <w:spacing w:after="0" w:line="240" w:lineRule="auto"/>
              <w:jc w:val="center"/>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1.9</w:t>
            </w:r>
          </w:p>
        </w:tc>
        <w:tc>
          <w:tcPr>
            <w:tcW w:w="7944" w:type="dxa"/>
            <w:tcMar>
              <w:top w:w="0" w:type="dxa"/>
              <w:left w:w="70" w:type="dxa"/>
              <w:bottom w:w="0" w:type="dxa"/>
              <w:right w:w="70" w:type="dxa"/>
            </w:tcMar>
            <w:vAlign w:val="center"/>
            <w:hideMark/>
          </w:tcPr>
          <w:p w14:paraId="1EC303D7"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El contratista realizara Desmonte y/o Desinstalación Red de Baja ASCR.</w:t>
            </w:r>
          </w:p>
        </w:tc>
        <w:tc>
          <w:tcPr>
            <w:tcW w:w="992" w:type="dxa"/>
          </w:tcPr>
          <w:p w14:paraId="3A770A99"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c>
          <w:tcPr>
            <w:tcW w:w="993" w:type="dxa"/>
          </w:tcPr>
          <w:p w14:paraId="03DE71F8"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r>
      <w:tr w:rsidR="009A0B8F" w:rsidRPr="00255AC4" w14:paraId="4319792F" w14:textId="77777777" w:rsidTr="009A0B8F">
        <w:trPr>
          <w:trHeight w:val="20"/>
          <w:jc w:val="center"/>
        </w:trPr>
        <w:tc>
          <w:tcPr>
            <w:tcW w:w="562" w:type="dxa"/>
            <w:tcMar>
              <w:top w:w="0" w:type="dxa"/>
              <w:left w:w="70" w:type="dxa"/>
              <w:bottom w:w="0" w:type="dxa"/>
              <w:right w:w="70" w:type="dxa"/>
            </w:tcMar>
            <w:vAlign w:val="center"/>
            <w:hideMark/>
          </w:tcPr>
          <w:p w14:paraId="72393634" w14:textId="77777777" w:rsidR="009A0B8F" w:rsidRPr="00255AC4" w:rsidRDefault="009A0B8F" w:rsidP="00C04CB4">
            <w:pPr>
              <w:spacing w:after="0" w:line="240" w:lineRule="auto"/>
              <w:jc w:val="center"/>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1.10</w:t>
            </w:r>
          </w:p>
        </w:tc>
        <w:tc>
          <w:tcPr>
            <w:tcW w:w="7944" w:type="dxa"/>
            <w:tcMar>
              <w:top w:w="0" w:type="dxa"/>
              <w:left w:w="70" w:type="dxa"/>
              <w:bottom w:w="0" w:type="dxa"/>
              <w:right w:w="70" w:type="dxa"/>
            </w:tcMar>
            <w:vAlign w:val="center"/>
            <w:hideMark/>
          </w:tcPr>
          <w:p w14:paraId="17E161D4"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El contratista realizara Instalación acometida eléctrica 3*12 AWG, de circuito eléctrico entorchado pre ensamblado en fabrica en color rojo, blanco y verde, cables libres de halógenos HFFR-LS FLEX 600V 90°C, incluye terminales para su instalación y puesta en funcionamiento.</w:t>
            </w:r>
          </w:p>
        </w:tc>
        <w:tc>
          <w:tcPr>
            <w:tcW w:w="992" w:type="dxa"/>
          </w:tcPr>
          <w:p w14:paraId="3C72BC16"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c>
          <w:tcPr>
            <w:tcW w:w="993" w:type="dxa"/>
          </w:tcPr>
          <w:p w14:paraId="18A66911"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r>
      <w:tr w:rsidR="009A0B8F" w:rsidRPr="00255AC4" w14:paraId="6FBE63F9" w14:textId="77777777" w:rsidTr="009A0B8F">
        <w:trPr>
          <w:trHeight w:val="20"/>
          <w:jc w:val="center"/>
        </w:trPr>
        <w:tc>
          <w:tcPr>
            <w:tcW w:w="562" w:type="dxa"/>
            <w:tcMar>
              <w:top w:w="0" w:type="dxa"/>
              <w:left w:w="70" w:type="dxa"/>
              <w:bottom w:w="0" w:type="dxa"/>
              <w:right w:w="70" w:type="dxa"/>
            </w:tcMar>
            <w:vAlign w:val="center"/>
            <w:hideMark/>
          </w:tcPr>
          <w:p w14:paraId="434AC8E8" w14:textId="77777777" w:rsidR="009A0B8F" w:rsidRPr="00255AC4" w:rsidRDefault="009A0B8F" w:rsidP="00C04CB4">
            <w:pPr>
              <w:spacing w:after="0" w:line="240" w:lineRule="auto"/>
              <w:jc w:val="center"/>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1.11</w:t>
            </w:r>
          </w:p>
        </w:tc>
        <w:tc>
          <w:tcPr>
            <w:tcW w:w="7944" w:type="dxa"/>
            <w:tcMar>
              <w:top w:w="0" w:type="dxa"/>
              <w:left w:w="70" w:type="dxa"/>
              <w:bottom w:w="0" w:type="dxa"/>
              <w:right w:w="70" w:type="dxa"/>
            </w:tcMar>
            <w:vAlign w:val="center"/>
            <w:hideMark/>
          </w:tcPr>
          <w:p w14:paraId="270A350A"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El contratista realizara Reposición e instalación de luminaria LED tipo reflector de 150W para exteriores IP65, Incluye Accesorios de Instalación, terminales, foto control empalmes y demás elementos necesarios para su instalación y puesta en funcionamiento.</w:t>
            </w:r>
          </w:p>
        </w:tc>
        <w:tc>
          <w:tcPr>
            <w:tcW w:w="992" w:type="dxa"/>
          </w:tcPr>
          <w:p w14:paraId="4DA1826B"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c>
          <w:tcPr>
            <w:tcW w:w="993" w:type="dxa"/>
          </w:tcPr>
          <w:p w14:paraId="48152F24"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r>
      <w:tr w:rsidR="009A0B8F" w:rsidRPr="00255AC4" w14:paraId="0748161D" w14:textId="77777777" w:rsidTr="009A0B8F">
        <w:trPr>
          <w:trHeight w:val="20"/>
          <w:jc w:val="center"/>
        </w:trPr>
        <w:tc>
          <w:tcPr>
            <w:tcW w:w="562" w:type="dxa"/>
            <w:tcMar>
              <w:top w:w="0" w:type="dxa"/>
              <w:left w:w="70" w:type="dxa"/>
              <w:bottom w:w="0" w:type="dxa"/>
              <w:right w:w="70" w:type="dxa"/>
            </w:tcMar>
            <w:vAlign w:val="center"/>
            <w:hideMark/>
          </w:tcPr>
          <w:p w14:paraId="760E36DF" w14:textId="77777777" w:rsidR="009A0B8F" w:rsidRPr="00255AC4" w:rsidRDefault="009A0B8F" w:rsidP="00C04CB4">
            <w:pPr>
              <w:spacing w:after="0" w:line="240" w:lineRule="auto"/>
              <w:jc w:val="center"/>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1.12</w:t>
            </w:r>
          </w:p>
        </w:tc>
        <w:tc>
          <w:tcPr>
            <w:tcW w:w="7944" w:type="dxa"/>
            <w:tcMar>
              <w:top w:w="0" w:type="dxa"/>
              <w:left w:w="70" w:type="dxa"/>
              <w:bottom w:w="0" w:type="dxa"/>
              <w:right w:w="70" w:type="dxa"/>
            </w:tcMar>
            <w:vAlign w:val="center"/>
            <w:hideMark/>
          </w:tcPr>
          <w:p w14:paraId="1A5C0D1D"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El contratista realizara Reposición e instalación de lámparas panel led de 60*60 x 48W, luz blanca.</w:t>
            </w:r>
          </w:p>
        </w:tc>
        <w:tc>
          <w:tcPr>
            <w:tcW w:w="992" w:type="dxa"/>
          </w:tcPr>
          <w:p w14:paraId="586FCE00"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c>
          <w:tcPr>
            <w:tcW w:w="993" w:type="dxa"/>
          </w:tcPr>
          <w:p w14:paraId="543EC63E"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r>
      <w:tr w:rsidR="009A0B8F" w:rsidRPr="00255AC4" w14:paraId="3306BC77" w14:textId="77777777" w:rsidTr="009A0B8F">
        <w:trPr>
          <w:trHeight w:val="20"/>
          <w:jc w:val="center"/>
        </w:trPr>
        <w:tc>
          <w:tcPr>
            <w:tcW w:w="562" w:type="dxa"/>
            <w:tcMar>
              <w:top w:w="0" w:type="dxa"/>
              <w:left w:w="70" w:type="dxa"/>
              <w:bottom w:w="0" w:type="dxa"/>
              <w:right w:w="70" w:type="dxa"/>
            </w:tcMar>
            <w:vAlign w:val="center"/>
            <w:hideMark/>
          </w:tcPr>
          <w:p w14:paraId="738504FD" w14:textId="77777777" w:rsidR="009A0B8F" w:rsidRPr="00255AC4" w:rsidRDefault="009A0B8F" w:rsidP="00C04CB4">
            <w:pPr>
              <w:spacing w:after="0" w:line="240" w:lineRule="auto"/>
              <w:jc w:val="center"/>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1.13</w:t>
            </w:r>
          </w:p>
        </w:tc>
        <w:tc>
          <w:tcPr>
            <w:tcW w:w="7944" w:type="dxa"/>
            <w:tcMar>
              <w:top w:w="0" w:type="dxa"/>
              <w:left w:w="70" w:type="dxa"/>
              <w:bottom w:w="0" w:type="dxa"/>
              <w:right w:w="70" w:type="dxa"/>
            </w:tcMar>
            <w:vAlign w:val="center"/>
            <w:hideMark/>
          </w:tcPr>
          <w:p w14:paraId="511D4F6D"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El contratista realizara Reposición e instalación de lámpara redonda de incrustar de 18W, luz blanca.</w:t>
            </w:r>
          </w:p>
        </w:tc>
        <w:tc>
          <w:tcPr>
            <w:tcW w:w="992" w:type="dxa"/>
          </w:tcPr>
          <w:p w14:paraId="6C7CE9A1"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c>
          <w:tcPr>
            <w:tcW w:w="993" w:type="dxa"/>
          </w:tcPr>
          <w:p w14:paraId="0F1BA7F3"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r>
      <w:tr w:rsidR="009A0B8F" w:rsidRPr="00255AC4" w14:paraId="28BCAF07" w14:textId="77777777" w:rsidTr="009A0B8F">
        <w:trPr>
          <w:trHeight w:val="20"/>
          <w:jc w:val="center"/>
        </w:trPr>
        <w:tc>
          <w:tcPr>
            <w:tcW w:w="562" w:type="dxa"/>
            <w:tcMar>
              <w:top w:w="0" w:type="dxa"/>
              <w:left w:w="70" w:type="dxa"/>
              <w:bottom w:w="0" w:type="dxa"/>
              <w:right w:w="70" w:type="dxa"/>
            </w:tcMar>
            <w:vAlign w:val="center"/>
            <w:hideMark/>
          </w:tcPr>
          <w:p w14:paraId="2478FAFF" w14:textId="77777777" w:rsidR="009A0B8F" w:rsidRPr="00255AC4" w:rsidRDefault="009A0B8F" w:rsidP="00C04CB4">
            <w:pPr>
              <w:spacing w:after="0" w:line="240" w:lineRule="auto"/>
              <w:jc w:val="center"/>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1.14</w:t>
            </w:r>
          </w:p>
        </w:tc>
        <w:tc>
          <w:tcPr>
            <w:tcW w:w="7944" w:type="dxa"/>
            <w:tcMar>
              <w:top w:w="0" w:type="dxa"/>
              <w:left w:w="70" w:type="dxa"/>
              <w:bottom w:w="0" w:type="dxa"/>
              <w:right w:w="70" w:type="dxa"/>
            </w:tcMar>
            <w:vAlign w:val="center"/>
            <w:hideMark/>
          </w:tcPr>
          <w:p w14:paraId="5041D357"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El contratista realizara Reposición e instalación de lámpara redonda de sobreponer de 18W, luz blanca.</w:t>
            </w:r>
          </w:p>
        </w:tc>
        <w:tc>
          <w:tcPr>
            <w:tcW w:w="992" w:type="dxa"/>
          </w:tcPr>
          <w:p w14:paraId="08558E1F"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c>
          <w:tcPr>
            <w:tcW w:w="993" w:type="dxa"/>
          </w:tcPr>
          <w:p w14:paraId="5539E2BF"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r>
      <w:tr w:rsidR="009A0B8F" w:rsidRPr="00255AC4" w14:paraId="47ADCFFD" w14:textId="77777777" w:rsidTr="009A0B8F">
        <w:trPr>
          <w:trHeight w:val="20"/>
          <w:jc w:val="center"/>
        </w:trPr>
        <w:tc>
          <w:tcPr>
            <w:tcW w:w="562" w:type="dxa"/>
            <w:tcMar>
              <w:top w:w="0" w:type="dxa"/>
              <w:left w:w="70" w:type="dxa"/>
              <w:bottom w:w="0" w:type="dxa"/>
              <w:right w:w="70" w:type="dxa"/>
            </w:tcMar>
            <w:vAlign w:val="center"/>
            <w:hideMark/>
          </w:tcPr>
          <w:p w14:paraId="699359C3" w14:textId="77777777" w:rsidR="009A0B8F" w:rsidRPr="00255AC4" w:rsidRDefault="009A0B8F" w:rsidP="00C04CB4">
            <w:pPr>
              <w:spacing w:after="0" w:line="240" w:lineRule="auto"/>
              <w:jc w:val="center"/>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1.15</w:t>
            </w:r>
          </w:p>
        </w:tc>
        <w:tc>
          <w:tcPr>
            <w:tcW w:w="7944" w:type="dxa"/>
            <w:tcMar>
              <w:top w:w="0" w:type="dxa"/>
              <w:left w:w="70" w:type="dxa"/>
              <w:bottom w:w="0" w:type="dxa"/>
              <w:right w:w="70" w:type="dxa"/>
            </w:tcMar>
            <w:vAlign w:val="center"/>
            <w:hideMark/>
          </w:tcPr>
          <w:p w14:paraId="54E76CD9"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El contratista realizara Reposición e instalación de lámpara redonda de incrustar de 24W, luz blanca.</w:t>
            </w:r>
          </w:p>
        </w:tc>
        <w:tc>
          <w:tcPr>
            <w:tcW w:w="992" w:type="dxa"/>
          </w:tcPr>
          <w:p w14:paraId="4D47A6F5"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c>
          <w:tcPr>
            <w:tcW w:w="993" w:type="dxa"/>
          </w:tcPr>
          <w:p w14:paraId="50DCF4F2"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r>
      <w:tr w:rsidR="009A0B8F" w:rsidRPr="00255AC4" w14:paraId="2FDC22CC" w14:textId="77777777" w:rsidTr="009A0B8F">
        <w:trPr>
          <w:trHeight w:val="20"/>
          <w:jc w:val="center"/>
        </w:trPr>
        <w:tc>
          <w:tcPr>
            <w:tcW w:w="562" w:type="dxa"/>
            <w:tcMar>
              <w:top w:w="0" w:type="dxa"/>
              <w:left w:w="70" w:type="dxa"/>
              <w:bottom w:w="0" w:type="dxa"/>
              <w:right w:w="70" w:type="dxa"/>
            </w:tcMar>
            <w:vAlign w:val="center"/>
            <w:hideMark/>
          </w:tcPr>
          <w:p w14:paraId="72110236" w14:textId="77777777" w:rsidR="009A0B8F" w:rsidRPr="00255AC4" w:rsidRDefault="009A0B8F" w:rsidP="00C04CB4">
            <w:pPr>
              <w:spacing w:after="0" w:line="240" w:lineRule="auto"/>
              <w:jc w:val="center"/>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1.16</w:t>
            </w:r>
          </w:p>
        </w:tc>
        <w:tc>
          <w:tcPr>
            <w:tcW w:w="7944" w:type="dxa"/>
            <w:tcMar>
              <w:top w:w="0" w:type="dxa"/>
              <w:left w:w="70" w:type="dxa"/>
              <w:bottom w:w="0" w:type="dxa"/>
              <w:right w:w="70" w:type="dxa"/>
            </w:tcMar>
            <w:vAlign w:val="center"/>
            <w:hideMark/>
          </w:tcPr>
          <w:p w14:paraId="118EC1A3"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El contratista realizara Reposición e instalación de lámpara redonda de sobreponer de 24W, luz blanca.</w:t>
            </w:r>
          </w:p>
        </w:tc>
        <w:tc>
          <w:tcPr>
            <w:tcW w:w="992" w:type="dxa"/>
          </w:tcPr>
          <w:p w14:paraId="2CA752F9"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c>
          <w:tcPr>
            <w:tcW w:w="993" w:type="dxa"/>
          </w:tcPr>
          <w:p w14:paraId="2A26DC3F"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r>
      <w:tr w:rsidR="009A0B8F" w:rsidRPr="00255AC4" w14:paraId="1695B217" w14:textId="77777777" w:rsidTr="009A0B8F">
        <w:trPr>
          <w:trHeight w:val="20"/>
          <w:jc w:val="center"/>
        </w:trPr>
        <w:tc>
          <w:tcPr>
            <w:tcW w:w="562" w:type="dxa"/>
            <w:tcMar>
              <w:top w:w="0" w:type="dxa"/>
              <w:left w:w="70" w:type="dxa"/>
              <w:bottom w:w="0" w:type="dxa"/>
              <w:right w:w="70" w:type="dxa"/>
            </w:tcMar>
            <w:vAlign w:val="center"/>
            <w:hideMark/>
          </w:tcPr>
          <w:p w14:paraId="2B2FB1A5" w14:textId="77777777" w:rsidR="009A0B8F" w:rsidRPr="00255AC4" w:rsidRDefault="009A0B8F" w:rsidP="00C04CB4">
            <w:pPr>
              <w:spacing w:after="0" w:line="240" w:lineRule="auto"/>
              <w:jc w:val="center"/>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1.17</w:t>
            </w:r>
          </w:p>
        </w:tc>
        <w:tc>
          <w:tcPr>
            <w:tcW w:w="7944" w:type="dxa"/>
            <w:tcMar>
              <w:top w:w="0" w:type="dxa"/>
              <w:left w:w="70" w:type="dxa"/>
              <w:bottom w:w="0" w:type="dxa"/>
              <w:right w:w="70" w:type="dxa"/>
            </w:tcMar>
            <w:vAlign w:val="center"/>
            <w:hideMark/>
          </w:tcPr>
          <w:p w14:paraId="5FBECFFF"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El contratista realizara Reposición e instalación de toma eléctrica de dos conexiones americana tipo HGIG 20ª – 125V tierra aislada color blanco industrial para corriente normal.</w:t>
            </w:r>
          </w:p>
        </w:tc>
        <w:tc>
          <w:tcPr>
            <w:tcW w:w="992" w:type="dxa"/>
          </w:tcPr>
          <w:p w14:paraId="363E474C"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c>
          <w:tcPr>
            <w:tcW w:w="993" w:type="dxa"/>
          </w:tcPr>
          <w:p w14:paraId="0E420A66"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r>
      <w:tr w:rsidR="009A0B8F" w:rsidRPr="00255AC4" w14:paraId="3EFDCF7E" w14:textId="77777777" w:rsidTr="009A0B8F">
        <w:trPr>
          <w:trHeight w:val="20"/>
          <w:jc w:val="center"/>
        </w:trPr>
        <w:tc>
          <w:tcPr>
            <w:tcW w:w="562" w:type="dxa"/>
            <w:tcMar>
              <w:top w:w="0" w:type="dxa"/>
              <w:left w:w="70" w:type="dxa"/>
              <w:bottom w:w="0" w:type="dxa"/>
              <w:right w:w="70" w:type="dxa"/>
            </w:tcMar>
            <w:vAlign w:val="center"/>
            <w:hideMark/>
          </w:tcPr>
          <w:p w14:paraId="07DDD754" w14:textId="77777777" w:rsidR="009A0B8F" w:rsidRPr="00255AC4" w:rsidRDefault="009A0B8F" w:rsidP="00C04CB4">
            <w:pPr>
              <w:spacing w:after="0" w:line="240" w:lineRule="auto"/>
              <w:jc w:val="center"/>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1.18</w:t>
            </w:r>
          </w:p>
        </w:tc>
        <w:tc>
          <w:tcPr>
            <w:tcW w:w="7944" w:type="dxa"/>
            <w:tcMar>
              <w:top w:w="0" w:type="dxa"/>
              <w:left w:w="70" w:type="dxa"/>
              <w:bottom w:w="0" w:type="dxa"/>
              <w:right w:w="70" w:type="dxa"/>
            </w:tcMar>
            <w:vAlign w:val="center"/>
            <w:hideMark/>
          </w:tcPr>
          <w:p w14:paraId="649A631E"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r w:rsidRPr="00255AC4">
              <w:rPr>
                <w:rFonts w:ascii="Arial" w:hAnsi="Arial" w:cs="Arial"/>
                <w:color w:val="000000"/>
                <w:sz w:val="16"/>
                <w:szCs w:val="16"/>
                <w:lang w:eastAsia="es-CO"/>
              </w:rPr>
              <w:t>El contratista realizara Reposición e instalación de toma eléctrica de dos conexiones americana tipo HGIG 20ª – 125V tierra aislada color naranja industrial para corriente regulada.</w:t>
            </w:r>
          </w:p>
        </w:tc>
        <w:tc>
          <w:tcPr>
            <w:tcW w:w="992" w:type="dxa"/>
          </w:tcPr>
          <w:p w14:paraId="11D9592E"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c>
          <w:tcPr>
            <w:tcW w:w="993" w:type="dxa"/>
          </w:tcPr>
          <w:p w14:paraId="5A3F0709" w14:textId="77777777" w:rsidR="009A0B8F" w:rsidRPr="00255AC4" w:rsidRDefault="009A0B8F" w:rsidP="00C04CB4">
            <w:pPr>
              <w:spacing w:after="0" w:line="240" w:lineRule="auto"/>
              <w:jc w:val="both"/>
              <w:textAlignment w:val="baseline"/>
              <w:rPr>
                <w:rFonts w:ascii="Arial" w:hAnsi="Arial" w:cs="Arial"/>
                <w:color w:val="000000"/>
                <w:sz w:val="16"/>
                <w:szCs w:val="16"/>
                <w:lang w:eastAsia="es-CO"/>
              </w:rPr>
            </w:pPr>
          </w:p>
        </w:tc>
      </w:tr>
      <w:tr w:rsidR="006F43E5" w:rsidRPr="00255AC4" w14:paraId="04838B3B" w14:textId="77777777" w:rsidTr="009A0B8F">
        <w:trPr>
          <w:trHeight w:val="20"/>
          <w:jc w:val="center"/>
        </w:trPr>
        <w:tc>
          <w:tcPr>
            <w:tcW w:w="562" w:type="dxa"/>
            <w:tcMar>
              <w:top w:w="0" w:type="dxa"/>
              <w:left w:w="70" w:type="dxa"/>
              <w:bottom w:w="0" w:type="dxa"/>
              <w:right w:w="70" w:type="dxa"/>
            </w:tcMar>
            <w:vAlign w:val="center"/>
          </w:tcPr>
          <w:p w14:paraId="55066CC1" w14:textId="150FB9C6" w:rsidR="006F43E5" w:rsidRPr="00255AC4" w:rsidRDefault="006F43E5" w:rsidP="00C04CB4">
            <w:pPr>
              <w:spacing w:after="0" w:line="240" w:lineRule="auto"/>
              <w:jc w:val="center"/>
              <w:textAlignment w:val="baseline"/>
              <w:rPr>
                <w:rFonts w:ascii="Arial" w:hAnsi="Arial" w:cs="Arial"/>
                <w:color w:val="000000"/>
                <w:sz w:val="16"/>
                <w:szCs w:val="16"/>
                <w:lang w:eastAsia="es-CO"/>
              </w:rPr>
            </w:pPr>
            <w:r>
              <w:rPr>
                <w:rFonts w:ascii="Arial" w:hAnsi="Arial" w:cs="Arial"/>
                <w:color w:val="000000"/>
                <w:sz w:val="16"/>
                <w:szCs w:val="16"/>
                <w:lang w:eastAsia="es-CO"/>
              </w:rPr>
              <w:t>1.19</w:t>
            </w:r>
          </w:p>
        </w:tc>
        <w:tc>
          <w:tcPr>
            <w:tcW w:w="7944" w:type="dxa"/>
            <w:tcMar>
              <w:top w:w="0" w:type="dxa"/>
              <w:left w:w="70" w:type="dxa"/>
              <w:bottom w:w="0" w:type="dxa"/>
              <w:right w:w="70" w:type="dxa"/>
            </w:tcMar>
            <w:vAlign w:val="center"/>
          </w:tcPr>
          <w:p w14:paraId="2538D217" w14:textId="77777777" w:rsidR="006F43E5" w:rsidRDefault="006F43E5" w:rsidP="006F43E5">
            <w:pPr>
              <w:spacing w:after="0" w:line="240" w:lineRule="auto"/>
              <w:jc w:val="both"/>
              <w:textAlignment w:val="baseline"/>
              <w:rPr>
                <w:rFonts w:ascii="Arial" w:hAnsi="Arial" w:cs="Arial"/>
                <w:b/>
                <w:bCs/>
                <w:sz w:val="16"/>
                <w:szCs w:val="20"/>
              </w:rPr>
            </w:pPr>
            <w:r w:rsidRPr="006F43E5">
              <w:rPr>
                <w:rFonts w:ascii="Arial" w:hAnsi="Arial" w:cs="Arial"/>
                <w:b/>
                <w:bCs/>
                <w:sz w:val="16"/>
                <w:szCs w:val="20"/>
              </w:rPr>
              <w:t>Mantenimiento Preventivo Polo a Tierra</w:t>
            </w:r>
          </w:p>
          <w:p w14:paraId="31CCFD6E" w14:textId="77777777" w:rsidR="006F43E5" w:rsidRDefault="006F43E5" w:rsidP="006F43E5">
            <w:pPr>
              <w:spacing w:after="0" w:line="240" w:lineRule="auto"/>
              <w:jc w:val="both"/>
              <w:textAlignment w:val="baseline"/>
              <w:rPr>
                <w:rFonts w:ascii="Arial" w:hAnsi="Arial" w:cs="Arial"/>
                <w:b/>
                <w:bCs/>
                <w:color w:val="000000"/>
                <w:sz w:val="16"/>
                <w:szCs w:val="20"/>
                <w:lang w:eastAsia="es-CO"/>
              </w:rPr>
            </w:pPr>
          </w:p>
          <w:p w14:paraId="2D68E606" w14:textId="77777777" w:rsidR="006F43E5" w:rsidRDefault="006F43E5" w:rsidP="006F43E5">
            <w:pPr>
              <w:widowControl w:val="0"/>
              <w:autoSpaceDE w:val="0"/>
              <w:autoSpaceDN w:val="0"/>
              <w:spacing w:after="0" w:line="240" w:lineRule="auto"/>
              <w:jc w:val="both"/>
              <w:rPr>
                <w:rFonts w:ascii="Arial" w:hAnsi="Arial" w:cs="Arial"/>
                <w:sz w:val="16"/>
                <w:szCs w:val="16"/>
              </w:rPr>
            </w:pPr>
            <w:r w:rsidRPr="0086689E">
              <w:rPr>
                <w:rFonts w:ascii="Arial" w:hAnsi="Arial" w:cs="Arial"/>
                <w:sz w:val="16"/>
                <w:szCs w:val="16"/>
              </w:rPr>
              <w:t>Inspección Visual y Limpieza: Examinar la caja de registro, retirar suciedad, y limpiar el electrodo (barra de cobre) y conectores para eliminar óxido o corrosión.</w:t>
            </w:r>
          </w:p>
          <w:p w14:paraId="2C4D2DE0" w14:textId="77777777" w:rsidR="006F43E5" w:rsidRPr="0086689E" w:rsidRDefault="006F43E5" w:rsidP="006F43E5">
            <w:pPr>
              <w:widowControl w:val="0"/>
              <w:autoSpaceDE w:val="0"/>
              <w:autoSpaceDN w:val="0"/>
              <w:spacing w:after="0" w:line="240" w:lineRule="auto"/>
              <w:jc w:val="both"/>
              <w:rPr>
                <w:rFonts w:ascii="Arial" w:hAnsi="Arial" w:cs="Arial"/>
                <w:sz w:val="16"/>
                <w:szCs w:val="16"/>
              </w:rPr>
            </w:pPr>
          </w:p>
          <w:p w14:paraId="27E5BEF9" w14:textId="77777777" w:rsidR="006F43E5" w:rsidRDefault="006F43E5" w:rsidP="006F43E5">
            <w:pPr>
              <w:widowControl w:val="0"/>
              <w:autoSpaceDE w:val="0"/>
              <w:autoSpaceDN w:val="0"/>
              <w:spacing w:after="0" w:line="240" w:lineRule="auto"/>
              <w:jc w:val="both"/>
              <w:rPr>
                <w:rFonts w:ascii="Arial" w:hAnsi="Arial" w:cs="Arial"/>
                <w:sz w:val="16"/>
                <w:szCs w:val="16"/>
              </w:rPr>
            </w:pPr>
            <w:r w:rsidRPr="00630C89">
              <w:rPr>
                <w:rFonts w:ascii="Arial" w:hAnsi="Arial" w:cs="Arial"/>
                <w:sz w:val="16"/>
                <w:szCs w:val="16"/>
              </w:rPr>
              <w:t>Medición de Resistencia: Usar un telurómetro con certificación expedida por Laboratorio certificado por ONAC para medir la resistividad del terreno. Se deben realizar mediciones antes y después del mantenimiento para verificar la mejora.</w:t>
            </w:r>
          </w:p>
          <w:p w14:paraId="33DC0CB5" w14:textId="77777777" w:rsidR="006F43E5" w:rsidRDefault="006F43E5" w:rsidP="006F43E5">
            <w:pPr>
              <w:widowControl w:val="0"/>
              <w:autoSpaceDE w:val="0"/>
              <w:autoSpaceDN w:val="0"/>
              <w:spacing w:after="0" w:line="240" w:lineRule="auto"/>
              <w:jc w:val="both"/>
              <w:rPr>
                <w:rFonts w:ascii="Arial" w:hAnsi="Arial" w:cs="Arial"/>
                <w:sz w:val="16"/>
                <w:szCs w:val="16"/>
              </w:rPr>
            </w:pPr>
          </w:p>
          <w:p w14:paraId="1BE042B7" w14:textId="77777777" w:rsidR="006F43E5" w:rsidRDefault="006F43E5" w:rsidP="006F43E5">
            <w:pPr>
              <w:widowControl w:val="0"/>
              <w:autoSpaceDE w:val="0"/>
              <w:autoSpaceDN w:val="0"/>
              <w:spacing w:after="0" w:line="240" w:lineRule="auto"/>
              <w:jc w:val="both"/>
              <w:rPr>
                <w:rFonts w:ascii="Arial" w:hAnsi="Arial" w:cs="Arial"/>
                <w:sz w:val="16"/>
                <w:szCs w:val="16"/>
              </w:rPr>
            </w:pPr>
            <w:r w:rsidRPr="0086689E">
              <w:rPr>
                <w:rFonts w:ascii="Arial" w:hAnsi="Arial" w:cs="Arial"/>
                <w:sz w:val="16"/>
                <w:szCs w:val="16"/>
              </w:rPr>
              <w:t>Aplicación de Compuestos Químicos: Aplicar geles conductivos o sales electrolíticas para mejorar la conductividad del terreno, especialmente en suelos secos o arenosos.</w:t>
            </w:r>
          </w:p>
          <w:p w14:paraId="056C1A7C" w14:textId="77777777" w:rsidR="006F43E5" w:rsidRPr="0086689E" w:rsidRDefault="006F43E5" w:rsidP="006F43E5">
            <w:pPr>
              <w:widowControl w:val="0"/>
              <w:autoSpaceDE w:val="0"/>
              <w:autoSpaceDN w:val="0"/>
              <w:spacing w:after="0" w:line="240" w:lineRule="auto"/>
              <w:jc w:val="both"/>
              <w:rPr>
                <w:rFonts w:ascii="Arial" w:hAnsi="Arial" w:cs="Arial"/>
                <w:sz w:val="16"/>
                <w:szCs w:val="16"/>
              </w:rPr>
            </w:pPr>
          </w:p>
          <w:p w14:paraId="1F40BCC6" w14:textId="77777777" w:rsidR="006F43E5" w:rsidRDefault="006F43E5" w:rsidP="006F43E5">
            <w:pPr>
              <w:widowControl w:val="0"/>
              <w:autoSpaceDE w:val="0"/>
              <w:autoSpaceDN w:val="0"/>
              <w:spacing w:after="0" w:line="240" w:lineRule="auto"/>
              <w:jc w:val="both"/>
              <w:rPr>
                <w:rFonts w:ascii="Arial" w:hAnsi="Arial" w:cs="Arial"/>
                <w:sz w:val="16"/>
                <w:szCs w:val="16"/>
              </w:rPr>
            </w:pPr>
            <w:r w:rsidRPr="0086689E">
              <w:rPr>
                <w:rFonts w:ascii="Arial" w:hAnsi="Arial" w:cs="Arial"/>
                <w:sz w:val="16"/>
                <w:szCs w:val="16"/>
              </w:rPr>
              <w:t xml:space="preserve">Mantenimiento del Terreno: Remover el material conductivo anterior (aprox. 30-40 cm) y reemplazarlo por tierra químicos como </w:t>
            </w:r>
            <w:proofErr w:type="spellStart"/>
            <w:r w:rsidRPr="0086689E">
              <w:rPr>
                <w:rFonts w:ascii="Arial" w:hAnsi="Arial" w:cs="Arial"/>
                <w:sz w:val="16"/>
                <w:szCs w:val="16"/>
              </w:rPr>
              <w:t>favigel</w:t>
            </w:r>
            <w:proofErr w:type="spellEnd"/>
            <w:r w:rsidRPr="0086689E">
              <w:rPr>
                <w:rFonts w:ascii="Arial" w:hAnsi="Arial" w:cs="Arial"/>
                <w:sz w:val="16"/>
                <w:szCs w:val="16"/>
              </w:rPr>
              <w:t>, Bentonita y carbón activado.</w:t>
            </w:r>
          </w:p>
          <w:p w14:paraId="1196B47A" w14:textId="77777777" w:rsidR="006F43E5" w:rsidRPr="0086689E" w:rsidRDefault="006F43E5" w:rsidP="006F43E5">
            <w:pPr>
              <w:widowControl w:val="0"/>
              <w:autoSpaceDE w:val="0"/>
              <w:autoSpaceDN w:val="0"/>
              <w:spacing w:after="0" w:line="240" w:lineRule="auto"/>
              <w:jc w:val="both"/>
              <w:rPr>
                <w:rFonts w:ascii="Arial" w:hAnsi="Arial" w:cs="Arial"/>
                <w:sz w:val="16"/>
                <w:szCs w:val="16"/>
              </w:rPr>
            </w:pPr>
          </w:p>
          <w:p w14:paraId="5D9656CE" w14:textId="77777777" w:rsidR="006F43E5" w:rsidRDefault="006F43E5" w:rsidP="006F43E5">
            <w:pPr>
              <w:widowControl w:val="0"/>
              <w:autoSpaceDE w:val="0"/>
              <w:autoSpaceDN w:val="0"/>
              <w:spacing w:after="0" w:line="240" w:lineRule="auto"/>
              <w:jc w:val="both"/>
              <w:rPr>
                <w:rFonts w:ascii="Arial" w:hAnsi="Arial" w:cs="Arial"/>
                <w:sz w:val="16"/>
                <w:szCs w:val="16"/>
              </w:rPr>
            </w:pPr>
            <w:r w:rsidRPr="0086689E">
              <w:rPr>
                <w:rFonts w:ascii="Arial" w:hAnsi="Arial" w:cs="Arial"/>
                <w:sz w:val="16"/>
                <w:szCs w:val="16"/>
              </w:rPr>
              <w:lastRenderedPageBreak/>
              <w:t>Revisión de Conexiones: Ajustar el conector del cable conductor a la varilla para asegurar una conexión firme y segura.</w:t>
            </w:r>
          </w:p>
          <w:p w14:paraId="6B8CF64C" w14:textId="77777777" w:rsidR="006F43E5" w:rsidRPr="0086689E" w:rsidRDefault="006F43E5" w:rsidP="006F43E5">
            <w:pPr>
              <w:widowControl w:val="0"/>
              <w:autoSpaceDE w:val="0"/>
              <w:autoSpaceDN w:val="0"/>
              <w:spacing w:after="0" w:line="240" w:lineRule="auto"/>
              <w:jc w:val="both"/>
              <w:rPr>
                <w:rFonts w:ascii="Arial" w:hAnsi="Arial" w:cs="Arial"/>
                <w:sz w:val="16"/>
                <w:szCs w:val="16"/>
              </w:rPr>
            </w:pPr>
          </w:p>
          <w:p w14:paraId="19D1BD2B" w14:textId="77777777" w:rsidR="006F43E5" w:rsidRDefault="006F43E5" w:rsidP="006F43E5">
            <w:pPr>
              <w:widowControl w:val="0"/>
              <w:autoSpaceDE w:val="0"/>
              <w:autoSpaceDN w:val="0"/>
              <w:spacing w:after="0" w:line="240" w:lineRule="auto"/>
              <w:jc w:val="both"/>
              <w:rPr>
                <w:rFonts w:ascii="Arial" w:hAnsi="Arial" w:cs="Arial"/>
                <w:sz w:val="16"/>
                <w:szCs w:val="16"/>
              </w:rPr>
            </w:pPr>
            <w:r w:rsidRPr="0086689E">
              <w:rPr>
                <w:rFonts w:ascii="Arial" w:hAnsi="Arial" w:cs="Arial"/>
                <w:sz w:val="16"/>
                <w:szCs w:val="16"/>
              </w:rPr>
              <w:t>Pintado y Rotulado: Pintar la caja de registro y colocar la señalización correspondiente, incluyendo la fecha del último mantenimiento.</w:t>
            </w:r>
          </w:p>
          <w:p w14:paraId="1E52E254" w14:textId="77777777" w:rsidR="006F43E5" w:rsidRPr="0086689E" w:rsidRDefault="006F43E5" w:rsidP="006F43E5">
            <w:pPr>
              <w:widowControl w:val="0"/>
              <w:autoSpaceDE w:val="0"/>
              <w:autoSpaceDN w:val="0"/>
              <w:spacing w:after="0" w:line="240" w:lineRule="auto"/>
              <w:jc w:val="both"/>
              <w:rPr>
                <w:rFonts w:ascii="Arial" w:hAnsi="Arial" w:cs="Arial"/>
                <w:sz w:val="16"/>
                <w:szCs w:val="16"/>
              </w:rPr>
            </w:pPr>
          </w:p>
          <w:p w14:paraId="6CC183D5" w14:textId="77777777" w:rsidR="006F43E5" w:rsidRPr="0086689E" w:rsidRDefault="006F43E5" w:rsidP="006F43E5">
            <w:pPr>
              <w:widowControl w:val="0"/>
              <w:autoSpaceDE w:val="0"/>
              <w:autoSpaceDN w:val="0"/>
              <w:spacing w:after="0" w:line="240" w:lineRule="auto"/>
              <w:jc w:val="both"/>
              <w:rPr>
                <w:rFonts w:ascii="Arial" w:hAnsi="Arial" w:cs="Arial"/>
                <w:sz w:val="16"/>
                <w:szCs w:val="16"/>
              </w:rPr>
            </w:pPr>
            <w:r w:rsidRPr="0086689E">
              <w:rPr>
                <w:rFonts w:ascii="Arial" w:hAnsi="Arial" w:cs="Arial"/>
                <w:sz w:val="16"/>
                <w:szCs w:val="16"/>
              </w:rPr>
              <w:t>La Impedancia en tierra debe ser menor a 5 ohmios.</w:t>
            </w:r>
          </w:p>
          <w:p w14:paraId="56EB81FB" w14:textId="77777777" w:rsidR="006F43E5" w:rsidRPr="0086689E" w:rsidRDefault="006F43E5" w:rsidP="006F43E5">
            <w:pPr>
              <w:widowControl w:val="0"/>
              <w:autoSpaceDE w:val="0"/>
              <w:autoSpaceDN w:val="0"/>
              <w:spacing w:after="0" w:line="240" w:lineRule="auto"/>
              <w:jc w:val="both"/>
              <w:rPr>
                <w:rFonts w:ascii="Arial" w:eastAsia="Arial" w:hAnsi="Arial" w:cs="Arial"/>
                <w:sz w:val="16"/>
                <w:szCs w:val="16"/>
                <w:lang w:bidi="es-ES"/>
              </w:rPr>
            </w:pPr>
          </w:p>
          <w:p w14:paraId="2D6C7D4B" w14:textId="77777777" w:rsidR="006F43E5" w:rsidRDefault="006F43E5" w:rsidP="006F43E5">
            <w:pPr>
              <w:spacing w:after="0" w:line="240" w:lineRule="auto"/>
              <w:jc w:val="both"/>
              <w:textAlignment w:val="baseline"/>
              <w:rPr>
                <w:rFonts w:ascii="Arial" w:hAnsi="Arial" w:cs="Arial"/>
                <w:sz w:val="16"/>
                <w:szCs w:val="16"/>
              </w:rPr>
            </w:pPr>
            <w:r w:rsidRPr="0086689E">
              <w:rPr>
                <w:rFonts w:ascii="Arial" w:eastAsia="Arial" w:hAnsi="Arial" w:cs="Arial"/>
                <w:sz w:val="16"/>
                <w:szCs w:val="16"/>
                <w:lang w:bidi="es-ES"/>
              </w:rPr>
              <w:t xml:space="preserve">Las actividades de mantenimiento deben realizarse </w:t>
            </w:r>
            <w:r w:rsidRPr="0086689E">
              <w:rPr>
                <w:rFonts w:ascii="Arial" w:hAnsi="Arial" w:cs="Arial"/>
                <w:sz w:val="16"/>
                <w:szCs w:val="16"/>
              </w:rPr>
              <w:t xml:space="preserve">acorde </w:t>
            </w:r>
            <w:proofErr w:type="gramStart"/>
            <w:r w:rsidRPr="0086689E">
              <w:rPr>
                <w:rFonts w:ascii="Arial" w:hAnsi="Arial" w:cs="Arial"/>
                <w:sz w:val="16"/>
                <w:szCs w:val="16"/>
              </w:rPr>
              <w:t>a</w:t>
            </w:r>
            <w:r>
              <w:rPr>
                <w:rFonts w:ascii="Arial" w:hAnsi="Arial" w:cs="Arial"/>
                <w:sz w:val="16"/>
                <w:szCs w:val="16"/>
              </w:rPr>
              <w:t xml:space="preserve"> </w:t>
            </w:r>
            <w:r w:rsidRPr="0086689E">
              <w:rPr>
                <w:rFonts w:ascii="Arial" w:hAnsi="Arial" w:cs="Arial"/>
                <w:sz w:val="16"/>
                <w:szCs w:val="16"/>
              </w:rPr>
              <w:t xml:space="preserve"> normas</w:t>
            </w:r>
            <w:proofErr w:type="gramEnd"/>
            <w:r w:rsidRPr="0086689E">
              <w:rPr>
                <w:rFonts w:ascii="Arial" w:hAnsi="Arial" w:cs="Arial"/>
                <w:sz w:val="16"/>
                <w:szCs w:val="16"/>
              </w:rPr>
              <w:t xml:space="preserve"> IEC 60364-4-442, ANSI/IEEE 80, NTC 2050 y NTC 4552.</w:t>
            </w:r>
          </w:p>
          <w:p w14:paraId="72871009" w14:textId="23E660EA" w:rsidR="00B12CCB" w:rsidRPr="006F43E5" w:rsidRDefault="00B12CCB" w:rsidP="006F43E5">
            <w:pPr>
              <w:spacing w:after="0" w:line="240" w:lineRule="auto"/>
              <w:jc w:val="both"/>
              <w:textAlignment w:val="baseline"/>
              <w:rPr>
                <w:rFonts w:ascii="Arial" w:hAnsi="Arial" w:cs="Arial"/>
                <w:b/>
                <w:bCs/>
                <w:color w:val="000000"/>
                <w:sz w:val="16"/>
                <w:szCs w:val="16"/>
                <w:lang w:eastAsia="es-CO"/>
              </w:rPr>
            </w:pPr>
          </w:p>
        </w:tc>
        <w:tc>
          <w:tcPr>
            <w:tcW w:w="992" w:type="dxa"/>
          </w:tcPr>
          <w:p w14:paraId="427F2700" w14:textId="77777777" w:rsidR="006F43E5" w:rsidRPr="00255AC4" w:rsidRDefault="006F43E5" w:rsidP="00C04CB4">
            <w:pPr>
              <w:spacing w:after="0" w:line="240" w:lineRule="auto"/>
              <w:jc w:val="both"/>
              <w:textAlignment w:val="baseline"/>
              <w:rPr>
                <w:rFonts w:ascii="Arial" w:hAnsi="Arial" w:cs="Arial"/>
                <w:color w:val="000000"/>
                <w:sz w:val="16"/>
                <w:szCs w:val="16"/>
                <w:lang w:eastAsia="es-CO"/>
              </w:rPr>
            </w:pPr>
          </w:p>
        </w:tc>
        <w:tc>
          <w:tcPr>
            <w:tcW w:w="993" w:type="dxa"/>
          </w:tcPr>
          <w:p w14:paraId="2307FD0C" w14:textId="77777777" w:rsidR="006F43E5" w:rsidRPr="00255AC4" w:rsidRDefault="006F43E5" w:rsidP="00C04CB4">
            <w:pPr>
              <w:spacing w:after="0" w:line="240" w:lineRule="auto"/>
              <w:jc w:val="both"/>
              <w:textAlignment w:val="baseline"/>
              <w:rPr>
                <w:rFonts w:ascii="Arial" w:hAnsi="Arial" w:cs="Arial"/>
                <w:color w:val="000000"/>
                <w:sz w:val="16"/>
                <w:szCs w:val="16"/>
                <w:lang w:eastAsia="es-CO"/>
              </w:rPr>
            </w:pPr>
          </w:p>
        </w:tc>
      </w:tr>
      <w:tr w:rsidR="006F43E5" w:rsidRPr="00255AC4" w14:paraId="74D45107" w14:textId="77777777" w:rsidTr="009A0B8F">
        <w:trPr>
          <w:trHeight w:val="20"/>
          <w:jc w:val="center"/>
        </w:trPr>
        <w:tc>
          <w:tcPr>
            <w:tcW w:w="562" w:type="dxa"/>
            <w:tcMar>
              <w:top w:w="0" w:type="dxa"/>
              <w:left w:w="70" w:type="dxa"/>
              <w:bottom w:w="0" w:type="dxa"/>
              <w:right w:w="70" w:type="dxa"/>
            </w:tcMar>
            <w:vAlign w:val="center"/>
          </w:tcPr>
          <w:p w14:paraId="72CF3841" w14:textId="7C14B6BC" w:rsidR="006F43E5" w:rsidRPr="00255AC4" w:rsidRDefault="006F43E5" w:rsidP="00C04CB4">
            <w:pPr>
              <w:spacing w:after="0" w:line="240" w:lineRule="auto"/>
              <w:jc w:val="center"/>
              <w:textAlignment w:val="baseline"/>
              <w:rPr>
                <w:rFonts w:ascii="Arial" w:hAnsi="Arial" w:cs="Arial"/>
                <w:color w:val="000000"/>
                <w:sz w:val="16"/>
                <w:szCs w:val="16"/>
                <w:lang w:eastAsia="es-CO"/>
              </w:rPr>
            </w:pPr>
            <w:r>
              <w:rPr>
                <w:rFonts w:ascii="Arial" w:hAnsi="Arial" w:cs="Arial"/>
                <w:color w:val="000000"/>
                <w:sz w:val="16"/>
                <w:szCs w:val="16"/>
                <w:lang w:eastAsia="es-CO"/>
              </w:rPr>
              <w:t>1.20</w:t>
            </w:r>
          </w:p>
        </w:tc>
        <w:tc>
          <w:tcPr>
            <w:tcW w:w="7944" w:type="dxa"/>
            <w:tcMar>
              <w:top w:w="0" w:type="dxa"/>
              <w:left w:w="70" w:type="dxa"/>
              <w:bottom w:w="0" w:type="dxa"/>
              <w:right w:w="70" w:type="dxa"/>
            </w:tcMar>
            <w:vAlign w:val="center"/>
          </w:tcPr>
          <w:p w14:paraId="4E0C3078" w14:textId="77777777" w:rsidR="006F43E5" w:rsidRDefault="006F43E5" w:rsidP="00C04CB4">
            <w:pPr>
              <w:spacing w:after="0" w:line="240" w:lineRule="auto"/>
              <w:jc w:val="both"/>
              <w:textAlignment w:val="baseline"/>
              <w:rPr>
                <w:rFonts w:ascii="Arial" w:hAnsi="Arial" w:cs="Arial"/>
                <w:b/>
                <w:bCs/>
                <w:sz w:val="16"/>
                <w:szCs w:val="20"/>
              </w:rPr>
            </w:pPr>
            <w:r w:rsidRPr="006F43E5">
              <w:rPr>
                <w:rFonts w:ascii="Arial" w:hAnsi="Arial" w:cs="Arial"/>
                <w:b/>
                <w:bCs/>
                <w:sz w:val="16"/>
                <w:szCs w:val="20"/>
              </w:rPr>
              <w:t>Adecuación e instalación sistema de Polo a Tierra en DELTA</w:t>
            </w:r>
          </w:p>
          <w:p w14:paraId="1E52979F" w14:textId="77777777" w:rsidR="006F43E5" w:rsidRDefault="006F43E5" w:rsidP="00C04CB4">
            <w:pPr>
              <w:spacing w:after="0" w:line="240" w:lineRule="auto"/>
              <w:jc w:val="both"/>
              <w:textAlignment w:val="baseline"/>
              <w:rPr>
                <w:rFonts w:ascii="Arial" w:hAnsi="Arial" w:cs="Arial"/>
                <w:b/>
                <w:bCs/>
                <w:color w:val="000000"/>
                <w:sz w:val="16"/>
                <w:szCs w:val="20"/>
                <w:lang w:eastAsia="es-CO"/>
              </w:rPr>
            </w:pPr>
          </w:p>
          <w:p w14:paraId="2370DC71" w14:textId="77777777" w:rsidR="006F43E5" w:rsidRPr="006F43E5" w:rsidRDefault="006F43E5" w:rsidP="006F43E5">
            <w:pPr>
              <w:spacing w:after="0" w:line="240" w:lineRule="auto"/>
              <w:jc w:val="both"/>
              <w:textAlignment w:val="baseline"/>
              <w:rPr>
                <w:rFonts w:ascii="Arial" w:hAnsi="Arial" w:cs="Arial"/>
                <w:color w:val="000000"/>
                <w:sz w:val="16"/>
                <w:szCs w:val="16"/>
                <w:lang w:eastAsia="es-CO"/>
              </w:rPr>
            </w:pPr>
            <w:r w:rsidRPr="006F43E5">
              <w:rPr>
                <w:rFonts w:ascii="Arial" w:hAnsi="Arial" w:cs="Arial"/>
                <w:color w:val="000000"/>
                <w:sz w:val="16"/>
                <w:szCs w:val="16"/>
                <w:lang w:eastAsia="es-CO"/>
              </w:rPr>
              <w:t xml:space="preserve">Adecuación sistema de tierra con cableado desde tablero hasta nueva tierra la cual debe ser realizada en delta con 3 electrodos. a una distancia aproximada de 12 mts desde el barraje de tierra con cable cobre </w:t>
            </w:r>
            <w:proofErr w:type="spellStart"/>
            <w:r w:rsidRPr="006F43E5">
              <w:rPr>
                <w:rFonts w:ascii="Arial" w:hAnsi="Arial" w:cs="Arial"/>
                <w:color w:val="000000"/>
                <w:sz w:val="16"/>
                <w:szCs w:val="16"/>
                <w:lang w:eastAsia="es-CO"/>
              </w:rPr>
              <w:t>cobre</w:t>
            </w:r>
            <w:proofErr w:type="spellEnd"/>
            <w:r w:rsidRPr="006F43E5">
              <w:rPr>
                <w:rFonts w:ascii="Arial" w:hAnsi="Arial" w:cs="Arial"/>
                <w:color w:val="000000"/>
                <w:sz w:val="16"/>
                <w:szCs w:val="16"/>
                <w:lang w:eastAsia="es-CO"/>
              </w:rPr>
              <w:t xml:space="preserve"> 1/0 instalando varillas </w:t>
            </w:r>
            <w:proofErr w:type="spellStart"/>
            <w:r w:rsidRPr="006F43E5">
              <w:rPr>
                <w:rFonts w:ascii="Arial" w:hAnsi="Arial" w:cs="Arial"/>
                <w:color w:val="000000"/>
                <w:sz w:val="16"/>
                <w:szCs w:val="16"/>
                <w:lang w:eastAsia="es-CO"/>
              </w:rPr>
              <w:t>copperweld</w:t>
            </w:r>
            <w:proofErr w:type="spellEnd"/>
            <w:r w:rsidRPr="006F43E5">
              <w:rPr>
                <w:rFonts w:ascii="Arial" w:hAnsi="Arial" w:cs="Arial"/>
                <w:color w:val="000000"/>
                <w:sz w:val="16"/>
                <w:szCs w:val="16"/>
                <w:lang w:eastAsia="es-CO"/>
              </w:rPr>
              <w:t xml:space="preserve"> cobre </w:t>
            </w:r>
            <w:proofErr w:type="spellStart"/>
            <w:r w:rsidRPr="006F43E5">
              <w:rPr>
                <w:rFonts w:ascii="Arial" w:hAnsi="Arial" w:cs="Arial"/>
                <w:color w:val="000000"/>
                <w:sz w:val="16"/>
                <w:szCs w:val="16"/>
                <w:lang w:eastAsia="es-CO"/>
              </w:rPr>
              <w:t>cobre</w:t>
            </w:r>
            <w:proofErr w:type="spellEnd"/>
            <w:r w:rsidRPr="006F43E5">
              <w:rPr>
                <w:rFonts w:ascii="Arial" w:hAnsi="Arial" w:cs="Arial"/>
                <w:color w:val="000000"/>
                <w:sz w:val="16"/>
                <w:szCs w:val="16"/>
                <w:lang w:eastAsia="es-CO"/>
              </w:rPr>
              <w:t xml:space="preserve"> de 2.5 mts de largo y diámetro nominal de 5/8”.</w:t>
            </w:r>
          </w:p>
          <w:p w14:paraId="3BC5B0FE" w14:textId="77777777" w:rsidR="006F43E5" w:rsidRPr="006F43E5" w:rsidRDefault="006F43E5" w:rsidP="006F43E5">
            <w:pPr>
              <w:spacing w:after="0" w:line="240" w:lineRule="auto"/>
              <w:jc w:val="both"/>
              <w:textAlignment w:val="baseline"/>
              <w:rPr>
                <w:rFonts w:ascii="Arial" w:hAnsi="Arial" w:cs="Arial"/>
                <w:color w:val="000000"/>
                <w:sz w:val="16"/>
                <w:szCs w:val="16"/>
                <w:lang w:eastAsia="es-CO"/>
              </w:rPr>
            </w:pPr>
          </w:p>
          <w:p w14:paraId="2A23E73A" w14:textId="77777777" w:rsidR="006F43E5" w:rsidRPr="006F43E5" w:rsidRDefault="006F43E5" w:rsidP="006F43E5">
            <w:pPr>
              <w:spacing w:after="0" w:line="240" w:lineRule="auto"/>
              <w:jc w:val="both"/>
              <w:textAlignment w:val="baseline"/>
              <w:rPr>
                <w:rFonts w:ascii="Arial" w:hAnsi="Arial" w:cs="Arial"/>
                <w:color w:val="000000"/>
                <w:sz w:val="16"/>
                <w:szCs w:val="16"/>
                <w:lang w:eastAsia="es-CO"/>
              </w:rPr>
            </w:pPr>
            <w:r w:rsidRPr="006F43E5">
              <w:rPr>
                <w:rFonts w:ascii="Arial" w:hAnsi="Arial" w:cs="Arial"/>
                <w:color w:val="000000"/>
                <w:sz w:val="16"/>
                <w:szCs w:val="16"/>
                <w:lang w:eastAsia="es-CO"/>
              </w:rPr>
              <w:t>se debe realizar Preparación de tierra.</w:t>
            </w:r>
          </w:p>
          <w:p w14:paraId="3E6A6593" w14:textId="77777777" w:rsidR="006F43E5" w:rsidRPr="006F43E5" w:rsidRDefault="006F43E5" w:rsidP="006F43E5">
            <w:pPr>
              <w:spacing w:after="0" w:line="240" w:lineRule="auto"/>
              <w:jc w:val="both"/>
              <w:textAlignment w:val="baseline"/>
              <w:rPr>
                <w:rFonts w:ascii="Arial" w:hAnsi="Arial" w:cs="Arial"/>
                <w:color w:val="000000"/>
                <w:sz w:val="16"/>
                <w:szCs w:val="16"/>
                <w:lang w:eastAsia="es-CO"/>
              </w:rPr>
            </w:pPr>
          </w:p>
          <w:p w14:paraId="12C79983" w14:textId="77777777" w:rsidR="006F43E5" w:rsidRPr="006F43E5" w:rsidRDefault="006F43E5" w:rsidP="006F43E5">
            <w:pPr>
              <w:spacing w:after="0" w:line="240" w:lineRule="auto"/>
              <w:jc w:val="both"/>
              <w:textAlignment w:val="baseline"/>
              <w:rPr>
                <w:rFonts w:ascii="Arial" w:hAnsi="Arial" w:cs="Arial"/>
                <w:color w:val="000000"/>
                <w:sz w:val="16"/>
                <w:szCs w:val="16"/>
                <w:lang w:eastAsia="es-CO"/>
              </w:rPr>
            </w:pPr>
            <w:r w:rsidRPr="006F43E5">
              <w:rPr>
                <w:rFonts w:ascii="Arial" w:hAnsi="Arial" w:cs="Arial"/>
                <w:color w:val="000000"/>
                <w:sz w:val="16"/>
                <w:szCs w:val="16"/>
                <w:lang w:eastAsia="es-CO"/>
              </w:rPr>
              <w:t xml:space="preserve">Aplicación de Compuestos Químicos: Aplicar geles conductivos o sales electrolíticas para mejorar la conductividad del terreno como </w:t>
            </w:r>
            <w:proofErr w:type="spellStart"/>
            <w:r w:rsidRPr="006F43E5">
              <w:rPr>
                <w:rFonts w:ascii="Arial" w:hAnsi="Arial" w:cs="Arial"/>
                <w:color w:val="000000"/>
                <w:sz w:val="16"/>
                <w:szCs w:val="16"/>
                <w:lang w:eastAsia="es-CO"/>
              </w:rPr>
              <w:t>favigel</w:t>
            </w:r>
            <w:proofErr w:type="spellEnd"/>
            <w:r w:rsidRPr="006F43E5">
              <w:rPr>
                <w:rFonts w:ascii="Arial" w:hAnsi="Arial" w:cs="Arial"/>
                <w:color w:val="000000"/>
                <w:sz w:val="16"/>
                <w:szCs w:val="16"/>
                <w:lang w:eastAsia="es-CO"/>
              </w:rPr>
              <w:t>, Bentonita y carbón activado.</w:t>
            </w:r>
          </w:p>
          <w:p w14:paraId="0E58F9A7" w14:textId="77777777" w:rsidR="006F43E5" w:rsidRPr="006F43E5" w:rsidRDefault="006F43E5" w:rsidP="006F43E5">
            <w:pPr>
              <w:spacing w:after="0" w:line="240" w:lineRule="auto"/>
              <w:jc w:val="both"/>
              <w:textAlignment w:val="baseline"/>
              <w:rPr>
                <w:rFonts w:ascii="Arial" w:hAnsi="Arial" w:cs="Arial"/>
                <w:color w:val="000000"/>
                <w:sz w:val="16"/>
                <w:szCs w:val="16"/>
                <w:lang w:eastAsia="es-CO"/>
              </w:rPr>
            </w:pPr>
          </w:p>
          <w:p w14:paraId="066E44F4" w14:textId="77777777" w:rsidR="006F43E5" w:rsidRPr="006F43E5" w:rsidRDefault="006F43E5" w:rsidP="006F43E5">
            <w:pPr>
              <w:spacing w:after="0" w:line="240" w:lineRule="auto"/>
              <w:jc w:val="both"/>
              <w:textAlignment w:val="baseline"/>
              <w:rPr>
                <w:rFonts w:ascii="Arial" w:hAnsi="Arial" w:cs="Arial"/>
                <w:color w:val="000000"/>
                <w:sz w:val="16"/>
                <w:szCs w:val="16"/>
                <w:lang w:eastAsia="es-CO"/>
              </w:rPr>
            </w:pPr>
            <w:r w:rsidRPr="006F43E5">
              <w:rPr>
                <w:rFonts w:ascii="Arial" w:hAnsi="Arial" w:cs="Arial"/>
                <w:color w:val="000000"/>
                <w:sz w:val="16"/>
                <w:szCs w:val="16"/>
                <w:lang w:eastAsia="es-CO"/>
              </w:rPr>
              <w:t>Las conexiones deben realizarse mediante soldadura exotérmica.</w:t>
            </w:r>
          </w:p>
          <w:p w14:paraId="4F57EA7B" w14:textId="77777777" w:rsidR="006F43E5" w:rsidRPr="006F43E5" w:rsidRDefault="006F43E5" w:rsidP="006F43E5">
            <w:pPr>
              <w:spacing w:after="0" w:line="240" w:lineRule="auto"/>
              <w:jc w:val="both"/>
              <w:textAlignment w:val="baseline"/>
              <w:rPr>
                <w:rFonts w:ascii="Arial" w:hAnsi="Arial" w:cs="Arial"/>
                <w:color w:val="000000"/>
                <w:sz w:val="16"/>
                <w:szCs w:val="16"/>
                <w:lang w:eastAsia="es-CO"/>
              </w:rPr>
            </w:pPr>
          </w:p>
          <w:p w14:paraId="12AE0436" w14:textId="15717AB8" w:rsidR="006F43E5" w:rsidRPr="006F43E5" w:rsidRDefault="006F43E5" w:rsidP="006F43E5">
            <w:pPr>
              <w:spacing w:after="0" w:line="240" w:lineRule="auto"/>
              <w:jc w:val="both"/>
              <w:textAlignment w:val="baseline"/>
              <w:rPr>
                <w:rFonts w:ascii="Arial" w:hAnsi="Arial" w:cs="Arial"/>
                <w:b/>
                <w:bCs/>
                <w:color w:val="000000"/>
                <w:sz w:val="16"/>
                <w:szCs w:val="16"/>
                <w:lang w:eastAsia="es-CO"/>
              </w:rPr>
            </w:pPr>
            <w:r w:rsidRPr="006F43E5">
              <w:rPr>
                <w:rFonts w:ascii="Arial" w:hAnsi="Arial" w:cs="Arial"/>
                <w:color w:val="000000"/>
                <w:sz w:val="16"/>
                <w:szCs w:val="16"/>
                <w:lang w:eastAsia="es-CO"/>
              </w:rPr>
              <w:t>Todas las adecuaciones deben realizarse acorde a normas IEC 60364-4-442, ANSI/IEEE 80, NTC 2050 y NTC 4552.</w:t>
            </w:r>
          </w:p>
        </w:tc>
        <w:tc>
          <w:tcPr>
            <w:tcW w:w="992" w:type="dxa"/>
          </w:tcPr>
          <w:p w14:paraId="38E442FD" w14:textId="77777777" w:rsidR="006F43E5" w:rsidRPr="00255AC4" w:rsidRDefault="006F43E5" w:rsidP="00C04CB4">
            <w:pPr>
              <w:spacing w:after="0" w:line="240" w:lineRule="auto"/>
              <w:jc w:val="both"/>
              <w:textAlignment w:val="baseline"/>
              <w:rPr>
                <w:rFonts w:ascii="Arial" w:hAnsi="Arial" w:cs="Arial"/>
                <w:color w:val="000000"/>
                <w:sz w:val="16"/>
                <w:szCs w:val="16"/>
                <w:lang w:eastAsia="es-CO"/>
              </w:rPr>
            </w:pPr>
          </w:p>
        </w:tc>
        <w:tc>
          <w:tcPr>
            <w:tcW w:w="993" w:type="dxa"/>
          </w:tcPr>
          <w:p w14:paraId="27EAC6AB" w14:textId="77777777" w:rsidR="006F43E5" w:rsidRPr="00255AC4" w:rsidRDefault="006F43E5" w:rsidP="00C04CB4">
            <w:pPr>
              <w:spacing w:after="0" w:line="240" w:lineRule="auto"/>
              <w:jc w:val="both"/>
              <w:textAlignment w:val="baseline"/>
              <w:rPr>
                <w:rFonts w:ascii="Arial" w:hAnsi="Arial" w:cs="Arial"/>
                <w:color w:val="000000"/>
                <w:sz w:val="16"/>
                <w:szCs w:val="16"/>
                <w:lang w:eastAsia="es-CO"/>
              </w:rPr>
            </w:pPr>
          </w:p>
        </w:tc>
      </w:tr>
    </w:tbl>
    <w:p w14:paraId="07EE9419" w14:textId="77777777" w:rsidR="00B12CCB" w:rsidRPr="002C3B5B" w:rsidRDefault="00B12CCB" w:rsidP="00680658">
      <w:pPr>
        <w:pStyle w:val="Prrafodelista"/>
        <w:tabs>
          <w:tab w:val="left" w:pos="4485"/>
        </w:tabs>
        <w:ind w:left="-567" w:right="-519"/>
        <w:jc w:val="both"/>
        <w:rPr>
          <w:rFonts w:ascii="Arial" w:hAnsi="Arial" w:cs="Arial"/>
          <w:bCs/>
          <w:sz w:val="20"/>
          <w:szCs w:val="20"/>
        </w:rPr>
      </w:pPr>
    </w:p>
    <w:p w14:paraId="638D0785" w14:textId="4C1D25E2" w:rsidR="00DE1A8C" w:rsidRPr="002C3B5B" w:rsidRDefault="00DE1A8C" w:rsidP="00B12CCB">
      <w:pPr>
        <w:pStyle w:val="Prrafodelista"/>
        <w:tabs>
          <w:tab w:val="left" w:pos="4485"/>
        </w:tabs>
        <w:ind w:left="-567" w:right="-522"/>
        <w:jc w:val="center"/>
        <w:rPr>
          <w:rFonts w:ascii="Arial" w:eastAsia="Calibri" w:hAnsi="Arial" w:cs="Arial"/>
          <w:b/>
          <w:sz w:val="20"/>
          <w:szCs w:val="20"/>
        </w:rPr>
      </w:pPr>
      <w:r w:rsidRPr="002C3B5B">
        <w:rPr>
          <w:rFonts w:ascii="Arial" w:eastAsia="Calibri" w:hAnsi="Arial" w:cs="Arial"/>
          <w:b/>
          <w:sz w:val="20"/>
          <w:szCs w:val="20"/>
        </w:rPr>
        <w:t>OTRAS CONDICIONES TECNICA ADICIONALES</w:t>
      </w:r>
    </w:p>
    <w:p w14:paraId="0623D586" w14:textId="77777777" w:rsidR="00B12CCB" w:rsidRPr="002C3B5B" w:rsidRDefault="00B12CCB" w:rsidP="00B12CCB">
      <w:pPr>
        <w:pStyle w:val="Prrafodelista"/>
        <w:tabs>
          <w:tab w:val="left" w:pos="4485"/>
        </w:tabs>
        <w:ind w:left="-567" w:right="-522"/>
        <w:jc w:val="center"/>
        <w:rPr>
          <w:rFonts w:ascii="Arial" w:hAnsi="Arial" w:cs="Arial"/>
          <w:bCs/>
          <w:sz w:val="20"/>
          <w:szCs w:val="20"/>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7958"/>
        <w:gridCol w:w="1007"/>
        <w:gridCol w:w="992"/>
      </w:tblGrid>
      <w:tr w:rsidR="00C92B30" w:rsidRPr="008629E2" w14:paraId="20E97000" w14:textId="77777777" w:rsidTr="00C92B30">
        <w:trPr>
          <w:trHeight w:val="340"/>
          <w:jc w:val="center"/>
        </w:trPr>
        <w:tc>
          <w:tcPr>
            <w:tcW w:w="562" w:type="dxa"/>
            <w:vAlign w:val="center"/>
          </w:tcPr>
          <w:p w14:paraId="47DCA4D7" w14:textId="77777777" w:rsidR="00C92B30" w:rsidRPr="008629E2" w:rsidRDefault="00C92B30" w:rsidP="0055507D">
            <w:pPr>
              <w:pStyle w:val="Textoindependiente2"/>
              <w:tabs>
                <w:tab w:val="left" w:pos="1980"/>
              </w:tabs>
              <w:spacing w:after="0" w:line="240" w:lineRule="auto"/>
              <w:jc w:val="center"/>
              <w:rPr>
                <w:rFonts w:ascii="Arial" w:hAnsi="Arial" w:cs="Arial"/>
                <w:b/>
                <w:color w:val="000000" w:themeColor="text1"/>
                <w:sz w:val="16"/>
                <w:szCs w:val="16"/>
                <w:lang w:eastAsia="es-CO"/>
              </w:rPr>
            </w:pPr>
            <w:r w:rsidRPr="008629E2">
              <w:rPr>
                <w:rFonts w:ascii="Arial" w:hAnsi="Arial" w:cs="Arial"/>
                <w:b/>
                <w:color w:val="000000" w:themeColor="text1"/>
                <w:sz w:val="16"/>
                <w:szCs w:val="16"/>
                <w:lang w:eastAsia="es-CO"/>
              </w:rPr>
              <w:t>No</w:t>
            </w:r>
          </w:p>
        </w:tc>
        <w:tc>
          <w:tcPr>
            <w:tcW w:w="7958" w:type="dxa"/>
            <w:vAlign w:val="center"/>
          </w:tcPr>
          <w:p w14:paraId="76ACB454" w14:textId="77777777" w:rsidR="00C92B30" w:rsidRPr="008629E2" w:rsidRDefault="00C92B30" w:rsidP="0055507D">
            <w:pPr>
              <w:pStyle w:val="Default"/>
              <w:jc w:val="both"/>
              <w:rPr>
                <w:rFonts w:ascii="Arial" w:hAnsi="Arial" w:cs="Arial"/>
                <w:b/>
                <w:bCs/>
                <w:sz w:val="16"/>
                <w:szCs w:val="16"/>
              </w:rPr>
            </w:pPr>
            <w:r w:rsidRPr="008629E2">
              <w:rPr>
                <w:rFonts w:ascii="Arial" w:hAnsi="Arial" w:cs="Arial"/>
                <w:b/>
                <w:bCs/>
                <w:sz w:val="16"/>
                <w:szCs w:val="16"/>
              </w:rPr>
              <w:t>CONDICIONES TECNICAS VERIFICABLES</w:t>
            </w:r>
          </w:p>
        </w:tc>
        <w:tc>
          <w:tcPr>
            <w:tcW w:w="1007" w:type="dxa"/>
            <w:vAlign w:val="center"/>
          </w:tcPr>
          <w:p w14:paraId="5A8EEDC1" w14:textId="77777777" w:rsidR="00C92B30" w:rsidRPr="008629E2" w:rsidRDefault="00C92B30" w:rsidP="0055507D">
            <w:pPr>
              <w:pStyle w:val="Default"/>
              <w:jc w:val="center"/>
              <w:rPr>
                <w:rFonts w:ascii="Arial" w:hAnsi="Arial" w:cs="Arial"/>
                <w:b/>
                <w:bCs/>
                <w:sz w:val="16"/>
                <w:szCs w:val="16"/>
              </w:rPr>
            </w:pPr>
            <w:r w:rsidRPr="008629E2">
              <w:rPr>
                <w:rFonts w:ascii="Arial" w:hAnsi="Arial" w:cs="Arial"/>
                <w:b/>
                <w:bCs/>
                <w:sz w:val="16"/>
                <w:szCs w:val="16"/>
              </w:rPr>
              <w:t>CUMPLE</w:t>
            </w:r>
          </w:p>
        </w:tc>
        <w:tc>
          <w:tcPr>
            <w:tcW w:w="992" w:type="dxa"/>
            <w:vAlign w:val="center"/>
          </w:tcPr>
          <w:p w14:paraId="3843ED0A" w14:textId="77777777" w:rsidR="00C92B30" w:rsidRPr="008629E2" w:rsidRDefault="00C92B30" w:rsidP="0055507D">
            <w:pPr>
              <w:pStyle w:val="Default"/>
              <w:jc w:val="center"/>
              <w:rPr>
                <w:rFonts w:ascii="Arial" w:hAnsi="Arial" w:cs="Arial"/>
                <w:b/>
                <w:bCs/>
                <w:sz w:val="16"/>
                <w:szCs w:val="16"/>
              </w:rPr>
            </w:pPr>
            <w:r w:rsidRPr="008629E2">
              <w:rPr>
                <w:rFonts w:ascii="Arial" w:hAnsi="Arial" w:cs="Arial"/>
                <w:b/>
                <w:bCs/>
                <w:sz w:val="16"/>
                <w:szCs w:val="16"/>
              </w:rPr>
              <w:t>NO CUMPLE</w:t>
            </w:r>
          </w:p>
        </w:tc>
      </w:tr>
      <w:tr w:rsidR="00C92B30" w:rsidRPr="008629E2" w14:paraId="659F9798" w14:textId="77777777" w:rsidTr="002C3B5B">
        <w:trPr>
          <w:trHeight w:val="441"/>
          <w:jc w:val="center"/>
        </w:trPr>
        <w:tc>
          <w:tcPr>
            <w:tcW w:w="562" w:type="dxa"/>
            <w:vAlign w:val="center"/>
          </w:tcPr>
          <w:p w14:paraId="367A81E6" w14:textId="77777777" w:rsidR="00C92B30" w:rsidRPr="008629E2" w:rsidRDefault="00C92B30" w:rsidP="0055507D">
            <w:pPr>
              <w:pStyle w:val="Textoindependiente2"/>
              <w:tabs>
                <w:tab w:val="left" w:pos="1980"/>
              </w:tabs>
              <w:spacing w:after="0" w:line="240" w:lineRule="auto"/>
              <w:jc w:val="center"/>
              <w:rPr>
                <w:rFonts w:ascii="Arial" w:hAnsi="Arial" w:cs="Arial"/>
                <w:color w:val="000000" w:themeColor="text1"/>
                <w:sz w:val="16"/>
                <w:szCs w:val="16"/>
                <w:lang w:eastAsia="es-CO"/>
              </w:rPr>
            </w:pPr>
            <w:r w:rsidRPr="008629E2">
              <w:rPr>
                <w:rFonts w:ascii="Arial" w:hAnsi="Arial" w:cs="Arial"/>
                <w:color w:val="000000" w:themeColor="text1"/>
                <w:sz w:val="16"/>
                <w:szCs w:val="16"/>
                <w:lang w:eastAsia="es-CO"/>
              </w:rPr>
              <w:t>1</w:t>
            </w:r>
          </w:p>
        </w:tc>
        <w:tc>
          <w:tcPr>
            <w:tcW w:w="7958" w:type="dxa"/>
            <w:vAlign w:val="center"/>
          </w:tcPr>
          <w:p w14:paraId="14D61C7D" w14:textId="77777777" w:rsidR="00C92B30" w:rsidRPr="008629E2" w:rsidRDefault="00C92B30" w:rsidP="0055507D">
            <w:pPr>
              <w:pStyle w:val="Default"/>
              <w:jc w:val="both"/>
              <w:rPr>
                <w:rFonts w:ascii="Arial" w:hAnsi="Arial" w:cs="Arial"/>
                <w:b/>
                <w:bCs/>
                <w:sz w:val="16"/>
                <w:szCs w:val="16"/>
              </w:rPr>
            </w:pPr>
            <w:r w:rsidRPr="008629E2">
              <w:rPr>
                <w:rFonts w:ascii="Arial" w:hAnsi="Arial" w:cs="Arial"/>
                <w:b/>
                <w:bCs/>
                <w:sz w:val="16"/>
                <w:szCs w:val="16"/>
              </w:rPr>
              <w:t>EXPERIENCIA PROPONENTE:</w:t>
            </w:r>
          </w:p>
          <w:p w14:paraId="750FA945" w14:textId="77777777" w:rsidR="00C92B30" w:rsidRPr="008629E2" w:rsidRDefault="00C92B30" w:rsidP="0055507D">
            <w:pPr>
              <w:pStyle w:val="Default"/>
              <w:jc w:val="both"/>
              <w:rPr>
                <w:rFonts w:ascii="Arial" w:hAnsi="Arial" w:cs="Arial"/>
                <w:b/>
                <w:bCs/>
                <w:sz w:val="16"/>
                <w:szCs w:val="16"/>
              </w:rPr>
            </w:pPr>
          </w:p>
          <w:p w14:paraId="1FB7CA91" w14:textId="77777777" w:rsidR="00396CD7" w:rsidRPr="008629E2" w:rsidRDefault="00396CD7" w:rsidP="00396CD7">
            <w:pPr>
              <w:pStyle w:val="Default"/>
              <w:jc w:val="both"/>
              <w:rPr>
                <w:rFonts w:ascii="Arial" w:hAnsi="Arial" w:cs="Arial"/>
                <w:sz w:val="16"/>
                <w:szCs w:val="16"/>
              </w:rPr>
            </w:pPr>
            <w:r w:rsidRPr="008629E2">
              <w:rPr>
                <w:rFonts w:ascii="Arial" w:hAnsi="Arial" w:cs="Arial"/>
                <w:sz w:val="16"/>
                <w:szCs w:val="16"/>
              </w:rPr>
              <w:t>La verificación del requisito de experiencia se realizará mediante el Certificado del Registro Único de Proponentes (RUP) expedido por la Cámara de Comercio correspondiente, el cual deberá encontrarse vigente y en firme a la fecha de la diligencia de cierre y recibo de ofertas, conforme a lo establecido en los artículos 2.2.1.1.1.5.3 y 2.2.1.1.1.5.4 del Decreto 1082 de 2015; en tal sentido, los proponentes, ya sean personas naturales, jurídicas o proponentes plurales, deberán aportar el RUP como instrumento para acreditar la experiencia exigida, con una fecha de expedición no superior a treinta (30) días calendario anteriores a la fecha de cierre del presente proceso.</w:t>
            </w:r>
          </w:p>
          <w:p w14:paraId="68E2EBF3" w14:textId="77777777" w:rsidR="00396CD7" w:rsidRPr="008629E2" w:rsidRDefault="00396CD7" w:rsidP="00396CD7">
            <w:pPr>
              <w:pStyle w:val="Default"/>
              <w:jc w:val="both"/>
              <w:rPr>
                <w:rFonts w:ascii="Arial" w:hAnsi="Arial" w:cs="Arial"/>
                <w:sz w:val="16"/>
                <w:szCs w:val="16"/>
              </w:rPr>
            </w:pPr>
          </w:p>
          <w:p w14:paraId="40F6FF97" w14:textId="7CCDC0F2" w:rsidR="00396CD7" w:rsidRPr="008629E2" w:rsidRDefault="00396CD7" w:rsidP="00396CD7">
            <w:pPr>
              <w:pStyle w:val="Default"/>
              <w:jc w:val="both"/>
              <w:rPr>
                <w:rFonts w:ascii="Arial" w:hAnsi="Arial" w:cs="Arial"/>
                <w:sz w:val="16"/>
                <w:szCs w:val="16"/>
              </w:rPr>
            </w:pPr>
            <w:r w:rsidRPr="008629E2">
              <w:rPr>
                <w:rFonts w:ascii="Arial" w:hAnsi="Arial" w:cs="Arial"/>
                <w:sz w:val="16"/>
                <w:szCs w:val="16"/>
              </w:rPr>
              <w:t xml:space="preserve">El proponente, ya sea persona natural, jurídica o proponente plural, deberá acreditar experiencia en la celebración y ejecución de contratos con entidades públicas o privadas, cuyo objeto sea igual o similar al descrito en el numeral 1.1 “Descripción General del Objeto”, mediante el Certificado de inscripción, calificación y clasificación del Registro Único de Proponentes (RUP), en el cual se evidencie su clasificación en el Clasificador de Bienes y Servicios en el TERCER NIVEL, así como el valor de los contratos expresado en SMMLV. Para tal efecto, los proponentes deberán acreditar experiencia en uno o varios contratos clasificados con </w:t>
            </w:r>
            <w:proofErr w:type="gramStart"/>
            <w:r w:rsidR="007D185B">
              <w:rPr>
                <w:rFonts w:ascii="Arial" w:hAnsi="Arial" w:cs="Arial"/>
                <w:sz w:val="16"/>
                <w:szCs w:val="16"/>
              </w:rPr>
              <w:t>el</w:t>
            </w:r>
            <w:r w:rsidRPr="008629E2">
              <w:rPr>
                <w:rFonts w:ascii="Arial" w:hAnsi="Arial" w:cs="Arial"/>
                <w:sz w:val="16"/>
                <w:szCs w:val="16"/>
              </w:rPr>
              <w:t xml:space="preserve"> códigos</w:t>
            </w:r>
            <w:proofErr w:type="gramEnd"/>
            <w:r w:rsidRPr="008629E2">
              <w:rPr>
                <w:rFonts w:ascii="Arial" w:hAnsi="Arial" w:cs="Arial"/>
                <w:sz w:val="16"/>
                <w:szCs w:val="16"/>
              </w:rPr>
              <w:t xml:space="preserve"> relacionado en la tabla que más adelante se ilustra, por un valor acumulado mínimo equivalente al ciento por ciento (100%) del valor del proceso contractual, expresado en SMMLV, de conformidad con la siguiente tabla:</w:t>
            </w:r>
          </w:p>
          <w:p w14:paraId="77FF4DA5" w14:textId="03BB3BEF" w:rsidR="00C92B30" w:rsidRPr="008629E2" w:rsidRDefault="00C92B30" w:rsidP="00396CD7">
            <w:pPr>
              <w:pStyle w:val="Default"/>
              <w:jc w:val="both"/>
              <w:rPr>
                <w:rFonts w:ascii="Arial" w:hAnsi="Arial" w:cs="Arial"/>
                <w:b/>
                <w:bCs/>
                <w:sz w:val="16"/>
                <w:szCs w:val="16"/>
              </w:rPr>
            </w:pPr>
            <w:r w:rsidRPr="008629E2">
              <w:rPr>
                <w:rFonts w:ascii="Arial" w:hAnsi="Arial" w:cs="Arial"/>
                <w:b/>
                <w:bCs/>
                <w:sz w:val="16"/>
                <w:szCs w:val="16"/>
              </w:rPr>
              <w:t xml:space="preserve"> </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887"/>
              <w:gridCol w:w="1898"/>
              <w:gridCol w:w="1681"/>
              <w:gridCol w:w="806"/>
            </w:tblGrid>
            <w:tr w:rsidR="00C92B30" w:rsidRPr="002835E2" w14:paraId="55EE465A" w14:textId="77777777" w:rsidTr="00B12CCB">
              <w:trPr>
                <w:trHeight w:val="219"/>
              </w:trPr>
              <w:tc>
                <w:tcPr>
                  <w:tcW w:w="922" w:type="pct"/>
                  <w:vAlign w:val="center"/>
                </w:tcPr>
                <w:p w14:paraId="1852A8F5" w14:textId="77777777" w:rsidR="00C92B30" w:rsidRPr="002835E2" w:rsidRDefault="00C92B30" w:rsidP="0055507D">
                  <w:pPr>
                    <w:spacing w:after="0" w:line="240" w:lineRule="auto"/>
                    <w:jc w:val="center"/>
                    <w:rPr>
                      <w:rFonts w:ascii="Arial" w:eastAsia="MS Mincho" w:hAnsi="Arial" w:cs="Arial"/>
                      <w:b/>
                      <w:bCs/>
                      <w:sz w:val="14"/>
                      <w:szCs w:val="14"/>
                    </w:rPr>
                  </w:pPr>
                  <w:r w:rsidRPr="002835E2">
                    <w:rPr>
                      <w:rFonts w:ascii="Arial" w:eastAsia="MS Mincho" w:hAnsi="Arial" w:cs="Arial"/>
                      <w:b/>
                      <w:bCs/>
                      <w:sz w:val="14"/>
                      <w:szCs w:val="14"/>
                    </w:rPr>
                    <w:t>CLASIFICACIÓN UNSPSC</w:t>
                  </w:r>
                </w:p>
              </w:tc>
              <w:tc>
                <w:tcPr>
                  <w:tcW w:w="1227" w:type="pct"/>
                  <w:vAlign w:val="center"/>
                </w:tcPr>
                <w:p w14:paraId="362875C7" w14:textId="77777777" w:rsidR="00C92B30" w:rsidRPr="002835E2" w:rsidRDefault="00C92B30" w:rsidP="0055507D">
                  <w:pPr>
                    <w:spacing w:after="0" w:line="240" w:lineRule="auto"/>
                    <w:jc w:val="center"/>
                    <w:rPr>
                      <w:rFonts w:ascii="Arial" w:eastAsia="MS Mincho" w:hAnsi="Arial" w:cs="Arial"/>
                      <w:b/>
                      <w:bCs/>
                      <w:sz w:val="14"/>
                      <w:szCs w:val="14"/>
                    </w:rPr>
                  </w:pPr>
                  <w:r w:rsidRPr="002835E2">
                    <w:rPr>
                      <w:rFonts w:ascii="Arial" w:eastAsia="MS Mincho" w:hAnsi="Arial" w:cs="Arial"/>
                      <w:b/>
                      <w:bCs/>
                      <w:sz w:val="14"/>
                      <w:szCs w:val="14"/>
                    </w:rPr>
                    <w:t>SEGMENTO</w:t>
                  </w:r>
                </w:p>
              </w:tc>
              <w:tc>
                <w:tcPr>
                  <w:tcW w:w="1234" w:type="pct"/>
                  <w:vAlign w:val="center"/>
                </w:tcPr>
                <w:p w14:paraId="493B24AA" w14:textId="77777777" w:rsidR="00C92B30" w:rsidRPr="002835E2" w:rsidRDefault="00C92B30" w:rsidP="0055507D">
                  <w:pPr>
                    <w:spacing w:after="0" w:line="240" w:lineRule="auto"/>
                    <w:jc w:val="center"/>
                    <w:rPr>
                      <w:rFonts w:ascii="Arial" w:eastAsia="MS Mincho" w:hAnsi="Arial" w:cs="Arial"/>
                      <w:b/>
                      <w:bCs/>
                      <w:sz w:val="14"/>
                      <w:szCs w:val="14"/>
                    </w:rPr>
                  </w:pPr>
                  <w:r w:rsidRPr="002835E2">
                    <w:rPr>
                      <w:rFonts w:ascii="Arial" w:eastAsia="MS Mincho" w:hAnsi="Arial" w:cs="Arial"/>
                      <w:b/>
                      <w:bCs/>
                      <w:sz w:val="14"/>
                      <w:szCs w:val="14"/>
                    </w:rPr>
                    <w:t>FAMILIA</w:t>
                  </w:r>
                </w:p>
              </w:tc>
              <w:tc>
                <w:tcPr>
                  <w:tcW w:w="1093" w:type="pct"/>
                  <w:vAlign w:val="center"/>
                </w:tcPr>
                <w:p w14:paraId="7CFA71A2" w14:textId="77777777" w:rsidR="00C92B30" w:rsidRPr="002835E2" w:rsidRDefault="00C92B30" w:rsidP="0055507D">
                  <w:pPr>
                    <w:spacing w:after="0" w:line="240" w:lineRule="auto"/>
                    <w:jc w:val="center"/>
                    <w:rPr>
                      <w:rFonts w:ascii="Arial" w:eastAsia="MS Mincho" w:hAnsi="Arial" w:cs="Arial"/>
                      <w:b/>
                      <w:bCs/>
                      <w:sz w:val="14"/>
                      <w:szCs w:val="14"/>
                    </w:rPr>
                  </w:pPr>
                  <w:r w:rsidRPr="002835E2">
                    <w:rPr>
                      <w:rFonts w:ascii="Arial" w:eastAsia="MS Mincho" w:hAnsi="Arial" w:cs="Arial"/>
                      <w:b/>
                      <w:bCs/>
                      <w:sz w:val="14"/>
                      <w:szCs w:val="14"/>
                    </w:rPr>
                    <w:t>CLASE</w:t>
                  </w:r>
                </w:p>
              </w:tc>
              <w:tc>
                <w:tcPr>
                  <w:tcW w:w="525" w:type="pct"/>
                  <w:vAlign w:val="center"/>
                </w:tcPr>
                <w:p w14:paraId="2EE658ED" w14:textId="77777777" w:rsidR="00C92B30" w:rsidRPr="002835E2" w:rsidRDefault="00C92B30" w:rsidP="0055507D">
                  <w:pPr>
                    <w:spacing w:after="0" w:line="240" w:lineRule="auto"/>
                    <w:jc w:val="center"/>
                    <w:rPr>
                      <w:rFonts w:ascii="Arial" w:eastAsia="MS Mincho" w:hAnsi="Arial" w:cs="Arial"/>
                      <w:b/>
                      <w:bCs/>
                      <w:sz w:val="14"/>
                      <w:szCs w:val="14"/>
                    </w:rPr>
                  </w:pPr>
                  <w:r w:rsidRPr="002835E2">
                    <w:rPr>
                      <w:rFonts w:ascii="Arial" w:eastAsia="MS Mincho" w:hAnsi="Arial" w:cs="Arial"/>
                      <w:b/>
                      <w:bCs/>
                      <w:sz w:val="14"/>
                      <w:szCs w:val="14"/>
                    </w:rPr>
                    <w:t>SMLMV</w:t>
                  </w:r>
                </w:p>
              </w:tc>
            </w:tr>
            <w:tr w:rsidR="00C92B30" w:rsidRPr="002835E2" w14:paraId="1AC04CB5" w14:textId="77777777" w:rsidTr="00B12CCB">
              <w:trPr>
                <w:trHeight w:val="338"/>
              </w:trPr>
              <w:tc>
                <w:tcPr>
                  <w:tcW w:w="922" w:type="pct"/>
                  <w:vAlign w:val="center"/>
                </w:tcPr>
                <w:p w14:paraId="310DC4C3" w14:textId="77777777" w:rsidR="00C92B30" w:rsidRPr="002835E2" w:rsidRDefault="00C92B30" w:rsidP="0055507D">
                  <w:pPr>
                    <w:spacing w:after="0" w:line="240" w:lineRule="auto"/>
                    <w:jc w:val="center"/>
                    <w:rPr>
                      <w:rFonts w:ascii="Arial" w:eastAsia="MS Mincho" w:hAnsi="Arial" w:cs="Arial"/>
                      <w:sz w:val="14"/>
                      <w:szCs w:val="14"/>
                    </w:rPr>
                  </w:pPr>
                  <w:r w:rsidRPr="002835E2">
                    <w:rPr>
                      <w:rFonts w:ascii="Arial" w:eastAsia="Times New Roman" w:hAnsi="Arial" w:cs="Arial"/>
                      <w:color w:val="000000"/>
                      <w:sz w:val="14"/>
                      <w:szCs w:val="14"/>
                      <w:lang w:eastAsia="es-CO"/>
                    </w:rPr>
                    <w:t>72151500</w:t>
                  </w:r>
                </w:p>
              </w:tc>
              <w:tc>
                <w:tcPr>
                  <w:tcW w:w="1227" w:type="pct"/>
                  <w:vAlign w:val="center"/>
                </w:tcPr>
                <w:p w14:paraId="78422D0D" w14:textId="77777777" w:rsidR="00C92B30" w:rsidRPr="002835E2" w:rsidRDefault="00C92B30" w:rsidP="0055507D">
                  <w:pPr>
                    <w:spacing w:after="0" w:line="240" w:lineRule="auto"/>
                    <w:jc w:val="both"/>
                    <w:rPr>
                      <w:rFonts w:ascii="Arial" w:eastAsia="MS Mincho" w:hAnsi="Arial" w:cs="Arial"/>
                      <w:sz w:val="14"/>
                      <w:szCs w:val="14"/>
                    </w:rPr>
                  </w:pPr>
                  <w:r w:rsidRPr="002835E2">
                    <w:rPr>
                      <w:rFonts w:ascii="Arial" w:eastAsia="Times New Roman" w:hAnsi="Arial" w:cs="Arial"/>
                      <w:color w:val="000000"/>
                      <w:sz w:val="14"/>
                      <w:szCs w:val="14"/>
                      <w:lang w:eastAsia="es-CO"/>
                    </w:rPr>
                    <w:t xml:space="preserve">Servicio de edificación, construcción de instalaciones y mantenimiento </w:t>
                  </w:r>
                </w:p>
              </w:tc>
              <w:tc>
                <w:tcPr>
                  <w:tcW w:w="1234" w:type="pct"/>
                  <w:vAlign w:val="center"/>
                </w:tcPr>
                <w:p w14:paraId="1DC73F1D" w14:textId="77777777" w:rsidR="00C92B30" w:rsidRPr="002835E2" w:rsidRDefault="00C92B30" w:rsidP="0055507D">
                  <w:pPr>
                    <w:spacing w:after="0" w:line="240" w:lineRule="auto"/>
                    <w:jc w:val="both"/>
                    <w:rPr>
                      <w:rFonts w:ascii="Arial" w:eastAsia="MS Mincho" w:hAnsi="Arial" w:cs="Arial"/>
                      <w:sz w:val="14"/>
                      <w:szCs w:val="14"/>
                    </w:rPr>
                  </w:pPr>
                  <w:r w:rsidRPr="002835E2">
                    <w:rPr>
                      <w:rFonts w:ascii="Arial" w:eastAsia="Times New Roman" w:hAnsi="Arial" w:cs="Arial"/>
                      <w:color w:val="000000"/>
                      <w:sz w:val="14"/>
                      <w:szCs w:val="14"/>
                      <w:lang w:eastAsia="es-CO"/>
                    </w:rPr>
                    <w:t>Servicio de mantenimiento y construcción de comercio especializado</w:t>
                  </w:r>
                </w:p>
              </w:tc>
              <w:tc>
                <w:tcPr>
                  <w:tcW w:w="1093" w:type="pct"/>
                  <w:vAlign w:val="center"/>
                </w:tcPr>
                <w:p w14:paraId="7FCD0AE1" w14:textId="77777777" w:rsidR="00C92B30" w:rsidRPr="002835E2" w:rsidRDefault="00C92B30" w:rsidP="0055507D">
                  <w:pPr>
                    <w:spacing w:after="0" w:line="240" w:lineRule="auto"/>
                    <w:jc w:val="both"/>
                    <w:rPr>
                      <w:rFonts w:ascii="Arial" w:eastAsia="MS Mincho" w:hAnsi="Arial" w:cs="Arial"/>
                      <w:sz w:val="14"/>
                      <w:szCs w:val="14"/>
                    </w:rPr>
                  </w:pPr>
                  <w:r w:rsidRPr="002835E2">
                    <w:rPr>
                      <w:rFonts w:ascii="Arial" w:eastAsia="Times New Roman" w:hAnsi="Arial" w:cs="Arial"/>
                      <w:color w:val="000000"/>
                      <w:sz w:val="14"/>
                      <w:szCs w:val="14"/>
                      <w:lang w:eastAsia="es-CO"/>
                    </w:rPr>
                    <w:t>Servicio de sistemas eléctricos</w:t>
                  </w:r>
                </w:p>
              </w:tc>
              <w:tc>
                <w:tcPr>
                  <w:tcW w:w="525" w:type="pct"/>
                  <w:vAlign w:val="center"/>
                </w:tcPr>
                <w:p w14:paraId="782767A6" w14:textId="7458CE7C" w:rsidR="00C92B30" w:rsidRPr="002835E2" w:rsidRDefault="00C965B1" w:rsidP="0055507D">
                  <w:pPr>
                    <w:spacing w:after="0" w:line="240" w:lineRule="auto"/>
                    <w:jc w:val="center"/>
                    <w:rPr>
                      <w:rFonts w:ascii="Arial" w:eastAsia="MS Mincho" w:hAnsi="Arial" w:cs="Arial"/>
                      <w:sz w:val="14"/>
                      <w:szCs w:val="14"/>
                    </w:rPr>
                  </w:pPr>
                  <w:r w:rsidRPr="002835E2">
                    <w:rPr>
                      <w:rFonts w:ascii="Arial" w:eastAsia="MS Mincho" w:hAnsi="Arial" w:cs="Arial"/>
                      <w:sz w:val="14"/>
                      <w:szCs w:val="14"/>
                    </w:rPr>
                    <w:t>39,9</w:t>
                  </w:r>
                </w:p>
              </w:tc>
            </w:tr>
          </w:tbl>
          <w:p w14:paraId="5E4B89E7" w14:textId="77777777" w:rsidR="00C92B30" w:rsidRPr="008629E2" w:rsidRDefault="00C92B30" w:rsidP="0055507D">
            <w:pPr>
              <w:spacing w:after="0" w:line="240" w:lineRule="auto"/>
              <w:rPr>
                <w:rFonts w:ascii="Arial" w:hAnsi="Arial" w:cs="Arial"/>
                <w:color w:val="000000" w:themeColor="text1"/>
                <w:sz w:val="16"/>
                <w:szCs w:val="16"/>
              </w:rPr>
            </w:pPr>
          </w:p>
          <w:p w14:paraId="01AC5DA2" w14:textId="77777777" w:rsidR="00396CD7" w:rsidRPr="008629E2" w:rsidRDefault="00396CD7" w:rsidP="00396CD7">
            <w:pPr>
              <w:spacing w:after="0" w:line="240" w:lineRule="auto"/>
              <w:jc w:val="center"/>
              <w:rPr>
                <w:rFonts w:ascii="Arial" w:eastAsia="Times New Roman" w:hAnsi="Arial" w:cs="Arial"/>
                <w:sz w:val="16"/>
                <w:szCs w:val="16"/>
                <w:lang w:eastAsia="es-CO"/>
              </w:rPr>
            </w:pPr>
            <w:r w:rsidRPr="008629E2">
              <w:rPr>
                <w:rFonts w:ascii="Arial" w:eastAsia="Times New Roman" w:hAnsi="Arial" w:cs="Arial"/>
                <w:sz w:val="16"/>
                <w:szCs w:val="16"/>
                <w:lang w:eastAsia="es-CO"/>
              </w:rPr>
              <w:t>REQUISITOS HABILITANTES DIFERENCIALES EN FAVOR DE MIPYME y EMPRENDIMIENTOS Y EMPRESAS DE PERSONAS CON DISCAPACIDAD.</w:t>
            </w:r>
          </w:p>
          <w:p w14:paraId="4C90C0A1" w14:textId="77777777" w:rsidR="00396CD7" w:rsidRPr="008629E2" w:rsidRDefault="00396CD7" w:rsidP="00396CD7">
            <w:pPr>
              <w:spacing w:after="0" w:line="240" w:lineRule="auto"/>
              <w:jc w:val="both"/>
              <w:rPr>
                <w:rFonts w:ascii="Arial" w:eastAsia="Times New Roman" w:hAnsi="Arial" w:cs="Arial"/>
                <w:sz w:val="16"/>
                <w:szCs w:val="16"/>
                <w:lang w:eastAsia="es-CO"/>
              </w:rPr>
            </w:pPr>
          </w:p>
          <w:p w14:paraId="683AC3D8" w14:textId="77777777" w:rsidR="00396CD7" w:rsidRPr="008629E2" w:rsidRDefault="00396CD7" w:rsidP="00396CD7">
            <w:pPr>
              <w:spacing w:after="0" w:line="240" w:lineRule="auto"/>
              <w:jc w:val="both"/>
              <w:rPr>
                <w:rFonts w:ascii="Arial" w:eastAsia="Times New Roman" w:hAnsi="Arial" w:cs="Arial"/>
                <w:sz w:val="16"/>
                <w:szCs w:val="16"/>
                <w:lang w:eastAsia="es-CO"/>
              </w:rPr>
            </w:pPr>
            <w:r w:rsidRPr="008629E2">
              <w:rPr>
                <w:rFonts w:ascii="Arial" w:eastAsia="Times New Roman" w:hAnsi="Arial" w:cs="Arial"/>
                <w:sz w:val="16"/>
                <w:szCs w:val="16"/>
                <w:lang w:eastAsia="es-CO"/>
              </w:rPr>
              <w:t xml:space="preserve">En aplicación del Decreto 1860 de 2021, para el caso de que el proponente sea una MIPYME o un consorcio, unión temporal o promesa futura constituido por al menos una (1) MIPYME con un mínimo del 10% de participación, conforme a lo establecido en el parágrafo 1 del Artículo 2.2.1.2.4.2.18 del decreto 1082 de 2015 y en aplicación al Decreto 0287 de 2026 Por el cual se modifican los artículos 2.2.1.2.4.2.6., 2.2.1.2.4.2.7. y 2.2.1.2.4.2.8. del Decreto 1082 de 2015, Único Reglamentario del Sector Administrativo de Planeación, conforme a lo establecido en los artículos 2.2.1.2.4.2.7. DEFINICIÓN Y ALCANCE DEL SISTEMA DE </w:t>
            </w:r>
            <w:r w:rsidRPr="008629E2">
              <w:rPr>
                <w:rFonts w:ascii="Arial" w:eastAsia="Times New Roman" w:hAnsi="Arial" w:cs="Arial"/>
                <w:sz w:val="16"/>
                <w:szCs w:val="16"/>
                <w:lang w:eastAsia="es-CO"/>
              </w:rPr>
              <w:lastRenderedPageBreak/>
              <w:t>PREFERENCIAS EN FAVOR DE LAS PERSONAS CON DISCAPACIDAD y artículo 2.2.1.2.4.2.7.3. del decreto 1082 de 2015 “INCORPORACIÓN DE CRITERIOS HABILITANTES DIFERENCIALES EN FAVOR DE LOS EMPRENDIMIENTOS Y EMPRESAS DE PERSONAS CON DISCAPACIDAD”, la Policía Metropolitana de Villavicencio define como requisitos habilitantes diferenciales en favor de los proponentes que acrediten tal condición conforme a los términos de ley, en materia de experiencia del proponente, así:</w:t>
            </w:r>
          </w:p>
          <w:p w14:paraId="317820C4" w14:textId="77777777" w:rsidR="00396CD7" w:rsidRPr="008629E2" w:rsidRDefault="00396CD7" w:rsidP="00396CD7">
            <w:pPr>
              <w:spacing w:after="0" w:line="240" w:lineRule="auto"/>
              <w:jc w:val="both"/>
              <w:rPr>
                <w:rFonts w:ascii="Arial" w:eastAsia="Times New Roman" w:hAnsi="Arial" w:cs="Arial"/>
                <w:sz w:val="16"/>
                <w:szCs w:val="16"/>
                <w:lang w:eastAsia="es-CO"/>
              </w:rPr>
            </w:pPr>
          </w:p>
          <w:p w14:paraId="5E4F1D16" w14:textId="4C4771CF" w:rsidR="00AE259B" w:rsidRPr="008629E2" w:rsidRDefault="00396CD7" w:rsidP="00396CD7">
            <w:pPr>
              <w:spacing w:after="0" w:line="240" w:lineRule="auto"/>
              <w:jc w:val="both"/>
              <w:rPr>
                <w:rFonts w:ascii="Arial" w:eastAsia="Times New Roman" w:hAnsi="Arial" w:cs="Arial"/>
                <w:sz w:val="16"/>
                <w:szCs w:val="16"/>
                <w:lang w:eastAsia="es-CO"/>
              </w:rPr>
            </w:pPr>
            <w:r w:rsidRPr="008629E2">
              <w:rPr>
                <w:rFonts w:ascii="Arial" w:eastAsia="Times New Roman" w:hAnsi="Arial" w:cs="Arial"/>
                <w:sz w:val="16"/>
                <w:szCs w:val="16"/>
                <w:lang w:eastAsia="es-CO"/>
              </w:rPr>
              <w:t xml:space="preserve">El proponente, ya sea persona natural, jurídica o proponente plural, deberá acreditar experiencia en la celebración y ejecución de contratos con entidades públicas o privadas, cuyo objeto sea igual o similar al descrito en el numeral 1.1 “Descripción General del Objeto”, mediante el Certificado de inscripción, calificación y clasificación del Registro Único de Proponentes (RUP), en el cual se evidencie su clasificación en el Clasificador de Bienes y Servicios en el TERCER NIVEL, así como el valor de los contratos expresado en SMMLV. </w:t>
            </w:r>
            <w:r w:rsidR="007D185B" w:rsidRPr="008629E2">
              <w:rPr>
                <w:rFonts w:ascii="Arial" w:hAnsi="Arial" w:cs="Arial"/>
                <w:sz w:val="16"/>
                <w:szCs w:val="16"/>
              </w:rPr>
              <w:t xml:space="preserve">Para tal efecto, los proponentes deberán acreditar experiencia en uno o varios contratos clasificados con </w:t>
            </w:r>
            <w:proofErr w:type="gramStart"/>
            <w:r w:rsidR="007D185B">
              <w:rPr>
                <w:rFonts w:ascii="Arial" w:hAnsi="Arial" w:cs="Arial"/>
                <w:sz w:val="16"/>
                <w:szCs w:val="16"/>
              </w:rPr>
              <w:t>el</w:t>
            </w:r>
            <w:r w:rsidR="007D185B" w:rsidRPr="008629E2">
              <w:rPr>
                <w:rFonts w:ascii="Arial" w:hAnsi="Arial" w:cs="Arial"/>
                <w:sz w:val="16"/>
                <w:szCs w:val="16"/>
              </w:rPr>
              <w:t xml:space="preserve"> códigos</w:t>
            </w:r>
            <w:proofErr w:type="gramEnd"/>
            <w:r w:rsidR="007D185B" w:rsidRPr="008629E2">
              <w:rPr>
                <w:rFonts w:ascii="Arial" w:hAnsi="Arial" w:cs="Arial"/>
                <w:sz w:val="16"/>
                <w:szCs w:val="16"/>
              </w:rPr>
              <w:t xml:space="preserve"> relacionado en la tabla que más adelante se ilustra, por un valor acumulado mínimo equivalente </w:t>
            </w:r>
            <w:r w:rsidRPr="008629E2">
              <w:rPr>
                <w:rFonts w:ascii="Arial" w:eastAsia="Times New Roman" w:hAnsi="Arial" w:cs="Arial"/>
                <w:sz w:val="16"/>
                <w:szCs w:val="16"/>
                <w:lang w:eastAsia="es-CO"/>
              </w:rPr>
              <w:t>al noventa y cinco (95%) del valor del proceso contractual, expresado en SMMLV, de conformidad con la siguiente tabla:</w:t>
            </w:r>
          </w:p>
          <w:p w14:paraId="477AC88C" w14:textId="77777777" w:rsidR="00AE259B" w:rsidRPr="008629E2" w:rsidRDefault="00AE259B" w:rsidP="0055507D">
            <w:pPr>
              <w:spacing w:after="0" w:line="240" w:lineRule="auto"/>
              <w:jc w:val="both"/>
              <w:rPr>
                <w:rFonts w:ascii="Arial" w:eastAsia="Times New Roman" w:hAnsi="Arial" w:cs="Arial"/>
                <w:sz w:val="16"/>
                <w:szCs w:val="16"/>
                <w:lang w:eastAsia="es-CO"/>
              </w:rPr>
            </w:pP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887"/>
              <w:gridCol w:w="1898"/>
              <w:gridCol w:w="1681"/>
              <w:gridCol w:w="806"/>
            </w:tblGrid>
            <w:tr w:rsidR="00396CD7" w:rsidRPr="008629E2" w14:paraId="4DC77D5A" w14:textId="77777777" w:rsidTr="00321E2E">
              <w:trPr>
                <w:trHeight w:val="219"/>
              </w:trPr>
              <w:tc>
                <w:tcPr>
                  <w:tcW w:w="922" w:type="pct"/>
                  <w:vAlign w:val="center"/>
                </w:tcPr>
                <w:p w14:paraId="70832E0F" w14:textId="77777777" w:rsidR="00396CD7" w:rsidRPr="008629E2" w:rsidRDefault="00396CD7" w:rsidP="00396CD7">
                  <w:pPr>
                    <w:spacing w:after="0" w:line="240" w:lineRule="auto"/>
                    <w:jc w:val="center"/>
                    <w:rPr>
                      <w:rFonts w:ascii="Arial" w:eastAsia="MS Mincho" w:hAnsi="Arial" w:cs="Arial"/>
                      <w:b/>
                      <w:bCs/>
                      <w:sz w:val="16"/>
                      <w:szCs w:val="16"/>
                    </w:rPr>
                  </w:pPr>
                  <w:r w:rsidRPr="008629E2">
                    <w:rPr>
                      <w:rFonts w:ascii="Arial" w:eastAsia="MS Mincho" w:hAnsi="Arial" w:cs="Arial"/>
                      <w:b/>
                      <w:bCs/>
                      <w:sz w:val="16"/>
                      <w:szCs w:val="16"/>
                    </w:rPr>
                    <w:t>CLASIFICACIÓN UNSPSC</w:t>
                  </w:r>
                </w:p>
              </w:tc>
              <w:tc>
                <w:tcPr>
                  <w:tcW w:w="1227" w:type="pct"/>
                  <w:vAlign w:val="center"/>
                </w:tcPr>
                <w:p w14:paraId="738AE983" w14:textId="77777777" w:rsidR="00396CD7" w:rsidRPr="008629E2" w:rsidRDefault="00396CD7" w:rsidP="00396CD7">
                  <w:pPr>
                    <w:spacing w:after="0" w:line="240" w:lineRule="auto"/>
                    <w:jc w:val="center"/>
                    <w:rPr>
                      <w:rFonts w:ascii="Arial" w:eastAsia="MS Mincho" w:hAnsi="Arial" w:cs="Arial"/>
                      <w:b/>
                      <w:bCs/>
                      <w:sz w:val="16"/>
                      <w:szCs w:val="16"/>
                    </w:rPr>
                  </w:pPr>
                  <w:r w:rsidRPr="008629E2">
                    <w:rPr>
                      <w:rFonts w:ascii="Arial" w:eastAsia="MS Mincho" w:hAnsi="Arial" w:cs="Arial"/>
                      <w:b/>
                      <w:bCs/>
                      <w:sz w:val="16"/>
                      <w:szCs w:val="16"/>
                    </w:rPr>
                    <w:t>SEGMENTO</w:t>
                  </w:r>
                </w:p>
              </w:tc>
              <w:tc>
                <w:tcPr>
                  <w:tcW w:w="1234" w:type="pct"/>
                  <w:vAlign w:val="center"/>
                </w:tcPr>
                <w:p w14:paraId="332D2E5E" w14:textId="77777777" w:rsidR="00396CD7" w:rsidRPr="008629E2" w:rsidRDefault="00396CD7" w:rsidP="00396CD7">
                  <w:pPr>
                    <w:spacing w:after="0" w:line="240" w:lineRule="auto"/>
                    <w:jc w:val="center"/>
                    <w:rPr>
                      <w:rFonts w:ascii="Arial" w:eastAsia="MS Mincho" w:hAnsi="Arial" w:cs="Arial"/>
                      <w:b/>
                      <w:bCs/>
                      <w:sz w:val="16"/>
                      <w:szCs w:val="16"/>
                    </w:rPr>
                  </w:pPr>
                  <w:r w:rsidRPr="008629E2">
                    <w:rPr>
                      <w:rFonts w:ascii="Arial" w:eastAsia="MS Mincho" w:hAnsi="Arial" w:cs="Arial"/>
                      <w:b/>
                      <w:bCs/>
                      <w:sz w:val="16"/>
                      <w:szCs w:val="16"/>
                    </w:rPr>
                    <w:t>FAMILIA</w:t>
                  </w:r>
                </w:p>
              </w:tc>
              <w:tc>
                <w:tcPr>
                  <w:tcW w:w="1093" w:type="pct"/>
                  <w:vAlign w:val="center"/>
                </w:tcPr>
                <w:p w14:paraId="675895A7" w14:textId="77777777" w:rsidR="00396CD7" w:rsidRPr="008629E2" w:rsidRDefault="00396CD7" w:rsidP="00396CD7">
                  <w:pPr>
                    <w:spacing w:after="0" w:line="240" w:lineRule="auto"/>
                    <w:jc w:val="center"/>
                    <w:rPr>
                      <w:rFonts w:ascii="Arial" w:eastAsia="MS Mincho" w:hAnsi="Arial" w:cs="Arial"/>
                      <w:b/>
                      <w:bCs/>
                      <w:sz w:val="16"/>
                      <w:szCs w:val="16"/>
                    </w:rPr>
                  </w:pPr>
                  <w:r w:rsidRPr="008629E2">
                    <w:rPr>
                      <w:rFonts w:ascii="Arial" w:eastAsia="MS Mincho" w:hAnsi="Arial" w:cs="Arial"/>
                      <w:b/>
                      <w:bCs/>
                      <w:sz w:val="16"/>
                      <w:szCs w:val="16"/>
                    </w:rPr>
                    <w:t>CLASE</w:t>
                  </w:r>
                </w:p>
              </w:tc>
              <w:tc>
                <w:tcPr>
                  <w:tcW w:w="525" w:type="pct"/>
                  <w:vAlign w:val="center"/>
                </w:tcPr>
                <w:p w14:paraId="4C7208C6" w14:textId="77777777" w:rsidR="00396CD7" w:rsidRPr="008629E2" w:rsidRDefault="00396CD7" w:rsidP="00396CD7">
                  <w:pPr>
                    <w:spacing w:after="0" w:line="240" w:lineRule="auto"/>
                    <w:jc w:val="center"/>
                    <w:rPr>
                      <w:rFonts w:ascii="Arial" w:eastAsia="MS Mincho" w:hAnsi="Arial" w:cs="Arial"/>
                      <w:b/>
                      <w:bCs/>
                      <w:sz w:val="16"/>
                      <w:szCs w:val="16"/>
                    </w:rPr>
                  </w:pPr>
                  <w:r w:rsidRPr="008629E2">
                    <w:rPr>
                      <w:rFonts w:ascii="Arial" w:eastAsia="MS Mincho" w:hAnsi="Arial" w:cs="Arial"/>
                      <w:b/>
                      <w:bCs/>
                      <w:sz w:val="16"/>
                      <w:szCs w:val="16"/>
                    </w:rPr>
                    <w:t>SMLMV</w:t>
                  </w:r>
                </w:p>
              </w:tc>
            </w:tr>
            <w:tr w:rsidR="00396CD7" w:rsidRPr="008629E2" w14:paraId="4344AAB4" w14:textId="77777777" w:rsidTr="00321E2E">
              <w:trPr>
                <w:trHeight w:val="338"/>
              </w:trPr>
              <w:tc>
                <w:tcPr>
                  <w:tcW w:w="922" w:type="pct"/>
                  <w:vAlign w:val="center"/>
                </w:tcPr>
                <w:p w14:paraId="7920D556" w14:textId="77777777" w:rsidR="00396CD7" w:rsidRPr="008629E2" w:rsidRDefault="00396CD7" w:rsidP="00396CD7">
                  <w:pPr>
                    <w:spacing w:after="0" w:line="240" w:lineRule="auto"/>
                    <w:jc w:val="center"/>
                    <w:rPr>
                      <w:rFonts w:ascii="Arial" w:eastAsia="MS Mincho" w:hAnsi="Arial" w:cs="Arial"/>
                      <w:sz w:val="16"/>
                      <w:szCs w:val="16"/>
                    </w:rPr>
                  </w:pPr>
                  <w:r w:rsidRPr="008629E2">
                    <w:rPr>
                      <w:rFonts w:ascii="Arial" w:eastAsia="Times New Roman" w:hAnsi="Arial" w:cs="Arial"/>
                      <w:color w:val="000000"/>
                      <w:sz w:val="16"/>
                      <w:szCs w:val="16"/>
                      <w:lang w:eastAsia="es-CO"/>
                    </w:rPr>
                    <w:t>72151500</w:t>
                  </w:r>
                </w:p>
              </w:tc>
              <w:tc>
                <w:tcPr>
                  <w:tcW w:w="1227" w:type="pct"/>
                  <w:vAlign w:val="center"/>
                </w:tcPr>
                <w:p w14:paraId="7BA536CE" w14:textId="77777777" w:rsidR="00396CD7" w:rsidRPr="008629E2" w:rsidRDefault="00396CD7" w:rsidP="00396CD7">
                  <w:pPr>
                    <w:spacing w:after="0" w:line="240" w:lineRule="auto"/>
                    <w:jc w:val="both"/>
                    <w:rPr>
                      <w:rFonts w:ascii="Arial" w:eastAsia="MS Mincho" w:hAnsi="Arial" w:cs="Arial"/>
                      <w:sz w:val="16"/>
                      <w:szCs w:val="16"/>
                    </w:rPr>
                  </w:pPr>
                  <w:r w:rsidRPr="008629E2">
                    <w:rPr>
                      <w:rFonts w:ascii="Arial" w:eastAsia="Times New Roman" w:hAnsi="Arial" w:cs="Arial"/>
                      <w:color w:val="000000"/>
                      <w:sz w:val="16"/>
                      <w:szCs w:val="16"/>
                      <w:lang w:eastAsia="es-CO"/>
                    </w:rPr>
                    <w:t xml:space="preserve">Servicio de edificación, construcción de instalaciones y mantenimiento </w:t>
                  </w:r>
                </w:p>
              </w:tc>
              <w:tc>
                <w:tcPr>
                  <w:tcW w:w="1234" w:type="pct"/>
                  <w:vAlign w:val="center"/>
                </w:tcPr>
                <w:p w14:paraId="0C3472B4" w14:textId="77777777" w:rsidR="00396CD7" w:rsidRPr="008629E2" w:rsidRDefault="00396CD7" w:rsidP="00396CD7">
                  <w:pPr>
                    <w:spacing w:after="0" w:line="240" w:lineRule="auto"/>
                    <w:jc w:val="both"/>
                    <w:rPr>
                      <w:rFonts w:ascii="Arial" w:eastAsia="MS Mincho" w:hAnsi="Arial" w:cs="Arial"/>
                      <w:sz w:val="16"/>
                      <w:szCs w:val="16"/>
                    </w:rPr>
                  </w:pPr>
                  <w:r w:rsidRPr="008629E2">
                    <w:rPr>
                      <w:rFonts w:ascii="Arial" w:eastAsia="Times New Roman" w:hAnsi="Arial" w:cs="Arial"/>
                      <w:color w:val="000000"/>
                      <w:sz w:val="16"/>
                      <w:szCs w:val="16"/>
                      <w:lang w:eastAsia="es-CO"/>
                    </w:rPr>
                    <w:t>Servicio de mantenimiento y construcción de comercio especializado</w:t>
                  </w:r>
                </w:p>
              </w:tc>
              <w:tc>
                <w:tcPr>
                  <w:tcW w:w="1093" w:type="pct"/>
                  <w:vAlign w:val="center"/>
                </w:tcPr>
                <w:p w14:paraId="53210C3A" w14:textId="77777777" w:rsidR="00396CD7" w:rsidRPr="008629E2" w:rsidRDefault="00396CD7" w:rsidP="00396CD7">
                  <w:pPr>
                    <w:spacing w:after="0" w:line="240" w:lineRule="auto"/>
                    <w:jc w:val="both"/>
                    <w:rPr>
                      <w:rFonts w:ascii="Arial" w:eastAsia="MS Mincho" w:hAnsi="Arial" w:cs="Arial"/>
                      <w:sz w:val="16"/>
                      <w:szCs w:val="16"/>
                    </w:rPr>
                  </w:pPr>
                  <w:r w:rsidRPr="008629E2">
                    <w:rPr>
                      <w:rFonts w:ascii="Arial" w:eastAsia="Times New Roman" w:hAnsi="Arial" w:cs="Arial"/>
                      <w:color w:val="000000"/>
                      <w:sz w:val="16"/>
                      <w:szCs w:val="16"/>
                      <w:lang w:eastAsia="es-CO"/>
                    </w:rPr>
                    <w:t>Servicio de sistemas eléctricos</w:t>
                  </w:r>
                </w:p>
              </w:tc>
              <w:tc>
                <w:tcPr>
                  <w:tcW w:w="525" w:type="pct"/>
                  <w:vAlign w:val="center"/>
                </w:tcPr>
                <w:p w14:paraId="35DEE6AF" w14:textId="57C7AEFC" w:rsidR="00396CD7" w:rsidRPr="008629E2" w:rsidRDefault="00361E7C" w:rsidP="00396CD7">
                  <w:pPr>
                    <w:spacing w:after="0" w:line="240" w:lineRule="auto"/>
                    <w:jc w:val="center"/>
                    <w:rPr>
                      <w:rFonts w:ascii="Arial" w:eastAsia="MS Mincho" w:hAnsi="Arial" w:cs="Arial"/>
                      <w:sz w:val="16"/>
                      <w:szCs w:val="16"/>
                    </w:rPr>
                  </w:pPr>
                  <w:r w:rsidRPr="008629E2">
                    <w:rPr>
                      <w:rFonts w:ascii="Arial" w:eastAsia="MS Mincho" w:hAnsi="Arial" w:cs="Arial"/>
                      <w:sz w:val="16"/>
                      <w:szCs w:val="16"/>
                    </w:rPr>
                    <w:t>37,9</w:t>
                  </w:r>
                </w:p>
              </w:tc>
            </w:tr>
          </w:tbl>
          <w:p w14:paraId="78A27493" w14:textId="77777777" w:rsidR="00AE259B" w:rsidRPr="008629E2" w:rsidRDefault="00AE259B" w:rsidP="0055507D">
            <w:pPr>
              <w:spacing w:after="0" w:line="240" w:lineRule="auto"/>
              <w:jc w:val="both"/>
              <w:rPr>
                <w:rFonts w:ascii="Arial" w:eastAsia="Times New Roman" w:hAnsi="Arial" w:cs="Arial"/>
                <w:sz w:val="16"/>
                <w:szCs w:val="16"/>
                <w:lang w:eastAsia="es-CO"/>
              </w:rPr>
            </w:pPr>
          </w:p>
          <w:p w14:paraId="7AD6DBFA" w14:textId="77777777" w:rsidR="000E3CC9" w:rsidRPr="008629E2" w:rsidRDefault="000E3CC9" w:rsidP="000E3CC9">
            <w:pPr>
              <w:spacing w:after="0" w:line="240" w:lineRule="auto"/>
              <w:jc w:val="both"/>
              <w:rPr>
                <w:rFonts w:ascii="Arial" w:eastAsia="Times New Roman" w:hAnsi="Arial" w:cs="Arial"/>
                <w:sz w:val="16"/>
                <w:szCs w:val="16"/>
                <w:lang w:eastAsia="es-CO"/>
              </w:rPr>
            </w:pPr>
            <w:r w:rsidRPr="008629E2">
              <w:rPr>
                <w:rFonts w:ascii="Arial" w:eastAsia="Times New Roman" w:hAnsi="Arial" w:cs="Arial"/>
                <w:sz w:val="16"/>
                <w:szCs w:val="16"/>
                <w:lang w:eastAsia="es-CO"/>
              </w:rPr>
              <w:t>De esta forma de acuerdo a la clasificación del oferente para verificación de su experiencia en el Registro Único de Proponentes en el código descrito en el cuadro anterior, el oferente deberá diligenciar y presentar junto con la propuesta el Formulario Experiencia del Proponente.</w:t>
            </w:r>
          </w:p>
          <w:p w14:paraId="1FC20C9E" w14:textId="77777777" w:rsidR="000E3CC9" w:rsidRPr="008629E2" w:rsidRDefault="000E3CC9" w:rsidP="000E3CC9">
            <w:pPr>
              <w:spacing w:after="0" w:line="240" w:lineRule="auto"/>
              <w:jc w:val="both"/>
              <w:rPr>
                <w:rFonts w:ascii="Arial" w:eastAsia="Times New Roman" w:hAnsi="Arial" w:cs="Arial"/>
                <w:sz w:val="16"/>
                <w:szCs w:val="16"/>
                <w:lang w:eastAsia="es-CO"/>
              </w:rPr>
            </w:pPr>
          </w:p>
          <w:p w14:paraId="726ADA8B" w14:textId="77777777" w:rsidR="000E3CC9" w:rsidRPr="008629E2" w:rsidRDefault="000E3CC9" w:rsidP="000E3CC9">
            <w:pPr>
              <w:spacing w:after="0" w:line="240" w:lineRule="auto"/>
              <w:jc w:val="both"/>
              <w:rPr>
                <w:rFonts w:ascii="Arial" w:eastAsia="Times New Roman" w:hAnsi="Arial" w:cs="Arial"/>
                <w:sz w:val="16"/>
                <w:szCs w:val="16"/>
                <w:lang w:eastAsia="es-CO"/>
              </w:rPr>
            </w:pPr>
            <w:r w:rsidRPr="008629E2">
              <w:rPr>
                <w:rFonts w:ascii="Arial" w:eastAsia="Times New Roman" w:hAnsi="Arial" w:cs="Arial"/>
                <w:sz w:val="16"/>
                <w:szCs w:val="16"/>
                <w:lang w:eastAsia="es-CO"/>
              </w:rPr>
              <w:t>En caso de que con los contratos en los cuales se pretenda demostrar experiencia que se haya ejecutado como consorcio o unión temporal, esta solo será tenida en cuenta hasta el valor del porcentaje (%) de participación del proponente.</w:t>
            </w:r>
          </w:p>
          <w:p w14:paraId="084EFBD6" w14:textId="77777777" w:rsidR="000E3CC9" w:rsidRPr="008629E2" w:rsidRDefault="000E3CC9" w:rsidP="000E3CC9">
            <w:pPr>
              <w:spacing w:after="0" w:line="240" w:lineRule="auto"/>
              <w:jc w:val="both"/>
              <w:rPr>
                <w:rFonts w:ascii="Arial" w:eastAsia="Times New Roman" w:hAnsi="Arial" w:cs="Arial"/>
                <w:sz w:val="16"/>
                <w:szCs w:val="16"/>
                <w:lang w:eastAsia="es-CO"/>
              </w:rPr>
            </w:pPr>
          </w:p>
          <w:p w14:paraId="5920059A" w14:textId="77777777" w:rsidR="000E3CC9" w:rsidRPr="008629E2" w:rsidRDefault="000E3CC9" w:rsidP="000E3CC9">
            <w:pPr>
              <w:spacing w:after="0" w:line="240" w:lineRule="auto"/>
              <w:jc w:val="both"/>
              <w:rPr>
                <w:rFonts w:ascii="Arial" w:eastAsia="Times New Roman" w:hAnsi="Arial" w:cs="Arial"/>
                <w:sz w:val="16"/>
                <w:szCs w:val="16"/>
                <w:lang w:eastAsia="es-CO"/>
              </w:rPr>
            </w:pPr>
            <w:r w:rsidRPr="008629E2">
              <w:rPr>
                <w:rFonts w:ascii="Arial" w:eastAsia="Times New Roman" w:hAnsi="Arial" w:cs="Arial"/>
                <w:sz w:val="16"/>
                <w:szCs w:val="16"/>
                <w:lang w:eastAsia="es-CO"/>
              </w:rPr>
              <w:t>Si se presenta propuesta por un proponente plural (Consorcio o Unión Temporal), la experiencia total exigida deberá estar identificada con el clasificador de bienes y servicios en el tercer nivel, de acuerdo a la codificación establecida en el cuadro anterior, y la misma será el resultado de la sumatoria de la experiencia de cada uno de sus integrantes, la cual en ningún momento podrá ser inferior a la exigida para el lote respectivo. No obstante, todos y cada uno de los miembros deberán aportar experiencia en los CÓDIGOS DE CLASIFICADOR DE BIENES Y SERVICIOS UNSPSC indicados para cada lote de acuerdo a lo establecido en el cuadro anterior.</w:t>
            </w:r>
          </w:p>
          <w:p w14:paraId="3C83BC03" w14:textId="77777777" w:rsidR="000E3CC9" w:rsidRPr="008629E2" w:rsidRDefault="000E3CC9" w:rsidP="000E3CC9">
            <w:pPr>
              <w:spacing w:after="0" w:line="240" w:lineRule="auto"/>
              <w:jc w:val="both"/>
              <w:rPr>
                <w:rFonts w:ascii="Arial" w:eastAsia="Times New Roman" w:hAnsi="Arial" w:cs="Arial"/>
                <w:sz w:val="16"/>
                <w:szCs w:val="16"/>
                <w:lang w:eastAsia="es-CO"/>
              </w:rPr>
            </w:pPr>
          </w:p>
          <w:p w14:paraId="24D09B7A" w14:textId="77777777" w:rsidR="000E3CC9" w:rsidRPr="008629E2" w:rsidRDefault="000E3CC9" w:rsidP="000E3CC9">
            <w:pPr>
              <w:spacing w:after="0" w:line="240" w:lineRule="auto"/>
              <w:jc w:val="both"/>
              <w:rPr>
                <w:rFonts w:ascii="Arial" w:eastAsia="Times New Roman" w:hAnsi="Arial" w:cs="Arial"/>
                <w:sz w:val="16"/>
                <w:szCs w:val="16"/>
                <w:lang w:eastAsia="es-CO"/>
              </w:rPr>
            </w:pPr>
            <w:r w:rsidRPr="008629E2">
              <w:rPr>
                <w:rFonts w:ascii="Arial" w:eastAsia="Times New Roman" w:hAnsi="Arial" w:cs="Arial"/>
                <w:sz w:val="16"/>
                <w:szCs w:val="16"/>
                <w:lang w:eastAsia="es-CO"/>
              </w:rPr>
              <w:t>Nota 1: Los proponentes extranjeros no obligados a estar registrados en el RUP, deben acreditar experiencia relacionada con el objeto del presente proceso, mediante la presentación de certificaciones (una certificación por contrato) junto con la oferta, expedidas por los contratantes cuya sumatoria de los contratos debe ser de igual o superior al 100% del valor del presupuesto oficial por cada lote en Colombia, en las cuales se acredite la celebración, ejecución y terminación de contratos con entidades públicas o privadas, y conste como mínimo la información que se indica a continuación:</w:t>
            </w:r>
          </w:p>
          <w:p w14:paraId="71E96FBC" w14:textId="77777777" w:rsidR="000E3CC9" w:rsidRPr="008629E2" w:rsidRDefault="000E3CC9" w:rsidP="000E3CC9">
            <w:pPr>
              <w:spacing w:after="0" w:line="240" w:lineRule="auto"/>
              <w:jc w:val="both"/>
              <w:rPr>
                <w:rFonts w:ascii="Arial" w:eastAsia="Times New Roman" w:hAnsi="Arial" w:cs="Arial"/>
                <w:sz w:val="16"/>
                <w:szCs w:val="16"/>
                <w:lang w:eastAsia="es-CO"/>
              </w:rPr>
            </w:pPr>
          </w:p>
          <w:p w14:paraId="2A57966D" w14:textId="77777777" w:rsidR="000E3CC9" w:rsidRPr="008629E2" w:rsidRDefault="000E3CC9" w:rsidP="000E3CC9">
            <w:pPr>
              <w:pStyle w:val="Prrafodelista"/>
              <w:numPr>
                <w:ilvl w:val="0"/>
                <w:numId w:val="21"/>
              </w:numPr>
              <w:ind w:left="317" w:hanging="284"/>
              <w:jc w:val="both"/>
              <w:rPr>
                <w:rFonts w:ascii="Arial" w:hAnsi="Arial" w:cs="Arial"/>
                <w:sz w:val="16"/>
                <w:szCs w:val="16"/>
                <w:lang w:eastAsia="es-CO"/>
              </w:rPr>
            </w:pPr>
            <w:r w:rsidRPr="008629E2">
              <w:rPr>
                <w:rFonts w:ascii="Arial" w:hAnsi="Arial" w:cs="Arial"/>
                <w:sz w:val="16"/>
                <w:szCs w:val="16"/>
                <w:lang w:eastAsia="es-CO"/>
              </w:rPr>
              <w:t>Nombre o razón social de la entidad o empresa que certifica, dirección y teléfono.</w:t>
            </w:r>
          </w:p>
          <w:p w14:paraId="12B22FA6" w14:textId="77777777" w:rsidR="000E3CC9" w:rsidRPr="008629E2" w:rsidRDefault="000E3CC9" w:rsidP="000E3CC9">
            <w:pPr>
              <w:pStyle w:val="Prrafodelista"/>
              <w:numPr>
                <w:ilvl w:val="0"/>
                <w:numId w:val="21"/>
              </w:numPr>
              <w:ind w:left="317" w:hanging="284"/>
              <w:jc w:val="both"/>
              <w:rPr>
                <w:rFonts w:ascii="Arial" w:hAnsi="Arial" w:cs="Arial"/>
                <w:sz w:val="16"/>
                <w:szCs w:val="16"/>
                <w:lang w:eastAsia="es-CO"/>
              </w:rPr>
            </w:pPr>
            <w:r w:rsidRPr="008629E2">
              <w:rPr>
                <w:rFonts w:ascii="Arial" w:hAnsi="Arial" w:cs="Arial"/>
                <w:sz w:val="16"/>
                <w:szCs w:val="16"/>
                <w:lang w:eastAsia="es-CO"/>
              </w:rPr>
              <w:t>Nombre y cargo de la persona que expide la certificación y datos de contacto.</w:t>
            </w:r>
          </w:p>
          <w:p w14:paraId="39A3E9B0" w14:textId="77777777" w:rsidR="000E3CC9" w:rsidRPr="008629E2" w:rsidRDefault="000E3CC9" w:rsidP="000E3CC9">
            <w:pPr>
              <w:pStyle w:val="Prrafodelista"/>
              <w:numPr>
                <w:ilvl w:val="0"/>
                <w:numId w:val="21"/>
              </w:numPr>
              <w:ind w:left="317" w:hanging="284"/>
              <w:jc w:val="both"/>
              <w:rPr>
                <w:rFonts w:ascii="Arial" w:hAnsi="Arial" w:cs="Arial"/>
                <w:sz w:val="16"/>
                <w:szCs w:val="16"/>
                <w:lang w:eastAsia="es-CO"/>
              </w:rPr>
            </w:pPr>
            <w:r w:rsidRPr="008629E2">
              <w:rPr>
                <w:rFonts w:ascii="Arial" w:hAnsi="Arial" w:cs="Arial"/>
                <w:sz w:val="16"/>
                <w:szCs w:val="16"/>
                <w:lang w:eastAsia="es-CO"/>
              </w:rPr>
              <w:t>Nombre del contratista</w:t>
            </w:r>
          </w:p>
          <w:p w14:paraId="51336D09" w14:textId="77777777" w:rsidR="000E3CC9" w:rsidRPr="008629E2" w:rsidRDefault="000E3CC9" w:rsidP="000E3CC9">
            <w:pPr>
              <w:pStyle w:val="Prrafodelista"/>
              <w:numPr>
                <w:ilvl w:val="0"/>
                <w:numId w:val="21"/>
              </w:numPr>
              <w:ind w:left="317" w:hanging="284"/>
              <w:jc w:val="both"/>
              <w:rPr>
                <w:rFonts w:ascii="Arial" w:hAnsi="Arial" w:cs="Arial"/>
                <w:sz w:val="16"/>
                <w:szCs w:val="16"/>
                <w:lang w:eastAsia="es-CO"/>
              </w:rPr>
            </w:pPr>
            <w:r w:rsidRPr="008629E2">
              <w:rPr>
                <w:rFonts w:ascii="Arial" w:hAnsi="Arial" w:cs="Arial"/>
                <w:sz w:val="16"/>
                <w:szCs w:val="16"/>
                <w:lang w:eastAsia="es-CO"/>
              </w:rPr>
              <w:t>Número y fecha del contrato.</w:t>
            </w:r>
          </w:p>
          <w:p w14:paraId="17C688C6" w14:textId="77777777" w:rsidR="000E3CC9" w:rsidRPr="008629E2" w:rsidRDefault="000E3CC9" w:rsidP="000E3CC9">
            <w:pPr>
              <w:pStyle w:val="Prrafodelista"/>
              <w:numPr>
                <w:ilvl w:val="0"/>
                <w:numId w:val="21"/>
              </w:numPr>
              <w:ind w:left="317" w:hanging="284"/>
              <w:jc w:val="both"/>
              <w:rPr>
                <w:rFonts w:ascii="Arial" w:hAnsi="Arial" w:cs="Arial"/>
                <w:sz w:val="16"/>
                <w:szCs w:val="16"/>
                <w:lang w:eastAsia="es-CO"/>
              </w:rPr>
            </w:pPr>
            <w:r w:rsidRPr="008629E2">
              <w:rPr>
                <w:rFonts w:ascii="Arial" w:hAnsi="Arial" w:cs="Arial"/>
                <w:sz w:val="16"/>
                <w:szCs w:val="16"/>
                <w:lang w:eastAsia="es-CO"/>
              </w:rPr>
              <w:t>Objeto del contrato</w:t>
            </w:r>
          </w:p>
          <w:p w14:paraId="2179F3E8" w14:textId="77777777" w:rsidR="000E3CC9" w:rsidRPr="008629E2" w:rsidRDefault="000E3CC9" w:rsidP="000E3CC9">
            <w:pPr>
              <w:pStyle w:val="Prrafodelista"/>
              <w:numPr>
                <w:ilvl w:val="0"/>
                <w:numId w:val="21"/>
              </w:numPr>
              <w:ind w:left="317" w:hanging="284"/>
              <w:jc w:val="both"/>
              <w:rPr>
                <w:rFonts w:ascii="Arial" w:hAnsi="Arial" w:cs="Arial"/>
                <w:sz w:val="16"/>
                <w:szCs w:val="16"/>
                <w:lang w:eastAsia="es-CO"/>
              </w:rPr>
            </w:pPr>
            <w:r w:rsidRPr="008629E2">
              <w:rPr>
                <w:rFonts w:ascii="Arial" w:hAnsi="Arial" w:cs="Arial"/>
                <w:sz w:val="16"/>
                <w:szCs w:val="16"/>
                <w:lang w:eastAsia="es-CO"/>
              </w:rPr>
              <w:t>Fecha de terminación: estos contratos deberán estar terminados antes de la fecha de cierre del presente proceso.</w:t>
            </w:r>
          </w:p>
          <w:p w14:paraId="60C6A251" w14:textId="77777777" w:rsidR="000E3CC9" w:rsidRPr="008629E2" w:rsidRDefault="000E3CC9" w:rsidP="000E3CC9">
            <w:pPr>
              <w:pStyle w:val="Prrafodelista"/>
              <w:numPr>
                <w:ilvl w:val="0"/>
                <w:numId w:val="21"/>
              </w:numPr>
              <w:ind w:left="317" w:hanging="284"/>
              <w:jc w:val="both"/>
              <w:rPr>
                <w:rFonts w:ascii="Arial" w:hAnsi="Arial" w:cs="Arial"/>
                <w:sz w:val="16"/>
                <w:szCs w:val="16"/>
                <w:lang w:eastAsia="es-CO"/>
              </w:rPr>
            </w:pPr>
            <w:r w:rsidRPr="008629E2">
              <w:rPr>
                <w:rFonts w:ascii="Arial" w:hAnsi="Arial" w:cs="Arial"/>
                <w:sz w:val="16"/>
                <w:szCs w:val="16"/>
                <w:lang w:eastAsia="es-CO"/>
              </w:rPr>
              <w:t>Valor del contrato.</w:t>
            </w:r>
          </w:p>
          <w:p w14:paraId="03C63936" w14:textId="39071BEA" w:rsidR="000E3CC9" w:rsidRPr="008629E2" w:rsidRDefault="000E3CC9" w:rsidP="000E3CC9">
            <w:pPr>
              <w:pStyle w:val="Prrafodelista"/>
              <w:numPr>
                <w:ilvl w:val="0"/>
                <w:numId w:val="21"/>
              </w:numPr>
              <w:ind w:left="317" w:hanging="284"/>
              <w:jc w:val="both"/>
              <w:rPr>
                <w:rFonts w:ascii="Arial" w:hAnsi="Arial" w:cs="Arial"/>
                <w:sz w:val="16"/>
                <w:szCs w:val="16"/>
                <w:lang w:eastAsia="es-CO"/>
              </w:rPr>
            </w:pPr>
            <w:r w:rsidRPr="008629E2">
              <w:rPr>
                <w:rFonts w:ascii="Arial" w:hAnsi="Arial" w:cs="Arial"/>
                <w:sz w:val="16"/>
                <w:szCs w:val="16"/>
                <w:lang w:eastAsia="es-CO"/>
              </w:rPr>
              <w:t>Calificación del cumplimiento del contrato: la entidad contratante debe certificar que el objeto del contrato se cumplió a cabalidad.</w:t>
            </w:r>
          </w:p>
          <w:p w14:paraId="668D6D95" w14:textId="77777777" w:rsidR="000E3CC9" w:rsidRPr="008629E2" w:rsidRDefault="000E3CC9" w:rsidP="000E3CC9">
            <w:pPr>
              <w:spacing w:after="0" w:line="240" w:lineRule="auto"/>
              <w:jc w:val="both"/>
              <w:rPr>
                <w:rFonts w:ascii="Arial" w:eastAsia="Times New Roman" w:hAnsi="Arial" w:cs="Arial"/>
                <w:sz w:val="16"/>
                <w:szCs w:val="16"/>
                <w:lang w:eastAsia="es-CO"/>
              </w:rPr>
            </w:pPr>
          </w:p>
          <w:p w14:paraId="5AB1EA55" w14:textId="77777777" w:rsidR="000E3CC9" w:rsidRPr="008629E2" w:rsidRDefault="000E3CC9" w:rsidP="000E3CC9">
            <w:pPr>
              <w:spacing w:after="0" w:line="240" w:lineRule="auto"/>
              <w:jc w:val="both"/>
              <w:rPr>
                <w:rFonts w:ascii="Arial" w:eastAsia="Times New Roman" w:hAnsi="Arial" w:cs="Arial"/>
                <w:sz w:val="16"/>
                <w:szCs w:val="16"/>
                <w:lang w:eastAsia="es-CO"/>
              </w:rPr>
            </w:pPr>
            <w:r w:rsidRPr="008629E2">
              <w:rPr>
                <w:rFonts w:ascii="Arial" w:eastAsia="Times New Roman" w:hAnsi="Arial" w:cs="Arial"/>
                <w:sz w:val="16"/>
                <w:szCs w:val="16"/>
                <w:lang w:eastAsia="es-CO"/>
              </w:rPr>
              <w:t>Nota 2: 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7677ACB9" w14:textId="77777777" w:rsidR="000E3CC9" w:rsidRPr="008629E2" w:rsidRDefault="000E3CC9" w:rsidP="000E3CC9">
            <w:pPr>
              <w:spacing w:after="0" w:line="240" w:lineRule="auto"/>
              <w:jc w:val="both"/>
              <w:rPr>
                <w:rFonts w:ascii="Arial" w:eastAsia="Times New Roman" w:hAnsi="Arial" w:cs="Arial"/>
                <w:sz w:val="16"/>
                <w:szCs w:val="16"/>
                <w:lang w:eastAsia="es-CO"/>
              </w:rPr>
            </w:pPr>
          </w:p>
          <w:p w14:paraId="682A19FC" w14:textId="77777777" w:rsidR="000E3CC9" w:rsidRPr="008629E2" w:rsidRDefault="000E3CC9" w:rsidP="000E3CC9">
            <w:pPr>
              <w:spacing w:after="0" w:line="240" w:lineRule="auto"/>
              <w:jc w:val="both"/>
              <w:rPr>
                <w:rFonts w:ascii="Arial" w:eastAsia="Times New Roman" w:hAnsi="Arial" w:cs="Arial"/>
                <w:sz w:val="16"/>
                <w:szCs w:val="16"/>
                <w:lang w:eastAsia="es-CO"/>
              </w:rPr>
            </w:pPr>
            <w:r w:rsidRPr="008629E2">
              <w:rPr>
                <w:rFonts w:ascii="Arial" w:eastAsia="Times New Roman" w:hAnsi="Arial" w:cs="Arial"/>
                <w:sz w:val="16"/>
                <w:szCs w:val="16"/>
                <w:lang w:eastAsia="es-CO"/>
              </w:rPr>
              <w:t>Los contratos certificados para el oferente extranjero sin domicilio o sucursal en Colombia, deberán registrar experiencia en el clasificador UNSPSC y debe estar relacionada en los formularios “clasificación proponente extranjero” y el Formulario Certificación de Contratos Para Acreditación de Experiencia Proponente Extranjero Sin Sucursal o Domicilio En Colombia.” los cuales deben ser allegados junto con la propuesta.</w:t>
            </w:r>
          </w:p>
          <w:p w14:paraId="3233BE3A" w14:textId="77777777" w:rsidR="000E3CC9" w:rsidRPr="008629E2" w:rsidRDefault="000E3CC9" w:rsidP="000E3CC9">
            <w:pPr>
              <w:spacing w:after="0" w:line="240" w:lineRule="auto"/>
              <w:jc w:val="both"/>
              <w:rPr>
                <w:rFonts w:ascii="Arial" w:eastAsia="Times New Roman" w:hAnsi="Arial" w:cs="Arial"/>
                <w:sz w:val="16"/>
                <w:szCs w:val="16"/>
                <w:lang w:eastAsia="es-CO"/>
              </w:rPr>
            </w:pPr>
          </w:p>
          <w:p w14:paraId="06157D35" w14:textId="77777777" w:rsidR="000E3CC9" w:rsidRPr="008629E2" w:rsidRDefault="000E3CC9" w:rsidP="000E3CC9">
            <w:pPr>
              <w:spacing w:after="0" w:line="240" w:lineRule="auto"/>
              <w:jc w:val="both"/>
              <w:rPr>
                <w:rFonts w:ascii="Arial" w:eastAsia="Times New Roman" w:hAnsi="Arial" w:cs="Arial"/>
                <w:sz w:val="16"/>
                <w:szCs w:val="16"/>
                <w:lang w:eastAsia="es-CO"/>
              </w:rPr>
            </w:pPr>
            <w:r w:rsidRPr="008629E2">
              <w:rPr>
                <w:rFonts w:ascii="Arial" w:eastAsia="Times New Roman" w:hAnsi="Arial" w:cs="Arial"/>
                <w:sz w:val="16"/>
                <w:szCs w:val="16"/>
                <w:lang w:eastAsia="es-CO"/>
              </w:rPr>
              <w:t xml:space="preserve">Nota 3: De conformidad con el artículo 5 de la Ley 1882 de 2018, la experiencia que acrediten los proponentes podrá provenir de contratos celebrados y ejecutados con entidades o personas públicas y/o privadas. </w:t>
            </w:r>
          </w:p>
          <w:p w14:paraId="01710E55" w14:textId="77777777" w:rsidR="000E3CC9" w:rsidRPr="008629E2" w:rsidRDefault="000E3CC9" w:rsidP="000E3CC9">
            <w:pPr>
              <w:spacing w:after="0" w:line="240" w:lineRule="auto"/>
              <w:jc w:val="both"/>
              <w:rPr>
                <w:rFonts w:ascii="Arial" w:eastAsia="Times New Roman" w:hAnsi="Arial" w:cs="Arial"/>
                <w:sz w:val="16"/>
                <w:szCs w:val="16"/>
                <w:lang w:eastAsia="es-CO"/>
              </w:rPr>
            </w:pPr>
            <w:r w:rsidRPr="008629E2">
              <w:rPr>
                <w:rFonts w:ascii="Arial" w:eastAsia="Times New Roman" w:hAnsi="Arial" w:cs="Arial"/>
                <w:sz w:val="16"/>
                <w:szCs w:val="16"/>
                <w:lang w:eastAsia="es-CO"/>
              </w:rPr>
              <w:t>Nota 4: El certificado constituye plena prueba respecto de la información verificada documentalmente y cuyo registro se encuentre en firme; firmeza que se produce diez (10) días hábiles después de su publicación en el Registro Único Empresarial (RUE) de conformidad con el artículo 221 del Decreto Ley 019 de 2012.</w:t>
            </w:r>
          </w:p>
          <w:p w14:paraId="693F8F92" w14:textId="77777777" w:rsidR="000E3CC9" w:rsidRPr="008629E2" w:rsidRDefault="000E3CC9" w:rsidP="000E3CC9">
            <w:pPr>
              <w:spacing w:after="0" w:line="240" w:lineRule="auto"/>
              <w:jc w:val="both"/>
              <w:rPr>
                <w:rFonts w:ascii="Arial" w:eastAsia="Times New Roman" w:hAnsi="Arial" w:cs="Arial"/>
                <w:sz w:val="16"/>
                <w:szCs w:val="16"/>
                <w:lang w:eastAsia="es-CO"/>
              </w:rPr>
            </w:pPr>
          </w:p>
          <w:p w14:paraId="7E6C83C3" w14:textId="4673B2D3" w:rsidR="00AE259B" w:rsidRPr="008629E2" w:rsidRDefault="000E3CC9" w:rsidP="000E3CC9">
            <w:pPr>
              <w:spacing w:after="0" w:line="240" w:lineRule="auto"/>
              <w:jc w:val="both"/>
              <w:rPr>
                <w:rFonts w:ascii="Arial" w:eastAsia="Times New Roman" w:hAnsi="Arial" w:cs="Arial"/>
                <w:sz w:val="16"/>
                <w:szCs w:val="16"/>
                <w:lang w:eastAsia="es-CO"/>
              </w:rPr>
            </w:pPr>
            <w:r w:rsidRPr="008629E2">
              <w:rPr>
                <w:rFonts w:ascii="Arial" w:eastAsia="Times New Roman" w:hAnsi="Arial" w:cs="Arial"/>
                <w:sz w:val="16"/>
                <w:szCs w:val="16"/>
                <w:lang w:eastAsia="es-CO"/>
              </w:rPr>
              <w:t>Nota 5: La experiencia será verificada y evaluada como requisito habilitante por parte del comité técnico evaluador.</w:t>
            </w:r>
          </w:p>
        </w:tc>
        <w:tc>
          <w:tcPr>
            <w:tcW w:w="1007" w:type="dxa"/>
          </w:tcPr>
          <w:p w14:paraId="2407CB19" w14:textId="77777777" w:rsidR="00C92B30" w:rsidRPr="008629E2" w:rsidRDefault="00C92B30" w:rsidP="0055507D">
            <w:pPr>
              <w:pStyle w:val="Default"/>
              <w:jc w:val="both"/>
              <w:rPr>
                <w:rFonts w:ascii="Arial" w:hAnsi="Arial" w:cs="Arial"/>
                <w:b/>
                <w:bCs/>
                <w:sz w:val="16"/>
                <w:szCs w:val="16"/>
              </w:rPr>
            </w:pPr>
          </w:p>
        </w:tc>
        <w:tc>
          <w:tcPr>
            <w:tcW w:w="992" w:type="dxa"/>
          </w:tcPr>
          <w:p w14:paraId="5A075047" w14:textId="77777777" w:rsidR="00C92B30" w:rsidRPr="008629E2" w:rsidRDefault="00C92B30" w:rsidP="0055507D">
            <w:pPr>
              <w:pStyle w:val="Default"/>
              <w:jc w:val="both"/>
              <w:rPr>
                <w:rFonts w:ascii="Arial" w:hAnsi="Arial" w:cs="Arial"/>
                <w:b/>
                <w:bCs/>
                <w:sz w:val="16"/>
                <w:szCs w:val="16"/>
              </w:rPr>
            </w:pPr>
          </w:p>
        </w:tc>
      </w:tr>
      <w:tr w:rsidR="00C92B30" w:rsidRPr="008629E2" w14:paraId="528AAB97" w14:textId="77777777" w:rsidTr="00C92B30">
        <w:trPr>
          <w:trHeight w:val="143"/>
          <w:jc w:val="center"/>
        </w:trPr>
        <w:tc>
          <w:tcPr>
            <w:tcW w:w="562" w:type="dxa"/>
            <w:vAlign w:val="center"/>
          </w:tcPr>
          <w:p w14:paraId="3687A053" w14:textId="77777777" w:rsidR="00C92B30" w:rsidRPr="008629E2" w:rsidRDefault="00C92B30" w:rsidP="0055507D">
            <w:pPr>
              <w:pStyle w:val="Textoindependiente2"/>
              <w:tabs>
                <w:tab w:val="left" w:pos="1980"/>
              </w:tabs>
              <w:spacing w:after="0" w:line="240" w:lineRule="auto"/>
              <w:jc w:val="center"/>
              <w:rPr>
                <w:rFonts w:ascii="Arial" w:hAnsi="Arial" w:cs="Arial"/>
                <w:color w:val="000000" w:themeColor="text1"/>
                <w:sz w:val="16"/>
                <w:szCs w:val="16"/>
                <w:lang w:eastAsia="es-CO"/>
              </w:rPr>
            </w:pPr>
            <w:r w:rsidRPr="008629E2">
              <w:rPr>
                <w:rFonts w:ascii="Arial" w:hAnsi="Arial" w:cs="Arial"/>
                <w:color w:val="000000" w:themeColor="text1"/>
                <w:sz w:val="16"/>
                <w:szCs w:val="16"/>
                <w:lang w:eastAsia="es-CO"/>
              </w:rPr>
              <w:lastRenderedPageBreak/>
              <w:t>2</w:t>
            </w:r>
          </w:p>
        </w:tc>
        <w:tc>
          <w:tcPr>
            <w:tcW w:w="7958" w:type="dxa"/>
            <w:vAlign w:val="center"/>
          </w:tcPr>
          <w:p w14:paraId="0C1E5E88" w14:textId="77777777" w:rsidR="00C92B30" w:rsidRPr="008629E2" w:rsidRDefault="00C92B30" w:rsidP="0055507D">
            <w:pPr>
              <w:pStyle w:val="Default"/>
              <w:jc w:val="both"/>
              <w:rPr>
                <w:rFonts w:ascii="Arial" w:hAnsi="Arial" w:cs="Arial"/>
                <w:b/>
                <w:bCs/>
                <w:sz w:val="16"/>
                <w:szCs w:val="16"/>
              </w:rPr>
            </w:pPr>
            <w:r w:rsidRPr="008629E2">
              <w:rPr>
                <w:rFonts w:ascii="Arial" w:hAnsi="Arial" w:cs="Arial"/>
                <w:b/>
                <w:bCs/>
                <w:sz w:val="16"/>
                <w:szCs w:val="16"/>
              </w:rPr>
              <w:t>EXPERIENCIA DEL PERSONAL</w:t>
            </w:r>
          </w:p>
          <w:p w14:paraId="041D3ABC" w14:textId="77777777" w:rsidR="00C92B30" w:rsidRPr="008629E2" w:rsidRDefault="00C92B30" w:rsidP="0055507D">
            <w:pPr>
              <w:pStyle w:val="Default"/>
              <w:jc w:val="both"/>
              <w:rPr>
                <w:rFonts w:ascii="Arial" w:hAnsi="Arial" w:cs="Arial"/>
                <w:b/>
                <w:bCs/>
                <w:sz w:val="16"/>
                <w:szCs w:val="16"/>
              </w:rPr>
            </w:pPr>
          </w:p>
          <w:p w14:paraId="70630208" w14:textId="77777777" w:rsidR="00C92B30" w:rsidRPr="008629E2" w:rsidRDefault="00C92B30" w:rsidP="0055507D">
            <w:pPr>
              <w:pStyle w:val="Default"/>
              <w:jc w:val="both"/>
              <w:rPr>
                <w:rFonts w:ascii="Arial" w:hAnsi="Arial" w:cs="Arial"/>
                <w:sz w:val="16"/>
                <w:szCs w:val="16"/>
              </w:rPr>
            </w:pPr>
            <w:r w:rsidRPr="008629E2">
              <w:rPr>
                <w:rFonts w:ascii="Arial" w:hAnsi="Arial" w:cs="Arial"/>
                <w:sz w:val="16"/>
                <w:szCs w:val="16"/>
              </w:rPr>
              <w:t xml:space="preserve">Es importante para la entidad conocer que cada uno de los profesionales que integran el grupo de trabajo, los cuales estarán al frente de la ejecución de cada una de las actividades a ejecutar, cuente con la experiencia especifica suficiente que garantice la calidad de la instalación y configuración de los equipos y el cumplimiento de las especificaciones técnicas. </w:t>
            </w:r>
          </w:p>
          <w:p w14:paraId="2151CE8A" w14:textId="77777777" w:rsidR="00C92B30" w:rsidRPr="008629E2" w:rsidRDefault="00C92B30" w:rsidP="0055507D">
            <w:pPr>
              <w:pStyle w:val="Default"/>
              <w:jc w:val="both"/>
              <w:rPr>
                <w:rFonts w:ascii="Arial" w:hAnsi="Arial" w:cs="Arial"/>
                <w:sz w:val="16"/>
                <w:szCs w:val="16"/>
              </w:rPr>
            </w:pPr>
          </w:p>
          <w:p w14:paraId="5A6D51AF" w14:textId="77777777" w:rsidR="00C92B30" w:rsidRPr="008629E2" w:rsidRDefault="00C92B30" w:rsidP="0055507D">
            <w:pPr>
              <w:pStyle w:val="Default"/>
              <w:jc w:val="both"/>
              <w:rPr>
                <w:rFonts w:ascii="Arial" w:hAnsi="Arial" w:cs="Arial"/>
                <w:sz w:val="16"/>
                <w:szCs w:val="16"/>
              </w:rPr>
            </w:pPr>
            <w:r w:rsidRPr="008629E2">
              <w:rPr>
                <w:rFonts w:ascii="Arial" w:hAnsi="Arial" w:cs="Arial"/>
                <w:sz w:val="16"/>
                <w:szCs w:val="16"/>
              </w:rPr>
              <w:t>El personal mínimo requerido de trabajo que deberá proveer el contratista para el desarrollo de las actividades descritas en el presente proceso será el siguiente:</w:t>
            </w:r>
          </w:p>
          <w:p w14:paraId="2EE38057" w14:textId="77777777" w:rsidR="00C92B30" w:rsidRPr="008629E2" w:rsidRDefault="00C92B30" w:rsidP="0055507D">
            <w:pPr>
              <w:pStyle w:val="Default"/>
              <w:jc w:val="both"/>
              <w:rPr>
                <w:rFonts w:ascii="Arial" w:hAnsi="Arial" w:cs="Arial"/>
                <w:sz w:val="16"/>
                <w:szCs w:val="16"/>
              </w:rPr>
            </w:pPr>
          </w:p>
          <w:p w14:paraId="68BF544F" w14:textId="77777777" w:rsidR="00C92B30" w:rsidRPr="008629E2" w:rsidRDefault="00C92B30" w:rsidP="0055507D">
            <w:pPr>
              <w:pStyle w:val="Default"/>
              <w:jc w:val="center"/>
              <w:rPr>
                <w:rFonts w:ascii="Arial" w:hAnsi="Arial" w:cs="Arial"/>
                <w:sz w:val="16"/>
                <w:szCs w:val="16"/>
                <w:u w:val="single"/>
              </w:rPr>
            </w:pPr>
            <w:r w:rsidRPr="008629E2">
              <w:rPr>
                <w:rFonts w:ascii="Arial" w:hAnsi="Arial" w:cs="Arial"/>
                <w:sz w:val="16"/>
                <w:szCs w:val="16"/>
                <w:u w:val="single"/>
              </w:rPr>
              <w:t>Personal Requerido y Experiencia del Mismo</w:t>
            </w:r>
          </w:p>
          <w:p w14:paraId="0F123837" w14:textId="77777777" w:rsidR="00C92B30" w:rsidRPr="008629E2" w:rsidRDefault="00C92B30" w:rsidP="0055507D">
            <w:pPr>
              <w:pStyle w:val="Default"/>
              <w:jc w:val="both"/>
              <w:rPr>
                <w:rFonts w:ascii="Arial" w:hAnsi="Arial" w:cs="Arial"/>
                <w:b/>
                <w:bCs/>
                <w:sz w:val="16"/>
                <w:szCs w:val="16"/>
              </w:rPr>
            </w:pPr>
          </w:p>
          <w:tbl>
            <w:tblPr>
              <w:tblStyle w:val="TableNormal"/>
              <w:tblW w:w="74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6"/>
              <w:gridCol w:w="1134"/>
              <w:gridCol w:w="3855"/>
              <w:gridCol w:w="1464"/>
              <w:gridCol w:w="694"/>
            </w:tblGrid>
            <w:tr w:rsidR="00C92B30" w:rsidRPr="00240D91" w14:paraId="4C5DF271" w14:textId="77777777" w:rsidTr="00AC29BC">
              <w:trPr>
                <w:trHeight w:val="218"/>
                <w:jc w:val="center"/>
              </w:trPr>
              <w:tc>
                <w:tcPr>
                  <w:tcW w:w="336" w:type="dxa"/>
                  <w:vMerge w:val="restart"/>
                  <w:tcBorders>
                    <w:left w:val="single" w:sz="2" w:space="0" w:color="000000"/>
                  </w:tcBorders>
                  <w:shd w:val="clear" w:color="auto" w:fill="BCBCBC"/>
                  <w:vAlign w:val="center"/>
                </w:tcPr>
                <w:p w14:paraId="49033D78" w14:textId="77777777" w:rsidR="00C92B30" w:rsidRPr="00240D91" w:rsidRDefault="00C92B30" w:rsidP="0055507D">
                  <w:pPr>
                    <w:pStyle w:val="TableParagraph"/>
                    <w:jc w:val="center"/>
                    <w:rPr>
                      <w:rFonts w:ascii="Arial" w:hAnsi="Arial" w:cs="Arial"/>
                      <w:b/>
                      <w:sz w:val="14"/>
                      <w:szCs w:val="14"/>
                      <w:lang w:val="es-CO"/>
                    </w:rPr>
                  </w:pPr>
                  <w:r w:rsidRPr="00240D91">
                    <w:rPr>
                      <w:rFonts w:ascii="Arial" w:hAnsi="Arial" w:cs="Arial"/>
                      <w:b/>
                      <w:sz w:val="14"/>
                      <w:szCs w:val="14"/>
                      <w:lang w:val="es-CO"/>
                    </w:rPr>
                    <w:t>ITEM</w:t>
                  </w:r>
                </w:p>
              </w:tc>
              <w:tc>
                <w:tcPr>
                  <w:tcW w:w="4989" w:type="dxa"/>
                  <w:gridSpan w:val="2"/>
                  <w:shd w:val="clear" w:color="auto" w:fill="BCBCBC"/>
                  <w:vAlign w:val="center"/>
                </w:tcPr>
                <w:p w14:paraId="1C59F3DF" w14:textId="77777777" w:rsidR="00C92B30" w:rsidRPr="00240D91" w:rsidRDefault="00C92B30" w:rsidP="0055507D">
                  <w:pPr>
                    <w:jc w:val="center"/>
                    <w:rPr>
                      <w:rFonts w:ascii="Arial" w:hAnsi="Arial" w:cs="Arial"/>
                      <w:b/>
                      <w:bCs/>
                      <w:sz w:val="14"/>
                      <w:szCs w:val="14"/>
                      <w:lang w:val="es-CO"/>
                    </w:rPr>
                  </w:pPr>
                  <w:r w:rsidRPr="00240D91">
                    <w:rPr>
                      <w:rFonts w:ascii="Arial" w:hAnsi="Arial" w:cs="Arial"/>
                      <w:b/>
                      <w:bCs/>
                      <w:sz w:val="14"/>
                      <w:szCs w:val="14"/>
                      <w:lang w:val="es-CO"/>
                    </w:rPr>
                    <w:t>DESCRIPCION</w:t>
                  </w:r>
                </w:p>
              </w:tc>
              <w:tc>
                <w:tcPr>
                  <w:tcW w:w="2158" w:type="dxa"/>
                  <w:gridSpan w:val="2"/>
                  <w:shd w:val="clear" w:color="auto" w:fill="BCBCBC"/>
                </w:tcPr>
                <w:p w14:paraId="41ED6C3B" w14:textId="77777777" w:rsidR="00C92B30" w:rsidRPr="00240D91" w:rsidRDefault="00C92B30" w:rsidP="0055507D">
                  <w:pPr>
                    <w:jc w:val="center"/>
                    <w:rPr>
                      <w:rFonts w:ascii="Arial" w:hAnsi="Arial" w:cs="Arial"/>
                      <w:b/>
                      <w:bCs/>
                      <w:sz w:val="14"/>
                      <w:szCs w:val="14"/>
                      <w:lang w:val="es-CO"/>
                    </w:rPr>
                  </w:pPr>
                  <w:r w:rsidRPr="00240D91">
                    <w:rPr>
                      <w:rFonts w:ascii="Arial" w:hAnsi="Arial" w:cs="Arial"/>
                      <w:b/>
                      <w:bCs/>
                      <w:sz w:val="14"/>
                      <w:szCs w:val="14"/>
                      <w:lang w:val="es-CO"/>
                    </w:rPr>
                    <w:t>EXPERIENCIA</w:t>
                  </w:r>
                </w:p>
              </w:tc>
            </w:tr>
            <w:tr w:rsidR="00C92B30" w:rsidRPr="00240D91" w14:paraId="19B40F5B" w14:textId="77777777" w:rsidTr="00AC29BC">
              <w:trPr>
                <w:trHeight w:val="218"/>
                <w:jc w:val="center"/>
              </w:trPr>
              <w:tc>
                <w:tcPr>
                  <w:tcW w:w="336" w:type="dxa"/>
                  <w:vMerge/>
                  <w:tcBorders>
                    <w:left w:val="single" w:sz="2" w:space="0" w:color="000000"/>
                  </w:tcBorders>
                  <w:shd w:val="clear" w:color="auto" w:fill="BCBCBC"/>
                  <w:vAlign w:val="center"/>
                </w:tcPr>
                <w:p w14:paraId="4B2ABF2D" w14:textId="77777777" w:rsidR="00C92B30" w:rsidRPr="00240D91" w:rsidRDefault="00C92B30" w:rsidP="0055507D">
                  <w:pPr>
                    <w:pStyle w:val="TableParagraph"/>
                    <w:ind w:left="232" w:right="228"/>
                    <w:jc w:val="center"/>
                    <w:rPr>
                      <w:rFonts w:ascii="Arial" w:hAnsi="Arial" w:cs="Arial"/>
                      <w:b/>
                      <w:sz w:val="14"/>
                      <w:szCs w:val="14"/>
                      <w:lang w:val="es-CO"/>
                    </w:rPr>
                  </w:pPr>
                </w:p>
              </w:tc>
              <w:tc>
                <w:tcPr>
                  <w:tcW w:w="4989" w:type="dxa"/>
                  <w:gridSpan w:val="2"/>
                  <w:shd w:val="clear" w:color="auto" w:fill="BCBCBC"/>
                  <w:vAlign w:val="center"/>
                </w:tcPr>
                <w:p w14:paraId="41F5114A" w14:textId="77777777" w:rsidR="00C92B30" w:rsidRPr="00240D91" w:rsidRDefault="00C92B30" w:rsidP="0055507D">
                  <w:pPr>
                    <w:jc w:val="center"/>
                    <w:rPr>
                      <w:rFonts w:ascii="Arial" w:hAnsi="Arial" w:cs="Arial"/>
                      <w:b/>
                      <w:bCs/>
                      <w:sz w:val="14"/>
                      <w:szCs w:val="14"/>
                      <w:lang w:val="es-CO"/>
                    </w:rPr>
                  </w:pPr>
                  <w:r w:rsidRPr="00240D91">
                    <w:rPr>
                      <w:rFonts w:ascii="Arial" w:hAnsi="Arial" w:cs="Arial"/>
                      <w:b/>
                      <w:bCs/>
                      <w:sz w:val="14"/>
                      <w:szCs w:val="14"/>
                      <w:lang w:val="es-CO"/>
                    </w:rPr>
                    <w:t>PERFIL/FORMACION ACADEMICA</w:t>
                  </w:r>
                </w:p>
              </w:tc>
              <w:tc>
                <w:tcPr>
                  <w:tcW w:w="1464" w:type="dxa"/>
                  <w:shd w:val="clear" w:color="auto" w:fill="BCBCBC"/>
                </w:tcPr>
                <w:p w14:paraId="71A52BF5" w14:textId="77777777" w:rsidR="00C92B30" w:rsidRPr="00240D91" w:rsidRDefault="00C92B30" w:rsidP="0055507D">
                  <w:pPr>
                    <w:jc w:val="center"/>
                    <w:rPr>
                      <w:rFonts w:ascii="Arial" w:hAnsi="Arial" w:cs="Arial"/>
                      <w:b/>
                      <w:bCs/>
                      <w:sz w:val="14"/>
                      <w:szCs w:val="14"/>
                    </w:rPr>
                  </w:pPr>
                  <w:r w:rsidRPr="00240D91">
                    <w:rPr>
                      <w:rFonts w:ascii="Arial" w:hAnsi="Arial" w:cs="Arial"/>
                      <w:b/>
                      <w:bCs/>
                      <w:sz w:val="14"/>
                      <w:szCs w:val="14"/>
                    </w:rPr>
                    <w:t>ESPECIFICA</w:t>
                  </w:r>
                </w:p>
              </w:tc>
              <w:tc>
                <w:tcPr>
                  <w:tcW w:w="694" w:type="dxa"/>
                  <w:tcBorders>
                    <w:top w:val="single" w:sz="4" w:space="0" w:color="auto"/>
                  </w:tcBorders>
                  <w:shd w:val="clear" w:color="auto" w:fill="BCBCBC"/>
                </w:tcPr>
                <w:p w14:paraId="68943B4E" w14:textId="77777777" w:rsidR="00C92B30" w:rsidRPr="00240D91" w:rsidRDefault="00C92B30" w:rsidP="0055507D">
                  <w:pPr>
                    <w:jc w:val="center"/>
                    <w:rPr>
                      <w:rFonts w:ascii="Arial" w:hAnsi="Arial" w:cs="Arial"/>
                      <w:b/>
                      <w:bCs/>
                      <w:sz w:val="14"/>
                      <w:szCs w:val="14"/>
                      <w:lang w:val="es-CO"/>
                    </w:rPr>
                  </w:pPr>
                  <w:r w:rsidRPr="00240D91">
                    <w:rPr>
                      <w:rFonts w:ascii="Arial" w:hAnsi="Arial" w:cs="Arial"/>
                      <w:b/>
                      <w:bCs/>
                      <w:sz w:val="14"/>
                      <w:szCs w:val="14"/>
                      <w:lang w:val="es-CO"/>
                    </w:rPr>
                    <w:t>GENERAL</w:t>
                  </w:r>
                </w:p>
              </w:tc>
            </w:tr>
            <w:tr w:rsidR="00C92B30" w:rsidRPr="00240D91" w14:paraId="2E111F1D" w14:textId="77777777" w:rsidTr="00AC29BC">
              <w:trPr>
                <w:trHeight w:val="218"/>
                <w:jc w:val="center"/>
              </w:trPr>
              <w:tc>
                <w:tcPr>
                  <w:tcW w:w="336" w:type="dxa"/>
                  <w:tcBorders>
                    <w:left w:val="single" w:sz="2" w:space="0" w:color="000000"/>
                  </w:tcBorders>
                  <w:vAlign w:val="center"/>
                </w:tcPr>
                <w:p w14:paraId="2BBDDEBE" w14:textId="77777777" w:rsidR="00C92B30" w:rsidRPr="00240D91" w:rsidRDefault="00C92B30" w:rsidP="0055507D">
                  <w:pPr>
                    <w:pStyle w:val="TableParagraph"/>
                    <w:jc w:val="center"/>
                    <w:rPr>
                      <w:rFonts w:ascii="Arial" w:hAnsi="Arial" w:cs="Arial"/>
                      <w:b/>
                      <w:sz w:val="14"/>
                      <w:szCs w:val="14"/>
                      <w:lang w:val="es-CO"/>
                    </w:rPr>
                  </w:pPr>
                  <w:r w:rsidRPr="00240D91">
                    <w:rPr>
                      <w:rFonts w:ascii="Arial" w:hAnsi="Arial" w:cs="Arial"/>
                      <w:spacing w:val="-5"/>
                      <w:sz w:val="14"/>
                      <w:szCs w:val="14"/>
                      <w:lang w:val="es-CO"/>
                    </w:rPr>
                    <w:t>1</w:t>
                  </w:r>
                </w:p>
              </w:tc>
              <w:tc>
                <w:tcPr>
                  <w:tcW w:w="1134" w:type="dxa"/>
                  <w:vAlign w:val="center"/>
                </w:tcPr>
                <w:p w14:paraId="2E16D9D8" w14:textId="39FDA463" w:rsidR="00C92B30" w:rsidRPr="00240D91" w:rsidRDefault="00707661" w:rsidP="0055507D">
                  <w:pPr>
                    <w:pStyle w:val="Textocomentario"/>
                    <w:jc w:val="center"/>
                    <w:rPr>
                      <w:rFonts w:ascii="Arial" w:hAnsi="Arial" w:cs="Arial"/>
                      <w:sz w:val="14"/>
                      <w:szCs w:val="14"/>
                      <w:lang w:val="es-CO"/>
                    </w:rPr>
                  </w:pPr>
                  <w:r w:rsidRPr="00240D91">
                    <w:rPr>
                      <w:rFonts w:ascii="Arial" w:hAnsi="Arial" w:cs="Arial"/>
                      <w:sz w:val="14"/>
                      <w:szCs w:val="14"/>
                      <w:lang w:val="es-CO"/>
                    </w:rPr>
                    <w:t xml:space="preserve">(01) </w:t>
                  </w:r>
                  <w:r w:rsidR="00C92B30" w:rsidRPr="00240D91">
                    <w:rPr>
                      <w:rFonts w:ascii="Arial" w:hAnsi="Arial" w:cs="Arial"/>
                      <w:sz w:val="14"/>
                      <w:szCs w:val="14"/>
                      <w:lang w:val="es-CO"/>
                    </w:rPr>
                    <w:t xml:space="preserve">Ingeniero </w:t>
                  </w:r>
                </w:p>
                <w:p w14:paraId="3DAFFD80" w14:textId="77777777" w:rsidR="00C92B30" w:rsidRPr="00240D91" w:rsidRDefault="00C92B30" w:rsidP="0055507D">
                  <w:pPr>
                    <w:pStyle w:val="Textocomentario"/>
                    <w:jc w:val="center"/>
                    <w:rPr>
                      <w:rFonts w:ascii="Arial" w:hAnsi="Arial" w:cs="Arial"/>
                      <w:sz w:val="14"/>
                      <w:szCs w:val="14"/>
                      <w:lang w:val="es-CO"/>
                    </w:rPr>
                  </w:pPr>
                  <w:r w:rsidRPr="00240D91">
                    <w:rPr>
                      <w:rFonts w:ascii="Arial" w:hAnsi="Arial" w:cs="Arial"/>
                      <w:sz w:val="14"/>
                      <w:szCs w:val="14"/>
                      <w:lang w:val="es-CO"/>
                    </w:rPr>
                    <w:t>eléctrico</w:t>
                  </w:r>
                </w:p>
              </w:tc>
              <w:tc>
                <w:tcPr>
                  <w:tcW w:w="3855" w:type="dxa"/>
                  <w:vAlign w:val="center"/>
                </w:tcPr>
                <w:p w14:paraId="239CDCA9" w14:textId="6787169A" w:rsidR="00C92B30" w:rsidRPr="00240D91" w:rsidRDefault="00C92B30">
                  <w:pPr>
                    <w:pStyle w:val="Textocomentario"/>
                    <w:numPr>
                      <w:ilvl w:val="0"/>
                      <w:numId w:val="12"/>
                    </w:numPr>
                    <w:autoSpaceDE w:val="0"/>
                    <w:autoSpaceDN w:val="0"/>
                    <w:ind w:left="314" w:right="134" w:hanging="171"/>
                    <w:jc w:val="both"/>
                    <w:rPr>
                      <w:rFonts w:ascii="Arial" w:hAnsi="Arial" w:cs="Arial"/>
                      <w:sz w:val="14"/>
                      <w:szCs w:val="14"/>
                      <w:lang w:val="es-CO"/>
                    </w:rPr>
                  </w:pPr>
                  <w:r w:rsidRPr="00240D91">
                    <w:rPr>
                      <w:rFonts w:ascii="Arial" w:hAnsi="Arial" w:cs="Arial"/>
                      <w:sz w:val="14"/>
                      <w:szCs w:val="14"/>
                      <w:lang w:val="es-CO"/>
                    </w:rPr>
                    <w:t>Especialización en gerencia de proyectos</w:t>
                  </w:r>
                  <w:r w:rsidR="00DF5EB2" w:rsidRPr="00240D91">
                    <w:rPr>
                      <w:rFonts w:ascii="Arial" w:hAnsi="Arial" w:cs="Arial"/>
                      <w:sz w:val="14"/>
                      <w:szCs w:val="14"/>
                      <w:lang w:val="es-CO"/>
                    </w:rPr>
                    <w:t xml:space="preserve"> / Especialización e </w:t>
                  </w:r>
                  <w:r w:rsidR="00A85D9D" w:rsidRPr="00240D91">
                    <w:rPr>
                      <w:rFonts w:ascii="Arial" w:hAnsi="Arial" w:cs="Arial"/>
                      <w:sz w:val="14"/>
                      <w:szCs w:val="14"/>
                      <w:lang w:val="es-CO"/>
                    </w:rPr>
                    <w:t>Sistemas de Transmisión y Distribución de Energía Eléctrica.</w:t>
                  </w:r>
                </w:p>
                <w:p w14:paraId="53CA0BF8" w14:textId="77777777" w:rsidR="00C92B30" w:rsidRPr="00240D91" w:rsidRDefault="00C92B30">
                  <w:pPr>
                    <w:pStyle w:val="Textocomentario"/>
                    <w:numPr>
                      <w:ilvl w:val="0"/>
                      <w:numId w:val="12"/>
                    </w:numPr>
                    <w:autoSpaceDE w:val="0"/>
                    <w:autoSpaceDN w:val="0"/>
                    <w:ind w:left="285" w:right="134" w:hanging="142"/>
                    <w:jc w:val="both"/>
                    <w:rPr>
                      <w:rFonts w:ascii="Arial" w:hAnsi="Arial" w:cs="Arial"/>
                      <w:sz w:val="14"/>
                      <w:szCs w:val="14"/>
                      <w:lang w:val="es-CO"/>
                    </w:rPr>
                  </w:pPr>
                  <w:r w:rsidRPr="00240D91">
                    <w:rPr>
                      <w:rFonts w:ascii="Arial" w:hAnsi="Arial" w:cs="Arial"/>
                      <w:sz w:val="14"/>
                      <w:szCs w:val="14"/>
                      <w:lang w:val="es-CO"/>
                    </w:rPr>
                    <w:t>Certificado en inspector RETIE acreditado por la ONAC.</w:t>
                  </w:r>
                </w:p>
                <w:p w14:paraId="093A1B5D" w14:textId="77777777" w:rsidR="00C92B30" w:rsidRPr="00240D91" w:rsidRDefault="00C92B30">
                  <w:pPr>
                    <w:pStyle w:val="Textocomentario"/>
                    <w:numPr>
                      <w:ilvl w:val="0"/>
                      <w:numId w:val="12"/>
                    </w:numPr>
                    <w:autoSpaceDE w:val="0"/>
                    <w:autoSpaceDN w:val="0"/>
                    <w:ind w:left="285" w:right="134" w:hanging="142"/>
                    <w:jc w:val="both"/>
                    <w:rPr>
                      <w:rFonts w:ascii="Arial" w:hAnsi="Arial" w:cs="Arial"/>
                      <w:sz w:val="14"/>
                      <w:szCs w:val="14"/>
                      <w:lang w:val="es-CO"/>
                    </w:rPr>
                  </w:pPr>
                  <w:r w:rsidRPr="00240D91">
                    <w:rPr>
                      <w:rFonts w:ascii="Arial" w:hAnsi="Arial" w:cs="Arial"/>
                      <w:sz w:val="14"/>
                      <w:szCs w:val="14"/>
                      <w:lang w:val="es-CO"/>
                    </w:rPr>
                    <w:t>Diplomado en RETIE: Resolución 40117 del 2 de abril de 2024</w:t>
                  </w:r>
                </w:p>
                <w:p w14:paraId="71875181" w14:textId="77777777" w:rsidR="00C92B30" w:rsidRPr="00240D91" w:rsidRDefault="00C92B30">
                  <w:pPr>
                    <w:pStyle w:val="Textocomentario"/>
                    <w:numPr>
                      <w:ilvl w:val="0"/>
                      <w:numId w:val="12"/>
                    </w:numPr>
                    <w:autoSpaceDE w:val="0"/>
                    <w:autoSpaceDN w:val="0"/>
                    <w:ind w:left="285" w:right="134" w:hanging="142"/>
                    <w:jc w:val="both"/>
                    <w:rPr>
                      <w:rFonts w:ascii="Arial" w:hAnsi="Arial" w:cs="Arial"/>
                      <w:sz w:val="14"/>
                      <w:szCs w:val="14"/>
                      <w:lang w:val="es-CO"/>
                    </w:rPr>
                  </w:pPr>
                  <w:r w:rsidRPr="00240D91">
                    <w:rPr>
                      <w:rFonts w:ascii="Arial" w:hAnsi="Arial" w:cs="Arial"/>
                      <w:sz w:val="14"/>
                      <w:szCs w:val="14"/>
                      <w:lang w:val="es-CO"/>
                    </w:rPr>
                    <w:t>Certificación en prevención en peligros eléctricos expedida en un centro de servicios de formación.</w:t>
                  </w:r>
                </w:p>
                <w:p w14:paraId="15387257" w14:textId="53D05CA7" w:rsidR="005F49B9" w:rsidRPr="00240D91" w:rsidRDefault="005F49B9" w:rsidP="005F49B9">
                  <w:pPr>
                    <w:pStyle w:val="Prrafodelista"/>
                    <w:numPr>
                      <w:ilvl w:val="0"/>
                      <w:numId w:val="12"/>
                    </w:numPr>
                    <w:ind w:left="285" w:hanging="142"/>
                    <w:rPr>
                      <w:rFonts w:ascii="Arial" w:hAnsi="Arial" w:cs="Arial"/>
                      <w:sz w:val="14"/>
                      <w:szCs w:val="14"/>
                    </w:rPr>
                  </w:pPr>
                  <w:proofErr w:type="spellStart"/>
                  <w:r w:rsidRPr="00240D91">
                    <w:rPr>
                      <w:rFonts w:ascii="Arial" w:hAnsi="Arial" w:cs="Arial"/>
                      <w:sz w:val="14"/>
                      <w:szCs w:val="14"/>
                    </w:rPr>
                    <w:t>Curso</w:t>
                  </w:r>
                  <w:proofErr w:type="spellEnd"/>
                  <w:r w:rsidRPr="00240D91">
                    <w:rPr>
                      <w:rFonts w:ascii="Arial" w:hAnsi="Arial" w:cs="Arial"/>
                      <w:sz w:val="14"/>
                      <w:szCs w:val="14"/>
                    </w:rPr>
                    <w:t xml:space="preserve"> </w:t>
                  </w:r>
                  <w:proofErr w:type="spellStart"/>
                  <w:r w:rsidRPr="00240D91">
                    <w:rPr>
                      <w:rFonts w:ascii="Arial" w:hAnsi="Arial" w:cs="Arial"/>
                      <w:sz w:val="14"/>
                      <w:szCs w:val="14"/>
                    </w:rPr>
                    <w:t>en</w:t>
                  </w:r>
                  <w:proofErr w:type="spellEnd"/>
                  <w:r w:rsidRPr="00240D91">
                    <w:rPr>
                      <w:rFonts w:ascii="Arial" w:hAnsi="Arial" w:cs="Arial"/>
                      <w:sz w:val="14"/>
                      <w:szCs w:val="14"/>
                    </w:rPr>
                    <w:t xml:space="preserve"> </w:t>
                  </w:r>
                  <w:proofErr w:type="spellStart"/>
                  <w:r w:rsidRPr="00240D91">
                    <w:rPr>
                      <w:rFonts w:ascii="Arial" w:hAnsi="Arial" w:cs="Arial"/>
                      <w:sz w:val="14"/>
                      <w:szCs w:val="14"/>
                    </w:rPr>
                    <w:t>Buenas</w:t>
                  </w:r>
                  <w:proofErr w:type="spellEnd"/>
                  <w:r w:rsidRPr="00240D91">
                    <w:rPr>
                      <w:rFonts w:ascii="Arial" w:hAnsi="Arial" w:cs="Arial"/>
                      <w:sz w:val="14"/>
                      <w:szCs w:val="14"/>
                    </w:rPr>
                    <w:t xml:space="preserve"> </w:t>
                  </w:r>
                  <w:proofErr w:type="spellStart"/>
                  <w:r w:rsidRPr="00240D91">
                    <w:rPr>
                      <w:rFonts w:ascii="Arial" w:hAnsi="Arial" w:cs="Arial"/>
                      <w:sz w:val="14"/>
                      <w:szCs w:val="14"/>
                    </w:rPr>
                    <w:t>Prácticas</w:t>
                  </w:r>
                  <w:proofErr w:type="spellEnd"/>
                  <w:r w:rsidRPr="00240D91">
                    <w:rPr>
                      <w:rFonts w:ascii="Arial" w:hAnsi="Arial" w:cs="Arial"/>
                      <w:sz w:val="14"/>
                      <w:szCs w:val="14"/>
                    </w:rPr>
                    <w:t xml:space="preserve"> de </w:t>
                  </w:r>
                  <w:proofErr w:type="spellStart"/>
                  <w:r w:rsidRPr="00240D91">
                    <w:rPr>
                      <w:rFonts w:ascii="Arial" w:hAnsi="Arial" w:cs="Arial"/>
                      <w:sz w:val="14"/>
                      <w:szCs w:val="14"/>
                    </w:rPr>
                    <w:t>Seguridad</w:t>
                  </w:r>
                  <w:proofErr w:type="spellEnd"/>
                  <w:r w:rsidRPr="00240D91">
                    <w:rPr>
                      <w:rFonts w:ascii="Arial" w:hAnsi="Arial" w:cs="Arial"/>
                      <w:sz w:val="14"/>
                      <w:szCs w:val="14"/>
                    </w:rPr>
                    <w:t xml:space="preserve"> </w:t>
                  </w:r>
                  <w:proofErr w:type="spellStart"/>
                  <w:r w:rsidRPr="00240D91">
                    <w:rPr>
                      <w:rFonts w:ascii="Arial" w:hAnsi="Arial" w:cs="Arial"/>
                      <w:sz w:val="14"/>
                      <w:szCs w:val="14"/>
                    </w:rPr>
                    <w:t>Eléctrica</w:t>
                  </w:r>
                  <w:proofErr w:type="spellEnd"/>
                  <w:r w:rsidRPr="00240D91">
                    <w:rPr>
                      <w:rFonts w:ascii="Arial" w:hAnsi="Arial" w:cs="Arial"/>
                      <w:sz w:val="14"/>
                      <w:szCs w:val="14"/>
                    </w:rPr>
                    <w:t>.</w:t>
                  </w:r>
                </w:p>
              </w:tc>
              <w:tc>
                <w:tcPr>
                  <w:tcW w:w="1464" w:type="dxa"/>
                  <w:vAlign w:val="center"/>
                </w:tcPr>
                <w:p w14:paraId="318725E2" w14:textId="2EA500EC" w:rsidR="00C92B30" w:rsidRPr="00240D91" w:rsidRDefault="00524986" w:rsidP="0055507D">
                  <w:pPr>
                    <w:pStyle w:val="TableParagraph"/>
                    <w:ind w:left="109" w:right="110"/>
                    <w:jc w:val="both"/>
                    <w:rPr>
                      <w:rFonts w:ascii="Arial" w:hAnsi="Arial" w:cs="Arial"/>
                      <w:sz w:val="14"/>
                      <w:szCs w:val="14"/>
                      <w:highlight w:val="cyan"/>
                      <w:lang w:val="es-CO"/>
                    </w:rPr>
                  </w:pPr>
                  <w:r w:rsidRPr="00240D91">
                    <w:rPr>
                      <w:rFonts w:ascii="Arial" w:hAnsi="Arial" w:cs="Arial"/>
                      <w:sz w:val="14"/>
                      <w:szCs w:val="14"/>
                      <w:lang w:val="es-CO"/>
                    </w:rPr>
                    <w:t>02 años de experiencia en supervisor de proyectos enfocados en mantenimiento de sistemas eléctricos bajo los lineamientos del RETIE, ejercidos en los últimos tres años.</w:t>
                  </w:r>
                </w:p>
              </w:tc>
              <w:tc>
                <w:tcPr>
                  <w:tcW w:w="694" w:type="dxa"/>
                  <w:vAlign w:val="center"/>
                </w:tcPr>
                <w:p w14:paraId="28C5245F" w14:textId="77777777" w:rsidR="00C92B30" w:rsidRPr="00240D91" w:rsidRDefault="00C92B30" w:rsidP="0055507D">
                  <w:pPr>
                    <w:pStyle w:val="TableParagraph"/>
                    <w:ind w:left="109" w:right="110"/>
                    <w:jc w:val="center"/>
                    <w:rPr>
                      <w:rFonts w:ascii="Arial" w:hAnsi="Arial" w:cs="Arial"/>
                      <w:sz w:val="14"/>
                      <w:szCs w:val="14"/>
                      <w:lang w:val="es-CO"/>
                    </w:rPr>
                  </w:pPr>
                  <w:r w:rsidRPr="00240D91">
                    <w:rPr>
                      <w:rFonts w:ascii="Arial" w:hAnsi="Arial" w:cs="Arial"/>
                      <w:sz w:val="14"/>
                      <w:szCs w:val="14"/>
                      <w:lang w:val="es-CO"/>
                    </w:rPr>
                    <w:t>5 años</w:t>
                  </w:r>
                </w:p>
              </w:tc>
            </w:tr>
            <w:tr w:rsidR="00C92B30" w:rsidRPr="00240D91" w14:paraId="5655349D" w14:textId="77777777" w:rsidTr="00AC29BC">
              <w:trPr>
                <w:trHeight w:val="218"/>
                <w:jc w:val="center"/>
              </w:trPr>
              <w:tc>
                <w:tcPr>
                  <w:tcW w:w="336" w:type="dxa"/>
                  <w:tcBorders>
                    <w:left w:val="single" w:sz="2" w:space="0" w:color="000000"/>
                  </w:tcBorders>
                  <w:vAlign w:val="center"/>
                </w:tcPr>
                <w:p w14:paraId="61E363C4" w14:textId="77777777" w:rsidR="00C92B30" w:rsidRPr="00240D91" w:rsidRDefault="00C92B30" w:rsidP="0055507D">
                  <w:pPr>
                    <w:pStyle w:val="TableParagraph"/>
                    <w:jc w:val="center"/>
                    <w:rPr>
                      <w:rFonts w:ascii="Arial" w:hAnsi="Arial" w:cs="Arial"/>
                      <w:spacing w:val="-5"/>
                      <w:sz w:val="14"/>
                      <w:szCs w:val="14"/>
                      <w:lang w:val="es-CO"/>
                    </w:rPr>
                  </w:pPr>
                  <w:r w:rsidRPr="00240D91">
                    <w:rPr>
                      <w:rFonts w:ascii="Arial" w:hAnsi="Arial" w:cs="Arial"/>
                      <w:spacing w:val="-5"/>
                      <w:sz w:val="14"/>
                      <w:szCs w:val="14"/>
                      <w:lang w:val="es-CO"/>
                    </w:rPr>
                    <w:t>2</w:t>
                  </w:r>
                </w:p>
              </w:tc>
              <w:tc>
                <w:tcPr>
                  <w:tcW w:w="1134" w:type="dxa"/>
                  <w:vAlign w:val="center"/>
                </w:tcPr>
                <w:p w14:paraId="6B7733F0" w14:textId="35F564A6" w:rsidR="00C92B30" w:rsidRPr="00240D91" w:rsidRDefault="00C92B30" w:rsidP="0055507D">
                  <w:pPr>
                    <w:pStyle w:val="Textocomentario"/>
                    <w:jc w:val="center"/>
                    <w:rPr>
                      <w:rFonts w:ascii="Arial" w:hAnsi="Arial" w:cs="Arial"/>
                      <w:sz w:val="14"/>
                      <w:szCs w:val="14"/>
                      <w:lang w:val="es-CO"/>
                    </w:rPr>
                  </w:pPr>
                  <w:r w:rsidRPr="00240D91">
                    <w:rPr>
                      <w:rFonts w:ascii="Arial" w:hAnsi="Arial" w:cs="Arial"/>
                      <w:sz w:val="14"/>
                      <w:szCs w:val="14"/>
                      <w:lang w:val="es-CO"/>
                    </w:rPr>
                    <w:t>(</w:t>
                  </w:r>
                  <w:r w:rsidR="00DA5718" w:rsidRPr="00240D91">
                    <w:rPr>
                      <w:rFonts w:ascii="Arial" w:hAnsi="Arial" w:cs="Arial"/>
                      <w:sz w:val="14"/>
                      <w:szCs w:val="14"/>
                      <w:lang w:val="es-CO"/>
                    </w:rPr>
                    <w:t>3</w:t>
                  </w:r>
                  <w:r w:rsidRPr="00240D91">
                    <w:rPr>
                      <w:rFonts w:ascii="Arial" w:hAnsi="Arial" w:cs="Arial"/>
                      <w:sz w:val="14"/>
                      <w:szCs w:val="14"/>
                      <w:lang w:val="es-CO"/>
                    </w:rPr>
                    <w:t>) Técnicos electricistas</w:t>
                  </w:r>
                </w:p>
              </w:tc>
              <w:tc>
                <w:tcPr>
                  <w:tcW w:w="3855" w:type="dxa"/>
                </w:tcPr>
                <w:p w14:paraId="571060F1" w14:textId="7D59048E" w:rsidR="00C92B30" w:rsidRPr="00240D91" w:rsidRDefault="00C92B30">
                  <w:pPr>
                    <w:pStyle w:val="Textocomentario"/>
                    <w:numPr>
                      <w:ilvl w:val="0"/>
                      <w:numId w:val="12"/>
                    </w:numPr>
                    <w:autoSpaceDE w:val="0"/>
                    <w:autoSpaceDN w:val="0"/>
                    <w:ind w:left="281" w:right="134" w:hanging="142"/>
                    <w:jc w:val="both"/>
                    <w:rPr>
                      <w:rFonts w:ascii="Arial" w:hAnsi="Arial" w:cs="Arial"/>
                      <w:sz w:val="14"/>
                      <w:szCs w:val="14"/>
                      <w:lang w:val="es-CO"/>
                    </w:rPr>
                  </w:pPr>
                  <w:r w:rsidRPr="00240D91">
                    <w:rPr>
                      <w:rFonts w:ascii="Arial" w:hAnsi="Arial" w:cs="Arial"/>
                      <w:sz w:val="14"/>
                      <w:szCs w:val="14"/>
                      <w:lang w:val="es-CO"/>
                    </w:rPr>
                    <w:t>Matricula profesional CONTE T3-T4-T5-T6.</w:t>
                  </w:r>
                </w:p>
                <w:p w14:paraId="2A63E6FA" w14:textId="77777777" w:rsidR="00C92B30" w:rsidRPr="00240D91" w:rsidRDefault="00C92B30">
                  <w:pPr>
                    <w:pStyle w:val="Textocomentario"/>
                    <w:numPr>
                      <w:ilvl w:val="0"/>
                      <w:numId w:val="12"/>
                    </w:numPr>
                    <w:autoSpaceDE w:val="0"/>
                    <w:autoSpaceDN w:val="0"/>
                    <w:ind w:left="281" w:right="134" w:hanging="142"/>
                    <w:jc w:val="both"/>
                    <w:rPr>
                      <w:rFonts w:ascii="Arial" w:hAnsi="Arial" w:cs="Arial"/>
                      <w:sz w:val="14"/>
                      <w:szCs w:val="14"/>
                      <w:lang w:val="es-CO"/>
                    </w:rPr>
                  </w:pPr>
                  <w:r w:rsidRPr="00240D91">
                    <w:rPr>
                      <w:rFonts w:ascii="Arial" w:hAnsi="Arial" w:cs="Arial"/>
                      <w:sz w:val="14"/>
                      <w:szCs w:val="14"/>
                      <w:lang w:val="es-CO"/>
                    </w:rPr>
                    <w:t>Certificación en prevención en peligros eléctricos expedida en un centro de servicios de formación.</w:t>
                  </w:r>
                </w:p>
                <w:p w14:paraId="55A0CE19" w14:textId="77777777" w:rsidR="00C92B30" w:rsidRPr="00240D91" w:rsidRDefault="00C92B30">
                  <w:pPr>
                    <w:pStyle w:val="Textocomentario"/>
                    <w:numPr>
                      <w:ilvl w:val="0"/>
                      <w:numId w:val="12"/>
                    </w:numPr>
                    <w:autoSpaceDE w:val="0"/>
                    <w:autoSpaceDN w:val="0"/>
                    <w:ind w:left="281" w:right="134" w:hanging="142"/>
                    <w:jc w:val="both"/>
                    <w:rPr>
                      <w:rFonts w:ascii="Arial" w:hAnsi="Arial" w:cs="Arial"/>
                      <w:sz w:val="14"/>
                      <w:szCs w:val="14"/>
                      <w:lang w:val="es-CO"/>
                    </w:rPr>
                  </w:pPr>
                  <w:r w:rsidRPr="00240D91">
                    <w:rPr>
                      <w:rFonts w:ascii="Arial" w:hAnsi="Arial" w:cs="Arial"/>
                      <w:sz w:val="14"/>
                      <w:szCs w:val="14"/>
                      <w:lang w:val="es-CO"/>
                    </w:rPr>
                    <w:t>Diplomado en diseño eléctrico con Énfasis en NTC 2050 – RETIE.</w:t>
                  </w:r>
                </w:p>
                <w:p w14:paraId="150F87A6" w14:textId="77777777" w:rsidR="00C92B30" w:rsidRPr="00240D91" w:rsidRDefault="00C92B30">
                  <w:pPr>
                    <w:pStyle w:val="Textocomentario"/>
                    <w:numPr>
                      <w:ilvl w:val="0"/>
                      <w:numId w:val="12"/>
                    </w:numPr>
                    <w:autoSpaceDE w:val="0"/>
                    <w:autoSpaceDN w:val="0"/>
                    <w:ind w:left="281" w:right="134" w:hanging="142"/>
                    <w:jc w:val="both"/>
                    <w:rPr>
                      <w:rFonts w:ascii="Arial" w:hAnsi="Arial" w:cs="Arial"/>
                      <w:sz w:val="14"/>
                      <w:szCs w:val="14"/>
                      <w:lang w:val="es-CO"/>
                    </w:rPr>
                  </w:pPr>
                  <w:r w:rsidRPr="00240D91">
                    <w:rPr>
                      <w:rFonts w:ascii="Arial" w:hAnsi="Arial" w:cs="Arial"/>
                      <w:sz w:val="14"/>
                      <w:szCs w:val="14"/>
                      <w:lang w:val="es-CO"/>
                    </w:rPr>
                    <w:t>Diplomado en Cableado Estructurado y Redes de Fibra Óptica.</w:t>
                  </w:r>
                </w:p>
                <w:p w14:paraId="0FD3BABB" w14:textId="77777777" w:rsidR="00C92B30" w:rsidRPr="00240D91" w:rsidRDefault="00C92B30">
                  <w:pPr>
                    <w:pStyle w:val="Textocomentario"/>
                    <w:numPr>
                      <w:ilvl w:val="0"/>
                      <w:numId w:val="12"/>
                    </w:numPr>
                    <w:autoSpaceDE w:val="0"/>
                    <w:autoSpaceDN w:val="0"/>
                    <w:ind w:left="281" w:right="134" w:hanging="142"/>
                    <w:jc w:val="both"/>
                    <w:rPr>
                      <w:rFonts w:ascii="Arial" w:hAnsi="Arial" w:cs="Arial"/>
                      <w:sz w:val="14"/>
                      <w:szCs w:val="14"/>
                      <w:lang w:val="es-CO"/>
                    </w:rPr>
                  </w:pPr>
                  <w:r w:rsidRPr="00240D91">
                    <w:rPr>
                      <w:rFonts w:ascii="Arial" w:hAnsi="Arial" w:cs="Arial"/>
                      <w:sz w:val="14"/>
                      <w:szCs w:val="14"/>
                      <w:lang w:val="es-CO"/>
                    </w:rPr>
                    <w:t>Curso en Buenas Prácticas de Seguridad Eléctrica.</w:t>
                  </w:r>
                </w:p>
                <w:p w14:paraId="48AF6017" w14:textId="77777777" w:rsidR="00C92B30" w:rsidRPr="00240D91" w:rsidRDefault="00C92B30">
                  <w:pPr>
                    <w:pStyle w:val="Textocomentario"/>
                    <w:numPr>
                      <w:ilvl w:val="0"/>
                      <w:numId w:val="12"/>
                    </w:numPr>
                    <w:autoSpaceDE w:val="0"/>
                    <w:autoSpaceDN w:val="0"/>
                    <w:ind w:left="281" w:right="134" w:hanging="142"/>
                    <w:jc w:val="both"/>
                    <w:rPr>
                      <w:rFonts w:ascii="Arial" w:hAnsi="Arial" w:cs="Arial"/>
                      <w:sz w:val="14"/>
                      <w:szCs w:val="14"/>
                      <w:lang w:val="es-CO"/>
                    </w:rPr>
                  </w:pPr>
                  <w:r w:rsidRPr="00240D91">
                    <w:rPr>
                      <w:rFonts w:ascii="Arial" w:hAnsi="Arial" w:cs="Arial"/>
                      <w:sz w:val="14"/>
                      <w:szCs w:val="14"/>
                      <w:lang w:val="es-CO"/>
                    </w:rPr>
                    <w:t>Certificado vigente curso en alturas</w:t>
                  </w:r>
                </w:p>
              </w:tc>
              <w:tc>
                <w:tcPr>
                  <w:tcW w:w="1464" w:type="dxa"/>
                  <w:vAlign w:val="center"/>
                </w:tcPr>
                <w:p w14:paraId="0B062920" w14:textId="2A70E54D" w:rsidR="00C92B30" w:rsidRPr="00240D91" w:rsidRDefault="00524986" w:rsidP="0055507D">
                  <w:pPr>
                    <w:pStyle w:val="TableParagraph"/>
                    <w:ind w:left="109" w:right="110"/>
                    <w:jc w:val="both"/>
                    <w:rPr>
                      <w:rFonts w:ascii="Arial" w:hAnsi="Arial" w:cs="Arial"/>
                      <w:sz w:val="14"/>
                      <w:szCs w:val="14"/>
                      <w:highlight w:val="cyan"/>
                      <w:lang w:val="es-CO"/>
                    </w:rPr>
                  </w:pPr>
                  <w:r w:rsidRPr="00240D91">
                    <w:rPr>
                      <w:rFonts w:ascii="Arial" w:hAnsi="Arial" w:cs="Arial"/>
                      <w:sz w:val="14"/>
                      <w:szCs w:val="14"/>
                      <w:lang w:val="es-CO"/>
                    </w:rPr>
                    <w:t>01 año de experiencia en mantenimiento de redes de voz y datos, ejercidos en los últimos dos años.</w:t>
                  </w:r>
                </w:p>
              </w:tc>
              <w:tc>
                <w:tcPr>
                  <w:tcW w:w="694" w:type="dxa"/>
                  <w:vAlign w:val="center"/>
                </w:tcPr>
                <w:p w14:paraId="06647124" w14:textId="77777777" w:rsidR="00C92B30" w:rsidRPr="00240D91" w:rsidRDefault="00C92B30" w:rsidP="0055507D">
                  <w:pPr>
                    <w:pStyle w:val="TableParagraph"/>
                    <w:ind w:left="109" w:right="110"/>
                    <w:jc w:val="center"/>
                    <w:rPr>
                      <w:rFonts w:ascii="Arial" w:hAnsi="Arial" w:cs="Arial"/>
                      <w:sz w:val="14"/>
                      <w:szCs w:val="14"/>
                      <w:lang w:val="es-CO"/>
                    </w:rPr>
                  </w:pPr>
                  <w:r w:rsidRPr="00240D91">
                    <w:rPr>
                      <w:rFonts w:ascii="Arial" w:hAnsi="Arial" w:cs="Arial"/>
                      <w:sz w:val="14"/>
                      <w:szCs w:val="14"/>
                      <w:lang w:val="es-CO"/>
                    </w:rPr>
                    <w:t>3 años</w:t>
                  </w:r>
                </w:p>
              </w:tc>
            </w:tr>
            <w:tr w:rsidR="00C92B30" w:rsidRPr="00240D91" w14:paraId="13EFE398" w14:textId="77777777" w:rsidTr="00AC29BC">
              <w:trPr>
                <w:trHeight w:val="218"/>
                <w:jc w:val="center"/>
              </w:trPr>
              <w:tc>
                <w:tcPr>
                  <w:tcW w:w="336" w:type="dxa"/>
                  <w:tcBorders>
                    <w:left w:val="single" w:sz="2" w:space="0" w:color="000000"/>
                  </w:tcBorders>
                  <w:vAlign w:val="center"/>
                </w:tcPr>
                <w:p w14:paraId="1DD05044" w14:textId="77777777" w:rsidR="00C92B30" w:rsidRPr="00240D91" w:rsidRDefault="00C92B30" w:rsidP="0055507D">
                  <w:pPr>
                    <w:pStyle w:val="TableParagraph"/>
                    <w:jc w:val="center"/>
                    <w:rPr>
                      <w:rFonts w:ascii="Arial" w:hAnsi="Arial" w:cs="Arial"/>
                      <w:bCs/>
                      <w:sz w:val="14"/>
                      <w:szCs w:val="14"/>
                      <w:lang w:val="es-CO"/>
                    </w:rPr>
                  </w:pPr>
                  <w:r w:rsidRPr="00240D91">
                    <w:rPr>
                      <w:rFonts w:ascii="Arial" w:hAnsi="Arial" w:cs="Arial"/>
                      <w:bCs/>
                      <w:sz w:val="14"/>
                      <w:szCs w:val="14"/>
                      <w:lang w:val="es-CO"/>
                    </w:rPr>
                    <w:t>3</w:t>
                  </w:r>
                </w:p>
              </w:tc>
              <w:tc>
                <w:tcPr>
                  <w:tcW w:w="1134" w:type="dxa"/>
                  <w:vAlign w:val="center"/>
                </w:tcPr>
                <w:p w14:paraId="5BA40363" w14:textId="3BD4B60C" w:rsidR="00C92B30" w:rsidRPr="00240D91" w:rsidRDefault="00524986" w:rsidP="0055507D">
                  <w:pPr>
                    <w:pStyle w:val="Textocomentario"/>
                    <w:jc w:val="center"/>
                    <w:rPr>
                      <w:rFonts w:ascii="Arial" w:hAnsi="Arial" w:cs="Arial"/>
                      <w:sz w:val="14"/>
                      <w:szCs w:val="14"/>
                      <w:lang w:val="es-CO"/>
                    </w:rPr>
                  </w:pPr>
                  <w:r w:rsidRPr="00240D91">
                    <w:rPr>
                      <w:rFonts w:ascii="Arial" w:hAnsi="Arial" w:cs="Arial"/>
                      <w:sz w:val="14"/>
                      <w:szCs w:val="14"/>
                      <w:lang w:val="es-CO"/>
                    </w:rPr>
                    <w:t xml:space="preserve">(01) </w:t>
                  </w:r>
                  <w:r w:rsidR="00C92B30" w:rsidRPr="00240D91">
                    <w:rPr>
                      <w:rFonts w:ascii="Arial" w:hAnsi="Arial" w:cs="Arial"/>
                      <w:sz w:val="14"/>
                      <w:szCs w:val="14"/>
                      <w:lang w:val="es-CO"/>
                    </w:rPr>
                    <w:t xml:space="preserve">Profesional en salud ocupacional </w:t>
                  </w:r>
                </w:p>
                <w:p w14:paraId="3E22E021" w14:textId="77777777" w:rsidR="00C92B30" w:rsidRPr="00240D91" w:rsidRDefault="00C92B30" w:rsidP="0055507D">
                  <w:pPr>
                    <w:pStyle w:val="Textocomentario"/>
                    <w:jc w:val="center"/>
                    <w:rPr>
                      <w:rFonts w:ascii="Arial" w:hAnsi="Arial" w:cs="Arial"/>
                      <w:sz w:val="14"/>
                      <w:szCs w:val="14"/>
                      <w:lang w:val="es-CO"/>
                    </w:rPr>
                  </w:pPr>
                  <w:r w:rsidRPr="00240D91">
                    <w:rPr>
                      <w:rFonts w:ascii="Arial" w:hAnsi="Arial" w:cs="Arial"/>
                      <w:sz w:val="14"/>
                      <w:szCs w:val="14"/>
                      <w:lang w:val="es-CO"/>
                    </w:rPr>
                    <w:t>SG SST</w:t>
                  </w:r>
                </w:p>
              </w:tc>
              <w:tc>
                <w:tcPr>
                  <w:tcW w:w="3855" w:type="dxa"/>
                </w:tcPr>
                <w:p w14:paraId="5AFD32CB" w14:textId="77777777" w:rsidR="00C92B30" w:rsidRPr="00240D91" w:rsidRDefault="00C92B30">
                  <w:pPr>
                    <w:pStyle w:val="Textocomentario"/>
                    <w:numPr>
                      <w:ilvl w:val="0"/>
                      <w:numId w:val="12"/>
                    </w:numPr>
                    <w:autoSpaceDE w:val="0"/>
                    <w:autoSpaceDN w:val="0"/>
                    <w:ind w:left="281" w:right="134" w:hanging="142"/>
                    <w:jc w:val="both"/>
                    <w:rPr>
                      <w:rFonts w:ascii="Arial" w:hAnsi="Arial" w:cs="Arial"/>
                      <w:sz w:val="14"/>
                      <w:szCs w:val="14"/>
                      <w:lang w:val="es-CO"/>
                    </w:rPr>
                  </w:pPr>
                  <w:r w:rsidRPr="00240D91">
                    <w:rPr>
                      <w:rFonts w:ascii="Arial" w:hAnsi="Arial" w:cs="Arial"/>
                      <w:sz w:val="14"/>
                      <w:szCs w:val="14"/>
                      <w:lang w:val="es-CO"/>
                    </w:rPr>
                    <w:t xml:space="preserve">Profesional en salud ocupacional. </w:t>
                  </w:r>
                </w:p>
                <w:p w14:paraId="3E9289A9" w14:textId="77777777" w:rsidR="00C92B30" w:rsidRPr="00240D91" w:rsidRDefault="00C92B30">
                  <w:pPr>
                    <w:pStyle w:val="Textocomentario"/>
                    <w:numPr>
                      <w:ilvl w:val="0"/>
                      <w:numId w:val="12"/>
                    </w:numPr>
                    <w:autoSpaceDE w:val="0"/>
                    <w:autoSpaceDN w:val="0"/>
                    <w:ind w:left="281" w:right="134" w:hanging="142"/>
                    <w:jc w:val="both"/>
                    <w:rPr>
                      <w:rFonts w:ascii="Arial" w:hAnsi="Arial" w:cs="Arial"/>
                      <w:sz w:val="14"/>
                      <w:szCs w:val="14"/>
                      <w:lang w:val="es-CO"/>
                    </w:rPr>
                  </w:pPr>
                  <w:r w:rsidRPr="00240D91">
                    <w:rPr>
                      <w:rFonts w:ascii="Arial" w:hAnsi="Arial" w:cs="Arial"/>
                      <w:sz w:val="14"/>
                      <w:szCs w:val="14"/>
                      <w:lang w:val="es-CO"/>
                    </w:rPr>
                    <w:t xml:space="preserve">Coordinador de trabajo seguro en alturas. </w:t>
                  </w:r>
                </w:p>
                <w:p w14:paraId="16B7F229" w14:textId="77777777" w:rsidR="00C92B30" w:rsidRPr="00240D91" w:rsidRDefault="00C92B30">
                  <w:pPr>
                    <w:pStyle w:val="Textocomentario"/>
                    <w:numPr>
                      <w:ilvl w:val="0"/>
                      <w:numId w:val="12"/>
                    </w:numPr>
                    <w:autoSpaceDE w:val="0"/>
                    <w:autoSpaceDN w:val="0"/>
                    <w:ind w:left="281" w:right="134" w:hanging="142"/>
                    <w:jc w:val="both"/>
                    <w:rPr>
                      <w:rFonts w:ascii="Arial" w:hAnsi="Arial" w:cs="Arial"/>
                      <w:sz w:val="14"/>
                      <w:szCs w:val="14"/>
                      <w:lang w:val="es-CO"/>
                    </w:rPr>
                  </w:pPr>
                  <w:r w:rsidRPr="00240D91">
                    <w:rPr>
                      <w:rFonts w:ascii="Arial" w:hAnsi="Arial" w:cs="Arial"/>
                      <w:sz w:val="14"/>
                      <w:szCs w:val="14"/>
                      <w:lang w:val="es-CO"/>
                    </w:rPr>
                    <w:t xml:space="preserve">Certificado en prevención en peligros eléctricos expedida en un centro de servicios de formación. </w:t>
                  </w:r>
                </w:p>
                <w:p w14:paraId="29D1D99A" w14:textId="77777777" w:rsidR="00C92B30" w:rsidRPr="00240D91" w:rsidRDefault="00C92B30">
                  <w:pPr>
                    <w:pStyle w:val="Textocomentario"/>
                    <w:numPr>
                      <w:ilvl w:val="0"/>
                      <w:numId w:val="12"/>
                    </w:numPr>
                    <w:autoSpaceDE w:val="0"/>
                    <w:autoSpaceDN w:val="0"/>
                    <w:ind w:left="281" w:right="134" w:hanging="142"/>
                    <w:jc w:val="both"/>
                    <w:rPr>
                      <w:rFonts w:ascii="Arial" w:hAnsi="Arial" w:cs="Arial"/>
                      <w:sz w:val="14"/>
                      <w:szCs w:val="14"/>
                      <w:lang w:val="es-CO"/>
                    </w:rPr>
                  </w:pPr>
                  <w:r w:rsidRPr="00240D91">
                    <w:rPr>
                      <w:rFonts w:ascii="Arial" w:hAnsi="Arial" w:cs="Arial"/>
                      <w:sz w:val="14"/>
                      <w:szCs w:val="14"/>
                      <w:lang w:val="es-CO"/>
                    </w:rPr>
                    <w:t xml:space="preserve">Diplomado en gestión ambiental. </w:t>
                  </w:r>
                </w:p>
                <w:p w14:paraId="7295A017" w14:textId="77777777" w:rsidR="00C92B30" w:rsidRPr="00240D91" w:rsidRDefault="00C92B30">
                  <w:pPr>
                    <w:pStyle w:val="Textocomentario"/>
                    <w:numPr>
                      <w:ilvl w:val="0"/>
                      <w:numId w:val="12"/>
                    </w:numPr>
                    <w:autoSpaceDE w:val="0"/>
                    <w:autoSpaceDN w:val="0"/>
                    <w:ind w:left="281" w:right="134" w:hanging="142"/>
                    <w:jc w:val="both"/>
                    <w:rPr>
                      <w:rFonts w:ascii="Arial" w:hAnsi="Arial" w:cs="Arial"/>
                      <w:sz w:val="14"/>
                      <w:szCs w:val="14"/>
                      <w:lang w:val="es-CO"/>
                    </w:rPr>
                  </w:pPr>
                  <w:r w:rsidRPr="00240D91">
                    <w:rPr>
                      <w:rFonts w:ascii="Arial" w:hAnsi="Arial" w:cs="Arial"/>
                      <w:sz w:val="14"/>
                      <w:szCs w:val="14"/>
                      <w:lang w:val="es-CO"/>
                    </w:rPr>
                    <w:t xml:space="preserve">Certificado en primeros auxilios, evacuación y rescate. </w:t>
                  </w:r>
                </w:p>
              </w:tc>
              <w:tc>
                <w:tcPr>
                  <w:tcW w:w="1464" w:type="dxa"/>
                  <w:vAlign w:val="center"/>
                </w:tcPr>
                <w:p w14:paraId="712B8691" w14:textId="5E3054EE" w:rsidR="00C92B30" w:rsidRPr="00240D91" w:rsidRDefault="00524986" w:rsidP="0055507D">
                  <w:pPr>
                    <w:pStyle w:val="TableParagraph"/>
                    <w:ind w:left="109" w:right="110"/>
                    <w:jc w:val="both"/>
                    <w:rPr>
                      <w:rFonts w:ascii="Arial" w:hAnsi="Arial" w:cs="Arial"/>
                      <w:sz w:val="14"/>
                      <w:szCs w:val="14"/>
                      <w:highlight w:val="cyan"/>
                      <w:lang w:val="es-CO"/>
                    </w:rPr>
                  </w:pPr>
                  <w:r w:rsidRPr="00240D91">
                    <w:rPr>
                      <w:rFonts w:ascii="Arial" w:hAnsi="Arial" w:cs="Arial"/>
                      <w:sz w:val="14"/>
                      <w:szCs w:val="14"/>
                      <w:lang w:val="es-CO"/>
                    </w:rPr>
                    <w:t>01 año de experiencia en mantenimiento de redes de voz y datos, ejercidos en los últimos dos años.</w:t>
                  </w:r>
                </w:p>
              </w:tc>
              <w:tc>
                <w:tcPr>
                  <w:tcW w:w="694" w:type="dxa"/>
                  <w:vAlign w:val="center"/>
                </w:tcPr>
                <w:p w14:paraId="2DD65E64" w14:textId="77777777" w:rsidR="00C92B30" w:rsidRPr="00240D91" w:rsidRDefault="00C92B30" w:rsidP="0055507D">
                  <w:pPr>
                    <w:pStyle w:val="TableParagraph"/>
                    <w:ind w:left="109" w:right="110"/>
                    <w:jc w:val="center"/>
                    <w:rPr>
                      <w:rFonts w:ascii="Arial" w:hAnsi="Arial" w:cs="Arial"/>
                      <w:sz w:val="14"/>
                      <w:szCs w:val="14"/>
                      <w:lang w:val="es-CO"/>
                    </w:rPr>
                  </w:pPr>
                  <w:r w:rsidRPr="00240D91">
                    <w:rPr>
                      <w:rFonts w:ascii="Arial" w:hAnsi="Arial" w:cs="Arial"/>
                      <w:sz w:val="14"/>
                      <w:szCs w:val="14"/>
                      <w:lang w:val="es-CO"/>
                    </w:rPr>
                    <w:t>3 años</w:t>
                  </w:r>
                </w:p>
              </w:tc>
            </w:tr>
          </w:tbl>
          <w:p w14:paraId="74FAF9B5" w14:textId="77777777" w:rsidR="00C92B30" w:rsidRPr="008629E2" w:rsidRDefault="00C92B30" w:rsidP="0055507D">
            <w:pPr>
              <w:pStyle w:val="Default"/>
              <w:jc w:val="both"/>
              <w:rPr>
                <w:rFonts w:ascii="Arial" w:hAnsi="Arial" w:cs="Arial"/>
                <w:sz w:val="16"/>
                <w:szCs w:val="16"/>
              </w:rPr>
            </w:pPr>
          </w:p>
          <w:p w14:paraId="5B4A9D7F" w14:textId="77777777" w:rsidR="00C92B30" w:rsidRPr="008629E2" w:rsidRDefault="00C92B30" w:rsidP="0055507D">
            <w:pPr>
              <w:pStyle w:val="Default"/>
              <w:jc w:val="both"/>
              <w:rPr>
                <w:rFonts w:ascii="Arial" w:hAnsi="Arial" w:cs="Arial"/>
                <w:b/>
                <w:bCs/>
                <w:sz w:val="16"/>
                <w:szCs w:val="16"/>
              </w:rPr>
            </w:pPr>
            <w:r w:rsidRPr="008629E2">
              <w:rPr>
                <w:rFonts w:ascii="Arial" w:hAnsi="Arial" w:cs="Arial"/>
                <w:b/>
                <w:bCs/>
                <w:sz w:val="16"/>
                <w:szCs w:val="16"/>
              </w:rPr>
              <w:t>Nota 1:</w:t>
            </w:r>
            <w:r w:rsidRPr="008629E2">
              <w:rPr>
                <w:rFonts w:ascii="Arial" w:hAnsi="Arial" w:cs="Arial"/>
                <w:sz w:val="16"/>
                <w:szCs w:val="16"/>
              </w:rPr>
              <w:t xml:space="preserve"> La experiencia general, será tomada a partir de la expedición de la tarjeta profesional y/ diploma, y/o acta de grado.</w:t>
            </w:r>
          </w:p>
          <w:p w14:paraId="5888FE02" w14:textId="77777777" w:rsidR="00C92B30" w:rsidRPr="008629E2" w:rsidRDefault="00C92B30" w:rsidP="0055507D">
            <w:pPr>
              <w:pStyle w:val="Default"/>
              <w:jc w:val="both"/>
              <w:rPr>
                <w:rFonts w:ascii="Arial" w:hAnsi="Arial" w:cs="Arial"/>
                <w:b/>
                <w:bCs/>
                <w:sz w:val="16"/>
                <w:szCs w:val="16"/>
              </w:rPr>
            </w:pPr>
          </w:p>
          <w:p w14:paraId="1A8569A5" w14:textId="3E081487" w:rsidR="00C92B30" w:rsidRPr="008629E2" w:rsidRDefault="00C92B30" w:rsidP="0055507D">
            <w:pPr>
              <w:pStyle w:val="Default"/>
              <w:jc w:val="both"/>
              <w:rPr>
                <w:rFonts w:ascii="Arial" w:hAnsi="Arial" w:cs="Arial"/>
                <w:sz w:val="16"/>
                <w:szCs w:val="16"/>
              </w:rPr>
            </w:pPr>
            <w:r w:rsidRPr="008629E2">
              <w:rPr>
                <w:rFonts w:ascii="Arial" w:hAnsi="Arial" w:cs="Arial"/>
                <w:b/>
                <w:bCs/>
                <w:sz w:val="16"/>
                <w:szCs w:val="16"/>
              </w:rPr>
              <w:t xml:space="preserve">Nota 2: </w:t>
            </w:r>
            <w:r w:rsidRPr="008629E2">
              <w:rPr>
                <w:rFonts w:ascii="Arial" w:hAnsi="Arial" w:cs="Arial"/>
                <w:sz w:val="16"/>
                <w:szCs w:val="16"/>
              </w:rPr>
              <w:t xml:space="preserve">Con el fin de garantizar que el servicio sea prestado con los mayores estándares de calidad en términos de idoneidad y experiencia del personal de operarios, se requiere que estos acrediten experiencia específica en las actividades objeto del contrato. El oferente deberá acreditar que el personal de Ingenieros, Técnicos y Tecnólogos exigidos, cuenten con una experiencia especifica en el </w:t>
            </w:r>
            <w:r w:rsidR="00240D91" w:rsidRPr="00240D91">
              <w:rPr>
                <w:rFonts w:ascii="Arial" w:hAnsi="Arial" w:cs="Arial"/>
                <w:sz w:val="16"/>
                <w:szCs w:val="16"/>
              </w:rPr>
              <w:t>MANTENIMIENTO PREVENTIVO Y CORRECTIVO DE REDES ELECTRICAS, SISTEMAS DE ILUMINACIÓN Y SISTEMA DE POLO A TIERRA PARA EL DEPARTAMENTO DE POLICÍA META Y REGION DE POLICÍA N°7.</w:t>
            </w:r>
            <w:r w:rsidRPr="008629E2">
              <w:rPr>
                <w:rFonts w:ascii="Arial" w:hAnsi="Arial" w:cs="Arial"/>
                <w:sz w:val="16"/>
                <w:szCs w:val="16"/>
              </w:rPr>
              <w:t xml:space="preserve"> Para la acreditación de la experiencia se deberá presentar junto con la propuesta, las certificaciones laborales y/o contractuales (ejecutados con anterioridad a la fecha de cierre del proceso) de cada uno de los operarios</w:t>
            </w:r>
          </w:p>
          <w:p w14:paraId="0B32AD65" w14:textId="77777777" w:rsidR="00C92B30" w:rsidRPr="008629E2" w:rsidRDefault="00C92B30" w:rsidP="0055507D">
            <w:pPr>
              <w:pStyle w:val="Default"/>
              <w:jc w:val="both"/>
              <w:rPr>
                <w:rFonts w:ascii="Arial" w:hAnsi="Arial" w:cs="Arial"/>
                <w:b/>
                <w:bCs/>
                <w:sz w:val="16"/>
                <w:szCs w:val="16"/>
              </w:rPr>
            </w:pPr>
          </w:p>
          <w:p w14:paraId="3232B5FD" w14:textId="77777777" w:rsidR="00C92B30" w:rsidRPr="008629E2" w:rsidRDefault="00C92B30" w:rsidP="0055507D">
            <w:pPr>
              <w:pStyle w:val="Default"/>
              <w:jc w:val="both"/>
              <w:rPr>
                <w:rFonts w:ascii="Arial" w:hAnsi="Arial" w:cs="Arial"/>
                <w:sz w:val="16"/>
                <w:szCs w:val="16"/>
              </w:rPr>
            </w:pPr>
            <w:r w:rsidRPr="008629E2">
              <w:rPr>
                <w:rFonts w:ascii="Arial" w:hAnsi="Arial" w:cs="Arial"/>
                <w:sz w:val="16"/>
                <w:szCs w:val="16"/>
              </w:rPr>
              <w:t>La experiencia especifica, será acreditada mediante certificaciones laborales o de prestación de servicios expedidas entidad oficial y/o privada. Estas deben detallar el cargo, las funciones desempeñadas —enfocadas en el área requerida, fechas exactas (día, mes, año) de inicio y terminación, firma y datos de contacto de quien certifica. No se aceptan auto certificaciones.</w:t>
            </w:r>
          </w:p>
          <w:p w14:paraId="5E7C6A86" w14:textId="77777777" w:rsidR="00C92B30" w:rsidRPr="008629E2" w:rsidRDefault="00C92B30" w:rsidP="0055507D">
            <w:pPr>
              <w:pStyle w:val="Default"/>
              <w:jc w:val="both"/>
              <w:rPr>
                <w:rFonts w:ascii="Arial" w:hAnsi="Arial" w:cs="Arial"/>
                <w:sz w:val="16"/>
                <w:szCs w:val="16"/>
              </w:rPr>
            </w:pPr>
          </w:p>
          <w:p w14:paraId="660F78AF" w14:textId="77777777" w:rsidR="00C92B30" w:rsidRPr="008629E2" w:rsidRDefault="00C92B30" w:rsidP="0055507D">
            <w:pPr>
              <w:pStyle w:val="Default"/>
              <w:jc w:val="both"/>
              <w:rPr>
                <w:rFonts w:ascii="Arial" w:hAnsi="Arial" w:cs="Arial"/>
                <w:sz w:val="16"/>
                <w:szCs w:val="16"/>
              </w:rPr>
            </w:pPr>
            <w:r w:rsidRPr="008629E2">
              <w:rPr>
                <w:rFonts w:ascii="Arial" w:hAnsi="Arial" w:cs="Arial"/>
                <w:b/>
                <w:bCs/>
                <w:sz w:val="16"/>
                <w:szCs w:val="16"/>
              </w:rPr>
              <w:lastRenderedPageBreak/>
              <w:t xml:space="preserve">Nota 3: </w:t>
            </w:r>
            <w:r w:rsidRPr="008629E2">
              <w:rPr>
                <w:rFonts w:ascii="Arial" w:hAnsi="Arial" w:cs="Arial"/>
                <w:sz w:val="16"/>
                <w:szCs w:val="16"/>
              </w:rPr>
              <w:t>Durante la ejecución del contrato, sí por alguna razón, uno o varios de los operarios ofertados no pueden participar en la ejecución del mismo, el contratista deberá realizar su reemplazo con otro operario que reúna mínimo el perfil académico y experiencia profesional o técnica exigida, previo concepto de viabilidad favorable emitido por el supervisor del contrato, quien deberá verificar la documentación respectiva.  En todo caso, dicho cambio deberá ser informado al ordenador del gasto adjuntando el concepto de viabilidad favorable emitido por el supervisor del contrato.</w:t>
            </w:r>
          </w:p>
          <w:p w14:paraId="7A95C1E3" w14:textId="77777777" w:rsidR="00C92B30" w:rsidRPr="008629E2" w:rsidRDefault="00C92B30" w:rsidP="0055507D">
            <w:pPr>
              <w:pStyle w:val="Default"/>
              <w:jc w:val="both"/>
              <w:rPr>
                <w:rFonts w:ascii="Arial" w:hAnsi="Arial" w:cs="Arial"/>
                <w:sz w:val="16"/>
                <w:szCs w:val="16"/>
              </w:rPr>
            </w:pPr>
          </w:p>
          <w:p w14:paraId="5E3C2C61" w14:textId="77777777" w:rsidR="00C92B30" w:rsidRPr="008629E2" w:rsidRDefault="00C92B30" w:rsidP="0055507D">
            <w:pPr>
              <w:pStyle w:val="Default"/>
              <w:jc w:val="both"/>
              <w:rPr>
                <w:rFonts w:ascii="Arial" w:hAnsi="Arial" w:cs="Arial"/>
                <w:sz w:val="16"/>
                <w:szCs w:val="16"/>
              </w:rPr>
            </w:pPr>
            <w:r w:rsidRPr="008629E2">
              <w:rPr>
                <w:rFonts w:ascii="Arial" w:hAnsi="Arial" w:cs="Arial"/>
                <w:b/>
                <w:bCs/>
                <w:sz w:val="16"/>
                <w:szCs w:val="16"/>
              </w:rPr>
              <w:t>Nota 4:</w:t>
            </w:r>
            <w:r w:rsidRPr="008629E2">
              <w:rPr>
                <w:rFonts w:ascii="Arial" w:hAnsi="Arial" w:cs="Arial"/>
                <w:sz w:val="16"/>
                <w:szCs w:val="16"/>
              </w:rPr>
              <w:t xml:space="preserve"> Ninguna falta o error al momento de la ejecución del contrato podrá imputarse a desconocimiento del operario. </w:t>
            </w:r>
          </w:p>
          <w:p w14:paraId="457F7C73" w14:textId="77777777" w:rsidR="00C92B30" w:rsidRPr="008629E2" w:rsidRDefault="00C92B30" w:rsidP="0055507D">
            <w:pPr>
              <w:pStyle w:val="Default"/>
              <w:jc w:val="both"/>
              <w:rPr>
                <w:rFonts w:ascii="Arial" w:hAnsi="Arial" w:cs="Arial"/>
                <w:sz w:val="16"/>
                <w:szCs w:val="16"/>
              </w:rPr>
            </w:pPr>
          </w:p>
          <w:p w14:paraId="46D6213E" w14:textId="77777777" w:rsidR="00C92B30" w:rsidRPr="00240D91" w:rsidRDefault="00C92B30" w:rsidP="0055507D">
            <w:pPr>
              <w:pStyle w:val="Default"/>
              <w:jc w:val="both"/>
              <w:rPr>
                <w:rFonts w:ascii="Arial" w:hAnsi="Arial" w:cs="Arial"/>
                <w:sz w:val="16"/>
                <w:szCs w:val="16"/>
              </w:rPr>
            </w:pPr>
            <w:r w:rsidRPr="008629E2">
              <w:rPr>
                <w:rFonts w:ascii="Arial" w:hAnsi="Arial" w:cs="Arial"/>
                <w:b/>
                <w:bCs/>
                <w:sz w:val="16"/>
                <w:szCs w:val="16"/>
              </w:rPr>
              <w:t>Nota 5:</w:t>
            </w:r>
            <w:r w:rsidRPr="008629E2">
              <w:rPr>
                <w:rFonts w:ascii="Arial" w:hAnsi="Arial" w:cs="Arial"/>
                <w:sz w:val="16"/>
                <w:szCs w:val="16"/>
              </w:rPr>
              <w:t xml:space="preserve"> El personal </w:t>
            </w:r>
            <w:r w:rsidRPr="00240D91">
              <w:rPr>
                <w:rFonts w:ascii="Arial" w:hAnsi="Arial" w:cs="Arial"/>
                <w:sz w:val="16"/>
                <w:szCs w:val="16"/>
              </w:rPr>
              <w:t>exigido deberá ser garantizado durante la ejecución del contrato.</w:t>
            </w:r>
          </w:p>
          <w:p w14:paraId="1FC61CB8" w14:textId="77777777" w:rsidR="00C92B30" w:rsidRPr="00240D91" w:rsidRDefault="00C92B30" w:rsidP="0055507D">
            <w:pPr>
              <w:pStyle w:val="Default"/>
              <w:jc w:val="both"/>
              <w:rPr>
                <w:rFonts w:ascii="Arial" w:hAnsi="Arial" w:cs="Arial"/>
                <w:sz w:val="16"/>
                <w:szCs w:val="16"/>
              </w:rPr>
            </w:pPr>
          </w:p>
          <w:p w14:paraId="3D435C0A" w14:textId="77777777" w:rsidR="008629E2" w:rsidRPr="00240D91" w:rsidRDefault="008629E2" w:rsidP="008629E2">
            <w:pPr>
              <w:pStyle w:val="Default"/>
              <w:jc w:val="both"/>
              <w:rPr>
                <w:rFonts w:ascii="Arial" w:hAnsi="Arial" w:cs="Arial"/>
                <w:sz w:val="16"/>
                <w:szCs w:val="16"/>
              </w:rPr>
            </w:pPr>
            <w:r w:rsidRPr="00240D91">
              <w:rPr>
                <w:rFonts w:ascii="Arial" w:hAnsi="Arial" w:cs="Arial"/>
                <w:b/>
                <w:bCs/>
                <w:sz w:val="16"/>
                <w:szCs w:val="16"/>
              </w:rPr>
              <w:t xml:space="preserve">Nota 6: </w:t>
            </w:r>
            <w:r w:rsidRPr="00240D91">
              <w:rPr>
                <w:rFonts w:ascii="Arial" w:hAnsi="Arial" w:cs="Arial"/>
                <w:sz w:val="16"/>
                <w:szCs w:val="16"/>
              </w:rPr>
              <w:t xml:space="preserve">una vez adjudicado el contrato, el supervisor designado deberá realizar las coordinaciones pertinentes que permitan realizar un estudio de seguridad y confiablidad del equipo de trabajo ofertado por el contratista, </w:t>
            </w:r>
            <w:r w:rsidRPr="00240D91">
              <w:rPr>
                <w:rFonts w:ascii="Arial" w:eastAsia="Arial" w:hAnsi="Arial" w:cs="Arial"/>
                <w:sz w:val="16"/>
                <w:szCs w:val="16"/>
                <w:lang w:bidi="es-ES"/>
              </w:rPr>
              <w:t>así mismo, la institución se reserva el derecho al manejo y la seguridad de la información frente a las determinaciones que se tomen al respecto.</w:t>
            </w:r>
            <w:r w:rsidRPr="00240D91">
              <w:rPr>
                <w:rFonts w:ascii="Arial" w:hAnsi="Arial" w:cs="Arial"/>
                <w:sz w:val="16"/>
                <w:szCs w:val="16"/>
              </w:rPr>
              <w:t xml:space="preserve">  </w:t>
            </w:r>
          </w:p>
          <w:p w14:paraId="035AF9C3" w14:textId="77777777" w:rsidR="008629E2" w:rsidRPr="008629E2" w:rsidRDefault="008629E2" w:rsidP="0055507D">
            <w:pPr>
              <w:pStyle w:val="Default"/>
              <w:jc w:val="both"/>
              <w:rPr>
                <w:rFonts w:ascii="Arial" w:hAnsi="Arial" w:cs="Arial"/>
                <w:sz w:val="16"/>
                <w:szCs w:val="16"/>
              </w:rPr>
            </w:pPr>
          </w:p>
          <w:p w14:paraId="0E48867B" w14:textId="77777777" w:rsidR="00C92B30" w:rsidRPr="008629E2" w:rsidRDefault="00C92B30" w:rsidP="0055507D">
            <w:pPr>
              <w:pStyle w:val="Default"/>
              <w:jc w:val="both"/>
              <w:rPr>
                <w:rFonts w:ascii="Arial" w:hAnsi="Arial" w:cs="Arial"/>
                <w:sz w:val="16"/>
                <w:szCs w:val="16"/>
              </w:rPr>
            </w:pPr>
            <w:r w:rsidRPr="008629E2">
              <w:rPr>
                <w:rFonts w:ascii="Arial" w:hAnsi="Arial" w:cs="Arial"/>
                <w:b/>
                <w:bCs/>
                <w:sz w:val="16"/>
                <w:szCs w:val="16"/>
              </w:rPr>
              <w:t>Forma de acreditación del requisito habilitante:</w:t>
            </w:r>
          </w:p>
          <w:p w14:paraId="0F5BC2AD" w14:textId="77777777" w:rsidR="00C92B30" w:rsidRPr="008629E2" w:rsidRDefault="00C92B30" w:rsidP="0055507D">
            <w:pPr>
              <w:pStyle w:val="Default"/>
              <w:jc w:val="both"/>
              <w:rPr>
                <w:rFonts w:ascii="Arial" w:hAnsi="Arial" w:cs="Arial"/>
                <w:sz w:val="16"/>
                <w:szCs w:val="16"/>
              </w:rPr>
            </w:pPr>
          </w:p>
          <w:p w14:paraId="4E481DD8" w14:textId="77777777" w:rsidR="00C92B30" w:rsidRPr="008629E2" w:rsidRDefault="00C92B30">
            <w:pPr>
              <w:pStyle w:val="Default"/>
              <w:numPr>
                <w:ilvl w:val="0"/>
                <w:numId w:val="16"/>
              </w:numPr>
              <w:ind w:left="303" w:hanging="284"/>
              <w:jc w:val="both"/>
              <w:rPr>
                <w:rFonts w:ascii="Arial" w:hAnsi="Arial" w:cs="Arial"/>
                <w:sz w:val="16"/>
                <w:szCs w:val="16"/>
              </w:rPr>
            </w:pPr>
            <w:r w:rsidRPr="008629E2">
              <w:rPr>
                <w:rFonts w:ascii="Arial" w:hAnsi="Arial" w:cs="Arial"/>
                <w:sz w:val="16"/>
                <w:szCs w:val="16"/>
              </w:rPr>
              <w:t>Presentar junto con la propuesta una certificación firmada por el representante legal del proponente o persona natural, en la cual se relacione los datos del personal ofertado, con numero de documento de identificación, perfil respectivo conforme a lo exigido y cargo a ocupar. De igual manera en el documento se deberá certificar que el personal ofertado cuenta con la experiencia e idoneidad exigidas para desarrollar las labores de mantenimiento preventivo y correctivo objeto del proceso contractual, así como su compromiso irrestricto de cumplir con tales exigencias durante la ejecución del contrato.</w:t>
            </w:r>
          </w:p>
          <w:p w14:paraId="3FADCDBF" w14:textId="77777777" w:rsidR="00C92B30" w:rsidRPr="008629E2" w:rsidRDefault="00C92B30" w:rsidP="0055507D">
            <w:pPr>
              <w:pStyle w:val="Default"/>
              <w:ind w:left="303"/>
              <w:jc w:val="both"/>
              <w:rPr>
                <w:rFonts w:ascii="Arial" w:hAnsi="Arial" w:cs="Arial"/>
                <w:sz w:val="16"/>
                <w:szCs w:val="16"/>
              </w:rPr>
            </w:pPr>
          </w:p>
          <w:p w14:paraId="09BAEFE8" w14:textId="77777777" w:rsidR="00C92B30" w:rsidRPr="008629E2" w:rsidRDefault="00C92B30">
            <w:pPr>
              <w:pStyle w:val="Default"/>
              <w:numPr>
                <w:ilvl w:val="0"/>
                <w:numId w:val="16"/>
              </w:numPr>
              <w:ind w:left="303" w:hanging="284"/>
              <w:jc w:val="both"/>
              <w:rPr>
                <w:rFonts w:ascii="Arial" w:hAnsi="Arial" w:cs="Arial"/>
                <w:b/>
                <w:bCs/>
                <w:sz w:val="16"/>
                <w:szCs w:val="16"/>
              </w:rPr>
            </w:pPr>
            <w:r w:rsidRPr="008629E2">
              <w:rPr>
                <w:rFonts w:ascii="Arial" w:hAnsi="Arial" w:cs="Arial"/>
                <w:sz w:val="16"/>
                <w:szCs w:val="16"/>
              </w:rPr>
              <w:t>Presentar junto con la propuesta los siguientes documentos de cada uno de los operarios:</w:t>
            </w:r>
          </w:p>
          <w:p w14:paraId="639250C0" w14:textId="77777777" w:rsidR="00C92B30" w:rsidRPr="008629E2" w:rsidRDefault="00C92B30" w:rsidP="0055507D">
            <w:pPr>
              <w:pStyle w:val="Default"/>
              <w:ind w:left="303"/>
              <w:jc w:val="both"/>
              <w:rPr>
                <w:rFonts w:ascii="Arial" w:hAnsi="Arial" w:cs="Arial"/>
                <w:sz w:val="16"/>
                <w:szCs w:val="16"/>
              </w:rPr>
            </w:pPr>
          </w:p>
          <w:p w14:paraId="7F30BBCC" w14:textId="77777777" w:rsidR="00C92B30" w:rsidRPr="008629E2" w:rsidRDefault="00C92B30">
            <w:pPr>
              <w:pStyle w:val="Default"/>
              <w:numPr>
                <w:ilvl w:val="0"/>
                <w:numId w:val="17"/>
              </w:numPr>
              <w:ind w:left="586" w:hanging="283"/>
              <w:jc w:val="both"/>
              <w:rPr>
                <w:rFonts w:ascii="Arial" w:hAnsi="Arial" w:cs="Arial"/>
                <w:b/>
                <w:bCs/>
                <w:sz w:val="16"/>
                <w:szCs w:val="16"/>
              </w:rPr>
            </w:pPr>
            <w:r w:rsidRPr="008629E2">
              <w:rPr>
                <w:rFonts w:ascii="Arial" w:hAnsi="Arial" w:cs="Arial"/>
                <w:sz w:val="16"/>
                <w:szCs w:val="16"/>
              </w:rPr>
              <w:t>Hoja de vida</w:t>
            </w:r>
          </w:p>
          <w:p w14:paraId="0BA19073" w14:textId="77777777" w:rsidR="00C92B30" w:rsidRPr="008629E2" w:rsidRDefault="00C92B30">
            <w:pPr>
              <w:pStyle w:val="Default"/>
              <w:numPr>
                <w:ilvl w:val="0"/>
                <w:numId w:val="17"/>
              </w:numPr>
              <w:ind w:left="586" w:hanging="283"/>
              <w:jc w:val="both"/>
              <w:rPr>
                <w:rFonts w:ascii="Arial" w:hAnsi="Arial" w:cs="Arial"/>
                <w:b/>
                <w:bCs/>
                <w:sz w:val="16"/>
                <w:szCs w:val="16"/>
              </w:rPr>
            </w:pPr>
            <w:r w:rsidRPr="008629E2">
              <w:rPr>
                <w:rFonts w:ascii="Arial" w:hAnsi="Arial" w:cs="Arial"/>
                <w:sz w:val="16"/>
                <w:szCs w:val="16"/>
              </w:rPr>
              <w:t>Fotocopia del documento de identidad</w:t>
            </w:r>
          </w:p>
          <w:p w14:paraId="502F51AF" w14:textId="77777777" w:rsidR="00C92B30" w:rsidRPr="008629E2" w:rsidRDefault="00C92B30">
            <w:pPr>
              <w:pStyle w:val="Default"/>
              <w:numPr>
                <w:ilvl w:val="0"/>
                <w:numId w:val="17"/>
              </w:numPr>
              <w:ind w:left="586" w:hanging="283"/>
              <w:jc w:val="both"/>
              <w:rPr>
                <w:rFonts w:ascii="Arial" w:hAnsi="Arial" w:cs="Arial"/>
                <w:b/>
                <w:bCs/>
                <w:sz w:val="16"/>
                <w:szCs w:val="16"/>
              </w:rPr>
            </w:pPr>
            <w:r w:rsidRPr="008629E2">
              <w:rPr>
                <w:rFonts w:ascii="Arial" w:hAnsi="Arial" w:cs="Arial"/>
                <w:sz w:val="16"/>
                <w:szCs w:val="16"/>
              </w:rPr>
              <w:t xml:space="preserve">Copia de los certificados de estudio expedidos por el Ministerio de Educación Nacional y/o institución educativa debidamente facultada y acreditada por el Ministerio de Educación Nacional, con los que acredite título de Ingeniero y/o Técnico y/o Tecnólogo. </w:t>
            </w:r>
          </w:p>
          <w:p w14:paraId="425D9279" w14:textId="77777777" w:rsidR="00C92B30" w:rsidRPr="008629E2" w:rsidRDefault="00C92B30">
            <w:pPr>
              <w:pStyle w:val="Default"/>
              <w:numPr>
                <w:ilvl w:val="0"/>
                <w:numId w:val="17"/>
              </w:numPr>
              <w:ind w:left="586" w:hanging="283"/>
              <w:jc w:val="both"/>
              <w:rPr>
                <w:rFonts w:ascii="Arial" w:hAnsi="Arial" w:cs="Arial"/>
                <w:b/>
                <w:bCs/>
                <w:sz w:val="16"/>
                <w:szCs w:val="16"/>
              </w:rPr>
            </w:pPr>
            <w:r w:rsidRPr="008629E2">
              <w:rPr>
                <w:rFonts w:ascii="Arial" w:hAnsi="Arial" w:cs="Arial"/>
                <w:sz w:val="16"/>
                <w:szCs w:val="16"/>
              </w:rPr>
              <w:t xml:space="preserve">Certificados y/o documentos que en cada perfil se indican para acreditar los demás requisitos exigidos de cada uno de los operarios, de acuerdo a lo establecido en el cuadro anterior “Personal Requerido y Experiencia del Mismo”. </w:t>
            </w:r>
          </w:p>
          <w:p w14:paraId="14FFDADC" w14:textId="77777777" w:rsidR="00B12CCB" w:rsidRPr="008629E2" w:rsidRDefault="00C92B30" w:rsidP="002C3B5B">
            <w:pPr>
              <w:pStyle w:val="Default"/>
              <w:numPr>
                <w:ilvl w:val="0"/>
                <w:numId w:val="17"/>
              </w:numPr>
              <w:ind w:left="586" w:hanging="283"/>
              <w:jc w:val="both"/>
              <w:rPr>
                <w:rFonts w:ascii="Arial" w:hAnsi="Arial" w:cs="Arial"/>
                <w:b/>
                <w:bCs/>
                <w:sz w:val="16"/>
                <w:szCs w:val="16"/>
              </w:rPr>
            </w:pPr>
            <w:r w:rsidRPr="008629E2">
              <w:rPr>
                <w:rFonts w:ascii="Arial" w:hAnsi="Arial" w:cs="Arial"/>
                <w:sz w:val="16"/>
                <w:szCs w:val="16"/>
              </w:rPr>
              <w:t>De cada operario se deberá presentar junto con la propuesta las certificaciones de experiencia específica exigida en el acápite “Experiencia Específica del Personal Ofertado”, las cuales serán evaluadas conforme a las condiciones previamente definidas.</w:t>
            </w:r>
          </w:p>
          <w:p w14:paraId="2A6C51C0" w14:textId="3F6389F7" w:rsidR="003957A4" w:rsidRPr="008629E2" w:rsidRDefault="003957A4" w:rsidP="003957A4">
            <w:pPr>
              <w:pStyle w:val="Default"/>
              <w:ind w:left="586"/>
              <w:jc w:val="both"/>
              <w:rPr>
                <w:rFonts w:ascii="Arial" w:hAnsi="Arial" w:cs="Arial"/>
                <w:b/>
                <w:bCs/>
                <w:sz w:val="16"/>
                <w:szCs w:val="16"/>
              </w:rPr>
            </w:pPr>
          </w:p>
        </w:tc>
        <w:tc>
          <w:tcPr>
            <w:tcW w:w="1007" w:type="dxa"/>
            <w:vAlign w:val="center"/>
          </w:tcPr>
          <w:p w14:paraId="18890E8A" w14:textId="77777777" w:rsidR="00C92B30" w:rsidRPr="008629E2" w:rsidRDefault="00C92B30" w:rsidP="0055507D">
            <w:pPr>
              <w:pStyle w:val="Default"/>
              <w:jc w:val="center"/>
              <w:rPr>
                <w:rFonts w:ascii="Arial" w:hAnsi="Arial" w:cs="Arial"/>
                <w:b/>
                <w:bCs/>
                <w:sz w:val="16"/>
                <w:szCs w:val="16"/>
              </w:rPr>
            </w:pPr>
          </w:p>
        </w:tc>
        <w:tc>
          <w:tcPr>
            <w:tcW w:w="992" w:type="dxa"/>
            <w:vAlign w:val="center"/>
          </w:tcPr>
          <w:p w14:paraId="5CFF8B2A" w14:textId="77777777" w:rsidR="00C92B30" w:rsidRPr="008629E2" w:rsidRDefault="00C92B30" w:rsidP="0055507D">
            <w:pPr>
              <w:pStyle w:val="Default"/>
              <w:jc w:val="center"/>
              <w:rPr>
                <w:rFonts w:ascii="Arial" w:hAnsi="Arial" w:cs="Arial"/>
                <w:b/>
                <w:bCs/>
                <w:sz w:val="16"/>
                <w:szCs w:val="16"/>
              </w:rPr>
            </w:pPr>
          </w:p>
        </w:tc>
      </w:tr>
      <w:tr w:rsidR="00C92B30" w:rsidRPr="008629E2" w14:paraId="7ECC7A48" w14:textId="77777777" w:rsidTr="00C92B30">
        <w:trPr>
          <w:trHeight w:val="202"/>
          <w:jc w:val="center"/>
        </w:trPr>
        <w:tc>
          <w:tcPr>
            <w:tcW w:w="562" w:type="dxa"/>
            <w:vAlign w:val="center"/>
          </w:tcPr>
          <w:p w14:paraId="2CE597D3" w14:textId="77777777" w:rsidR="00C92B30" w:rsidRPr="008629E2" w:rsidRDefault="00C92B30" w:rsidP="0055507D">
            <w:pPr>
              <w:pStyle w:val="Textoindependiente2"/>
              <w:tabs>
                <w:tab w:val="left" w:pos="1980"/>
              </w:tabs>
              <w:spacing w:after="0" w:line="240" w:lineRule="auto"/>
              <w:jc w:val="center"/>
              <w:rPr>
                <w:rFonts w:ascii="Arial" w:hAnsi="Arial" w:cs="Arial"/>
                <w:color w:val="000000" w:themeColor="text1"/>
                <w:sz w:val="16"/>
                <w:szCs w:val="16"/>
                <w:lang w:eastAsia="es-CO"/>
              </w:rPr>
            </w:pPr>
            <w:r w:rsidRPr="008629E2">
              <w:rPr>
                <w:rFonts w:ascii="Arial" w:hAnsi="Arial" w:cs="Arial"/>
                <w:color w:val="000000" w:themeColor="text1"/>
                <w:sz w:val="16"/>
                <w:szCs w:val="16"/>
                <w:lang w:eastAsia="es-CO"/>
              </w:rPr>
              <w:t>3</w:t>
            </w:r>
          </w:p>
        </w:tc>
        <w:tc>
          <w:tcPr>
            <w:tcW w:w="7958" w:type="dxa"/>
            <w:vAlign w:val="center"/>
          </w:tcPr>
          <w:p w14:paraId="7EFE3691" w14:textId="77777777" w:rsidR="00C92B30" w:rsidRPr="008629E2" w:rsidRDefault="00C92B30" w:rsidP="0055507D">
            <w:pPr>
              <w:adjustRightInd w:val="0"/>
              <w:spacing w:after="0" w:line="240" w:lineRule="auto"/>
              <w:jc w:val="both"/>
              <w:rPr>
                <w:rFonts w:ascii="Arial" w:eastAsia="Calibri" w:hAnsi="Arial" w:cs="Arial"/>
                <w:b/>
                <w:sz w:val="16"/>
                <w:szCs w:val="16"/>
              </w:rPr>
            </w:pPr>
            <w:r w:rsidRPr="008629E2">
              <w:rPr>
                <w:rFonts w:ascii="Arial" w:eastAsia="Calibri" w:hAnsi="Arial" w:cs="Arial"/>
                <w:b/>
                <w:sz w:val="16"/>
                <w:szCs w:val="16"/>
              </w:rPr>
              <w:t>CAPACIDAD OPERATIVA</w:t>
            </w:r>
          </w:p>
          <w:p w14:paraId="79804C5D" w14:textId="77777777" w:rsidR="00C92B30" w:rsidRPr="008629E2" w:rsidRDefault="00C92B30" w:rsidP="0055507D">
            <w:pPr>
              <w:adjustRightInd w:val="0"/>
              <w:spacing w:after="0" w:line="240" w:lineRule="auto"/>
              <w:jc w:val="both"/>
              <w:rPr>
                <w:rFonts w:ascii="Arial" w:eastAsia="Calibri" w:hAnsi="Arial" w:cs="Arial"/>
                <w:b/>
                <w:sz w:val="16"/>
                <w:szCs w:val="16"/>
              </w:rPr>
            </w:pPr>
          </w:p>
          <w:p w14:paraId="49FE7702" w14:textId="77777777" w:rsidR="00C92B30" w:rsidRPr="008629E2" w:rsidRDefault="00C92B30" w:rsidP="0055507D">
            <w:pPr>
              <w:adjustRightInd w:val="0"/>
              <w:spacing w:after="0" w:line="240" w:lineRule="auto"/>
              <w:jc w:val="both"/>
              <w:rPr>
                <w:rFonts w:ascii="Arial" w:eastAsia="MS Mincho" w:hAnsi="Arial" w:cs="Arial"/>
                <w:sz w:val="16"/>
                <w:szCs w:val="16"/>
              </w:rPr>
            </w:pPr>
            <w:r w:rsidRPr="008629E2">
              <w:rPr>
                <w:rFonts w:ascii="Arial" w:eastAsia="MS Mincho" w:hAnsi="Arial" w:cs="Arial"/>
                <w:sz w:val="16"/>
                <w:szCs w:val="16"/>
              </w:rPr>
              <w:t>El proponente debe anexar certificación en su oferta que cuenta con los medios logísticos necesarios para el mantenimiento preventivo y correctivo de redes eléctricas y sistemas de iluminación para el Departamento de Policía Meta y la Estación de Policía San Juan de Arama (materiales, repuestos, herramientas, infraestructura, transporte y otros) para el cumplimiento del objeto del contrato.</w:t>
            </w:r>
          </w:p>
          <w:p w14:paraId="42285EDE" w14:textId="77777777" w:rsidR="00C92B30" w:rsidRPr="008629E2" w:rsidRDefault="00C92B30" w:rsidP="0055507D">
            <w:pPr>
              <w:adjustRightInd w:val="0"/>
              <w:spacing w:after="0" w:line="240" w:lineRule="auto"/>
              <w:jc w:val="both"/>
              <w:rPr>
                <w:rFonts w:ascii="Arial" w:eastAsia="MS Mincho" w:hAnsi="Arial" w:cs="Arial"/>
                <w:sz w:val="16"/>
                <w:szCs w:val="16"/>
              </w:rPr>
            </w:pPr>
          </w:p>
          <w:p w14:paraId="21CC4E01" w14:textId="77777777" w:rsidR="00C92B30" w:rsidRPr="008629E2" w:rsidRDefault="00C92B30" w:rsidP="0055507D">
            <w:pPr>
              <w:adjustRightInd w:val="0"/>
              <w:spacing w:after="0" w:line="240" w:lineRule="auto"/>
              <w:jc w:val="both"/>
              <w:rPr>
                <w:rFonts w:ascii="Arial" w:eastAsia="MS Mincho" w:hAnsi="Arial" w:cs="Arial"/>
                <w:sz w:val="16"/>
                <w:szCs w:val="16"/>
              </w:rPr>
            </w:pPr>
            <w:r w:rsidRPr="008629E2">
              <w:rPr>
                <w:rFonts w:ascii="Arial" w:eastAsia="MS Mincho" w:hAnsi="Arial" w:cs="Arial"/>
                <w:sz w:val="16"/>
                <w:szCs w:val="16"/>
              </w:rPr>
              <w:t>Así mismo, deberá contar con herramientas necesarias que garanticen la prestación del servicio:</w:t>
            </w:r>
          </w:p>
          <w:p w14:paraId="35D950A9" w14:textId="77777777" w:rsidR="00C92B30" w:rsidRPr="008629E2" w:rsidRDefault="00C92B30" w:rsidP="0055507D">
            <w:pPr>
              <w:adjustRightInd w:val="0"/>
              <w:spacing w:after="0" w:line="240" w:lineRule="auto"/>
              <w:jc w:val="both"/>
              <w:rPr>
                <w:rFonts w:ascii="Arial" w:eastAsia="MS Mincho" w:hAnsi="Arial" w:cs="Arial"/>
                <w:sz w:val="16"/>
                <w:szCs w:val="16"/>
              </w:rPr>
            </w:pPr>
          </w:p>
          <w:p w14:paraId="6CF82421" w14:textId="77777777" w:rsidR="00C92B30" w:rsidRPr="008629E2" w:rsidRDefault="00C92B30">
            <w:pPr>
              <w:pStyle w:val="Prrafodelista"/>
              <w:numPr>
                <w:ilvl w:val="0"/>
                <w:numId w:val="14"/>
              </w:numPr>
              <w:adjustRightInd w:val="0"/>
              <w:ind w:left="303" w:hanging="284"/>
              <w:jc w:val="both"/>
              <w:rPr>
                <w:rFonts w:ascii="Arial" w:eastAsia="MS Mincho" w:hAnsi="Arial" w:cs="Arial"/>
                <w:sz w:val="16"/>
                <w:szCs w:val="16"/>
              </w:rPr>
            </w:pPr>
            <w:r w:rsidRPr="008629E2">
              <w:rPr>
                <w:rFonts w:ascii="Arial" w:eastAsia="MS Mincho" w:hAnsi="Arial" w:cs="Arial"/>
                <w:sz w:val="16"/>
                <w:szCs w:val="16"/>
              </w:rPr>
              <w:t xml:space="preserve">Pinza voltamperimétrica. Certificado ONAC no mayor a un año. </w:t>
            </w:r>
          </w:p>
          <w:p w14:paraId="068F03CC" w14:textId="77777777" w:rsidR="00C92B30" w:rsidRPr="008629E2" w:rsidRDefault="00C92B30">
            <w:pPr>
              <w:pStyle w:val="Prrafodelista"/>
              <w:numPr>
                <w:ilvl w:val="0"/>
                <w:numId w:val="14"/>
              </w:numPr>
              <w:adjustRightInd w:val="0"/>
              <w:ind w:left="303" w:hanging="284"/>
              <w:jc w:val="both"/>
              <w:rPr>
                <w:rFonts w:ascii="Arial" w:eastAsia="MS Mincho" w:hAnsi="Arial" w:cs="Arial"/>
                <w:sz w:val="16"/>
                <w:szCs w:val="16"/>
              </w:rPr>
            </w:pPr>
            <w:r w:rsidRPr="008629E2">
              <w:rPr>
                <w:rFonts w:ascii="Arial" w:eastAsia="MS Mincho" w:hAnsi="Arial" w:cs="Arial"/>
                <w:sz w:val="16"/>
                <w:szCs w:val="16"/>
              </w:rPr>
              <w:t xml:space="preserve">Multímetro. Certificado ONAC no mayor a un año. </w:t>
            </w:r>
          </w:p>
          <w:p w14:paraId="37915BB0" w14:textId="77777777" w:rsidR="00C92B30" w:rsidRPr="008629E2" w:rsidRDefault="00C92B30">
            <w:pPr>
              <w:pStyle w:val="Prrafodelista"/>
              <w:numPr>
                <w:ilvl w:val="0"/>
                <w:numId w:val="14"/>
              </w:numPr>
              <w:adjustRightInd w:val="0"/>
              <w:ind w:left="303" w:hanging="284"/>
              <w:jc w:val="both"/>
              <w:rPr>
                <w:rFonts w:ascii="Arial" w:eastAsia="MS Mincho" w:hAnsi="Arial" w:cs="Arial"/>
                <w:sz w:val="16"/>
                <w:szCs w:val="16"/>
              </w:rPr>
            </w:pPr>
            <w:r w:rsidRPr="008629E2">
              <w:rPr>
                <w:rFonts w:ascii="Arial" w:eastAsia="MS Mincho" w:hAnsi="Arial" w:cs="Arial"/>
                <w:sz w:val="16"/>
                <w:szCs w:val="16"/>
              </w:rPr>
              <w:t xml:space="preserve">Cámara termográfica. Certificado ONAC no mayor a un año. </w:t>
            </w:r>
          </w:p>
          <w:p w14:paraId="5E7739B7" w14:textId="77777777" w:rsidR="00C92B30" w:rsidRPr="008629E2" w:rsidRDefault="00C92B30">
            <w:pPr>
              <w:pStyle w:val="Prrafodelista"/>
              <w:numPr>
                <w:ilvl w:val="0"/>
                <w:numId w:val="14"/>
              </w:numPr>
              <w:adjustRightInd w:val="0"/>
              <w:ind w:left="303" w:hanging="284"/>
              <w:jc w:val="both"/>
              <w:rPr>
                <w:rFonts w:ascii="Arial" w:eastAsia="MS Mincho" w:hAnsi="Arial" w:cs="Arial"/>
                <w:sz w:val="16"/>
                <w:szCs w:val="16"/>
              </w:rPr>
            </w:pPr>
            <w:r w:rsidRPr="008629E2">
              <w:rPr>
                <w:rFonts w:ascii="Arial" w:eastAsia="MS Mincho" w:hAnsi="Arial" w:cs="Arial"/>
                <w:sz w:val="16"/>
                <w:szCs w:val="16"/>
              </w:rPr>
              <w:t xml:space="preserve">Analizador de calidad de energía. Certificado ONAC no mayor a un año. </w:t>
            </w:r>
          </w:p>
          <w:p w14:paraId="1EEE05F6" w14:textId="77777777" w:rsidR="00C92B30" w:rsidRPr="008629E2" w:rsidRDefault="00C92B30">
            <w:pPr>
              <w:pStyle w:val="Prrafodelista"/>
              <w:numPr>
                <w:ilvl w:val="0"/>
                <w:numId w:val="14"/>
              </w:numPr>
              <w:adjustRightInd w:val="0"/>
              <w:ind w:left="303" w:hanging="284"/>
              <w:jc w:val="both"/>
              <w:rPr>
                <w:rFonts w:ascii="Arial" w:eastAsia="MS Mincho" w:hAnsi="Arial" w:cs="Arial"/>
                <w:sz w:val="16"/>
                <w:szCs w:val="16"/>
              </w:rPr>
            </w:pPr>
            <w:r w:rsidRPr="008629E2">
              <w:rPr>
                <w:rFonts w:ascii="Arial" w:eastAsia="MS Mincho" w:hAnsi="Arial" w:cs="Arial"/>
                <w:sz w:val="16"/>
                <w:szCs w:val="16"/>
              </w:rPr>
              <w:t xml:space="preserve">Medidor de resistencia de aislamiento. Certificado ONAC no mayor a un año. </w:t>
            </w:r>
          </w:p>
          <w:p w14:paraId="2C677819" w14:textId="77777777" w:rsidR="00C92B30" w:rsidRPr="008629E2" w:rsidRDefault="00C92B30">
            <w:pPr>
              <w:pStyle w:val="Prrafodelista"/>
              <w:numPr>
                <w:ilvl w:val="0"/>
                <w:numId w:val="14"/>
              </w:numPr>
              <w:adjustRightInd w:val="0"/>
              <w:ind w:left="303" w:hanging="284"/>
              <w:jc w:val="both"/>
              <w:rPr>
                <w:rFonts w:ascii="Arial" w:eastAsia="MS Mincho" w:hAnsi="Arial" w:cs="Arial"/>
                <w:sz w:val="16"/>
                <w:szCs w:val="16"/>
              </w:rPr>
            </w:pPr>
            <w:r w:rsidRPr="008629E2">
              <w:rPr>
                <w:rFonts w:ascii="Arial" w:eastAsia="MS Mincho" w:hAnsi="Arial" w:cs="Arial"/>
                <w:sz w:val="16"/>
                <w:szCs w:val="16"/>
              </w:rPr>
              <w:t>Telurómetro. Certificado ONAC no mayor a un año.</w:t>
            </w:r>
          </w:p>
          <w:p w14:paraId="187726BC" w14:textId="77777777" w:rsidR="00C92B30" w:rsidRPr="008629E2" w:rsidRDefault="00C92B30" w:rsidP="0055507D">
            <w:pPr>
              <w:adjustRightInd w:val="0"/>
              <w:spacing w:after="0" w:line="240" w:lineRule="auto"/>
              <w:ind w:left="303" w:hanging="284"/>
              <w:jc w:val="both"/>
              <w:rPr>
                <w:rFonts w:ascii="Arial" w:eastAsia="MS Mincho" w:hAnsi="Arial" w:cs="Arial"/>
                <w:sz w:val="16"/>
                <w:szCs w:val="16"/>
              </w:rPr>
            </w:pPr>
          </w:p>
          <w:p w14:paraId="2E15B0FF" w14:textId="77777777" w:rsidR="00C92B30" w:rsidRPr="008629E2" w:rsidRDefault="00C92B30" w:rsidP="0055507D">
            <w:pPr>
              <w:pStyle w:val="Default"/>
              <w:jc w:val="both"/>
              <w:rPr>
                <w:rFonts w:ascii="Arial" w:hAnsi="Arial" w:cs="Arial"/>
                <w:sz w:val="16"/>
                <w:szCs w:val="16"/>
              </w:rPr>
            </w:pPr>
            <w:r w:rsidRPr="008629E2">
              <w:rPr>
                <w:rFonts w:ascii="Arial" w:hAnsi="Arial" w:cs="Arial"/>
                <w:b/>
                <w:bCs/>
                <w:sz w:val="16"/>
                <w:szCs w:val="16"/>
              </w:rPr>
              <w:t>Forma de acreditación del requisito habilitante:</w:t>
            </w:r>
          </w:p>
          <w:p w14:paraId="1133F10B" w14:textId="77777777" w:rsidR="00C92B30" w:rsidRPr="008629E2" w:rsidRDefault="00C92B30" w:rsidP="0055507D">
            <w:pPr>
              <w:adjustRightInd w:val="0"/>
              <w:spacing w:after="0" w:line="240" w:lineRule="auto"/>
              <w:ind w:left="303" w:hanging="284"/>
              <w:jc w:val="both"/>
              <w:rPr>
                <w:rFonts w:ascii="Arial" w:eastAsia="MS Mincho" w:hAnsi="Arial" w:cs="Arial"/>
                <w:sz w:val="16"/>
                <w:szCs w:val="16"/>
              </w:rPr>
            </w:pPr>
          </w:p>
          <w:p w14:paraId="6F3B4F28" w14:textId="64D83B97" w:rsidR="00B12CCB" w:rsidRPr="008629E2" w:rsidRDefault="00C92B30" w:rsidP="002C3B5B">
            <w:pPr>
              <w:pStyle w:val="Prrafodelista"/>
              <w:numPr>
                <w:ilvl w:val="0"/>
                <w:numId w:val="18"/>
              </w:numPr>
              <w:adjustRightInd w:val="0"/>
              <w:ind w:left="313" w:hanging="284"/>
              <w:jc w:val="both"/>
              <w:rPr>
                <w:rFonts w:ascii="Arial" w:eastAsia="MS Mincho" w:hAnsi="Arial" w:cs="Arial"/>
                <w:sz w:val="16"/>
                <w:szCs w:val="16"/>
              </w:rPr>
            </w:pPr>
            <w:r w:rsidRPr="008629E2">
              <w:rPr>
                <w:rFonts w:ascii="Arial" w:eastAsia="MS Mincho" w:hAnsi="Arial" w:cs="Arial"/>
                <w:sz w:val="16"/>
                <w:szCs w:val="16"/>
              </w:rPr>
              <w:t xml:space="preserve">Presentar junto con la propuesta una certificación firmada por el representante legal del proponente o persona natural, en la cual exprese el cumplimiento de las condiciones y exigencias contempladas en el </w:t>
            </w:r>
            <w:r w:rsidR="003957A4" w:rsidRPr="008629E2">
              <w:rPr>
                <w:rFonts w:ascii="Arial" w:eastAsia="MS Mincho" w:hAnsi="Arial" w:cs="Arial"/>
                <w:sz w:val="16"/>
                <w:szCs w:val="16"/>
              </w:rPr>
              <w:t>presente numeral, anexando respectivos certificados vigentes de cada uno de las herramientas y equipos descritos</w:t>
            </w:r>
          </w:p>
          <w:p w14:paraId="10B2F4A3" w14:textId="52935060" w:rsidR="0054205D" w:rsidRPr="008629E2" w:rsidRDefault="0054205D" w:rsidP="0054205D">
            <w:pPr>
              <w:pStyle w:val="Prrafodelista"/>
              <w:adjustRightInd w:val="0"/>
              <w:ind w:left="313"/>
              <w:jc w:val="both"/>
              <w:rPr>
                <w:rFonts w:ascii="Arial" w:eastAsia="MS Mincho" w:hAnsi="Arial" w:cs="Arial"/>
                <w:sz w:val="16"/>
                <w:szCs w:val="16"/>
              </w:rPr>
            </w:pPr>
          </w:p>
        </w:tc>
        <w:tc>
          <w:tcPr>
            <w:tcW w:w="1007" w:type="dxa"/>
          </w:tcPr>
          <w:p w14:paraId="3C5FC930" w14:textId="77777777" w:rsidR="00C92B30" w:rsidRPr="008629E2" w:rsidRDefault="00C92B30" w:rsidP="0055507D">
            <w:pPr>
              <w:adjustRightInd w:val="0"/>
              <w:spacing w:after="0" w:line="240" w:lineRule="auto"/>
              <w:jc w:val="both"/>
              <w:rPr>
                <w:rFonts w:ascii="Arial" w:eastAsia="Calibri" w:hAnsi="Arial" w:cs="Arial"/>
                <w:b/>
                <w:sz w:val="16"/>
                <w:szCs w:val="16"/>
              </w:rPr>
            </w:pPr>
          </w:p>
        </w:tc>
        <w:tc>
          <w:tcPr>
            <w:tcW w:w="992" w:type="dxa"/>
          </w:tcPr>
          <w:p w14:paraId="41B60437" w14:textId="77777777" w:rsidR="00C92B30" w:rsidRPr="008629E2" w:rsidRDefault="00C92B30" w:rsidP="0055507D">
            <w:pPr>
              <w:adjustRightInd w:val="0"/>
              <w:spacing w:after="0" w:line="240" w:lineRule="auto"/>
              <w:jc w:val="both"/>
              <w:rPr>
                <w:rFonts w:ascii="Arial" w:eastAsia="Calibri" w:hAnsi="Arial" w:cs="Arial"/>
                <w:b/>
                <w:sz w:val="16"/>
                <w:szCs w:val="16"/>
              </w:rPr>
            </w:pPr>
          </w:p>
        </w:tc>
      </w:tr>
      <w:tr w:rsidR="00C92B30" w:rsidRPr="008629E2" w14:paraId="0A7AC686" w14:textId="77777777" w:rsidTr="00C92B30">
        <w:trPr>
          <w:trHeight w:val="202"/>
          <w:jc w:val="center"/>
        </w:trPr>
        <w:tc>
          <w:tcPr>
            <w:tcW w:w="562" w:type="dxa"/>
            <w:vAlign w:val="center"/>
          </w:tcPr>
          <w:p w14:paraId="057C273A" w14:textId="77777777" w:rsidR="00C92B30" w:rsidRPr="008629E2" w:rsidRDefault="00C92B30" w:rsidP="0055507D">
            <w:pPr>
              <w:pStyle w:val="Textoindependiente2"/>
              <w:tabs>
                <w:tab w:val="left" w:pos="1980"/>
              </w:tabs>
              <w:spacing w:after="0" w:line="240" w:lineRule="auto"/>
              <w:jc w:val="center"/>
              <w:rPr>
                <w:rFonts w:ascii="Arial" w:hAnsi="Arial" w:cs="Arial"/>
                <w:color w:val="000000" w:themeColor="text1"/>
                <w:sz w:val="16"/>
                <w:szCs w:val="16"/>
                <w:lang w:eastAsia="es-CO"/>
              </w:rPr>
            </w:pPr>
            <w:r w:rsidRPr="008629E2">
              <w:rPr>
                <w:rFonts w:ascii="Arial" w:hAnsi="Arial" w:cs="Arial"/>
                <w:color w:val="000000" w:themeColor="text1"/>
                <w:sz w:val="16"/>
                <w:szCs w:val="16"/>
                <w:lang w:eastAsia="es-CO"/>
              </w:rPr>
              <w:t>4</w:t>
            </w:r>
          </w:p>
        </w:tc>
        <w:tc>
          <w:tcPr>
            <w:tcW w:w="7958" w:type="dxa"/>
            <w:vAlign w:val="center"/>
          </w:tcPr>
          <w:p w14:paraId="06F99458" w14:textId="77777777" w:rsidR="00C92B30" w:rsidRPr="008629E2" w:rsidRDefault="00C92B30" w:rsidP="0055507D">
            <w:pPr>
              <w:adjustRightInd w:val="0"/>
              <w:spacing w:after="0" w:line="240" w:lineRule="auto"/>
              <w:jc w:val="both"/>
              <w:rPr>
                <w:rFonts w:ascii="Arial" w:eastAsia="Calibri" w:hAnsi="Arial" w:cs="Arial"/>
                <w:b/>
                <w:sz w:val="16"/>
                <w:szCs w:val="16"/>
              </w:rPr>
            </w:pPr>
            <w:r w:rsidRPr="008629E2">
              <w:rPr>
                <w:rFonts w:ascii="Arial" w:eastAsia="Calibri" w:hAnsi="Arial" w:cs="Arial"/>
                <w:b/>
                <w:sz w:val="16"/>
                <w:szCs w:val="16"/>
              </w:rPr>
              <w:t>ORIGINALIDAD Y CALIDAD DE LOS ELEMENTOS</w:t>
            </w:r>
          </w:p>
          <w:p w14:paraId="2FBCB741" w14:textId="77777777" w:rsidR="00C92B30" w:rsidRPr="008629E2" w:rsidRDefault="00C92B30" w:rsidP="0055507D">
            <w:pPr>
              <w:adjustRightInd w:val="0"/>
              <w:spacing w:after="0" w:line="240" w:lineRule="auto"/>
              <w:jc w:val="both"/>
              <w:rPr>
                <w:rFonts w:ascii="Arial" w:eastAsia="Calibri" w:hAnsi="Arial" w:cs="Arial"/>
                <w:b/>
                <w:sz w:val="16"/>
                <w:szCs w:val="16"/>
              </w:rPr>
            </w:pPr>
            <w:r w:rsidRPr="008629E2">
              <w:rPr>
                <w:rFonts w:ascii="Arial" w:eastAsia="Calibri" w:hAnsi="Arial" w:cs="Arial"/>
                <w:b/>
                <w:sz w:val="16"/>
                <w:szCs w:val="16"/>
              </w:rPr>
              <w:t xml:space="preserve"> </w:t>
            </w:r>
          </w:p>
          <w:p w14:paraId="75CF16CC" w14:textId="77777777" w:rsidR="00C92B30" w:rsidRPr="008629E2" w:rsidRDefault="00C92B30" w:rsidP="0055507D">
            <w:pPr>
              <w:adjustRightInd w:val="0"/>
              <w:spacing w:after="0" w:line="240" w:lineRule="auto"/>
              <w:jc w:val="both"/>
              <w:rPr>
                <w:rFonts w:ascii="Arial" w:eastAsia="Calibri" w:hAnsi="Arial" w:cs="Arial"/>
                <w:bCs/>
                <w:sz w:val="16"/>
                <w:szCs w:val="16"/>
              </w:rPr>
            </w:pPr>
            <w:r w:rsidRPr="008629E2">
              <w:rPr>
                <w:rFonts w:ascii="Arial" w:eastAsia="Calibri" w:hAnsi="Arial" w:cs="Arial"/>
                <w:bCs/>
                <w:sz w:val="16"/>
                <w:szCs w:val="16"/>
              </w:rPr>
              <w:t xml:space="preserve">Se deben suministrar todos los elementos, nuevos, que cumplan con las especificaciones técnicas y estándares de calidad según normas IEC 60364-4-442, ANSI/IEEE 80, NTC 2050 y NTC 4552, no usados ni </w:t>
            </w:r>
            <w:r w:rsidRPr="008629E2">
              <w:rPr>
                <w:rFonts w:ascii="Arial" w:eastAsia="Calibri" w:hAnsi="Arial" w:cs="Arial"/>
                <w:bCs/>
                <w:sz w:val="16"/>
                <w:szCs w:val="16"/>
              </w:rPr>
              <w:lastRenderedPageBreak/>
              <w:t>remanufacturados, que sean necesarios para el correcto funcionamiento de los sistemas a puesta tierra a intervenir.</w:t>
            </w:r>
          </w:p>
          <w:p w14:paraId="24AA7650" w14:textId="77777777" w:rsidR="00C92B30" w:rsidRPr="008629E2" w:rsidRDefault="00C92B30" w:rsidP="0055507D">
            <w:pPr>
              <w:adjustRightInd w:val="0"/>
              <w:spacing w:after="0" w:line="240" w:lineRule="auto"/>
              <w:jc w:val="both"/>
              <w:rPr>
                <w:rFonts w:ascii="Arial" w:eastAsia="Calibri" w:hAnsi="Arial" w:cs="Arial"/>
                <w:bCs/>
                <w:sz w:val="16"/>
                <w:szCs w:val="16"/>
              </w:rPr>
            </w:pPr>
          </w:p>
          <w:p w14:paraId="3A89AB9C" w14:textId="77777777" w:rsidR="00C92B30" w:rsidRPr="008629E2" w:rsidRDefault="00C92B30" w:rsidP="0055507D">
            <w:pPr>
              <w:adjustRightInd w:val="0"/>
              <w:spacing w:after="0" w:line="240" w:lineRule="auto"/>
              <w:jc w:val="both"/>
              <w:rPr>
                <w:rFonts w:ascii="Arial" w:eastAsia="Calibri" w:hAnsi="Arial" w:cs="Arial"/>
                <w:bCs/>
                <w:sz w:val="16"/>
                <w:szCs w:val="16"/>
              </w:rPr>
            </w:pPr>
            <w:r w:rsidRPr="008629E2">
              <w:rPr>
                <w:rFonts w:ascii="Arial" w:eastAsia="Calibri" w:hAnsi="Arial" w:cs="Arial"/>
                <w:bCs/>
                <w:sz w:val="16"/>
                <w:szCs w:val="16"/>
              </w:rPr>
              <w:t>Los elementos o piezas que se reemplacen deben ser de iguales o superiores características técnicas a las que actualmente están en funcionamiento.</w:t>
            </w:r>
          </w:p>
          <w:p w14:paraId="4E8963A0" w14:textId="77777777" w:rsidR="00C92B30" w:rsidRPr="008629E2" w:rsidRDefault="00C92B30" w:rsidP="0055507D">
            <w:pPr>
              <w:adjustRightInd w:val="0"/>
              <w:spacing w:after="0" w:line="240" w:lineRule="auto"/>
              <w:jc w:val="both"/>
              <w:rPr>
                <w:rFonts w:ascii="Arial" w:eastAsia="Calibri" w:hAnsi="Arial" w:cs="Arial"/>
                <w:bCs/>
                <w:sz w:val="16"/>
                <w:szCs w:val="16"/>
              </w:rPr>
            </w:pPr>
          </w:p>
          <w:p w14:paraId="07BFD6CE" w14:textId="77777777" w:rsidR="00C92B30" w:rsidRPr="008629E2" w:rsidRDefault="00C92B30" w:rsidP="0055507D">
            <w:pPr>
              <w:adjustRightInd w:val="0"/>
              <w:spacing w:after="0" w:line="240" w:lineRule="auto"/>
              <w:jc w:val="both"/>
              <w:rPr>
                <w:rFonts w:ascii="Arial" w:eastAsia="Calibri" w:hAnsi="Arial" w:cs="Arial"/>
                <w:bCs/>
                <w:sz w:val="16"/>
                <w:szCs w:val="16"/>
              </w:rPr>
            </w:pPr>
            <w:r w:rsidRPr="008629E2">
              <w:rPr>
                <w:rFonts w:ascii="Arial" w:eastAsia="Calibri" w:hAnsi="Arial" w:cs="Arial"/>
                <w:bCs/>
                <w:sz w:val="16"/>
                <w:szCs w:val="16"/>
              </w:rPr>
              <w:t>Los elementos o piezas a suministrar e instalar serán objeto de revisión previa por parte del supervisor del contrato.</w:t>
            </w:r>
          </w:p>
          <w:p w14:paraId="65A062F8" w14:textId="77777777" w:rsidR="00C92B30" w:rsidRPr="008629E2" w:rsidRDefault="00C92B30" w:rsidP="0055507D">
            <w:pPr>
              <w:adjustRightInd w:val="0"/>
              <w:spacing w:after="0" w:line="240" w:lineRule="auto"/>
              <w:jc w:val="both"/>
              <w:rPr>
                <w:rFonts w:ascii="Arial" w:eastAsia="Calibri" w:hAnsi="Arial" w:cs="Arial"/>
                <w:bCs/>
                <w:sz w:val="16"/>
                <w:szCs w:val="16"/>
              </w:rPr>
            </w:pPr>
          </w:p>
          <w:p w14:paraId="55019E88" w14:textId="77777777" w:rsidR="00C92B30" w:rsidRPr="008629E2" w:rsidRDefault="00C92B30" w:rsidP="0055507D">
            <w:pPr>
              <w:pStyle w:val="Default"/>
              <w:jc w:val="both"/>
              <w:rPr>
                <w:rFonts w:ascii="Arial" w:hAnsi="Arial" w:cs="Arial"/>
                <w:sz w:val="16"/>
                <w:szCs w:val="16"/>
              </w:rPr>
            </w:pPr>
            <w:r w:rsidRPr="008629E2">
              <w:rPr>
                <w:rFonts w:ascii="Arial" w:hAnsi="Arial" w:cs="Arial"/>
                <w:b/>
                <w:bCs/>
                <w:sz w:val="16"/>
                <w:szCs w:val="16"/>
              </w:rPr>
              <w:t>Forma de acreditación del requisito habilitante:</w:t>
            </w:r>
          </w:p>
          <w:p w14:paraId="3A2BAA76" w14:textId="77777777" w:rsidR="00C92B30" w:rsidRPr="008629E2" w:rsidRDefault="00C92B30" w:rsidP="0055507D">
            <w:pPr>
              <w:spacing w:after="0" w:line="240" w:lineRule="auto"/>
              <w:jc w:val="both"/>
              <w:rPr>
                <w:rFonts w:ascii="Arial" w:hAnsi="Arial" w:cs="Arial"/>
                <w:sz w:val="16"/>
                <w:szCs w:val="16"/>
                <w:bdr w:val="none" w:sz="0" w:space="0" w:color="auto" w:frame="1"/>
              </w:rPr>
            </w:pPr>
          </w:p>
          <w:p w14:paraId="33E2EB27" w14:textId="407A780B" w:rsidR="00B12CCB" w:rsidRPr="008629E2" w:rsidRDefault="00C92B30" w:rsidP="0055507D">
            <w:pPr>
              <w:pStyle w:val="Prrafodelista"/>
              <w:numPr>
                <w:ilvl w:val="0"/>
                <w:numId w:val="19"/>
              </w:numPr>
              <w:adjustRightInd w:val="0"/>
              <w:ind w:left="313" w:hanging="313"/>
              <w:jc w:val="both"/>
              <w:rPr>
                <w:rFonts w:ascii="Arial" w:eastAsia="MS Mincho" w:hAnsi="Arial" w:cs="Arial"/>
                <w:bCs/>
                <w:sz w:val="16"/>
                <w:szCs w:val="16"/>
              </w:rPr>
            </w:pPr>
            <w:r w:rsidRPr="008629E2">
              <w:rPr>
                <w:rFonts w:ascii="Arial" w:eastAsia="MS Mincho" w:hAnsi="Arial" w:cs="Arial"/>
                <w:bCs/>
                <w:sz w:val="16"/>
                <w:szCs w:val="16"/>
              </w:rPr>
              <w:t xml:space="preserve">Presentar junto con la propuesta una certificación firmada por el representante legal del proponente o persona natural, en la cual exprese el cumplimiento de las condiciones y exigencias contempladas en el </w:t>
            </w:r>
            <w:r w:rsidR="00EE4FCA">
              <w:rPr>
                <w:rFonts w:ascii="Arial" w:eastAsia="MS Mincho" w:hAnsi="Arial" w:cs="Arial"/>
                <w:bCs/>
                <w:sz w:val="16"/>
                <w:szCs w:val="16"/>
              </w:rPr>
              <w:t xml:space="preserve">presente </w:t>
            </w:r>
            <w:r w:rsidRPr="008629E2">
              <w:rPr>
                <w:rFonts w:ascii="Arial" w:eastAsia="MS Mincho" w:hAnsi="Arial" w:cs="Arial"/>
                <w:bCs/>
                <w:sz w:val="16"/>
                <w:szCs w:val="16"/>
              </w:rPr>
              <w:t>numeral.</w:t>
            </w:r>
          </w:p>
          <w:p w14:paraId="38374FA7" w14:textId="197FB500" w:rsidR="002C3B5B" w:rsidRPr="008629E2" w:rsidRDefault="002C3B5B" w:rsidP="002C3B5B">
            <w:pPr>
              <w:pStyle w:val="Prrafodelista"/>
              <w:adjustRightInd w:val="0"/>
              <w:ind w:left="313"/>
              <w:jc w:val="both"/>
              <w:rPr>
                <w:rFonts w:ascii="Arial" w:eastAsia="MS Mincho" w:hAnsi="Arial" w:cs="Arial"/>
                <w:bCs/>
                <w:sz w:val="16"/>
                <w:szCs w:val="16"/>
              </w:rPr>
            </w:pPr>
          </w:p>
        </w:tc>
        <w:tc>
          <w:tcPr>
            <w:tcW w:w="1007" w:type="dxa"/>
          </w:tcPr>
          <w:p w14:paraId="3CF78AE4" w14:textId="77777777" w:rsidR="00C92B30" w:rsidRPr="008629E2" w:rsidRDefault="00C92B30" w:rsidP="0055507D">
            <w:pPr>
              <w:adjustRightInd w:val="0"/>
              <w:spacing w:after="0" w:line="240" w:lineRule="auto"/>
              <w:jc w:val="both"/>
              <w:rPr>
                <w:rFonts w:ascii="Arial" w:eastAsia="Calibri" w:hAnsi="Arial" w:cs="Arial"/>
                <w:b/>
                <w:sz w:val="16"/>
                <w:szCs w:val="16"/>
              </w:rPr>
            </w:pPr>
          </w:p>
        </w:tc>
        <w:tc>
          <w:tcPr>
            <w:tcW w:w="992" w:type="dxa"/>
          </w:tcPr>
          <w:p w14:paraId="7F9822C4" w14:textId="77777777" w:rsidR="00C92B30" w:rsidRPr="008629E2" w:rsidRDefault="00C92B30" w:rsidP="0055507D">
            <w:pPr>
              <w:adjustRightInd w:val="0"/>
              <w:spacing w:after="0" w:line="240" w:lineRule="auto"/>
              <w:jc w:val="both"/>
              <w:rPr>
                <w:rFonts w:ascii="Arial" w:eastAsia="Calibri" w:hAnsi="Arial" w:cs="Arial"/>
                <w:b/>
                <w:sz w:val="16"/>
                <w:szCs w:val="16"/>
              </w:rPr>
            </w:pPr>
          </w:p>
        </w:tc>
      </w:tr>
      <w:tr w:rsidR="00C92B30" w:rsidRPr="008629E2" w14:paraId="1790DFEB" w14:textId="77777777" w:rsidTr="00C92B30">
        <w:trPr>
          <w:trHeight w:val="202"/>
          <w:jc w:val="center"/>
        </w:trPr>
        <w:tc>
          <w:tcPr>
            <w:tcW w:w="562" w:type="dxa"/>
            <w:vAlign w:val="center"/>
          </w:tcPr>
          <w:p w14:paraId="231EA5F9" w14:textId="77777777" w:rsidR="00C92B30" w:rsidRPr="008629E2" w:rsidRDefault="00C92B30" w:rsidP="0055507D">
            <w:pPr>
              <w:pStyle w:val="Textoindependiente2"/>
              <w:tabs>
                <w:tab w:val="left" w:pos="1980"/>
              </w:tabs>
              <w:spacing w:after="0" w:line="240" w:lineRule="auto"/>
              <w:jc w:val="center"/>
              <w:rPr>
                <w:rFonts w:ascii="Arial" w:hAnsi="Arial" w:cs="Arial"/>
                <w:color w:val="000000" w:themeColor="text1"/>
                <w:sz w:val="16"/>
                <w:szCs w:val="16"/>
                <w:lang w:eastAsia="es-CO"/>
              </w:rPr>
            </w:pPr>
            <w:r w:rsidRPr="008629E2">
              <w:rPr>
                <w:rFonts w:ascii="Arial" w:hAnsi="Arial" w:cs="Arial"/>
                <w:color w:val="000000" w:themeColor="text1"/>
                <w:sz w:val="16"/>
                <w:szCs w:val="16"/>
                <w:lang w:eastAsia="es-CO"/>
              </w:rPr>
              <w:t>5</w:t>
            </w:r>
          </w:p>
        </w:tc>
        <w:tc>
          <w:tcPr>
            <w:tcW w:w="7958" w:type="dxa"/>
            <w:vAlign w:val="center"/>
          </w:tcPr>
          <w:p w14:paraId="69D20A23" w14:textId="77777777" w:rsidR="00C92B30" w:rsidRPr="008629E2" w:rsidRDefault="00C92B30" w:rsidP="0055507D">
            <w:pPr>
              <w:adjustRightInd w:val="0"/>
              <w:spacing w:after="0" w:line="240" w:lineRule="auto"/>
              <w:jc w:val="both"/>
              <w:rPr>
                <w:rFonts w:ascii="Arial" w:eastAsia="MS Mincho" w:hAnsi="Arial" w:cs="Arial"/>
                <w:b/>
                <w:sz w:val="16"/>
                <w:szCs w:val="16"/>
              </w:rPr>
            </w:pPr>
            <w:r w:rsidRPr="008629E2">
              <w:rPr>
                <w:rFonts w:ascii="Arial" w:eastAsia="MS Mincho" w:hAnsi="Arial" w:cs="Arial"/>
                <w:b/>
                <w:sz w:val="16"/>
                <w:szCs w:val="16"/>
              </w:rPr>
              <w:t xml:space="preserve">GARANTÍA TÉCNICA </w:t>
            </w:r>
          </w:p>
          <w:p w14:paraId="39DBC1E6" w14:textId="77777777" w:rsidR="00C92B30" w:rsidRPr="008629E2" w:rsidRDefault="00C92B30" w:rsidP="0055507D">
            <w:pPr>
              <w:adjustRightInd w:val="0"/>
              <w:spacing w:after="0" w:line="240" w:lineRule="auto"/>
              <w:jc w:val="both"/>
              <w:rPr>
                <w:rFonts w:ascii="Arial" w:eastAsia="MS Mincho" w:hAnsi="Arial" w:cs="Arial"/>
                <w:b/>
                <w:sz w:val="16"/>
                <w:szCs w:val="16"/>
              </w:rPr>
            </w:pPr>
          </w:p>
          <w:p w14:paraId="3EAA5E96" w14:textId="77777777" w:rsidR="00C92B30" w:rsidRPr="008629E2" w:rsidRDefault="00C92B30" w:rsidP="0055507D">
            <w:pPr>
              <w:spacing w:after="0" w:line="240" w:lineRule="auto"/>
              <w:jc w:val="both"/>
              <w:rPr>
                <w:rFonts w:ascii="Arial" w:eastAsia="MS Mincho" w:hAnsi="Arial" w:cs="Arial"/>
                <w:bCs/>
                <w:sz w:val="16"/>
                <w:szCs w:val="16"/>
              </w:rPr>
            </w:pPr>
            <w:r w:rsidRPr="008629E2">
              <w:rPr>
                <w:rFonts w:ascii="Arial" w:eastAsia="MS Mincho" w:hAnsi="Arial" w:cs="Arial"/>
                <w:bCs/>
                <w:sz w:val="16"/>
                <w:szCs w:val="16"/>
              </w:rPr>
              <w:t>El oferente deberá anexar certificación suscrita por el representante legal donde manifieste que ofrecerá una garantía técnica mínima de seis (6) meses por los elementos cambiados, mantenimientos preventivos y/o correctivos que se realicen, contados a partir de la fecha de recibido el mantenimiento o actividad realizada (constancia de recibido a satisfacción). Sí durante el tiempo de garantía, los elementos o piezas objetos de mantenimiento, presentan falencias en su normal funcionamiento como consecuencia de la mala calidad de los elementos instalados o la falta de idoneidad del operario que realizo el trabajo, el contratista en un término de tres (3) días calendario, hará efectiva la garantía técnica, sin que ello generé ningún adicional para la Policía Metropolitana de Villavicencio.</w:t>
            </w:r>
          </w:p>
          <w:p w14:paraId="28FB65A7" w14:textId="77777777" w:rsidR="00C92B30" w:rsidRPr="008629E2" w:rsidRDefault="00C92B30" w:rsidP="0055507D">
            <w:pPr>
              <w:spacing w:after="0" w:line="240" w:lineRule="auto"/>
              <w:jc w:val="both"/>
              <w:rPr>
                <w:rFonts w:ascii="Arial" w:hAnsi="Arial" w:cs="Arial"/>
                <w:sz w:val="16"/>
                <w:szCs w:val="16"/>
                <w:bdr w:val="none" w:sz="0" w:space="0" w:color="auto" w:frame="1"/>
              </w:rPr>
            </w:pPr>
          </w:p>
          <w:p w14:paraId="4F77843E" w14:textId="77777777" w:rsidR="00C92B30" w:rsidRPr="008629E2" w:rsidRDefault="00C92B30" w:rsidP="0055507D">
            <w:pPr>
              <w:pStyle w:val="Default"/>
              <w:jc w:val="both"/>
              <w:rPr>
                <w:rFonts w:ascii="Arial" w:hAnsi="Arial" w:cs="Arial"/>
                <w:sz w:val="16"/>
                <w:szCs w:val="16"/>
              </w:rPr>
            </w:pPr>
            <w:r w:rsidRPr="008629E2">
              <w:rPr>
                <w:rFonts w:ascii="Arial" w:hAnsi="Arial" w:cs="Arial"/>
                <w:b/>
                <w:bCs/>
                <w:sz w:val="16"/>
                <w:szCs w:val="16"/>
              </w:rPr>
              <w:t>Forma de acreditación del requisito habilitante:</w:t>
            </w:r>
          </w:p>
          <w:p w14:paraId="371930CA" w14:textId="77777777" w:rsidR="00C92B30" w:rsidRPr="008629E2" w:rsidRDefault="00C92B30" w:rsidP="0055507D">
            <w:pPr>
              <w:spacing w:after="0" w:line="240" w:lineRule="auto"/>
              <w:jc w:val="both"/>
              <w:rPr>
                <w:rFonts w:ascii="Arial" w:hAnsi="Arial" w:cs="Arial"/>
                <w:sz w:val="16"/>
                <w:szCs w:val="16"/>
                <w:bdr w:val="none" w:sz="0" w:space="0" w:color="auto" w:frame="1"/>
              </w:rPr>
            </w:pPr>
          </w:p>
          <w:p w14:paraId="512C888D" w14:textId="5CFBAF75" w:rsidR="00B12CCB" w:rsidRPr="008629E2" w:rsidRDefault="00C92B30" w:rsidP="002C3B5B">
            <w:pPr>
              <w:pStyle w:val="Prrafodelista"/>
              <w:numPr>
                <w:ilvl w:val="0"/>
                <w:numId w:val="15"/>
              </w:numPr>
              <w:ind w:left="303" w:hanging="303"/>
              <w:jc w:val="both"/>
              <w:rPr>
                <w:rFonts w:ascii="Arial" w:hAnsi="Arial" w:cs="Arial"/>
                <w:color w:val="000000" w:themeColor="text1"/>
                <w:sz w:val="16"/>
                <w:szCs w:val="16"/>
              </w:rPr>
            </w:pPr>
            <w:r w:rsidRPr="008629E2">
              <w:rPr>
                <w:rFonts w:ascii="Arial" w:eastAsia="MS Mincho" w:hAnsi="Arial" w:cs="Arial"/>
                <w:bCs/>
                <w:sz w:val="16"/>
                <w:szCs w:val="16"/>
              </w:rPr>
              <w:t xml:space="preserve">Presentar junto con la propuesta una certificación firmada por el representante legal del proponente o persona natural, en la cual exprese el cumplimiento de las condiciones y exigencias contempladas en el </w:t>
            </w:r>
            <w:r w:rsidR="00DC3D92">
              <w:rPr>
                <w:rFonts w:ascii="Arial" w:eastAsia="MS Mincho" w:hAnsi="Arial" w:cs="Arial"/>
                <w:bCs/>
                <w:sz w:val="16"/>
                <w:szCs w:val="16"/>
              </w:rPr>
              <w:t xml:space="preserve">presente </w:t>
            </w:r>
            <w:r w:rsidRPr="008629E2">
              <w:rPr>
                <w:rFonts w:ascii="Arial" w:eastAsia="MS Mincho" w:hAnsi="Arial" w:cs="Arial"/>
                <w:bCs/>
                <w:sz w:val="16"/>
                <w:szCs w:val="16"/>
              </w:rPr>
              <w:t>numeral.</w:t>
            </w:r>
          </w:p>
          <w:p w14:paraId="5C718F4C" w14:textId="161904D4" w:rsidR="002C3B5B" w:rsidRPr="008629E2" w:rsidRDefault="002C3B5B" w:rsidP="002C3B5B">
            <w:pPr>
              <w:pStyle w:val="Prrafodelista"/>
              <w:ind w:left="303"/>
              <w:jc w:val="both"/>
              <w:rPr>
                <w:rFonts w:ascii="Arial" w:hAnsi="Arial" w:cs="Arial"/>
                <w:color w:val="000000" w:themeColor="text1"/>
                <w:sz w:val="16"/>
                <w:szCs w:val="16"/>
              </w:rPr>
            </w:pPr>
          </w:p>
        </w:tc>
        <w:tc>
          <w:tcPr>
            <w:tcW w:w="1007" w:type="dxa"/>
          </w:tcPr>
          <w:p w14:paraId="0B932F41" w14:textId="77777777" w:rsidR="00C92B30" w:rsidRPr="008629E2" w:rsidRDefault="00C92B30" w:rsidP="0055507D">
            <w:pPr>
              <w:adjustRightInd w:val="0"/>
              <w:spacing w:after="0" w:line="240" w:lineRule="auto"/>
              <w:jc w:val="both"/>
              <w:rPr>
                <w:rFonts w:ascii="Arial" w:eastAsia="MS Mincho" w:hAnsi="Arial" w:cs="Arial"/>
                <w:b/>
                <w:sz w:val="16"/>
                <w:szCs w:val="16"/>
              </w:rPr>
            </w:pPr>
          </w:p>
        </w:tc>
        <w:tc>
          <w:tcPr>
            <w:tcW w:w="992" w:type="dxa"/>
          </w:tcPr>
          <w:p w14:paraId="28887F85" w14:textId="77777777" w:rsidR="00C92B30" w:rsidRPr="008629E2" w:rsidRDefault="00C92B30" w:rsidP="0055507D">
            <w:pPr>
              <w:adjustRightInd w:val="0"/>
              <w:spacing w:after="0" w:line="240" w:lineRule="auto"/>
              <w:jc w:val="both"/>
              <w:rPr>
                <w:rFonts w:ascii="Arial" w:eastAsia="MS Mincho" w:hAnsi="Arial" w:cs="Arial"/>
                <w:b/>
                <w:sz w:val="16"/>
                <w:szCs w:val="16"/>
              </w:rPr>
            </w:pPr>
          </w:p>
        </w:tc>
      </w:tr>
      <w:tr w:rsidR="00C92B30" w:rsidRPr="008629E2" w14:paraId="5BD3DDEA" w14:textId="77777777" w:rsidTr="00C92B30">
        <w:trPr>
          <w:trHeight w:val="202"/>
          <w:jc w:val="center"/>
        </w:trPr>
        <w:tc>
          <w:tcPr>
            <w:tcW w:w="562" w:type="dxa"/>
            <w:vAlign w:val="center"/>
          </w:tcPr>
          <w:p w14:paraId="2BEB029B" w14:textId="77777777" w:rsidR="00C92B30" w:rsidRPr="008629E2" w:rsidRDefault="00C92B30" w:rsidP="0055507D">
            <w:pPr>
              <w:pStyle w:val="Textoindependiente2"/>
              <w:tabs>
                <w:tab w:val="left" w:pos="1980"/>
              </w:tabs>
              <w:spacing w:after="0" w:line="240" w:lineRule="auto"/>
              <w:jc w:val="center"/>
              <w:rPr>
                <w:rFonts w:ascii="Arial" w:hAnsi="Arial" w:cs="Arial"/>
                <w:color w:val="000000" w:themeColor="text1"/>
                <w:sz w:val="16"/>
                <w:szCs w:val="16"/>
                <w:lang w:eastAsia="es-CO"/>
              </w:rPr>
            </w:pPr>
            <w:r w:rsidRPr="008629E2">
              <w:rPr>
                <w:rFonts w:ascii="Arial" w:hAnsi="Arial" w:cs="Arial"/>
                <w:color w:val="000000" w:themeColor="text1"/>
                <w:sz w:val="16"/>
                <w:szCs w:val="16"/>
                <w:lang w:eastAsia="es-CO"/>
              </w:rPr>
              <w:t>6</w:t>
            </w:r>
          </w:p>
        </w:tc>
        <w:tc>
          <w:tcPr>
            <w:tcW w:w="7958" w:type="dxa"/>
            <w:vAlign w:val="center"/>
          </w:tcPr>
          <w:p w14:paraId="71CFABAE" w14:textId="77777777" w:rsidR="00C92B30" w:rsidRPr="008629E2" w:rsidRDefault="00C92B30" w:rsidP="0055507D">
            <w:pPr>
              <w:tabs>
                <w:tab w:val="left" w:pos="240"/>
                <w:tab w:val="left" w:pos="320"/>
              </w:tabs>
              <w:spacing w:after="0" w:line="240" w:lineRule="auto"/>
              <w:jc w:val="both"/>
              <w:rPr>
                <w:rFonts w:ascii="Arial" w:hAnsi="Arial" w:cs="Arial"/>
                <w:b/>
                <w:bCs/>
                <w:sz w:val="16"/>
                <w:szCs w:val="16"/>
              </w:rPr>
            </w:pPr>
            <w:r w:rsidRPr="008629E2">
              <w:rPr>
                <w:rFonts w:ascii="Arial" w:hAnsi="Arial" w:cs="Arial"/>
                <w:b/>
                <w:bCs/>
                <w:sz w:val="16"/>
                <w:szCs w:val="16"/>
              </w:rPr>
              <w:t>PLAZO MAXIMO PARA LA PRESTACIÓN DEL SERVICIO</w:t>
            </w:r>
          </w:p>
          <w:p w14:paraId="46FA14F7" w14:textId="77777777" w:rsidR="00C92B30" w:rsidRPr="008629E2" w:rsidRDefault="00C92B30" w:rsidP="0055507D">
            <w:pPr>
              <w:tabs>
                <w:tab w:val="left" w:pos="240"/>
                <w:tab w:val="left" w:pos="320"/>
              </w:tabs>
              <w:spacing w:after="0" w:line="240" w:lineRule="auto"/>
              <w:jc w:val="both"/>
              <w:rPr>
                <w:rFonts w:ascii="Arial" w:hAnsi="Arial" w:cs="Arial"/>
                <w:b/>
                <w:bCs/>
                <w:sz w:val="16"/>
                <w:szCs w:val="16"/>
              </w:rPr>
            </w:pPr>
          </w:p>
          <w:p w14:paraId="03033129" w14:textId="77777777" w:rsidR="00C92B30" w:rsidRPr="008629E2" w:rsidRDefault="00C92B30" w:rsidP="0055507D">
            <w:pPr>
              <w:adjustRightInd w:val="0"/>
              <w:spacing w:after="0" w:line="240" w:lineRule="auto"/>
              <w:jc w:val="both"/>
              <w:rPr>
                <w:rFonts w:ascii="Arial" w:hAnsi="Arial" w:cs="Arial"/>
                <w:sz w:val="16"/>
                <w:szCs w:val="16"/>
              </w:rPr>
            </w:pPr>
            <w:r w:rsidRPr="008629E2">
              <w:rPr>
                <w:rFonts w:ascii="Arial" w:hAnsi="Arial" w:cs="Arial"/>
                <w:sz w:val="16"/>
                <w:szCs w:val="16"/>
              </w:rPr>
              <w:t>El contratista y supervisor de contrato acordaran dentro del tiempo de ejecución de contrato los mantenimientos y actividades a realizar dentro de las cuales se deberá realizar 3 inspecciones de impedancia en sistemas de polo a tierra 1 antes del mantenimiento o adecuación, después del mantenimiento o adecuación y una dos meses posterior a la entrega con el fin de verificar la impedancia en la tierra siga siendo optima acorde a normas técnicas IEC 60364-4-442, ANSI/IEEE 80, NTC 2050 y NTC 4552.</w:t>
            </w:r>
          </w:p>
          <w:p w14:paraId="2C8194D0" w14:textId="77777777" w:rsidR="00C92B30" w:rsidRPr="008629E2" w:rsidRDefault="00C92B30" w:rsidP="0055507D">
            <w:pPr>
              <w:adjustRightInd w:val="0"/>
              <w:spacing w:after="0" w:line="240" w:lineRule="auto"/>
              <w:jc w:val="both"/>
              <w:rPr>
                <w:rFonts w:ascii="Arial" w:hAnsi="Arial" w:cs="Arial"/>
                <w:sz w:val="16"/>
                <w:szCs w:val="16"/>
              </w:rPr>
            </w:pPr>
          </w:p>
          <w:p w14:paraId="0236BBC5" w14:textId="77777777" w:rsidR="00C92B30" w:rsidRPr="008629E2" w:rsidRDefault="00C92B30" w:rsidP="0055507D">
            <w:pPr>
              <w:pStyle w:val="Default"/>
              <w:jc w:val="both"/>
              <w:rPr>
                <w:rFonts w:ascii="Arial" w:hAnsi="Arial" w:cs="Arial"/>
                <w:sz w:val="16"/>
                <w:szCs w:val="16"/>
              </w:rPr>
            </w:pPr>
            <w:r w:rsidRPr="008629E2">
              <w:rPr>
                <w:rFonts w:ascii="Arial" w:hAnsi="Arial" w:cs="Arial"/>
                <w:b/>
                <w:bCs/>
                <w:sz w:val="16"/>
                <w:szCs w:val="16"/>
              </w:rPr>
              <w:t>Forma de acreditación del requisito habilitante:</w:t>
            </w:r>
          </w:p>
          <w:p w14:paraId="08CE34A2" w14:textId="77777777" w:rsidR="00C92B30" w:rsidRPr="008629E2" w:rsidRDefault="00C92B30" w:rsidP="0055507D">
            <w:pPr>
              <w:spacing w:after="0" w:line="240" w:lineRule="auto"/>
              <w:jc w:val="both"/>
              <w:rPr>
                <w:rFonts w:ascii="Arial" w:hAnsi="Arial" w:cs="Arial"/>
                <w:sz w:val="16"/>
                <w:szCs w:val="16"/>
                <w:bdr w:val="none" w:sz="0" w:space="0" w:color="auto" w:frame="1"/>
              </w:rPr>
            </w:pPr>
          </w:p>
          <w:p w14:paraId="69C5E9F1" w14:textId="508459B2" w:rsidR="00C92B30" w:rsidRPr="008629E2" w:rsidRDefault="00C92B30" w:rsidP="0055507D">
            <w:pPr>
              <w:adjustRightInd w:val="0"/>
              <w:spacing w:after="0" w:line="240" w:lineRule="auto"/>
              <w:jc w:val="both"/>
              <w:rPr>
                <w:rFonts w:ascii="Arial" w:eastAsia="MS Mincho" w:hAnsi="Arial" w:cs="Arial"/>
                <w:b/>
                <w:sz w:val="16"/>
                <w:szCs w:val="16"/>
              </w:rPr>
            </w:pPr>
            <w:r w:rsidRPr="008629E2">
              <w:rPr>
                <w:rFonts w:ascii="Arial" w:eastAsia="MS Mincho" w:hAnsi="Arial" w:cs="Arial"/>
                <w:bCs/>
                <w:sz w:val="16"/>
                <w:szCs w:val="16"/>
              </w:rPr>
              <w:t xml:space="preserve">Presentar junto con la propuesta una certificación firmada por el representante legal del proponente o persona natural, en la cual exprese el cumplimiento de las condiciones y exigencias contempladas en el </w:t>
            </w:r>
            <w:r w:rsidR="00226CF7">
              <w:rPr>
                <w:rFonts w:ascii="Arial" w:eastAsia="MS Mincho" w:hAnsi="Arial" w:cs="Arial"/>
                <w:bCs/>
                <w:sz w:val="16"/>
                <w:szCs w:val="16"/>
              </w:rPr>
              <w:t xml:space="preserve">presente </w:t>
            </w:r>
            <w:r w:rsidRPr="008629E2">
              <w:rPr>
                <w:rFonts w:ascii="Arial" w:eastAsia="MS Mincho" w:hAnsi="Arial" w:cs="Arial"/>
                <w:bCs/>
                <w:sz w:val="16"/>
                <w:szCs w:val="16"/>
              </w:rPr>
              <w:t>numeral.</w:t>
            </w:r>
          </w:p>
        </w:tc>
        <w:tc>
          <w:tcPr>
            <w:tcW w:w="1007" w:type="dxa"/>
          </w:tcPr>
          <w:p w14:paraId="68ACB122" w14:textId="77777777" w:rsidR="00C92B30" w:rsidRPr="008629E2" w:rsidRDefault="00C92B30" w:rsidP="0055507D">
            <w:pPr>
              <w:adjustRightInd w:val="0"/>
              <w:spacing w:after="0" w:line="240" w:lineRule="auto"/>
              <w:jc w:val="both"/>
              <w:rPr>
                <w:rFonts w:ascii="Arial" w:eastAsia="MS Mincho" w:hAnsi="Arial" w:cs="Arial"/>
                <w:b/>
                <w:sz w:val="16"/>
                <w:szCs w:val="16"/>
              </w:rPr>
            </w:pPr>
          </w:p>
        </w:tc>
        <w:tc>
          <w:tcPr>
            <w:tcW w:w="992" w:type="dxa"/>
          </w:tcPr>
          <w:p w14:paraId="44145A2A" w14:textId="77777777" w:rsidR="00C92B30" w:rsidRPr="008629E2" w:rsidRDefault="00C92B30" w:rsidP="0055507D">
            <w:pPr>
              <w:adjustRightInd w:val="0"/>
              <w:spacing w:after="0" w:line="240" w:lineRule="auto"/>
              <w:jc w:val="both"/>
              <w:rPr>
                <w:rFonts w:ascii="Arial" w:eastAsia="MS Mincho" w:hAnsi="Arial" w:cs="Arial"/>
                <w:b/>
                <w:sz w:val="16"/>
                <w:szCs w:val="16"/>
              </w:rPr>
            </w:pPr>
          </w:p>
        </w:tc>
      </w:tr>
      <w:tr w:rsidR="00C92B30" w:rsidRPr="008629E2" w14:paraId="16AB4FF1" w14:textId="77777777" w:rsidTr="00C92B30">
        <w:trPr>
          <w:trHeight w:val="202"/>
          <w:jc w:val="center"/>
        </w:trPr>
        <w:tc>
          <w:tcPr>
            <w:tcW w:w="562" w:type="dxa"/>
            <w:vAlign w:val="center"/>
          </w:tcPr>
          <w:p w14:paraId="69F53FFC" w14:textId="77777777" w:rsidR="00C92B30" w:rsidRPr="008629E2" w:rsidRDefault="00C92B30" w:rsidP="0055507D">
            <w:pPr>
              <w:pStyle w:val="Textoindependiente2"/>
              <w:tabs>
                <w:tab w:val="left" w:pos="1980"/>
              </w:tabs>
              <w:spacing w:after="0" w:line="240" w:lineRule="auto"/>
              <w:jc w:val="center"/>
              <w:rPr>
                <w:rFonts w:ascii="Arial" w:hAnsi="Arial" w:cs="Arial"/>
                <w:color w:val="000000" w:themeColor="text1"/>
                <w:sz w:val="16"/>
                <w:szCs w:val="16"/>
                <w:lang w:eastAsia="es-CO"/>
              </w:rPr>
            </w:pPr>
            <w:r w:rsidRPr="008629E2">
              <w:rPr>
                <w:rFonts w:ascii="Arial" w:hAnsi="Arial" w:cs="Arial"/>
                <w:color w:val="000000" w:themeColor="text1"/>
                <w:sz w:val="16"/>
                <w:szCs w:val="16"/>
                <w:lang w:eastAsia="es-CO"/>
              </w:rPr>
              <w:t>7</w:t>
            </w:r>
          </w:p>
        </w:tc>
        <w:tc>
          <w:tcPr>
            <w:tcW w:w="7958" w:type="dxa"/>
          </w:tcPr>
          <w:p w14:paraId="00A4888F" w14:textId="77777777" w:rsidR="00C92B30" w:rsidRPr="008629E2" w:rsidRDefault="00C92B30" w:rsidP="0055507D">
            <w:pPr>
              <w:tabs>
                <w:tab w:val="left" w:pos="240"/>
                <w:tab w:val="left" w:pos="320"/>
              </w:tabs>
              <w:spacing w:after="0" w:line="240" w:lineRule="auto"/>
              <w:jc w:val="both"/>
              <w:rPr>
                <w:rFonts w:ascii="Arial" w:hAnsi="Arial" w:cs="Arial"/>
                <w:b/>
                <w:bCs/>
                <w:sz w:val="16"/>
                <w:szCs w:val="16"/>
              </w:rPr>
            </w:pPr>
            <w:r w:rsidRPr="008629E2">
              <w:rPr>
                <w:rFonts w:ascii="Arial" w:hAnsi="Arial" w:cs="Arial"/>
                <w:b/>
                <w:bCs/>
                <w:sz w:val="16"/>
                <w:szCs w:val="16"/>
              </w:rPr>
              <w:t xml:space="preserve">REPORTE REALIZACIÓN DE ACONDICIONAMIENTO O MANTENIMIENTO </w:t>
            </w:r>
          </w:p>
          <w:p w14:paraId="4317798A" w14:textId="77777777" w:rsidR="00C92B30" w:rsidRPr="008629E2" w:rsidRDefault="00C92B30" w:rsidP="0055507D">
            <w:pPr>
              <w:tabs>
                <w:tab w:val="left" w:pos="240"/>
                <w:tab w:val="left" w:pos="320"/>
              </w:tabs>
              <w:spacing w:after="0" w:line="240" w:lineRule="auto"/>
              <w:jc w:val="both"/>
              <w:rPr>
                <w:rFonts w:ascii="Arial" w:hAnsi="Arial" w:cs="Arial"/>
                <w:b/>
                <w:bCs/>
                <w:sz w:val="16"/>
                <w:szCs w:val="16"/>
              </w:rPr>
            </w:pPr>
          </w:p>
          <w:p w14:paraId="769E87AF" w14:textId="77777777" w:rsidR="00C92B30" w:rsidRPr="008629E2" w:rsidRDefault="00C92B30" w:rsidP="0055507D">
            <w:pPr>
              <w:tabs>
                <w:tab w:val="left" w:pos="240"/>
                <w:tab w:val="left" w:pos="320"/>
              </w:tabs>
              <w:spacing w:after="0" w:line="240" w:lineRule="auto"/>
              <w:jc w:val="both"/>
              <w:rPr>
                <w:rFonts w:ascii="Arial" w:hAnsi="Arial" w:cs="Arial"/>
                <w:sz w:val="16"/>
                <w:szCs w:val="16"/>
              </w:rPr>
            </w:pPr>
            <w:r w:rsidRPr="008629E2">
              <w:rPr>
                <w:rFonts w:ascii="Arial" w:hAnsi="Arial" w:cs="Arial"/>
                <w:sz w:val="16"/>
                <w:szCs w:val="16"/>
              </w:rPr>
              <w:t>El contratista deberá realizar orden de trabajo con numeración, el cual deberá incluir de manera detallada mínimamente la siguiente información:</w:t>
            </w:r>
          </w:p>
          <w:p w14:paraId="3AC8471A" w14:textId="77777777" w:rsidR="00C92B30" w:rsidRPr="008629E2" w:rsidRDefault="00C92B30" w:rsidP="0055507D">
            <w:pPr>
              <w:tabs>
                <w:tab w:val="left" w:pos="240"/>
                <w:tab w:val="left" w:pos="320"/>
              </w:tabs>
              <w:spacing w:after="0" w:line="240" w:lineRule="auto"/>
              <w:jc w:val="both"/>
              <w:rPr>
                <w:rFonts w:ascii="Arial" w:hAnsi="Arial" w:cs="Arial"/>
                <w:sz w:val="16"/>
                <w:szCs w:val="16"/>
              </w:rPr>
            </w:pPr>
          </w:p>
          <w:p w14:paraId="305C741B" w14:textId="77777777" w:rsidR="00C92B30" w:rsidRPr="008629E2" w:rsidRDefault="00C92B30" w:rsidP="0055507D">
            <w:pPr>
              <w:tabs>
                <w:tab w:val="left" w:pos="568"/>
              </w:tabs>
              <w:spacing w:after="0" w:line="240" w:lineRule="auto"/>
              <w:ind w:left="285" w:hanging="285"/>
              <w:jc w:val="both"/>
              <w:rPr>
                <w:rFonts w:ascii="Arial" w:hAnsi="Arial" w:cs="Arial"/>
                <w:sz w:val="16"/>
                <w:szCs w:val="16"/>
              </w:rPr>
            </w:pPr>
            <w:r w:rsidRPr="008629E2">
              <w:rPr>
                <w:rFonts w:ascii="Arial" w:hAnsi="Arial" w:cs="Arial"/>
                <w:sz w:val="16"/>
                <w:szCs w:val="16"/>
              </w:rPr>
              <w:t>•</w:t>
            </w:r>
            <w:r w:rsidRPr="008629E2">
              <w:rPr>
                <w:rFonts w:ascii="Arial" w:hAnsi="Arial" w:cs="Arial"/>
                <w:sz w:val="16"/>
                <w:szCs w:val="16"/>
              </w:rPr>
              <w:tab/>
              <w:t>Fecha de prestación del servicio</w:t>
            </w:r>
          </w:p>
          <w:p w14:paraId="65DF0A78" w14:textId="77777777" w:rsidR="00C92B30" w:rsidRPr="008629E2" w:rsidRDefault="00C92B30" w:rsidP="0055507D">
            <w:pPr>
              <w:tabs>
                <w:tab w:val="left" w:pos="568"/>
              </w:tabs>
              <w:spacing w:after="0" w:line="240" w:lineRule="auto"/>
              <w:ind w:left="285" w:hanging="285"/>
              <w:jc w:val="both"/>
              <w:rPr>
                <w:rFonts w:ascii="Arial" w:hAnsi="Arial" w:cs="Arial"/>
                <w:sz w:val="16"/>
                <w:szCs w:val="16"/>
              </w:rPr>
            </w:pPr>
            <w:r w:rsidRPr="008629E2">
              <w:rPr>
                <w:rFonts w:ascii="Arial" w:hAnsi="Arial" w:cs="Arial"/>
                <w:sz w:val="16"/>
                <w:szCs w:val="16"/>
              </w:rPr>
              <w:t>•</w:t>
            </w:r>
            <w:r w:rsidRPr="008629E2">
              <w:rPr>
                <w:rFonts w:ascii="Arial" w:hAnsi="Arial" w:cs="Arial"/>
                <w:sz w:val="16"/>
                <w:szCs w:val="16"/>
              </w:rPr>
              <w:tab/>
              <w:t>Lugar de prestación del servicio, aclarando la unidad policial.</w:t>
            </w:r>
          </w:p>
          <w:p w14:paraId="38A1958E" w14:textId="77777777" w:rsidR="00C92B30" w:rsidRPr="008629E2" w:rsidRDefault="00C92B30" w:rsidP="0055507D">
            <w:pPr>
              <w:tabs>
                <w:tab w:val="left" w:pos="568"/>
              </w:tabs>
              <w:spacing w:after="0" w:line="240" w:lineRule="auto"/>
              <w:ind w:left="285" w:hanging="285"/>
              <w:jc w:val="both"/>
              <w:rPr>
                <w:rFonts w:ascii="Arial" w:hAnsi="Arial" w:cs="Arial"/>
                <w:sz w:val="16"/>
                <w:szCs w:val="16"/>
              </w:rPr>
            </w:pPr>
            <w:r w:rsidRPr="008629E2">
              <w:rPr>
                <w:rFonts w:ascii="Arial" w:hAnsi="Arial" w:cs="Arial"/>
                <w:sz w:val="16"/>
                <w:szCs w:val="16"/>
              </w:rPr>
              <w:t>•</w:t>
            </w:r>
            <w:r w:rsidRPr="008629E2">
              <w:rPr>
                <w:rFonts w:ascii="Arial" w:hAnsi="Arial" w:cs="Arial"/>
                <w:sz w:val="16"/>
                <w:szCs w:val="16"/>
              </w:rPr>
              <w:tab/>
              <w:t>Diagnóstico inicial con medidas.</w:t>
            </w:r>
          </w:p>
          <w:p w14:paraId="29F33B02" w14:textId="77777777" w:rsidR="00C92B30" w:rsidRPr="008629E2" w:rsidRDefault="00C92B30" w:rsidP="0055507D">
            <w:pPr>
              <w:tabs>
                <w:tab w:val="left" w:pos="568"/>
              </w:tabs>
              <w:spacing w:after="0" w:line="240" w:lineRule="auto"/>
              <w:ind w:left="285" w:hanging="285"/>
              <w:jc w:val="both"/>
              <w:rPr>
                <w:rFonts w:ascii="Arial" w:hAnsi="Arial" w:cs="Arial"/>
                <w:sz w:val="16"/>
                <w:szCs w:val="16"/>
              </w:rPr>
            </w:pPr>
            <w:r w:rsidRPr="008629E2">
              <w:rPr>
                <w:rFonts w:ascii="Arial" w:hAnsi="Arial" w:cs="Arial"/>
                <w:sz w:val="16"/>
                <w:szCs w:val="16"/>
              </w:rPr>
              <w:t>•</w:t>
            </w:r>
            <w:r w:rsidRPr="008629E2">
              <w:rPr>
                <w:rFonts w:ascii="Arial" w:hAnsi="Arial" w:cs="Arial"/>
                <w:sz w:val="16"/>
                <w:szCs w:val="16"/>
              </w:rPr>
              <w:tab/>
              <w:t>Descripción detallada de los servicios ejecutados, detallando actividades realizadas, así como el cambio de elementos; los cuales deberán ser identificados con su descripción técnica, referencia, marca, numero de serial (si lo tiene).</w:t>
            </w:r>
          </w:p>
          <w:p w14:paraId="732B8E12" w14:textId="77777777" w:rsidR="00C92B30" w:rsidRPr="008629E2" w:rsidRDefault="00C92B30" w:rsidP="0055507D">
            <w:pPr>
              <w:tabs>
                <w:tab w:val="left" w:pos="568"/>
              </w:tabs>
              <w:spacing w:after="0" w:line="240" w:lineRule="auto"/>
              <w:ind w:left="285" w:hanging="285"/>
              <w:jc w:val="both"/>
              <w:rPr>
                <w:rFonts w:ascii="Arial" w:hAnsi="Arial" w:cs="Arial"/>
                <w:sz w:val="16"/>
                <w:szCs w:val="16"/>
              </w:rPr>
            </w:pPr>
            <w:r w:rsidRPr="008629E2">
              <w:rPr>
                <w:rFonts w:ascii="Arial" w:hAnsi="Arial" w:cs="Arial"/>
                <w:sz w:val="16"/>
                <w:szCs w:val="16"/>
              </w:rPr>
              <w:t>•</w:t>
            </w:r>
            <w:r w:rsidRPr="008629E2">
              <w:rPr>
                <w:rFonts w:ascii="Arial" w:hAnsi="Arial" w:cs="Arial"/>
                <w:sz w:val="16"/>
                <w:szCs w:val="16"/>
              </w:rPr>
              <w:tab/>
              <w:t>Evidencia fotográfica del mantenimiento</w:t>
            </w:r>
          </w:p>
          <w:p w14:paraId="68F63A47" w14:textId="77777777" w:rsidR="00C92B30" w:rsidRPr="008629E2" w:rsidRDefault="00C92B30" w:rsidP="0055507D">
            <w:pPr>
              <w:tabs>
                <w:tab w:val="left" w:pos="568"/>
              </w:tabs>
              <w:spacing w:after="0" w:line="240" w:lineRule="auto"/>
              <w:ind w:left="285" w:hanging="285"/>
              <w:jc w:val="both"/>
              <w:rPr>
                <w:rFonts w:ascii="Arial" w:hAnsi="Arial" w:cs="Arial"/>
                <w:sz w:val="16"/>
                <w:szCs w:val="16"/>
              </w:rPr>
            </w:pPr>
            <w:r w:rsidRPr="008629E2">
              <w:rPr>
                <w:rFonts w:ascii="Arial" w:hAnsi="Arial" w:cs="Arial"/>
                <w:sz w:val="16"/>
                <w:szCs w:val="16"/>
              </w:rPr>
              <w:t>•</w:t>
            </w:r>
            <w:r w:rsidRPr="008629E2">
              <w:rPr>
                <w:rFonts w:ascii="Arial" w:hAnsi="Arial" w:cs="Arial"/>
                <w:sz w:val="16"/>
                <w:szCs w:val="16"/>
              </w:rPr>
              <w:tab/>
              <w:t>Grado, nombres completos, numero de documento de identificación y firma de recibo a satisfacción del servicio prestado, por parte de Supervisor de contrato y Responsable de Tecnologías de la Información y las comunicaciones Región 7 o quien haga sus veces.</w:t>
            </w:r>
          </w:p>
          <w:p w14:paraId="4926ABCE" w14:textId="77777777" w:rsidR="00C92B30" w:rsidRPr="008629E2" w:rsidRDefault="00C92B30" w:rsidP="0055507D">
            <w:pPr>
              <w:tabs>
                <w:tab w:val="left" w:pos="568"/>
              </w:tabs>
              <w:spacing w:after="0" w:line="240" w:lineRule="auto"/>
              <w:ind w:left="285" w:hanging="285"/>
              <w:jc w:val="both"/>
              <w:rPr>
                <w:rFonts w:ascii="Arial" w:hAnsi="Arial" w:cs="Arial"/>
                <w:sz w:val="16"/>
                <w:szCs w:val="16"/>
              </w:rPr>
            </w:pPr>
            <w:r w:rsidRPr="008629E2">
              <w:rPr>
                <w:rFonts w:ascii="Arial" w:hAnsi="Arial" w:cs="Arial"/>
                <w:sz w:val="16"/>
                <w:szCs w:val="16"/>
              </w:rPr>
              <w:t>•</w:t>
            </w:r>
            <w:r w:rsidRPr="008629E2">
              <w:rPr>
                <w:rFonts w:ascii="Arial" w:hAnsi="Arial" w:cs="Arial"/>
                <w:sz w:val="16"/>
                <w:szCs w:val="16"/>
              </w:rPr>
              <w:tab/>
              <w:t>Nombre completo, numero de documento de identificación y firma del técnico y/o profesional que realiza el servicio.</w:t>
            </w:r>
          </w:p>
          <w:p w14:paraId="6B99DAE5" w14:textId="77777777" w:rsidR="00C92B30" w:rsidRPr="008629E2" w:rsidRDefault="00C92B30" w:rsidP="0055507D">
            <w:pPr>
              <w:tabs>
                <w:tab w:val="left" w:pos="568"/>
              </w:tabs>
              <w:spacing w:after="0" w:line="240" w:lineRule="auto"/>
              <w:ind w:left="285" w:hanging="285"/>
              <w:jc w:val="both"/>
              <w:rPr>
                <w:rFonts w:ascii="Arial" w:hAnsi="Arial" w:cs="Arial"/>
                <w:sz w:val="16"/>
                <w:szCs w:val="16"/>
              </w:rPr>
            </w:pPr>
            <w:r w:rsidRPr="008629E2">
              <w:rPr>
                <w:rFonts w:ascii="Arial" w:hAnsi="Arial" w:cs="Arial"/>
                <w:sz w:val="16"/>
                <w:szCs w:val="16"/>
              </w:rPr>
              <w:t>•</w:t>
            </w:r>
            <w:r w:rsidRPr="008629E2">
              <w:rPr>
                <w:rFonts w:ascii="Arial" w:hAnsi="Arial" w:cs="Arial"/>
                <w:sz w:val="16"/>
                <w:szCs w:val="16"/>
              </w:rPr>
              <w:tab/>
              <w:t>Nombre completo, numero de documento de identificación y firma del Contratista o su representante legal.</w:t>
            </w:r>
          </w:p>
          <w:p w14:paraId="086F73F6" w14:textId="77777777" w:rsidR="00C92B30" w:rsidRPr="008629E2" w:rsidRDefault="00C92B30" w:rsidP="0055507D">
            <w:pPr>
              <w:tabs>
                <w:tab w:val="left" w:pos="240"/>
                <w:tab w:val="left" w:pos="320"/>
              </w:tabs>
              <w:spacing w:after="0" w:line="240" w:lineRule="auto"/>
              <w:jc w:val="both"/>
              <w:rPr>
                <w:rFonts w:ascii="Arial" w:hAnsi="Arial" w:cs="Arial"/>
                <w:sz w:val="16"/>
                <w:szCs w:val="16"/>
              </w:rPr>
            </w:pPr>
          </w:p>
          <w:p w14:paraId="36C06615" w14:textId="77777777" w:rsidR="00C92B30" w:rsidRPr="008629E2" w:rsidRDefault="00C92B30" w:rsidP="0055507D">
            <w:pPr>
              <w:tabs>
                <w:tab w:val="left" w:pos="240"/>
                <w:tab w:val="left" w:pos="320"/>
              </w:tabs>
              <w:spacing w:after="0" w:line="240" w:lineRule="auto"/>
              <w:jc w:val="both"/>
              <w:rPr>
                <w:rFonts w:ascii="Arial" w:hAnsi="Arial" w:cs="Arial"/>
                <w:sz w:val="16"/>
                <w:szCs w:val="16"/>
              </w:rPr>
            </w:pPr>
            <w:r w:rsidRPr="008629E2">
              <w:rPr>
                <w:rFonts w:ascii="Arial" w:hAnsi="Arial" w:cs="Arial"/>
                <w:sz w:val="16"/>
                <w:szCs w:val="16"/>
              </w:rPr>
              <w:t>La orden de trabajo deberá ser entregado al supervisor del contrato junto con los documentos exigidos para el trámite de pago, ya que el mismo será requisito indispensable para el trámite de los mismos.</w:t>
            </w:r>
          </w:p>
          <w:p w14:paraId="0E18F292" w14:textId="77777777" w:rsidR="00C92B30" w:rsidRPr="008629E2" w:rsidRDefault="00C92B30" w:rsidP="0055507D">
            <w:pPr>
              <w:tabs>
                <w:tab w:val="left" w:pos="240"/>
                <w:tab w:val="left" w:pos="320"/>
              </w:tabs>
              <w:spacing w:after="0" w:line="240" w:lineRule="auto"/>
              <w:jc w:val="both"/>
              <w:rPr>
                <w:rFonts w:ascii="Arial" w:hAnsi="Arial" w:cs="Arial"/>
                <w:sz w:val="16"/>
                <w:szCs w:val="16"/>
              </w:rPr>
            </w:pPr>
          </w:p>
          <w:p w14:paraId="2826B0B0" w14:textId="77777777" w:rsidR="00C92B30" w:rsidRPr="008629E2" w:rsidRDefault="00C92B30" w:rsidP="0055507D">
            <w:pPr>
              <w:tabs>
                <w:tab w:val="left" w:pos="240"/>
                <w:tab w:val="left" w:pos="320"/>
              </w:tabs>
              <w:spacing w:after="0" w:line="240" w:lineRule="auto"/>
              <w:jc w:val="both"/>
              <w:rPr>
                <w:rFonts w:ascii="Arial" w:hAnsi="Arial" w:cs="Arial"/>
                <w:sz w:val="16"/>
                <w:szCs w:val="16"/>
              </w:rPr>
            </w:pPr>
            <w:r w:rsidRPr="008629E2">
              <w:rPr>
                <w:rFonts w:ascii="Arial" w:hAnsi="Arial" w:cs="Arial"/>
                <w:sz w:val="16"/>
                <w:szCs w:val="16"/>
              </w:rPr>
              <w:lastRenderedPageBreak/>
              <w:t>Con la presentación de la oferta y el presente anexo firmado, el oferente y futuro contratista manifiesta su aceptación voluntaria y cumplimiento de lo descrito en el presente requisito.</w:t>
            </w:r>
          </w:p>
          <w:p w14:paraId="6E1E94B1" w14:textId="77777777" w:rsidR="002C3B5B" w:rsidRPr="008629E2" w:rsidRDefault="002C3B5B" w:rsidP="0055507D">
            <w:pPr>
              <w:tabs>
                <w:tab w:val="left" w:pos="240"/>
                <w:tab w:val="left" w:pos="320"/>
              </w:tabs>
              <w:spacing w:after="0" w:line="240" w:lineRule="auto"/>
              <w:jc w:val="both"/>
              <w:rPr>
                <w:rFonts w:ascii="Arial" w:hAnsi="Arial" w:cs="Arial"/>
                <w:b/>
                <w:bCs/>
                <w:sz w:val="16"/>
                <w:szCs w:val="16"/>
              </w:rPr>
            </w:pPr>
          </w:p>
        </w:tc>
        <w:tc>
          <w:tcPr>
            <w:tcW w:w="1007" w:type="dxa"/>
          </w:tcPr>
          <w:p w14:paraId="263B3959" w14:textId="77777777" w:rsidR="00C92B30" w:rsidRPr="008629E2" w:rsidRDefault="00C92B30" w:rsidP="0055507D">
            <w:pPr>
              <w:adjustRightInd w:val="0"/>
              <w:spacing w:after="0" w:line="240" w:lineRule="auto"/>
              <w:jc w:val="both"/>
              <w:rPr>
                <w:rFonts w:ascii="Arial" w:eastAsia="MS Mincho" w:hAnsi="Arial" w:cs="Arial"/>
                <w:b/>
                <w:sz w:val="16"/>
                <w:szCs w:val="16"/>
              </w:rPr>
            </w:pPr>
          </w:p>
        </w:tc>
        <w:tc>
          <w:tcPr>
            <w:tcW w:w="992" w:type="dxa"/>
          </w:tcPr>
          <w:p w14:paraId="4913C64D" w14:textId="77777777" w:rsidR="00C92B30" w:rsidRPr="008629E2" w:rsidRDefault="00C92B30" w:rsidP="0055507D">
            <w:pPr>
              <w:adjustRightInd w:val="0"/>
              <w:spacing w:after="0" w:line="240" w:lineRule="auto"/>
              <w:jc w:val="both"/>
              <w:rPr>
                <w:rFonts w:ascii="Arial" w:eastAsia="MS Mincho" w:hAnsi="Arial" w:cs="Arial"/>
                <w:b/>
                <w:sz w:val="16"/>
                <w:szCs w:val="16"/>
              </w:rPr>
            </w:pPr>
          </w:p>
        </w:tc>
      </w:tr>
      <w:tr w:rsidR="00C92B30" w:rsidRPr="008629E2" w14:paraId="3F5452B6" w14:textId="77777777" w:rsidTr="00C92B30">
        <w:trPr>
          <w:trHeight w:val="202"/>
          <w:jc w:val="center"/>
        </w:trPr>
        <w:tc>
          <w:tcPr>
            <w:tcW w:w="562" w:type="dxa"/>
            <w:vAlign w:val="center"/>
          </w:tcPr>
          <w:p w14:paraId="45268D78" w14:textId="77777777" w:rsidR="00C92B30" w:rsidRPr="008629E2" w:rsidRDefault="00C92B30" w:rsidP="0055507D">
            <w:pPr>
              <w:pStyle w:val="Textoindependiente2"/>
              <w:tabs>
                <w:tab w:val="left" w:pos="1980"/>
              </w:tabs>
              <w:spacing w:after="0" w:line="240" w:lineRule="auto"/>
              <w:jc w:val="center"/>
              <w:rPr>
                <w:rFonts w:ascii="Arial" w:hAnsi="Arial" w:cs="Arial"/>
                <w:color w:val="000000" w:themeColor="text1"/>
                <w:sz w:val="16"/>
                <w:szCs w:val="16"/>
                <w:lang w:eastAsia="es-CO"/>
              </w:rPr>
            </w:pPr>
            <w:r w:rsidRPr="008629E2">
              <w:rPr>
                <w:rFonts w:ascii="Arial" w:hAnsi="Arial" w:cs="Arial"/>
                <w:color w:val="000000" w:themeColor="text1"/>
                <w:sz w:val="16"/>
                <w:szCs w:val="16"/>
                <w:lang w:eastAsia="es-CO"/>
              </w:rPr>
              <w:t>8</w:t>
            </w:r>
          </w:p>
        </w:tc>
        <w:tc>
          <w:tcPr>
            <w:tcW w:w="7958" w:type="dxa"/>
            <w:vAlign w:val="center"/>
          </w:tcPr>
          <w:p w14:paraId="730E01EB" w14:textId="77777777" w:rsidR="00C92B30" w:rsidRPr="008629E2" w:rsidRDefault="00C92B30" w:rsidP="0055507D">
            <w:pPr>
              <w:adjustRightInd w:val="0"/>
              <w:spacing w:after="0" w:line="240" w:lineRule="auto"/>
              <w:jc w:val="both"/>
              <w:rPr>
                <w:rFonts w:ascii="Arial" w:eastAsia="MS Mincho" w:hAnsi="Arial" w:cs="Arial"/>
                <w:b/>
                <w:sz w:val="16"/>
                <w:szCs w:val="16"/>
              </w:rPr>
            </w:pPr>
            <w:r w:rsidRPr="008629E2">
              <w:rPr>
                <w:rFonts w:ascii="Arial" w:eastAsia="MS Mincho" w:hAnsi="Arial" w:cs="Arial"/>
                <w:b/>
                <w:sz w:val="16"/>
                <w:szCs w:val="16"/>
              </w:rPr>
              <w:t>BUENAS PRÁCTICAS AMBIENTALES</w:t>
            </w:r>
          </w:p>
          <w:p w14:paraId="7B6C7F97" w14:textId="77777777" w:rsidR="00C92B30" w:rsidRPr="008629E2" w:rsidRDefault="00C92B30" w:rsidP="0055507D">
            <w:pPr>
              <w:adjustRightInd w:val="0"/>
              <w:spacing w:after="0" w:line="240" w:lineRule="auto"/>
              <w:jc w:val="both"/>
              <w:rPr>
                <w:rFonts w:ascii="Arial" w:eastAsia="MS Mincho" w:hAnsi="Arial" w:cs="Arial"/>
                <w:b/>
                <w:sz w:val="16"/>
                <w:szCs w:val="16"/>
              </w:rPr>
            </w:pPr>
          </w:p>
          <w:p w14:paraId="0C67C15D" w14:textId="77777777" w:rsidR="00C92B30" w:rsidRPr="008629E2" w:rsidRDefault="00C92B30" w:rsidP="0055507D">
            <w:pPr>
              <w:adjustRightInd w:val="0"/>
              <w:spacing w:after="0" w:line="240" w:lineRule="auto"/>
              <w:jc w:val="both"/>
              <w:rPr>
                <w:rFonts w:ascii="Arial" w:eastAsia="MS Mincho" w:hAnsi="Arial" w:cs="Arial"/>
                <w:bCs/>
                <w:sz w:val="16"/>
                <w:szCs w:val="16"/>
              </w:rPr>
            </w:pPr>
            <w:r w:rsidRPr="008629E2">
              <w:rPr>
                <w:rFonts w:ascii="Arial" w:eastAsia="MS Mincho" w:hAnsi="Arial" w:cs="Arial"/>
                <w:bCs/>
                <w:sz w:val="16"/>
                <w:szCs w:val="16"/>
              </w:rPr>
              <w:t>El contratista de conformidad con la normatividad legal vigente en materia de protección del medio ambiente, garantizará que en cada uno de los mantenimientos preventivos y/o correctivos que se adelanten con motivo de la ejecución del futuro contrato, se dará aplicación de las buenas prácticas ambientales, con la utilización de equipos, materiales, refacciones y demás insumos que coadyuven a la preservación del medio ambiente, no utilización de sustancias agotadoras de la capa de ozono, ahorro y uso eficiente del agua y la energía, papel, materia prima, así como el manejo integral de residuos sólidos, brindando la debida capacitación del personal que emplee en la ejecución del contrato.</w:t>
            </w:r>
          </w:p>
          <w:p w14:paraId="0371C9DB" w14:textId="77777777" w:rsidR="00C92B30" w:rsidRPr="008629E2" w:rsidRDefault="00C92B30" w:rsidP="0055507D">
            <w:pPr>
              <w:adjustRightInd w:val="0"/>
              <w:spacing w:after="0" w:line="240" w:lineRule="auto"/>
              <w:jc w:val="both"/>
              <w:rPr>
                <w:rFonts w:ascii="Arial" w:eastAsia="MS Mincho" w:hAnsi="Arial" w:cs="Arial"/>
                <w:bCs/>
                <w:sz w:val="16"/>
                <w:szCs w:val="16"/>
              </w:rPr>
            </w:pPr>
          </w:p>
          <w:p w14:paraId="3F598B75" w14:textId="77777777" w:rsidR="00C92B30" w:rsidRPr="008629E2" w:rsidRDefault="00C92B30" w:rsidP="0055507D">
            <w:pPr>
              <w:pStyle w:val="Default"/>
              <w:jc w:val="both"/>
              <w:rPr>
                <w:rFonts w:ascii="Arial" w:hAnsi="Arial" w:cs="Arial"/>
                <w:sz w:val="16"/>
                <w:szCs w:val="16"/>
              </w:rPr>
            </w:pPr>
            <w:r w:rsidRPr="008629E2">
              <w:rPr>
                <w:rFonts w:ascii="Arial" w:hAnsi="Arial" w:cs="Arial"/>
                <w:b/>
                <w:bCs/>
                <w:sz w:val="16"/>
                <w:szCs w:val="16"/>
              </w:rPr>
              <w:t>Forma de acreditación del requisito habilitante:</w:t>
            </w:r>
          </w:p>
          <w:p w14:paraId="6947EA7B" w14:textId="77777777" w:rsidR="00C92B30" w:rsidRPr="008629E2" w:rsidRDefault="00C92B30" w:rsidP="0055507D">
            <w:pPr>
              <w:adjustRightInd w:val="0"/>
              <w:spacing w:after="0" w:line="240" w:lineRule="auto"/>
              <w:jc w:val="both"/>
              <w:rPr>
                <w:rFonts w:ascii="Arial" w:eastAsia="MS Mincho" w:hAnsi="Arial" w:cs="Arial"/>
                <w:bCs/>
                <w:sz w:val="16"/>
                <w:szCs w:val="16"/>
              </w:rPr>
            </w:pPr>
          </w:p>
          <w:p w14:paraId="294CF471" w14:textId="77777777" w:rsidR="00B12CCB" w:rsidRPr="008629E2" w:rsidRDefault="00C92B30" w:rsidP="002C3B5B">
            <w:pPr>
              <w:adjustRightInd w:val="0"/>
              <w:spacing w:after="0" w:line="240" w:lineRule="auto"/>
              <w:ind w:left="303" w:hanging="303"/>
              <w:jc w:val="both"/>
              <w:rPr>
                <w:rFonts w:ascii="Arial" w:eastAsia="MS Mincho" w:hAnsi="Arial" w:cs="Arial"/>
                <w:bCs/>
                <w:sz w:val="16"/>
                <w:szCs w:val="16"/>
              </w:rPr>
            </w:pPr>
            <w:r w:rsidRPr="008629E2">
              <w:rPr>
                <w:rFonts w:ascii="Arial" w:eastAsia="MS Mincho" w:hAnsi="Arial" w:cs="Arial"/>
                <w:bCs/>
                <w:sz w:val="16"/>
                <w:szCs w:val="16"/>
              </w:rPr>
              <w:t>1.</w:t>
            </w:r>
            <w:r w:rsidRPr="008629E2">
              <w:rPr>
                <w:rFonts w:ascii="Arial" w:eastAsia="MS Mincho" w:hAnsi="Arial" w:cs="Arial"/>
                <w:bCs/>
                <w:sz w:val="16"/>
                <w:szCs w:val="16"/>
              </w:rPr>
              <w:tab/>
              <w:t>Presentar junto con la propuesta una certificación firmada por el representante legal del proponente o persona natural, en la cual exprese el cumplimiento de las condiciones y exigencias contempladas en el numeral 5 del presente anexo.</w:t>
            </w:r>
          </w:p>
          <w:p w14:paraId="06FB6EDE" w14:textId="58DAF781" w:rsidR="002C3B5B" w:rsidRPr="008629E2" w:rsidRDefault="002C3B5B" w:rsidP="002C3B5B">
            <w:pPr>
              <w:adjustRightInd w:val="0"/>
              <w:spacing w:after="0" w:line="240" w:lineRule="auto"/>
              <w:ind w:left="303" w:hanging="303"/>
              <w:jc w:val="both"/>
              <w:rPr>
                <w:rFonts w:ascii="Arial" w:eastAsia="MS Mincho" w:hAnsi="Arial" w:cs="Arial"/>
                <w:bCs/>
                <w:sz w:val="16"/>
                <w:szCs w:val="16"/>
              </w:rPr>
            </w:pPr>
          </w:p>
        </w:tc>
        <w:tc>
          <w:tcPr>
            <w:tcW w:w="1007" w:type="dxa"/>
          </w:tcPr>
          <w:p w14:paraId="76D8E9A0" w14:textId="77777777" w:rsidR="00C92B30" w:rsidRPr="008629E2" w:rsidRDefault="00C92B30" w:rsidP="0055507D">
            <w:pPr>
              <w:adjustRightInd w:val="0"/>
              <w:spacing w:after="0" w:line="240" w:lineRule="auto"/>
              <w:jc w:val="both"/>
              <w:rPr>
                <w:rFonts w:ascii="Arial" w:eastAsia="MS Mincho" w:hAnsi="Arial" w:cs="Arial"/>
                <w:b/>
                <w:sz w:val="16"/>
                <w:szCs w:val="16"/>
              </w:rPr>
            </w:pPr>
          </w:p>
        </w:tc>
        <w:tc>
          <w:tcPr>
            <w:tcW w:w="992" w:type="dxa"/>
          </w:tcPr>
          <w:p w14:paraId="7A879B0E" w14:textId="77777777" w:rsidR="00C92B30" w:rsidRPr="008629E2" w:rsidRDefault="00C92B30" w:rsidP="0055507D">
            <w:pPr>
              <w:adjustRightInd w:val="0"/>
              <w:spacing w:after="0" w:line="240" w:lineRule="auto"/>
              <w:jc w:val="both"/>
              <w:rPr>
                <w:rFonts w:ascii="Arial" w:eastAsia="MS Mincho" w:hAnsi="Arial" w:cs="Arial"/>
                <w:b/>
                <w:sz w:val="16"/>
                <w:szCs w:val="16"/>
              </w:rPr>
            </w:pPr>
          </w:p>
        </w:tc>
      </w:tr>
      <w:tr w:rsidR="00C92B30" w:rsidRPr="008629E2" w14:paraId="00E09A34" w14:textId="77777777" w:rsidTr="00C92B30">
        <w:trPr>
          <w:trHeight w:val="202"/>
          <w:jc w:val="center"/>
        </w:trPr>
        <w:tc>
          <w:tcPr>
            <w:tcW w:w="562" w:type="dxa"/>
            <w:vAlign w:val="center"/>
          </w:tcPr>
          <w:p w14:paraId="20F5D5E1" w14:textId="77777777" w:rsidR="00C92B30" w:rsidRPr="008629E2" w:rsidRDefault="00C92B30" w:rsidP="0055507D">
            <w:pPr>
              <w:pStyle w:val="Textoindependiente2"/>
              <w:tabs>
                <w:tab w:val="left" w:pos="1980"/>
              </w:tabs>
              <w:spacing w:after="0" w:line="240" w:lineRule="auto"/>
              <w:jc w:val="center"/>
              <w:rPr>
                <w:rFonts w:ascii="Arial" w:hAnsi="Arial" w:cs="Arial"/>
                <w:color w:val="000000" w:themeColor="text1"/>
                <w:sz w:val="16"/>
                <w:szCs w:val="16"/>
                <w:lang w:eastAsia="es-CO"/>
              </w:rPr>
            </w:pPr>
            <w:r w:rsidRPr="008629E2">
              <w:rPr>
                <w:rFonts w:ascii="Arial" w:hAnsi="Arial" w:cs="Arial"/>
                <w:color w:val="000000" w:themeColor="text1"/>
                <w:sz w:val="16"/>
                <w:szCs w:val="16"/>
                <w:lang w:eastAsia="es-CO"/>
              </w:rPr>
              <w:t>9</w:t>
            </w:r>
          </w:p>
        </w:tc>
        <w:tc>
          <w:tcPr>
            <w:tcW w:w="7958" w:type="dxa"/>
            <w:vAlign w:val="center"/>
          </w:tcPr>
          <w:p w14:paraId="121AD057" w14:textId="77777777" w:rsidR="00C92B30" w:rsidRPr="008629E2" w:rsidRDefault="00C92B30" w:rsidP="0055507D">
            <w:pPr>
              <w:adjustRightInd w:val="0"/>
              <w:spacing w:after="0" w:line="240" w:lineRule="auto"/>
              <w:jc w:val="both"/>
              <w:rPr>
                <w:rFonts w:ascii="Arial" w:eastAsia="MS Mincho" w:hAnsi="Arial" w:cs="Arial"/>
                <w:b/>
                <w:sz w:val="16"/>
                <w:szCs w:val="16"/>
              </w:rPr>
            </w:pPr>
            <w:r w:rsidRPr="008629E2">
              <w:rPr>
                <w:rFonts w:ascii="Arial" w:eastAsia="MS Mincho" w:hAnsi="Arial" w:cs="Arial"/>
                <w:b/>
                <w:sz w:val="16"/>
                <w:szCs w:val="16"/>
              </w:rPr>
              <w:t>PRACTICAS AMBIENTALES Y DISPOSICIÓN FINAL DE LOS ELEMENTOS SUSTITUIDOS</w:t>
            </w:r>
          </w:p>
          <w:p w14:paraId="29B7448B" w14:textId="77777777" w:rsidR="00C92B30" w:rsidRPr="008629E2" w:rsidRDefault="00C92B30" w:rsidP="0055507D">
            <w:pPr>
              <w:adjustRightInd w:val="0"/>
              <w:spacing w:after="0" w:line="240" w:lineRule="auto"/>
              <w:jc w:val="both"/>
              <w:rPr>
                <w:rFonts w:ascii="Arial" w:eastAsia="MS Mincho" w:hAnsi="Arial" w:cs="Arial"/>
                <w:b/>
                <w:sz w:val="16"/>
                <w:szCs w:val="16"/>
              </w:rPr>
            </w:pPr>
          </w:p>
          <w:p w14:paraId="76CD3F0A" w14:textId="77777777" w:rsidR="00C92B30" w:rsidRPr="008629E2" w:rsidRDefault="00C92B30" w:rsidP="0055507D">
            <w:pPr>
              <w:adjustRightInd w:val="0"/>
              <w:spacing w:after="0" w:line="240" w:lineRule="auto"/>
              <w:jc w:val="both"/>
              <w:rPr>
                <w:rFonts w:ascii="Arial" w:hAnsi="Arial" w:cs="Arial"/>
                <w:sz w:val="16"/>
                <w:szCs w:val="16"/>
              </w:rPr>
            </w:pPr>
            <w:r w:rsidRPr="008629E2">
              <w:rPr>
                <w:rFonts w:ascii="Arial" w:hAnsi="Arial" w:cs="Arial"/>
                <w:sz w:val="16"/>
                <w:szCs w:val="16"/>
              </w:rPr>
              <w:t xml:space="preserve">El contratista deberá </w:t>
            </w:r>
            <w:proofErr w:type="spellStart"/>
            <w:r w:rsidRPr="008629E2">
              <w:rPr>
                <w:rFonts w:ascii="Arial" w:hAnsi="Arial" w:cs="Arial"/>
                <w:sz w:val="16"/>
                <w:szCs w:val="16"/>
              </w:rPr>
              <w:t>recepcionar</w:t>
            </w:r>
            <w:proofErr w:type="spellEnd"/>
            <w:r w:rsidRPr="008629E2">
              <w:rPr>
                <w:rFonts w:ascii="Arial" w:hAnsi="Arial" w:cs="Arial"/>
                <w:sz w:val="16"/>
                <w:szCs w:val="16"/>
              </w:rPr>
              <w:t>, almacenar y efectuar la disposición final de destrucción de acuerdo a la normatividad ambiental vigente de los elementos eléctricos y electrónicos y sus accesorios que, con ocasión a los mantenimientos correctivos, hayan sido retirados y/o reemplazados después de cumplir su ciclo de vida útil. Por lo anterior el contratista deberá hacer entrega al supervisor del contrato, la certificación acompañada del acopio soporte documental, que evidencie la destrucción de éstos elementos, actividad que deberá ser realizada por una empresa certificada por la autoridad ambiental competente y dar cumplimiento a la ley 1672 del 19 de julio del 2013 “Por la cual se establecen los lineamientos para la adopción de una política pública de gestión integral de residuos de aparatos eléctricos y electrónicos (</w:t>
            </w:r>
            <w:proofErr w:type="spellStart"/>
            <w:r w:rsidRPr="008629E2">
              <w:rPr>
                <w:rFonts w:ascii="Arial" w:hAnsi="Arial" w:cs="Arial"/>
                <w:sz w:val="16"/>
                <w:szCs w:val="16"/>
              </w:rPr>
              <w:t>raee</w:t>
            </w:r>
            <w:proofErr w:type="spellEnd"/>
            <w:r w:rsidRPr="008629E2">
              <w:rPr>
                <w:rFonts w:ascii="Arial" w:hAnsi="Arial" w:cs="Arial"/>
                <w:sz w:val="16"/>
                <w:szCs w:val="16"/>
              </w:rPr>
              <w:t>), y se dictan otras disposiciones".</w:t>
            </w:r>
          </w:p>
          <w:p w14:paraId="3AF86BD4" w14:textId="77777777" w:rsidR="00C92B30" w:rsidRPr="008629E2" w:rsidRDefault="00C92B30" w:rsidP="0055507D">
            <w:pPr>
              <w:adjustRightInd w:val="0"/>
              <w:spacing w:after="0" w:line="240" w:lineRule="auto"/>
              <w:jc w:val="both"/>
              <w:rPr>
                <w:rFonts w:ascii="Arial" w:hAnsi="Arial" w:cs="Arial"/>
                <w:sz w:val="16"/>
                <w:szCs w:val="16"/>
              </w:rPr>
            </w:pPr>
          </w:p>
          <w:p w14:paraId="674D6DF8" w14:textId="77777777" w:rsidR="00C92B30" w:rsidRPr="008629E2" w:rsidRDefault="00C92B30" w:rsidP="0055507D">
            <w:pPr>
              <w:adjustRightInd w:val="0"/>
              <w:spacing w:after="0" w:line="240" w:lineRule="auto"/>
              <w:jc w:val="both"/>
              <w:rPr>
                <w:rFonts w:ascii="Arial" w:hAnsi="Arial" w:cs="Arial"/>
                <w:color w:val="000000"/>
                <w:sz w:val="16"/>
                <w:szCs w:val="16"/>
                <w:lang w:eastAsia="es-CO"/>
              </w:rPr>
            </w:pPr>
            <w:r w:rsidRPr="008629E2">
              <w:rPr>
                <w:rFonts w:ascii="Arial" w:hAnsi="Arial" w:cs="Arial"/>
                <w:color w:val="000000"/>
                <w:sz w:val="16"/>
                <w:szCs w:val="16"/>
                <w:lang w:eastAsia="es-CO"/>
              </w:rPr>
              <w:t>Así mismo, deberá certificar el cumplimiento de las disposiciones establecidas en el Decreto Único Reglamentario del Sector Ambiente y Desarrollo Sostenible 1076 del 2015, Resolución 1362 del 2 de agosto de 2007 y demás existentes, asociadas a las Obligaciones del Generador y el tratamiento adecuado de los residuos peligrosos.</w:t>
            </w:r>
          </w:p>
          <w:p w14:paraId="29525DE5" w14:textId="558B69D8" w:rsidR="00C92B30" w:rsidRPr="008629E2" w:rsidRDefault="00C92B30" w:rsidP="0055507D">
            <w:pPr>
              <w:adjustRightInd w:val="0"/>
              <w:spacing w:after="0" w:line="240" w:lineRule="auto"/>
              <w:jc w:val="both"/>
              <w:rPr>
                <w:rFonts w:ascii="Arial" w:hAnsi="Arial" w:cs="Arial"/>
                <w:color w:val="000000"/>
                <w:sz w:val="16"/>
                <w:szCs w:val="16"/>
                <w:lang w:eastAsia="es-CO"/>
              </w:rPr>
            </w:pPr>
          </w:p>
          <w:p w14:paraId="57E8D144" w14:textId="77777777" w:rsidR="00C92B30" w:rsidRPr="008629E2" w:rsidRDefault="00C92B30" w:rsidP="0055507D">
            <w:pPr>
              <w:adjustRightInd w:val="0"/>
              <w:spacing w:after="0" w:line="240" w:lineRule="auto"/>
              <w:ind w:left="303" w:hanging="303"/>
              <w:jc w:val="both"/>
              <w:rPr>
                <w:rFonts w:ascii="Arial" w:hAnsi="Arial" w:cs="Arial"/>
                <w:color w:val="000000"/>
                <w:sz w:val="16"/>
                <w:szCs w:val="16"/>
                <w:lang w:eastAsia="es-CO"/>
              </w:rPr>
            </w:pPr>
            <w:r w:rsidRPr="008629E2">
              <w:rPr>
                <w:rFonts w:ascii="Arial" w:hAnsi="Arial" w:cs="Arial"/>
                <w:color w:val="000000"/>
                <w:sz w:val="16"/>
                <w:szCs w:val="16"/>
                <w:lang w:eastAsia="es-CO"/>
              </w:rPr>
              <w:t>a)</w:t>
            </w:r>
            <w:r w:rsidRPr="008629E2">
              <w:rPr>
                <w:rFonts w:ascii="Arial" w:hAnsi="Arial" w:cs="Arial"/>
                <w:color w:val="000000"/>
                <w:sz w:val="16"/>
                <w:szCs w:val="16"/>
                <w:lang w:eastAsia="es-CO"/>
              </w:rPr>
              <w:tab/>
              <w:t xml:space="preserve">Presentar constancia de registro de generadores de residuos peligrosos ante la autoridad ambiental competente, según lo establecido en el artículo 2.2.6.1.6.2 del Decreto 1076 de 2015, en la Resolución 1362 del 2 de agosto de 2007, y en el Decreto 1076 de 2015 en su artículo 2.2.6.1.3.1. Obligaciones del Generador. </w:t>
            </w:r>
          </w:p>
          <w:p w14:paraId="19B0FB97" w14:textId="77777777" w:rsidR="00C92B30" w:rsidRPr="008629E2" w:rsidRDefault="00C92B30" w:rsidP="0055507D">
            <w:pPr>
              <w:adjustRightInd w:val="0"/>
              <w:spacing w:after="0" w:line="240" w:lineRule="auto"/>
              <w:jc w:val="both"/>
              <w:rPr>
                <w:rFonts w:ascii="Arial" w:hAnsi="Arial" w:cs="Arial"/>
                <w:color w:val="000000"/>
                <w:sz w:val="16"/>
                <w:szCs w:val="16"/>
                <w:lang w:eastAsia="es-CO"/>
              </w:rPr>
            </w:pPr>
          </w:p>
          <w:p w14:paraId="35B09A2F" w14:textId="77777777" w:rsidR="00C92B30" w:rsidRPr="008629E2" w:rsidRDefault="00C92B30" w:rsidP="0055507D">
            <w:pPr>
              <w:adjustRightInd w:val="0"/>
              <w:spacing w:after="0" w:line="240" w:lineRule="auto"/>
              <w:ind w:left="303" w:hanging="303"/>
              <w:jc w:val="both"/>
              <w:rPr>
                <w:rFonts w:ascii="Arial" w:hAnsi="Arial" w:cs="Arial"/>
                <w:color w:val="000000"/>
                <w:sz w:val="16"/>
                <w:szCs w:val="16"/>
                <w:lang w:eastAsia="es-CO"/>
              </w:rPr>
            </w:pPr>
            <w:r w:rsidRPr="008629E2">
              <w:rPr>
                <w:rFonts w:ascii="Arial" w:hAnsi="Arial" w:cs="Arial"/>
                <w:color w:val="000000"/>
                <w:sz w:val="16"/>
                <w:szCs w:val="16"/>
                <w:lang w:eastAsia="es-CO"/>
              </w:rPr>
              <w:t>b)</w:t>
            </w:r>
            <w:r w:rsidRPr="008629E2">
              <w:rPr>
                <w:rFonts w:ascii="Arial" w:hAnsi="Arial" w:cs="Arial"/>
                <w:color w:val="000000"/>
                <w:sz w:val="16"/>
                <w:szCs w:val="16"/>
                <w:lang w:eastAsia="es-CO"/>
              </w:rPr>
              <w:tab/>
              <w:t>Presentar contrato o contratos vigente suscrito (s) entre el CONTRATISTA y el gestor ambiental a cargo de realizar la disposición final de los diferentes elementos objeto de sustitución. Los contratos deben garantizar la recolección y disposición final de todos los elementos que así lo requieran de conformidad con lo exigido en la normatividad vigente.</w:t>
            </w:r>
          </w:p>
          <w:p w14:paraId="5317DE1B" w14:textId="77777777" w:rsidR="00C92B30" w:rsidRPr="008629E2" w:rsidRDefault="00C92B30" w:rsidP="0055507D">
            <w:pPr>
              <w:adjustRightInd w:val="0"/>
              <w:spacing w:after="0" w:line="240" w:lineRule="auto"/>
              <w:jc w:val="both"/>
              <w:rPr>
                <w:rFonts w:ascii="Arial" w:hAnsi="Arial" w:cs="Arial"/>
                <w:color w:val="000000"/>
                <w:sz w:val="16"/>
                <w:szCs w:val="16"/>
                <w:lang w:eastAsia="es-CO"/>
              </w:rPr>
            </w:pPr>
          </w:p>
          <w:p w14:paraId="55B09443" w14:textId="77777777" w:rsidR="00C92B30" w:rsidRPr="008629E2" w:rsidRDefault="00C92B30" w:rsidP="0055507D">
            <w:pPr>
              <w:adjustRightInd w:val="0"/>
              <w:spacing w:after="0" w:line="240" w:lineRule="auto"/>
              <w:ind w:left="303" w:hanging="303"/>
              <w:jc w:val="both"/>
              <w:rPr>
                <w:rFonts w:ascii="Arial" w:hAnsi="Arial" w:cs="Arial"/>
                <w:color w:val="000000"/>
                <w:sz w:val="16"/>
                <w:szCs w:val="16"/>
                <w:lang w:eastAsia="es-CO"/>
              </w:rPr>
            </w:pPr>
            <w:r w:rsidRPr="008629E2">
              <w:rPr>
                <w:rFonts w:ascii="Arial" w:hAnsi="Arial" w:cs="Arial"/>
                <w:color w:val="000000"/>
                <w:sz w:val="16"/>
                <w:szCs w:val="16"/>
                <w:lang w:eastAsia="es-CO"/>
              </w:rPr>
              <w:t>c)</w:t>
            </w:r>
            <w:r w:rsidRPr="008629E2">
              <w:rPr>
                <w:rFonts w:ascii="Arial" w:hAnsi="Arial" w:cs="Arial"/>
                <w:color w:val="000000"/>
                <w:sz w:val="16"/>
                <w:szCs w:val="16"/>
                <w:lang w:eastAsia="es-CO"/>
              </w:rPr>
              <w:tab/>
              <w:t>De cada gestor ambiental con el que se tenga suscrito contrato, deberá presentar las licencias y/o permisos de funcionamiento expedidos por la autoridad ambiental competente.</w:t>
            </w:r>
          </w:p>
          <w:p w14:paraId="7234C21A" w14:textId="77777777" w:rsidR="00C92B30" w:rsidRPr="008629E2" w:rsidRDefault="00C92B30" w:rsidP="0055507D">
            <w:pPr>
              <w:adjustRightInd w:val="0"/>
              <w:spacing w:after="0" w:line="240" w:lineRule="auto"/>
              <w:jc w:val="both"/>
              <w:rPr>
                <w:rFonts w:ascii="Arial" w:hAnsi="Arial" w:cs="Arial"/>
                <w:color w:val="000000"/>
                <w:sz w:val="16"/>
                <w:szCs w:val="16"/>
                <w:lang w:eastAsia="es-CO"/>
              </w:rPr>
            </w:pPr>
          </w:p>
          <w:p w14:paraId="6D0751A2" w14:textId="77777777" w:rsidR="00C92B30" w:rsidRPr="008629E2" w:rsidRDefault="00C92B30" w:rsidP="0055507D">
            <w:pPr>
              <w:pStyle w:val="Default"/>
              <w:jc w:val="both"/>
              <w:rPr>
                <w:rFonts w:ascii="Arial" w:hAnsi="Arial" w:cs="Arial"/>
                <w:sz w:val="16"/>
                <w:szCs w:val="16"/>
              </w:rPr>
            </w:pPr>
            <w:r w:rsidRPr="008629E2">
              <w:rPr>
                <w:rFonts w:ascii="Arial" w:hAnsi="Arial" w:cs="Arial"/>
                <w:b/>
                <w:bCs/>
                <w:sz w:val="16"/>
                <w:szCs w:val="16"/>
              </w:rPr>
              <w:t>Forma de acreditación del requisito habilitante:</w:t>
            </w:r>
          </w:p>
          <w:p w14:paraId="4CD3AD29" w14:textId="77777777" w:rsidR="00C92B30" w:rsidRPr="008629E2" w:rsidRDefault="00C92B30" w:rsidP="0055507D">
            <w:pPr>
              <w:adjustRightInd w:val="0"/>
              <w:spacing w:after="0" w:line="240" w:lineRule="auto"/>
              <w:jc w:val="both"/>
              <w:rPr>
                <w:rFonts w:ascii="Arial" w:hAnsi="Arial" w:cs="Arial"/>
                <w:color w:val="000000"/>
                <w:sz w:val="16"/>
                <w:szCs w:val="16"/>
                <w:lang w:eastAsia="es-CO"/>
              </w:rPr>
            </w:pPr>
          </w:p>
          <w:p w14:paraId="76478F71" w14:textId="5D1CCA11" w:rsidR="003957A4" w:rsidRPr="008629E2" w:rsidRDefault="00C92B30" w:rsidP="003957A4">
            <w:pPr>
              <w:adjustRightInd w:val="0"/>
              <w:spacing w:after="0" w:line="240" w:lineRule="auto"/>
              <w:ind w:left="303" w:hanging="303"/>
              <w:jc w:val="both"/>
              <w:rPr>
                <w:rFonts w:ascii="Arial" w:hAnsi="Arial" w:cs="Arial"/>
                <w:color w:val="000000"/>
                <w:sz w:val="16"/>
                <w:szCs w:val="16"/>
                <w:lang w:eastAsia="es-CO"/>
              </w:rPr>
            </w:pPr>
            <w:r w:rsidRPr="008629E2">
              <w:rPr>
                <w:rFonts w:ascii="Arial" w:hAnsi="Arial" w:cs="Arial"/>
                <w:color w:val="000000"/>
                <w:sz w:val="16"/>
                <w:szCs w:val="16"/>
                <w:lang w:eastAsia="es-CO"/>
              </w:rPr>
              <w:t>1.</w:t>
            </w:r>
            <w:r w:rsidRPr="008629E2">
              <w:rPr>
                <w:rFonts w:ascii="Arial" w:hAnsi="Arial" w:cs="Arial"/>
                <w:color w:val="000000"/>
                <w:sz w:val="16"/>
                <w:szCs w:val="16"/>
                <w:lang w:eastAsia="es-CO"/>
              </w:rPr>
              <w:tab/>
              <w:t xml:space="preserve">El oferente deberá presentar junto con la propuesta una certificación firmada por el representante legal del proponente o persona natural, a través de la cual este se compromete durante la ejecución del contrato a cumplir cada una de las condiciones y exigencias contempladas en el </w:t>
            </w:r>
            <w:r w:rsidR="003957A4" w:rsidRPr="008629E2">
              <w:rPr>
                <w:rFonts w:ascii="Arial" w:hAnsi="Arial" w:cs="Arial"/>
                <w:color w:val="000000"/>
                <w:sz w:val="16"/>
                <w:szCs w:val="16"/>
                <w:lang w:eastAsia="es-CO"/>
              </w:rPr>
              <w:t>presente numeral, anexando los respectivos certificados mencionados.</w:t>
            </w:r>
          </w:p>
          <w:p w14:paraId="6FA6DABA" w14:textId="5C1A414A" w:rsidR="002C3B5B" w:rsidRPr="008629E2" w:rsidRDefault="003957A4" w:rsidP="003957A4">
            <w:pPr>
              <w:adjustRightInd w:val="0"/>
              <w:spacing w:after="0" w:line="240" w:lineRule="auto"/>
              <w:ind w:left="303" w:hanging="303"/>
              <w:jc w:val="both"/>
              <w:rPr>
                <w:rFonts w:ascii="Arial" w:hAnsi="Arial" w:cs="Arial"/>
                <w:color w:val="000000"/>
                <w:sz w:val="16"/>
                <w:szCs w:val="16"/>
                <w:lang w:eastAsia="es-CO"/>
              </w:rPr>
            </w:pPr>
            <w:r w:rsidRPr="008629E2">
              <w:rPr>
                <w:rFonts w:ascii="Arial" w:hAnsi="Arial" w:cs="Arial"/>
                <w:color w:val="000000"/>
                <w:sz w:val="16"/>
                <w:szCs w:val="16"/>
                <w:lang w:eastAsia="es-CO"/>
              </w:rPr>
              <w:t xml:space="preserve"> </w:t>
            </w:r>
          </w:p>
        </w:tc>
        <w:tc>
          <w:tcPr>
            <w:tcW w:w="1007" w:type="dxa"/>
          </w:tcPr>
          <w:p w14:paraId="6F2213CB" w14:textId="77777777" w:rsidR="00C92B30" w:rsidRPr="008629E2" w:rsidRDefault="00C92B30" w:rsidP="0055507D">
            <w:pPr>
              <w:adjustRightInd w:val="0"/>
              <w:spacing w:after="0" w:line="240" w:lineRule="auto"/>
              <w:jc w:val="both"/>
              <w:rPr>
                <w:rFonts w:ascii="Arial" w:eastAsia="MS Mincho" w:hAnsi="Arial" w:cs="Arial"/>
                <w:b/>
                <w:sz w:val="16"/>
                <w:szCs w:val="16"/>
              </w:rPr>
            </w:pPr>
          </w:p>
        </w:tc>
        <w:tc>
          <w:tcPr>
            <w:tcW w:w="992" w:type="dxa"/>
          </w:tcPr>
          <w:p w14:paraId="095E4743" w14:textId="77777777" w:rsidR="00C92B30" w:rsidRPr="008629E2" w:rsidRDefault="00C92B30" w:rsidP="0055507D">
            <w:pPr>
              <w:adjustRightInd w:val="0"/>
              <w:spacing w:after="0" w:line="240" w:lineRule="auto"/>
              <w:jc w:val="both"/>
              <w:rPr>
                <w:rFonts w:ascii="Arial" w:eastAsia="MS Mincho" w:hAnsi="Arial" w:cs="Arial"/>
                <w:b/>
                <w:sz w:val="16"/>
                <w:szCs w:val="16"/>
              </w:rPr>
            </w:pPr>
          </w:p>
        </w:tc>
      </w:tr>
      <w:tr w:rsidR="00C92B30" w:rsidRPr="008629E2" w14:paraId="7E554F6B" w14:textId="77777777" w:rsidTr="00C92B30">
        <w:trPr>
          <w:trHeight w:val="202"/>
          <w:jc w:val="center"/>
        </w:trPr>
        <w:tc>
          <w:tcPr>
            <w:tcW w:w="562" w:type="dxa"/>
            <w:vAlign w:val="center"/>
          </w:tcPr>
          <w:p w14:paraId="43886D98" w14:textId="77777777" w:rsidR="00C92B30" w:rsidRPr="008629E2" w:rsidRDefault="00C92B30" w:rsidP="0055507D">
            <w:pPr>
              <w:pStyle w:val="Textoindependiente2"/>
              <w:tabs>
                <w:tab w:val="left" w:pos="1980"/>
              </w:tabs>
              <w:spacing w:after="0" w:line="240" w:lineRule="auto"/>
              <w:jc w:val="center"/>
              <w:rPr>
                <w:rFonts w:ascii="Arial" w:hAnsi="Arial" w:cs="Arial"/>
                <w:color w:val="000000" w:themeColor="text1"/>
                <w:sz w:val="16"/>
                <w:szCs w:val="16"/>
                <w:lang w:eastAsia="es-CO"/>
              </w:rPr>
            </w:pPr>
            <w:r w:rsidRPr="008629E2">
              <w:rPr>
                <w:rFonts w:ascii="Arial" w:hAnsi="Arial" w:cs="Arial"/>
                <w:color w:val="000000" w:themeColor="text1"/>
                <w:sz w:val="16"/>
                <w:szCs w:val="16"/>
                <w:lang w:eastAsia="es-CO"/>
              </w:rPr>
              <w:t>10</w:t>
            </w:r>
          </w:p>
        </w:tc>
        <w:tc>
          <w:tcPr>
            <w:tcW w:w="7958" w:type="dxa"/>
            <w:shd w:val="clear" w:color="auto" w:fill="FFFFFF" w:themeFill="background1"/>
            <w:vAlign w:val="center"/>
          </w:tcPr>
          <w:p w14:paraId="63E13C9B" w14:textId="77777777" w:rsidR="00C92B30" w:rsidRPr="008629E2" w:rsidRDefault="00C92B30" w:rsidP="0055507D">
            <w:pPr>
              <w:adjustRightInd w:val="0"/>
              <w:spacing w:after="0" w:line="240" w:lineRule="auto"/>
              <w:jc w:val="both"/>
              <w:rPr>
                <w:rFonts w:ascii="Arial" w:hAnsi="Arial" w:cs="Arial"/>
                <w:b/>
                <w:sz w:val="16"/>
                <w:szCs w:val="16"/>
              </w:rPr>
            </w:pPr>
            <w:r w:rsidRPr="008629E2">
              <w:rPr>
                <w:rFonts w:ascii="Arial" w:hAnsi="Arial" w:cs="Arial"/>
                <w:b/>
                <w:sz w:val="16"/>
                <w:szCs w:val="16"/>
              </w:rPr>
              <w:t>CONFIDENCIALIDAD Y SEGURIDAD DE LA INFORMACION</w:t>
            </w:r>
          </w:p>
          <w:p w14:paraId="52DEEA30" w14:textId="77777777" w:rsidR="00C92B30" w:rsidRPr="008629E2" w:rsidRDefault="00C92B30" w:rsidP="0055507D">
            <w:pPr>
              <w:adjustRightInd w:val="0"/>
              <w:spacing w:after="0" w:line="240" w:lineRule="auto"/>
              <w:jc w:val="both"/>
              <w:rPr>
                <w:rFonts w:ascii="Arial" w:hAnsi="Arial" w:cs="Arial"/>
                <w:b/>
                <w:sz w:val="16"/>
                <w:szCs w:val="16"/>
              </w:rPr>
            </w:pPr>
          </w:p>
          <w:p w14:paraId="4CCB1225" w14:textId="77777777" w:rsidR="00C92B30" w:rsidRPr="008629E2" w:rsidRDefault="00C92B30" w:rsidP="0055507D">
            <w:pPr>
              <w:adjustRightInd w:val="0"/>
              <w:spacing w:after="0" w:line="240" w:lineRule="auto"/>
              <w:jc w:val="both"/>
              <w:rPr>
                <w:rFonts w:ascii="Arial" w:hAnsi="Arial" w:cs="Arial"/>
                <w:sz w:val="16"/>
                <w:szCs w:val="16"/>
              </w:rPr>
            </w:pPr>
            <w:r w:rsidRPr="008629E2">
              <w:rPr>
                <w:rFonts w:ascii="Arial" w:hAnsi="Arial" w:cs="Arial"/>
                <w:sz w:val="16"/>
                <w:szCs w:val="16"/>
              </w:rPr>
              <w:t>Confidencialidad e integridad de la información institucional. Dada la naturaleza de las actividades a realizar en desarrollo del objeto contractual, el futuro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Asimismo, suscribirá con la Entidad los formatos de confidencialidad o reserva a que haya lugar.</w:t>
            </w:r>
          </w:p>
          <w:p w14:paraId="25840610" w14:textId="77777777" w:rsidR="00C92B30" w:rsidRPr="008629E2" w:rsidRDefault="00C92B30" w:rsidP="0055507D">
            <w:pPr>
              <w:adjustRightInd w:val="0"/>
              <w:spacing w:after="0" w:line="240" w:lineRule="auto"/>
              <w:jc w:val="both"/>
              <w:rPr>
                <w:rFonts w:ascii="Arial" w:hAnsi="Arial" w:cs="Arial"/>
                <w:sz w:val="16"/>
                <w:szCs w:val="16"/>
              </w:rPr>
            </w:pPr>
          </w:p>
          <w:p w14:paraId="54E94783" w14:textId="77777777" w:rsidR="00C92B30" w:rsidRPr="008629E2" w:rsidRDefault="00C92B30" w:rsidP="0055507D">
            <w:pPr>
              <w:adjustRightInd w:val="0"/>
              <w:spacing w:after="0" w:line="240" w:lineRule="auto"/>
              <w:jc w:val="both"/>
              <w:rPr>
                <w:rFonts w:ascii="Arial" w:hAnsi="Arial" w:cs="Arial"/>
                <w:sz w:val="16"/>
                <w:szCs w:val="16"/>
              </w:rPr>
            </w:pPr>
            <w:r w:rsidRPr="008629E2">
              <w:rPr>
                <w:rFonts w:ascii="Arial" w:hAnsi="Arial" w:cs="Arial"/>
                <w:sz w:val="16"/>
                <w:szCs w:val="16"/>
              </w:rPr>
              <w:t>En virtud del presente proceso contractual, el oferente seleccionado se obliga a no suministrar información que obtenga o conozca con ocasión de la ejecución del futuro contrato; así como sobre los lugares a los cuales tenga acceso con ocasión de su desarrollo.</w:t>
            </w:r>
          </w:p>
          <w:p w14:paraId="1469532B" w14:textId="77777777" w:rsidR="00C92B30" w:rsidRPr="008629E2" w:rsidRDefault="00C92B30" w:rsidP="0055507D">
            <w:pPr>
              <w:adjustRightInd w:val="0"/>
              <w:spacing w:after="0" w:line="240" w:lineRule="auto"/>
              <w:jc w:val="both"/>
              <w:rPr>
                <w:rFonts w:ascii="Arial" w:hAnsi="Arial" w:cs="Arial"/>
                <w:sz w:val="16"/>
                <w:szCs w:val="16"/>
              </w:rPr>
            </w:pPr>
          </w:p>
          <w:p w14:paraId="27A865A6" w14:textId="77777777" w:rsidR="00C92B30" w:rsidRPr="008629E2" w:rsidRDefault="00C92B30" w:rsidP="0055507D">
            <w:pPr>
              <w:adjustRightInd w:val="0"/>
              <w:spacing w:after="0" w:line="240" w:lineRule="auto"/>
              <w:jc w:val="both"/>
              <w:rPr>
                <w:rFonts w:ascii="Arial" w:hAnsi="Arial" w:cs="Arial"/>
                <w:sz w:val="16"/>
                <w:szCs w:val="16"/>
              </w:rPr>
            </w:pPr>
            <w:r w:rsidRPr="008629E2">
              <w:rPr>
                <w:rFonts w:ascii="Arial" w:hAnsi="Arial" w:cs="Arial"/>
                <w:sz w:val="16"/>
                <w:szCs w:val="16"/>
              </w:rPr>
              <w:t>El oferente deberá firmar un acuerdo de confidencialidad y no revelación de la información para lo cual deberá diligenciar y entregar en la propuesta el formulario Acuerdo de confidencialidad.</w:t>
            </w:r>
          </w:p>
          <w:p w14:paraId="025060A8" w14:textId="77777777" w:rsidR="00C92B30" w:rsidRPr="008629E2" w:rsidRDefault="00C92B30" w:rsidP="0055507D">
            <w:pPr>
              <w:adjustRightInd w:val="0"/>
              <w:spacing w:after="0" w:line="240" w:lineRule="auto"/>
              <w:jc w:val="both"/>
              <w:rPr>
                <w:rFonts w:ascii="Arial" w:hAnsi="Arial" w:cs="Arial"/>
                <w:sz w:val="16"/>
                <w:szCs w:val="16"/>
              </w:rPr>
            </w:pPr>
          </w:p>
          <w:p w14:paraId="6098CE38" w14:textId="77777777" w:rsidR="00C92B30" w:rsidRPr="008629E2" w:rsidRDefault="00C92B30" w:rsidP="0055507D">
            <w:pPr>
              <w:adjustRightInd w:val="0"/>
              <w:spacing w:after="0" w:line="240" w:lineRule="auto"/>
              <w:jc w:val="both"/>
              <w:rPr>
                <w:rFonts w:ascii="Arial" w:hAnsi="Arial" w:cs="Arial"/>
                <w:sz w:val="16"/>
                <w:szCs w:val="16"/>
              </w:rPr>
            </w:pPr>
            <w:r w:rsidRPr="008629E2">
              <w:rPr>
                <w:rFonts w:ascii="Arial" w:hAnsi="Arial" w:cs="Arial"/>
                <w:sz w:val="16"/>
                <w:szCs w:val="16"/>
              </w:rPr>
              <w:t>En ese mismo sentido y dando cumplimiento a lo establecido en el Artículo Primero del Anexo No. 9 de la Resolución No. 08310 del 28 de diciembre de 2016 “por la cual se expide el manual del sistema de gestión de la seguridad de la información para la Policía Nacional”, el futuro contratista junto con el personal que utilizara para la ejecución deberán diligenciar y entregar al supervisor del contrato dentro de los cinco (05) días siguientes a la suscripción de la minuta el formato No. 1DT-FR-0016 DECLARACIÓN DE CONFIDENCIALIDAD Y COMPROMISO CON LA SEGURIDAD DE LA INFORMACIÓN CONTRATISTAS O TERCEROS.</w:t>
            </w:r>
          </w:p>
          <w:p w14:paraId="612C153B" w14:textId="77777777" w:rsidR="00C92B30" w:rsidRPr="008629E2" w:rsidRDefault="00C92B30" w:rsidP="0055507D">
            <w:pPr>
              <w:adjustRightInd w:val="0"/>
              <w:spacing w:after="0" w:line="240" w:lineRule="auto"/>
              <w:jc w:val="both"/>
              <w:rPr>
                <w:rFonts w:ascii="Arial" w:hAnsi="Arial" w:cs="Arial"/>
                <w:sz w:val="16"/>
                <w:szCs w:val="16"/>
              </w:rPr>
            </w:pPr>
          </w:p>
          <w:p w14:paraId="733775F0" w14:textId="77777777" w:rsidR="00C92B30" w:rsidRPr="008629E2" w:rsidRDefault="00C92B30" w:rsidP="0055507D">
            <w:pPr>
              <w:pStyle w:val="Default"/>
              <w:jc w:val="both"/>
              <w:rPr>
                <w:rFonts w:ascii="Arial" w:hAnsi="Arial" w:cs="Arial"/>
                <w:sz w:val="16"/>
                <w:szCs w:val="16"/>
              </w:rPr>
            </w:pPr>
            <w:r w:rsidRPr="008629E2">
              <w:rPr>
                <w:rFonts w:ascii="Arial" w:hAnsi="Arial" w:cs="Arial"/>
                <w:b/>
                <w:bCs/>
                <w:sz w:val="16"/>
                <w:szCs w:val="16"/>
              </w:rPr>
              <w:t>Forma de acreditación del requisito habilitante:</w:t>
            </w:r>
          </w:p>
          <w:p w14:paraId="31B45B8B" w14:textId="77777777" w:rsidR="00C92B30" w:rsidRPr="008629E2" w:rsidRDefault="00C92B30" w:rsidP="0055507D">
            <w:pPr>
              <w:adjustRightInd w:val="0"/>
              <w:spacing w:after="0" w:line="240" w:lineRule="auto"/>
              <w:jc w:val="both"/>
              <w:rPr>
                <w:rFonts w:ascii="Arial" w:hAnsi="Arial" w:cs="Arial"/>
                <w:sz w:val="16"/>
                <w:szCs w:val="16"/>
              </w:rPr>
            </w:pPr>
          </w:p>
          <w:p w14:paraId="6F28B7F0" w14:textId="7B769D00" w:rsidR="002C3B5B" w:rsidRPr="008629E2" w:rsidRDefault="00C92B30" w:rsidP="003957A4">
            <w:pPr>
              <w:adjustRightInd w:val="0"/>
              <w:spacing w:after="0" w:line="240" w:lineRule="auto"/>
              <w:ind w:left="303" w:hanging="303"/>
              <w:jc w:val="both"/>
              <w:rPr>
                <w:rFonts w:ascii="Arial" w:hAnsi="Arial" w:cs="Arial"/>
                <w:sz w:val="16"/>
                <w:szCs w:val="16"/>
              </w:rPr>
            </w:pPr>
            <w:r w:rsidRPr="008629E2">
              <w:rPr>
                <w:rFonts w:ascii="Arial" w:hAnsi="Arial" w:cs="Arial"/>
                <w:sz w:val="16"/>
                <w:szCs w:val="16"/>
              </w:rPr>
              <w:t>1.</w:t>
            </w:r>
            <w:r w:rsidRPr="008629E2">
              <w:rPr>
                <w:rFonts w:ascii="Arial" w:hAnsi="Arial" w:cs="Arial"/>
                <w:sz w:val="16"/>
                <w:szCs w:val="16"/>
              </w:rPr>
              <w:tab/>
              <w:t>Presentar junto con la propuesta, debidamente diligenciado y firmado por el representante legal del proponente o persona natural, el formulario ACUERDO DE CONFIDENCIALIDAD.</w:t>
            </w:r>
          </w:p>
        </w:tc>
        <w:tc>
          <w:tcPr>
            <w:tcW w:w="1007" w:type="dxa"/>
            <w:shd w:val="clear" w:color="auto" w:fill="FFFFFF" w:themeFill="background1"/>
          </w:tcPr>
          <w:p w14:paraId="0825673B" w14:textId="77777777" w:rsidR="00C92B30" w:rsidRPr="008629E2" w:rsidRDefault="00C92B30" w:rsidP="0055507D">
            <w:pPr>
              <w:adjustRightInd w:val="0"/>
              <w:spacing w:after="0" w:line="240" w:lineRule="auto"/>
              <w:jc w:val="both"/>
              <w:rPr>
                <w:rFonts w:ascii="Arial" w:hAnsi="Arial" w:cs="Arial"/>
                <w:b/>
                <w:sz w:val="16"/>
                <w:szCs w:val="16"/>
              </w:rPr>
            </w:pPr>
          </w:p>
        </w:tc>
        <w:tc>
          <w:tcPr>
            <w:tcW w:w="992" w:type="dxa"/>
            <w:shd w:val="clear" w:color="auto" w:fill="FFFFFF" w:themeFill="background1"/>
          </w:tcPr>
          <w:p w14:paraId="1DF5EB6C" w14:textId="77777777" w:rsidR="00C92B30" w:rsidRPr="008629E2" w:rsidRDefault="00C92B30" w:rsidP="0055507D">
            <w:pPr>
              <w:adjustRightInd w:val="0"/>
              <w:spacing w:after="0" w:line="240" w:lineRule="auto"/>
              <w:jc w:val="both"/>
              <w:rPr>
                <w:rFonts w:ascii="Arial" w:hAnsi="Arial" w:cs="Arial"/>
                <w:b/>
                <w:sz w:val="16"/>
                <w:szCs w:val="16"/>
              </w:rPr>
            </w:pPr>
          </w:p>
        </w:tc>
      </w:tr>
      <w:tr w:rsidR="00C92B30" w:rsidRPr="008629E2" w14:paraId="15FA95D4" w14:textId="77777777" w:rsidTr="00C92B30">
        <w:trPr>
          <w:trHeight w:val="202"/>
          <w:jc w:val="center"/>
        </w:trPr>
        <w:tc>
          <w:tcPr>
            <w:tcW w:w="562" w:type="dxa"/>
            <w:vAlign w:val="center"/>
          </w:tcPr>
          <w:p w14:paraId="29D4BD20" w14:textId="77777777" w:rsidR="00C92B30" w:rsidRPr="008629E2" w:rsidRDefault="00C92B30" w:rsidP="0055507D">
            <w:pPr>
              <w:pStyle w:val="Textoindependiente2"/>
              <w:tabs>
                <w:tab w:val="left" w:pos="1980"/>
              </w:tabs>
              <w:spacing w:after="0" w:line="240" w:lineRule="auto"/>
              <w:jc w:val="center"/>
              <w:rPr>
                <w:rFonts w:ascii="Arial" w:hAnsi="Arial" w:cs="Arial"/>
                <w:color w:val="000000" w:themeColor="text1"/>
                <w:sz w:val="16"/>
                <w:szCs w:val="16"/>
                <w:lang w:eastAsia="es-CO"/>
              </w:rPr>
            </w:pPr>
            <w:r w:rsidRPr="008629E2">
              <w:rPr>
                <w:rFonts w:ascii="Arial" w:hAnsi="Arial" w:cs="Arial"/>
                <w:color w:val="000000" w:themeColor="text1"/>
                <w:sz w:val="16"/>
                <w:szCs w:val="16"/>
                <w:lang w:eastAsia="es-CO"/>
              </w:rPr>
              <w:t>11</w:t>
            </w:r>
          </w:p>
        </w:tc>
        <w:tc>
          <w:tcPr>
            <w:tcW w:w="7958" w:type="dxa"/>
            <w:vAlign w:val="center"/>
          </w:tcPr>
          <w:p w14:paraId="616834D6" w14:textId="77777777" w:rsidR="00C92B30" w:rsidRPr="008629E2" w:rsidRDefault="00C92B30" w:rsidP="0055507D">
            <w:pPr>
              <w:widowControl w:val="0"/>
              <w:autoSpaceDE w:val="0"/>
              <w:autoSpaceDN w:val="0"/>
              <w:spacing w:after="0" w:line="240" w:lineRule="auto"/>
              <w:jc w:val="both"/>
              <w:rPr>
                <w:rFonts w:ascii="Arial" w:eastAsia="Arial" w:hAnsi="Arial" w:cs="Arial"/>
                <w:b/>
                <w:sz w:val="16"/>
                <w:szCs w:val="16"/>
                <w:lang w:bidi="es-ES"/>
              </w:rPr>
            </w:pPr>
            <w:r w:rsidRPr="008629E2">
              <w:rPr>
                <w:rFonts w:ascii="Arial" w:eastAsia="Arial" w:hAnsi="Arial" w:cs="Arial"/>
                <w:b/>
                <w:sz w:val="16"/>
                <w:szCs w:val="16"/>
                <w:lang w:bidi="es-ES"/>
              </w:rPr>
              <w:t>SISTEMA DE GESTIÓN DE LA SEGURIDAD Y SALUD EN EL TRABAJO</w:t>
            </w:r>
          </w:p>
          <w:p w14:paraId="75BFE921" w14:textId="77777777" w:rsidR="00C92B30" w:rsidRPr="008629E2" w:rsidRDefault="00C92B30" w:rsidP="0055507D">
            <w:pPr>
              <w:pStyle w:val="Textoindependiente2"/>
              <w:spacing w:after="0" w:line="240" w:lineRule="auto"/>
              <w:jc w:val="both"/>
              <w:rPr>
                <w:rFonts w:ascii="Arial" w:eastAsia="Calibri" w:hAnsi="Arial" w:cs="Arial"/>
                <w:color w:val="000000" w:themeColor="text1"/>
                <w:sz w:val="16"/>
                <w:szCs w:val="16"/>
              </w:rPr>
            </w:pPr>
            <w:bookmarkStart w:id="0" w:name="_Hlk120437888"/>
          </w:p>
          <w:p w14:paraId="5E5F8CB3" w14:textId="77777777" w:rsidR="00C92B30" w:rsidRPr="008629E2" w:rsidRDefault="00C92B30" w:rsidP="0055507D">
            <w:pPr>
              <w:pStyle w:val="Textoindependiente2"/>
              <w:spacing w:after="0" w:line="240" w:lineRule="auto"/>
              <w:jc w:val="both"/>
              <w:rPr>
                <w:rFonts w:ascii="Arial" w:eastAsia="Calibri" w:hAnsi="Arial" w:cs="Arial"/>
                <w:color w:val="000000" w:themeColor="text1"/>
                <w:sz w:val="16"/>
                <w:szCs w:val="16"/>
              </w:rPr>
            </w:pPr>
            <w:r w:rsidRPr="008629E2">
              <w:rPr>
                <w:rFonts w:ascii="Arial" w:eastAsia="Arial" w:hAnsi="Arial" w:cs="Arial"/>
                <w:bCs/>
                <w:sz w:val="16"/>
                <w:szCs w:val="16"/>
                <w:lang w:bidi="es-ES"/>
              </w:rPr>
              <w:t xml:space="preserve">Con el fin de anticipar, reconocer, evaluar y controlar los riesgos que puedan afectar la seguridad y la salud en el trabajo, así prevenir </w:t>
            </w:r>
            <w:r w:rsidRPr="008629E2">
              <w:rPr>
                <w:rFonts w:ascii="Arial" w:eastAsia="Calibri" w:hAnsi="Arial" w:cs="Arial"/>
                <w:color w:val="000000" w:themeColor="text1"/>
                <w:sz w:val="16"/>
                <w:szCs w:val="16"/>
              </w:rPr>
              <w:t>amenazas o accidentes y enfermedades laborales, que deriven</w:t>
            </w:r>
            <w:r w:rsidRPr="008629E2">
              <w:rPr>
                <w:rFonts w:ascii="Arial" w:eastAsia="Arial" w:hAnsi="Arial" w:cs="Arial"/>
                <w:bCs/>
                <w:sz w:val="16"/>
                <w:szCs w:val="16"/>
                <w:lang w:bidi="es-ES"/>
              </w:rPr>
              <w:t xml:space="preserve"> en lesiones o enfermedades causadas por las condiciones de trabajo, y desarrollar acciones para  la protección y promoción de la salud de los trabajadores </w:t>
            </w:r>
            <w:r w:rsidRPr="008629E2">
              <w:rPr>
                <w:rFonts w:ascii="Arial" w:eastAsia="Calibri" w:hAnsi="Arial" w:cs="Arial"/>
                <w:color w:val="000000" w:themeColor="text1"/>
                <w:sz w:val="16"/>
                <w:szCs w:val="16"/>
              </w:rPr>
              <w:t>que sean utilizados por el oferente y futuro contratista, así como asegurar el cumplimiento de las disposiciones d</w:t>
            </w:r>
            <w:r w:rsidRPr="008629E2">
              <w:rPr>
                <w:rFonts w:ascii="Arial" w:eastAsia="Arial" w:hAnsi="Arial" w:cs="Arial"/>
                <w:bCs/>
                <w:sz w:val="16"/>
                <w:szCs w:val="16"/>
                <w:lang w:bidi="es-ES"/>
              </w:rPr>
              <w:t>el Decreto 1072 de 2015 “Único Reglamentario del Sector Trabajo y demás normas que lo complementen</w:t>
            </w:r>
            <w:r w:rsidRPr="008629E2">
              <w:rPr>
                <w:rFonts w:ascii="Arial" w:eastAsia="Calibri" w:hAnsi="Arial" w:cs="Arial"/>
                <w:color w:val="000000" w:themeColor="text1"/>
                <w:sz w:val="16"/>
                <w:szCs w:val="16"/>
              </w:rPr>
              <w:t xml:space="preserve">, en materia de seguridad y salud en el trabajo, los oferentes que participen del presente proceso contractual deberán acreditar el cumplimiento frente a la </w:t>
            </w:r>
            <w:r w:rsidRPr="008629E2">
              <w:rPr>
                <w:rFonts w:ascii="Arial" w:eastAsia="Arial" w:hAnsi="Arial" w:cs="Arial"/>
                <w:bCs/>
                <w:sz w:val="16"/>
                <w:szCs w:val="16"/>
                <w:lang w:bidi="es-ES"/>
              </w:rPr>
              <w:t>implementación y desarrollo del Sistema de Gestión de la Seguridad y Salud en el Trabajo SG-SST al interior de su empresa.</w:t>
            </w:r>
          </w:p>
          <w:p w14:paraId="12A596A8" w14:textId="77777777" w:rsidR="00C92B30" w:rsidRPr="008629E2" w:rsidRDefault="00C92B30" w:rsidP="0055507D">
            <w:pPr>
              <w:pStyle w:val="Textoindependiente2"/>
              <w:spacing w:after="0" w:line="240" w:lineRule="auto"/>
              <w:jc w:val="both"/>
              <w:rPr>
                <w:rFonts w:ascii="Arial" w:eastAsia="Calibri" w:hAnsi="Arial" w:cs="Arial"/>
                <w:color w:val="000000" w:themeColor="text1"/>
                <w:sz w:val="16"/>
                <w:szCs w:val="16"/>
              </w:rPr>
            </w:pPr>
          </w:p>
          <w:p w14:paraId="75916685" w14:textId="77777777" w:rsidR="00C92B30" w:rsidRPr="008629E2" w:rsidRDefault="00C92B30" w:rsidP="0055507D">
            <w:pPr>
              <w:pStyle w:val="Default"/>
              <w:jc w:val="both"/>
              <w:rPr>
                <w:rFonts w:ascii="Arial" w:hAnsi="Arial" w:cs="Arial"/>
                <w:sz w:val="16"/>
                <w:szCs w:val="16"/>
              </w:rPr>
            </w:pPr>
            <w:r w:rsidRPr="008629E2">
              <w:rPr>
                <w:rFonts w:ascii="Arial" w:hAnsi="Arial" w:cs="Arial"/>
                <w:b/>
                <w:bCs/>
                <w:sz w:val="16"/>
                <w:szCs w:val="16"/>
              </w:rPr>
              <w:t>Forma de acreditación del requisito habilitante:</w:t>
            </w:r>
          </w:p>
          <w:p w14:paraId="6617050F" w14:textId="77777777" w:rsidR="00C92B30" w:rsidRPr="008629E2" w:rsidRDefault="00C92B30" w:rsidP="0055507D">
            <w:pPr>
              <w:widowControl w:val="0"/>
              <w:autoSpaceDE w:val="0"/>
              <w:autoSpaceDN w:val="0"/>
              <w:spacing w:after="0" w:line="240" w:lineRule="auto"/>
              <w:jc w:val="both"/>
              <w:rPr>
                <w:rFonts w:ascii="Arial" w:eastAsia="Arial" w:hAnsi="Arial" w:cs="Arial"/>
                <w:b/>
                <w:bCs/>
                <w:sz w:val="16"/>
                <w:szCs w:val="16"/>
                <w:lang w:bidi="es-ES"/>
              </w:rPr>
            </w:pPr>
          </w:p>
          <w:p w14:paraId="001B85BA" w14:textId="26EE2833" w:rsidR="00B12CCB" w:rsidRPr="008629E2" w:rsidRDefault="00C92B30" w:rsidP="002C3B5B">
            <w:pPr>
              <w:pStyle w:val="Prrafodelista"/>
              <w:widowControl w:val="0"/>
              <w:numPr>
                <w:ilvl w:val="0"/>
                <w:numId w:val="10"/>
              </w:numPr>
              <w:autoSpaceDE w:val="0"/>
              <w:autoSpaceDN w:val="0"/>
              <w:jc w:val="both"/>
              <w:rPr>
                <w:rFonts w:ascii="Arial" w:eastAsia="Arial" w:hAnsi="Arial" w:cs="Arial"/>
                <w:b/>
                <w:sz w:val="16"/>
                <w:szCs w:val="16"/>
                <w:lang w:bidi="es-ES"/>
              </w:rPr>
            </w:pPr>
            <w:r w:rsidRPr="008629E2">
              <w:rPr>
                <w:rFonts w:ascii="Arial" w:eastAsia="Arial" w:hAnsi="Arial" w:cs="Arial"/>
                <w:sz w:val="16"/>
                <w:szCs w:val="16"/>
                <w:lang w:bidi="es-ES"/>
              </w:rPr>
              <w:t>Presentar certificación firmada por el representante legal del proponente o persona natural, en la cual certifique su empresa</w:t>
            </w:r>
            <w:r w:rsidRPr="008629E2">
              <w:rPr>
                <w:rFonts w:ascii="Arial" w:eastAsia="Calibri" w:hAnsi="Arial" w:cs="Arial"/>
                <w:color w:val="000000" w:themeColor="text1"/>
                <w:sz w:val="16"/>
                <w:szCs w:val="16"/>
              </w:rPr>
              <w:t xml:space="preserve"> </w:t>
            </w:r>
            <w:r w:rsidRPr="008629E2">
              <w:rPr>
                <w:rFonts w:ascii="Arial" w:eastAsia="Arial" w:hAnsi="Arial" w:cs="Arial"/>
                <w:bCs/>
                <w:sz w:val="16"/>
                <w:szCs w:val="16"/>
                <w:lang w:bidi="es-ES"/>
              </w:rPr>
              <w:t>cumple con la implementación y desarrollo del Sistema de Gestión de la Seguridad y Salud en el Trabajo SG-SST, de conformidad con lo establecido en el Decreto 1072 de 2015, Decreto Único Reglamentario del Sector Trabajo y demás normas que lo complementen</w:t>
            </w:r>
            <w:r w:rsidRPr="008629E2">
              <w:rPr>
                <w:rFonts w:ascii="Arial" w:eastAsia="Arial" w:hAnsi="Arial" w:cs="Arial"/>
                <w:sz w:val="16"/>
                <w:szCs w:val="16"/>
                <w:lang w:bidi="es-ES"/>
              </w:rPr>
              <w:t>.</w:t>
            </w:r>
          </w:p>
          <w:p w14:paraId="34BB4461" w14:textId="77777777" w:rsidR="002C3B5B" w:rsidRPr="008629E2" w:rsidRDefault="002C3B5B" w:rsidP="002C3B5B">
            <w:pPr>
              <w:pStyle w:val="Prrafodelista"/>
              <w:widowControl w:val="0"/>
              <w:autoSpaceDE w:val="0"/>
              <w:autoSpaceDN w:val="0"/>
              <w:ind w:left="360"/>
              <w:jc w:val="both"/>
              <w:rPr>
                <w:rFonts w:ascii="Arial" w:eastAsia="Arial" w:hAnsi="Arial" w:cs="Arial"/>
                <w:b/>
                <w:sz w:val="16"/>
                <w:szCs w:val="16"/>
                <w:lang w:bidi="es-ES"/>
              </w:rPr>
            </w:pPr>
          </w:p>
          <w:p w14:paraId="0DC93335" w14:textId="196CBC0A" w:rsidR="002C3B5B" w:rsidRPr="008629E2" w:rsidRDefault="00C92B30" w:rsidP="003957A4">
            <w:pPr>
              <w:pStyle w:val="Prrafodelista"/>
              <w:widowControl w:val="0"/>
              <w:numPr>
                <w:ilvl w:val="0"/>
                <w:numId w:val="10"/>
              </w:numPr>
              <w:autoSpaceDE w:val="0"/>
              <w:autoSpaceDN w:val="0"/>
              <w:jc w:val="both"/>
              <w:rPr>
                <w:rFonts w:ascii="Arial" w:eastAsia="Arial" w:hAnsi="Arial" w:cs="Arial"/>
                <w:b/>
                <w:sz w:val="16"/>
                <w:szCs w:val="16"/>
                <w:lang w:bidi="es-ES"/>
              </w:rPr>
            </w:pPr>
            <w:r w:rsidRPr="008629E2">
              <w:rPr>
                <w:rFonts w:ascii="Arial" w:hAnsi="Arial" w:cs="Arial"/>
                <w:sz w:val="16"/>
                <w:szCs w:val="16"/>
                <w:lang w:eastAsia="es-CO"/>
              </w:rPr>
              <w:t>Diligenciar y presentar junto con la propuesta el FORMULARIO - COMPROMISO CON EL SISTEMA DE GESTIÓN DE LA SEGURIDAD Y SALUD EN EL TRABAJO.</w:t>
            </w:r>
            <w:bookmarkEnd w:id="0"/>
          </w:p>
        </w:tc>
        <w:tc>
          <w:tcPr>
            <w:tcW w:w="1007" w:type="dxa"/>
          </w:tcPr>
          <w:p w14:paraId="7ABE328B" w14:textId="77777777" w:rsidR="00C92B30" w:rsidRPr="008629E2" w:rsidRDefault="00C92B30" w:rsidP="0055507D">
            <w:pPr>
              <w:widowControl w:val="0"/>
              <w:autoSpaceDE w:val="0"/>
              <w:autoSpaceDN w:val="0"/>
              <w:spacing w:after="0" w:line="240" w:lineRule="auto"/>
              <w:jc w:val="both"/>
              <w:rPr>
                <w:rFonts w:ascii="Arial" w:eastAsia="Arial" w:hAnsi="Arial" w:cs="Arial"/>
                <w:b/>
                <w:sz w:val="16"/>
                <w:szCs w:val="16"/>
                <w:lang w:bidi="es-ES"/>
              </w:rPr>
            </w:pPr>
          </w:p>
        </w:tc>
        <w:tc>
          <w:tcPr>
            <w:tcW w:w="992" w:type="dxa"/>
          </w:tcPr>
          <w:p w14:paraId="6DA60AD6" w14:textId="77777777" w:rsidR="00C92B30" w:rsidRPr="008629E2" w:rsidRDefault="00C92B30" w:rsidP="0055507D">
            <w:pPr>
              <w:widowControl w:val="0"/>
              <w:autoSpaceDE w:val="0"/>
              <w:autoSpaceDN w:val="0"/>
              <w:spacing w:after="0" w:line="240" w:lineRule="auto"/>
              <w:jc w:val="both"/>
              <w:rPr>
                <w:rFonts w:ascii="Arial" w:eastAsia="Arial" w:hAnsi="Arial" w:cs="Arial"/>
                <w:b/>
                <w:sz w:val="16"/>
                <w:szCs w:val="16"/>
                <w:lang w:bidi="es-ES"/>
              </w:rPr>
            </w:pPr>
          </w:p>
        </w:tc>
      </w:tr>
      <w:tr w:rsidR="00C92B30" w:rsidRPr="008629E2" w14:paraId="4EB9E293" w14:textId="77777777" w:rsidTr="00C92B30">
        <w:trPr>
          <w:trHeight w:val="202"/>
          <w:jc w:val="center"/>
        </w:trPr>
        <w:tc>
          <w:tcPr>
            <w:tcW w:w="562" w:type="dxa"/>
            <w:vAlign w:val="center"/>
          </w:tcPr>
          <w:p w14:paraId="495290A6" w14:textId="77777777" w:rsidR="00C92B30" w:rsidRPr="008629E2" w:rsidRDefault="00C92B30" w:rsidP="0055507D">
            <w:pPr>
              <w:pStyle w:val="Textoindependiente2"/>
              <w:tabs>
                <w:tab w:val="left" w:pos="1980"/>
              </w:tabs>
              <w:spacing w:after="0" w:line="240" w:lineRule="auto"/>
              <w:jc w:val="center"/>
              <w:rPr>
                <w:rFonts w:ascii="Arial" w:hAnsi="Arial" w:cs="Arial"/>
                <w:color w:val="000000" w:themeColor="text1"/>
                <w:sz w:val="16"/>
                <w:szCs w:val="16"/>
                <w:lang w:eastAsia="es-CO"/>
              </w:rPr>
            </w:pPr>
            <w:r w:rsidRPr="008629E2">
              <w:rPr>
                <w:rFonts w:ascii="Arial" w:hAnsi="Arial" w:cs="Arial"/>
                <w:color w:val="000000" w:themeColor="text1"/>
                <w:sz w:val="16"/>
                <w:szCs w:val="16"/>
                <w:lang w:eastAsia="es-CO"/>
              </w:rPr>
              <w:t>12</w:t>
            </w:r>
          </w:p>
        </w:tc>
        <w:tc>
          <w:tcPr>
            <w:tcW w:w="7958" w:type="dxa"/>
            <w:vAlign w:val="center"/>
          </w:tcPr>
          <w:p w14:paraId="7F8417B4" w14:textId="77777777" w:rsidR="00C92B30" w:rsidRPr="008629E2" w:rsidRDefault="00C92B30" w:rsidP="0055507D">
            <w:pPr>
              <w:widowControl w:val="0"/>
              <w:autoSpaceDE w:val="0"/>
              <w:autoSpaceDN w:val="0"/>
              <w:spacing w:after="0" w:line="240" w:lineRule="auto"/>
              <w:jc w:val="both"/>
              <w:rPr>
                <w:rFonts w:ascii="Arial" w:eastAsia="Calibri" w:hAnsi="Arial" w:cs="Arial"/>
                <w:b/>
                <w:color w:val="000000" w:themeColor="text1"/>
                <w:sz w:val="16"/>
                <w:szCs w:val="16"/>
                <w:lang w:val="es-ES" w:eastAsia="es-ES"/>
              </w:rPr>
            </w:pPr>
            <w:bookmarkStart w:id="1" w:name="_Hlk99458377"/>
            <w:r w:rsidRPr="008629E2">
              <w:rPr>
                <w:rFonts w:ascii="Arial" w:eastAsia="Calibri" w:hAnsi="Arial" w:cs="Arial"/>
                <w:b/>
                <w:color w:val="000000" w:themeColor="text1"/>
                <w:sz w:val="16"/>
                <w:szCs w:val="16"/>
                <w:lang w:val="es-ES" w:eastAsia="es-ES"/>
              </w:rPr>
              <w:t>SISTEMA DE GESTIÓN AMBIENTAL</w:t>
            </w:r>
            <w:bookmarkEnd w:id="1"/>
          </w:p>
          <w:p w14:paraId="098E47B5" w14:textId="77777777" w:rsidR="00C92B30" w:rsidRPr="008629E2" w:rsidRDefault="00C92B30" w:rsidP="0055507D">
            <w:pPr>
              <w:widowControl w:val="0"/>
              <w:autoSpaceDE w:val="0"/>
              <w:autoSpaceDN w:val="0"/>
              <w:spacing w:after="0" w:line="240" w:lineRule="auto"/>
              <w:jc w:val="both"/>
              <w:rPr>
                <w:rFonts w:ascii="Arial" w:eastAsia="Calibri" w:hAnsi="Arial" w:cs="Arial"/>
                <w:b/>
                <w:color w:val="000000" w:themeColor="text1"/>
                <w:sz w:val="16"/>
                <w:szCs w:val="16"/>
                <w:lang w:val="es-ES" w:eastAsia="es-ES"/>
              </w:rPr>
            </w:pPr>
          </w:p>
          <w:p w14:paraId="3261B336" w14:textId="77777777" w:rsidR="00C92B30" w:rsidRPr="008629E2" w:rsidRDefault="00C92B30" w:rsidP="0055507D">
            <w:pPr>
              <w:spacing w:after="0" w:line="240" w:lineRule="auto"/>
              <w:jc w:val="both"/>
              <w:rPr>
                <w:rFonts w:ascii="Arial" w:hAnsi="Arial" w:cs="Arial"/>
                <w:sz w:val="16"/>
                <w:szCs w:val="16"/>
              </w:rPr>
            </w:pPr>
            <w:r w:rsidRPr="008629E2">
              <w:rPr>
                <w:rFonts w:ascii="Arial" w:hAnsi="Arial" w:cs="Arial"/>
                <w:sz w:val="16"/>
                <w:szCs w:val="16"/>
              </w:rPr>
              <w:t>El oferente y futuro contratista durante la ejecución del contrato deberá dar cumplimiento de las normas y/o estándares técnicos nacionales e internacionales, al igual que las normas, leyes y políticas de gobierno en materia de protección del medio ambiente, así:</w:t>
            </w:r>
          </w:p>
          <w:p w14:paraId="6924EAE4" w14:textId="77777777" w:rsidR="00C92B30" w:rsidRPr="008629E2" w:rsidRDefault="00C92B30" w:rsidP="0055507D">
            <w:pPr>
              <w:spacing w:after="0" w:line="240" w:lineRule="auto"/>
              <w:jc w:val="both"/>
              <w:rPr>
                <w:rFonts w:ascii="Arial" w:hAnsi="Arial" w:cs="Arial"/>
                <w:sz w:val="16"/>
                <w:szCs w:val="16"/>
              </w:rPr>
            </w:pPr>
          </w:p>
          <w:p w14:paraId="48542995" w14:textId="77777777" w:rsidR="00C92B30" w:rsidRPr="008629E2" w:rsidRDefault="00C92B30" w:rsidP="0055507D">
            <w:pPr>
              <w:spacing w:after="0" w:line="240" w:lineRule="auto"/>
              <w:jc w:val="both"/>
              <w:rPr>
                <w:rFonts w:ascii="Arial" w:hAnsi="Arial" w:cs="Arial"/>
                <w:sz w:val="16"/>
                <w:szCs w:val="16"/>
              </w:rPr>
            </w:pPr>
            <w:r w:rsidRPr="008629E2">
              <w:rPr>
                <w:rFonts w:ascii="Arial" w:hAnsi="Arial" w:cs="Arial"/>
                <w:sz w:val="16"/>
                <w:szCs w:val="16"/>
              </w:rPr>
              <w:t>En su artículo 79 la Constitución Política de Colombia consagra que “todas las personas tienen derecho a gozar de un ambiente sano. La Ley garantizará la participación de la comunidad en las decisiones que puedan afectarlo. Es deber del Estado proteger la diversidad e integridad del ambiente, conservar las áreas de especial importancia ecológica y fomentar la educación para el logro de estos fines.” Esta norma constitucional puede interpretarse de manera solidaria con el principio fundamental del derecho a la vida, ya que éste sólo se podría garantizar bajo condiciones en las cuales la vida pueda disfrutarse con calidad.</w:t>
            </w:r>
          </w:p>
          <w:p w14:paraId="5FCC2387" w14:textId="77777777" w:rsidR="00C92B30" w:rsidRPr="008629E2" w:rsidRDefault="00C92B30" w:rsidP="0055507D">
            <w:pPr>
              <w:spacing w:after="0" w:line="240" w:lineRule="auto"/>
              <w:jc w:val="both"/>
              <w:rPr>
                <w:rFonts w:ascii="Arial" w:hAnsi="Arial" w:cs="Arial"/>
                <w:sz w:val="16"/>
                <w:szCs w:val="16"/>
              </w:rPr>
            </w:pPr>
            <w:r w:rsidRPr="008629E2">
              <w:rPr>
                <w:rFonts w:ascii="Arial" w:hAnsi="Arial" w:cs="Arial"/>
                <w:sz w:val="16"/>
                <w:szCs w:val="16"/>
              </w:rPr>
              <w:t>La constitución nacional impone al Estado y a las personas la obligación de proteger las riquezas culturales y naturales (Art. 8), así como el deber de las personas y del ciudadano de proteger los recursos naturales y de velar por la conservación del ambiente (Art. 95).</w:t>
            </w:r>
          </w:p>
          <w:p w14:paraId="357BC92F" w14:textId="77777777" w:rsidR="00C92B30" w:rsidRPr="008629E2" w:rsidRDefault="00C92B30" w:rsidP="0055507D">
            <w:pPr>
              <w:spacing w:after="0" w:line="240" w:lineRule="auto"/>
              <w:jc w:val="both"/>
              <w:rPr>
                <w:rFonts w:ascii="Arial" w:hAnsi="Arial" w:cs="Arial"/>
                <w:sz w:val="16"/>
                <w:szCs w:val="16"/>
              </w:rPr>
            </w:pPr>
          </w:p>
          <w:p w14:paraId="68E1F36D" w14:textId="77777777" w:rsidR="00C92B30" w:rsidRPr="008629E2" w:rsidRDefault="00C92B30" w:rsidP="0055507D">
            <w:pPr>
              <w:spacing w:after="0" w:line="240" w:lineRule="auto"/>
              <w:jc w:val="both"/>
              <w:rPr>
                <w:rFonts w:ascii="Arial" w:hAnsi="Arial" w:cs="Arial"/>
                <w:sz w:val="16"/>
                <w:szCs w:val="16"/>
              </w:rPr>
            </w:pPr>
            <w:r w:rsidRPr="008629E2">
              <w:rPr>
                <w:rFonts w:ascii="Arial" w:hAnsi="Arial" w:cs="Arial"/>
                <w:sz w:val="16"/>
                <w:szCs w:val="16"/>
              </w:rPr>
              <w:t xml:space="preserve">Cumplir con todos los requisitos legales ambientales vigentes concernientes con su actividad económica (producción, distribución, comercialización), de tal forma que se garantice durante la vigencia y ejecución del objeto del contrato, el cumplimiento de las buenas prácticas ambientales con relación al ahorro y uso eficiente del agua y la energía, papel, materia prima, así como el manejo integral de residuos sólidos, establecidas por la Policía Nacional en el marco de la Implementación del Sistema de Gestión Ambiental en las Instalaciones; que contribuyan al cumplimiento de la política ambiental y objetivos ambientales institucionales. </w:t>
            </w:r>
          </w:p>
          <w:p w14:paraId="3F449741" w14:textId="77777777" w:rsidR="00C92B30" w:rsidRPr="008629E2" w:rsidRDefault="00C92B30" w:rsidP="0055507D">
            <w:pPr>
              <w:spacing w:after="0" w:line="240" w:lineRule="auto"/>
              <w:jc w:val="both"/>
              <w:rPr>
                <w:rFonts w:ascii="Arial" w:hAnsi="Arial" w:cs="Arial"/>
                <w:sz w:val="16"/>
                <w:szCs w:val="16"/>
              </w:rPr>
            </w:pPr>
            <w:r w:rsidRPr="008629E2">
              <w:rPr>
                <w:rFonts w:ascii="Arial" w:hAnsi="Arial" w:cs="Arial"/>
                <w:sz w:val="16"/>
                <w:szCs w:val="16"/>
              </w:rPr>
              <w:t>Cumplir con lo preceptuado en la norma ISO 14001 “NORMA INTERNACIONAL DEL SISTEMA DE GESTIÓN AMBIENTAL” (SGA).</w:t>
            </w:r>
          </w:p>
          <w:p w14:paraId="2BE0E623" w14:textId="77777777" w:rsidR="002C3B5B" w:rsidRPr="008629E2" w:rsidRDefault="002C3B5B" w:rsidP="0055507D">
            <w:pPr>
              <w:spacing w:after="0" w:line="240" w:lineRule="auto"/>
              <w:jc w:val="both"/>
              <w:rPr>
                <w:rFonts w:ascii="Arial" w:hAnsi="Arial" w:cs="Arial"/>
                <w:sz w:val="16"/>
                <w:szCs w:val="16"/>
              </w:rPr>
            </w:pPr>
          </w:p>
          <w:p w14:paraId="456B7FB7" w14:textId="77777777" w:rsidR="00C92B30" w:rsidRPr="008629E2" w:rsidRDefault="00C92B30" w:rsidP="0055507D">
            <w:pPr>
              <w:spacing w:after="0" w:line="240" w:lineRule="auto"/>
              <w:jc w:val="both"/>
              <w:rPr>
                <w:rFonts w:ascii="Arial" w:hAnsi="Arial" w:cs="Arial"/>
                <w:sz w:val="16"/>
                <w:szCs w:val="16"/>
              </w:rPr>
            </w:pPr>
            <w:r w:rsidRPr="008629E2">
              <w:rPr>
                <w:rFonts w:ascii="Arial" w:hAnsi="Arial" w:cs="Arial"/>
                <w:sz w:val="16"/>
                <w:szCs w:val="16"/>
              </w:rPr>
              <w:t>Cualquier infracción ambiental por omisión de permisos, concesiones o licencias ambientales, que hubiese sido necesario tramitar antes, durante y al finalizar la ejecución del contrato, será asumida como su responsabilidad, y sobre el particular como la periodicidad con que se debe presentar informes.</w:t>
            </w:r>
          </w:p>
          <w:p w14:paraId="36823473" w14:textId="77777777" w:rsidR="002C3B5B" w:rsidRPr="008629E2" w:rsidRDefault="002C3B5B" w:rsidP="0055507D">
            <w:pPr>
              <w:spacing w:after="0" w:line="240" w:lineRule="auto"/>
              <w:jc w:val="both"/>
              <w:rPr>
                <w:rFonts w:ascii="Arial" w:hAnsi="Arial" w:cs="Arial"/>
                <w:sz w:val="16"/>
                <w:szCs w:val="16"/>
              </w:rPr>
            </w:pPr>
          </w:p>
          <w:p w14:paraId="480F66EC" w14:textId="77777777" w:rsidR="00C92B30" w:rsidRPr="008629E2" w:rsidRDefault="00C92B30" w:rsidP="0055507D">
            <w:pPr>
              <w:spacing w:after="0" w:line="240" w:lineRule="auto"/>
              <w:jc w:val="both"/>
              <w:rPr>
                <w:rFonts w:ascii="Arial" w:hAnsi="Arial" w:cs="Arial"/>
                <w:sz w:val="16"/>
                <w:szCs w:val="16"/>
              </w:rPr>
            </w:pPr>
            <w:r w:rsidRPr="008629E2">
              <w:rPr>
                <w:rFonts w:ascii="Arial" w:hAnsi="Arial" w:cs="Arial"/>
                <w:sz w:val="16"/>
                <w:szCs w:val="16"/>
              </w:rPr>
              <w:t>Se acoge a la obligación de presentar las actas de disposición final correspondientes y las licencias ambientales de quienes realizarán dicha disposición, ya sean contratistas nacionales o extranjeros.</w:t>
            </w:r>
          </w:p>
          <w:p w14:paraId="247E77B2" w14:textId="77777777" w:rsidR="002C3B5B" w:rsidRPr="008629E2" w:rsidRDefault="002C3B5B" w:rsidP="0055507D">
            <w:pPr>
              <w:spacing w:after="0" w:line="240" w:lineRule="auto"/>
              <w:jc w:val="both"/>
              <w:rPr>
                <w:rFonts w:ascii="Arial" w:hAnsi="Arial" w:cs="Arial"/>
                <w:sz w:val="16"/>
                <w:szCs w:val="16"/>
              </w:rPr>
            </w:pPr>
          </w:p>
          <w:p w14:paraId="11EC449A" w14:textId="77777777" w:rsidR="00C92B30" w:rsidRPr="008629E2" w:rsidRDefault="00C92B30" w:rsidP="0055507D">
            <w:pPr>
              <w:spacing w:after="0" w:line="240" w:lineRule="auto"/>
              <w:jc w:val="both"/>
              <w:rPr>
                <w:rFonts w:ascii="Arial" w:hAnsi="Arial" w:cs="Arial"/>
                <w:sz w:val="16"/>
                <w:szCs w:val="16"/>
              </w:rPr>
            </w:pPr>
            <w:r w:rsidRPr="008629E2">
              <w:rPr>
                <w:rFonts w:ascii="Arial" w:hAnsi="Arial" w:cs="Arial"/>
                <w:sz w:val="16"/>
                <w:szCs w:val="16"/>
              </w:rPr>
              <w:t>En los casos de tener personal bajo su responsabilidad, deberá contemplar capacitaciones en temas ambientales como: impactos ambientales, manejo de residuos sólidos, líquidos, escombros entre otros, donde se realice el manejo y actuación de estos, e igualmente identificar los elementos utilizados (químicos, eléctricos, manufacturación entre otros), para el bien o servicio que se va a realizar de acuerdo con cada actividad específica que se desarrolle.</w:t>
            </w:r>
          </w:p>
          <w:p w14:paraId="0F0518C3" w14:textId="77777777" w:rsidR="00B83392" w:rsidRPr="008629E2" w:rsidRDefault="00B83392" w:rsidP="0055507D">
            <w:pPr>
              <w:spacing w:after="0" w:line="240" w:lineRule="auto"/>
              <w:jc w:val="both"/>
              <w:rPr>
                <w:rFonts w:ascii="Arial" w:eastAsia="Calibri" w:hAnsi="Arial" w:cs="Arial"/>
                <w:b/>
                <w:color w:val="000000" w:themeColor="text1"/>
                <w:sz w:val="16"/>
                <w:szCs w:val="16"/>
                <w:lang w:val="es-ES" w:eastAsia="es-ES"/>
              </w:rPr>
            </w:pPr>
          </w:p>
          <w:p w14:paraId="30108BC2" w14:textId="77777777" w:rsidR="00C92B30" w:rsidRPr="008629E2" w:rsidRDefault="00C92B30" w:rsidP="0055507D">
            <w:pPr>
              <w:pStyle w:val="Default"/>
              <w:jc w:val="both"/>
              <w:rPr>
                <w:rFonts w:ascii="Arial" w:hAnsi="Arial" w:cs="Arial"/>
                <w:sz w:val="16"/>
                <w:szCs w:val="16"/>
              </w:rPr>
            </w:pPr>
            <w:bookmarkStart w:id="2" w:name="_Hlk96961731"/>
            <w:bookmarkStart w:id="3" w:name="_Hlk159580177"/>
            <w:r w:rsidRPr="008629E2">
              <w:rPr>
                <w:rFonts w:ascii="Arial" w:hAnsi="Arial" w:cs="Arial"/>
                <w:b/>
                <w:bCs/>
                <w:sz w:val="16"/>
                <w:szCs w:val="16"/>
              </w:rPr>
              <w:t>Forma de acreditación del requisito habilitante:</w:t>
            </w:r>
          </w:p>
          <w:p w14:paraId="05CE53B8" w14:textId="77777777" w:rsidR="00C92B30" w:rsidRPr="008629E2" w:rsidRDefault="00C92B30" w:rsidP="0055507D">
            <w:pPr>
              <w:widowControl w:val="0"/>
              <w:autoSpaceDE w:val="0"/>
              <w:autoSpaceDN w:val="0"/>
              <w:spacing w:after="0" w:line="240" w:lineRule="auto"/>
              <w:jc w:val="both"/>
              <w:rPr>
                <w:rFonts w:ascii="Arial" w:eastAsia="Arial" w:hAnsi="Arial" w:cs="Arial"/>
                <w:b/>
                <w:bCs/>
                <w:sz w:val="16"/>
                <w:szCs w:val="16"/>
                <w:lang w:bidi="es-ES"/>
              </w:rPr>
            </w:pPr>
          </w:p>
          <w:p w14:paraId="576E5CD6" w14:textId="77777777" w:rsidR="00C92B30" w:rsidRPr="008629E2" w:rsidRDefault="00C92B30">
            <w:pPr>
              <w:pStyle w:val="Prrafodelista"/>
              <w:widowControl w:val="0"/>
              <w:numPr>
                <w:ilvl w:val="0"/>
                <w:numId w:val="11"/>
              </w:numPr>
              <w:autoSpaceDE w:val="0"/>
              <w:autoSpaceDN w:val="0"/>
              <w:jc w:val="both"/>
              <w:rPr>
                <w:rFonts w:ascii="Arial" w:eastAsia="Arial" w:hAnsi="Arial" w:cs="Arial"/>
                <w:b/>
                <w:sz w:val="16"/>
                <w:szCs w:val="16"/>
                <w:lang w:bidi="es-ES"/>
              </w:rPr>
            </w:pPr>
            <w:r w:rsidRPr="008629E2">
              <w:rPr>
                <w:rFonts w:ascii="Arial" w:eastAsia="Arial" w:hAnsi="Arial" w:cs="Arial"/>
                <w:sz w:val="16"/>
                <w:szCs w:val="16"/>
                <w:lang w:bidi="es-ES"/>
              </w:rPr>
              <w:t>Presentar certificación firmada por el representante legal del proponente o persona natural, en la cual exprese el cumplimiento de las condiciones y exigencias contempladas en el presente numeral.</w:t>
            </w:r>
          </w:p>
          <w:p w14:paraId="3FEC50EA" w14:textId="77777777" w:rsidR="00C92B30" w:rsidRPr="008629E2" w:rsidRDefault="00C92B30" w:rsidP="0055507D">
            <w:pPr>
              <w:pStyle w:val="Prrafodelista"/>
              <w:widowControl w:val="0"/>
              <w:autoSpaceDE w:val="0"/>
              <w:autoSpaceDN w:val="0"/>
              <w:ind w:left="360"/>
              <w:jc w:val="both"/>
              <w:rPr>
                <w:rFonts w:ascii="Arial" w:eastAsia="Arial" w:hAnsi="Arial" w:cs="Arial"/>
                <w:b/>
                <w:sz w:val="16"/>
                <w:szCs w:val="16"/>
                <w:lang w:bidi="es-ES"/>
              </w:rPr>
            </w:pPr>
          </w:p>
          <w:p w14:paraId="5FE9A9BB" w14:textId="77777777" w:rsidR="002C3B5B" w:rsidRPr="00706999" w:rsidRDefault="00C92B30" w:rsidP="006B0023">
            <w:pPr>
              <w:pStyle w:val="Prrafodelista"/>
              <w:widowControl w:val="0"/>
              <w:numPr>
                <w:ilvl w:val="0"/>
                <w:numId w:val="11"/>
              </w:numPr>
              <w:autoSpaceDE w:val="0"/>
              <w:autoSpaceDN w:val="0"/>
              <w:jc w:val="both"/>
              <w:rPr>
                <w:rFonts w:ascii="Arial" w:eastAsia="Arial" w:hAnsi="Arial" w:cs="Arial"/>
                <w:b/>
                <w:sz w:val="16"/>
                <w:szCs w:val="16"/>
                <w:lang w:bidi="es-ES"/>
              </w:rPr>
            </w:pPr>
            <w:r w:rsidRPr="008629E2">
              <w:rPr>
                <w:rFonts w:ascii="Arial" w:hAnsi="Arial" w:cs="Arial"/>
                <w:sz w:val="16"/>
                <w:szCs w:val="16"/>
                <w:lang w:eastAsia="es-CO"/>
              </w:rPr>
              <w:t>Diligenciar y presentar junto con la propuesta el FORMULARIO - COMPROMISO CON EL SISTEMA DE GESTIÓN AMBIENTAL.</w:t>
            </w:r>
            <w:bookmarkEnd w:id="2"/>
            <w:bookmarkEnd w:id="3"/>
          </w:p>
          <w:p w14:paraId="67E8EC4F" w14:textId="7A0B3C06" w:rsidR="00706999" w:rsidRPr="006B0023" w:rsidRDefault="00706999" w:rsidP="00706999">
            <w:pPr>
              <w:pStyle w:val="Prrafodelista"/>
              <w:widowControl w:val="0"/>
              <w:autoSpaceDE w:val="0"/>
              <w:autoSpaceDN w:val="0"/>
              <w:ind w:left="360"/>
              <w:jc w:val="both"/>
              <w:rPr>
                <w:rFonts w:ascii="Arial" w:eastAsia="Arial" w:hAnsi="Arial" w:cs="Arial"/>
                <w:b/>
                <w:sz w:val="16"/>
                <w:szCs w:val="16"/>
                <w:lang w:bidi="es-ES"/>
              </w:rPr>
            </w:pPr>
          </w:p>
        </w:tc>
        <w:tc>
          <w:tcPr>
            <w:tcW w:w="1007" w:type="dxa"/>
          </w:tcPr>
          <w:p w14:paraId="6DBE8197" w14:textId="77777777" w:rsidR="00C92B30" w:rsidRPr="008629E2" w:rsidRDefault="00C92B30" w:rsidP="0055507D">
            <w:pPr>
              <w:widowControl w:val="0"/>
              <w:autoSpaceDE w:val="0"/>
              <w:autoSpaceDN w:val="0"/>
              <w:spacing w:after="0" w:line="240" w:lineRule="auto"/>
              <w:jc w:val="both"/>
              <w:rPr>
                <w:rFonts w:ascii="Arial" w:eastAsia="Calibri" w:hAnsi="Arial" w:cs="Arial"/>
                <w:b/>
                <w:color w:val="000000" w:themeColor="text1"/>
                <w:sz w:val="16"/>
                <w:szCs w:val="16"/>
                <w:lang w:val="es-ES" w:eastAsia="es-ES"/>
              </w:rPr>
            </w:pPr>
          </w:p>
        </w:tc>
        <w:tc>
          <w:tcPr>
            <w:tcW w:w="992" w:type="dxa"/>
          </w:tcPr>
          <w:p w14:paraId="407E7777" w14:textId="77777777" w:rsidR="00C92B30" w:rsidRPr="008629E2" w:rsidRDefault="00C92B30" w:rsidP="0055507D">
            <w:pPr>
              <w:widowControl w:val="0"/>
              <w:autoSpaceDE w:val="0"/>
              <w:autoSpaceDN w:val="0"/>
              <w:spacing w:after="0" w:line="240" w:lineRule="auto"/>
              <w:jc w:val="both"/>
              <w:rPr>
                <w:rFonts w:ascii="Arial" w:eastAsia="Calibri" w:hAnsi="Arial" w:cs="Arial"/>
                <w:b/>
                <w:color w:val="000000" w:themeColor="text1"/>
                <w:sz w:val="16"/>
                <w:szCs w:val="16"/>
                <w:lang w:val="es-ES" w:eastAsia="es-ES"/>
              </w:rPr>
            </w:pPr>
          </w:p>
        </w:tc>
      </w:tr>
      <w:tr w:rsidR="00C92B30" w:rsidRPr="008629E2" w14:paraId="1E4A6FED" w14:textId="77777777" w:rsidTr="00C92B30">
        <w:trPr>
          <w:trHeight w:val="202"/>
          <w:jc w:val="center"/>
        </w:trPr>
        <w:tc>
          <w:tcPr>
            <w:tcW w:w="562" w:type="dxa"/>
            <w:vAlign w:val="center"/>
          </w:tcPr>
          <w:p w14:paraId="4C361325" w14:textId="77777777" w:rsidR="00C92B30" w:rsidRPr="008629E2" w:rsidRDefault="00C92B30" w:rsidP="0055507D">
            <w:pPr>
              <w:pStyle w:val="Textoindependiente2"/>
              <w:tabs>
                <w:tab w:val="left" w:pos="1980"/>
              </w:tabs>
              <w:spacing w:after="0" w:line="240" w:lineRule="auto"/>
              <w:jc w:val="center"/>
              <w:rPr>
                <w:rFonts w:ascii="Arial" w:hAnsi="Arial" w:cs="Arial"/>
                <w:color w:val="000000" w:themeColor="text1"/>
                <w:sz w:val="16"/>
                <w:szCs w:val="16"/>
                <w:lang w:eastAsia="es-CO"/>
              </w:rPr>
            </w:pPr>
            <w:r w:rsidRPr="008629E2">
              <w:rPr>
                <w:rFonts w:ascii="Arial" w:hAnsi="Arial" w:cs="Arial"/>
                <w:color w:val="000000" w:themeColor="text1"/>
                <w:sz w:val="16"/>
                <w:szCs w:val="16"/>
                <w:lang w:eastAsia="es-CO"/>
              </w:rPr>
              <w:t>13</w:t>
            </w:r>
          </w:p>
        </w:tc>
        <w:tc>
          <w:tcPr>
            <w:tcW w:w="7958" w:type="dxa"/>
            <w:vAlign w:val="center"/>
          </w:tcPr>
          <w:p w14:paraId="518941F1" w14:textId="77777777" w:rsidR="00C92B30" w:rsidRPr="008629E2" w:rsidRDefault="00C92B30" w:rsidP="0055507D">
            <w:pPr>
              <w:widowControl w:val="0"/>
              <w:autoSpaceDE w:val="0"/>
              <w:autoSpaceDN w:val="0"/>
              <w:spacing w:after="0" w:line="240" w:lineRule="auto"/>
              <w:jc w:val="both"/>
              <w:rPr>
                <w:rFonts w:ascii="Arial" w:eastAsia="Calibri" w:hAnsi="Arial" w:cs="Arial"/>
                <w:b/>
                <w:bCs/>
                <w:sz w:val="16"/>
                <w:szCs w:val="16"/>
              </w:rPr>
            </w:pPr>
            <w:r w:rsidRPr="008629E2">
              <w:rPr>
                <w:rFonts w:ascii="Arial" w:eastAsia="Calibri" w:hAnsi="Arial" w:cs="Arial"/>
                <w:b/>
                <w:bCs/>
                <w:sz w:val="16"/>
                <w:szCs w:val="16"/>
              </w:rPr>
              <w:t>REGISTRO ÚNICO DE INFRACTORES AMBIENTALES RUIA</w:t>
            </w:r>
          </w:p>
          <w:p w14:paraId="19B389AD" w14:textId="77777777" w:rsidR="00C92B30" w:rsidRPr="008629E2" w:rsidRDefault="00C92B30" w:rsidP="0055507D">
            <w:pPr>
              <w:widowControl w:val="0"/>
              <w:autoSpaceDE w:val="0"/>
              <w:autoSpaceDN w:val="0"/>
              <w:spacing w:after="0" w:line="240" w:lineRule="auto"/>
              <w:jc w:val="both"/>
              <w:rPr>
                <w:rFonts w:ascii="Arial" w:eastAsia="Calibri" w:hAnsi="Arial" w:cs="Arial"/>
                <w:b/>
                <w:bCs/>
                <w:sz w:val="16"/>
                <w:szCs w:val="16"/>
              </w:rPr>
            </w:pPr>
          </w:p>
          <w:p w14:paraId="17B5847F" w14:textId="77777777" w:rsidR="00C92B30" w:rsidRPr="008629E2" w:rsidRDefault="00C92B30" w:rsidP="0055507D">
            <w:pPr>
              <w:pStyle w:val="Textoindependiente2"/>
              <w:spacing w:after="0" w:line="240" w:lineRule="auto"/>
              <w:ind w:left="-31"/>
              <w:jc w:val="both"/>
              <w:rPr>
                <w:rFonts w:ascii="Arial" w:eastAsia="Calibri" w:hAnsi="Arial" w:cs="Arial"/>
                <w:bCs/>
                <w:color w:val="000000" w:themeColor="text1"/>
                <w:sz w:val="16"/>
                <w:szCs w:val="16"/>
                <w:lang w:val="es-CO"/>
              </w:rPr>
            </w:pPr>
            <w:r w:rsidRPr="008629E2">
              <w:rPr>
                <w:rFonts w:ascii="Arial" w:eastAsia="Calibri" w:hAnsi="Arial" w:cs="Arial"/>
                <w:bCs/>
                <w:color w:val="000000" w:themeColor="text1"/>
                <w:sz w:val="16"/>
                <w:szCs w:val="16"/>
                <w:lang w:val="es-CO"/>
              </w:rPr>
              <w:t>Los oferentes que participen en el presente proceso no deberán estar inscritos en el Registro Único de Infractores Ambientales RUIA, La Policía Metropolitana de Villavicencio realizará la verificación correspondiente.</w:t>
            </w:r>
          </w:p>
          <w:p w14:paraId="29A8BD07" w14:textId="77777777" w:rsidR="00C92B30" w:rsidRPr="008629E2" w:rsidRDefault="00C92B30" w:rsidP="0055507D">
            <w:pPr>
              <w:pStyle w:val="Textoindependiente2"/>
              <w:spacing w:after="0" w:line="240" w:lineRule="auto"/>
              <w:ind w:left="-31"/>
              <w:jc w:val="both"/>
              <w:rPr>
                <w:rFonts w:ascii="Arial" w:eastAsia="Calibri" w:hAnsi="Arial" w:cs="Arial"/>
                <w:bCs/>
                <w:color w:val="000000" w:themeColor="text1"/>
                <w:sz w:val="16"/>
                <w:szCs w:val="16"/>
                <w:lang w:val="es-CO"/>
              </w:rPr>
            </w:pPr>
          </w:p>
          <w:p w14:paraId="457B9C25" w14:textId="77777777" w:rsidR="002C3B5B" w:rsidRDefault="00C92B30" w:rsidP="0055507D">
            <w:pPr>
              <w:widowControl w:val="0"/>
              <w:autoSpaceDE w:val="0"/>
              <w:autoSpaceDN w:val="0"/>
              <w:spacing w:after="0" w:line="240" w:lineRule="auto"/>
              <w:jc w:val="both"/>
              <w:rPr>
                <w:rFonts w:ascii="Arial" w:eastAsia="Calibri" w:hAnsi="Arial" w:cs="Arial"/>
                <w:bCs/>
                <w:color w:val="000000" w:themeColor="text1"/>
                <w:sz w:val="16"/>
                <w:szCs w:val="16"/>
              </w:rPr>
            </w:pPr>
            <w:r w:rsidRPr="008629E2">
              <w:rPr>
                <w:rFonts w:ascii="Arial" w:eastAsia="Calibri" w:hAnsi="Arial" w:cs="Arial"/>
                <w:bCs/>
                <w:color w:val="000000" w:themeColor="text1"/>
                <w:sz w:val="16"/>
                <w:szCs w:val="16"/>
              </w:rPr>
              <w:t>Con la presentación de la oferta y el presente anexo firmado, el oferente certifica que no se encuentra inscrito con infractor en el Registro Único de Infractores Ambientales RUIA.</w:t>
            </w:r>
          </w:p>
          <w:p w14:paraId="4968748F" w14:textId="1C0AB635" w:rsidR="00706999" w:rsidRPr="008629E2" w:rsidRDefault="00706999" w:rsidP="0055507D">
            <w:pPr>
              <w:widowControl w:val="0"/>
              <w:autoSpaceDE w:val="0"/>
              <w:autoSpaceDN w:val="0"/>
              <w:spacing w:after="0" w:line="240" w:lineRule="auto"/>
              <w:jc w:val="both"/>
              <w:rPr>
                <w:rFonts w:ascii="Arial" w:eastAsia="Calibri" w:hAnsi="Arial" w:cs="Arial"/>
                <w:bCs/>
                <w:color w:val="000000" w:themeColor="text1"/>
                <w:sz w:val="16"/>
                <w:szCs w:val="16"/>
              </w:rPr>
            </w:pPr>
          </w:p>
        </w:tc>
        <w:tc>
          <w:tcPr>
            <w:tcW w:w="1007" w:type="dxa"/>
          </w:tcPr>
          <w:p w14:paraId="474C6292" w14:textId="77777777" w:rsidR="00C92B30" w:rsidRPr="008629E2" w:rsidRDefault="00C92B30" w:rsidP="0055507D">
            <w:pPr>
              <w:widowControl w:val="0"/>
              <w:autoSpaceDE w:val="0"/>
              <w:autoSpaceDN w:val="0"/>
              <w:spacing w:after="0" w:line="240" w:lineRule="auto"/>
              <w:jc w:val="both"/>
              <w:rPr>
                <w:rFonts w:ascii="Arial" w:eastAsia="Calibri" w:hAnsi="Arial" w:cs="Arial"/>
                <w:b/>
                <w:bCs/>
                <w:sz w:val="16"/>
                <w:szCs w:val="16"/>
              </w:rPr>
            </w:pPr>
          </w:p>
        </w:tc>
        <w:tc>
          <w:tcPr>
            <w:tcW w:w="992" w:type="dxa"/>
          </w:tcPr>
          <w:p w14:paraId="586E65F6" w14:textId="77777777" w:rsidR="00C92B30" w:rsidRPr="008629E2" w:rsidRDefault="00C92B30" w:rsidP="0055507D">
            <w:pPr>
              <w:widowControl w:val="0"/>
              <w:autoSpaceDE w:val="0"/>
              <w:autoSpaceDN w:val="0"/>
              <w:spacing w:after="0" w:line="240" w:lineRule="auto"/>
              <w:jc w:val="both"/>
              <w:rPr>
                <w:rFonts w:ascii="Arial" w:eastAsia="Calibri" w:hAnsi="Arial" w:cs="Arial"/>
                <w:b/>
                <w:bCs/>
                <w:sz w:val="16"/>
                <w:szCs w:val="16"/>
              </w:rPr>
            </w:pPr>
          </w:p>
        </w:tc>
      </w:tr>
      <w:tr w:rsidR="00C92B30" w:rsidRPr="008629E2" w14:paraId="6F2C20CF" w14:textId="77777777" w:rsidTr="00C92B30">
        <w:trPr>
          <w:trHeight w:val="202"/>
          <w:jc w:val="center"/>
        </w:trPr>
        <w:tc>
          <w:tcPr>
            <w:tcW w:w="562" w:type="dxa"/>
            <w:vAlign w:val="center"/>
          </w:tcPr>
          <w:p w14:paraId="35907B02" w14:textId="7885C167" w:rsidR="00C92B30" w:rsidRPr="008629E2" w:rsidRDefault="00C92B30" w:rsidP="0055507D">
            <w:pPr>
              <w:pStyle w:val="Textoindependiente2"/>
              <w:tabs>
                <w:tab w:val="left" w:pos="1980"/>
              </w:tabs>
              <w:spacing w:after="0" w:line="240" w:lineRule="auto"/>
              <w:jc w:val="center"/>
              <w:rPr>
                <w:rFonts w:ascii="Arial" w:hAnsi="Arial" w:cs="Arial"/>
                <w:sz w:val="16"/>
                <w:szCs w:val="16"/>
              </w:rPr>
            </w:pPr>
            <w:r w:rsidRPr="008629E2">
              <w:rPr>
                <w:rFonts w:ascii="Arial" w:hAnsi="Arial" w:cs="Arial"/>
                <w:sz w:val="16"/>
                <w:szCs w:val="16"/>
              </w:rPr>
              <w:t>1</w:t>
            </w:r>
            <w:r w:rsidR="00D831DC" w:rsidRPr="008629E2">
              <w:rPr>
                <w:rFonts w:ascii="Arial" w:hAnsi="Arial" w:cs="Arial"/>
                <w:sz w:val="16"/>
                <w:szCs w:val="16"/>
              </w:rPr>
              <w:t>4</w:t>
            </w:r>
          </w:p>
        </w:tc>
        <w:tc>
          <w:tcPr>
            <w:tcW w:w="7958" w:type="dxa"/>
          </w:tcPr>
          <w:p w14:paraId="02CBD366" w14:textId="77777777" w:rsidR="00C92B30" w:rsidRPr="008629E2" w:rsidRDefault="00C92B30" w:rsidP="0055507D">
            <w:pPr>
              <w:tabs>
                <w:tab w:val="left" w:pos="240"/>
                <w:tab w:val="left" w:pos="320"/>
              </w:tabs>
              <w:spacing w:after="0" w:line="240" w:lineRule="auto"/>
              <w:jc w:val="both"/>
              <w:rPr>
                <w:rFonts w:ascii="Arial" w:hAnsi="Arial" w:cs="Arial"/>
                <w:b/>
                <w:bCs/>
                <w:sz w:val="16"/>
                <w:szCs w:val="16"/>
              </w:rPr>
            </w:pPr>
            <w:r w:rsidRPr="008629E2">
              <w:rPr>
                <w:rFonts w:ascii="Arial" w:hAnsi="Arial" w:cs="Arial"/>
                <w:b/>
                <w:bCs/>
                <w:sz w:val="16"/>
                <w:szCs w:val="16"/>
              </w:rPr>
              <w:t>CAMBIO DE PARTES, PIEZAS, COMPONENTES, MECANISMOS ETC</w:t>
            </w:r>
          </w:p>
          <w:p w14:paraId="60799119" w14:textId="77777777" w:rsidR="00C92B30" w:rsidRPr="008629E2" w:rsidRDefault="00C92B30" w:rsidP="0055507D">
            <w:pPr>
              <w:tabs>
                <w:tab w:val="left" w:pos="240"/>
                <w:tab w:val="left" w:pos="320"/>
              </w:tabs>
              <w:spacing w:after="0" w:line="240" w:lineRule="auto"/>
              <w:jc w:val="both"/>
              <w:rPr>
                <w:rFonts w:ascii="Arial" w:hAnsi="Arial" w:cs="Arial"/>
                <w:b/>
                <w:bCs/>
                <w:sz w:val="16"/>
                <w:szCs w:val="16"/>
              </w:rPr>
            </w:pPr>
          </w:p>
          <w:p w14:paraId="32C049E5" w14:textId="77777777" w:rsidR="00C92B30" w:rsidRPr="008629E2" w:rsidRDefault="00C92B30" w:rsidP="0055507D">
            <w:pPr>
              <w:tabs>
                <w:tab w:val="left" w:pos="240"/>
                <w:tab w:val="left" w:pos="320"/>
              </w:tabs>
              <w:spacing w:after="0" w:line="240" w:lineRule="auto"/>
              <w:jc w:val="both"/>
              <w:rPr>
                <w:rFonts w:ascii="Arial" w:hAnsi="Arial" w:cs="Arial"/>
                <w:sz w:val="16"/>
                <w:szCs w:val="16"/>
              </w:rPr>
            </w:pPr>
            <w:r w:rsidRPr="008629E2">
              <w:rPr>
                <w:rFonts w:ascii="Arial" w:hAnsi="Arial" w:cs="Arial"/>
                <w:sz w:val="16"/>
                <w:szCs w:val="16"/>
              </w:rPr>
              <w:t xml:space="preserve">En caso de daño de alguno de los elementos, piezas, mecanismos, componente electrónico y/o mecánico de los sistemas de polo a tierra, durante la adecuación o mantenimiento preventivo y/o correctivo, por manipulación inadecuada o procedimiento técnico mal ejecutado, el contratista asumirá, sin costo adicional el cambio de elemento, pieza, mecanismo, componente electrónico y/o mecánico por uno nuevo de iguales o superiores características. </w:t>
            </w:r>
          </w:p>
          <w:p w14:paraId="15DFB08F" w14:textId="77777777" w:rsidR="00C92B30" w:rsidRPr="008629E2" w:rsidRDefault="00C92B30" w:rsidP="0055507D">
            <w:pPr>
              <w:tabs>
                <w:tab w:val="left" w:pos="240"/>
                <w:tab w:val="left" w:pos="320"/>
              </w:tabs>
              <w:spacing w:after="0" w:line="240" w:lineRule="auto"/>
              <w:jc w:val="both"/>
              <w:rPr>
                <w:rFonts w:ascii="Arial" w:hAnsi="Arial" w:cs="Arial"/>
                <w:sz w:val="16"/>
                <w:szCs w:val="16"/>
              </w:rPr>
            </w:pPr>
          </w:p>
          <w:p w14:paraId="6E6FAB08" w14:textId="77777777" w:rsidR="002C3B5B" w:rsidRDefault="00C92B30" w:rsidP="0055507D">
            <w:pPr>
              <w:tabs>
                <w:tab w:val="left" w:pos="240"/>
                <w:tab w:val="left" w:pos="320"/>
              </w:tabs>
              <w:spacing w:after="0" w:line="240" w:lineRule="auto"/>
              <w:jc w:val="both"/>
              <w:rPr>
                <w:rFonts w:ascii="Arial" w:hAnsi="Arial" w:cs="Arial"/>
                <w:sz w:val="16"/>
                <w:szCs w:val="16"/>
              </w:rPr>
            </w:pPr>
            <w:r w:rsidRPr="008629E2">
              <w:rPr>
                <w:rFonts w:ascii="Arial" w:hAnsi="Arial" w:cs="Arial"/>
                <w:sz w:val="16"/>
                <w:szCs w:val="16"/>
              </w:rPr>
              <w:t>Con la presentación de la oferta y el presente anexo firmado, el oferente y futuro contratista manifiesta su aceptación voluntaria y cumplimiento de lo descrito en el presente requisito.</w:t>
            </w:r>
          </w:p>
          <w:p w14:paraId="418513AC" w14:textId="61FCC4D3" w:rsidR="00706999" w:rsidRPr="008629E2" w:rsidRDefault="00706999" w:rsidP="0055507D">
            <w:pPr>
              <w:tabs>
                <w:tab w:val="left" w:pos="240"/>
                <w:tab w:val="left" w:pos="320"/>
              </w:tabs>
              <w:spacing w:after="0" w:line="240" w:lineRule="auto"/>
              <w:jc w:val="both"/>
              <w:rPr>
                <w:rFonts w:ascii="Arial" w:hAnsi="Arial" w:cs="Arial"/>
                <w:sz w:val="16"/>
                <w:szCs w:val="16"/>
              </w:rPr>
            </w:pPr>
          </w:p>
        </w:tc>
        <w:tc>
          <w:tcPr>
            <w:tcW w:w="1007" w:type="dxa"/>
          </w:tcPr>
          <w:p w14:paraId="29509064" w14:textId="77777777" w:rsidR="00C92B30" w:rsidRPr="008629E2" w:rsidRDefault="00C92B30" w:rsidP="0055507D">
            <w:pPr>
              <w:widowControl w:val="0"/>
              <w:autoSpaceDE w:val="0"/>
              <w:autoSpaceDN w:val="0"/>
              <w:spacing w:after="0" w:line="240" w:lineRule="auto"/>
              <w:jc w:val="both"/>
              <w:rPr>
                <w:rFonts w:ascii="Arial" w:eastAsia="Calibri" w:hAnsi="Arial" w:cs="Arial"/>
                <w:b/>
                <w:bCs/>
                <w:sz w:val="16"/>
                <w:szCs w:val="16"/>
              </w:rPr>
            </w:pPr>
          </w:p>
        </w:tc>
        <w:tc>
          <w:tcPr>
            <w:tcW w:w="992" w:type="dxa"/>
          </w:tcPr>
          <w:p w14:paraId="12C01D2E" w14:textId="77777777" w:rsidR="00C92B30" w:rsidRPr="008629E2" w:rsidRDefault="00C92B30" w:rsidP="0055507D">
            <w:pPr>
              <w:widowControl w:val="0"/>
              <w:autoSpaceDE w:val="0"/>
              <w:autoSpaceDN w:val="0"/>
              <w:spacing w:after="0" w:line="240" w:lineRule="auto"/>
              <w:jc w:val="both"/>
              <w:rPr>
                <w:rFonts w:ascii="Arial" w:eastAsia="Calibri" w:hAnsi="Arial" w:cs="Arial"/>
                <w:b/>
                <w:bCs/>
                <w:sz w:val="16"/>
                <w:szCs w:val="16"/>
              </w:rPr>
            </w:pPr>
          </w:p>
        </w:tc>
      </w:tr>
      <w:tr w:rsidR="00C92B30" w:rsidRPr="008629E2" w14:paraId="4333B7A9" w14:textId="77777777" w:rsidTr="00C92B30">
        <w:trPr>
          <w:trHeight w:val="202"/>
          <w:jc w:val="center"/>
        </w:trPr>
        <w:tc>
          <w:tcPr>
            <w:tcW w:w="562" w:type="dxa"/>
            <w:vAlign w:val="center"/>
          </w:tcPr>
          <w:p w14:paraId="0AF3A0C2" w14:textId="0DED10A5" w:rsidR="00C92B30" w:rsidRPr="008629E2" w:rsidRDefault="00C92B30" w:rsidP="0055507D">
            <w:pPr>
              <w:pStyle w:val="Textoindependiente2"/>
              <w:tabs>
                <w:tab w:val="left" w:pos="1980"/>
              </w:tabs>
              <w:spacing w:after="0" w:line="240" w:lineRule="auto"/>
              <w:jc w:val="center"/>
              <w:rPr>
                <w:rFonts w:ascii="Arial" w:hAnsi="Arial" w:cs="Arial"/>
                <w:sz w:val="16"/>
                <w:szCs w:val="16"/>
              </w:rPr>
            </w:pPr>
            <w:r w:rsidRPr="008629E2">
              <w:rPr>
                <w:rFonts w:ascii="Arial" w:hAnsi="Arial" w:cs="Arial"/>
                <w:sz w:val="16"/>
                <w:szCs w:val="16"/>
              </w:rPr>
              <w:t>1</w:t>
            </w:r>
            <w:r w:rsidR="00D831DC" w:rsidRPr="008629E2">
              <w:rPr>
                <w:rFonts w:ascii="Arial" w:hAnsi="Arial" w:cs="Arial"/>
                <w:sz w:val="16"/>
                <w:szCs w:val="16"/>
              </w:rPr>
              <w:t>5</w:t>
            </w:r>
          </w:p>
        </w:tc>
        <w:tc>
          <w:tcPr>
            <w:tcW w:w="7958" w:type="dxa"/>
          </w:tcPr>
          <w:p w14:paraId="3F6AFA2F" w14:textId="77777777" w:rsidR="00C92B30" w:rsidRPr="008629E2" w:rsidRDefault="00C92B30" w:rsidP="0055507D">
            <w:pPr>
              <w:tabs>
                <w:tab w:val="left" w:pos="240"/>
                <w:tab w:val="left" w:pos="320"/>
              </w:tabs>
              <w:spacing w:after="0" w:line="240" w:lineRule="auto"/>
              <w:jc w:val="both"/>
              <w:rPr>
                <w:rFonts w:ascii="Arial" w:hAnsi="Arial" w:cs="Arial"/>
                <w:b/>
                <w:bCs/>
                <w:sz w:val="16"/>
                <w:szCs w:val="16"/>
              </w:rPr>
            </w:pPr>
            <w:r w:rsidRPr="008629E2">
              <w:rPr>
                <w:rFonts w:ascii="Arial" w:hAnsi="Arial" w:cs="Arial"/>
                <w:b/>
                <w:bCs/>
                <w:sz w:val="16"/>
                <w:szCs w:val="16"/>
              </w:rPr>
              <w:t>RESPONSABILIDAD POR DAÑOS Y/ FALLAS</w:t>
            </w:r>
          </w:p>
          <w:p w14:paraId="060CB066" w14:textId="77777777" w:rsidR="00C92B30" w:rsidRPr="008629E2" w:rsidRDefault="00C92B30" w:rsidP="0055507D">
            <w:pPr>
              <w:tabs>
                <w:tab w:val="left" w:pos="240"/>
                <w:tab w:val="left" w:pos="320"/>
              </w:tabs>
              <w:spacing w:after="0" w:line="240" w:lineRule="auto"/>
              <w:jc w:val="both"/>
              <w:rPr>
                <w:rFonts w:ascii="Arial" w:hAnsi="Arial" w:cs="Arial"/>
                <w:b/>
                <w:bCs/>
                <w:sz w:val="16"/>
                <w:szCs w:val="16"/>
              </w:rPr>
            </w:pPr>
          </w:p>
          <w:p w14:paraId="2FD7EBEF" w14:textId="77777777" w:rsidR="00C92B30" w:rsidRPr="008629E2" w:rsidRDefault="00C92B30" w:rsidP="0055507D">
            <w:pPr>
              <w:tabs>
                <w:tab w:val="left" w:pos="240"/>
                <w:tab w:val="left" w:pos="320"/>
              </w:tabs>
              <w:spacing w:after="0" w:line="240" w:lineRule="auto"/>
              <w:jc w:val="both"/>
              <w:rPr>
                <w:rFonts w:ascii="Arial" w:hAnsi="Arial" w:cs="Arial"/>
                <w:sz w:val="16"/>
                <w:szCs w:val="16"/>
              </w:rPr>
            </w:pPr>
            <w:r w:rsidRPr="008629E2">
              <w:rPr>
                <w:rFonts w:ascii="Arial" w:hAnsi="Arial" w:cs="Arial"/>
                <w:sz w:val="16"/>
                <w:szCs w:val="16"/>
              </w:rPr>
              <w:t>El contratista será el responsable de los daños y/o fallas que se ocasionen a los sistemas, equipos, redes, obras civiles internas o externas y espacio público durante la adecuación, mantenimientos correctivos y preventivos. En caso de que estos se presenten, se restablecerán y los costos que incluya la misma, al igual que las sanciones o multas serán responsabilidad del contratista.</w:t>
            </w:r>
          </w:p>
          <w:p w14:paraId="0982F01E" w14:textId="77777777" w:rsidR="00C92B30" w:rsidRPr="008629E2" w:rsidRDefault="00C92B30" w:rsidP="0055507D">
            <w:pPr>
              <w:tabs>
                <w:tab w:val="left" w:pos="240"/>
                <w:tab w:val="left" w:pos="320"/>
              </w:tabs>
              <w:spacing w:after="0" w:line="240" w:lineRule="auto"/>
              <w:jc w:val="both"/>
              <w:rPr>
                <w:rFonts w:ascii="Arial" w:hAnsi="Arial" w:cs="Arial"/>
                <w:sz w:val="16"/>
                <w:szCs w:val="16"/>
              </w:rPr>
            </w:pPr>
          </w:p>
          <w:p w14:paraId="59C8EB29" w14:textId="77777777" w:rsidR="002C3B5B" w:rsidRDefault="00C92B30" w:rsidP="0055507D">
            <w:pPr>
              <w:tabs>
                <w:tab w:val="left" w:pos="240"/>
                <w:tab w:val="left" w:pos="320"/>
              </w:tabs>
              <w:spacing w:after="0" w:line="240" w:lineRule="auto"/>
              <w:jc w:val="both"/>
              <w:rPr>
                <w:rFonts w:ascii="Arial" w:hAnsi="Arial" w:cs="Arial"/>
                <w:sz w:val="16"/>
                <w:szCs w:val="16"/>
              </w:rPr>
            </w:pPr>
            <w:r w:rsidRPr="008629E2">
              <w:rPr>
                <w:rFonts w:ascii="Arial" w:hAnsi="Arial" w:cs="Arial"/>
                <w:sz w:val="16"/>
                <w:szCs w:val="16"/>
              </w:rPr>
              <w:t>Con la presentación de la oferta y el presente anexo firmado, el oferente y futuro contratista manifiesta su aceptación voluntaria y cumplimiento de lo descrito en el presente requisito.</w:t>
            </w:r>
          </w:p>
          <w:p w14:paraId="7F425C87" w14:textId="3917CDFC" w:rsidR="00706999" w:rsidRPr="008629E2" w:rsidRDefault="00706999" w:rsidP="0055507D">
            <w:pPr>
              <w:tabs>
                <w:tab w:val="left" w:pos="240"/>
                <w:tab w:val="left" w:pos="320"/>
              </w:tabs>
              <w:spacing w:after="0" w:line="240" w:lineRule="auto"/>
              <w:jc w:val="both"/>
              <w:rPr>
                <w:rFonts w:ascii="Arial" w:hAnsi="Arial" w:cs="Arial"/>
                <w:sz w:val="16"/>
                <w:szCs w:val="16"/>
              </w:rPr>
            </w:pPr>
          </w:p>
        </w:tc>
        <w:tc>
          <w:tcPr>
            <w:tcW w:w="1007" w:type="dxa"/>
          </w:tcPr>
          <w:p w14:paraId="2FE498A3" w14:textId="77777777" w:rsidR="00C92B30" w:rsidRPr="008629E2" w:rsidRDefault="00C92B30" w:rsidP="0055507D">
            <w:pPr>
              <w:widowControl w:val="0"/>
              <w:autoSpaceDE w:val="0"/>
              <w:autoSpaceDN w:val="0"/>
              <w:spacing w:after="0" w:line="240" w:lineRule="auto"/>
              <w:jc w:val="both"/>
              <w:rPr>
                <w:rFonts w:ascii="Arial" w:eastAsia="Calibri" w:hAnsi="Arial" w:cs="Arial"/>
                <w:b/>
                <w:bCs/>
                <w:sz w:val="16"/>
                <w:szCs w:val="16"/>
              </w:rPr>
            </w:pPr>
          </w:p>
        </w:tc>
        <w:tc>
          <w:tcPr>
            <w:tcW w:w="992" w:type="dxa"/>
          </w:tcPr>
          <w:p w14:paraId="6FC066C6" w14:textId="77777777" w:rsidR="00C92B30" w:rsidRPr="008629E2" w:rsidRDefault="00C92B30" w:rsidP="0055507D">
            <w:pPr>
              <w:widowControl w:val="0"/>
              <w:autoSpaceDE w:val="0"/>
              <w:autoSpaceDN w:val="0"/>
              <w:spacing w:after="0" w:line="240" w:lineRule="auto"/>
              <w:jc w:val="both"/>
              <w:rPr>
                <w:rFonts w:ascii="Arial" w:eastAsia="Calibri" w:hAnsi="Arial" w:cs="Arial"/>
                <w:b/>
                <w:bCs/>
                <w:sz w:val="16"/>
                <w:szCs w:val="16"/>
              </w:rPr>
            </w:pPr>
          </w:p>
        </w:tc>
      </w:tr>
      <w:tr w:rsidR="00C92B30" w:rsidRPr="008629E2" w14:paraId="5EB9D081" w14:textId="77777777" w:rsidTr="00C92B30">
        <w:trPr>
          <w:trHeight w:val="202"/>
          <w:jc w:val="center"/>
        </w:trPr>
        <w:tc>
          <w:tcPr>
            <w:tcW w:w="562" w:type="dxa"/>
            <w:vAlign w:val="center"/>
          </w:tcPr>
          <w:p w14:paraId="3219A071" w14:textId="6B70110C" w:rsidR="00C92B30" w:rsidRPr="008629E2" w:rsidRDefault="00C92B30" w:rsidP="0055507D">
            <w:pPr>
              <w:pStyle w:val="Textoindependiente2"/>
              <w:tabs>
                <w:tab w:val="left" w:pos="1980"/>
              </w:tabs>
              <w:spacing w:after="0" w:line="240" w:lineRule="auto"/>
              <w:jc w:val="center"/>
              <w:rPr>
                <w:rFonts w:ascii="Arial" w:hAnsi="Arial" w:cs="Arial"/>
                <w:sz w:val="16"/>
                <w:szCs w:val="16"/>
              </w:rPr>
            </w:pPr>
            <w:r w:rsidRPr="008629E2">
              <w:rPr>
                <w:rFonts w:ascii="Arial" w:hAnsi="Arial" w:cs="Arial"/>
                <w:sz w:val="16"/>
                <w:szCs w:val="16"/>
              </w:rPr>
              <w:t>1</w:t>
            </w:r>
            <w:r w:rsidR="00D831DC" w:rsidRPr="008629E2">
              <w:rPr>
                <w:rFonts w:ascii="Arial" w:hAnsi="Arial" w:cs="Arial"/>
                <w:sz w:val="16"/>
                <w:szCs w:val="16"/>
              </w:rPr>
              <w:t>6</w:t>
            </w:r>
          </w:p>
        </w:tc>
        <w:tc>
          <w:tcPr>
            <w:tcW w:w="7958" w:type="dxa"/>
          </w:tcPr>
          <w:p w14:paraId="1C2CE4EC" w14:textId="77777777" w:rsidR="00C92B30" w:rsidRPr="008629E2" w:rsidRDefault="00C92B30" w:rsidP="0055507D">
            <w:pPr>
              <w:tabs>
                <w:tab w:val="left" w:pos="240"/>
                <w:tab w:val="left" w:pos="320"/>
              </w:tabs>
              <w:spacing w:after="0" w:line="240" w:lineRule="auto"/>
              <w:jc w:val="both"/>
              <w:rPr>
                <w:rFonts w:ascii="Arial" w:hAnsi="Arial" w:cs="Arial"/>
                <w:b/>
                <w:bCs/>
                <w:sz w:val="16"/>
                <w:szCs w:val="16"/>
              </w:rPr>
            </w:pPr>
            <w:r w:rsidRPr="008629E2">
              <w:rPr>
                <w:rFonts w:ascii="Arial" w:hAnsi="Arial" w:cs="Arial"/>
                <w:b/>
                <w:bCs/>
                <w:sz w:val="16"/>
                <w:szCs w:val="16"/>
              </w:rPr>
              <w:t>DIAGNÓSTICO DE CONDICIONES DEL EQUIPO - COSTO / BENEFICIO</w:t>
            </w:r>
          </w:p>
          <w:p w14:paraId="0156EB5C" w14:textId="77777777" w:rsidR="00C92B30" w:rsidRPr="008629E2" w:rsidRDefault="00C92B30" w:rsidP="0055507D">
            <w:pPr>
              <w:tabs>
                <w:tab w:val="left" w:pos="240"/>
                <w:tab w:val="left" w:pos="320"/>
              </w:tabs>
              <w:spacing w:after="0" w:line="240" w:lineRule="auto"/>
              <w:jc w:val="both"/>
              <w:rPr>
                <w:rFonts w:ascii="Arial" w:hAnsi="Arial" w:cs="Arial"/>
                <w:b/>
                <w:bCs/>
                <w:sz w:val="16"/>
                <w:szCs w:val="16"/>
              </w:rPr>
            </w:pPr>
          </w:p>
          <w:p w14:paraId="7E8FCFAE" w14:textId="77777777" w:rsidR="00C92B30" w:rsidRPr="008629E2" w:rsidRDefault="00C92B30" w:rsidP="0055507D">
            <w:pPr>
              <w:tabs>
                <w:tab w:val="left" w:pos="240"/>
                <w:tab w:val="left" w:pos="320"/>
              </w:tabs>
              <w:spacing w:after="0" w:line="240" w:lineRule="auto"/>
              <w:jc w:val="both"/>
              <w:rPr>
                <w:rFonts w:ascii="Arial" w:hAnsi="Arial" w:cs="Arial"/>
                <w:sz w:val="16"/>
                <w:szCs w:val="16"/>
              </w:rPr>
            </w:pPr>
            <w:r w:rsidRPr="008629E2">
              <w:rPr>
                <w:rFonts w:ascii="Arial" w:hAnsi="Arial" w:cs="Arial"/>
                <w:sz w:val="16"/>
                <w:szCs w:val="16"/>
              </w:rPr>
              <w:t>En el evento que, conjuntamente con el supervisor del contrato se decida técnicamente no realizar el mantenimiento preventivo o correctivo, por considerarse que no es viable. El contratista deberá realizar un diagnóstico puntual de las condiciones del sistema de puesta a tierra, justificando los motivos técnicos por los cuales no puede ser realizada la actividad programada sea adecuación o mantenimiento, el cual estará soportado mediante un informe al supervisor del contrato junto con concepto técnico por personal profesional idóneo.</w:t>
            </w:r>
          </w:p>
          <w:p w14:paraId="6E1F4D4E" w14:textId="77777777" w:rsidR="00C92B30" w:rsidRPr="008629E2" w:rsidRDefault="00C92B30" w:rsidP="0055507D">
            <w:pPr>
              <w:tabs>
                <w:tab w:val="left" w:pos="240"/>
                <w:tab w:val="left" w:pos="320"/>
              </w:tabs>
              <w:spacing w:after="0" w:line="240" w:lineRule="auto"/>
              <w:jc w:val="both"/>
              <w:rPr>
                <w:rFonts w:ascii="Arial" w:hAnsi="Arial" w:cs="Arial"/>
                <w:sz w:val="16"/>
                <w:szCs w:val="16"/>
              </w:rPr>
            </w:pPr>
          </w:p>
          <w:p w14:paraId="72A92C4C" w14:textId="77777777" w:rsidR="002C3B5B" w:rsidRPr="008629E2" w:rsidRDefault="00C92B30" w:rsidP="0055507D">
            <w:pPr>
              <w:tabs>
                <w:tab w:val="left" w:pos="240"/>
                <w:tab w:val="left" w:pos="320"/>
              </w:tabs>
              <w:spacing w:after="0" w:line="240" w:lineRule="auto"/>
              <w:jc w:val="both"/>
              <w:rPr>
                <w:rFonts w:ascii="Arial" w:hAnsi="Arial" w:cs="Arial"/>
                <w:sz w:val="16"/>
                <w:szCs w:val="16"/>
              </w:rPr>
            </w:pPr>
            <w:r w:rsidRPr="008629E2">
              <w:rPr>
                <w:rFonts w:ascii="Arial" w:hAnsi="Arial" w:cs="Arial"/>
                <w:sz w:val="16"/>
                <w:szCs w:val="16"/>
              </w:rPr>
              <w:t>Con la presentación de la oferta y el presente anexo firmado, el oferente y futuro contratista manifiesta su aceptación voluntaria y cumplimiento de lo descrito en el presente requisito.</w:t>
            </w:r>
          </w:p>
          <w:p w14:paraId="41E5A1E5" w14:textId="0F8DDE63" w:rsidR="002C3B5B" w:rsidRPr="008629E2" w:rsidRDefault="002C3B5B" w:rsidP="0055507D">
            <w:pPr>
              <w:tabs>
                <w:tab w:val="left" w:pos="240"/>
                <w:tab w:val="left" w:pos="320"/>
              </w:tabs>
              <w:spacing w:after="0" w:line="240" w:lineRule="auto"/>
              <w:jc w:val="both"/>
              <w:rPr>
                <w:rFonts w:ascii="Arial" w:hAnsi="Arial" w:cs="Arial"/>
                <w:sz w:val="16"/>
                <w:szCs w:val="16"/>
              </w:rPr>
            </w:pPr>
          </w:p>
        </w:tc>
        <w:tc>
          <w:tcPr>
            <w:tcW w:w="1007" w:type="dxa"/>
          </w:tcPr>
          <w:p w14:paraId="2180B213" w14:textId="77777777" w:rsidR="00C92B30" w:rsidRPr="008629E2" w:rsidRDefault="00C92B30" w:rsidP="0055507D">
            <w:pPr>
              <w:widowControl w:val="0"/>
              <w:autoSpaceDE w:val="0"/>
              <w:autoSpaceDN w:val="0"/>
              <w:spacing w:after="0" w:line="240" w:lineRule="auto"/>
              <w:jc w:val="both"/>
              <w:rPr>
                <w:rFonts w:ascii="Arial" w:eastAsia="Calibri" w:hAnsi="Arial" w:cs="Arial"/>
                <w:b/>
                <w:bCs/>
                <w:sz w:val="16"/>
                <w:szCs w:val="16"/>
              </w:rPr>
            </w:pPr>
          </w:p>
        </w:tc>
        <w:tc>
          <w:tcPr>
            <w:tcW w:w="992" w:type="dxa"/>
          </w:tcPr>
          <w:p w14:paraId="613C3B3F" w14:textId="77777777" w:rsidR="00C92B30" w:rsidRPr="008629E2" w:rsidRDefault="00C92B30" w:rsidP="0055507D">
            <w:pPr>
              <w:widowControl w:val="0"/>
              <w:autoSpaceDE w:val="0"/>
              <w:autoSpaceDN w:val="0"/>
              <w:spacing w:after="0" w:line="240" w:lineRule="auto"/>
              <w:jc w:val="both"/>
              <w:rPr>
                <w:rFonts w:ascii="Arial" w:eastAsia="Calibri" w:hAnsi="Arial" w:cs="Arial"/>
                <w:b/>
                <w:bCs/>
                <w:sz w:val="16"/>
                <w:szCs w:val="16"/>
              </w:rPr>
            </w:pPr>
          </w:p>
        </w:tc>
      </w:tr>
      <w:tr w:rsidR="00C92B30" w:rsidRPr="008629E2" w14:paraId="01361C65" w14:textId="77777777" w:rsidTr="00C92B30">
        <w:trPr>
          <w:trHeight w:val="202"/>
          <w:jc w:val="center"/>
        </w:trPr>
        <w:tc>
          <w:tcPr>
            <w:tcW w:w="562" w:type="dxa"/>
            <w:vAlign w:val="center"/>
          </w:tcPr>
          <w:p w14:paraId="1980BEEE" w14:textId="662FD3AF" w:rsidR="00C92B30" w:rsidRPr="008629E2" w:rsidRDefault="00C92B30" w:rsidP="0055507D">
            <w:pPr>
              <w:pStyle w:val="Textoindependiente2"/>
              <w:tabs>
                <w:tab w:val="left" w:pos="1980"/>
              </w:tabs>
              <w:spacing w:after="0" w:line="240" w:lineRule="auto"/>
              <w:jc w:val="center"/>
              <w:rPr>
                <w:rFonts w:ascii="Arial" w:hAnsi="Arial" w:cs="Arial"/>
                <w:sz w:val="16"/>
                <w:szCs w:val="16"/>
              </w:rPr>
            </w:pPr>
            <w:r w:rsidRPr="008629E2">
              <w:rPr>
                <w:rFonts w:ascii="Arial" w:hAnsi="Arial" w:cs="Arial"/>
                <w:sz w:val="16"/>
                <w:szCs w:val="16"/>
              </w:rPr>
              <w:t>1</w:t>
            </w:r>
            <w:r w:rsidR="00D831DC" w:rsidRPr="008629E2">
              <w:rPr>
                <w:rFonts w:ascii="Arial" w:hAnsi="Arial" w:cs="Arial"/>
                <w:sz w:val="16"/>
                <w:szCs w:val="16"/>
              </w:rPr>
              <w:t>7</w:t>
            </w:r>
          </w:p>
        </w:tc>
        <w:tc>
          <w:tcPr>
            <w:tcW w:w="7958" w:type="dxa"/>
          </w:tcPr>
          <w:p w14:paraId="7B2970AC" w14:textId="77777777" w:rsidR="00C92B30" w:rsidRPr="008629E2" w:rsidRDefault="00C92B30" w:rsidP="0055507D">
            <w:pPr>
              <w:tabs>
                <w:tab w:val="left" w:pos="240"/>
                <w:tab w:val="left" w:pos="320"/>
              </w:tabs>
              <w:spacing w:after="0" w:line="240" w:lineRule="auto"/>
              <w:jc w:val="both"/>
              <w:rPr>
                <w:rFonts w:ascii="Arial" w:hAnsi="Arial" w:cs="Arial"/>
                <w:b/>
                <w:bCs/>
                <w:sz w:val="16"/>
                <w:szCs w:val="16"/>
              </w:rPr>
            </w:pPr>
            <w:r w:rsidRPr="008629E2">
              <w:rPr>
                <w:rFonts w:ascii="Arial" w:hAnsi="Arial" w:cs="Arial"/>
                <w:b/>
                <w:bCs/>
                <w:sz w:val="16"/>
                <w:szCs w:val="16"/>
              </w:rPr>
              <w:t>AUTORIZACIÓN DESARROLLO DE ACONDICIONAMIENTOS O MANTENIMIENTOS</w:t>
            </w:r>
          </w:p>
          <w:p w14:paraId="7FD469DF" w14:textId="77777777" w:rsidR="00C92B30" w:rsidRPr="008629E2" w:rsidRDefault="00C92B30" w:rsidP="0055507D">
            <w:pPr>
              <w:tabs>
                <w:tab w:val="left" w:pos="240"/>
                <w:tab w:val="left" w:pos="320"/>
              </w:tabs>
              <w:spacing w:after="0" w:line="240" w:lineRule="auto"/>
              <w:jc w:val="both"/>
              <w:rPr>
                <w:rFonts w:ascii="Arial" w:hAnsi="Arial" w:cs="Arial"/>
                <w:b/>
                <w:bCs/>
                <w:sz w:val="16"/>
                <w:szCs w:val="16"/>
              </w:rPr>
            </w:pPr>
          </w:p>
          <w:p w14:paraId="12EE85BA" w14:textId="77777777" w:rsidR="00C92B30" w:rsidRPr="008629E2" w:rsidRDefault="00C92B30" w:rsidP="0055507D">
            <w:pPr>
              <w:tabs>
                <w:tab w:val="left" w:pos="240"/>
                <w:tab w:val="left" w:pos="320"/>
              </w:tabs>
              <w:spacing w:after="0" w:line="240" w:lineRule="auto"/>
              <w:jc w:val="both"/>
              <w:rPr>
                <w:rFonts w:ascii="Arial" w:hAnsi="Arial" w:cs="Arial"/>
                <w:sz w:val="16"/>
                <w:szCs w:val="16"/>
              </w:rPr>
            </w:pPr>
            <w:r w:rsidRPr="008629E2">
              <w:rPr>
                <w:rFonts w:ascii="Arial" w:hAnsi="Arial" w:cs="Arial"/>
                <w:sz w:val="16"/>
                <w:szCs w:val="16"/>
              </w:rPr>
              <w:t>El acondicionamiento, mantenimiento preventivo y/o correctivo deben ser realizado por personal idóneo y se adelantarán con las herramientas y equipo adecuado; no se realizarán cambios de elementos sin el debido consentimiento y previa autorización por el supervisor del contrato.</w:t>
            </w:r>
          </w:p>
          <w:p w14:paraId="638CF1D5" w14:textId="77777777" w:rsidR="00C92B30" w:rsidRPr="008629E2" w:rsidRDefault="00C92B30" w:rsidP="0055507D">
            <w:pPr>
              <w:tabs>
                <w:tab w:val="left" w:pos="240"/>
                <w:tab w:val="left" w:pos="320"/>
              </w:tabs>
              <w:spacing w:after="0" w:line="240" w:lineRule="auto"/>
              <w:jc w:val="both"/>
              <w:rPr>
                <w:rFonts w:ascii="Arial" w:hAnsi="Arial" w:cs="Arial"/>
                <w:sz w:val="16"/>
                <w:szCs w:val="16"/>
              </w:rPr>
            </w:pPr>
          </w:p>
          <w:p w14:paraId="72EDF25F" w14:textId="77777777" w:rsidR="002C3B5B" w:rsidRPr="008629E2" w:rsidRDefault="00C92B30" w:rsidP="0055507D">
            <w:pPr>
              <w:tabs>
                <w:tab w:val="left" w:pos="240"/>
                <w:tab w:val="left" w:pos="320"/>
              </w:tabs>
              <w:spacing w:after="0" w:line="240" w:lineRule="auto"/>
              <w:jc w:val="both"/>
              <w:rPr>
                <w:rFonts w:ascii="Arial" w:hAnsi="Arial" w:cs="Arial"/>
                <w:sz w:val="16"/>
                <w:szCs w:val="16"/>
              </w:rPr>
            </w:pPr>
            <w:r w:rsidRPr="008629E2">
              <w:rPr>
                <w:rFonts w:ascii="Arial" w:hAnsi="Arial" w:cs="Arial"/>
                <w:sz w:val="16"/>
                <w:szCs w:val="16"/>
              </w:rPr>
              <w:t>Con la presentación de la oferta y el presente anexo firmado, el oferente y futuro contratista manifiesta su aceptación voluntaria y cumplimiento de lo descrito en el presente requisito.</w:t>
            </w:r>
          </w:p>
          <w:p w14:paraId="7599A096" w14:textId="77777777" w:rsidR="002C3B5B" w:rsidRDefault="002C3B5B" w:rsidP="0055507D">
            <w:pPr>
              <w:tabs>
                <w:tab w:val="left" w:pos="240"/>
                <w:tab w:val="left" w:pos="320"/>
              </w:tabs>
              <w:spacing w:after="0" w:line="240" w:lineRule="auto"/>
              <w:jc w:val="both"/>
              <w:rPr>
                <w:rFonts w:ascii="Arial" w:hAnsi="Arial" w:cs="Arial"/>
                <w:sz w:val="16"/>
                <w:szCs w:val="16"/>
              </w:rPr>
            </w:pPr>
          </w:p>
          <w:p w14:paraId="31265A3D" w14:textId="5099289F" w:rsidR="00706999" w:rsidRPr="008629E2" w:rsidRDefault="00706999" w:rsidP="0055507D">
            <w:pPr>
              <w:tabs>
                <w:tab w:val="left" w:pos="240"/>
                <w:tab w:val="left" w:pos="320"/>
              </w:tabs>
              <w:spacing w:after="0" w:line="240" w:lineRule="auto"/>
              <w:jc w:val="both"/>
              <w:rPr>
                <w:rFonts w:ascii="Arial" w:hAnsi="Arial" w:cs="Arial"/>
                <w:sz w:val="16"/>
                <w:szCs w:val="16"/>
              </w:rPr>
            </w:pPr>
          </w:p>
        </w:tc>
        <w:tc>
          <w:tcPr>
            <w:tcW w:w="1007" w:type="dxa"/>
          </w:tcPr>
          <w:p w14:paraId="2760922E" w14:textId="77777777" w:rsidR="00C92B30" w:rsidRPr="008629E2" w:rsidRDefault="00C92B30" w:rsidP="0055507D">
            <w:pPr>
              <w:widowControl w:val="0"/>
              <w:autoSpaceDE w:val="0"/>
              <w:autoSpaceDN w:val="0"/>
              <w:spacing w:after="0" w:line="240" w:lineRule="auto"/>
              <w:jc w:val="both"/>
              <w:rPr>
                <w:rFonts w:ascii="Arial" w:eastAsia="Calibri" w:hAnsi="Arial" w:cs="Arial"/>
                <w:b/>
                <w:bCs/>
                <w:sz w:val="16"/>
                <w:szCs w:val="16"/>
              </w:rPr>
            </w:pPr>
          </w:p>
        </w:tc>
        <w:tc>
          <w:tcPr>
            <w:tcW w:w="992" w:type="dxa"/>
          </w:tcPr>
          <w:p w14:paraId="3ED4B525" w14:textId="77777777" w:rsidR="00C92B30" w:rsidRPr="008629E2" w:rsidRDefault="00C92B30" w:rsidP="0055507D">
            <w:pPr>
              <w:widowControl w:val="0"/>
              <w:autoSpaceDE w:val="0"/>
              <w:autoSpaceDN w:val="0"/>
              <w:spacing w:after="0" w:line="240" w:lineRule="auto"/>
              <w:jc w:val="both"/>
              <w:rPr>
                <w:rFonts w:ascii="Arial" w:eastAsia="Calibri" w:hAnsi="Arial" w:cs="Arial"/>
                <w:b/>
                <w:bCs/>
                <w:sz w:val="16"/>
                <w:szCs w:val="16"/>
              </w:rPr>
            </w:pPr>
          </w:p>
        </w:tc>
      </w:tr>
      <w:tr w:rsidR="00C92B30" w:rsidRPr="008629E2" w14:paraId="7ACA6D55" w14:textId="77777777" w:rsidTr="00C92B30">
        <w:trPr>
          <w:trHeight w:val="202"/>
          <w:jc w:val="center"/>
        </w:trPr>
        <w:tc>
          <w:tcPr>
            <w:tcW w:w="562" w:type="dxa"/>
            <w:vAlign w:val="center"/>
          </w:tcPr>
          <w:p w14:paraId="13EBFAE7" w14:textId="3F5CC4AF" w:rsidR="00C92B30" w:rsidRPr="008629E2" w:rsidRDefault="00C92B30" w:rsidP="0055507D">
            <w:pPr>
              <w:pStyle w:val="Textoindependiente2"/>
              <w:tabs>
                <w:tab w:val="left" w:pos="1980"/>
              </w:tabs>
              <w:spacing w:after="0" w:line="240" w:lineRule="auto"/>
              <w:jc w:val="center"/>
              <w:rPr>
                <w:rFonts w:ascii="Arial" w:hAnsi="Arial" w:cs="Arial"/>
                <w:sz w:val="16"/>
                <w:szCs w:val="16"/>
              </w:rPr>
            </w:pPr>
            <w:r w:rsidRPr="008629E2">
              <w:rPr>
                <w:rFonts w:ascii="Arial" w:hAnsi="Arial" w:cs="Arial"/>
                <w:sz w:val="16"/>
                <w:szCs w:val="16"/>
              </w:rPr>
              <w:lastRenderedPageBreak/>
              <w:t>1</w:t>
            </w:r>
            <w:r w:rsidR="00D831DC" w:rsidRPr="008629E2">
              <w:rPr>
                <w:rFonts w:ascii="Arial" w:hAnsi="Arial" w:cs="Arial"/>
                <w:sz w:val="16"/>
                <w:szCs w:val="16"/>
              </w:rPr>
              <w:t>8</w:t>
            </w:r>
          </w:p>
        </w:tc>
        <w:tc>
          <w:tcPr>
            <w:tcW w:w="7958" w:type="dxa"/>
          </w:tcPr>
          <w:p w14:paraId="5F0529D6" w14:textId="77777777" w:rsidR="00C92B30" w:rsidRPr="008629E2" w:rsidRDefault="00C92B30" w:rsidP="0055507D">
            <w:pPr>
              <w:tabs>
                <w:tab w:val="left" w:pos="240"/>
                <w:tab w:val="left" w:pos="320"/>
              </w:tabs>
              <w:spacing w:after="0" w:line="240" w:lineRule="auto"/>
              <w:jc w:val="both"/>
              <w:rPr>
                <w:rFonts w:ascii="Arial" w:hAnsi="Arial" w:cs="Arial"/>
                <w:b/>
                <w:bCs/>
                <w:sz w:val="16"/>
                <w:szCs w:val="16"/>
              </w:rPr>
            </w:pPr>
            <w:r w:rsidRPr="008629E2">
              <w:rPr>
                <w:rFonts w:ascii="Arial" w:hAnsi="Arial" w:cs="Arial"/>
                <w:b/>
                <w:bCs/>
                <w:sz w:val="16"/>
                <w:szCs w:val="16"/>
              </w:rPr>
              <w:t>INFORME DE GARANTÍAS ENTREGADAS</w:t>
            </w:r>
          </w:p>
          <w:p w14:paraId="6422EBBE" w14:textId="77777777" w:rsidR="00C92B30" w:rsidRPr="008629E2" w:rsidRDefault="00C92B30" w:rsidP="0055507D">
            <w:pPr>
              <w:tabs>
                <w:tab w:val="left" w:pos="240"/>
                <w:tab w:val="left" w:pos="320"/>
              </w:tabs>
              <w:spacing w:after="0" w:line="240" w:lineRule="auto"/>
              <w:jc w:val="both"/>
              <w:rPr>
                <w:rFonts w:ascii="Arial" w:hAnsi="Arial" w:cs="Arial"/>
                <w:b/>
                <w:bCs/>
                <w:sz w:val="16"/>
                <w:szCs w:val="16"/>
              </w:rPr>
            </w:pPr>
          </w:p>
          <w:p w14:paraId="2ABAB6E2" w14:textId="77777777" w:rsidR="00C92B30" w:rsidRPr="008629E2" w:rsidRDefault="00C92B30" w:rsidP="0055507D">
            <w:pPr>
              <w:tabs>
                <w:tab w:val="left" w:pos="240"/>
                <w:tab w:val="left" w:pos="320"/>
              </w:tabs>
              <w:spacing w:after="0" w:line="240" w:lineRule="auto"/>
              <w:jc w:val="both"/>
              <w:rPr>
                <w:rFonts w:ascii="Arial" w:hAnsi="Arial" w:cs="Arial"/>
                <w:sz w:val="16"/>
                <w:szCs w:val="16"/>
              </w:rPr>
            </w:pPr>
            <w:r w:rsidRPr="008629E2">
              <w:rPr>
                <w:rFonts w:ascii="Arial" w:hAnsi="Arial" w:cs="Arial"/>
                <w:sz w:val="16"/>
                <w:szCs w:val="16"/>
              </w:rPr>
              <w:t>Dentro de la ejecución de contrato, el contratista deberá entregar un informe de lo realizado con motivo del otorgamiento de la garantía técnica, de las adecuaciones y/o mantenimientos realizados con motivo de la ejecución del contrato.</w:t>
            </w:r>
          </w:p>
          <w:p w14:paraId="5806D44B" w14:textId="77777777" w:rsidR="00C92B30" w:rsidRPr="008629E2" w:rsidRDefault="00C92B30" w:rsidP="0055507D">
            <w:pPr>
              <w:tabs>
                <w:tab w:val="left" w:pos="240"/>
                <w:tab w:val="left" w:pos="320"/>
              </w:tabs>
              <w:spacing w:after="0" w:line="240" w:lineRule="auto"/>
              <w:jc w:val="both"/>
              <w:rPr>
                <w:rFonts w:ascii="Arial" w:hAnsi="Arial" w:cs="Arial"/>
                <w:sz w:val="16"/>
                <w:szCs w:val="16"/>
              </w:rPr>
            </w:pPr>
          </w:p>
          <w:p w14:paraId="190B1312" w14:textId="614615A3" w:rsidR="002C3B5B" w:rsidRPr="006B0023" w:rsidRDefault="00C92B30" w:rsidP="0055507D">
            <w:pPr>
              <w:tabs>
                <w:tab w:val="left" w:pos="240"/>
                <w:tab w:val="left" w:pos="320"/>
              </w:tabs>
              <w:spacing w:after="0" w:line="240" w:lineRule="auto"/>
              <w:jc w:val="both"/>
              <w:rPr>
                <w:rFonts w:ascii="Arial" w:hAnsi="Arial" w:cs="Arial"/>
                <w:sz w:val="16"/>
                <w:szCs w:val="16"/>
              </w:rPr>
            </w:pPr>
            <w:r w:rsidRPr="008629E2">
              <w:rPr>
                <w:rFonts w:ascii="Arial" w:hAnsi="Arial" w:cs="Arial"/>
                <w:sz w:val="16"/>
                <w:szCs w:val="16"/>
              </w:rPr>
              <w:t>Con la presentación de la oferta y el presente anexo firmado, el oferente y futuro contratista manifiesta su aceptación voluntaria y cumplimiento de lo descrito en el presente requisito.</w:t>
            </w:r>
          </w:p>
        </w:tc>
        <w:tc>
          <w:tcPr>
            <w:tcW w:w="1007" w:type="dxa"/>
          </w:tcPr>
          <w:p w14:paraId="58E75A80" w14:textId="77777777" w:rsidR="00C92B30" w:rsidRPr="008629E2" w:rsidRDefault="00C92B30" w:rsidP="0055507D">
            <w:pPr>
              <w:widowControl w:val="0"/>
              <w:autoSpaceDE w:val="0"/>
              <w:autoSpaceDN w:val="0"/>
              <w:spacing w:after="0" w:line="240" w:lineRule="auto"/>
              <w:jc w:val="both"/>
              <w:rPr>
                <w:rFonts w:ascii="Arial" w:eastAsia="Calibri" w:hAnsi="Arial" w:cs="Arial"/>
                <w:b/>
                <w:bCs/>
                <w:sz w:val="16"/>
                <w:szCs w:val="16"/>
              </w:rPr>
            </w:pPr>
          </w:p>
        </w:tc>
        <w:tc>
          <w:tcPr>
            <w:tcW w:w="992" w:type="dxa"/>
          </w:tcPr>
          <w:p w14:paraId="3E87CCD9" w14:textId="77777777" w:rsidR="00C92B30" w:rsidRPr="008629E2" w:rsidRDefault="00C92B30" w:rsidP="0055507D">
            <w:pPr>
              <w:widowControl w:val="0"/>
              <w:autoSpaceDE w:val="0"/>
              <w:autoSpaceDN w:val="0"/>
              <w:spacing w:after="0" w:line="240" w:lineRule="auto"/>
              <w:jc w:val="both"/>
              <w:rPr>
                <w:rFonts w:ascii="Arial" w:eastAsia="Calibri" w:hAnsi="Arial" w:cs="Arial"/>
                <w:b/>
                <w:bCs/>
                <w:sz w:val="16"/>
                <w:szCs w:val="16"/>
              </w:rPr>
            </w:pPr>
          </w:p>
        </w:tc>
      </w:tr>
    </w:tbl>
    <w:p w14:paraId="37BA56AD" w14:textId="57C9E4C0" w:rsidR="0052054C" w:rsidRDefault="0052054C" w:rsidP="0052054C">
      <w:pPr>
        <w:spacing w:line="240" w:lineRule="auto"/>
        <w:rPr>
          <w:rFonts w:ascii="Arial" w:hAnsi="Arial" w:cs="Arial"/>
          <w:color w:val="000000" w:themeColor="text1"/>
        </w:rPr>
      </w:pPr>
    </w:p>
    <w:p w14:paraId="278A6C8A" w14:textId="77777777" w:rsidR="00C83A82" w:rsidRDefault="00C83A82" w:rsidP="00C83A82">
      <w:pPr>
        <w:jc w:val="both"/>
        <w:rPr>
          <w:rFonts w:ascii="Arial" w:hAnsi="Arial" w:cs="Arial"/>
          <w:sz w:val="20"/>
          <w:szCs w:val="20"/>
          <w:lang w:eastAsia="es-CO"/>
        </w:rPr>
      </w:pPr>
      <w:r w:rsidRPr="008645F9">
        <w:rPr>
          <w:rFonts w:ascii="Arial" w:hAnsi="Arial" w:cs="Arial"/>
          <w:sz w:val="20"/>
          <w:szCs w:val="20"/>
          <w:lang w:eastAsia="es-CO"/>
        </w:rPr>
        <w:t>El proponente:</w:t>
      </w:r>
    </w:p>
    <w:p w14:paraId="0472B690" w14:textId="77777777" w:rsidR="00C83A82" w:rsidRDefault="00C83A82" w:rsidP="00C83A82">
      <w:pPr>
        <w:jc w:val="both"/>
        <w:rPr>
          <w:rFonts w:ascii="Arial" w:hAnsi="Arial" w:cs="Arial"/>
          <w:b/>
          <w:sz w:val="20"/>
          <w:szCs w:val="20"/>
        </w:rPr>
      </w:pPr>
    </w:p>
    <w:p w14:paraId="3FD27047" w14:textId="77777777" w:rsidR="00C83A82" w:rsidRPr="008645F9" w:rsidRDefault="00C83A82" w:rsidP="00C83A82">
      <w:pPr>
        <w:jc w:val="both"/>
        <w:rPr>
          <w:rFonts w:ascii="Arial" w:hAnsi="Arial" w:cs="Arial"/>
          <w:sz w:val="20"/>
          <w:szCs w:val="20"/>
        </w:rPr>
      </w:pPr>
      <w:r w:rsidRPr="008645F9">
        <w:rPr>
          <w:rFonts w:ascii="Arial" w:hAnsi="Arial" w:cs="Arial"/>
          <w:b/>
          <w:sz w:val="20"/>
          <w:szCs w:val="20"/>
        </w:rPr>
        <w:t>__________________________________</w:t>
      </w:r>
    </w:p>
    <w:p w14:paraId="072A35F4" w14:textId="77777777" w:rsidR="00C83A82" w:rsidRPr="008645F9" w:rsidRDefault="00C83A82" w:rsidP="00C83A82">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7964832A" w14:textId="77777777" w:rsidR="00C83A82" w:rsidRPr="008645F9" w:rsidRDefault="00C83A82" w:rsidP="00C83A82">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955196A875CD4DF1A50FB396691B8695"/>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2008E4EF" w14:textId="77777777" w:rsidR="00C83A82" w:rsidRPr="008645F9" w:rsidRDefault="00C83A82" w:rsidP="00C83A82">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9EDDB2768503402589F82FDA273D0FCE"/>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10437646" w14:textId="77777777" w:rsidR="00C83A82" w:rsidRPr="008645F9" w:rsidRDefault="00C83A82" w:rsidP="00C83A82">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801600229AE844D1BD7A268D96B6288E"/>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071D1FEB" w14:textId="77777777" w:rsidR="00C83A82" w:rsidRPr="008645F9" w:rsidRDefault="00C83A82" w:rsidP="00C83A82">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0E274B8384944E4FB919E1F3ED753009"/>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35E2E9A" w14:textId="77777777" w:rsidR="00C83A82" w:rsidRPr="008645F9" w:rsidRDefault="00C83A82" w:rsidP="00C83A82">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D749E13859F94C71A48227D8143F3D06"/>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4F2E6E36" w14:textId="77777777" w:rsidR="00C83A82" w:rsidRPr="008645F9" w:rsidRDefault="00C83A82" w:rsidP="00C83A82">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3C5104B44EEE40A3B2C568AFD22C269E"/>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346E429" w14:textId="77777777" w:rsidR="00C83A82" w:rsidRPr="00A70DFE" w:rsidRDefault="00C83A82" w:rsidP="00C83A82">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407851F541DF4E2F98812E235E952FA1"/>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1ABCADF" w14:textId="77777777" w:rsidR="00C83A82" w:rsidRDefault="00C83A82" w:rsidP="00C83A82">
      <w:pPr>
        <w:pStyle w:val="Prrafodelista"/>
        <w:tabs>
          <w:tab w:val="left" w:pos="240"/>
          <w:tab w:val="left" w:pos="6210"/>
        </w:tabs>
        <w:ind w:left="0"/>
        <w:jc w:val="center"/>
        <w:rPr>
          <w:rFonts w:ascii="Arial" w:hAnsi="Arial" w:cs="Arial"/>
          <w:b/>
          <w:sz w:val="22"/>
          <w:szCs w:val="22"/>
        </w:rPr>
      </w:pPr>
    </w:p>
    <w:p w14:paraId="0692758D" w14:textId="77777777" w:rsidR="00C83A82" w:rsidRDefault="00C83A82" w:rsidP="00C83A82">
      <w:pPr>
        <w:pStyle w:val="Prrafodelista"/>
        <w:tabs>
          <w:tab w:val="left" w:pos="240"/>
          <w:tab w:val="left" w:pos="6210"/>
        </w:tabs>
        <w:ind w:left="0"/>
        <w:jc w:val="both"/>
        <w:rPr>
          <w:rFonts w:ascii="Arial" w:hAnsi="Arial" w:cs="Arial"/>
          <w:sz w:val="16"/>
          <w:szCs w:val="16"/>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77598798" w14:textId="77777777" w:rsidR="00C83A82" w:rsidRDefault="00C83A82" w:rsidP="0052054C">
      <w:pPr>
        <w:spacing w:line="240" w:lineRule="auto"/>
        <w:rPr>
          <w:rFonts w:ascii="Arial" w:hAnsi="Arial" w:cs="Arial"/>
          <w:color w:val="000000" w:themeColor="text1"/>
        </w:rPr>
      </w:pPr>
      <w:bookmarkStart w:id="4" w:name="_GoBack"/>
      <w:bookmarkEnd w:id="4"/>
    </w:p>
    <w:sectPr w:rsidR="00C83A82" w:rsidSect="00B92697">
      <w:headerReference w:type="default" r:id="rId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120E2B" w14:textId="77777777" w:rsidR="002C530E" w:rsidRDefault="002C530E">
      <w:pPr>
        <w:spacing w:after="0" w:line="240" w:lineRule="auto"/>
      </w:pPr>
      <w:r>
        <w:separator/>
      </w:r>
    </w:p>
  </w:endnote>
  <w:endnote w:type="continuationSeparator" w:id="0">
    <w:p w14:paraId="1B653283" w14:textId="77777777" w:rsidR="002C530E" w:rsidRDefault="002C5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5F8F20" w14:textId="77777777" w:rsidR="002C530E" w:rsidRDefault="002C530E">
      <w:pPr>
        <w:spacing w:after="0" w:line="240" w:lineRule="auto"/>
      </w:pPr>
      <w:r>
        <w:separator/>
      </w:r>
    </w:p>
  </w:footnote>
  <w:footnote w:type="continuationSeparator" w:id="0">
    <w:p w14:paraId="45A9DA98" w14:textId="77777777" w:rsidR="002C530E" w:rsidRDefault="002C53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B63B2A" w:rsidRPr="00DE1A8C" w14:paraId="1F19F236" w14:textId="77777777" w:rsidTr="007574D6">
      <w:trPr>
        <w:cantSplit/>
        <w:trHeight w:val="350"/>
        <w:jc w:val="center"/>
      </w:trPr>
      <w:tc>
        <w:tcPr>
          <w:tcW w:w="2338" w:type="dxa"/>
          <w:vAlign w:val="center"/>
        </w:tcPr>
        <w:p w14:paraId="2159900E" w14:textId="039ABB00" w:rsidR="009A6699" w:rsidRPr="00DE1A8C" w:rsidRDefault="00DE1A8C" w:rsidP="007574D6">
          <w:pPr>
            <w:spacing w:after="0"/>
            <w:jc w:val="center"/>
          </w:pPr>
          <w:r w:rsidRPr="00DE1A8C">
            <w:t xml:space="preserve">Página </w:t>
          </w:r>
          <w:r w:rsidRPr="00DE1A8C">
            <w:fldChar w:fldCharType="begin"/>
          </w:r>
          <w:r w:rsidRPr="00DE1A8C">
            <w:instrText xml:space="preserve"> PAGE </w:instrText>
          </w:r>
          <w:r w:rsidRPr="00DE1A8C">
            <w:fldChar w:fldCharType="separate"/>
          </w:r>
          <w:r w:rsidR="00C83A82">
            <w:rPr>
              <w:noProof/>
            </w:rPr>
            <w:t>8</w:t>
          </w:r>
          <w:r w:rsidRPr="00DE1A8C">
            <w:fldChar w:fldCharType="end"/>
          </w:r>
          <w:r w:rsidRPr="00DE1A8C">
            <w:t xml:space="preserve"> de </w:t>
          </w:r>
          <w:fldSimple w:instr=" NUMPAGES  ">
            <w:r w:rsidR="00C83A82">
              <w:rPr>
                <w:noProof/>
              </w:rPr>
              <w:t>10</w:t>
            </w:r>
          </w:fldSimple>
        </w:p>
      </w:tc>
      <w:tc>
        <w:tcPr>
          <w:tcW w:w="5812" w:type="dxa"/>
          <w:vMerge w:val="restart"/>
          <w:vAlign w:val="center"/>
        </w:tcPr>
        <w:p w14:paraId="03F83D02" w14:textId="77777777" w:rsidR="009A6699" w:rsidRPr="00DE1A8C" w:rsidRDefault="00DE1A8C" w:rsidP="007574D6">
          <w:pPr>
            <w:spacing w:after="0"/>
            <w:jc w:val="center"/>
          </w:pPr>
          <w:r w:rsidRPr="00DE1A8C">
            <w:t>PROCESO ADQUIRIR BIENES Y SERVICIOS</w:t>
          </w:r>
        </w:p>
      </w:tc>
      <w:tc>
        <w:tcPr>
          <w:tcW w:w="2268" w:type="dxa"/>
          <w:vMerge w:val="restart"/>
          <w:vAlign w:val="center"/>
        </w:tcPr>
        <w:p w14:paraId="654939FC" w14:textId="77777777" w:rsidR="009A6699" w:rsidRPr="00DE1A8C" w:rsidRDefault="00DE1A8C" w:rsidP="007574D6">
          <w:pPr>
            <w:spacing w:after="0"/>
            <w:jc w:val="center"/>
          </w:pPr>
          <w:r w:rsidRPr="00DE1A8C">
            <w:rPr>
              <w:noProof/>
              <w:lang w:eastAsia="es-CO"/>
            </w:rPr>
            <w:drawing>
              <wp:inline distT="0" distB="0" distL="0" distR="0" wp14:anchorId="6D409E36" wp14:editId="63027CD8">
                <wp:extent cx="466725" cy="453761"/>
                <wp:effectExtent l="0" t="0" r="0" b="3810"/>
                <wp:docPr id="63985786" name="Imagen 639857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45426498" w14:textId="77777777" w:rsidR="009A6699" w:rsidRPr="00DE1A8C" w:rsidRDefault="00DE1A8C" w:rsidP="007574D6">
          <w:pPr>
            <w:spacing w:after="0"/>
            <w:jc w:val="center"/>
          </w:pPr>
          <w:r w:rsidRPr="00DE1A8C">
            <w:t>POLICÍA NACIONAL</w:t>
          </w:r>
        </w:p>
      </w:tc>
    </w:tr>
    <w:tr w:rsidR="00B63B2A" w:rsidRPr="00DE1A8C" w14:paraId="0B9E70ED" w14:textId="77777777" w:rsidTr="007574D6">
      <w:trPr>
        <w:cantSplit/>
        <w:trHeight w:val="351"/>
        <w:jc w:val="center"/>
      </w:trPr>
      <w:tc>
        <w:tcPr>
          <w:tcW w:w="2338" w:type="dxa"/>
          <w:vAlign w:val="center"/>
        </w:tcPr>
        <w:p w14:paraId="416DD709" w14:textId="77777777" w:rsidR="009A6699" w:rsidRPr="00DE1A8C" w:rsidRDefault="00DE1A8C" w:rsidP="007574D6">
          <w:pPr>
            <w:spacing w:after="0"/>
            <w:jc w:val="center"/>
          </w:pPr>
          <w:r w:rsidRPr="00DE1A8C">
            <w:t>CÓDIGO: 2BS-FR-0004</w:t>
          </w:r>
        </w:p>
      </w:tc>
      <w:tc>
        <w:tcPr>
          <w:tcW w:w="5812" w:type="dxa"/>
          <w:vMerge/>
          <w:vAlign w:val="center"/>
        </w:tcPr>
        <w:p w14:paraId="2DDF50CF" w14:textId="77777777" w:rsidR="009A6699" w:rsidRPr="00DE1A8C" w:rsidRDefault="009A6699" w:rsidP="007574D6">
          <w:pPr>
            <w:spacing w:after="0"/>
            <w:jc w:val="center"/>
          </w:pPr>
        </w:p>
      </w:tc>
      <w:tc>
        <w:tcPr>
          <w:tcW w:w="2268" w:type="dxa"/>
          <w:vMerge/>
          <w:vAlign w:val="center"/>
        </w:tcPr>
        <w:p w14:paraId="6B2BD530" w14:textId="77777777" w:rsidR="009A6699" w:rsidRPr="00DE1A8C" w:rsidRDefault="009A6699" w:rsidP="007574D6">
          <w:pPr>
            <w:spacing w:after="0"/>
            <w:jc w:val="center"/>
          </w:pPr>
        </w:p>
      </w:tc>
    </w:tr>
    <w:tr w:rsidR="00B63B2A" w:rsidRPr="00DE1A8C" w14:paraId="4CDBBEBE" w14:textId="77777777" w:rsidTr="007574D6">
      <w:trPr>
        <w:cantSplit/>
        <w:trHeight w:val="350"/>
        <w:jc w:val="center"/>
      </w:trPr>
      <w:tc>
        <w:tcPr>
          <w:tcW w:w="2338" w:type="dxa"/>
          <w:vAlign w:val="center"/>
        </w:tcPr>
        <w:p w14:paraId="585EE985" w14:textId="77777777" w:rsidR="009A6699" w:rsidRPr="00DE1A8C" w:rsidRDefault="00DE1A8C" w:rsidP="007574D6">
          <w:pPr>
            <w:spacing w:after="0"/>
            <w:jc w:val="center"/>
          </w:pPr>
          <w:r w:rsidRPr="00DE1A8C">
            <w:t>FECHA: 01/03/2022</w:t>
          </w:r>
        </w:p>
      </w:tc>
      <w:tc>
        <w:tcPr>
          <w:tcW w:w="5812" w:type="dxa"/>
          <w:vMerge w:val="restart"/>
          <w:vAlign w:val="center"/>
        </w:tcPr>
        <w:p w14:paraId="4C3180B6" w14:textId="77777777" w:rsidR="009A6699" w:rsidRPr="00DE1A8C" w:rsidRDefault="00DE1A8C" w:rsidP="007574D6">
          <w:pPr>
            <w:spacing w:after="0"/>
            <w:jc w:val="center"/>
          </w:pPr>
          <w:r w:rsidRPr="00DE1A8C">
            <w:t>ELABORACIÓN DE ESTUDIOS PREVIOS PARA CONTRATOS</w:t>
          </w:r>
        </w:p>
      </w:tc>
      <w:tc>
        <w:tcPr>
          <w:tcW w:w="2268" w:type="dxa"/>
          <w:vMerge/>
          <w:vAlign w:val="center"/>
        </w:tcPr>
        <w:p w14:paraId="2223A774" w14:textId="77777777" w:rsidR="009A6699" w:rsidRPr="00DE1A8C" w:rsidRDefault="009A6699" w:rsidP="007574D6">
          <w:pPr>
            <w:spacing w:after="0"/>
            <w:jc w:val="center"/>
          </w:pPr>
        </w:p>
      </w:tc>
    </w:tr>
    <w:tr w:rsidR="00B63B2A" w:rsidRPr="00DE1A8C" w14:paraId="5747198A" w14:textId="77777777" w:rsidTr="007574D6">
      <w:trPr>
        <w:cantSplit/>
        <w:trHeight w:val="351"/>
        <w:jc w:val="center"/>
      </w:trPr>
      <w:tc>
        <w:tcPr>
          <w:tcW w:w="2338" w:type="dxa"/>
          <w:vAlign w:val="center"/>
        </w:tcPr>
        <w:p w14:paraId="2531624E" w14:textId="77777777" w:rsidR="009A6699" w:rsidRPr="00DE1A8C" w:rsidRDefault="00DE1A8C" w:rsidP="007574D6">
          <w:pPr>
            <w:spacing w:after="0"/>
            <w:jc w:val="center"/>
          </w:pPr>
          <w:r w:rsidRPr="00DE1A8C">
            <w:t>VERSIÓN: 9</w:t>
          </w:r>
        </w:p>
      </w:tc>
      <w:tc>
        <w:tcPr>
          <w:tcW w:w="5812" w:type="dxa"/>
          <w:vMerge/>
          <w:vAlign w:val="center"/>
        </w:tcPr>
        <w:p w14:paraId="729517A9" w14:textId="77777777" w:rsidR="009A6699" w:rsidRPr="00DE1A8C" w:rsidRDefault="009A6699" w:rsidP="007574D6">
          <w:pPr>
            <w:spacing w:after="0"/>
            <w:jc w:val="center"/>
          </w:pPr>
        </w:p>
      </w:tc>
      <w:tc>
        <w:tcPr>
          <w:tcW w:w="2268" w:type="dxa"/>
          <w:vMerge/>
          <w:vAlign w:val="center"/>
        </w:tcPr>
        <w:p w14:paraId="5CB9999E" w14:textId="77777777" w:rsidR="009A6699" w:rsidRPr="00DE1A8C" w:rsidRDefault="009A6699" w:rsidP="007574D6">
          <w:pPr>
            <w:spacing w:after="0"/>
            <w:jc w:val="center"/>
          </w:pPr>
        </w:p>
      </w:tc>
    </w:tr>
  </w:tbl>
  <w:p w14:paraId="5DABA67C" w14:textId="77777777" w:rsidR="009A6699" w:rsidRPr="007574D6" w:rsidRDefault="009A6699" w:rsidP="007574D6">
    <w:pPr>
      <w:spacing w:after="0"/>
      <w:rPr>
        <w:rFonts w:ascii="Arial" w:hAnsi="Arial" w:cs="Arial"/>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2" w15:restartNumberingAfterBreak="0">
    <w:nsid w:val="FFFFFF81"/>
    <w:multiLevelType w:val="singleLevel"/>
    <w:tmpl w:val="4D341D1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3D16D77A"/>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49FA783C"/>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6" w15:restartNumberingAfterBreak="0">
    <w:nsid w:val="FFFFFF89"/>
    <w:multiLevelType w:val="singleLevel"/>
    <w:tmpl w:val="02FCE266"/>
    <w:lvl w:ilvl="0">
      <w:start w:val="1"/>
      <w:numFmt w:val="bullet"/>
      <w:pStyle w:val="Listaconvietas"/>
      <w:lvlText w:val=""/>
      <w:lvlJc w:val="left"/>
      <w:pPr>
        <w:tabs>
          <w:tab w:val="num" w:pos="360"/>
        </w:tabs>
        <w:ind w:left="360" w:hanging="360"/>
      </w:pPr>
      <w:rPr>
        <w:rFonts w:ascii="Symbol" w:hAnsi="Symbol" w:hint="default"/>
      </w:rPr>
    </w:lvl>
  </w:abstractNum>
  <w:abstractNum w:abstractNumId="7"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8" w15:restartNumberingAfterBreak="0">
    <w:nsid w:val="087D4416"/>
    <w:multiLevelType w:val="hybridMultilevel"/>
    <w:tmpl w:val="711A56BA"/>
    <w:lvl w:ilvl="0" w:tplc="8F88F682">
      <w:numFmt w:val="bullet"/>
      <w:lvlText w:val=""/>
      <w:lvlJc w:val="left"/>
      <w:pPr>
        <w:ind w:left="360" w:hanging="360"/>
      </w:pPr>
      <w:rPr>
        <w:rFonts w:ascii="Wingdings" w:eastAsia="Wingdings" w:hAnsi="Wingdings" w:cs="Wingdings" w:hint="default"/>
        <w:w w:val="100"/>
        <w:sz w:val="16"/>
        <w:szCs w:val="16"/>
        <w:lang w:val="es-ES" w:eastAsia="es-ES" w:bidi="es-ES"/>
      </w:rPr>
    </w:lvl>
    <w:lvl w:ilvl="1" w:tplc="94364884">
      <w:numFmt w:val="bullet"/>
      <w:lvlText w:val="•"/>
      <w:lvlJc w:val="left"/>
      <w:pPr>
        <w:ind w:left="992" w:hanging="360"/>
      </w:pPr>
      <w:rPr>
        <w:rFonts w:hint="default"/>
        <w:lang w:val="es-ES" w:eastAsia="es-ES" w:bidi="es-ES"/>
      </w:rPr>
    </w:lvl>
    <w:lvl w:ilvl="2" w:tplc="637C1684">
      <w:numFmt w:val="bullet"/>
      <w:lvlText w:val="•"/>
      <w:lvlJc w:val="left"/>
      <w:pPr>
        <w:ind w:left="1630" w:hanging="360"/>
      </w:pPr>
      <w:rPr>
        <w:rFonts w:hint="default"/>
        <w:lang w:val="es-ES" w:eastAsia="es-ES" w:bidi="es-ES"/>
      </w:rPr>
    </w:lvl>
    <w:lvl w:ilvl="3" w:tplc="3C668F94">
      <w:numFmt w:val="bullet"/>
      <w:lvlText w:val="•"/>
      <w:lvlJc w:val="left"/>
      <w:pPr>
        <w:ind w:left="2267" w:hanging="360"/>
      </w:pPr>
      <w:rPr>
        <w:rFonts w:hint="default"/>
        <w:lang w:val="es-ES" w:eastAsia="es-ES" w:bidi="es-ES"/>
      </w:rPr>
    </w:lvl>
    <w:lvl w:ilvl="4" w:tplc="AF2EEFB8">
      <w:numFmt w:val="bullet"/>
      <w:lvlText w:val="•"/>
      <w:lvlJc w:val="left"/>
      <w:pPr>
        <w:ind w:left="2905" w:hanging="360"/>
      </w:pPr>
      <w:rPr>
        <w:rFonts w:hint="default"/>
        <w:lang w:val="es-ES" w:eastAsia="es-ES" w:bidi="es-ES"/>
      </w:rPr>
    </w:lvl>
    <w:lvl w:ilvl="5" w:tplc="17020BB4">
      <w:numFmt w:val="bullet"/>
      <w:lvlText w:val="•"/>
      <w:lvlJc w:val="left"/>
      <w:pPr>
        <w:ind w:left="3543" w:hanging="360"/>
      </w:pPr>
      <w:rPr>
        <w:rFonts w:hint="default"/>
        <w:lang w:val="es-ES" w:eastAsia="es-ES" w:bidi="es-ES"/>
      </w:rPr>
    </w:lvl>
    <w:lvl w:ilvl="6" w:tplc="5ACEF2C6">
      <w:numFmt w:val="bullet"/>
      <w:lvlText w:val="•"/>
      <w:lvlJc w:val="left"/>
      <w:pPr>
        <w:ind w:left="4180" w:hanging="360"/>
      </w:pPr>
      <w:rPr>
        <w:rFonts w:hint="default"/>
        <w:lang w:val="es-ES" w:eastAsia="es-ES" w:bidi="es-ES"/>
      </w:rPr>
    </w:lvl>
    <w:lvl w:ilvl="7" w:tplc="37EA5EF8">
      <w:numFmt w:val="bullet"/>
      <w:lvlText w:val="•"/>
      <w:lvlJc w:val="left"/>
      <w:pPr>
        <w:ind w:left="4818" w:hanging="360"/>
      </w:pPr>
      <w:rPr>
        <w:rFonts w:hint="default"/>
        <w:lang w:val="es-ES" w:eastAsia="es-ES" w:bidi="es-ES"/>
      </w:rPr>
    </w:lvl>
    <w:lvl w:ilvl="8" w:tplc="D83880FC">
      <w:numFmt w:val="bullet"/>
      <w:lvlText w:val="•"/>
      <w:lvlJc w:val="left"/>
      <w:pPr>
        <w:ind w:left="5455" w:hanging="360"/>
      </w:pPr>
      <w:rPr>
        <w:rFonts w:hint="default"/>
        <w:lang w:val="es-ES" w:eastAsia="es-ES" w:bidi="es-ES"/>
      </w:rPr>
    </w:lvl>
  </w:abstractNum>
  <w:abstractNum w:abstractNumId="9" w15:restartNumberingAfterBreak="0">
    <w:nsid w:val="0F597F42"/>
    <w:multiLevelType w:val="hybridMultilevel"/>
    <w:tmpl w:val="C43018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61F611C"/>
    <w:multiLevelType w:val="hybridMultilevel"/>
    <w:tmpl w:val="3B48AEFA"/>
    <w:lvl w:ilvl="0" w:tplc="FFFFFFFF">
      <w:start w:val="1"/>
      <w:numFmt w:val="decimal"/>
      <w:lvlText w:val="%1."/>
      <w:lvlJc w:val="left"/>
      <w:pPr>
        <w:ind w:left="360" w:hanging="360"/>
      </w:pPr>
      <w:rPr>
        <w:b w:val="0"/>
        <w:bCs/>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1" w15:restartNumberingAfterBreak="0">
    <w:nsid w:val="16B83683"/>
    <w:multiLevelType w:val="hybridMultilevel"/>
    <w:tmpl w:val="21A663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CF0E05"/>
    <w:multiLevelType w:val="hybridMultilevel"/>
    <w:tmpl w:val="2AE609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D47101A"/>
    <w:multiLevelType w:val="hybridMultilevel"/>
    <w:tmpl w:val="31E0DD58"/>
    <w:lvl w:ilvl="0" w:tplc="FFFFFFFF">
      <w:start w:val="1"/>
      <w:numFmt w:val="decimal"/>
      <w:lvlText w:val="%1."/>
      <w:lvlJc w:val="left"/>
      <w:pPr>
        <w:ind w:left="739" w:hanging="360"/>
      </w:pPr>
    </w:lvl>
    <w:lvl w:ilvl="1" w:tplc="FFFFFFFF" w:tentative="1">
      <w:start w:val="1"/>
      <w:numFmt w:val="lowerLetter"/>
      <w:lvlText w:val="%2."/>
      <w:lvlJc w:val="left"/>
      <w:pPr>
        <w:ind w:left="1459" w:hanging="360"/>
      </w:pPr>
    </w:lvl>
    <w:lvl w:ilvl="2" w:tplc="FFFFFFFF" w:tentative="1">
      <w:start w:val="1"/>
      <w:numFmt w:val="lowerRoman"/>
      <w:lvlText w:val="%3."/>
      <w:lvlJc w:val="right"/>
      <w:pPr>
        <w:ind w:left="2179" w:hanging="180"/>
      </w:pPr>
    </w:lvl>
    <w:lvl w:ilvl="3" w:tplc="FFFFFFFF" w:tentative="1">
      <w:start w:val="1"/>
      <w:numFmt w:val="decimal"/>
      <w:lvlText w:val="%4."/>
      <w:lvlJc w:val="left"/>
      <w:pPr>
        <w:ind w:left="2899" w:hanging="360"/>
      </w:pPr>
    </w:lvl>
    <w:lvl w:ilvl="4" w:tplc="FFFFFFFF" w:tentative="1">
      <w:start w:val="1"/>
      <w:numFmt w:val="lowerLetter"/>
      <w:lvlText w:val="%5."/>
      <w:lvlJc w:val="left"/>
      <w:pPr>
        <w:ind w:left="3619" w:hanging="360"/>
      </w:pPr>
    </w:lvl>
    <w:lvl w:ilvl="5" w:tplc="FFFFFFFF" w:tentative="1">
      <w:start w:val="1"/>
      <w:numFmt w:val="lowerRoman"/>
      <w:lvlText w:val="%6."/>
      <w:lvlJc w:val="right"/>
      <w:pPr>
        <w:ind w:left="4339" w:hanging="180"/>
      </w:pPr>
    </w:lvl>
    <w:lvl w:ilvl="6" w:tplc="FFFFFFFF" w:tentative="1">
      <w:start w:val="1"/>
      <w:numFmt w:val="decimal"/>
      <w:lvlText w:val="%7."/>
      <w:lvlJc w:val="left"/>
      <w:pPr>
        <w:ind w:left="5059" w:hanging="360"/>
      </w:pPr>
    </w:lvl>
    <w:lvl w:ilvl="7" w:tplc="FFFFFFFF" w:tentative="1">
      <w:start w:val="1"/>
      <w:numFmt w:val="lowerLetter"/>
      <w:lvlText w:val="%8."/>
      <w:lvlJc w:val="left"/>
      <w:pPr>
        <w:ind w:left="5779" w:hanging="360"/>
      </w:pPr>
    </w:lvl>
    <w:lvl w:ilvl="8" w:tplc="FFFFFFFF" w:tentative="1">
      <w:start w:val="1"/>
      <w:numFmt w:val="lowerRoman"/>
      <w:lvlText w:val="%9."/>
      <w:lvlJc w:val="right"/>
      <w:pPr>
        <w:ind w:left="6499" w:hanging="180"/>
      </w:pPr>
    </w:lvl>
  </w:abstractNum>
  <w:abstractNum w:abstractNumId="14" w15:restartNumberingAfterBreak="0">
    <w:nsid w:val="41E81023"/>
    <w:multiLevelType w:val="hybridMultilevel"/>
    <w:tmpl w:val="31E0DD58"/>
    <w:lvl w:ilvl="0" w:tplc="240A000F">
      <w:start w:val="1"/>
      <w:numFmt w:val="decimal"/>
      <w:lvlText w:val="%1."/>
      <w:lvlJc w:val="left"/>
      <w:pPr>
        <w:ind w:left="739" w:hanging="360"/>
      </w:pPr>
    </w:lvl>
    <w:lvl w:ilvl="1" w:tplc="240A0019" w:tentative="1">
      <w:start w:val="1"/>
      <w:numFmt w:val="lowerLetter"/>
      <w:lvlText w:val="%2."/>
      <w:lvlJc w:val="left"/>
      <w:pPr>
        <w:ind w:left="1459" w:hanging="360"/>
      </w:pPr>
    </w:lvl>
    <w:lvl w:ilvl="2" w:tplc="240A001B" w:tentative="1">
      <w:start w:val="1"/>
      <w:numFmt w:val="lowerRoman"/>
      <w:lvlText w:val="%3."/>
      <w:lvlJc w:val="right"/>
      <w:pPr>
        <w:ind w:left="2179" w:hanging="180"/>
      </w:pPr>
    </w:lvl>
    <w:lvl w:ilvl="3" w:tplc="240A000F" w:tentative="1">
      <w:start w:val="1"/>
      <w:numFmt w:val="decimal"/>
      <w:lvlText w:val="%4."/>
      <w:lvlJc w:val="left"/>
      <w:pPr>
        <w:ind w:left="2899" w:hanging="360"/>
      </w:pPr>
    </w:lvl>
    <w:lvl w:ilvl="4" w:tplc="240A0019" w:tentative="1">
      <w:start w:val="1"/>
      <w:numFmt w:val="lowerLetter"/>
      <w:lvlText w:val="%5."/>
      <w:lvlJc w:val="left"/>
      <w:pPr>
        <w:ind w:left="3619" w:hanging="360"/>
      </w:pPr>
    </w:lvl>
    <w:lvl w:ilvl="5" w:tplc="240A001B" w:tentative="1">
      <w:start w:val="1"/>
      <w:numFmt w:val="lowerRoman"/>
      <w:lvlText w:val="%6."/>
      <w:lvlJc w:val="right"/>
      <w:pPr>
        <w:ind w:left="4339" w:hanging="180"/>
      </w:pPr>
    </w:lvl>
    <w:lvl w:ilvl="6" w:tplc="240A000F" w:tentative="1">
      <w:start w:val="1"/>
      <w:numFmt w:val="decimal"/>
      <w:lvlText w:val="%7."/>
      <w:lvlJc w:val="left"/>
      <w:pPr>
        <w:ind w:left="5059" w:hanging="360"/>
      </w:pPr>
    </w:lvl>
    <w:lvl w:ilvl="7" w:tplc="240A0019" w:tentative="1">
      <w:start w:val="1"/>
      <w:numFmt w:val="lowerLetter"/>
      <w:lvlText w:val="%8."/>
      <w:lvlJc w:val="left"/>
      <w:pPr>
        <w:ind w:left="5779" w:hanging="360"/>
      </w:pPr>
    </w:lvl>
    <w:lvl w:ilvl="8" w:tplc="240A001B" w:tentative="1">
      <w:start w:val="1"/>
      <w:numFmt w:val="lowerRoman"/>
      <w:lvlText w:val="%9."/>
      <w:lvlJc w:val="right"/>
      <w:pPr>
        <w:ind w:left="6499" w:hanging="180"/>
      </w:pPr>
    </w:lvl>
  </w:abstractNum>
  <w:abstractNum w:abstractNumId="15"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2935F85"/>
    <w:multiLevelType w:val="hybridMultilevel"/>
    <w:tmpl w:val="7E420F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7FC703B"/>
    <w:multiLevelType w:val="hybridMultilevel"/>
    <w:tmpl w:val="07EC4EEA"/>
    <w:lvl w:ilvl="0" w:tplc="FEE09E56">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3362008"/>
    <w:multiLevelType w:val="hybridMultilevel"/>
    <w:tmpl w:val="EF288408"/>
    <w:lvl w:ilvl="0" w:tplc="A942E7DE">
      <w:start w:val="3"/>
      <w:numFmt w:val="bullet"/>
      <w:lvlText w:val="-"/>
      <w:lvlJc w:val="left"/>
      <w:pPr>
        <w:ind w:left="663" w:hanging="360"/>
      </w:pPr>
      <w:rPr>
        <w:rFonts w:ascii="Arial" w:eastAsia="Calibri" w:hAnsi="Arial" w:cs="Arial" w:hint="default"/>
        <w:b w:val="0"/>
      </w:rPr>
    </w:lvl>
    <w:lvl w:ilvl="1" w:tplc="240A0003" w:tentative="1">
      <w:start w:val="1"/>
      <w:numFmt w:val="bullet"/>
      <w:lvlText w:val="o"/>
      <w:lvlJc w:val="left"/>
      <w:pPr>
        <w:ind w:left="1383" w:hanging="360"/>
      </w:pPr>
      <w:rPr>
        <w:rFonts w:ascii="Courier New" w:hAnsi="Courier New" w:cs="Courier New" w:hint="default"/>
      </w:rPr>
    </w:lvl>
    <w:lvl w:ilvl="2" w:tplc="240A0005" w:tentative="1">
      <w:start w:val="1"/>
      <w:numFmt w:val="bullet"/>
      <w:lvlText w:val=""/>
      <w:lvlJc w:val="left"/>
      <w:pPr>
        <w:ind w:left="2103" w:hanging="360"/>
      </w:pPr>
      <w:rPr>
        <w:rFonts w:ascii="Wingdings" w:hAnsi="Wingdings" w:hint="default"/>
      </w:rPr>
    </w:lvl>
    <w:lvl w:ilvl="3" w:tplc="240A0001" w:tentative="1">
      <w:start w:val="1"/>
      <w:numFmt w:val="bullet"/>
      <w:lvlText w:val=""/>
      <w:lvlJc w:val="left"/>
      <w:pPr>
        <w:ind w:left="2823" w:hanging="360"/>
      </w:pPr>
      <w:rPr>
        <w:rFonts w:ascii="Symbol" w:hAnsi="Symbol" w:hint="default"/>
      </w:rPr>
    </w:lvl>
    <w:lvl w:ilvl="4" w:tplc="240A0003" w:tentative="1">
      <w:start w:val="1"/>
      <w:numFmt w:val="bullet"/>
      <w:lvlText w:val="o"/>
      <w:lvlJc w:val="left"/>
      <w:pPr>
        <w:ind w:left="3543" w:hanging="360"/>
      </w:pPr>
      <w:rPr>
        <w:rFonts w:ascii="Courier New" w:hAnsi="Courier New" w:cs="Courier New" w:hint="default"/>
      </w:rPr>
    </w:lvl>
    <w:lvl w:ilvl="5" w:tplc="240A0005" w:tentative="1">
      <w:start w:val="1"/>
      <w:numFmt w:val="bullet"/>
      <w:lvlText w:val=""/>
      <w:lvlJc w:val="left"/>
      <w:pPr>
        <w:ind w:left="4263" w:hanging="360"/>
      </w:pPr>
      <w:rPr>
        <w:rFonts w:ascii="Wingdings" w:hAnsi="Wingdings" w:hint="default"/>
      </w:rPr>
    </w:lvl>
    <w:lvl w:ilvl="6" w:tplc="240A0001" w:tentative="1">
      <w:start w:val="1"/>
      <w:numFmt w:val="bullet"/>
      <w:lvlText w:val=""/>
      <w:lvlJc w:val="left"/>
      <w:pPr>
        <w:ind w:left="4983" w:hanging="360"/>
      </w:pPr>
      <w:rPr>
        <w:rFonts w:ascii="Symbol" w:hAnsi="Symbol" w:hint="default"/>
      </w:rPr>
    </w:lvl>
    <w:lvl w:ilvl="7" w:tplc="240A0003" w:tentative="1">
      <w:start w:val="1"/>
      <w:numFmt w:val="bullet"/>
      <w:lvlText w:val="o"/>
      <w:lvlJc w:val="left"/>
      <w:pPr>
        <w:ind w:left="5703" w:hanging="360"/>
      </w:pPr>
      <w:rPr>
        <w:rFonts w:ascii="Courier New" w:hAnsi="Courier New" w:cs="Courier New" w:hint="default"/>
      </w:rPr>
    </w:lvl>
    <w:lvl w:ilvl="8" w:tplc="240A0005" w:tentative="1">
      <w:start w:val="1"/>
      <w:numFmt w:val="bullet"/>
      <w:lvlText w:val=""/>
      <w:lvlJc w:val="left"/>
      <w:pPr>
        <w:ind w:left="6423" w:hanging="360"/>
      </w:pPr>
      <w:rPr>
        <w:rFonts w:ascii="Wingdings" w:hAnsi="Wingdings" w:hint="default"/>
      </w:rPr>
    </w:lvl>
  </w:abstractNum>
  <w:abstractNum w:abstractNumId="19" w15:restartNumberingAfterBreak="0">
    <w:nsid w:val="780C3E11"/>
    <w:multiLevelType w:val="hybridMultilevel"/>
    <w:tmpl w:val="3B48AEFA"/>
    <w:lvl w:ilvl="0" w:tplc="FFFFFFFF">
      <w:start w:val="1"/>
      <w:numFmt w:val="decimal"/>
      <w:lvlText w:val="%1."/>
      <w:lvlJc w:val="left"/>
      <w:pPr>
        <w:ind w:left="360" w:hanging="360"/>
      </w:pPr>
      <w:rPr>
        <w:b w:val="0"/>
        <w:bCs/>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0" w15:restartNumberingAfterBreak="0">
    <w:nsid w:val="7A1127DE"/>
    <w:multiLevelType w:val="hybridMultilevel"/>
    <w:tmpl w:val="26A01CDA"/>
    <w:lvl w:ilvl="0" w:tplc="FFFFFFFF">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6"/>
  </w:num>
  <w:num w:numId="2">
    <w:abstractNumId w:val="4"/>
  </w:num>
  <w:num w:numId="3">
    <w:abstractNumId w:val="3"/>
  </w:num>
  <w:num w:numId="4">
    <w:abstractNumId w:val="2"/>
  </w:num>
  <w:num w:numId="5">
    <w:abstractNumId w:val="7"/>
  </w:num>
  <w:num w:numId="6">
    <w:abstractNumId w:val="15"/>
  </w:num>
  <w:num w:numId="7">
    <w:abstractNumId w:val="5"/>
  </w:num>
  <w:num w:numId="8">
    <w:abstractNumId w:val="1"/>
  </w:num>
  <w:num w:numId="9">
    <w:abstractNumId w:val="0"/>
  </w:num>
  <w:num w:numId="10">
    <w:abstractNumId w:val="10"/>
    <w:lvlOverride w:ilvl="0">
      <w:startOverride w:val="1"/>
    </w:lvlOverride>
    <w:lvlOverride w:ilvl="1"/>
    <w:lvlOverride w:ilvl="2"/>
    <w:lvlOverride w:ilvl="3"/>
    <w:lvlOverride w:ilvl="4"/>
    <w:lvlOverride w:ilvl="5"/>
    <w:lvlOverride w:ilvl="6"/>
    <w:lvlOverride w:ilvl="7"/>
    <w:lvlOverride w:ilvl="8"/>
  </w:num>
  <w:num w:numId="11">
    <w:abstractNumId w:val="19"/>
    <w:lvlOverride w:ilvl="0">
      <w:startOverride w:val="1"/>
    </w:lvlOverride>
    <w:lvlOverride w:ilvl="1"/>
    <w:lvlOverride w:ilvl="2"/>
    <w:lvlOverride w:ilvl="3"/>
    <w:lvlOverride w:ilvl="4"/>
    <w:lvlOverride w:ilvl="5"/>
    <w:lvlOverride w:ilvl="6"/>
    <w:lvlOverride w:ilvl="7"/>
    <w:lvlOverride w:ilvl="8"/>
  </w:num>
  <w:num w:numId="12">
    <w:abstractNumId w:val="16"/>
  </w:num>
  <w:num w:numId="13">
    <w:abstractNumId w:val="8"/>
  </w:num>
  <w:num w:numId="14">
    <w:abstractNumId w:val="9"/>
  </w:num>
  <w:num w:numId="15">
    <w:abstractNumId w:val="11"/>
  </w:num>
  <w:num w:numId="16">
    <w:abstractNumId w:val="17"/>
  </w:num>
  <w:num w:numId="17">
    <w:abstractNumId w:val="18"/>
  </w:num>
  <w:num w:numId="18">
    <w:abstractNumId w:val="14"/>
  </w:num>
  <w:num w:numId="19">
    <w:abstractNumId w:val="13"/>
  </w:num>
  <w:num w:numId="20">
    <w:abstractNumId w:val="20"/>
  </w:num>
  <w:num w:numId="21">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8C"/>
    <w:rsid w:val="0004760E"/>
    <w:rsid w:val="000519F2"/>
    <w:rsid w:val="00062EFC"/>
    <w:rsid w:val="00086C39"/>
    <w:rsid w:val="000925A2"/>
    <w:rsid w:val="000E3CC9"/>
    <w:rsid w:val="0011454F"/>
    <w:rsid w:val="00122EE2"/>
    <w:rsid w:val="00154AE3"/>
    <w:rsid w:val="00165A63"/>
    <w:rsid w:val="001723BD"/>
    <w:rsid w:val="001B2B25"/>
    <w:rsid w:val="001D7E17"/>
    <w:rsid w:val="001E5FC4"/>
    <w:rsid w:val="001F45A2"/>
    <w:rsid w:val="00226CF7"/>
    <w:rsid w:val="00240D91"/>
    <w:rsid w:val="002835E2"/>
    <w:rsid w:val="002C0D24"/>
    <w:rsid w:val="002C3B5B"/>
    <w:rsid w:val="002C530E"/>
    <w:rsid w:val="002E0C82"/>
    <w:rsid w:val="002E58B1"/>
    <w:rsid w:val="00331F85"/>
    <w:rsid w:val="00334ADE"/>
    <w:rsid w:val="00361E7C"/>
    <w:rsid w:val="003957A4"/>
    <w:rsid w:val="00396CD7"/>
    <w:rsid w:val="003A7090"/>
    <w:rsid w:val="003C4629"/>
    <w:rsid w:val="003F5343"/>
    <w:rsid w:val="004162B9"/>
    <w:rsid w:val="00423E0F"/>
    <w:rsid w:val="00446707"/>
    <w:rsid w:val="00451CEC"/>
    <w:rsid w:val="0047064F"/>
    <w:rsid w:val="004C3CDC"/>
    <w:rsid w:val="004D59B5"/>
    <w:rsid w:val="00512EBE"/>
    <w:rsid w:val="0052054C"/>
    <w:rsid w:val="00522E32"/>
    <w:rsid w:val="00524986"/>
    <w:rsid w:val="0054205D"/>
    <w:rsid w:val="00565A97"/>
    <w:rsid w:val="00584D90"/>
    <w:rsid w:val="005945B7"/>
    <w:rsid w:val="005C3030"/>
    <w:rsid w:val="005C5436"/>
    <w:rsid w:val="005F49B9"/>
    <w:rsid w:val="005F7C4E"/>
    <w:rsid w:val="0062146E"/>
    <w:rsid w:val="0062371E"/>
    <w:rsid w:val="00630730"/>
    <w:rsid w:val="00680658"/>
    <w:rsid w:val="0068500D"/>
    <w:rsid w:val="00691400"/>
    <w:rsid w:val="006B0023"/>
    <w:rsid w:val="006D5705"/>
    <w:rsid w:val="006E2278"/>
    <w:rsid w:val="006F43E5"/>
    <w:rsid w:val="00706999"/>
    <w:rsid w:val="00707661"/>
    <w:rsid w:val="0071729B"/>
    <w:rsid w:val="00722567"/>
    <w:rsid w:val="00727684"/>
    <w:rsid w:val="00735266"/>
    <w:rsid w:val="007574D6"/>
    <w:rsid w:val="007934F9"/>
    <w:rsid w:val="0079624A"/>
    <w:rsid w:val="007B26ED"/>
    <w:rsid w:val="007B4195"/>
    <w:rsid w:val="007D185B"/>
    <w:rsid w:val="007D39C7"/>
    <w:rsid w:val="007F65B7"/>
    <w:rsid w:val="007F77E3"/>
    <w:rsid w:val="00814722"/>
    <w:rsid w:val="0082736B"/>
    <w:rsid w:val="0083284D"/>
    <w:rsid w:val="008629E2"/>
    <w:rsid w:val="00862C52"/>
    <w:rsid w:val="00863E56"/>
    <w:rsid w:val="00895881"/>
    <w:rsid w:val="00897E59"/>
    <w:rsid w:val="008A73C4"/>
    <w:rsid w:val="008C61A7"/>
    <w:rsid w:val="008E30B5"/>
    <w:rsid w:val="009254C1"/>
    <w:rsid w:val="00954D60"/>
    <w:rsid w:val="009613BC"/>
    <w:rsid w:val="009660C3"/>
    <w:rsid w:val="00977FCD"/>
    <w:rsid w:val="009A0B8F"/>
    <w:rsid w:val="009A5439"/>
    <w:rsid w:val="009A6699"/>
    <w:rsid w:val="009C5239"/>
    <w:rsid w:val="009D6AC0"/>
    <w:rsid w:val="009E486D"/>
    <w:rsid w:val="00A16A4D"/>
    <w:rsid w:val="00A3702B"/>
    <w:rsid w:val="00A6454B"/>
    <w:rsid w:val="00A822A4"/>
    <w:rsid w:val="00A85D9D"/>
    <w:rsid w:val="00A966AB"/>
    <w:rsid w:val="00AB4940"/>
    <w:rsid w:val="00AB63EA"/>
    <w:rsid w:val="00AC29BC"/>
    <w:rsid w:val="00AE1689"/>
    <w:rsid w:val="00AE259B"/>
    <w:rsid w:val="00B12CCB"/>
    <w:rsid w:val="00B83392"/>
    <w:rsid w:val="00B9470B"/>
    <w:rsid w:val="00BB74AB"/>
    <w:rsid w:val="00C06CCB"/>
    <w:rsid w:val="00C1120A"/>
    <w:rsid w:val="00C1772B"/>
    <w:rsid w:val="00C83A82"/>
    <w:rsid w:val="00C842D6"/>
    <w:rsid w:val="00C92B30"/>
    <w:rsid w:val="00C965B1"/>
    <w:rsid w:val="00CA0595"/>
    <w:rsid w:val="00CA0607"/>
    <w:rsid w:val="00CA26FB"/>
    <w:rsid w:val="00CA7BCE"/>
    <w:rsid w:val="00CC7A79"/>
    <w:rsid w:val="00D36235"/>
    <w:rsid w:val="00D71B47"/>
    <w:rsid w:val="00D73845"/>
    <w:rsid w:val="00D76C9A"/>
    <w:rsid w:val="00D831DC"/>
    <w:rsid w:val="00D93215"/>
    <w:rsid w:val="00DA5718"/>
    <w:rsid w:val="00DC3D92"/>
    <w:rsid w:val="00DD792B"/>
    <w:rsid w:val="00DE1A8C"/>
    <w:rsid w:val="00DF0A9A"/>
    <w:rsid w:val="00DF5EB2"/>
    <w:rsid w:val="00E06489"/>
    <w:rsid w:val="00E12599"/>
    <w:rsid w:val="00E26E85"/>
    <w:rsid w:val="00E62DF2"/>
    <w:rsid w:val="00E87F20"/>
    <w:rsid w:val="00EA0B2E"/>
    <w:rsid w:val="00EA7861"/>
    <w:rsid w:val="00EC348C"/>
    <w:rsid w:val="00ED1961"/>
    <w:rsid w:val="00EE4FCA"/>
    <w:rsid w:val="00F6257D"/>
    <w:rsid w:val="00F707E2"/>
    <w:rsid w:val="00FC40C9"/>
    <w:rsid w:val="00FD4F00"/>
    <w:rsid w:val="00FE68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DBFEB"/>
  <w15:chartTrackingRefBased/>
  <w15:docId w15:val="{6733F15D-44D4-4416-9921-F8EB2C2FC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título 1,Pregunta,MT1,Edgar 1"/>
    <w:basedOn w:val="Normal"/>
    <w:next w:val="Normal"/>
    <w:link w:val="Ttulo1Car"/>
    <w:uiPriority w:val="9"/>
    <w:qFormat/>
    <w:rsid w:val="00DE1A8C"/>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unhideWhenUsed/>
    <w:qFormat/>
    <w:rsid w:val="00DE1A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MT3,título 3,Edgar 3"/>
    <w:basedOn w:val="Normal"/>
    <w:next w:val="Normal"/>
    <w:link w:val="Ttulo3Car"/>
    <w:uiPriority w:val="9"/>
    <w:unhideWhenUsed/>
    <w:qFormat/>
    <w:rsid w:val="00DE1A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Edgar 4"/>
    <w:basedOn w:val="Normal"/>
    <w:next w:val="Normal"/>
    <w:link w:val="Ttulo4Car"/>
    <w:uiPriority w:val="9"/>
    <w:unhideWhenUsed/>
    <w:qFormat/>
    <w:rsid w:val="00DE1A8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unhideWhenUsed/>
    <w:qFormat/>
    <w:rsid w:val="00DE1A8C"/>
    <w:pPr>
      <w:keepNext/>
      <w:keepLines/>
      <w:spacing w:before="40" w:after="0" w:line="240" w:lineRule="auto"/>
      <w:outlineLvl w:val="4"/>
    </w:pPr>
    <w:rPr>
      <w:rFonts w:asciiTheme="majorHAnsi" w:eastAsiaTheme="majorEastAsia" w:hAnsiTheme="majorHAnsi" w:cstheme="majorBidi"/>
      <w:color w:val="2F5496" w:themeColor="accent1" w:themeShade="BF"/>
      <w:sz w:val="24"/>
      <w:szCs w:val="24"/>
      <w:lang w:eastAsia="es-ES"/>
    </w:rPr>
  </w:style>
  <w:style w:type="paragraph" w:styleId="Ttulo6">
    <w:name w:val="heading 6"/>
    <w:basedOn w:val="Normal"/>
    <w:next w:val="Normal"/>
    <w:link w:val="Ttulo6Car"/>
    <w:uiPriority w:val="9"/>
    <w:qFormat/>
    <w:rsid w:val="00DE1A8C"/>
    <w:pPr>
      <w:numPr>
        <w:ilvl w:val="5"/>
        <w:numId w:val="5"/>
      </w:numPr>
      <w:tabs>
        <w:tab w:val="clear" w:pos="1152"/>
      </w:tabs>
      <w:spacing w:before="240" w:after="60" w:line="240" w:lineRule="auto"/>
      <w:ind w:left="0" w:firstLine="0"/>
      <w:outlineLvl w:val="5"/>
    </w:pPr>
    <w:rPr>
      <w:rFonts w:ascii="Times New Roman" w:eastAsia="Times New Roman" w:hAnsi="Times New Roman" w:cs="Times New Roman"/>
      <w:b/>
      <w:bCs/>
      <w:lang w:eastAsia="es-ES"/>
    </w:rPr>
  </w:style>
  <w:style w:type="paragraph" w:styleId="Ttulo7">
    <w:name w:val="heading 7"/>
    <w:aliases w:val=" Car"/>
    <w:basedOn w:val="Normal"/>
    <w:next w:val="Normal"/>
    <w:link w:val="Ttulo7Car"/>
    <w:uiPriority w:val="9"/>
    <w:qFormat/>
    <w:rsid w:val="00DE1A8C"/>
    <w:pPr>
      <w:numPr>
        <w:ilvl w:val="6"/>
        <w:numId w:val="5"/>
      </w:numPr>
      <w:tabs>
        <w:tab w:val="clear" w:pos="1296"/>
      </w:tabs>
      <w:spacing w:before="240" w:after="60" w:line="240" w:lineRule="auto"/>
      <w:ind w:left="0" w:firstLine="0"/>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DE1A8C"/>
    <w:pPr>
      <w:numPr>
        <w:ilvl w:val="7"/>
        <w:numId w:val="5"/>
      </w:numPr>
      <w:tabs>
        <w:tab w:val="clear" w:pos="1440"/>
      </w:tabs>
      <w:spacing w:before="240" w:after="60" w:line="240" w:lineRule="auto"/>
      <w:ind w:left="0" w:firstLine="0"/>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qFormat/>
    <w:rsid w:val="00DE1A8C"/>
    <w:pPr>
      <w:numPr>
        <w:ilvl w:val="8"/>
        <w:numId w:val="5"/>
      </w:numPr>
      <w:tabs>
        <w:tab w:val="clear" w:pos="1584"/>
      </w:tabs>
      <w:spacing w:before="240" w:after="60" w:line="240" w:lineRule="auto"/>
      <w:ind w:left="0" w:firstLine="0"/>
      <w:outlineLvl w:val="8"/>
    </w:pPr>
    <w:rPr>
      <w:rFonts w:ascii="Arial" w:eastAsia="Times New Roman" w:hAnsi="Arial"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uiPriority w:val="9"/>
    <w:rsid w:val="00DE1A8C"/>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DE1A8C"/>
    <w:rPr>
      <w:rFonts w:asciiTheme="majorHAnsi" w:eastAsiaTheme="majorEastAsia" w:hAnsiTheme="majorHAnsi" w:cstheme="majorBidi"/>
      <w:color w:val="2F5496" w:themeColor="accent1" w:themeShade="BF"/>
      <w:sz w:val="26"/>
      <w:szCs w:val="26"/>
    </w:rPr>
  </w:style>
  <w:style w:type="character" w:customStyle="1" w:styleId="Ttulo3Car">
    <w:name w:val="Título 3 Car"/>
    <w:aliases w:val="MT3 Car,título 3 Car,Edgar 3 Car"/>
    <w:basedOn w:val="Fuentedeprrafopredeter"/>
    <w:link w:val="Ttulo3"/>
    <w:uiPriority w:val="9"/>
    <w:rsid w:val="00DE1A8C"/>
    <w:rPr>
      <w:rFonts w:asciiTheme="majorHAnsi" w:eastAsiaTheme="majorEastAsia" w:hAnsiTheme="majorHAnsi" w:cstheme="majorBidi"/>
      <w:color w:val="1F3763" w:themeColor="accent1" w:themeShade="7F"/>
      <w:sz w:val="24"/>
      <w:szCs w:val="24"/>
    </w:rPr>
  </w:style>
  <w:style w:type="character" w:customStyle="1" w:styleId="Ttulo4Car">
    <w:name w:val="Título 4 Car"/>
    <w:aliases w:val="Edgar 4 Car"/>
    <w:basedOn w:val="Fuentedeprrafopredeter"/>
    <w:link w:val="Ttulo4"/>
    <w:uiPriority w:val="9"/>
    <w:rsid w:val="00DE1A8C"/>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rsid w:val="00DE1A8C"/>
    <w:rPr>
      <w:rFonts w:asciiTheme="majorHAnsi" w:eastAsiaTheme="majorEastAsia" w:hAnsiTheme="majorHAnsi" w:cstheme="majorBidi"/>
      <w:color w:val="2F5496" w:themeColor="accent1" w:themeShade="BF"/>
      <w:sz w:val="24"/>
      <w:szCs w:val="24"/>
      <w:lang w:eastAsia="es-ES"/>
    </w:rPr>
  </w:style>
  <w:style w:type="character" w:customStyle="1" w:styleId="Ttulo6Car">
    <w:name w:val="Título 6 Car"/>
    <w:basedOn w:val="Fuentedeprrafopredeter"/>
    <w:link w:val="Ttulo6"/>
    <w:uiPriority w:val="9"/>
    <w:rsid w:val="00DE1A8C"/>
    <w:rPr>
      <w:rFonts w:ascii="Times New Roman" w:eastAsia="Times New Roman" w:hAnsi="Times New Roman" w:cs="Times New Roman"/>
      <w:b/>
      <w:bCs/>
      <w:lang w:eastAsia="es-ES"/>
    </w:rPr>
  </w:style>
  <w:style w:type="character" w:customStyle="1" w:styleId="Ttulo7Car">
    <w:name w:val="Título 7 Car"/>
    <w:aliases w:val=" Car Car1"/>
    <w:basedOn w:val="Fuentedeprrafopredeter"/>
    <w:link w:val="Ttulo7"/>
    <w:uiPriority w:val="9"/>
    <w:rsid w:val="00DE1A8C"/>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uiPriority w:val="9"/>
    <w:rsid w:val="00DE1A8C"/>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
    <w:rsid w:val="00DE1A8C"/>
    <w:rPr>
      <w:rFonts w:ascii="Arial" w:eastAsia="Times New Roman" w:hAnsi="Arial" w:cs="Times New Roman"/>
      <w:lang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AL Encabeza"/>
    <w:basedOn w:val="Normal"/>
    <w:link w:val="EncabezadoCar"/>
    <w:uiPriority w:val="99"/>
    <w:unhideWhenUsed/>
    <w:qFormat/>
    <w:rsid w:val="00DE1A8C"/>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DE1A8C"/>
  </w:style>
  <w:style w:type="paragraph" w:styleId="Piedepgina">
    <w:name w:val="footer"/>
    <w:aliases w:val="pie de página"/>
    <w:basedOn w:val="Normal"/>
    <w:link w:val="PiedepginaCar"/>
    <w:uiPriority w:val="99"/>
    <w:unhideWhenUsed/>
    <w:rsid w:val="00DE1A8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DE1A8C"/>
  </w:style>
  <w:style w:type="paragraph" w:customStyle="1" w:styleId="Sinespaciado1">
    <w:name w:val="Sin espaciado1"/>
    <w:link w:val="NoSpacingChar"/>
    <w:qFormat/>
    <w:rsid w:val="00DE1A8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DE1A8C"/>
    <w:rPr>
      <w:rFonts w:ascii="Times New Roman" w:eastAsia="Times New Roman" w:hAnsi="Times New Roman" w:cs="Times New Roman"/>
      <w:sz w:val="24"/>
      <w:szCs w:val="24"/>
      <w:lang w:eastAsia="es-ES"/>
    </w:rPr>
  </w:style>
  <w:style w:type="character" w:styleId="Hipervnculo">
    <w:name w:val="Hyperlink"/>
    <w:uiPriority w:val="99"/>
    <w:qFormat/>
    <w:rsid w:val="00DE1A8C"/>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DE1A8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DE1A8C"/>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DE1A8C"/>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DE1A8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DE1A8C"/>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DE1A8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DE1A8C"/>
    <w:rPr>
      <w:rFonts w:ascii="Times New Roman" w:eastAsia="Times New Roman" w:hAnsi="Times New Roman" w:cs="Times New Roman"/>
      <w:sz w:val="20"/>
      <w:szCs w:val="20"/>
      <w:lang w:val="es-ES" w:eastAsia="es-ES"/>
    </w:rPr>
  </w:style>
  <w:style w:type="character" w:styleId="Refdenotaalpie">
    <w:name w:val="footnote reference"/>
    <w:rsid w:val="00DE1A8C"/>
    <w:rPr>
      <w:vertAlign w:val="superscript"/>
    </w:rPr>
  </w:style>
  <w:style w:type="table" w:styleId="Tablaconcuadrcula">
    <w:name w:val="Table Grid"/>
    <w:basedOn w:val="Tablanormal"/>
    <w:uiPriority w:val="59"/>
    <w:rsid w:val="00DE1A8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Anexos,Puesto1"/>
    <w:basedOn w:val="Normal"/>
    <w:link w:val="TtuloCar"/>
    <w:uiPriority w:val="99"/>
    <w:qFormat/>
    <w:rsid w:val="00DE1A8C"/>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Anexos Car,Puesto1 Car"/>
    <w:basedOn w:val="Fuentedeprrafopredeter"/>
    <w:link w:val="Ttulo"/>
    <w:uiPriority w:val="99"/>
    <w:rsid w:val="00DE1A8C"/>
    <w:rPr>
      <w:rFonts w:ascii="Arial" w:eastAsia="Times New Roman" w:hAnsi="Arial" w:cs="Times New Roman"/>
      <w:b/>
      <w:sz w:val="24"/>
      <w:szCs w:val="20"/>
      <w:lang w:val="es-ES" w:eastAsia="es-ES"/>
    </w:rPr>
  </w:style>
  <w:style w:type="paragraph" w:styleId="Textoindependiente2">
    <w:name w:val="Body Text 2"/>
    <w:aliases w:val=" Car Car, Car2,Car3,Car2,Car Car,Car2 Car Car Car,Car31, Car2 Car Car Car"/>
    <w:basedOn w:val="Normal"/>
    <w:link w:val="Textoindependiente2Car"/>
    <w:uiPriority w:val="99"/>
    <w:unhideWhenUsed/>
    <w:rsid w:val="00DE1A8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 Car Car Car, Car2 Car,Car3 Car,Car2 Car,Car Car Car2,Car2 Car Car Car Car,Car31 Car, Car2 Car Car Car Car"/>
    <w:basedOn w:val="Fuentedeprrafopredeter"/>
    <w:link w:val="Textoindependiente2"/>
    <w:uiPriority w:val="99"/>
    <w:rsid w:val="00DE1A8C"/>
    <w:rPr>
      <w:rFonts w:ascii="Times New Roman" w:eastAsia="Times New Roman" w:hAnsi="Times New Roman" w:cs="Times New Roman"/>
      <w:sz w:val="24"/>
      <w:szCs w:val="24"/>
      <w:lang w:val="es-ES" w:eastAsia="es-ES"/>
    </w:rPr>
  </w:style>
  <w:style w:type="paragraph" w:customStyle="1" w:styleId="CarCarCar">
    <w:name w:val="Car Car Car"/>
    <w:basedOn w:val="Normal"/>
    <w:rsid w:val="00DE1A8C"/>
    <w:pPr>
      <w:spacing w:line="240" w:lineRule="exact"/>
    </w:pPr>
    <w:rPr>
      <w:rFonts w:ascii="Verdana" w:eastAsia="Times New Roman" w:hAnsi="Verdana" w:cs="Times New Roman"/>
      <w:sz w:val="20"/>
      <w:szCs w:val="20"/>
    </w:rPr>
  </w:style>
  <w:style w:type="character" w:styleId="Nmerodepgina">
    <w:name w:val="page number"/>
    <w:basedOn w:val="Fuentedeprrafopredeter"/>
    <w:rsid w:val="00DE1A8C"/>
  </w:style>
  <w:style w:type="paragraph" w:styleId="Sangra2detindependiente">
    <w:name w:val="Body Text Indent 2"/>
    <w:basedOn w:val="Normal"/>
    <w:link w:val="Sangra2detindependienteCar"/>
    <w:rsid w:val="00DE1A8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DE1A8C"/>
    <w:rPr>
      <w:rFonts w:ascii="Times New Roman" w:eastAsia="Times New Roman" w:hAnsi="Times New Roman" w:cs="Times New Roman"/>
      <w:sz w:val="24"/>
      <w:szCs w:val="24"/>
      <w:lang w:val="es-ES" w:eastAsia="es-ES"/>
    </w:rPr>
  </w:style>
  <w:style w:type="paragraph" w:customStyle="1" w:styleId="Char8">
    <w:name w:val="Char8"/>
    <w:basedOn w:val="Normal"/>
    <w:rsid w:val="00DE1A8C"/>
    <w:pPr>
      <w:spacing w:line="240" w:lineRule="exact"/>
    </w:pPr>
    <w:rPr>
      <w:rFonts w:ascii="Verdana" w:eastAsia="Times New Roman" w:hAnsi="Verdana" w:cs="Times New Roman"/>
      <w:sz w:val="20"/>
      <w:szCs w:val="20"/>
    </w:rPr>
  </w:style>
  <w:style w:type="paragraph" w:customStyle="1" w:styleId="Pa16">
    <w:name w:val="Pa16"/>
    <w:basedOn w:val="Normal"/>
    <w:next w:val="Normal"/>
    <w:rsid w:val="00DE1A8C"/>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DE1A8C"/>
    <w:pPr>
      <w:spacing w:line="240" w:lineRule="exact"/>
    </w:pPr>
    <w:rPr>
      <w:rFonts w:ascii="Verdana" w:eastAsia="Times New Roman" w:hAnsi="Verdana" w:cs="Verdana"/>
      <w:sz w:val="20"/>
      <w:szCs w:val="20"/>
    </w:rPr>
  </w:style>
  <w:style w:type="paragraph" w:customStyle="1" w:styleId="Car">
    <w:name w:val="Car"/>
    <w:basedOn w:val="Normal"/>
    <w:rsid w:val="00DE1A8C"/>
    <w:pPr>
      <w:spacing w:line="240" w:lineRule="exact"/>
    </w:pPr>
    <w:rPr>
      <w:rFonts w:ascii="Verdana" w:eastAsia="Times New Roman" w:hAnsi="Verdana" w:cs="Times New Roman"/>
      <w:sz w:val="20"/>
      <w:szCs w:val="20"/>
    </w:rPr>
  </w:style>
  <w:style w:type="paragraph" w:customStyle="1" w:styleId="CarCarCar1">
    <w:name w:val="Car Car Car1"/>
    <w:basedOn w:val="Normal"/>
    <w:rsid w:val="00DE1A8C"/>
    <w:pPr>
      <w:spacing w:line="240" w:lineRule="exact"/>
    </w:pPr>
    <w:rPr>
      <w:rFonts w:ascii="Verdana" w:eastAsia="Times New Roman" w:hAnsi="Verdana" w:cs="Verdana"/>
      <w:sz w:val="20"/>
      <w:szCs w:val="20"/>
    </w:rPr>
  </w:style>
  <w:style w:type="paragraph" w:customStyle="1" w:styleId="Car1">
    <w:name w:val="Car1"/>
    <w:basedOn w:val="Normal"/>
    <w:rsid w:val="00DE1A8C"/>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DE1A8C"/>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DE1A8C"/>
    <w:rPr>
      <w:rFonts w:ascii="Tahoma" w:eastAsia="Times New Roman" w:hAnsi="Tahoma" w:cs="Times New Roman"/>
      <w:sz w:val="16"/>
      <w:szCs w:val="16"/>
      <w:lang w:val="es-ES" w:eastAsia="es-ES"/>
    </w:rPr>
  </w:style>
  <w:style w:type="character" w:customStyle="1" w:styleId="A9">
    <w:name w:val="A9"/>
    <w:rsid w:val="00DE1A8C"/>
    <w:rPr>
      <w:color w:val="000000"/>
      <w:sz w:val="19"/>
      <w:szCs w:val="19"/>
    </w:rPr>
  </w:style>
  <w:style w:type="paragraph" w:customStyle="1" w:styleId="Pa39">
    <w:name w:val="Pa39"/>
    <w:basedOn w:val="Normal"/>
    <w:next w:val="Normal"/>
    <w:rsid w:val="00DE1A8C"/>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DE1A8C"/>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DE1A8C"/>
    <w:pPr>
      <w:spacing w:line="191" w:lineRule="atLeast"/>
    </w:pPr>
    <w:rPr>
      <w:color w:val="auto"/>
    </w:rPr>
  </w:style>
  <w:style w:type="paragraph" w:styleId="Descripcin">
    <w:name w:val="caption"/>
    <w:aliases w:val="Epígrafe"/>
    <w:basedOn w:val="Normal"/>
    <w:next w:val="Normal"/>
    <w:uiPriority w:val="35"/>
    <w:qFormat/>
    <w:rsid w:val="00DE1A8C"/>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DE1A8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DE1A8C"/>
    <w:rPr>
      <w:sz w:val="16"/>
      <w:szCs w:val="16"/>
    </w:rPr>
  </w:style>
  <w:style w:type="paragraph" w:styleId="Textocomentario">
    <w:name w:val="annotation text"/>
    <w:aliases w:val="Comentario"/>
    <w:basedOn w:val="Normal"/>
    <w:link w:val="TextocomentarioCar"/>
    <w:qFormat/>
    <w:rsid w:val="00DE1A8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aliases w:val="Comentario Car"/>
    <w:basedOn w:val="Fuentedeprrafopredeter"/>
    <w:link w:val="Textocomentario"/>
    <w:rsid w:val="00DE1A8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DE1A8C"/>
    <w:rPr>
      <w:b/>
      <w:bCs/>
    </w:rPr>
  </w:style>
  <w:style w:type="character" w:customStyle="1" w:styleId="AsuntodelcomentarioCar">
    <w:name w:val="Asunto del comentario Car"/>
    <w:basedOn w:val="TextocomentarioCar"/>
    <w:link w:val="Asuntodelcomentario"/>
    <w:rsid w:val="00DE1A8C"/>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DE1A8C"/>
  </w:style>
  <w:style w:type="character" w:styleId="Textodelmarcadordeposicin">
    <w:name w:val="Placeholder Text"/>
    <w:basedOn w:val="Fuentedeprrafopredeter"/>
    <w:uiPriority w:val="99"/>
    <w:semiHidden/>
    <w:rsid w:val="00DE1A8C"/>
    <w:rPr>
      <w:color w:val="808080"/>
    </w:rPr>
  </w:style>
  <w:style w:type="paragraph" w:styleId="Sinespaciado">
    <w:name w:val="No Spacing"/>
    <w:aliases w:val="Aries,k,No Spacing,A1,Formato,Sin espaciado3,Sin espaciado11,Sin espaciado21,PONAL,No Spacing Car Car Car,No Spacing Car Car,Sin espaciado2,TRABAJO,Manuel Vergara Paez e Ingrid Parra García"/>
    <w:link w:val="SinespaciadoCar"/>
    <w:uiPriority w:val="1"/>
    <w:qFormat/>
    <w:rsid w:val="00DE1A8C"/>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DE1A8C"/>
    <w:rPr>
      <w:color w:val="605E5C"/>
      <w:shd w:val="clear" w:color="auto" w:fill="E1DFDD"/>
    </w:rPr>
  </w:style>
  <w:style w:type="character" w:customStyle="1" w:styleId="normaltextrun">
    <w:name w:val="normaltextrun"/>
    <w:basedOn w:val="Fuentedeprrafopredeter"/>
    <w:rsid w:val="00DE1A8C"/>
  </w:style>
  <w:style w:type="character" w:customStyle="1" w:styleId="eop">
    <w:name w:val="eop"/>
    <w:basedOn w:val="Fuentedeprrafopredeter"/>
    <w:rsid w:val="00DE1A8C"/>
  </w:style>
  <w:style w:type="paragraph" w:customStyle="1" w:styleId="paragraph">
    <w:name w:val="paragraph"/>
    <w:basedOn w:val="Normal"/>
    <w:rsid w:val="00DE1A8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DE1A8C"/>
    <w:pPr>
      <w:spacing w:after="0" w:line="240" w:lineRule="auto"/>
    </w:pPr>
  </w:style>
  <w:style w:type="character" w:styleId="Textoennegrita">
    <w:name w:val="Strong"/>
    <w:basedOn w:val="Fuentedeprrafopredeter"/>
    <w:uiPriority w:val="22"/>
    <w:qFormat/>
    <w:rsid w:val="00DE1A8C"/>
    <w:rPr>
      <w:b/>
      <w:bCs/>
    </w:rPr>
  </w:style>
  <w:style w:type="character" w:customStyle="1" w:styleId="Mencinsinresolver2">
    <w:name w:val="Mención sin resolver2"/>
    <w:basedOn w:val="Fuentedeprrafopredeter"/>
    <w:uiPriority w:val="99"/>
    <w:semiHidden/>
    <w:unhideWhenUsed/>
    <w:rsid w:val="00DE1A8C"/>
    <w:rPr>
      <w:color w:val="605E5C"/>
      <w:shd w:val="clear" w:color="auto" w:fill="E1DFDD"/>
    </w:rPr>
  </w:style>
  <w:style w:type="paragraph" w:customStyle="1" w:styleId="Prrafodelista1">
    <w:name w:val="Párrafo de lista1"/>
    <w:basedOn w:val="Normal"/>
    <w:link w:val="ListParagraphChar"/>
    <w:qFormat/>
    <w:rsid w:val="00DE1A8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DE1A8C"/>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E1A8C"/>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E1A8C"/>
    <w:rPr>
      <w:rFonts w:ascii="Times New Roman" w:eastAsia="Times New Roman" w:hAnsi="Times New Roman" w:cs="Times New Roman"/>
      <w:sz w:val="24"/>
      <w:szCs w:val="24"/>
      <w:lang w:eastAsia="es-ES"/>
    </w:rPr>
  </w:style>
  <w:style w:type="paragraph" w:styleId="Sangradetextonormal">
    <w:name w:val="Body Text Indent"/>
    <w:aliases w:val=" Car1, Car11"/>
    <w:basedOn w:val="Normal"/>
    <w:link w:val="SangradetextonormalCar"/>
    <w:uiPriority w:val="99"/>
    <w:unhideWhenUsed/>
    <w:rsid w:val="00DE1A8C"/>
    <w:pPr>
      <w:spacing w:after="120"/>
      <w:ind w:left="283"/>
    </w:pPr>
  </w:style>
  <w:style w:type="character" w:customStyle="1" w:styleId="SangradetextonormalCar">
    <w:name w:val="Sangría de texto normal Car"/>
    <w:aliases w:val=" Car1 Car, Car11 Car"/>
    <w:basedOn w:val="Fuentedeprrafopredeter"/>
    <w:link w:val="Sangradetextonormal"/>
    <w:uiPriority w:val="99"/>
    <w:rsid w:val="00DE1A8C"/>
  </w:style>
  <w:style w:type="paragraph" w:customStyle="1" w:styleId="Prrafodelista2">
    <w:name w:val="Párrafo de lista2"/>
    <w:basedOn w:val="Normal"/>
    <w:rsid w:val="00DE1A8C"/>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E1A8C"/>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E1A8C"/>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Anexos Car1,Título1 Car1,Title Char Car1,Títulos Principales sin numeración Car2,Title Car2,Puesto1 Car2"/>
    <w:basedOn w:val="Fuentedeprrafopredeter"/>
    <w:link w:val="Title0"/>
    <w:rsid w:val="00DE1A8C"/>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DE1A8C"/>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DE1A8C"/>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uiPriority w:val="99"/>
    <w:rsid w:val="00DE1A8C"/>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DE1A8C"/>
    <w:rPr>
      <w:rFonts w:ascii="Arial" w:eastAsia="Times New Roman" w:hAnsi="Arial" w:cs="Times New Roman"/>
      <w:szCs w:val="24"/>
      <w:lang w:val="es-ES" w:eastAsia="es-ES"/>
    </w:rPr>
  </w:style>
  <w:style w:type="character" w:styleId="nfasis">
    <w:name w:val="Emphasis"/>
    <w:basedOn w:val="Fuentedeprrafopredeter"/>
    <w:uiPriority w:val="20"/>
    <w:qFormat/>
    <w:rsid w:val="00DE1A8C"/>
    <w:rPr>
      <w:i/>
      <w:iCs/>
    </w:rPr>
  </w:style>
  <w:style w:type="paragraph" w:styleId="Textosinformato">
    <w:name w:val="Plain Text"/>
    <w:basedOn w:val="Normal"/>
    <w:link w:val="TextosinformatoCar"/>
    <w:unhideWhenUsed/>
    <w:rsid w:val="00DE1A8C"/>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DE1A8C"/>
    <w:rPr>
      <w:rFonts w:ascii="Courier New" w:eastAsia="Times New Roman" w:hAnsi="Courier New" w:cs="Times New Roman"/>
      <w:sz w:val="20"/>
      <w:szCs w:val="20"/>
      <w:lang w:eastAsia="es-ES"/>
    </w:rPr>
  </w:style>
  <w:style w:type="character" w:customStyle="1" w:styleId="Mencinsinresolver3">
    <w:name w:val="Mención sin resolver3"/>
    <w:basedOn w:val="Fuentedeprrafopredeter"/>
    <w:uiPriority w:val="99"/>
    <w:semiHidden/>
    <w:unhideWhenUsed/>
    <w:rsid w:val="00DE1A8C"/>
    <w:rPr>
      <w:color w:val="605E5C"/>
      <w:shd w:val="clear" w:color="auto" w:fill="E1DFDD"/>
    </w:rPr>
  </w:style>
  <w:style w:type="paragraph" w:customStyle="1" w:styleId="TableParagraph">
    <w:name w:val="Table Paragraph"/>
    <w:basedOn w:val="Normal"/>
    <w:uiPriority w:val="1"/>
    <w:qFormat/>
    <w:rsid w:val="00DE1A8C"/>
    <w:pPr>
      <w:widowControl w:val="0"/>
      <w:autoSpaceDE w:val="0"/>
      <w:autoSpaceDN w:val="0"/>
      <w:spacing w:after="0" w:line="240" w:lineRule="auto"/>
    </w:pPr>
    <w:rPr>
      <w:rFonts w:ascii="Calibri" w:eastAsia="Calibri" w:hAnsi="Calibri" w:cs="Calibri"/>
      <w:lang w:val="es-ES"/>
    </w:rPr>
  </w:style>
  <w:style w:type="table" w:styleId="Tablaclsica2">
    <w:name w:val="Table Classic 2"/>
    <w:basedOn w:val="Tablanormal"/>
    <w:rsid w:val="00DE1A8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styleId="Hipervnculovisitado">
    <w:name w:val="FollowedHyperlink"/>
    <w:uiPriority w:val="99"/>
    <w:unhideWhenUsed/>
    <w:rsid w:val="00DE1A8C"/>
    <w:rPr>
      <w:color w:val="800080"/>
      <w:u w:val="single"/>
    </w:rPr>
  </w:style>
  <w:style w:type="character" w:customStyle="1" w:styleId="ilad">
    <w:name w:val="il_ad"/>
    <w:rsid w:val="00DE1A8C"/>
  </w:style>
  <w:style w:type="paragraph" w:styleId="Lista">
    <w:name w:val="List"/>
    <w:basedOn w:val="Normal"/>
    <w:uiPriority w:val="99"/>
    <w:rsid w:val="00DE1A8C"/>
    <w:pPr>
      <w:spacing w:after="0" w:line="240" w:lineRule="auto"/>
      <w:ind w:left="283" w:hanging="283"/>
      <w:contextualSpacing/>
    </w:pPr>
    <w:rPr>
      <w:rFonts w:ascii="Times New Roman" w:eastAsia="Times New Roman" w:hAnsi="Times New Roman" w:cs="Times New Roman"/>
      <w:sz w:val="24"/>
      <w:szCs w:val="24"/>
      <w:lang w:eastAsia="es-ES"/>
    </w:rPr>
  </w:style>
  <w:style w:type="paragraph" w:customStyle="1" w:styleId="western">
    <w:name w:val="western"/>
    <w:basedOn w:val="Normal"/>
    <w:rsid w:val="00DE1A8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ubtitulos">
    <w:name w:val="subtitulos"/>
    <w:basedOn w:val="Normal"/>
    <w:rsid w:val="00DE1A8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rsid w:val="00DE1A8C"/>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DE1A8C"/>
    <w:rPr>
      <w:rFonts w:ascii="Times New Roman" w:eastAsia="Times New Roman" w:hAnsi="Times New Roman" w:cs="Times New Roman"/>
      <w:sz w:val="16"/>
      <w:szCs w:val="16"/>
      <w:lang w:eastAsia="es-ES"/>
    </w:rPr>
  </w:style>
  <w:style w:type="paragraph" w:customStyle="1" w:styleId="Prrafodelista3">
    <w:name w:val="Párrafo de lista3"/>
    <w:basedOn w:val="Normal"/>
    <w:rsid w:val="00DE1A8C"/>
    <w:pPr>
      <w:spacing w:after="0" w:line="240" w:lineRule="auto"/>
      <w:ind w:left="720"/>
      <w:contextualSpacing/>
    </w:pPr>
    <w:rPr>
      <w:rFonts w:ascii="Times New Roman" w:eastAsia="Times New Roman" w:hAnsi="Times New Roman" w:cs="Times New Roman"/>
      <w:sz w:val="24"/>
      <w:szCs w:val="24"/>
      <w:lang w:eastAsia="es-ES"/>
    </w:rPr>
  </w:style>
  <w:style w:type="table" w:styleId="Cuadrculadetablaclara">
    <w:name w:val="Grid Table Light"/>
    <w:basedOn w:val="Tablanormal"/>
    <w:uiPriority w:val="40"/>
    <w:rsid w:val="00DE1A8C"/>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6concolores1">
    <w:name w:val="Tabla de cuadrícula 6 con colores1"/>
    <w:basedOn w:val="Tablanormal"/>
    <w:uiPriority w:val="51"/>
    <w:rsid w:val="00DE1A8C"/>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center">
    <w:name w:val="center"/>
    <w:basedOn w:val="Normal"/>
    <w:rsid w:val="00DE1A8C"/>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DE1A8C"/>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DE1A8C"/>
  </w:style>
  <w:style w:type="table" w:customStyle="1" w:styleId="TableNormal1">
    <w:name w:val="Table Normal1"/>
    <w:uiPriority w:val="2"/>
    <w:semiHidden/>
    <w:unhideWhenUsed/>
    <w:qFormat/>
    <w:rsid w:val="00DE1A8C"/>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CM117">
    <w:name w:val="CM117"/>
    <w:basedOn w:val="Default"/>
    <w:next w:val="Default"/>
    <w:uiPriority w:val="99"/>
    <w:rsid w:val="00DE1A8C"/>
    <w:pPr>
      <w:suppressAutoHyphens w:val="0"/>
      <w:autoSpaceDN w:val="0"/>
      <w:adjustRightInd w:val="0"/>
    </w:pPr>
    <w:rPr>
      <w:rFonts w:ascii="Arial" w:eastAsia="Times New Roman" w:hAnsi="Arial" w:cs="Arial"/>
      <w:color w:val="auto"/>
      <w:lang w:eastAsia="es-CO"/>
    </w:rPr>
  </w:style>
  <w:style w:type="table" w:customStyle="1" w:styleId="Tabladecuadrcula4-nfasis31">
    <w:name w:val="Tabla de cuadrícula 4 - Énfasis 31"/>
    <w:basedOn w:val="Tablanormal"/>
    <w:uiPriority w:val="49"/>
    <w:rsid w:val="00DE1A8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PuestoCar1">
    <w:name w:val="Puesto Car1"/>
    <w:aliases w:val="Títulos Principales sin numeración Car1"/>
    <w:rsid w:val="00DE1A8C"/>
    <w:rPr>
      <w:rFonts w:ascii="Arial" w:eastAsia="Times New Roman" w:hAnsi="Arial" w:cs="Times New Roman"/>
      <w:b/>
      <w:sz w:val="24"/>
      <w:szCs w:val="20"/>
      <w:lang w:val="es-ES" w:eastAsia="es-ES"/>
    </w:rPr>
  </w:style>
  <w:style w:type="paragraph" w:customStyle="1" w:styleId="Textoindependiente0">
    <w:name w:val="Texto independiente(."/>
    <w:basedOn w:val="Normal"/>
    <w:rsid w:val="00DE1A8C"/>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Textoindependiente1">
    <w:name w:val="Texto independiente(.1"/>
    <w:basedOn w:val="Normal"/>
    <w:rsid w:val="00DE1A8C"/>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ecxmsolistparagraph">
    <w:name w:val="ecxmsolistparagraph"/>
    <w:basedOn w:val="Normal"/>
    <w:rsid w:val="00DE1A8C"/>
    <w:pPr>
      <w:spacing w:after="324"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DE1A8C"/>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Lista3">
    <w:name w:val="List 3"/>
    <w:basedOn w:val="Normal"/>
    <w:uiPriority w:val="99"/>
    <w:rsid w:val="00DE1A8C"/>
    <w:pPr>
      <w:spacing w:after="0" w:line="240" w:lineRule="auto"/>
      <w:ind w:left="849" w:hanging="283"/>
      <w:contextualSpacing/>
    </w:pPr>
    <w:rPr>
      <w:rFonts w:ascii="Times New Roman" w:eastAsia="Times New Roman" w:hAnsi="Times New Roman" w:cs="Times New Roman"/>
      <w:sz w:val="24"/>
      <w:szCs w:val="24"/>
      <w:lang w:eastAsia="es-ES"/>
    </w:rPr>
  </w:style>
  <w:style w:type="paragraph" w:styleId="Lista4">
    <w:name w:val="List 4"/>
    <w:basedOn w:val="Normal"/>
    <w:rsid w:val="00DE1A8C"/>
    <w:pPr>
      <w:spacing w:after="0" w:line="240" w:lineRule="auto"/>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rsid w:val="00DE1A8C"/>
    <w:pPr>
      <w:spacing w:after="0" w:line="240" w:lineRule="auto"/>
      <w:ind w:left="1415" w:hanging="283"/>
      <w:contextualSpacing/>
    </w:pPr>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DE1A8C"/>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rsid w:val="00DE1A8C"/>
    <w:rPr>
      <w:rFonts w:ascii="Times New Roman" w:eastAsia="Times New Roman" w:hAnsi="Times New Roman" w:cs="Times New Roman"/>
      <w:sz w:val="24"/>
      <w:szCs w:val="24"/>
      <w:lang w:eastAsia="es-ES"/>
    </w:rPr>
  </w:style>
  <w:style w:type="paragraph" w:styleId="Listaconvietas">
    <w:name w:val="List Bullet"/>
    <w:basedOn w:val="Normal"/>
    <w:uiPriority w:val="99"/>
    <w:rsid w:val="00DE1A8C"/>
    <w:pPr>
      <w:numPr>
        <w:numId w:val="1"/>
      </w:numPr>
      <w:tabs>
        <w:tab w:val="clear" w:pos="360"/>
      </w:tabs>
      <w:spacing w:after="0" w:line="240" w:lineRule="auto"/>
      <w:ind w:left="0" w:firstLine="0"/>
      <w:contextualSpacing/>
    </w:pPr>
    <w:rPr>
      <w:rFonts w:ascii="Times New Roman" w:eastAsia="Times New Roman" w:hAnsi="Times New Roman" w:cs="Times New Roman"/>
      <w:sz w:val="24"/>
      <w:szCs w:val="24"/>
      <w:lang w:eastAsia="es-ES"/>
    </w:rPr>
  </w:style>
  <w:style w:type="paragraph" w:styleId="Listaconvietas2">
    <w:name w:val="List Bullet 2"/>
    <w:basedOn w:val="Normal"/>
    <w:uiPriority w:val="99"/>
    <w:rsid w:val="00DE1A8C"/>
    <w:pPr>
      <w:numPr>
        <w:numId w:val="2"/>
      </w:numPr>
      <w:tabs>
        <w:tab w:val="clear" w:pos="643"/>
      </w:tabs>
      <w:spacing w:after="0" w:line="240" w:lineRule="auto"/>
      <w:ind w:left="0" w:firstLine="0"/>
      <w:contextualSpacing/>
    </w:pPr>
    <w:rPr>
      <w:rFonts w:ascii="Times New Roman" w:eastAsia="Times New Roman" w:hAnsi="Times New Roman" w:cs="Times New Roman"/>
      <w:sz w:val="24"/>
      <w:szCs w:val="24"/>
      <w:lang w:eastAsia="es-ES"/>
    </w:rPr>
  </w:style>
  <w:style w:type="paragraph" w:styleId="Listaconvietas3">
    <w:name w:val="List Bullet 3"/>
    <w:basedOn w:val="Normal"/>
    <w:uiPriority w:val="99"/>
    <w:rsid w:val="00DE1A8C"/>
    <w:pPr>
      <w:numPr>
        <w:numId w:val="3"/>
      </w:numPr>
      <w:tabs>
        <w:tab w:val="clear" w:pos="926"/>
      </w:tabs>
      <w:spacing w:after="0" w:line="240" w:lineRule="auto"/>
      <w:ind w:left="0" w:firstLine="0"/>
      <w:contextualSpacing/>
    </w:pPr>
    <w:rPr>
      <w:rFonts w:ascii="Times New Roman" w:eastAsia="Times New Roman" w:hAnsi="Times New Roman" w:cs="Times New Roman"/>
      <w:sz w:val="24"/>
      <w:szCs w:val="24"/>
      <w:lang w:eastAsia="es-ES"/>
    </w:rPr>
  </w:style>
  <w:style w:type="paragraph" w:styleId="Listaconvietas4">
    <w:name w:val="List Bullet 4"/>
    <w:basedOn w:val="Normal"/>
    <w:rsid w:val="00DE1A8C"/>
    <w:pPr>
      <w:numPr>
        <w:numId w:val="4"/>
      </w:numPr>
      <w:tabs>
        <w:tab w:val="clear" w:pos="1209"/>
      </w:tabs>
      <w:spacing w:after="0" w:line="240" w:lineRule="auto"/>
      <w:ind w:left="0" w:firstLine="0"/>
      <w:contextualSpacing/>
    </w:pPr>
    <w:rPr>
      <w:rFonts w:ascii="Times New Roman" w:eastAsia="Times New Roman" w:hAnsi="Times New Roman" w:cs="Times New Roman"/>
      <w:sz w:val="24"/>
      <w:szCs w:val="24"/>
      <w:lang w:eastAsia="es-ES"/>
    </w:rPr>
  </w:style>
  <w:style w:type="paragraph" w:styleId="Continuarlista">
    <w:name w:val="List Continue"/>
    <w:basedOn w:val="Normal"/>
    <w:uiPriority w:val="99"/>
    <w:rsid w:val="00DE1A8C"/>
    <w:pPr>
      <w:spacing w:after="120" w:line="240" w:lineRule="auto"/>
      <w:ind w:left="283"/>
      <w:contextualSpacing/>
    </w:pPr>
    <w:rPr>
      <w:rFonts w:ascii="Times New Roman" w:eastAsia="Times New Roman" w:hAnsi="Times New Roman" w:cs="Times New Roman"/>
      <w:sz w:val="24"/>
      <w:szCs w:val="24"/>
      <w:lang w:eastAsia="es-ES"/>
    </w:rPr>
  </w:style>
  <w:style w:type="paragraph" w:styleId="Continuarlista2">
    <w:name w:val="List Continue 2"/>
    <w:basedOn w:val="Normal"/>
    <w:uiPriority w:val="99"/>
    <w:rsid w:val="00DE1A8C"/>
    <w:pPr>
      <w:spacing w:after="120" w:line="240" w:lineRule="auto"/>
      <w:ind w:left="566"/>
      <w:contextualSpacing/>
    </w:pPr>
    <w:rPr>
      <w:rFonts w:ascii="Times New Roman" w:eastAsia="Times New Roman" w:hAnsi="Times New Roman" w:cs="Times New Roman"/>
      <w:sz w:val="24"/>
      <w:szCs w:val="24"/>
      <w:lang w:eastAsia="es-ES"/>
    </w:rPr>
  </w:style>
  <w:style w:type="paragraph" w:styleId="Continuarlista3">
    <w:name w:val="List Continue 3"/>
    <w:basedOn w:val="Normal"/>
    <w:uiPriority w:val="99"/>
    <w:rsid w:val="00DE1A8C"/>
    <w:pPr>
      <w:spacing w:after="120" w:line="240" w:lineRule="auto"/>
      <w:ind w:left="849"/>
      <w:contextualSpacing/>
    </w:pPr>
    <w:rPr>
      <w:rFonts w:ascii="Times New Roman" w:eastAsia="Times New Roman" w:hAnsi="Times New Roman" w:cs="Times New Roman"/>
      <w:sz w:val="24"/>
      <w:szCs w:val="24"/>
      <w:lang w:eastAsia="es-ES"/>
    </w:rPr>
  </w:style>
  <w:style w:type="paragraph" w:styleId="Continuarlista4">
    <w:name w:val="List Continue 4"/>
    <w:basedOn w:val="Normal"/>
    <w:rsid w:val="00DE1A8C"/>
    <w:pPr>
      <w:spacing w:after="120" w:line="240" w:lineRule="auto"/>
      <w:ind w:left="1132"/>
      <w:contextualSpacing/>
    </w:pPr>
    <w:rPr>
      <w:rFonts w:ascii="Times New Roman" w:eastAsia="Times New Roman" w:hAnsi="Times New Roman" w:cs="Times New Roman"/>
      <w:sz w:val="24"/>
      <w:szCs w:val="24"/>
      <w:lang w:eastAsia="es-ES"/>
    </w:rPr>
  </w:style>
  <w:style w:type="paragraph" w:customStyle="1" w:styleId="Infodocumentosadjuntos">
    <w:name w:val="Info documentos adjuntos"/>
    <w:basedOn w:val="Normal"/>
    <w:rsid w:val="00DE1A8C"/>
    <w:pPr>
      <w:spacing w:after="0" w:line="240" w:lineRule="auto"/>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DE1A8C"/>
    <w:pPr>
      <w:ind w:firstLine="360"/>
      <w:jc w:val="left"/>
    </w:pPr>
    <w:rPr>
      <w:rFonts w:ascii="Times New Roman" w:hAnsi="Times New Roman" w:cs="Times New Roman"/>
      <w:sz w:val="24"/>
      <w:lang w:val="es-CO"/>
    </w:rPr>
  </w:style>
  <w:style w:type="character" w:customStyle="1" w:styleId="TextoindependienteprimerasangraCar">
    <w:name w:val="Texto independiente primera sangría Car"/>
    <w:basedOn w:val="TextoindependienteCar"/>
    <w:link w:val="Textoindependienteprimerasangra"/>
    <w:rsid w:val="00DE1A8C"/>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DE1A8C"/>
    <w:pPr>
      <w:spacing w:after="0" w:line="240" w:lineRule="auto"/>
      <w:ind w:left="360" w:firstLine="360"/>
    </w:pPr>
    <w:rPr>
      <w:rFonts w:ascii="Times New Roman" w:eastAsia="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DE1A8C"/>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DE1A8C"/>
    <w:pPr>
      <w:spacing w:after="0" w:line="240" w:lineRule="auto"/>
      <w:ind w:left="720"/>
      <w:jc w:val="both"/>
    </w:pPr>
    <w:rPr>
      <w:rFonts w:ascii="Arial" w:eastAsia="Times New Roman" w:hAnsi="Arial" w:cs="Times New Roman"/>
      <w:sz w:val="24"/>
      <w:szCs w:val="24"/>
      <w:lang w:eastAsia="es-ES"/>
    </w:rPr>
  </w:style>
  <w:style w:type="character" w:customStyle="1" w:styleId="Sangra3detindependienteCar">
    <w:name w:val="Sangría 3 de t. independiente Car"/>
    <w:basedOn w:val="Fuentedeprrafopredeter"/>
    <w:link w:val="Sangra3detindependiente"/>
    <w:rsid w:val="00DE1A8C"/>
    <w:rPr>
      <w:rFonts w:ascii="Arial" w:eastAsia="Times New Roman" w:hAnsi="Arial" w:cs="Times New Roman"/>
      <w:sz w:val="24"/>
      <w:szCs w:val="24"/>
      <w:lang w:eastAsia="es-ES"/>
    </w:rPr>
  </w:style>
  <w:style w:type="paragraph" w:customStyle="1" w:styleId="Textoindependiente21">
    <w:name w:val="Texto independiente 21"/>
    <w:basedOn w:val="Normal"/>
    <w:rsid w:val="00DE1A8C"/>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Predeterminado">
    <w:name w:val="Predeterminado"/>
    <w:link w:val="PredeterminadoCar"/>
    <w:rsid w:val="00DE1A8C"/>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DE1A8C"/>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DE1A8C"/>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DE1A8C"/>
    <w:pPr>
      <w:tabs>
        <w:tab w:val="center" w:pos="4512"/>
        <w:tab w:val="left" w:pos="7088"/>
      </w:tabs>
      <w:jc w:val="center"/>
    </w:pPr>
    <w:rPr>
      <w:rFonts w:ascii="Century Gothic" w:hAnsi="Century Gothic"/>
      <w:sz w:val="22"/>
      <w:szCs w:val="22"/>
    </w:rPr>
  </w:style>
  <w:style w:type="paragraph" w:styleId="Textodebloque">
    <w:name w:val="Block Text"/>
    <w:basedOn w:val="Normal"/>
    <w:rsid w:val="00DE1A8C"/>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DE1A8C"/>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DE1A8C"/>
    <w:pPr>
      <w:keepNext/>
      <w:numPr>
        <w:ilvl w:val="1"/>
      </w:numPr>
      <w:outlineLvl w:val="1"/>
    </w:pPr>
    <w:rPr>
      <w:b/>
    </w:rPr>
  </w:style>
  <w:style w:type="paragraph" w:customStyle="1" w:styleId="Cuerpodetextoconsangra">
    <w:name w:val="Cuerpo de texto con sangría"/>
    <w:basedOn w:val="Predeterminado"/>
    <w:rsid w:val="00DE1A8C"/>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DE1A8C"/>
    <w:pPr>
      <w:spacing w:after="0" w:line="240" w:lineRule="auto"/>
      <w:ind w:left="4252"/>
    </w:pPr>
    <w:rPr>
      <w:rFonts w:ascii="Times New Roman" w:eastAsia="Times New Roman" w:hAnsi="Times New Roman" w:cs="Times New Roman"/>
      <w:sz w:val="20"/>
      <w:szCs w:val="24"/>
      <w:lang w:eastAsia="es-ES"/>
    </w:rPr>
  </w:style>
  <w:style w:type="character" w:customStyle="1" w:styleId="CierreCar">
    <w:name w:val="Cierre Car"/>
    <w:basedOn w:val="Fuentedeprrafopredeter"/>
    <w:link w:val="Cierre"/>
    <w:rsid w:val="00DE1A8C"/>
    <w:rPr>
      <w:rFonts w:ascii="Times New Roman" w:eastAsia="Times New Roman" w:hAnsi="Times New Roman" w:cs="Times New Roman"/>
      <w:sz w:val="20"/>
      <w:szCs w:val="24"/>
      <w:lang w:eastAsia="es-ES"/>
    </w:rPr>
  </w:style>
  <w:style w:type="paragraph" w:customStyle="1" w:styleId="ListaCC">
    <w:name w:val="Lista CC."/>
    <w:basedOn w:val="Normal"/>
    <w:rsid w:val="00DE1A8C"/>
    <w:pPr>
      <w:spacing w:after="0" w:line="240" w:lineRule="auto"/>
    </w:pPr>
    <w:rPr>
      <w:rFonts w:ascii="Times New Roman" w:eastAsia="Times New Roman" w:hAnsi="Times New Roman" w:cs="Times New Roman"/>
      <w:sz w:val="20"/>
      <w:szCs w:val="24"/>
      <w:lang w:eastAsia="es-ES"/>
    </w:rPr>
  </w:style>
  <w:style w:type="paragraph" w:customStyle="1" w:styleId="Articulo">
    <w:name w:val="Articulo"/>
    <w:basedOn w:val="Normal"/>
    <w:next w:val="Normal"/>
    <w:autoRedefine/>
    <w:rsid w:val="00DE1A8C"/>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rsid w:val="00DE1A8C"/>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link w:val="SubttuloCar"/>
    <w:uiPriority w:val="11"/>
    <w:qFormat/>
    <w:rsid w:val="00DE1A8C"/>
    <w:pPr>
      <w:autoSpaceDE w:val="0"/>
      <w:autoSpaceDN w:val="0"/>
      <w:spacing w:after="0" w:line="240" w:lineRule="auto"/>
      <w:jc w:val="center"/>
    </w:pPr>
    <w:rPr>
      <w:rFonts w:ascii="Arial" w:eastAsia="Times New Roman" w:hAnsi="Arial" w:cs="Times New Roman"/>
      <w:b/>
      <w:sz w:val="32"/>
      <w:szCs w:val="24"/>
      <w:lang w:eastAsia="es-ES"/>
    </w:rPr>
  </w:style>
  <w:style w:type="character" w:customStyle="1" w:styleId="SubttuloCar">
    <w:name w:val="Subtítulo Car"/>
    <w:basedOn w:val="Fuentedeprrafopredeter"/>
    <w:link w:val="Subttulo"/>
    <w:uiPriority w:val="11"/>
    <w:rsid w:val="00DE1A8C"/>
    <w:rPr>
      <w:rFonts w:ascii="Arial" w:eastAsia="Times New Roman" w:hAnsi="Arial" w:cs="Times New Roman"/>
      <w:b/>
      <w:sz w:val="32"/>
      <w:szCs w:val="24"/>
      <w:lang w:eastAsia="es-ES"/>
    </w:rPr>
  </w:style>
  <w:style w:type="paragraph" w:customStyle="1" w:styleId="03dash">
    <w:name w:val="03 dash"/>
    <w:basedOn w:val="Normal"/>
    <w:rsid w:val="00DE1A8C"/>
    <w:pPr>
      <w:tabs>
        <w:tab w:val="left" w:pos="-142"/>
        <w:tab w:val="left" w:pos="284"/>
        <w:tab w:val="left" w:pos="1613"/>
        <w:tab w:val="num" w:pos="1656"/>
      </w:tabs>
      <w:spacing w:after="180" w:line="240" w:lineRule="auto"/>
      <w:ind w:left="1613" w:hanging="317"/>
      <w:outlineLvl w:val="7"/>
    </w:pPr>
    <w:rPr>
      <w:rFonts w:ascii="Arial" w:eastAsia="Times New Roman" w:hAnsi="Arial" w:cs="Times New Roman"/>
      <w:sz w:val="24"/>
      <w:szCs w:val="20"/>
      <w:lang w:val="es-ES_tradnl" w:eastAsia="es-ES"/>
    </w:rPr>
  </w:style>
  <w:style w:type="paragraph" w:customStyle="1" w:styleId="04dot">
    <w:name w:val="04 dot"/>
    <w:basedOn w:val="Normal"/>
    <w:rsid w:val="00DE1A8C"/>
    <w:pPr>
      <w:tabs>
        <w:tab w:val="left" w:pos="-142"/>
        <w:tab w:val="left" w:pos="284"/>
      </w:tabs>
      <w:spacing w:after="180" w:line="240" w:lineRule="auto"/>
      <w:ind w:left="1872" w:hanging="259"/>
      <w:outlineLvl w:val="8"/>
    </w:pPr>
    <w:rPr>
      <w:rFonts w:ascii="Arial" w:eastAsia="Times New Roman" w:hAnsi="Arial" w:cs="Times New Roman"/>
      <w:sz w:val="24"/>
      <w:szCs w:val="20"/>
      <w:lang w:val="es-ES_tradnl" w:eastAsia="es-ES"/>
    </w:rPr>
  </w:style>
  <w:style w:type="paragraph" w:customStyle="1" w:styleId="Punto">
    <w:name w:val="Punto"/>
    <w:basedOn w:val="Normal"/>
    <w:rsid w:val="00DE1A8C"/>
    <w:pPr>
      <w:tabs>
        <w:tab w:val="num" w:pos="1701"/>
      </w:tabs>
      <w:spacing w:after="60" w:line="240" w:lineRule="auto"/>
      <w:ind w:left="1701" w:hanging="567"/>
      <w:jc w:val="both"/>
    </w:pPr>
    <w:rPr>
      <w:rFonts w:ascii="Arial" w:eastAsia="Times New Roman" w:hAnsi="Arial" w:cs="Times New Roman"/>
      <w:sz w:val="24"/>
      <w:szCs w:val="20"/>
      <w:lang w:eastAsia="es-ES"/>
    </w:rPr>
  </w:style>
  <w:style w:type="paragraph" w:customStyle="1" w:styleId="60exhnormal">
    <w:name w:val="60 exh normal"/>
    <w:basedOn w:val="Normal"/>
    <w:rsid w:val="00DE1A8C"/>
    <w:pPr>
      <w:tabs>
        <w:tab w:val="num" w:pos="360"/>
      </w:tabs>
      <w:spacing w:after="0" w:line="240" w:lineRule="auto"/>
    </w:pPr>
    <w:rPr>
      <w:rFonts w:ascii="Arial" w:eastAsia="Times New Roman" w:hAnsi="Arial" w:cs="Times New Roman"/>
      <w:sz w:val="24"/>
      <w:szCs w:val="20"/>
      <w:lang w:val="en-US" w:eastAsia="es-ES"/>
    </w:rPr>
  </w:style>
  <w:style w:type="paragraph" w:customStyle="1" w:styleId="Capitulo">
    <w:name w:val="Capitulo"/>
    <w:basedOn w:val="Ttulo1"/>
    <w:autoRedefine/>
    <w:rsid w:val="00DE1A8C"/>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xl44">
    <w:name w:val="xl44"/>
    <w:basedOn w:val="Normal"/>
    <w:rsid w:val="00DE1A8C"/>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eastAsia="es-ES"/>
    </w:rPr>
  </w:style>
  <w:style w:type="paragraph" w:customStyle="1" w:styleId="Normalt">
    <w:name w:val="Normalt"/>
    <w:basedOn w:val="Normal"/>
    <w:rsid w:val="00DE1A8C"/>
    <w:pPr>
      <w:widowControl w:val="0"/>
      <w:spacing w:after="240" w:line="240" w:lineRule="auto"/>
    </w:pPr>
    <w:rPr>
      <w:rFonts w:ascii="Times" w:eastAsia="Times New Roman" w:hAnsi="Times" w:cs="Times New Roman"/>
      <w:szCs w:val="24"/>
      <w:lang w:eastAsia="es-ES"/>
    </w:rPr>
  </w:style>
  <w:style w:type="paragraph" w:customStyle="1" w:styleId="Textosinformato1">
    <w:name w:val="Texto sin formato1"/>
    <w:basedOn w:val="Normal"/>
    <w:rsid w:val="00DE1A8C"/>
    <w:pPr>
      <w:spacing w:after="0" w:line="240" w:lineRule="auto"/>
    </w:pPr>
    <w:rPr>
      <w:rFonts w:ascii="Courier New" w:eastAsia="Times New Roman" w:hAnsi="Courier New" w:cs="Times New Roman"/>
      <w:sz w:val="20"/>
      <w:szCs w:val="20"/>
      <w:lang w:eastAsia="es-ES"/>
    </w:rPr>
  </w:style>
  <w:style w:type="paragraph" w:customStyle="1" w:styleId="Textodebloque1">
    <w:name w:val="Texto de bloque1"/>
    <w:basedOn w:val="Normal"/>
    <w:rsid w:val="00DE1A8C"/>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ont5">
    <w:name w:val="font5"/>
    <w:basedOn w:val="Normal"/>
    <w:rsid w:val="00DE1A8C"/>
    <w:pPr>
      <w:spacing w:before="100" w:beforeAutospacing="1" w:after="100" w:afterAutospacing="1" w:line="240" w:lineRule="auto"/>
    </w:pPr>
    <w:rPr>
      <w:rFonts w:ascii="Arial" w:eastAsia="Arial Unicode MS" w:hAnsi="Arial" w:cs="Arial"/>
      <w:sz w:val="20"/>
      <w:szCs w:val="20"/>
      <w:lang w:eastAsia="es-ES"/>
    </w:rPr>
  </w:style>
  <w:style w:type="paragraph" w:customStyle="1" w:styleId="xl24">
    <w:name w:val="xl24"/>
    <w:basedOn w:val="Normal"/>
    <w:rsid w:val="00DE1A8C"/>
    <w:pPr>
      <w:spacing w:before="100" w:beforeAutospacing="1" w:after="100" w:afterAutospacing="1" w:line="240" w:lineRule="auto"/>
    </w:pPr>
    <w:rPr>
      <w:rFonts w:ascii="Arial" w:eastAsia="Arial Unicode MS" w:hAnsi="Arial" w:cs="Arial"/>
      <w:sz w:val="24"/>
      <w:szCs w:val="24"/>
      <w:lang w:eastAsia="es-ES"/>
    </w:rPr>
  </w:style>
  <w:style w:type="paragraph" w:customStyle="1" w:styleId="xl25">
    <w:name w:val="xl25"/>
    <w:basedOn w:val="Normal"/>
    <w:rsid w:val="00DE1A8C"/>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eastAsia="es-ES"/>
    </w:rPr>
  </w:style>
  <w:style w:type="paragraph" w:customStyle="1" w:styleId="xl26">
    <w:name w:val="xl26"/>
    <w:basedOn w:val="Normal"/>
    <w:rsid w:val="00DE1A8C"/>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eastAsia="es-ES"/>
    </w:rPr>
  </w:style>
  <w:style w:type="paragraph" w:customStyle="1" w:styleId="xl27">
    <w:name w:val="xl27"/>
    <w:basedOn w:val="Normal"/>
    <w:rsid w:val="00DE1A8C"/>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eastAsia="es-ES"/>
    </w:rPr>
  </w:style>
  <w:style w:type="paragraph" w:customStyle="1" w:styleId="xl28">
    <w:name w:val="xl28"/>
    <w:basedOn w:val="Normal"/>
    <w:rsid w:val="00DE1A8C"/>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eastAsia="es-ES"/>
    </w:rPr>
  </w:style>
  <w:style w:type="paragraph" w:customStyle="1" w:styleId="xl29">
    <w:name w:val="xl29"/>
    <w:basedOn w:val="Normal"/>
    <w:rsid w:val="00DE1A8C"/>
    <w:pPr>
      <w:shd w:val="clear" w:color="auto" w:fill="C0C0C0"/>
      <w:spacing w:before="100" w:beforeAutospacing="1" w:after="100" w:afterAutospacing="1" w:line="240" w:lineRule="auto"/>
      <w:jc w:val="both"/>
    </w:pPr>
    <w:rPr>
      <w:rFonts w:ascii="Arial" w:eastAsia="Arial Unicode MS" w:hAnsi="Arial" w:cs="Arial"/>
      <w:b/>
      <w:bCs/>
      <w:i/>
      <w:iCs/>
      <w:sz w:val="24"/>
      <w:szCs w:val="24"/>
      <w:lang w:eastAsia="es-ES"/>
    </w:rPr>
  </w:style>
  <w:style w:type="paragraph" w:customStyle="1" w:styleId="xl30">
    <w:name w:val="xl30"/>
    <w:basedOn w:val="Normal"/>
    <w:rsid w:val="00DE1A8C"/>
    <w:pPr>
      <w:spacing w:before="100" w:beforeAutospacing="1" w:after="100" w:afterAutospacing="1" w:line="240" w:lineRule="auto"/>
      <w:jc w:val="both"/>
    </w:pPr>
    <w:rPr>
      <w:rFonts w:ascii="Arial" w:eastAsia="Arial Unicode MS" w:hAnsi="Arial" w:cs="Arial"/>
      <w:b/>
      <w:bCs/>
      <w:i/>
      <w:iCs/>
      <w:sz w:val="24"/>
      <w:szCs w:val="24"/>
      <w:lang w:eastAsia="es-ES"/>
    </w:rPr>
  </w:style>
  <w:style w:type="paragraph" w:customStyle="1" w:styleId="xl31">
    <w:name w:val="xl31"/>
    <w:basedOn w:val="Normal"/>
    <w:rsid w:val="00DE1A8C"/>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32">
    <w:name w:val="xl32"/>
    <w:basedOn w:val="Normal"/>
    <w:rsid w:val="00DE1A8C"/>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33">
    <w:name w:val="xl3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eastAsia="es-ES"/>
    </w:rPr>
  </w:style>
  <w:style w:type="paragraph" w:customStyle="1" w:styleId="xl34">
    <w:name w:val="xl3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eastAsia="es-ES"/>
    </w:rPr>
  </w:style>
  <w:style w:type="paragraph" w:customStyle="1" w:styleId="xl35">
    <w:name w:val="xl3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36">
    <w:name w:val="xl3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eastAsia="es-ES"/>
    </w:rPr>
  </w:style>
  <w:style w:type="paragraph" w:customStyle="1" w:styleId="xl37">
    <w:name w:val="xl3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eastAsia="es-ES"/>
    </w:rPr>
  </w:style>
  <w:style w:type="paragraph" w:customStyle="1" w:styleId="xl38">
    <w:name w:val="xl3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39">
    <w:name w:val="xl39"/>
    <w:basedOn w:val="Normal"/>
    <w:rsid w:val="00DE1A8C"/>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eastAsia="es-ES"/>
    </w:rPr>
  </w:style>
  <w:style w:type="paragraph" w:customStyle="1" w:styleId="xl40">
    <w:name w:val="xl40"/>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eastAsia="es-ES"/>
    </w:rPr>
  </w:style>
  <w:style w:type="paragraph" w:customStyle="1" w:styleId="xl41">
    <w:name w:val="xl4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eastAsia="es-ES"/>
    </w:rPr>
  </w:style>
  <w:style w:type="paragraph" w:customStyle="1" w:styleId="marta3">
    <w:name w:val="marta 3"/>
    <w:basedOn w:val="Normal"/>
    <w:rsid w:val="00DE1A8C"/>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DE1A8C"/>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DE1A8C"/>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rsid w:val="00DE1A8C"/>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rsid w:val="00DE1A8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DE1A8C"/>
  </w:style>
  <w:style w:type="paragraph" w:customStyle="1" w:styleId="Char81">
    <w:name w:val="Char81"/>
    <w:basedOn w:val="Normal"/>
    <w:uiPriority w:val="99"/>
    <w:rsid w:val="00DE1A8C"/>
    <w:pPr>
      <w:spacing w:line="240" w:lineRule="exact"/>
    </w:pPr>
    <w:rPr>
      <w:rFonts w:ascii="Verdana" w:eastAsia="Times New Roman" w:hAnsi="Verdana" w:cs="Verdana"/>
      <w:sz w:val="20"/>
      <w:szCs w:val="20"/>
    </w:rPr>
  </w:style>
  <w:style w:type="character" w:customStyle="1" w:styleId="texttiny">
    <w:name w:val="texttiny"/>
    <w:basedOn w:val="Fuentedeprrafopredeter"/>
    <w:rsid w:val="00DE1A8C"/>
  </w:style>
  <w:style w:type="character" w:customStyle="1" w:styleId="i5">
    <w:name w:val="i5"/>
    <w:basedOn w:val="Fuentedeprrafopredeter"/>
    <w:rsid w:val="00DE1A8C"/>
  </w:style>
  <w:style w:type="paragraph" w:customStyle="1" w:styleId="MARITZA6">
    <w:name w:val="MARITZA6"/>
    <w:basedOn w:val="Normal"/>
    <w:rsid w:val="00DE1A8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DE1A8C"/>
    <w:pPr>
      <w:pBdr>
        <w:bottom w:val="single" w:sz="6" w:space="1" w:color="auto"/>
      </w:pBdr>
      <w:spacing w:after="0" w:line="240" w:lineRule="auto"/>
      <w:jc w:val="center"/>
    </w:pPr>
    <w:rPr>
      <w:rFonts w:ascii="Arial" w:eastAsia="Times New Roman" w:hAnsi="Arial" w:cs="Times New Roman"/>
      <w:vanish/>
      <w:sz w:val="16"/>
      <w:szCs w:val="16"/>
      <w:lang w:eastAsia="es-ES"/>
    </w:rPr>
  </w:style>
  <w:style w:type="character" w:customStyle="1" w:styleId="z-PrincipiodelformularioCar">
    <w:name w:val="z-Principio del formulario Car"/>
    <w:basedOn w:val="Fuentedeprrafopredeter"/>
    <w:link w:val="z-Principiodelformulario"/>
    <w:rsid w:val="00DE1A8C"/>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rsid w:val="00DE1A8C"/>
    <w:pPr>
      <w:pBdr>
        <w:top w:val="single" w:sz="6" w:space="1" w:color="auto"/>
      </w:pBdr>
      <w:spacing w:after="0" w:line="240" w:lineRule="auto"/>
      <w:jc w:val="center"/>
    </w:pPr>
    <w:rPr>
      <w:rFonts w:ascii="Arial" w:eastAsia="Times New Roman" w:hAnsi="Arial" w:cs="Times New Roman"/>
      <w:vanish/>
      <w:sz w:val="16"/>
      <w:szCs w:val="16"/>
      <w:lang w:eastAsia="es-ES"/>
    </w:rPr>
  </w:style>
  <w:style w:type="character" w:customStyle="1" w:styleId="z-FinaldelformularioCar">
    <w:name w:val="z-Final del formulario Car"/>
    <w:basedOn w:val="Fuentedeprrafopredeter"/>
    <w:link w:val="z-Finaldelformulario"/>
    <w:rsid w:val="00DE1A8C"/>
    <w:rPr>
      <w:rFonts w:ascii="Arial" w:eastAsia="Times New Roman" w:hAnsi="Arial" w:cs="Times New Roman"/>
      <w:vanish/>
      <w:sz w:val="16"/>
      <w:szCs w:val="16"/>
      <w:lang w:eastAsia="es-ES"/>
    </w:rPr>
  </w:style>
  <w:style w:type="character" w:customStyle="1" w:styleId="blub121">
    <w:name w:val="blub121"/>
    <w:rsid w:val="00DE1A8C"/>
    <w:rPr>
      <w:rFonts w:ascii="Arial" w:hAnsi="Arial" w:cs="Arial" w:hint="default"/>
      <w:b/>
      <w:bCs/>
      <w:color w:val="333399"/>
      <w:sz w:val="18"/>
      <w:szCs w:val="18"/>
    </w:rPr>
  </w:style>
  <w:style w:type="paragraph" w:customStyle="1" w:styleId="BodyText21">
    <w:name w:val="Body Text 21"/>
    <w:basedOn w:val="Normal"/>
    <w:rsid w:val="00DE1A8C"/>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DE1A8C"/>
    <w:rPr>
      <w:vanish/>
      <w:webHidden w:val="0"/>
    </w:rPr>
  </w:style>
  <w:style w:type="character" w:customStyle="1" w:styleId="CarCar6">
    <w:name w:val="Car Car6"/>
    <w:rsid w:val="00DE1A8C"/>
    <w:rPr>
      <w:sz w:val="24"/>
      <w:szCs w:val="24"/>
      <w:lang w:val="es-CO" w:eastAsia="es-ES" w:bidi="ar-SA"/>
    </w:rPr>
  </w:style>
  <w:style w:type="paragraph" w:customStyle="1" w:styleId="BodyText22">
    <w:name w:val="Body Text 22"/>
    <w:basedOn w:val="Normal"/>
    <w:rsid w:val="00DE1A8C"/>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rsid w:val="00DE1A8C"/>
    <w:rPr>
      <w:rFonts w:ascii="Verdana" w:hAnsi="Verdana" w:hint="default"/>
      <w:color w:val="223344"/>
      <w:sz w:val="20"/>
      <w:szCs w:val="20"/>
    </w:rPr>
  </w:style>
  <w:style w:type="character" w:customStyle="1" w:styleId="piproductsdesattvalue">
    <w:name w:val="piproductsdesattvalue"/>
    <w:rsid w:val="00DE1A8C"/>
    <w:rPr>
      <w:rFonts w:ascii="Verdana" w:hAnsi="Verdana" w:hint="default"/>
      <w:color w:val="000000"/>
      <w:sz w:val="20"/>
      <w:szCs w:val="20"/>
    </w:rPr>
  </w:style>
  <w:style w:type="character" w:customStyle="1" w:styleId="piproductsdesattbatterytype">
    <w:name w:val="piproductsdesattbatterytype"/>
    <w:rsid w:val="00DE1A8C"/>
    <w:rPr>
      <w:rFonts w:ascii="Verdana" w:hAnsi="Verdana" w:hint="default"/>
      <w:b/>
      <w:bCs/>
      <w:color w:val="592413"/>
      <w:sz w:val="20"/>
      <w:szCs w:val="20"/>
    </w:rPr>
  </w:style>
  <w:style w:type="paragraph" w:customStyle="1" w:styleId="Textoindependiente31">
    <w:name w:val="Texto independiente 31"/>
    <w:basedOn w:val="Normal"/>
    <w:rsid w:val="00DE1A8C"/>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pa9">
    <w:name w:val="pa9"/>
    <w:basedOn w:val="Normal"/>
    <w:rsid w:val="00DE1A8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DE1A8C"/>
  </w:style>
  <w:style w:type="paragraph" w:customStyle="1" w:styleId="Estndar">
    <w:name w:val="Estándar"/>
    <w:rsid w:val="00DE1A8C"/>
    <w:pPr>
      <w:spacing w:after="0" w:line="240" w:lineRule="auto"/>
    </w:pPr>
    <w:rPr>
      <w:rFonts w:ascii="Times New Roman" w:eastAsia="MS Mincho" w:hAnsi="Times New Roman" w:cs="Times New Roman"/>
      <w:snapToGrid w:val="0"/>
      <w:sz w:val="24"/>
      <w:szCs w:val="20"/>
      <w:lang w:val="es-ES" w:eastAsia="es-ES"/>
    </w:rPr>
  </w:style>
  <w:style w:type="paragraph" w:styleId="Encabezadodemensaje">
    <w:name w:val="Message Header"/>
    <w:basedOn w:val="Normal"/>
    <w:link w:val="EncabezadodemensajeCar"/>
    <w:rsid w:val="00DE1A8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eastAsia="es-ES"/>
    </w:rPr>
  </w:style>
  <w:style w:type="character" w:customStyle="1" w:styleId="EncabezadodemensajeCar">
    <w:name w:val="Encabezado de mensaje Car"/>
    <w:basedOn w:val="Fuentedeprrafopredeter"/>
    <w:link w:val="Encabezadodemensaje"/>
    <w:rsid w:val="00DE1A8C"/>
    <w:rPr>
      <w:rFonts w:ascii="Arial" w:eastAsia="Times New Roman" w:hAnsi="Arial" w:cs="Times New Roman"/>
      <w:sz w:val="24"/>
      <w:szCs w:val="24"/>
      <w:shd w:val="pct20" w:color="auto" w:fill="auto"/>
      <w:lang w:eastAsia="es-ES"/>
    </w:rPr>
  </w:style>
  <w:style w:type="paragraph" w:customStyle="1" w:styleId="Textoindependiente22">
    <w:name w:val="Texto independiente 22"/>
    <w:basedOn w:val="Normal"/>
    <w:rsid w:val="00DE1A8C"/>
    <w:pPr>
      <w:spacing w:after="0" w:line="240" w:lineRule="auto"/>
      <w:jc w:val="both"/>
    </w:pPr>
    <w:rPr>
      <w:rFonts w:ascii="Arial" w:eastAsia="Times New Roman" w:hAnsi="Arial" w:cs="Times New Roman"/>
      <w:sz w:val="24"/>
      <w:szCs w:val="20"/>
      <w:lang w:eastAsia="es-ES"/>
    </w:rPr>
  </w:style>
  <w:style w:type="paragraph" w:customStyle="1" w:styleId="toa">
    <w:name w:val="toa"/>
    <w:basedOn w:val="Normal"/>
    <w:rsid w:val="00DE1A8C"/>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paragraph" w:customStyle="1" w:styleId="cuerpotexto">
    <w:name w:val="cuerpotexto"/>
    <w:basedOn w:val="Normal"/>
    <w:rsid w:val="00DE1A8C"/>
    <w:pPr>
      <w:autoSpaceDE w:val="0"/>
      <w:autoSpaceDN w:val="0"/>
      <w:spacing w:before="28" w:after="28" w:line="210" w:lineRule="atLeast"/>
      <w:ind w:firstLine="283"/>
      <w:jc w:val="both"/>
    </w:pPr>
    <w:rPr>
      <w:rFonts w:ascii="Arial" w:eastAsia="Times New Roman" w:hAnsi="Arial" w:cs="Times New Roman"/>
      <w:color w:val="000000"/>
      <w:sz w:val="19"/>
      <w:szCs w:val="19"/>
      <w:lang w:eastAsia="es-ES"/>
    </w:rPr>
  </w:style>
  <w:style w:type="paragraph" w:customStyle="1" w:styleId="Sangradetextonormal2">
    <w:name w:val="Sangría de texto normal2"/>
    <w:basedOn w:val="Normal"/>
    <w:rsid w:val="00DE1A8C"/>
    <w:pPr>
      <w:autoSpaceDE w:val="0"/>
      <w:autoSpaceDN w:val="0"/>
      <w:spacing w:after="0" w:line="240" w:lineRule="auto"/>
      <w:ind w:left="426"/>
      <w:jc w:val="both"/>
    </w:pPr>
    <w:rPr>
      <w:rFonts w:ascii="Arial" w:eastAsia="Times New Roman" w:hAnsi="Arial" w:cs="Arial"/>
      <w:sz w:val="24"/>
      <w:szCs w:val="24"/>
      <w:lang w:eastAsia="es-ES"/>
    </w:rPr>
  </w:style>
  <w:style w:type="paragraph" w:styleId="Firma">
    <w:name w:val="Signature"/>
    <w:basedOn w:val="Normal"/>
    <w:link w:val="FirmaCar"/>
    <w:rsid w:val="00DE1A8C"/>
    <w:pPr>
      <w:spacing w:after="0" w:line="240" w:lineRule="auto"/>
      <w:ind w:left="4252"/>
    </w:pPr>
    <w:rPr>
      <w:rFonts w:ascii="Arial" w:eastAsia="Times New Roman" w:hAnsi="Arial" w:cs="Times New Roman"/>
      <w:sz w:val="24"/>
      <w:szCs w:val="24"/>
      <w:lang w:eastAsia="es-ES"/>
    </w:rPr>
  </w:style>
  <w:style w:type="character" w:customStyle="1" w:styleId="FirmaCar">
    <w:name w:val="Firma Car"/>
    <w:basedOn w:val="Fuentedeprrafopredeter"/>
    <w:link w:val="Firma"/>
    <w:rsid w:val="00DE1A8C"/>
    <w:rPr>
      <w:rFonts w:ascii="Arial" w:eastAsia="Times New Roman" w:hAnsi="Arial" w:cs="Times New Roman"/>
      <w:sz w:val="24"/>
      <w:szCs w:val="24"/>
      <w:lang w:eastAsia="es-ES"/>
    </w:rPr>
  </w:style>
  <w:style w:type="paragraph" w:customStyle="1" w:styleId="Firmapuesto">
    <w:name w:val="Firma puesto"/>
    <w:basedOn w:val="Firma"/>
    <w:rsid w:val="00DE1A8C"/>
  </w:style>
  <w:style w:type="paragraph" w:customStyle="1" w:styleId="Firmaorganizacin">
    <w:name w:val="Firma organización"/>
    <w:basedOn w:val="Firma"/>
    <w:rsid w:val="00DE1A8C"/>
  </w:style>
  <w:style w:type="paragraph" w:customStyle="1" w:styleId="Captulo">
    <w:name w:val="Capítulo"/>
    <w:basedOn w:val="Normal"/>
    <w:autoRedefine/>
    <w:rsid w:val="00DE1A8C"/>
    <w:pPr>
      <w:shd w:val="solid" w:color="auto" w:fill="FFFFFF"/>
      <w:spacing w:after="0" w:line="240" w:lineRule="auto"/>
      <w:jc w:val="center"/>
    </w:pPr>
    <w:rPr>
      <w:rFonts w:ascii="Arial" w:eastAsia="Times New Roman" w:hAnsi="Arial" w:cs="Arial"/>
      <w:b/>
      <w:bCs/>
      <w:color w:val="FFFFFF"/>
      <w:sz w:val="28"/>
      <w:szCs w:val="28"/>
      <w:lang w:eastAsia="es-ES"/>
    </w:rPr>
  </w:style>
  <w:style w:type="paragraph" w:customStyle="1" w:styleId="maincontent">
    <w:name w:val="maincontent"/>
    <w:basedOn w:val="Normal"/>
    <w:rsid w:val="00DE1A8C"/>
    <w:pPr>
      <w:spacing w:before="100" w:beforeAutospacing="1" w:after="100" w:afterAutospacing="1" w:line="255" w:lineRule="atLeast"/>
      <w:jc w:val="both"/>
    </w:pPr>
    <w:rPr>
      <w:rFonts w:ascii="Verdana" w:eastAsia="Times New Roman" w:hAnsi="Verdana" w:cs="Times New Roman"/>
      <w:color w:val="333333"/>
      <w:sz w:val="18"/>
      <w:szCs w:val="18"/>
      <w:lang w:eastAsia="es-ES"/>
    </w:rPr>
  </w:style>
  <w:style w:type="paragraph" w:customStyle="1" w:styleId="epgrafe">
    <w:name w:val="epígrafe"/>
    <w:basedOn w:val="Normal"/>
    <w:rsid w:val="00DE1A8C"/>
    <w:pPr>
      <w:spacing w:after="0" w:line="240" w:lineRule="auto"/>
    </w:pPr>
    <w:rPr>
      <w:rFonts w:ascii="Courier New" w:eastAsia="Times New Roman" w:hAnsi="Courier New" w:cs="Times New Roman"/>
      <w:sz w:val="24"/>
      <w:szCs w:val="20"/>
      <w:lang w:val="es-ES_tradnl" w:eastAsia="es-ES"/>
    </w:rPr>
  </w:style>
  <w:style w:type="paragraph" w:styleId="Mapadeldocumento">
    <w:name w:val="Document Map"/>
    <w:basedOn w:val="Normal"/>
    <w:link w:val="MapadeldocumentoCar"/>
    <w:rsid w:val="00DE1A8C"/>
    <w:pPr>
      <w:shd w:val="clear" w:color="auto" w:fill="000080"/>
      <w:spacing w:after="0" w:line="240" w:lineRule="auto"/>
    </w:pPr>
    <w:rPr>
      <w:rFonts w:ascii="Tahoma" w:eastAsia="Times New Roman" w:hAnsi="Tahoma" w:cs="Times New Roman"/>
      <w:sz w:val="24"/>
      <w:szCs w:val="20"/>
      <w:lang w:eastAsia="es-ES"/>
    </w:rPr>
  </w:style>
  <w:style w:type="character" w:customStyle="1" w:styleId="MapadeldocumentoCar">
    <w:name w:val="Mapa del documento Car"/>
    <w:basedOn w:val="Fuentedeprrafopredeter"/>
    <w:link w:val="Mapadeldocumento"/>
    <w:rsid w:val="00DE1A8C"/>
    <w:rPr>
      <w:rFonts w:ascii="Tahoma" w:eastAsia="Times New Roman" w:hAnsi="Tahoma" w:cs="Times New Roman"/>
      <w:sz w:val="24"/>
      <w:szCs w:val="20"/>
      <w:shd w:val="clear" w:color="auto" w:fill="000080"/>
      <w:lang w:eastAsia="es-ES"/>
    </w:rPr>
  </w:style>
  <w:style w:type="paragraph" w:customStyle="1" w:styleId="ListaCc0">
    <w:name w:val="Lista Cc."/>
    <w:basedOn w:val="Normal"/>
    <w:rsid w:val="00DE1A8C"/>
    <w:pPr>
      <w:spacing w:after="0" w:line="240" w:lineRule="auto"/>
    </w:pPr>
    <w:rPr>
      <w:rFonts w:ascii="Times New Roman" w:eastAsia="Times New Roman" w:hAnsi="Times New Roman" w:cs="Times New Roman"/>
      <w:sz w:val="20"/>
      <w:szCs w:val="20"/>
      <w:lang w:val="es-ES_tradnl" w:eastAsia="es-ES"/>
    </w:rPr>
  </w:style>
  <w:style w:type="paragraph" w:customStyle="1" w:styleId="font0">
    <w:name w:val="font0"/>
    <w:basedOn w:val="Normal"/>
    <w:rsid w:val="00DE1A8C"/>
    <w:pPr>
      <w:spacing w:before="100" w:beforeAutospacing="1" w:after="100" w:afterAutospacing="1" w:line="240" w:lineRule="auto"/>
    </w:pPr>
    <w:rPr>
      <w:rFonts w:ascii="Arial" w:eastAsia="Arial Unicode MS" w:hAnsi="Arial" w:cs="Arial"/>
      <w:sz w:val="20"/>
      <w:szCs w:val="20"/>
      <w:lang w:eastAsia="es-ES"/>
    </w:rPr>
  </w:style>
  <w:style w:type="paragraph" w:customStyle="1" w:styleId="font6">
    <w:name w:val="font6"/>
    <w:basedOn w:val="Normal"/>
    <w:rsid w:val="00DE1A8C"/>
    <w:pPr>
      <w:spacing w:before="100" w:beforeAutospacing="1" w:after="100" w:afterAutospacing="1" w:line="240" w:lineRule="auto"/>
    </w:pPr>
    <w:rPr>
      <w:rFonts w:ascii="Arial" w:eastAsia="Arial Unicode MS" w:hAnsi="Arial" w:cs="Arial"/>
      <w:b/>
      <w:bCs/>
      <w:color w:val="000000"/>
      <w:sz w:val="20"/>
      <w:szCs w:val="20"/>
      <w:lang w:eastAsia="es-ES"/>
    </w:rPr>
  </w:style>
  <w:style w:type="paragraph" w:customStyle="1" w:styleId="font7">
    <w:name w:val="font7"/>
    <w:basedOn w:val="Normal"/>
    <w:rsid w:val="00DE1A8C"/>
    <w:pPr>
      <w:spacing w:before="100" w:beforeAutospacing="1" w:after="100" w:afterAutospacing="1" w:line="240" w:lineRule="auto"/>
    </w:pPr>
    <w:rPr>
      <w:rFonts w:ascii="Arial" w:eastAsia="Arial Unicode MS" w:hAnsi="Arial" w:cs="Arial"/>
      <w:sz w:val="20"/>
      <w:szCs w:val="20"/>
      <w:lang w:eastAsia="es-ES"/>
    </w:rPr>
  </w:style>
  <w:style w:type="paragraph" w:customStyle="1" w:styleId="xl42">
    <w:name w:val="xl42"/>
    <w:basedOn w:val="Normal"/>
    <w:rsid w:val="00DE1A8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eastAsia="es-ES"/>
    </w:rPr>
  </w:style>
  <w:style w:type="paragraph" w:customStyle="1" w:styleId="xl43">
    <w:name w:val="xl43"/>
    <w:basedOn w:val="Normal"/>
    <w:rsid w:val="00DE1A8C"/>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4"/>
      <w:szCs w:val="24"/>
      <w:lang w:eastAsia="es-ES"/>
    </w:rPr>
  </w:style>
  <w:style w:type="paragraph" w:customStyle="1" w:styleId="xl45">
    <w:name w:val="xl45"/>
    <w:basedOn w:val="Normal"/>
    <w:rsid w:val="00DE1A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eastAsia="es-ES"/>
    </w:rPr>
  </w:style>
  <w:style w:type="paragraph" w:customStyle="1" w:styleId="xl46">
    <w:name w:val="xl4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0"/>
      <w:szCs w:val="20"/>
      <w:lang w:eastAsia="es-ES"/>
    </w:rPr>
  </w:style>
  <w:style w:type="paragraph" w:customStyle="1" w:styleId="xl47">
    <w:name w:val="xl4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eastAsia="es-ES"/>
    </w:rPr>
  </w:style>
  <w:style w:type="paragraph" w:customStyle="1" w:styleId="xl48">
    <w:name w:val="xl48"/>
    <w:basedOn w:val="Normal"/>
    <w:rsid w:val="00DE1A8C"/>
    <w:pPr>
      <w:pBdr>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eastAsia="es-ES"/>
    </w:rPr>
  </w:style>
  <w:style w:type="paragraph" w:customStyle="1" w:styleId="xl49">
    <w:name w:val="xl4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000000"/>
      <w:sz w:val="20"/>
      <w:szCs w:val="20"/>
      <w:lang w:eastAsia="es-ES"/>
    </w:rPr>
  </w:style>
  <w:style w:type="paragraph" w:customStyle="1" w:styleId="xl50">
    <w:name w:val="xl50"/>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eastAsia="es-ES"/>
    </w:rPr>
  </w:style>
  <w:style w:type="paragraph" w:customStyle="1" w:styleId="xl51">
    <w:name w:val="xl5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eastAsia="es-ES"/>
    </w:rPr>
  </w:style>
  <w:style w:type="paragraph" w:customStyle="1" w:styleId="xl52">
    <w:name w:val="xl5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i/>
      <w:iCs/>
      <w:sz w:val="24"/>
      <w:szCs w:val="24"/>
      <w:lang w:eastAsia="es-ES"/>
    </w:rPr>
  </w:style>
  <w:style w:type="paragraph" w:customStyle="1" w:styleId="xl53">
    <w:name w:val="xl5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4"/>
      <w:szCs w:val="24"/>
      <w:lang w:eastAsia="es-ES"/>
    </w:rPr>
  </w:style>
  <w:style w:type="paragraph" w:customStyle="1" w:styleId="xl54">
    <w:name w:val="xl5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55">
    <w:name w:val="xl5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i/>
      <w:iCs/>
      <w:sz w:val="24"/>
      <w:szCs w:val="24"/>
      <w:lang w:eastAsia="es-ES"/>
    </w:rPr>
  </w:style>
  <w:style w:type="paragraph" w:customStyle="1" w:styleId="xl56">
    <w:name w:val="xl56"/>
    <w:basedOn w:val="Normal"/>
    <w:rsid w:val="00DE1A8C"/>
    <w:pPr>
      <w:spacing w:before="100" w:beforeAutospacing="1" w:after="100" w:afterAutospacing="1" w:line="240" w:lineRule="auto"/>
      <w:textAlignment w:val="center"/>
    </w:pPr>
    <w:rPr>
      <w:rFonts w:ascii="Arial Unicode MS" w:eastAsia="Arial Unicode MS" w:hAnsi="Arial Unicode MS" w:cs="MS Mincho"/>
      <w:sz w:val="24"/>
      <w:szCs w:val="24"/>
      <w:lang w:eastAsia="es-ES"/>
    </w:rPr>
  </w:style>
  <w:style w:type="paragraph" w:customStyle="1" w:styleId="xl57">
    <w:name w:val="xl5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18"/>
      <w:szCs w:val="18"/>
      <w:lang w:eastAsia="es-ES"/>
    </w:rPr>
  </w:style>
  <w:style w:type="paragraph" w:customStyle="1" w:styleId="xl58">
    <w:name w:val="xl5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20"/>
      <w:szCs w:val="20"/>
      <w:lang w:eastAsia="es-ES"/>
    </w:rPr>
  </w:style>
  <w:style w:type="paragraph" w:customStyle="1" w:styleId="font8">
    <w:name w:val="font8"/>
    <w:basedOn w:val="Normal"/>
    <w:rsid w:val="00DE1A8C"/>
    <w:pPr>
      <w:spacing w:before="100" w:beforeAutospacing="1" w:after="100" w:afterAutospacing="1" w:line="240" w:lineRule="auto"/>
    </w:pPr>
    <w:rPr>
      <w:rFonts w:ascii="Arial" w:eastAsia="Arial Unicode MS" w:hAnsi="Arial" w:cs="Arial"/>
      <w:color w:val="000000"/>
      <w:sz w:val="20"/>
      <w:szCs w:val="20"/>
      <w:lang w:eastAsia="es-ES"/>
    </w:rPr>
  </w:style>
  <w:style w:type="paragraph" w:customStyle="1" w:styleId="NormalSencillo">
    <w:name w:val="Normal Sencillo"/>
    <w:basedOn w:val="Normal"/>
    <w:next w:val="Normal"/>
    <w:rsid w:val="00DE1A8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xl59">
    <w:name w:val="xl59"/>
    <w:basedOn w:val="Normal"/>
    <w:rsid w:val="00DE1A8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Arial Unicode MS" w:hAnsi="Arial" w:cs="Arial"/>
      <w:sz w:val="24"/>
      <w:szCs w:val="24"/>
      <w:lang w:eastAsia="es-ES"/>
    </w:rPr>
  </w:style>
  <w:style w:type="paragraph" w:customStyle="1" w:styleId="xl60">
    <w:name w:val="xl60"/>
    <w:basedOn w:val="Normal"/>
    <w:rsid w:val="00DE1A8C"/>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eastAsia="es-ES"/>
    </w:rPr>
  </w:style>
  <w:style w:type="paragraph" w:customStyle="1" w:styleId="xl61">
    <w:name w:val="xl61"/>
    <w:basedOn w:val="Normal"/>
    <w:rsid w:val="00DE1A8C"/>
    <w:pPr>
      <w:pBdr>
        <w:bottom w:val="single" w:sz="4" w:space="0" w:color="auto"/>
      </w:pBdr>
      <w:spacing w:before="100" w:beforeAutospacing="1" w:after="100" w:afterAutospacing="1" w:line="240" w:lineRule="auto"/>
      <w:textAlignment w:val="center"/>
    </w:pPr>
    <w:rPr>
      <w:rFonts w:ascii="Arial" w:eastAsia="Arial Unicode MS" w:hAnsi="Arial" w:cs="Arial"/>
      <w:b/>
      <w:bCs/>
      <w:color w:val="000000"/>
      <w:sz w:val="16"/>
      <w:szCs w:val="16"/>
      <w:lang w:eastAsia="es-ES"/>
    </w:rPr>
  </w:style>
  <w:style w:type="paragraph" w:customStyle="1" w:styleId="xl62">
    <w:name w:val="xl62"/>
    <w:basedOn w:val="Normal"/>
    <w:rsid w:val="00DE1A8C"/>
    <w:pPr>
      <w:pBdr>
        <w:bottom w:val="single" w:sz="4" w:space="0" w:color="auto"/>
        <w:right w:val="single" w:sz="12" w:space="0" w:color="auto"/>
      </w:pBdr>
      <w:spacing w:before="100" w:beforeAutospacing="1" w:after="100" w:afterAutospacing="1" w:line="240" w:lineRule="auto"/>
      <w:textAlignment w:val="center"/>
    </w:pPr>
    <w:rPr>
      <w:rFonts w:ascii="Arial" w:eastAsia="Arial Unicode MS" w:hAnsi="Arial" w:cs="Arial"/>
      <w:b/>
      <w:bCs/>
      <w:color w:val="000000"/>
      <w:sz w:val="16"/>
      <w:szCs w:val="16"/>
      <w:lang w:eastAsia="es-ES"/>
    </w:rPr>
  </w:style>
  <w:style w:type="paragraph" w:customStyle="1" w:styleId="xl63">
    <w:name w:val="xl63"/>
    <w:basedOn w:val="Normal"/>
    <w:rsid w:val="00DE1A8C"/>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16"/>
      <w:szCs w:val="16"/>
      <w:lang w:eastAsia="es-ES"/>
    </w:rPr>
  </w:style>
  <w:style w:type="paragraph" w:customStyle="1" w:styleId="xl64">
    <w:name w:val="xl64"/>
    <w:basedOn w:val="Normal"/>
    <w:rsid w:val="00DE1A8C"/>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line="240" w:lineRule="auto"/>
      <w:jc w:val="both"/>
    </w:pPr>
    <w:rPr>
      <w:rFonts w:ascii="Arial" w:eastAsia="Arial Unicode MS" w:hAnsi="Arial" w:cs="Arial"/>
      <w:b/>
      <w:bCs/>
      <w:sz w:val="24"/>
      <w:szCs w:val="24"/>
      <w:lang w:eastAsia="es-ES"/>
    </w:rPr>
  </w:style>
  <w:style w:type="paragraph" w:customStyle="1" w:styleId="xl65">
    <w:name w:val="xl65"/>
    <w:basedOn w:val="Normal"/>
    <w:rsid w:val="00DE1A8C"/>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line="240" w:lineRule="auto"/>
      <w:jc w:val="both"/>
      <w:textAlignment w:val="center"/>
    </w:pPr>
    <w:rPr>
      <w:rFonts w:ascii="Arial" w:eastAsia="Arial Unicode MS" w:hAnsi="Arial" w:cs="Arial"/>
      <w:b/>
      <w:bCs/>
      <w:sz w:val="16"/>
      <w:szCs w:val="16"/>
      <w:lang w:eastAsia="es-ES"/>
    </w:rPr>
  </w:style>
  <w:style w:type="paragraph" w:customStyle="1" w:styleId="xl66">
    <w:name w:val="xl66"/>
    <w:basedOn w:val="Normal"/>
    <w:rsid w:val="00DE1A8C"/>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line="240" w:lineRule="auto"/>
      <w:jc w:val="both"/>
      <w:textAlignment w:val="center"/>
    </w:pPr>
    <w:rPr>
      <w:rFonts w:ascii="Arial" w:eastAsia="Arial Unicode MS" w:hAnsi="Arial" w:cs="Arial"/>
      <w:b/>
      <w:bCs/>
      <w:sz w:val="16"/>
      <w:szCs w:val="16"/>
      <w:lang w:eastAsia="es-ES"/>
    </w:rPr>
  </w:style>
  <w:style w:type="paragraph" w:customStyle="1" w:styleId="xl67">
    <w:name w:val="xl67"/>
    <w:basedOn w:val="Normal"/>
    <w:rsid w:val="00DE1A8C"/>
    <w:pPr>
      <w:pBdr>
        <w:right w:val="single" w:sz="4"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eastAsia="es-ES"/>
    </w:rPr>
  </w:style>
  <w:style w:type="paragraph" w:customStyle="1" w:styleId="xl68">
    <w:name w:val="xl68"/>
    <w:basedOn w:val="Normal"/>
    <w:rsid w:val="00DE1A8C"/>
    <w:pPr>
      <w:pBdr>
        <w:top w:val="single" w:sz="8" w:space="0" w:color="auto"/>
        <w:left w:val="single" w:sz="4" w:space="0" w:color="auto"/>
        <w:bottom w:val="dashed" w:sz="4" w:space="0" w:color="auto"/>
        <w:right w:val="single" w:sz="4" w:space="0" w:color="auto"/>
      </w:pBdr>
      <w:spacing w:before="100" w:beforeAutospacing="1" w:after="100" w:afterAutospacing="1" w:line="240" w:lineRule="auto"/>
      <w:jc w:val="both"/>
    </w:pPr>
    <w:rPr>
      <w:rFonts w:ascii="Garamond" w:eastAsia="Arial Unicode MS" w:hAnsi="Garamond" w:cs="Arial Unicode MS"/>
      <w:sz w:val="16"/>
      <w:szCs w:val="16"/>
      <w:lang w:eastAsia="es-ES"/>
    </w:rPr>
  </w:style>
  <w:style w:type="paragraph" w:customStyle="1" w:styleId="xl69">
    <w:name w:val="xl69"/>
    <w:basedOn w:val="Normal"/>
    <w:rsid w:val="00DE1A8C"/>
    <w:pPr>
      <w:pBdr>
        <w:left w:val="single" w:sz="4" w:space="0" w:color="auto"/>
        <w:right w:val="single" w:sz="12"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eastAsia="es-ES"/>
    </w:rPr>
  </w:style>
  <w:style w:type="paragraph" w:customStyle="1" w:styleId="xl70">
    <w:name w:val="xl70"/>
    <w:basedOn w:val="Normal"/>
    <w:rsid w:val="00DE1A8C"/>
    <w:pPr>
      <w:pBdr>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eastAsia="es-ES"/>
    </w:rPr>
  </w:style>
  <w:style w:type="paragraph" w:customStyle="1" w:styleId="xl71">
    <w:name w:val="xl71"/>
    <w:basedOn w:val="Normal"/>
    <w:rsid w:val="00DE1A8C"/>
    <w:pPr>
      <w:pBdr>
        <w:left w:val="single" w:sz="12" w:space="0" w:color="auto"/>
        <w:right w:val="single" w:sz="8" w:space="0" w:color="auto"/>
      </w:pBdr>
      <w:spacing w:before="100" w:beforeAutospacing="1" w:after="100" w:afterAutospacing="1" w:line="240" w:lineRule="auto"/>
      <w:jc w:val="center"/>
    </w:pPr>
    <w:rPr>
      <w:rFonts w:ascii="Garamond" w:eastAsia="Arial Unicode MS" w:hAnsi="Garamond" w:cs="Arial Unicode MS"/>
      <w:b/>
      <w:bCs/>
      <w:sz w:val="16"/>
      <w:szCs w:val="16"/>
      <w:lang w:eastAsia="es-ES"/>
    </w:rPr>
  </w:style>
  <w:style w:type="paragraph" w:customStyle="1" w:styleId="xl72">
    <w:name w:val="xl72"/>
    <w:basedOn w:val="Normal"/>
    <w:rsid w:val="00DE1A8C"/>
    <w:pPr>
      <w:pBdr>
        <w:top w:val="single" w:sz="12" w:space="0" w:color="auto"/>
        <w:bottom w:val="single" w:sz="12" w:space="0" w:color="auto"/>
      </w:pBdr>
      <w:spacing w:before="100" w:beforeAutospacing="1" w:after="100" w:afterAutospacing="1" w:line="240" w:lineRule="auto"/>
      <w:jc w:val="center"/>
    </w:pPr>
    <w:rPr>
      <w:rFonts w:ascii="Garamond" w:eastAsia="Arial Unicode MS" w:hAnsi="Garamond" w:cs="Arial Unicode MS"/>
      <w:b/>
      <w:bCs/>
      <w:sz w:val="16"/>
      <w:szCs w:val="16"/>
      <w:lang w:eastAsia="es-ES"/>
    </w:rPr>
  </w:style>
  <w:style w:type="paragraph" w:customStyle="1" w:styleId="xl73">
    <w:name w:val="xl73"/>
    <w:basedOn w:val="Normal"/>
    <w:rsid w:val="00DE1A8C"/>
    <w:pPr>
      <w:pBdr>
        <w:top w:val="single" w:sz="12" w:space="0" w:color="auto"/>
      </w:pBdr>
      <w:spacing w:before="100" w:beforeAutospacing="1" w:after="100" w:afterAutospacing="1" w:line="240" w:lineRule="auto"/>
      <w:jc w:val="both"/>
    </w:pPr>
    <w:rPr>
      <w:rFonts w:ascii="Garamond" w:eastAsia="Arial Unicode MS" w:hAnsi="Garamond" w:cs="Arial Unicode MS"/>
      <w:sz w:val="16"/>
      <w:szCs w:val="16"/>
      <w:lang w:eastAsia="es-ES"/>
    </w:rPr>
  </w:style>
  <w:style w:type="paragraph" w:customStyle="1" w:styleId="xl75">
    <w:name w:val="xl75"/>
    <w:basedOn w:val="Normal"/>
    <w:rsid w:val="00DE1A8C"/>
    <w:pPr>
      <w:pBdr>
        <w:right w:val="single" w:sz="4" w:space="0" w:color="auto"/>
      </w:pBdr>
      <w:spacing w:before="100" w:beforeAutospacing="1" w:after="100" w:afterAutospacing="1" w:line="240" w:lineRule="auto"/>
      <w:jc w:val="center"/>
      <w:textAlignment w:val="center"/>
    </w:pPr>
    <w:rPr>
      <w:rFonts w:ascii="Garamond" w:eastAsia="Arial Unicode MS" w:hAnsi="Garamond" w:cs="Arial Unicode MS"/>
      <w:b/>
      <w:bCs/>
      <w:sz w:val="18"/>
      <w:szCs w:val="18"/>
      <w:lang w:eastAsia="es-ES"/>
    </w:rPr>
  </w:style>
  <w:style w:type="paragraph" w:customStyle="1" w:styleId="xl74">
    <w:name w:val="xl74"/>
    <w:basedOn w:val="Normal"/>
    <w:rsid w:val="00DE1A8C"/>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76">
    <w:name w:val="xl76"/>
    <w:basedOn w:val="Normal"/>
    <w:rsid w:val="00DE1A8C"/>
    <w:pPr>
      <w:pBdr>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26"/>
      <w:szCs w:val="26"/>
      <w:lang w:eastAsia="es-ES"/>
    </w:rPr>
  </w:style>
  <w:style w:type="paragraph" w:customStyle="1" w:styleId="xl77">
    <w:name w:val="xl77"/>
    <w:basedOn w:val="Normal"/>
    <w:rsid w:val="00DE1A8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26"/>
      <w:szCs w:val="26"/>
      <w:lang w:eastAsia="es-ES"/>
    </w:rPr>
  </w:style>
  <w:style w:type="paragraph" w:customStyle="1" w:styleId="xl78">
    <w:name w:val="xl78"/>
    <w:basedOn w:val="Normal"/>
    <w:rsid w:val="00DE1A8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Arial Unicode MS" w:hAnsi="Arial" w:cs="Arial"/>
      <w:sz w:val="24"/>
      <w:szCs w:val="24"/>
      <w:lang w:eastAsia="es-ES"/>
    </w:rPr>
  </w:style>
  <w:style w:type="paragraph" w:customStyle="1" w:styleId="xl79">
    <w:name w:val="xl79"/>
    <w:basedOn w:val="Normal"/>
    <w:rsid w:val="00DE1A8C"/>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line="240" w:lineRule="auto"/>
      <w:jc w:val="center"/>
    </w:pPr>
    <w:rPr>
      <w:rFonts w:ascii="Arial" w:eastAsia="Arial Unicode MS" w:hAnsi="Arial" w:cs="Arial"/>
      <w:b/>
      <w:bCs/>
      <w:sz w:val="26"/>
      <w:szCs w:val="26"/>
      <w:lang w:eastAsia="es-ES"/>
    </w:rPr>
  </w:style>
  <w:style w:type="paragraph" w:customStyle="1" w:styleId="xl80">
    <w:name w:val="xl80"/>
    <w:basedOn w:val="Normal"/>
    <w:rsid w:val="00DE1A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Arial Unicode MS" w:hAnsi="Arial" w:cs="Arial"/>
      <w:sz w:val="24"/>
      <w:szCs w:val="24"/>
      <w:lang w:eastAsia="es-ES"/>
    </w:rPr>
  </w:style>
  <w:style w:type="paragraph" w:customStyle="1" w:styleId="xl81">
    <w:name w:val="xl81"/>
    <w:basedOn w:val="Normal"/>
    <w:rsid w:val="00DE1A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color w:val="FF6600"/>
      <w:sz w:val="26"/>
      <w:szCs w:val="26"/>
      <w:lang w:eastAsia="es-ES"/>
    </w:rPr>
  </w:style>
  <w:style w:type="paragraph" w:customStyle="1" w:styleId="xl82">
    <w:name w:val="xl82"/>
    <w:basedOn w:val="Normal"/>
    <w:rsid w:val="00DE1A8C"/>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line="240" w:lineRule="auto"/>
      <w:jc w:val="center"/>
    </w:pPr>
    <w:rPr>
      <w:rFonts w:ascii="Arial" w:eastAsia="Arial Unicode MS" w:hAnsi="Arial" w:cs="Arial"/>
      <w:b/>
      <w:bCs/>
      <w:sz w:val="26"/>
      <w:szCs w:val="26"/>
      <w:lang w:eastAsia="es-ES"/>
    </w:rPr>
  </w:style>
  <w:style w:type="paragraph" w:customStyle="1" w:styleId="xl83">
    <w:name w:val="xl83"/>
    <w:basedOn w:val="Normal"/>
    <w:rsid w:val="00DE1A8C"/>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84">
    <w:name w:val="xl84"/>
    <w:basedOn w:val="Normal"/>
    <w:rsid w:val="00DE1A8C"/>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Arial Unicode MS" w:hAnsi="Arial" w:cs="Arial"/>
      <w:b/>
      <w:bCs/>
      <w:sz w:val="26"/>
      <w:szCs w:val="26"/>
      <w:lang w:eastAsia="es-ES"/>
    </w:rPr>
  </w:style>
  <w:style w:type="paragraph" w:customStyle="1" w:styleId="xl85">
    <w:name w:val="xl85"/>
    <w:basedOn w:val="Normal"/>
    <w:rsid w:val="00DE1A8C"/>
    <w:pPr>
      <w:pBdr>
        <w:top w:val="single" w:sz="4" w:space="0" w:color="auto"/>
        <w:left w:val="single" w:sz="4" w:space="0" w:color="auto"/>
        <w:bottom w:val="single" w:sz="8" w:space="0" w:color="auto"/>
      </w:pBdr>
      <w:shd w:val="clear" w:color="auto" w:fill="FFFFFF"/>
      <w:spacing w:before="100" w:beforeAutospacing="1" w:after="100" w:afterAutospacing="1" w:line="240" w:lineRule="auto"/>
      <w:jc w:val="right"/>
    </w:pPr>
    <w:rPr>
      <w:rFonts w:ascii="Arial" w:eastAsia="Arial Unicode MS" w:hAnsi="Arial" w:cs="Arial"/>
      <w:sz w:val="24"/>
      <w:szCs w:val="24"/>
      <w:lang w:eastAsia="es-ES"/>
    </w:rPr>
  </w:style>
  <w:style w:type="paragraph" w:customStyle="1" w:styleId="xl86">
    <w:name w:val="xl86"/>
    <w:basedOn w:val="Normal"/>
    <w:rsid w:val="00DE1A8C"/>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b/>
      <w:bCs/>
      <w:color w:val="FF6600"/>
      <w:sz w:val="26"/>
      <w:szCs w:val="26"/>
      <w:lang w:eastAsia="es-ES"/>
    </w:rPr>
  </w:style>
  <w:style w:type="paragraph" w:customStyle="1" w:styleId="xl87">
    <w:name w:val="xl87"/>
    <w:basedOn w:val="Normal"/>
    <w:rsid w:val="00DE1A8C"/>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sz w:val="24"/>
      <w:szCs w:val="24"/>
      <w:lang w:eastAsia="es-ES"/>
    </w:rPr>
  </w:style>
  <w:style w:type="paragraph" w:customStyle="1" w:styleId="xl88">
    <w:name w:val="xl88"/>
    <w:basedOn w:val="Normal"/>
    <w:rsid w:val="00DE1A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b/>
      <w:bCs/>
      <w:color w:val="FF6600"/>
      <w:sz w:val="26"/>
      <w:szCs w:val="26"/>
      <w:lang w:eastAsia="es-ES"/>
    </w:rPr>
  </w:style>
  <w:style w:type="paragraph" w:customStyle="1" w:styleId="xl89">
    <w:name w:val="xl89"/>
    <w:basedOn w:val="Normal"/>
    <w:rsid w:val="00DE1A8C"/>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Arial Unicode MS" w:hAnsi="Arial" w:cs="Arial"/>
      <w:b/>
      <w:bCs/>
      <w:sz w:val="26"/>
      <w:szCs w:val="26"/>
      <w:lang w:eastAsia="es-ES"/>
    </w:rPr>
  </w:style>
  <w:style w:type="paragraph" w:customStyle="1" w:styleId="xl90">
    <w:name w:val="xl90"/>
    <w:basedOn w:val="Normal"/>
    <w:rsid w:val="00DE1A8C"/>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eastAsia="es-ES"/>
    </w:rPr>
  </w:style>
  <w:style w:type="paragraph" w:customStyle="1" w:styleId="xl91">
    <w:name w:val="xl91"/>
    <w:basedOn w:val="Normal"/>
    <w:rsid w:val="00DE1A8C"/>
    <w:pPr>
      <w:pBdr>
        <w:top w:val="single" w:sz="8"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eastAsia="es-ES"/>
    </w:rPr>
  </w:style>
  <w:style w:type="paragraph" w:customStyle="1" w:styleId="xl92">
    <w:name w:val="xl92"/>
    <w:basedOn w:val="Normal"/>
    <w:rsid w:val="00DE1A8C"/>
    <w:pPr>
      <w:pBdr>
        <w:top w:val="single" w:sz="8" w:space="0" w:color="auto"/>
        <w:left w:val="single" w:sz="8"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36"/>
      <w:szCs w:val="36"/>
      <w:lang w:eastAsia="es-ES"/>
    </w:rPr>
  </w:style>
  <w:style w:type="paragraph" w:customStyle="1" w:styleId="xl93">
    <w:name w:val="xl93"/>
    <w:basedOn w:val="Normal"/>
    <w:rsid w:val="00DE1A8C"/>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36"/>
      <w:szCs w:val="36"/>
      <w:lang w:eastAsia="es-ES"/>
    </w:rPr>
  </w:style>
  <w:style w:type="paragraph" w:customStyle="1" w:styleId="xl94">
    <w:name w:val="xl94"/>
    <w:basedOn w:val="Normal"/>
    <w:rsid w:val="00DE1A8C"/>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36"/>
      <w:szCs w:val="36"/>
      <w:lang w:eastAsia="es-ES"/>
    </w:rPr>
  </w:style>
  <w:style w:type="paragraph" w:customStyle="1" w:styleId="xl95">
    <w:name w:val="xl95"/>
    <w:basedOn w:val="Normal"/>
    <w:rsid w:val="00DE1A8C"/>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36"/>
      <w:szCs w:val="36"/>
      <w:lang w:eastAsia="es-ES"/>
    </w:rPr>
  </w:style>
  <w:style w:type="paragraph" w:customStyle="1" w:styleId="xl96">
    <w:name w:val="xl96"/>
    <w:basedOn w:val="Normal"/>
    <w:rsid w:val="00DE1A8C"/>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28"/>
      <w:szCs w:val="28"/>
      <w:lang w:eastAsia="es-ES"/>
    </w:rPr>
  </w:style>
  <w:style w:type="paragraph" w:customStyle="1" w:styleId="xl97">
    <w:name w:val="xl97"/>
    <w:basedOn w:val="Normal"/>
    <w:rsid w:val="00DE1A8C"/>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28"/>
      <w:szCs w:val="28"/>
      <w:lang w:eastAsia="es-ES"/>
    </w:rPr>
  </w:style>
  <w:style w:type="paragraph" w:customStyle="1" w:styleId="xl98">
    <w:name w:val="xl98"/>
    <w:basedOn w:val="Normal"/>
    <w:rsid w:val="00DE1A8C"/>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9">
    <w:name w:val="xl99"/>
    <w:basedOn w:val="Normal"/>
    <w:rsid w:val="00DE1A8C"/>
    <w:pPr>
      <w:pBdr>
        <w:top w:val="single" w:sz="8"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100">
    <w:name w:val="xl100"/>
    <w:basedOn w:val="Normal"/>
    <w:rsid w:val="00DE1A8C"/>
    <w:pPr>
      <w:pBdr>
        <w:top w:val="single" w:sz="8"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101">
    <w:name w:val="xl101"/>
    <w:basedOn w:val="Normal"/>
    <w:rsid w:val="00DE1A8C"/>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102">
    <w:name w:val="xl102"/>
    <w:basedOn w:val="Normal"/>
    <w:rsid w:val="00DE1A8C"/>
    <w:pPr>
      <w:pBdr>
        <w:top w:val="single" w:sz="8"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CarCarCarCar">
    <w:name w:val="Car Car Car Car"/>
    <w:basedOn w:val="Normal"/>
    <w:rsid w:val="00DE1A8C"/>
    <w:pPr>
      <w:spacing w:line="240" w:lineRule="exact"/>
    </w:pPr>
    <w:rPr>
      <w:rFonts w:ascii="Verdana" w:eastAsia="Times New Roman" w:hAnsi="Verdana" w:cs="Times New Roman"/>
      <w:sz w:val="20"/>
      <w:szCs w:val="24"/>
      <w:lang w:val="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DE1A8C"/>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rsid w:val="00DE1A8C"/>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BodyText31">
    <w:name w:val="Body Text 31"/>
    <w:basedOn w:val="Normal"/>
    <w:rsid w:val="00DE1A8C"/>
    <w:pPr>
      <w:spacing w:after="0" w:line="240" w:lineRule="auto"/>
      <w:jc w:val="both"/>
    </w:pPr>
    <w:rPr>
      <w:rFonts w:ascii="Arial" w:eastAsia="Times New Roman" w:hAnsi="Arial" w:cs="Times New Roman"/>
      <w:szCs w:val="24"/>
      <w:lang w:eastAsia="es-ES"/>
    </w:rPr>
  </w:style>
  <w:style w:type="paragraph" w:customStyle="1" w:styleId="BodyTextIndent1">
    <w:name w:val="Body Text Indent1"/>
    <w:basedOn w:val="Normal"/>
    <w:rsid w:val="00DE1A8C"/>
    <w:pPr>
      <w:autoSpaceDE w:val="0"/>
      <w:autoSpaceDN w:val="0"/>
      <w:spacing w:after="0" w:line="240" w:lineRule="auto"/>
      <w:ind w:left="426"/>
      <w:jc w:val="both"/>
    </w:pPr>
    <w:rPr>
      <w:rFonts w:ascii="Arial" w:eastAsia="Times New Roman" w:hAnsi="Arial" w:cs="Arial"/>
      <w:sz w:val="24"/>
      <w:szCs w:val="24"/>
      <w:lang w:eastAsia="es-ES"/>
    </w:rPr>
  </w:style>
  <w:style w:type="character" w:styleId="MquinadeescribirHTML">
    <w:name w:val="HTML Typewriter"/>
    <w:rsid w:val="00DE1A8C"/>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DE1A8C"/>
    <w:pPr>
      <w:spacing w:line="240" w:lineRule="exact"/>
    </w:pPr>
    <w:rPr>
      <w:rFonts w:ascii="Verdana" w:eastAsia="Times New Roman" w:hAnsi="Verdana" w:cs="Times New Roman"/>
      <w:sz w:val="20"/>
      <w:szCs w:val="20"/>
    </w:rPr>
  </w:style>
  <w:style w:type="character" w:customStyle="1" w:styleId="CarCar4">
    <w:name w:val="Car Car4"/>
    <w:rsid w:val="00DE1A8C"/>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DE1A8C"/>
    <w:pPr>
      <w:spacing w:after="0" w:line="240" w:lineRule="auto"/>
      <w:jc w:val="both"/>
    </w:pPr>
    <w:rPr>
      <w:rFonts w:ascii="Arial" w:eastAsia="Times New Roman" w:hAnsi="Arial" w:cs="Times New Roman"/>
      <w:sz w:val="24"/>
      <w:szCs w:val="20"/>
      <w:lang w:val="es-ES_tradnl" w:eastAsia="es-ES"/>
    </w:rPr>
  </w:style>
  <w:style w:type="paragraph" w:customStyle="1" w:styleId="Textoindependiente24">
    <w:name w:val="Texto independiente 24"/>
    <w:basedOn w:val="Normal"/>
    <w:rsid w:val="00DE1A8C"/>
    <w:pPr>
      <w:spacing w:after="0" w:line="360" w:lineRule="auto"/>
      <w:jc w:val="both"/>
    </w:pPr>
    <w:rPr>
      <w:rFonts w:ascii="Arial" w:eastAsia="Times New Roman" w:hAnsi="Arial" w:cs="Times New Roman"/>
      <w:sz w:val="24"/>
      <w:szCs w:val="20"/>
      <w:lang w:eastAsia="es-ES"/>
    </w:rPr>
  </w:style>
  <w:style w:type="paragraph" w:customStyle="1" w:styleId="CarCarCarCar2CarCar">
    <w:name w:val="Car Car Car Car2 Car Car"/>
    <w:basedOn w:val="Normal"/>
    <w:rsid w:val="00DE1A8C"/>
    <w:pPr>
      <w:spacing w:line="240" w:lineRule="exact"/>
    </w:pPr>
    <w:rPr>
      <w:rFonts w:ascii="Verdana" w:eastAsia="Times New Roman" w:hAnsi="Verdana" w:cs="Times New Roman"/>
      <w:sz w:val="20"/>
      <w:szCs w:val="20"/>
      <w:lang w:val="en-US"/>
    </w:rPr>
  </w:style>
  <w:style w:type="paragraph" w:styleId="TDC5">
    <w:name w:val="toc 5"/>
    <w:basedOn w:val="Normal"/>
    <w:next w:val="Normal"/>
    <w:rsid w:val="00DE1A8C"/>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Textoindependiente33">
    <w:name w:val="Texto independiente 33"/>
    <w:basedOn w:val="Normal"/>
    <w:rsid w:val="00DE1A8C"/>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xl103">
    <w:name w:val="xl103"/>
    <w:basedOn w:val="Normal"/>
    <w:rsid w:val="00DE1A8C"/>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104">
    <w:name w:val="xl104"/>
    <w:basedOn w:val="Normal"/>
    <w:rsid w:val="00DE1A8C"/>
    <w:pPr>
      <w:pBdr>
        <w:top w:val="single" w:sz="8" w:space="0" w:color="auto"/>
        <w:lef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05">
    <w:name w:val="xl105"/>
    <w:basedOn w:val="Normal"/>
    <w:rsid w:val="00DE1A8C"/>
    <w:pPr>
      <w:pBdr>
        <w:left w:val="single" w:sz="8" w:space="0" w:color="auto"/>
        <w:bottom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eastAsia="es-ES"/>
    </w:rPr>
  </w:style>
  <w:style w:type="paragraph" w:customStyle="1" w:styleId="xl106">
    <w:name w:val="xl106"/>
    <w:basedOn w:val="Normal"/>
    <w:rsid w:val="00DE1A8C"/>
    <w:pPr>
      <w:pBdr>
        <w:left w:val="single" w:sz="4"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07">
    <w:name w:val="xl107"/>
    <w:basedOn w:val="Normal"/>
    <w:rsid w:val="00DE1A8C"/>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08">
    <w:name w:val="xl108"/>
    <w:basedOn w:val="Normal"/>
    <w:rsid w:val="00DE1A8C"/>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eastAsia="es-ES"/>
    </w:rPr>
  </w:style>
  <w:style w:type="paragraph" w:customStyle="1" w:styleId="xl109">
    <w:name w:val="xl109"/>
    <w:basedOn w:val="Normal"/>
    <w:rsid w:val="00DE1A8C"/>
    <w:pPr>
      <w:pBdr>
        <w:left w:val="single" w:sz="4" w:space="0" w:color="auto"/>
        <w:bottom w:val="single" w:sz="8"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eastAsia="es-ES"/>
    </w:rPr>
  </w:style>
  <w:style w:type="paragraph" w:customStyle="1" w:styleId="xl110">
    <w:name w:val="xl110"/>
    <w:basedOn w:val="Normal"/>
    <w:rsid w:val="00DE1A8C"/>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1">
    <w:name w:val="xl111"/>
    <w:basedOn w:val="Normal"/>
    <w:rsid w:val="00DE1A8C"/>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2">
    <w:name w:val="xl112"/>
    <w:basedOn w:val="Normal"/>
    <w:rsid w:val="00DE1A8C"/>
    <w:pPr>
      <w:pBdr>
        <w:left w:val="single" w:sz="8"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3">
    <w:name w:val="xl113"/>
    <w:basedOn w:val="Normal"/>
    <w:rsid w:val="00DE1A8C"/>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4">
    <w:name w:val="xl114"/>
    <w:basedOn w:val="Normal"/>
    <w:rsid w:val="00DE1A8C"/>
    <w:pPr>
      <w:pBdr>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5">
    <w:name w:val="xl115"/>
    <w:basedOn w:val="Normal"/>
    <w:rsid w:val="00DE1A8C"/>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6">
    <w:name w:val="xl116"/>
    <w:basedOn w:val="Normal"/>
    <w:rsid w:val="00DE1A8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7">
    <w:name w:val="xl117"/>
    <w:basedOn w:val="Normal"/>
    <w:rsid w:val="00DE1A8C"/>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8">
    <w:name w:val="xl118"/>
    <w:basedOn w:val="Normal"/>
    <w:rsid w:val="00DE1A8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9">
    <w:name w:val="xl119"/>
    <w:basedOn w:val="Normal"/>
    <w:rsid w:val="00DE1A8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customStyle="1" w:styleId="xl120">
    <w:name w:val="xl120"/>
    <w:basedOn w:val="Normal"/>
    <w:rsid w:val="00DE1A8C"/>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customStyle="1" w:styleId="xl121">
    <w:name w:val="xl121"/>
    <w:basedOn w:val="Normal"/>
    <w:rsid w:val="00DE1A8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customStyle="1" w:styleId="Sangradetextonormal3">
    <w:name w:val="Sangría de texto normal3"/>
    <w:basedOn w:val="Normal"/>
    <w:rsid w:val="00DE1A8C"/>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DE1A8C"/>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DE1A8C"/>
    <w:pPr>
      <w:spacing w:line="240" w:lineRule="exact"/>
    </w:pPr>
    <w:rPr>
      <w:rFonts w:ascii="Verdana" w:eastAsia="Times New Roman" w:hAnsi="Verdana" w:cs="Times New Roman"/>
      <w:sz w:val="20"/>
      <w:szCs w:val="24"/>
      <w:lang w:val="en-US"/>
    </w:rPr>
  </w:style>
  <w:style w:type="character" w:customStyle="1" w:styleId="WW8Num5z0">
    <w:name w:val="WW8Num5z0"/>
    <w:rsid w:val="00DE1A8C"/>
    <w:rPr>
      <w:rFonts w:ascii="Symbol" w:hAnsi="Symbol"/>
    </w:rPr>
  </w:style>
  <w:style w:type="paragraph" w:customStyle="1" w:styleId="Car7">
    <w:name w:val="Car7"/>
    <w:basedOn w:val="Normal"/>
    <w:rsid w:val="00DE1A8C"/>
    <w:pPr>
      <w:spacing w:line="240" w:lineRule="exact"/>
    </w:pPr>
    <w:rPr>
      <w:rFonts w:ascii="Verdana" w:eastAsia="Times New Roman" w:hAnsi="Verdana" w:cs="Times New Roman"/>
      <w:sz w:val="20"/>
      <w:szCs w:val="20"/>
      <w:lang w:val="en-US"/>
    </w:rPr>
  </w:style>
  <w:style w:type="paragraph" w:customStyle="1" w:styleId="CM40">
    <w:name w:val="CM40"/>
    <w:basedOn w:val="Default"/>
    <w:next w:val="Default"/>
    <w:uiPriority w:val="99"/>
    <w:rsid w:val="00DE1A8C"/>
    <w:pPr>
      <w:suppressAutoHyphens w:val="0"/>
      <w:autoSpaceDN w:val="0"/>
      <w:adjustRightInd w:val="0"/>
    </w:pPr>
    <w:rPr>
      <w:rFonts w:ascii="Arial" w:hAnsi="Arial" w:cs="Arial"/>
      <w:color w:val="auto"/>
      <w:lang w:val="es-ES" w:eastAsia="en-US"/>
    </w:rPr>
  </w:style>
  <w:style w:type="character" w:customStyle="1" w:styleId="corchete-llamada1">
    <w:name w:val="corchete-llamada1"/>
    <w:rsid w:val="00DE1A8C"/>
    <w:rPr>
      <w:vanish/>
      <w:webHidden w:val="0"/>
      <w:specVanish w:val="0"/>
    </w:rPr>
  </w:style>
  <w:style w:type="table" w:styleId="Tablaweb1">
    <w:name w:val="Table Web 1"/>
    <w:basedOn w:val="Tablanormal"/>
    <w:semiHidden/>
    <w:unhideWhenUsed/>
    <w:rsid w:val="00DE1A8C"/>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aliases w:val="Tabla Web 2"/>
    <w:basedOn w:val="Tablanormal"/>
    <w:uiPriority w:val="99"/>
    <w:unhideWhenUsed/>
    <w:rsid w:val="00DE1A8C"/>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5">
    <w:name w:val="Texto independiente 25"/>
    <w:basedOn w:val="Normal"/>
    <w:rsid w:val="00DE1A8C"/>
    <w:pPr>
      <w:spacing w:after="0" w:line="360" w:lineRule="auto"/>
      <w:jc w:val="both"/>
    </w:pPr>
    <w:rPr>
      <w:rFonts w:ascii="Arial" w:eastAsia="Times New Roman" w:hAnsi="Arial" w:cs="Times New Roman"/>
      <w:sz w:val="24"/>
      <w:szCs w:val="20"/>
      <w:lang w:eastAsia="es-ES"/>
    </w:rPr>
  </w:style>
  <w:style w:type="paragraph" w:customStyle="1" w:styleId="Textoindependiente34">
    <w:name w:val="Texto independiente 34"/>
    <w:basedOn w:val="Normal"/>
    <w:rsid w:val="00DE1A8C"/>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Sangradetextonormal4">
    <w:name w:val="Sangría de texto normal4"/>
    <w:basedOn w:val="Normal"/>
    <w:rsid w:val="00DE1A8C"/>
    <w:pPr>
      <w:autoSpaceDE w:val="0"/>
      <w:autoSpaceDN w:val="0"/>
      <w:spacing w:after="0" w:line="240" w:lineRule="auto"/>
      <w:ind w:left="426"/>
      <w:jc w:val="both"/>
    </w:pPr>
    <w:rPr>
      <w:rFonts w:ascii="Arial" w:eastAsia="Times New Roman" w:hAnsi="Arial" w:cs="Arial"/>
      <w:sz w:val="24"/>
      <w:szCs w:val="24"/>
      <w:lang w:eastAsia="es-ES"/>
    </w:rPr>
  </w:style>
  <w:style w:type="table" w:customStyle="1" w:styleId="Tablaconcuadrcula1">
    <w:name w:val="Tabla con cuadrícula1"/>
    <w:basedOn w:val="Tablanormal"/>
    <w:next w:val="Tablaconcuadrcula"/>
    <w:uiPriority w:val="59"/>
    <w:rsid w:val="00DE1A8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lsubtitulos">
    <w:name w:val="gralsubtitulos"/>
    <w:basedOn w:val="Fuentedeprrafopredeter"/>
    <w:rsid w:val="00DE1A8C"/>
  </w:style>
  <w:style w:type="character" w:customStyle="1" w:styleId="PredeterminadoCar">
    <w:name w:val="Predeterminado Car"/>
    <w:link w:val="Predeterminado"/>
    <w:rsid w:val="00DE1A8C"/>
    <w:rPr>
      <w:rFonts w:ascii="Times New Roman" w:eastAsia="Times New Roman" w:hAnsi="Times New Roman" w:cs="Times New Roman"/>
      <w:sz w:val="20"/>
      <w:szCs w:val="24"/>
      <w:lang w:val="es-ES" w:eastAsia="es-ES"/>
    </w:rPr>
  </w:style>
  <w:style w:type="paragraph" w:customStyle="1" w:styleId="CM9">
    <w:name w:val="CM9"/>
    <w:basedOn w:val="Default"/>
    <w:next w:val="Default"/>
    <w:uiPriority w:val="99"/>
    <w:rsid w:val="00DE1A8C"/>
    <w:pPr>
      <w:suppressAutoHyphens w:val="0"/>
      <w:autoSpaceDN w:val="0"/>
      <w:adjustRightInd w:val="0"/>
      <w:spacing w:line="273" w:lineRule="atLeast"/>
    </w:pPr>
    <w:rPr>
      <w:rFonts w:ascii="Arial" w:eastAsia="Times New Roman" w:hAnsi="Arial" w:cs="Arial"/>
      <w:color w:val="auto"/>
      <w:lang w:eastAsia="es-CO"/>
    </w:rPr>
  </w:style>
  <w:style w:type="paragraph" w:customStyle="1" w:styleId="Ttulo11">
    <w:name w:val="Título 11"/>
    <w:basedOn w:val="Normal"/>
    <w:uiPriority w:val="1"/>
    <w:qFormat/>
    <w:rsid w:val="00DE1A8C"/>
    <w:pPr>
      <w:widowControl w:val="0"/>
      <w:spacing w:before="51" w:after="0" w:line="240" w:lineRule="auto"/>
      <w:ind w:left="103"/>
      <w:outlineLvl w:val="1"/>
    </w:pPr>
    <w:rPr>
      <w:rFonts w:ascii="Arial" w:eastAsia="Arial" w:hAnsi="Arial" w:cs="Times New Roman"/>
      <w:b/>
      <w:bCs/>
      <w:sz w:val="20"/>
      <w:szCs w:val="20"/>
      <w:lang w:val="en-US"/>
    </w:rPr>
  </w:style>
  <w:style w:type="character" w:customStyle="1" w:styleId="titular2">
    <w:name w:val="titular2"/>
    <w:basedOn w:val="Fuentedeprrafopredeter"/>
    <w:rsid w:val="00DE1A8C"/>
  </w:style>
  <w:style w:type="paragraph" w:customStyle="1" w:styleId="tdcontenidoproductos">
    <w:name w:val="tdcontenidoproductos"/>
    <w:basedOn w:val="Normal"/>
    <w:rsid w:val="00DE1A8C"/>
    <w:pPr>
      <w:spacing w:before="100" w:beforeAutospacing="1" w:after="100" w:afterAutospacing="1" w:line="300" w:lineRule="atLeast"/>
    </w:pPr>
    <w:rPr>
      <w:rFonts w:ascii="Times New Roman" w:eastAsia="Times New Roman" w:hAnsi="Times New Roman" w:cs="Times New Roman"/>
      <w:sz w:val="24"/>
      <w:szCs w:val="24"/>
      <w:lang w:eastAsia="es-CO"/>
    </w:rPr>
  </w:style>
  <w:style w:type="character" w:customStyle="1" w:styleId="hps">
    <w:name w:val="hps"/>
    <w:basedOn w:val="Fuentedeprrafopredeter"/>
    <w:rsid w:val="00DE1A8C"/>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rsid w:val="00DE1A8C"/>
    <w:rPr>
      <w:rFonts w:ascii="Arial" w:hAnsi="Arial" w:cs="Arial"/>
      <w:sz w:val="28"/>
      <w:szCs w:val="24"/>
      <w:lang w:val="es-ES" w:eastAsia="es-ES"/>
    </w:rPr>
  </w:style>
  <w:style w:type="character" w:customStyle="1" w:styleId="estilo121">
    <w:name w:val="estilo121"/>
    <w:rsid w:val="00DE1A8C"/>
    <w:rPr>
      <w:sz w:val="16"/>
      <w:szCs w:val="16"/>
    </w:rPr>
  </w:style>
  <w:style w:type="character" w:customStyle="1" w:styleId="ircsu">
    <w:name w:val="irc_su"/>
    <w:basedOn w:val="Fuentedeprrafopredeter"/>
    <w:rsid w:val="00DE1A8C"/>
  </w:style>
  <w:style w:type="character" w:styleId="AcrnimoHTML">
    <w:name w:val="HTML Acronym"/>
    <w:basedOn w:val="Fuentedeprrafopredeter"/>
    <w:uiPriority w:val="99"/>
    <w:unhideWhenUsed/>
    <w:rsid w:val="00DE1A8C"/>
  </w:style>
  <w:style w:type="character" w:customStyle="1" w:styleId="breadcrumblastitem2">
    <w:name w:val="breadcrumblastitem2"/>
    <w:rsid w:val="00DE1A8C"/>
    <w:rPr>
      <w:rFonts w:ascii="Verdana" w:hAnsi="Verdana" w:hint="default"/>
      <w:b/>
      <w:bCs/>
      <w:color w:val="007E00"/>
      <w:sz w:val="21"/>
      <w:szCs w:val="21"/>
    </w:rPr>
  </w:style>
  <w:style w:type="character" w:customStyle="1" w:styleId="span">
    <w:name w:val="span"/>
    <w:rsid w:val="00DE1A8C"/>
  </w:style>
  <w:style w:type="paragraph" w:customStyle="1" w:styleId="Encabezado-base">
    <w:name w:val="Encabezado - base"/>
    <w:basedOn w:val="Normal"/>
    <w:next w:val="Textoindependiente"/>
    <w:rsid w:val="00DE1A8C"/>
    <w:pPr>
      <w:keepNext/>
      <w:keepLines/>
      <w:spacing w:before="140" w:after="0" w:line="220" w:lineRule="atLeast"/>
      <w:ind w:left="1080"/>
      <w:jc w:val="both"/>
    </w:pPr>
    <w:rPr>
      <w:rFonts w:ascii="Arial" w:eastAsia="Times New Roman" w:hAnsi="Arial" w:cs="Times New Roman"/>
      <w:spacing w:val="-4"/>
      <w:kern w:val="28"/>
      <w:szCs w:val="20"/>
      <w:lang w:eastAsia="es-ES"/>
    </w:rPr>
  </w:style>
  <w:style w:type="character" w:customStyle="1" w:styleId="pg">
    <w:name w:val="pg"/>
    <w:basedOn w:val="Fuentedeprrafopredeter"/>
    <w:rsid w:val="00DE1A8C"/>
  </w:style>
  <w:style w:type="paragraph" w:customStyle="1" w:styleId="justify">
    <w:name w:val="justify"/>
    <w:basedOn w:val="Normal"/>
    <w:rsid w:val="00DE1A8C"/>
    <w:pPr>
      <w:spacing w:before="100" w:beforeAutospacing="1" w:after="100" w:afterAutospacing="1" w:line="240" w:lineRule="auto"/>
      <w:jc w:val="both"/>
    </w:pPr>
    <w:rPr>
      <w:rFonts w:ascii="Verdana" w:eastAsia="Times New Roman" w:hAnsi="Verdana" w:cs="Times New Roman"/>
      <w:sz w:val="18"/>
      <w:szCs w:val="18"/>
      <w:lang w:val="es-ES_tradnl" w:eastAsia="es-ES"/>
    </w:rPr>
  </w:style>
  <w:style w:type="paragraph" w:styleId="TDC1">
    <w:name w:val="toc 1"/>
    <w:basedOn w:val="Ttulo1"/>
    <w:autoRedefine/>
    <w:rsid w:val="00DE1A8C"/>
    <w:pPr>
      <w:keepNext w:val="0"/>
      <w:keepLines w:val="0"/>
      <w:pBdr>
        <w:top w:val="single" w:sz="48" w:space="3" w:color="FFFFFF"/>
        <w:left w:val="single" w:sz="6" w:space="3" w:color="FFFFFF"/>
        <w:bottom w:val="single" w:sz="6" w:space="3" w:color="FFFFFF"/>
      </w:pBdr>
      <w:suppressAutoHyphens/>
      <w:spacing w:before="0" w:line="0" w:lineRule="atLeast"/>
      <w:ind w:left="284"/>
      <w:outlineLvl w:val="9"/>
    </w:pPr>
    <w:rPr>
      <w:rFonts w:ascii="Garamond" w:hAnsi="Garamond"/>
      <w:b w:val="0"/>
      <w:bCs w:val="0"/>
      <w:color w:val="auto"/>
      <w:spacing w:val="-4"/>
      <w:kern w:val="20"/>
      <w:position w:val="8"/>
      <w:sz w:val="22"/>
      <w:szCs w:val="20"/>
      <w:lang w:val="es-CO"/>
    </w:rPr>
  </w:style>
  <w:style w:type="paragraph" w:styleId="TDC2">
    <w:name w:val="toc 2"/>
    <w:basedOn w:val="Normal"/>
    <w:autoRedefine/>
    <w:rsid w:val="00DE1A8C"/>
    <w:pPr>
      <w:keepNext/>
      <w:keepLines/>
      <w:tabs>
        <w:tab w:val="right" w:leader="dot" w:pos="6480"/>
      </w:tabs>
      <w:suppressAutoHyphens/>
      <w:spacing w:after="240" w:line="240" w:lineRule="atLeast"/>
      <w:jc w:val="both"/>
    </w:pPr>
    <w:rPr>
      <w:rFonts w:ascii="Garamond" w:eastAsia="Times New Roman" w:hAnsi="Garamond" w:cs="Times New Roman"/>
      <w:spacing w:val="-5"/>
      <w:szCs w:val="20"/>
      <w:lang w:eastAsia="es-ES"/>
    </w:rPr>
  </w:style>
  <w:style w:type="paragraph" w:styleId="TDC4">
    <w:name w:val="toc 4"/>
    <w:basedOn w:val="Normal"/>
    <w:autoRedefine/>
    <w:rsid w:val="00DE1A8C"/>
    <w:pPr>
      <w:widowControl w:val="0"/>
      <w:suppressAutoHyphens/>
      <w:spacing w:after="0" w:line="240" w:lineRule="auto"/>
      <w:jc w:val="both"/>
    </w:pPr>
    <w:rPr>
      <w:rFonts w:ascii="Garamond" w:eastAsia="Times New Roman" w:hAnsi="Garamond" w:cs="Times New Roman"/>
      <w:sz w:val="21"/>
      <w:szCs w:val="20"/>
      <w:lang w:eastAsia="es-ES"/>
    </w:rPr>
  </w:style>
  <w:style w:type="paragraph" w:customStyle="1" w:styleId="Encabezadodeseccin">
    <w:name w:val="Encabezado de sección"/>
    <w:basedOn w:val="Ttulo1"/>
    <w:rsid w:val="00DE1A8C"/>
    <w:pPr>
      <w:pBdr>
        <w:top w:val="single" w:sz="48" w:space="3" w:color="FFFFFF"/>
        <w:left w:val="single" w:sz="6" w:space="3" w:color="FFFFFF"/>
        <w:bottom w:val="single" w:sz="6" w:space="3" w:color="FFFFFF"/>
      </w:pBdr>
      <w:shd w:val="pct10" w:color="auto" w:fill="auto"/>
      <w:suppressAutoHyphens/>
      <w:spacing w:before="240" w:after="240" w:line="240" w:lineRule="atLeast"/>
      <w:outlineLvl w:val="9"/>
    </w:pPr>
    <w:rPr>
      <w:rFonts w:ascii="Garamond" w:hAnsi="Garamond"/>
      <w:bCs w:val="0"/>
      <w:caps/>
      <w:color w:val="auto"/>
      <w:spacing w:val="-10"/>
      <w:kern w:val="20"/>
      <w:position w:val="8"/>
      <w:sz w:val="22"/>
      <w:szCs w:val="20"/>
      <w:lang w:val="es-CO"/>
    </w:rPr>
  </w:style>
  <w:style w:type="paragraph" w:customStyle="1" w:styleId="BaseTDC">
    <w:name w:val="Base TDC"/>
    <w:basedOn w:val="Normal"/>
    <w:rsid w:val="00DE1A8C"/>
    <w:pPr>
      <w:keepNext/>
      <w:tabs>
        <w:tab w:val="right" w:leader="dot" w:pos="6480"/>
      </w:tabs>
      <w:spacing w:after="240" w:line="240" w:lineRule="atLeast"/>
      <w:jc w:val="both"/>
    </w:pPr>
    <w:rPr>
      <w:rFonts w:ascii="Arial" w:eastAsia="Times New Roman" w:hAnsi="Arial" w:cs="Times New Roman"/>
      <w:spacing w:val="-5"/>
      <w:szCs w:val="20"/>
      <w:lang w:eastAsia="es-ES"/>
    </w:rPr>
  </w:style>
  <w:style w:type="paragraph" w:customStyle="1" w:styleId="Firma-nombre">
    <w:name w:val="Firma - nombre"/>
    <w:basedOn w:val="Firma"/>
    <w:next w:val="Firma-puesto"/>
    <w:rsid w:val="00DE1A8C"/>
    <w:pPr>
      <w:keepNext/>
      <w:spacing w:before="1080" w:line="240" w:lineRule="atLeast"/>
      <w:ind w:left="4536"/>
    </w:pPr>
    <w:rPr>
      <w:rFonts w:ascii="Garamond" w:hAnsi="Garamond"/>
      <w:b/>
      <w:kern w:val="18"/>
      <w:sz w:val="22"/>
      <w:szCs w:val="20"/>
    </w:rPr>
  </w:style>
  <w:style w:type="paragraph" w:customStyle="1" w:styleId="Firma-puesto">
    <w:name w:val="Firma - puesto"/>
    <w:basedOn w:val="Firma"/>
    <w:next w:val="Normal"/>
    <w:rsid w:val="00DE1A8C"/>
    <w:pPr>
      <w:keepNext/>
      <w:spacing w:line="240" w:lineRule="atLeast"/>
      <w:ind w:left="4536"/>
    </w:pPr>
    <w:rPr>
      <w:rFonts w:ascii="Garamond" w:hAnsi="Garamond"/>
      <w:kern w:val="18"/>
      <w:sz w:val="22"/>
      <w:szCs w:val="20"/>
    </w:rPr>
  </w:style>
  <w:style w:type="paragraph" w:styleId="ndice1">
    <w:name w:val="index 1"/>
    <w:basedOn w:val="Normal"/>
    <w:next w:val="Normal"/>
    <w:autoRedefine/>
    <w:rsid w:val="00DE1A8C"/>
    <w:pPr>
      <w:spacing w:after="0" w:line="240" w:lineRule="auto"/>
      <w:ind w:left="200" w:hanging="200"/>
    </w:pPr>
    <w:rPr>
      <w:rFonts w:ascii="Times New Roman" w:eastAsia="Times New Roman" w:hAnsi="Times New Roman" w:cs="Times New Roman"/>
      <w:sz w:val="20"/>
      <w:szCs w:val="20"/>
      <w:lang w:eastAsia="es-ES"/>
    </w:rPr>
  </w:style>
  <w:style w:type="paragraph" w:styleId="Ttulodendice">
    <w:name w:val="index heading"/>
    <w:aliases w:val="edgar"/>
    <w:basedOn w:val="Normal"/>
    <w:next w:val="ndice1"/>
    <w:rsid w:val="00DE1A8C"/>
    <w:pPr>
      <w:keepNext/>
      <w:spacing w:after="0" w:line="480" w:lineRule="atLeast"/>
      <w:jc w:val="both"/>
    </w:pPr>
    <w:rPr>
      <w:rFonts w:ascii="Arial Black" w:eastAsia="Times New Roman" w:hAnsi="Arial Black" w:cs="Times New Roman"/>
      <w:spacing w:val="-5"/>
      <w:sz w:val="24"/>
      <w:szCs w:val="20"/>
      <w:lang w:eastAsia="es-ES"/>
    </w:rPr>
  </w:style>
  <w:style w:type="paragraph" w:styleId="TDC3">
    <w:name w:val="toc 3"/>
    <w:basedOn w:val="Ttulo3"/>
    <w:autoRedefine/>
    <w:rsid w:val="00DE1A8C"/>
    <w:pPr>
      <w:keepNext w:val="0"/>
      <w:keepLines w:val="0"/>
      <w:widowControl w:val="0"/>
      <w:suppressAutoHyphens/>
      <w:spacing w:before="0" w:line="0" w:lineRule="atLeast"/>
      <w:jc w:val="both"/>
      <w:outlineLvl w:val="9"/>
    </w:pPr>
    <w:rPr>
      <w:rFonts w:ascii="Garamond" w:eastAsia="Times New Roman" w:hAnsi="Garamond" w:cs="Times New Roman"/>
      <w:color w:val="auto"/>
      <w:spacing w:val="-5"/>
      <w:kern w:val="28"/>
      <w:sz w:val="22"/>
      <w:szCs w:val="20"/>
      <w:lang w:eastAsia="es-ES"/>
    </w:rPr>
  </w:style>
  <w:style w:type="paragraph" w:styleId="ndice2">
    <w:name w:val="index 2"/>
    <w:basedOn w:val="Normal"/>
    <w:autoRedefine/>
    <w:rsid w:val="00DE1A8C"/>
    <w:pPr>
      <w:keepNext/>
      <w:spacing w:after="0" w:line="240" w:lineRule="auto"/>
      <w:ind w:left="720" w:hanging="360"/>
      <w:jc w:val="both"/>
    </w:pPr>
    <w:rPr>
      <w:rFonts w:ascii="Arial" w:eastAsia="Times New Roman" w:hAnsi="Arial" w:cs="Times New Roman"/>
      <w:spacing w:val="-5"/>
      <w:sz w:val="18"/>
      <w:szCs w:val="20"/>
      <w:lang w:eastAsia="es-ES"/>
    </w:rPr>
  </w:style>
  <w:style w:type="paragraph" w:customStyle="1" w:styleId="Cubiertadettulo">
    <w:name w:val="Cubierta de título"/>
    <w:basedOn w:val="Normal"/>
    <w:next w:val="Cubiertadesubttulo"/>
    <w:rsid w:val="00DE1A8C"/>
    <w:pPr>
      <w:keepNext/>
      <w:keepLines/>
      <w:pBdr>
        <w:top w:val="single" w:sz="48" w:space="31" w:color="auto"/>
      </w:pBdr>
      <w:tabs>
        <w:tab w:val="left" w:pos="0"/>
      </w:tabs>
      <w:spacing w:before="240" w:after="500" w:line="640" w:lineRule="exact"/>
      <w:ind w:left="-840" w:right="-840"/>
      <w:jc w:val="both"/>
    </w:pPr>
    <w:rPr>
      <w:rFonts w:ascii="Arial Black" w:eastAsia="Times New Roman" w:hAnsi="Arial Black" w:cs="Times New Roman"/>
      <w:b/>
      <w:spacing w:val="-48"/>
      <w:kern w:val="28"/>
      <w:sz w:val="64"/>
      <w:szCs w:val="20"/>
      <w:lang w:eastAsia="es-ES"/>
    </w:rPr>
  </w:style>
  <w:style w:type="paragraph" w:customStyle="1" w:styleId="Cubiertadesubttulo">
    <w:name w:val="Cubierta de subtítulo"/>
    <w:basedOn w:val="Cubiertadettulo"/>
    <w:next w:val="Textoindependiente"/>
    <w:rsid w:val="00DE1A8C"/>
    <w:pPr>
      <w:pBdr>
        <w:top w:val="single" w:sz="6" w:space="24" w:color="auto"/>
      </w:pBdr>
      <w:tabs>
        <w:tab w:val="clear" w:pos="0"/>
      </w:tabs>
      <w:spacing w:before="0" w:after="0" w:line="480" w:lineRule="atLeast"/>
      <w:ind w:left="0" w:right="0"/>
    </w:pPr>
    <w:rPr>
      <w:rFonts w:ascii="Arial" w:hAnsi="Arial"/>
      <w:b w:val="0"/>
      <w:spacing w:val="-30"/>
      <w:sz w:val="48"/>
    </w:rPr>
  </w:style>
  <w:style w:type="table" w:customStyle="1" w:styleId="Tablaconcuadrcula11">
    <w:name w:val="Tabla con cuadrícula11"/>
    <w:basedOn w:val="Tablanormal"/>
    <w:next w:val="Tablaconcuadrcula"/>
    <w:uiPriority w:val="59"/>
    <w:rsid w:val="00DE1A8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rsid w:val="00DE1A8C"/>
    <w:rPr>
      <w:rFonts w:ascii="Times New Roman" w:eastAsia="Times New Roman" w:hAnsi="Times New Roman"/>
      <w:sz w:val="24"/>
      <w:szCs w:val="24"/>
      <w:lang w:val="x-none" w:eastAsia="es-ES"/>
    </w:rPr>
  </w:style>
  <w:style w:type="paragraph" w:customStyle="1" w:styleId="xl122">
    <w:name w:val="xl12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123">
    <w:name w:val="xl12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124">
    <w:name w:val="xl12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125">
    <w:name w:val="xl12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126">
    <w:name w:val="xl12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127">
    <w:name w:val="xl12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ES"/>
    </w:rPr>
  </w:style>
  <w:style w:type="paragraph" w:customStyle="1" w:styleId="xl128">
    <w:name w:val="xl12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129">
    <w:name w:val="xl12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130">
    <w:name w:val="xl130"/>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marta4">
    <w:name w:val="marta 4"/>
    <w:basedOn w:val="Normal"/>
    <w:rsid w:val="00DE1A8C"/>
    <w:pPr>
      <w:widowControl w:val="0"/>
      <w:tabs>
        <w:tab w:val="center" w:pos="4680"/>
      </w:tabs>
      <w:suppressAutoHyphens/>
      <w:adjustRightInd w:val="0"/>
      <w:spacing w:after="0" w:line="360" w:lineRule="atLeast"/>
      <w:jc w:val="both"/>
      <w:textAlignment w:val="baseline"/>
    </w:pPr>
    <w:rPr>
      <w:rFonts w:ascii="Times New Roman" w:eastAsia="Times New Roman" w:hAnsi="Times New Roman" w:cs="Times New Roman"/>
      <w:b/>
      <w:spacing w:val="-3"/>
      <w:sz w:val="24"/>
      <w:szCs w:val="20"/>
      <w:lang w:val="es-ES_tradnl" w:eastAsia="es-ES"/>
    </w:rPr>
  </w:style>
  <w:style w:type="paragraph" w:customStyle="1" w:styleId="marta5">
    <w:name w:val="marta 5"/>
    <w:basedOn w:val="Normal"/>
    <w:rsid w:val="00DE1A8C"/>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after="0" w:line="360" w:lineRule="atLeast"/>
      <w:jc w:val="both"/>
      <w:textAlignment w:val="baseline"/>
    </w:pPr>
    <w:rPr>
      <w:rFonts w:ascii="Times New Roman" w:eastAsia="Times New Roman" w:hAnsi="Times New Roman" w:cs="Times New Roman"/>
      <w:b/>
      <w:spacing w:val="-3"/>
      <w:szCs w:val="20"/>
      <w:lang w:val="en-US" w:eastAsia="es-ES"/>
    </w:rPr>
  </w:style>
  <w:style w:type="paragraph" w:customStyle="1" w:styleId="ESPECIFICACION">
    <w:name w:val="ESPECIFICACION"/>
    <w:basedOn w:val="Normal"/>
    <w:rsid w:val="00DE1A8C"/>
    <w:pPr>
      <w:widowControl w:val="0"/>
      <w:adjustRightInd w:val="0"/>
      <w:spacing w:after="0" w:line="360" w:lineRule="atLeast"/>
      <w:jc w:val="both"/>
      <w:textAlignment w:val="baseline"/>
    </w:pPr>
    <w:rPr>
      <w:rFonts w:ascii="Arial" w:eastAsia="Times New Roman" w:hAnsi="Arial" w:cs="Times New Roman"/>
      <w:szCs w:val="20"/>
      <w:lang w:val="es-ES_tradnl" w:eastAsia="es-ES"/>
    </w:rPr>
  </w:style>
  <w:style w:type="paragraph" w:customStyle="1" w:styleId="Sangra2detindependiente1">
    <w:name w:val="Sangría 2 de t.independiente1"/>
    <w:basedOn w:val="Normal"/>
    <w:rsid w:val="00DE1A8C"/>
    <w:pPr>
      <w:widowControl w:val="0"/>
      <w:adjustRightInd w:val="0"/>
      <w:spacing w:after="0" w:line="360" w:lineRule="atLeast"/>
      <w:ind w:left="432"/>
      <w:jc w:val="both"/>
      <w:textAlignment w:val="baseline"/>
    </w:pPr>
    <w:rPr>
      <w:rFonts w:ascii="Arial" w:eastAsia="Times New Roman" w:hAnsi="Arial" w:cs="Times New Roman"/>
      <w:szCs w:val="20"/>
      <w:lang w:eastAsia="es-ES"/>
    </w:rPr>
  </w:style>
  <w:style w:type="paragraph" w:customStyle="1" w:styleId="Frmula">
    <w:name w:val="Fórmula"/>
    <w:basedOn w:val="Normal"/>
    <w:rsid w:val="00DE1A8C"/>
    <w:pPr>
      <w:widowControl w:val="0"/>
      <w:suppressAutoHyphens/>
      <w:overflowPunct w:val="0"/>
      <w:autoSpaceDE w:val="0"/>
      <w:autoSpaceDN w:val="0"/>
      <w:adjustRightInd w:val="0"/>
      <w:spacing w:before="240" w:after="120" w:line="360" w:lineRule="atLeast"/>
      <w:jc w:val="center"/>
      <w:textAlignment w:val="baseline"/>
    </w:pPr>
    <w:rPr>
      <w:rFonts w:ascii="Arial" w:eastAsia="Times New Roman" w:hAnsi="Arial" w:cs="Times New Roman"/>
      <w:sz w:val="24"/>
      <w:szCs w:val="20"/>
      <w:lang w:val="es-ES_tradnl" w:eastAsia="es-ES"/>
    </w:rPr>
  </w:style>
  <w:style w:type="paragraph" w:customStyle="1" w:styleId="Textopredeterminado">
    <w:name w:val="Texto predeterminado"/>
    <w:basedOn w:val="Normal"/>
    <w:rsid w:val="00DE1A8C"/>
    <w:pPr>
      <w:widowControl w:val="0"/>
      <w:suppressAutoHyphens/>
      <w:overflowPunct w:val="0"/>
      <w:autoSpaceDE w:val="0"/>
      <w:autoSpaceDN w:val="0"/>
      <w:adjustRightInd w:val="0"/>
      <w:spacing w:after="0" w:line="360" w:lineRule="atLeast"/>
      <w:jc w:val="both"/>
      <w:textAlignment w:val="baseline"/>
    </w:pPr>
    <w:rPr>
      <w:rFonts w:ascii="Arial" w:eastAsia="Times New Roman" w:hAnsi="Arial" w:cs="Times New Roman"/>
      <w:sz w:val="24"/>
      <w:szCs w:val="20"/>
      <w:lang w:val="en-US" w:eastAsia="es-ES"/>
    </w:rPr>
  </w:style>
  <w:style w:type="character" w:customStyle="1" w:styleId="WW8Num178z1">
    <w:name w:val="WW8Num178z1"/>
    <w:rsid w:val="00DE1A8C"/>
    <w:rPr>
      <w:rFonts w:ascii="Courier New" w:hAnsi="Courier New"/>
    </w:rPr>
  </w:style>
  <w:style w:type="character" w:customStyle="1" w:styleId="WW-Fuentedeprrafopredeter">
    <w:name w:val="WW-Fuente de párrafo predeter"/>
    <w:rsid w:val="00DE1A8C"/>
  </w:style>
  <w:style w:type="character" w:customStyle="1" w:styleId="WW8Num15z1">
    <w:name w:val="WW8Num15z1"/>
    <w:rsid w:val="00DE1A8C"/>
    <w:rPr>
      <w:rFonts w:ascii="Courier New" w:hAnsi="Courier New"/>
    </w:rPr>
  </w:style>
  <w:style w:type="character" w:customStyle="1" w:styleId="WW8Num17z0">
    <w:name w:val="WW8Num17z0"/>
    <w:rsid w:val="00DE1A8C"/>
    <w:rPr>
      <w:rFonts w:ascii="Symbol" w:hAnsi="Symbol"/>
    </w:rPr>
  </w:style>
  <w:style w:type="character" w:customStyle="1" w:styleId="WW8Num19z0">
    <w:name w:val="WW8Num19z0"/>
    <w:rsid w:val="00DE1A8C"/>
    <w:rPr>
      <w:rFonts w:ascii="Symbol" w:hAnsi="Symbol"/>
    </w:rPr>
  </w:style>
  <w:style w:type="paragraph" w:customStyle="1" w:styleId="TituloN">
    <w:name w:val="Titulo N"/>
    <w:basedOn w:val="Descripcin"/>
    <w:next w:val="Ttulo1"/>
    <w:rsid w:val="00DE1A8C"/>
    <w:pPr>
      <w:overflowPunct w:val="0"/>
      <w:autoSpaceDE w:val="0"/>
      <w:autoSpaceDN w:val="0"/>
      <w:adjustRightInd w:val="0"/>
      <w:textAlignment w:val="baseline"/>
    </w:pPr>
    <w:rPr>
      <w:b w:val="0"/>
      <w:sz w:val="28"/>
      <w:lang w:val="es-ES_tradnl" w:eastAsia="en-US"/>
    </w:rPr>
  </w:style>
  <w:style w:type="paragraph" w:customStyle="1" w:styleId="NormalTahoma">
    <w:name w:val="Normal + Tahoma"/>
    <w:aliases w:val="8 pt,Comprimido  0.15 pto,Interlineado:  sencillo"/>
    <w:basedOn w:val="Normal"/>
    <w:rsid w:val="00DE1A8C"/>
    <w:pPr>
      <w:widowControl w:val="0"/>
      <w:tabs>
        <w:tab w:val="left" w:pos="-1440"/>
        <w:tab w:val="left" w:pos="-720"/>
      </w:tabs>
      <w:suppressAutoHyphens/>
      <w:adjustRightInd w:val="0"/>
      <w:spacing w:after="0" w:line="240" w:lineRule="auto"/>
      <w:jc w:val="both"/>
      <w:textAlignment w:val="baseline"/>
    </w:pPr>
    <w:rPr>
      <w:rFonts w:ascii="Tahoma" w:eastAsia="Times New Roman" w:hAnsi="Tahoma" w:cs="Tahoma"/>
      <w:spacing w:val="-3"/>
      <w:sz w:val="16"/>
      <w:szCs w:val="16"/>
      <w:lang w:eastAsia="es-ES"/>
    </w:rPr>
  </w:style>
  <w:style w:type="paragraph" w:customStyle="1" w:styleId="CarCarCar4">
    <w:name w:val="Car Car Car4"/>
    <w:basedOn w:val="Normal"/>
    <w:rsid w:val="00DE1A8C"/>
    <w:pPr>
      <w:spacing w:line="240" w:lineRule="exact"/>
    </w:pPr>
    <w:rPr>
      <w:rFonts w:ascii="Verdana" w:eastAsia="Times New Roman" w:hAnsi="Verdana" w:cs="Times New Roman"/>
      <w:sz w:val="20"/>
      <w:szCs w:val="20"/>
    </w:rPr>
  </w:style>
  <w:style w:type="paragraph" w:customStyle="1" w:styleId="Char82">
    <w:name w:val="Char82"/>
    <w:basedOn w:val="Normal"/>
    <w:rsid w:val="00DE1A8C"/>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DE1A8C"/>
    <w:pPr>
      <w:spacing w:line="240" w:lineRule="exact"/>
    </w:pPr>
    <w:rPr>
      <w:rFonts w:ascii="Verdana" w:eastAsia="Times New Roman" w:hAnsi="Verdana" w:cs="Verdana"/>
      <w:sz w:val="20"/>
      <w:szCs w:val="20"/>
    </w:rPr>
  </w:style>
  <w:style w:type="paragraph" w:customStyle="1" w:styleId="NoSpacing1">
    <w:name w:val="No Spacing1"/>
    <w:uiPriority w:val="1"/>
    <w:qFormat/>
    <w:rsid w:val="00DE1A8C"/>
    <w:pPr>
      <w:spacing w:after="0" w:line="240" w:lineRule="auto"/>
    </w:pPr>
    <w:rPr>
      <w:rFonts w:ascii="Calibri" w:eastAsia="Times New Roman" w:hAnsi="Calibri" w:cs="Times New Roman"/>
      <w:lang w:val="es-ES"/>
    </w:rPr>
  </w:style>
  <w:style w:type="numbering" w:customStyle="1" w:styleId="Estilo1">
    <w:name w:val="Estilo1"/>
    <w:rsid w:val="00DE1A8C"/>
    <w:pPr>
      <w:numPr>
        <w:numId w:val="6"/>
      </w:numPr>
    </w:pPr>
  </w:style>
  <w:style w:type="character" w:customStyle="1" w:styleId="CarCar5">
    <w:name w:val="Car Car5"/>
    <w:rsid w:val="00DE1A8C"/>
    <w:rPr>
      <w:sz w:val="24"/>
      <w:szCs w:val="24"/>
      <w:lang w:val="es-ES" w:eastAsia="es-ES"/>
    </w:rPr>
  </w:style>
  <w:style w:type="character" w:customStyle="1" w:styleId="estilo71">
    <w:name w:val="estilo71"/>
    <w:rsid w:val="00DE1A8C"/>
    <w:rPr>
      <w:rFonts w:ascii="Tahoma" w:hAnsi="Tahoma" w:cs="Tahoma" w:hint="default"/>
      <w:b/>
      <w:bCs/>
      <w:sz w:val="18"/>
      <w:szCs w:val="18"/>
    </w:rPr>
  </w:style>
  <w:style w:type="paragraph" w:customStyle="1" w:styleId="CarCarCar3">
    <w:name w:val="Car Car Car3"/>
    <w:basedOn w:val="Normal"/>
    <w:rsid w:val="00DE1A8C"/>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DE1A8C"/>
    <w:pPr>
      <w:spacing w:line="240" w:lineRule="exact"/>
    </w:pPr>
    <w:rPr>
      <w:rFonts w:ascii="Verdana" w:eastAsia="Times New Roman" w:hAnsi="Verdana" w:cs="Verdana"/>
      <w:sz w:val="20"/>
      <w:szCs w:val="20"/>
    </w:rPr>
  </w:style>
  <w:style w:type="paragraph" w:customStyle="1" w:styleId="Sangra2detindependiente10">
    <w:name w:val="Sangría 2 de t. independiente1"/>
    <w:basedOn w:val="Normal"/>
    <w:rsid w:val="00DE1A8C"/>
    <w:pPr>
      <w:widowControl w:val="0"/>
      <w:adjustRightInd w:val="0"/>
      <w:spacing w:after="0" w:line="360" w:lineRule="atLeast"/>
      <w:ind w:left="432"/>
      <w:jc w:val="both"/>
      <w:textAlignment w:val="baseline"/>
    </w:pPr>
    <w:rPr>
      <w:rFonts w:ascii="Arial" w:eastAsia="Times New Roman" w:hAnsi="Arial" w:cs="Times New Roman"/>
      <w:szCs w:val="20"/>
      <w:lang w:eastAsia="es-ES"/>
    </w:rPr>
  </w:style>
  <w:style w:type="character" w:customStyle="1" w:styleId="WW-Fuentedeprrafopredeter0">
    <w:name w:val="WW-Fuente de párrafo predeter."/>
    <w:rsid w:val="00DE1A8C"/>
  </w:style>
  <w:style w:type="paragraph" w:customStyle="1" w:styleId="xl131">
    <w:name w:val="xl131"/>
    <w:basedOn w:val="Normal"/>
    <w:rsid w:val="00DE1A8C"/>
    <w:pPr>
      <w:spacing w:before="100" w:beforeAutospacing="1" w:after="100" w:afterAutospacing="1" w:line="240" w:lineRule="auto"/>
      <w:jc w:val="right"/>
      <w:textAlignment w:val="top"/>
    </w:pPr>
    <w:rPr>
      <w:rFonts w:ascii="Arial" w:eastAsia="Times New Roman" w:hAnsi="Arial" w:cs="Arial"/>
      <w:sz w:val="24"/>
      <w:szCs w:val="24"/>
      <w:lang w:eastAsia="es-CO"/>
    </w:rPr>
  </w:style>
  <w:style w:type="paragraph" w:customStyle="1" w:styleId="xl132">
    <w:name w:val="xl132"/>
    <w:basedOn w:val="Normal"/>
    <w:rsid w:val="00DE1A8C"/>
    <w:pP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33">
    <w:name w:val="xl133"/>
    <w:basedOn w:val="Normal"/>
    <w:rsid w:val="00DE1A8C"/>
    <w:pPr>
      <w:spacing w:before="100" w:beforeAutospacing="1" w:after="100" w:afterAutospacing="1" w:line="240" w:lineRule="auto"/>
      <w:jc w:val="right"/>
      <w:textAlignment w:val="top"/>
    </w:pPr>
    <w:rPr>
      <w:rFonts w:ascii="Arial" w:eastAsia="Times New Roman" w:hAnsi="Arial" w:cs="Arial"/>
      <w:b/>
      <w:bCs/>
      <w:sz w:val="16"/>
      <w:szCs w:val="16"/>
      <w:lang w:eastAsia="es-CO"/>
    </w:rPr>
  </w:style>
  <w:style w:type="paragraph" w:customStyle="1" w:styleId="xl134">
    <w:name w:val="xl134"/>
    <w:basedOn w:val="Normal"/>
    <w:rsid w:val="00DE1A8C"/>
    <w:pP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35">
    <w:name w:val="xl135"/>
    <w:basedOn w:val="Normal"/>
    <w:rsid w:val="00DE1A8C"/>
    <w:pPr>
      <w:spacing w:before="100" w:beforeAutospacing="1" w:after="100" w:afterAutospacing="1" w:line="240" w:lineRule="auto"/>
      <w:jc w:val="right"/>
      <w:textAlignment w:val="top"/>
    </w:pPr>
    <w:rPr>
      <w:rFonts w:ascii="Arial" w:eastAsia="Times New Roman" w:hAnsi="Arial" w:cs="Arial"/>
      <w:b/>
      <w:bCs/>
      <w:sz w:val="16"/>
      <w:szCs w:val="16"/>
      <w:lang w:eastAsia="es-CO"/>
    </w:rPr>
  </w:style>
  <w:style w:type="paragraph" w:customStyle="1" w:styleId="xl136">
    <w:name w:val="xl136"/>
    <w:basedOn w:val="Normal"/>
    <w:rsid w:val="00DE1A8C"/>
    <w:pPr>
      <w:spacing w:before="100" w:beforeAutospacing="1" w:after="100" w:afterAutospacing="1" w:line="240" w:lineRule="auto"/>
    </w:pPr>
    <w:rPr>
      <w:rFonts w:ascii="Arial" w:eastAsia="Times New Roman" w:hAnsi="Arial" w:cs="Arial"/>
      <w:sz w:val="16"/>
      <w:szCs w:val="16"/>
      <w:lang w:eastAsia="es-CO"/>
    </w:rPr>
  </w:style>
  <w:style w:type="paragraph" w:customStyle="1" w:styleId="xl137">
    <w:name w:val="xl137"/>
    <w:basedOn w:val="Normal"/>
    <w:rsid w:val="00DE1A8C"/>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38">
    <w:name w:val="xl138"/>
    <w:basedOn w:val="Normal"/>
    <w:rsid w:val="00DE1A8C"/>
    <w:pP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39">
    <w:name w:val="xl139"/>
    <w:basedOn w:val="Normal"/>
    <w:rsid w:val="00DE1A8C"/>
    <w:pPr>
      <w:spacing w:before="100" w:beforeAutospacing="1" w:after="100" w:afterAutospacing="1" w:line="240" w:lineRule="auto"/>
    </w:pPr>
    <w:rPr>
      <w:rFonts w:ascii="Arial" w:eastAsia="Times New Roman" w:hAnsi="Arial" w:cs="Arial"/>
      <w:sz w:val="16"/>
      <w:szCs w:val="16"/>
      <w:lang w:eastAsia="es-CO"/>
    </w:rPr>
  </w:style>
  <w:style w:type="paragraph" w:customStyle="1" w:styleId="xl141">
    <w:name w:val="xl141"/>
    <w:basedOn w:val="Normal"/>
    <w:rsid w:val="00DE1A8C"/>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43">
    <w:name w:val="xl143"/>
    <w:basedOn w:val="Normal"/>
    <w:rsid w:val="00DE1A8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44">
    <w:name w:val="xl144"/>
    <w:basedOn w:val="Normal"/>
    <w:rsid w:val="00DE1A8C"/>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5">
    <w:name w:val="xl14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46">
    <w:name w:val="xl14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47">
    <w:name w:val="xl14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48">
    <w:name w:val="xl14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49">
    <w:name w:val="xl14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150">
    <w:name w:val="xl150"/>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51">
    <w:name w:val="xl15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2">
    <w:name w:val="xl15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153">
    <w:name w:val="xl15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54">
    <w:name w:val="xl15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55">
    <w:name w:val="xl15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56">
    <w:name w:val="xl15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57">
    <w:name w:val="xl15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lang w:eastAsia="es-CO"/>
    </w:rPr>
  </w:style>
  <w:style w:type="paragraph" w:customStyle="1" w:styleId="xl158">
    <w:name w:val="xl15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60">
    <w:name w:val="xl160"/>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61">
    <w:name w:val="xl16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2">
    <w:name w:val="xl16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3">
    <w:name w:val="xl16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4">
    <w:name w:val="xl16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5">
    <w:name w:val="xl16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6">
    <w:name w:val="xl16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7">
    <w:name w:val="xl16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8">
    <w:name w:val="xl16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9">
    <w:name w:val="xl16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0">
    <w:name w:val="xl170"/>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1">
    <w:name w:val="xl17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2">
    <w:name w:val="xl17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73">
    <w:name w:val="xl17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4">
    <w:name w:val="xl17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75">
    <w:name w:val="xl17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76">
    <w:name w:val="xl17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77">
    <w:name w:val="xl17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78">
    <w:name w:val="xl17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79">
    <w:name w:val="xl17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0">
    <w:name w:val="xl180"/>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81">
    <w:name w:val="xl18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82">
    <w:name w:val="xl18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3">
    <w:name w:val="xl18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4">
    <w:name w:val="xl18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85">
    <w:name w:val="xl18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86">
    <w:name w:val="xl18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187">
    <w:name w:val="xl18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88">
    <w:name w:val="xl18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0">
    <w:name w:val="xl190"/>
    <w:basedOn w:val="Normal"/>
    <w:rsid w:val="00DE1A8C"/>
    <w:pPr>
      <w:pBdr>
        <w:top w:val="single" w:sz="4" w:space="0" w:color="auto"/>
        <w:left w:val="single" w:sz="4" w:space="10"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16"/>
      <w:szCs w:val="16"/>
      <w:lang w:eastAsia="es-CO"/>
    </w:rPr>
  </w:style>
  <w:style w:type="paragraph" w:customStyle="1" w:styleId="xl191">
    <w:name w:val="xl19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192">
    <w:name w:val="xl19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4">
    <w:name w:val="xl19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
    <w:name w:val="xl19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
    <w:name w:val="xl196"/>
    <w:basedOn w:val="Normal"/>
    <w:rsid w:val="00DE1A8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97">
    <w:name w:val="xl197"/>
    <w:basedOn w:val="Normal"/>
    <w:rsid w:val="00DE1A8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98">
    <w:name w:val="xl19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99">
    <w:name w:val="xl19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FF0000"/>
      <w:sz w:val="16"/>
      <w:szCs w:val="16"/>
      <w:lang w:eastAsia="es-CO"/>
    </w:rPr>
  </w:style>
  <w:style w:type="paragraph" w:customStyle="1" w:styleId="xl200">
    <w:name w:val="xl200"/>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es-CO"/>
    </w:rPr>
  </w:style>
  <w:style w:type="paragraph" w:customStyle="1" w:styleId="xl201">
    <w:name w:val="xl20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202">
    <w:name w:val="xl202"/>
    <w:basedOn w:val="Normal"/>
    <w:rsid w:val="00DE1A8C"/>
    <w:pPr>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203">
    <w:name w:val="xl203"/>
    <w:basedOn w:val="Normal"/>
    <w:rsid w:val="00DE1A8C"/>
    <w:pPr>
      <w:pBdr>
        <w:top w:val="single" w:sz="12" w:space="0" w:color="0000FF"/>
        <w:left w:val="single" w:sz="12"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4">
    <w:name w:val="xl204"/>
    <w:basedOn w:val="Normal"/>
    <w:rsid w:val="00DE1A8C"/>
    <w:pPr>
      <w:pBdr>
        <w:left w:val="single" w:sz="12"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5">
    <w:name w:val="xl205"/>
    <w:basedOn w:val="Normal"/>
    <w:rsid w:val="00DE1A8C"/>
    <w:pPr>
      <w:pBdr>
        <w:left w:val="single" w:sz="12" w:space="0" w:color="0000FF"/>
        <w:bottom w:val="double" w:sz="6"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6">
    <w:name w:val="xl206"/>
    <w:basedOn w:val="Normal"/>
    <w:rsid w:val="00DE1A8C"/>
    <w:pPr>
      <w:pBdr>
        <w:bottom w:val="double" w:sz="6"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7">
    <w:name w:val="xl207"/>
    <w:basedOn w:val="Normal"/>
    <w:rsid w:val="00DE1A8C"/>
    <w:pPr>
      <w:pBdr>
        <w:bottom w:val="double" w:sz="6"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
    <w:name w:val="xl208"/>
    <w:basedOn w:val="Normal"/>
    <w:rsid w:val="00DE1A8C"/>
    <w:pPr>
      <w:pBdr>
        <w:bottom w:val="double" w:sz="6" w:space="0" w:color="0000FF"/>
        <w:right w:val="single" w:sz="12"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9">
    <w:name w:val="xl209"/>
    <w:basedOn w:val="Normal"/>
    <w:rsid w:val="00DE1A8C"/>
    <w:pPr>
      <w:pBdr>
        <w:left w:val="single" w:sz="12" w:space="0" w:color="0000FF"/>
        <w:bottom w:val="double" w:sz="6"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0">
    <w:name w:val="xl210"/>
    <w:basedOn w:val="Normal"/>
    <w:rsid w:val="00DE1A8C"/>
    <w:pPr>
      <w:pBdr>
        <w:top w:val="double" w:sz="6" w:space="0" w:color="0000FF"/>
        <w:right w:val="single" w:sz="12"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1">
    <w:name w:val="xl211"/>
    <w:basedOn w:val="Normal"/>
    <w:rsid w:val="00DE1A8C"/>
    <w:pPr>
      <w:pBdr>
        <w:right w:val="single" w:sz="12" w:space="0" w:color="0000FF"/>
      </w:pBdr>
      <w:spacing w:before="100" w:beforeAutospacing="1" w:after="100" w:afterAutospacing="1" w:line="240" w:lineRule="auto"/>
      <w:textAlignment w:val="center"/>
    </w:pPr>
    <w:rPr>
      <w:rFonts w:ascii="Arial" w:eastAsia="Times New Roman" w:hAnsi="Arial" w:cs="Arial"/>
      <w:b/>
      <w:bCs/>
      <w:sz w:val="24"/>
      <w:szCs w:val="24"/>
      <w:u w:val="single"/>
      <w:lang w:eastAsia="es-CO"/>
    </w:rPr>
  </w:style>
  <w:style w:type="paragraph" w:customStyle="1" w:styleId="xl212">
    <w:name w:val="xl212"/>
    <w:basedOn w:val="Normal"/>
    <w:rsid w:val="00DE1A8C"/>
    <w:pPr>
      <w:pBdr>
        <w:bottom w:val="single" w:sz="12" w:space="0" w:color="0000FF"/>
        <w:right w:val="single" w:sz="12" w:space="0" w:color="0000FF"/>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213">
    <w:name w:val="xl213"/>
    <w:basedOn w:val="Normal"/>
    <w:rsid w:val="00DE1A8C"/>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4">
    <w:name w:val="xl214"/>
    <w:basedOn w:val="Normal"/>
    <w:rsid w:val="00DE1A8C"/>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5">
    <w:name w:val="xl215"/>
    <w:basedOn w:val="Normal"/>
    <w:rsid w:val="00DE1A8C"/>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6">
    <w:name w:val="xl216"/>
    <w:basedOn w:val="Normal"/>
    <w:rsid w:val="00DE1A8C"/>
    <w:pPr>
      <w:pBdr>
        <w:bottom w:val="double" w:sz="6" w:space="0" w:color="0000FF"/>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17">
    <w:name w:val="xl21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218">
    <w:name w:val="xl21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219">
    <w:name w:val="xl21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20">
    <w:name w:val="xl220"/>
    <w:basedOn w:val="Normal"/>
    <w:rsid w:val="00DE1A8C"/>
    <w:pPr>
      <w:spacing w:before="100" w:beforeAutospacing="1" w:after="100" w:afterAutospacing="1" w:line="240" w:lineRule="auto"/>
    </w:pPr>
    <w:rPr>
      <w:rFonts w:ascii="Arial" w:eastAsia="Times New Roman" w:hAnsi="Arial" w:cs="Arial"/>
      <w:sz w:val="16"/>
      <w:szCs w:val="16"/>
      <w:lang w:eastAsia="es-CO"/>
    </w:rPr>
  </w:style>
  <w:style w:type="paragraph" w:customStyle="1" w:styleId="xl221">
    <w:name w:val="xl22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222">
    <w:name w:val="xl22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23">
    <w:name w:val="xl223"/>
    <w:basedOn w:val="Normal"/>
    <w:rsid w:val="00DE1A8C"/>
    <w:pPr>
      <w:pBdr>
        <w:top w:val="single" w:sz="12" w:space="0" w:color="0000FF"/>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4">
    <w:name w:val="xl224"/>
    <w:basedOn w:val="Normal"/>
    <w:rsid w:val="00DE1A8C"/>
    <w:pPr>
      <w:pBdr>
        <w:top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5">
    <w:name w:val="xl225"/>
    <w:basedOn w:val="Normal"/>
    <w:rsid w:val="00DE1A8C"/>
    <w:pPr>
      <w:pBdr>
        <w:top w:val="single" w:sz="12" w:space="0" w:color="0000FF"/>
        <w:righ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6">
    <w:name w:val="xl226"/>
    <w:basedOn w:val="Normal"/>
    <w:rsid w:val="00DE1A8C"/>
    <w:pPr>
      <w:pBdr>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7">
    <w:name w:val="xl227"/>
    <w:basedOn w:val="Normal"/>
    <w:rsid w:val="00DE1A8C"/>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8">
    <w:name w:val="xl228"/>
    <w:basedOn w:val="Normal"/>
    <w:rsid w:val="00DE1A8C"/>
    <w:pPr>
      <w:pBdr>
        <w:righ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9">
    <w:name w:val="xl229"/>
    <w:basedOn w:val="Normal"/>
    <w:rsid w:val="00DE1A8C"/>
    <w:pPr>
      <w:pBdr>
        <w:top w:val="double" w:sz="6" w:space="0" w:color="0000FF"/>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rsid w:val="00DE1A8C"/>
    <w:pPr>
      <w:pBdr>
        <w:top w:val="double" w:sz="6"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1">
    <w:name w:val="xl231"/>
    <w:basedOn w:val="Normal"/>
    <w:rsid w:val="00DE1A8C"/>
    <w:pPr>
      <w:pBdr>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u w:val="single"/>
      <w:lang w:eastAsia="es-CO"/>
    </w:rPr>
  </w:style>
  <w:style w:type="paragraph" w:customStyle="1" w:styleId="xl232">
    <w:name w:val="xl232"/>
    <w:basedOn w:val="Normal"/>
    <w:rsid w:val="00DE1A8C"/>
    <w:pPr>
      <w:spacing w:before="100" w:beforeAutospacing="1" w:after="100" w:afterAutospacing="1" w:line="240" w:lineRule="auto"/>
      <w:jc w:val="center"/>
      <w:textAlignment w:val="center"/>
    </w:pPr>
    <w:rPr>
      <w:rFonts w:ascii="Arial" w:eastAsia="Times New Roman" w:hAnsi="Arial" w:cs="Arial"/>
      <w:b/>
      <w:bCs/>
      <w:sz w:val="24"/>
      <w:szCs w:val="24"/>
      <w:u w:val="single"/>
      <w:lang w:eastAsia="es-CO"/>
    </w:rPr>
  </w:style>
  <w:style w:type="paragraph" w:customStyle="1" w:styleId="xl233">
    <w:name w:val="xl233"/>
    <w:basedOn w:val="Normal"/>
    <w:rsid w:val="00DE1A8C"/>
    <w:pPr>
      <w:pBdr>
        <w:left w:val="single" w:sz="12" w:space="0" w:color="0000FF"/>
        <w:bottom w:val="single" w:sz="12" w:space="0" w:color="0000FF"/>
      </w:pBdr>
      <w:spacing w:before="100" w:beforeAutospacing="1" w:after="100" w:afterAutospacing="1" w:line="240" w:lineRule="auto"/>
      <w:jc w:val="center"/>
      <w:textAlignment w:val="center"/>
    </w:pPr>
    <w:rPr>
      <w:rFonts w:ascii="Arial" w:eastAsia="Times New Roman" w:hAnsi="Arial" w:cs="Arial"/>
      <w:b/>
      <w:bCs/>
      <w:i/>
      <w:iCs/>
      <w:sz w:val="24"/>
      <w:szCs w:val="24"/>
      <w:lang w:eastAsia="es-CO"/>
    </w:rPr>
  </w:style>
  <w:style w:type="paragraph" w:customStyle="1" w:styleId="xl234">
    <w:name w:val="xl234"/>
    <w:basedOn w:val="Normal"/>
    <w:rsid w:val="00DE1A8C"/>
    <w:pPr>
      <w:pBdr>
        <w:bottom w:val="single" w:sz="12" w:space="0" w:color="0000FF"/>
      </w:pBdr>
      <w:spacing w:before="100" w:beforeAutospacing="1" w:after="100" w:afterAutospacing="1" w:line="240" w:lineRule="auto"/>
      <w:jc w:val="center"/>
      <w:textAlignment w:val="center"/>
    </w:pPr>
    <w:rPr>
      <w:rFonts w:ascii="Arial" w:eastAsia="Times New Roman" w:hAnsi="Arial" w:cs="Arial"/>
      <w:b/>
      <w:bCs/>
      <w:i/>
      <w:iCs/>
      <w:sz w:val="24"/>
      <w:szCs w:val="24"/>
      <w:lang w:eastAsia="es-CO"/>
    </w:rPr>
  </w:style>
  <w:style w:type="paragraph" w:customStyle="1" w:styleId="xl235">
    <w:name w:val="xl235"/>
    <w:basedOn w:val="Normal"/>
    <w:rsid w:val="00DE1A8C"/>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6">
    <w:name w:val="xl236"/>
    <w:basedOn w:val="Normal"/>
    <w:rsid w:val="00DE1A8C"/>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7">
    <w:name w:val="xl237"/>
    <w:basedOn w:val="Normal"/>
    <w:rsid w:val="00DE1A8C"/>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8">
    <w:name w:val="xl238"/>
    <w:basedOn w:val="Normal"/>
    <w:rsid w:val="00DE1A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39">
    <w:name w:val="xl239"/>
    <w:basedOn w:val="Normal"/>
    <w:rsid w:val="00DE1A8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rsid w:val="00DE1A8C"/>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1">
    <w:name w:val="xl241"/>
    <w:basedOn w:val="Normal"/>
    <w:rsid w:val="00DE1A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2">
    <w:name w:val="xl242"/>
    <w:basedOn w:val="Normal"/>
    <w:rsid w:val="00DE1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43">
    <w:name w:val="xl243"/>
    <w:basedOn w:val="Normal"/>
    <w:rsid w:val="00DE1A8C"/>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4">
    <w:name w:val="xl244"/>
    <w:basedOn w:val="Normal"/>
    <w:rsid w:val="00DE1A8C"/>
    <w:pP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45">
    <w:name w:val="xl245"/>
    <w:basedOn w:val="Normal"/>
    <w:rsid w:val="00DE1A8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6">
    <w:name w:val="xl246"/>
    <w:basedOn w:val="Normal"/>
    <w:rsid w:val="00DE1A8C"/>
    <w:pPr>
      <w:pBdr>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7">
    <w:name w:val="xl247"/>
    <w:basedOn w:val="Normal"/>
    <w:rsid w:val="00DE1A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8">
    <w:name w:val="xl248"/>
    <w:basedOn w:val="Normal"/>
    <w:rsid w:val="00DE1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9">
    <w:name w:val="xl249"/>
    <w:basedOn w:val="Normal"/>
    <w:rsid w:val="00DE1A8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40">
    <w:name w:val="xl140"/>
    <w:basedOn w:val="Normal"/>
    <w:rsid w:val="00DE1A8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42">
    <w:name w:val="xl14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59">
    <w:name w:val="xl15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89">
    <w:name w:val="xl18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250">
    <w:name w:val="xl250"/>
    <w:basedOn w:val="Normal"/>
    <w:rsid w:val="00DE1A8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1">
    <w:name w:val="xl251"/>
    <w:basedOn w:val="Normal"/>
    <w:rsid w:val="00DE1A8C"/>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2">
    <w:name w:val="xl252"/>
    <w:basedOn w:val="Normal"/>
    <w:rsid w:val="00DE1A8C"/>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3">
    <w:name w:val="xl253"/>
    <w:basedOn w:val="Normal"/>
    <w:rsid w:val="00DE1A8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4">
    <w:name w:val="xl25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5">
    <w:name w:val="xl25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6">
    <w:name w:val="xl256"/>
    <w:basedOn w:val="Normal"/>
    <w:rsid w:val="00DE1A8C"/>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lang w:val="es-ES_tradnl"/>
    </w:rPr>
  </w:style>
  <w:style w:type="paragraph" w:customStyle="1" w:styleId="xl257">
    <w:name w:val="xl257"/>
    <w:basedOn w:val="Normal"/>
    <w:rsid w:val="00DE1A8C"/>
    <w:pPr>
      <w:pBdr>
        <w:left w:val="single" w:sz="4"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58">
    <w:name w:val="xl258"/>
    <w:basedOn w:val="Normal"/>
    <w:rsid w:val="00DE1A8C"/>
    <w:pPr>
      <w:pBdr>
        <w:left w:val="single" w:sz="4" w:space="0" w:color="auto"/>
        <w:bottom w:val="single" w:sz="8" w:space="0" w:color="auto"/>
        <w:right w:val="single" w:sz="8"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59">
    <w:name w:val="xl259"/>
    <w:basedOn w:val="Normal"/>
    <w:rsid w:val="00DE1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6"/>
      <w:szCs w:val="16"/>
      <w:lang w:eastAsia="es-ES"/>
    </w:rPr>
  </w:style>
  <w:style w:type="paragraph" w:customStyle="1" w:styleId="xl260">
    <w:name w:val="xl260"/>
    <w:basedOn w:val="Normal"/>
    <w:rsid w:val="00DE1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61">
    <w:name w:val="xl261"/>
    <w:basedOn w:val="Normal"/>
    <w:rsid w:val="00DE1A8C"/>
    <w:pPr>
      <w:pBdr>
        <w:top w:val="single" w:sz="8" w:space="0" w:color="auto"/>
        <w:left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62">
    <w:name w:val="xl262"/>
    <w:basedOn w:val="Normal"/>
    <w:rsid w:val="00DE1A8C"/>
    <w:pPr>
      <w:pBdr>
        <w:top w:val="single" w:sz="8"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63">
    <w:name w:val="xl26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264">
    <w:name w:val="xl26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65">
    <w:name w:val="xl26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66">
    <w:name w:val="xl26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ES"/>
    </w:rPr>
  </w:style>
  <w:style w:type="paragraph" w:customStyle="1" w:styleId="xl267">
    <w:name w:val="xl26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ES"/>
    </w:rPr>
  </w:style>
  <w:style w:type="paragraph" w:customStyle="1" w:styleId="xl268">
    <w:name w:val="xl268"/>
    <w:basedOn w:val="Normal"/>
    <w:rsid w:val="00DE1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69">
    <w:name w:val="xl269"/>
    <w:basedOn w:val="Normal"/>
    <w:rsid w:val="00DE1A8C"/>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70">
    <w:name w:val="xl270"/>
    <w:basedOn w:val="Normal"/>
    <w:rsid w:val="00DE1A8C"/>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71">
    <w:name w:val="xl271"/>
    <w:basedOn w:val="Normal"/>
    <w:rsid w:val="00DE1A8C"/>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72">
    <w:name w:val="xl272"/>
    <w:basedOn w:val="Normal"/>
    <w:rsid w:val="00DE1A8C"/>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73">
    <w:name w:val="xl273"/>
    <w:basedOn w:val="Normal"/>
    <w:rsid w:val="00DE1A8C"/>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74">
    <w:name w:val="xl274"/>
    <w:basedOn w:val="Normal"/>
    <w:rsid w:val="00DE1A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ES"/>
    </w:rPr>
  </w:style>
  <w:style w:type="paragraph" w:customStyle="1" w:styleId="xl275">
    <w:name w:val="xl275"/>
    <w:basedOn w:val="Normal"/>
    <w:rsid w:val="00DE1A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276">
    <w:name w:val="xl276"/>
    <w:basedOn w:val="Normal"/>
    <w:rsid w:val="00DE1A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77">
    <w:name w:val="xl277"/>
    <w:basedOn w:val="Normal"/>
    <w:rsid w:val="00DE1A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78">
    <w:name w:val="xl278"/>
    <w:basedOn w:val="Normal"/>
    <w:rsid w:val="00DE1A8C"/>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79">
    <w:name w:val="xl279"/>
    <w:basedOn w:val="Normal"/>
    <w:rsid w:val="00DE1A8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0">
    <w:name w:val="xl280"/>
    <w:basedOn w:val="Normal"/>
    <w:rsid w:val="00DE1A8C"/>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1">
    <w:name w:val="xl281"/>
    <w:basedOn w:val="Normal"/>
    <w:rsid w:val="00DE1A8C"/>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2">
    <w:name w:val="xl282"/>
    <w:basedOn w:val="Normal"/>
    <w:rsid w:val="00DE1A8C"/>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3">
    <w:name w:val="xl28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84">
    <w:name w:val="xl28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5">
    <w:name w:val="xl28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6">
    <w:name w:val="xl28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ES"/>
    </w:rPr>
  </w:style>
  <w:style w:type="paragraph" w:customStyle="1" w:styleId="xl287">
    <w:name w:val="xl287"/>
    <w:basedOn w:val="Normal"/>
    <w:rsid w:val="00DE1A8C"/>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8">
    <w:name w:val="xl288"/>
    <w:basedOn w:val="Normal"/>
    <w:rsid w:val="00DE1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89">
    <w:name w:val="xl289"/>
    <w:basedOn w:val="Normal"/>
    <w:rsid w:val="00DE1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6"/>
      <w:szCs w:val="16"/>
      <w:lang w:eastAsia="es-ES"/>
    </w:rPr>
  </w:style>
  <w:style w:type="paragraph" w:customStyle="1" w:styleId="xl290">
    <w:name w:val="xl290"/>
    <w:basedOn w:val="Normal"/>
    <w:rsid w:val="00DE1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6"/>
      <w:szCs w:val="16"/>
      <w:lang w:eastAsia="es-ES"/>
    </w:rPr>
  </w:style>
  <w:style w:type="paragraph" w:customStyle="1" w:styleId="xl291">
    <w:name w:val="xl291"/>
    <w:basedOn w:val="Normal"/>
    <w:rsid w:val="00DE1A8C"/>
    <w:pP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92">
    <w:name w:val="xl292"/>
    <w:basedOn w:val="Normal"/>
    <w:rsid w:val="00DE1A8C"/>
    <w:pPr>
      <w:pBdr>
        <w:top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93">
    <w:name w:val="xl293"/>
    <w:basedOn w:val="Normal"/>
    <w:rsid w:val="00DE1A8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94">
    <w:name w:val="xl294"/>
    <w:basedOn w:val="Normal"/>
    <w:rsid w:val="00DE1A8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95">
    <w:name w:val="xl295"/>
    <w:basedOn w:val="Normal"/>
    <w:rsid w:val="00DE1A8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296">
    <w:name w:val="xl29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97">
    <w:name w:val="xl297"/>
    <w:basedOn w:val="Normal"/>
    <w:rsid w:val="00DE1A8C"/>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298">
    <w:name w:val="xl298"/>
    <w:basedOn w:val="Normal"/>
    <w:rsid w:val="00DE1A8C"/>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299">
    <w:name w:val="xl299"/>
    <w:basedOn w:val="Normal"/>
    <w:rsid w:val="00DE1A8C"/>
    <w:pPr>
      <w:pBdr>
        <w:left w:val="single" w:sz="8" w:space="0" w:color="auto"/>
        <w:bottom w:val="single" w:sz="8"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0">
    <w:name w:val="xl300"/>
    <w:basedOn w:val="Normal"/>
    <w:rsid w:val="00DE1A8C"/>
    <w:pPr>
      <w:pBdr>
        <w:bottom w:val="single" w:sz="8"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1">
    <w:name w:val="xl301"/>
    <w:basedOn w:val="Normal"/>
    <w:rsid w:val="00DE1A8C"/>
    <w:pPr>
      <w:pBdr>
        <w:bottom w:val="single" w:sz="8" w:space="0" w:color="auto"/>
        <w:right w:val="single" w:sz="8"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2">
    <w:name w:val="xl302"/>
    <w:basedOn w:val="Normal"/>
    <w:rsid w:val="00DE1A8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03">
    <w:name w:val="xl303"/>
    <w:basedOn w:val="Normal"/>
    <w:rsid w:val="00DE1A8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4">
    <w:name w:val="xl304"/>
    <w:basedOn w:val="Normal"/>
    <w:rsid w:val="00DE1A8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5">
    <w:name w:val="xl305"/>
    <w:basedOn w:val="Normal"/>
    <w:rsid w:val="00DE1A8C"/>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6">
    <w:name w:val="xl306"/>
    <w:basedOn w:val="Normal"/>
    <w:rsid w:val="00DE1A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07">
    <w:name w:val="xl307"/>
    <w:basedOn w:val="Normal"/>
    <w:rsid w:val="00DE1A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8">
    <w:name w:val="xl308"/>
    <w:basedOn w:val="Normal"/>
    <w:rsid w:val="00DE1A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9">
    <w:name w:val="xl309"/>
    <w:basedOn w:val="Normal"/>
    <w:rsid w:val="00DE1A8C"/>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10">
    <w:name w:val="xl310"/>
    <w:basedOn w:val="Normal"/>
    <w:rsid w:val="00DE1A8C"/>
    <w:pPr>
      <w:pBdr>
        <w:top w:val="single" w:sz="4" w:space="0" w:color="auto"/>
        <w:left w:val="single" w:sz="8"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1">
    <w:name w:val="xl311"/>
    <w:basedOn w:val="Normal"/>
    <w:rsid w:val="00DE1A8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2">
    <w:name w:val="xl312"/>
    <w:basedOn w:val="Normal"/>
    <w:rsid w:val="00DE1A8C"/>
    <w:pPr>
      <w:pBdr>
        <w:top w:val="single" w:sz="4" w:space="0" w:color="auto"/>
        <w:left w:val="single" w:sz="8" w:space="0" w:color="auto"/>
        <w:bottom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3">
    <w:name w:val="xl313"/>
    <w:basedOn w:val="Normal"/>
    <w:rsid w:val="00DE1A8C"/>
    <w:pPr>
      <w:pBdr>
        <w:top w:val="single" w:sz="4" w:space="0" w:color="auto"/>
        <w:bottom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4">
    <w:name w:val="xl314"/>
    <w:basedOn w:val="Normal"/>
    <w:rsid w:val="00DE1A8C"/>
    <w:pPr>
      <w:pBdr>
        <w:top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5">
    <w:name w:val="xl315"/>
    <w:basedOn w:val="Normal"/>
    <w:rsid w:val="00DE1A8C"/>
    <w:pPr>
      <w:pBdr>
        <w:top w:val="single" w:sz="4" w:space="0" w:color="auto"/>
        <w:left w:val="single" w:sz="8"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6">
    <w:name w:val="xl316"/>
    <w:basedOn w:val="Normal"/>
    <w:rsid w:val="00DE1A8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7">
    <w:name w:val="xl317"/>
    <w:basedOn w:val="Normal"/>
    <w:rsid w:val="00DE1A8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8">
    <w:name w:val="xl318"/>
    <w:basedOn w:val="Normal"/>
    <w:rsid w:val="00DE1A8C"/>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9">
    <w:name w:val="xl319"/>
    <w:basedOn w:val="Normal"/>
    <w:rsid w:val="00DE1A8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20">
    <w:name w:val="xl320"/>
    <w:basedOn w:val="Normal"/>
    <w:rsid w:val="00DE1A8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21">
    <w:name w:val="xl321"/>
    <w:basedOn w:val="Normal"/>
    <w:rsid w:val="00DE1A8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22">
    <w:name w:val="xl322"/>
    <w:basedOn w:val="Normal"/>
    <w:rsid w:val="00DE1A8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23">
    <w:name w:val="xl323"/>
    <w:basedOn w:val="Normal"/>
    <w:rsid w:val="00DE1A8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24">
    <w:name w:val="xl324"/>
    <w:basedOn w:val="Normal"/>
    <w:rsid w:val="00DE1A8C"/>
    <w:pP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325">
    <w:name w:val="xl325"/>
    <w:basedOn w:val="Normal"/>
    <w:rsid w:val="00DE1A8C"/>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26">
    <w:name w:val="xl326"/>
    <w:basedOn w:val="Normal"/>
    <w:rsid w:val="00DE1A8C"/>
    <w:pPr>
      <w:spacing w:before="100" w:beforeAutospacing="1" w:after="100" w:afterAutospacing="1" w:line="240" w:lineRule="auto"/>
      <w:jc w:val="right"/>
      <w:textAlignment w:val="center"/>
    </w:pPr>
    <w:rPr>
      <w:rFonts w:ascii="Arial" w:eastAsia="Times New Roman" w:hAnsi="Arial" w:cs="Arial"/>
      <w:color w:val="000000"/>
      <w:sz w:val="16"/>
      <w:szCs w:val="16"/>
      <w:lang w:eastAsia="es-ES"/>
    </w:rPr>
  </w:style>
  <w:style w:type="paragraph" w:customStyle="1" w:styleId="xl327">
    <w:name w:val="xl327"/>
    <w:basedOn w:val="Normal"/>
    <w:rsid w:val="00DE1A8C"/>
    <w:pPr>
      <w:spacing w:before="100" w:beforeAutospacing="1" w:after="100" w:afterAutospacing="1" w:line="240" w:lineRule="auto"/>
      <w:textAlignment w:val="center"/>
    </w:pPr>
    <w:rPr>
      <w:rFonts w:ascii="Arial" w:eastAsia="Times New Roman" w:hAnsi="Arial" w:cs="Arial"/>
      <w:color w:val="000000"/>
      <w:sz w:val="16"/>
      <w:szCs w:val="16"/>
      <w:lang w:eastAsia="es-ES"/>
    </w:rPr>
  </w:style>
  <w:style w:type="paragraph" w:customStyle="1" w:styleId="xl328">
    <w:name w:val="xl328"/>
    <w:basedOn w:val="Normal"/>
    <w:rsid w:val="00DE1A8C"/>
    <w:pPr>
      <w:pBdr>
        <w:lef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29">
    <w:name w:val="xl329"/>
    <w:basedOn w:val="Normal"/>
    <w:rsid w:val="00DE1A8C"/>
    <w:pPr>
      <w:pBdr>
        <w:top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0">
    <w:name w:val="xl330"/>
    <w:basedOn w:val="Normal"/>
    <w:rsid w:val="00DE1A8C"/>
    <w:pPr>
      <w:pBdr>
        <w:top w:val="single" w:sz="8" w:space="0" w:color="auto"/>
        <w:righ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1">
    <w:name w:val="xl331"/>
    <w:basedOn w:val="Normal"/>
    <w:rsid w:val="00DE1A8C"/>
    <w:pPr>
      <w:pBdr>
        <w:righ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2">
    <w:name w:val="xl332"/>
    <w:basedOn w:val="Normal"/>
    <w:rsid w:val="00DE1A8C"/>
    <w:pPr>
      <w:pBdr>
        <w:lef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3">
    <w:name w:val="xl333"/>
    <w:basedOn w:val="Normal"/>
    <w:rsid w:val="00DE1A8C"/>
    <w:pPr>
      <w:spacing w:before="100" w:beforeAutospacing="1" w:after="100" w:afterAutospacing="1" w:line="240" w:lineRule="auto"/>
    </w:pPr>
    <w:rPr>
      <w:rFonts w:ascii="Arial" w:eastAsia="Times New Roman" w:hAnsi="Arial" w:cs="Arial"/>
      <w:sz w:val="16"/>
      <w:szCs w:val="16"/>
      <w:lang w:eastAsia="es-ES"/>
    </w:rPr>
  </w:style>
  <w:style w:type="paragraph" w:customStyle="1" w:styleId="xl334">
    <w:name w:val="xl334"/>
    <w:basedOn w:val="Normal"/>
    <w:rsid w:val="00DE1A8C"/>
    <w:pPr>
      <w:pBdr>
        <w:righ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5">
    <w:name w:val="xl335"/>
    <w:basedOn w:val="Normal"/>
    <w:rsid w:val="00DE1A8C"/>
    <w:pPr>
      <w:pBdr>
        <w:bottom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6">
    <w:name w:val="xl336"/>
    <w:basedOn w:val="Normal"/>
    <w:rsid w:val="00DE1A8C"/>
    <w:pPr>
      <w:pBdr>
        <w:bottom w:val="single" w:sz="8" w:space="0" w:color="auto"/>
        <w:righ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Cuadrculamedia1-nfasis21">
    <w:name w:val="Cuadrícula media 1 - Énfasis 21"/>
    <w:basedOn w:val="Normal"/>
    <w:uiPriority w:val="34"/>
    <w:qFormat/>
    <w:rsid w:val="00DE1A8C"/>
    <w:pPr>
      <w:spacing w:after="0" w:line="240" w:lineRule="auto"/>
      <w:ind w:left="720"/>
      <w:contextualSpacing/>
    </w:pPr>
    <w:rPr>
      <w:rFonts w:ascii="Times New Roman" w:eastAsia="SimSun" w:hAnsi="Times New Roman" w:cs="Times New Roman"/>
      <w:sz w:val="20"/>
      <w:szCs w:val="20"/>
      <w:lang w:eastAsia="es-ES"/>
    </w:rPr>
  </w:style>
  <w:style w:type="character" w:customStyle="1" w:styleId="Listavistosa-nfasis1Car1">
    <w:name w:val="Lista vistosa - Énfasis 1 Car1"/>
    <w:rsid w:val="00DE1A8C"/>
    <w:rPr>
      <w:sz w:val="22"/>
      <w:szCs w:val="22"/>
      <w:lang w:val="x-none" w:eastAsia="x-none"/>
    </w:rPr>
  </w:style>
  <w:style w:type="paragraph" w:customStyle="1" w:styleId="xl337">
    <w:name w:val="xl337"/>
    <w:basedOn w:val="Normal"/>
    <w:rsid w:val="00DE1A8C"/>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pPr>
    <w:rPr>
      <w:rFonts w:ascii="Calibri" w:eastAsia="Times New Roman" w:hAnsi="Calibri" w:cs="Times New Roman"/>
      <w:b/>
      <w:bCs/>
      <w:sz w:val="16"/>
      <w:szCs w:val="16"/>
      <w:lang w:eastAsia="es-CO"/>
    </w:rPr>
  </w:style>
  <w:style w:type="paragraph" w:customStyle="1" w:styleId="xl338">
    <w:name w:val="xl338"/>
    <w:basedOn w:val="Normal"/>
    <w:rsid w:val="00DE1A8C"/>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alibri" w:eastAsia="Times New Roman" w:hAnsi="Calibri" w:cs="Times New Roman"/>
      <w:b/>
      <w:bCs/>
      <w:sz w:val="16"/>
      <w:szCs w:val="16"/>
      <w:lang w:eastAsia="es-CO"/>
    </w:rPr>
  </w:style>
  <w:style w:type="paragraph" w:customStyle="1" w:styleId="xl339">
    <w:name w:val="xl339"/>
    <w:basedOn w:val="Normal"/>
    <w:rsid w:val="00DE1A8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alibri" w:eastAsia="Times New Roman" w:hAnsi="Calibri" w:cs="Times New Roman"/>
      <w:b/>
      <w:bCs/>
      <w:sz w:val="16"/>
      <w:szCs w:val="16"/>
      <w:lang w:eastAsia="es-CO"/>
    </w:rPr>
  </w:style>
  <w:style w:type="paragraph" w:customStyle="1" w:styleId="xl340">
    <w:name w:val="xl340"/>
    <w:basedOn w:val="Normal"/>
    <w:rsid w:val="00DE1A8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pPr>
    <w:rPr>
      <w:rFonts w:ascii="Calibri" w:eastAsia="Times New Roman" w:hAnsi="Calibri" w:cs="Times New Roman"/>
      <w:b/>
      <w:bCs/>
      <w:sz w:val="16"/>
      <w:szCs w:val="16"/>
      <w:lang w:eastAsia="es-CO"/>
    </w:rPr>
  </w:style>
  <w:style w:type="table" w:customStyle="1" w:styleId="TableNormal2">
    <w:name w:val="Table Normal2"/>
    <w:uiPriority w:val="2"/>
    <w:semiHidden/>
    <w:unhideWhenUsed/>
    <w:qFormat/>
    <w:rsid w:val="00DE1A8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ontsplit">
    <w:name w:val="dontsplit"/>
    <w:basedOn w:val="Normal"/>
    <w:rsid w:val="00DE1A8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oot-note">
    <w:name w:val="foot-note"/>
    <w:rsid w:val="00DE1A8C"/>
  </w:style>
  <w:style w:type="character" w:customStyle="1" w:styleId="PuestoCar2">
    <w:name w:val="Puesto Car2"/>
    <w:basedOn w:val="Fuentedeprrafopredeter"/>
    <w:uiPriority w:val="10"/>
    <w:rsid w:val="00DE1A8C"/>
    <w:rPr>
      <w:rFonts w:ascii="Calibri Light" w:eastAsia="Times New Roman" w:hAnsi="Calibri Light" w:cs="Times New Roman"/>
      <w:spacing w:val="-10"/>
      <w:kern w:val="28"/>
      <w:sz w:val="56"/>
      <w:szCs w:val="56"/>
      <w:lang w:val="es-ES" w:eastAsia="es-ES"/>
    </w:rPr>
  </w:style>
  <w:style w:type="table" w:customStyle="1" w:styleId="TableGrid">
    <w:name w:val="TableGrid"/>
    <w:rsid w:val="00DE1A8C"/>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Caracteresenmarcados">
    <w:name w:val="Caracteres enmarcados"/>
    <w:basedOn w:val="Normal"/>
    <w:rsid w:val="00DE1A8C"/>
    <w:pPr>
      <w:spacing w:after="0" w:line="240" w:lineRule="auto"/>
    </w:pPr>
    <w:rPr>
      <w:rFonts w:ascii="Times New Roman" w:eastAsia="Times New Roman" w:hAnsi="Times New Roman" w:cs="Times New Roman"/>
      <w:sz w:val="24"/>
      <w:szCs w:val="24"/>
      <w:lang w:eastAsia="es-ES"/>
    </w:rPr>
  </w:style>
  <w:style w:type="paragraph" w:customStyle="1" w:styleId="CarCarCarCar3">
    <w:name w:val="Car Car Car Car3"/>
    <w:basedOn w:val="Normal"/>
    <w:rsid w:val="00DE1A8C"/>
    <w:pPr>
      <w:spacing w:line="240" w:lineRule="exact"/>
    </w:pPr>
    <w:rPr>
      <w:rFonts w:ascii="Verdana" w:eastAsia="Times New Roman" w:hAnsi="Verdana" w:cs="Times New Roman"/>
      <w:sz w:val="20"/>
      <w:szCs w:val="24"/>
      <w:lang w:val="en-US"/>
    </w:rPr>
  </w:style>
  <w:style w:type="character" w:customStyle="1" w:styleId="lphit1">
    <w:name w:val="lphit1"/>
    <w:rsid w:val="00DE1A8C"/>
    <w:rPr>
      <w:vanish w:val="0"/>
      <w:webHidden w:val="0"/>
      <w:color w:val="000000"/>
      <w:shd w:val="clear" w:color="auto" w:fill="FFFF00"/>
      <w:specVanish w:val="0"/>
    </w:rPr>
  </w:style>
  <w:style w:type="character" w:customStyle="1" w:styleId="st">
    <w:name w:val="st"/>
    <w:rsid w:val="00DE1A8C"/>
  </w:style>
  <w:style w:type="paragraph" w:customStyle="1" w:styleId="2">
    <w:name w:val="2"/>
    <w:basedOn w:val="Normal"/>
    <w:rsid w:val="00DE1A8C"/>
    <w:pPr>
      <w:spacing w:after="0" w:line="240" w:lineRule="auto"/>
    </w:pPr>
    <w:rPr>
      <w:rFonts w:ascii="Times New Roman" w:eastAsia="Times New Roman" w:hAnsi="Times New Roman" w:cs="Times New Roman"/>
      <w:sz w:val="24"/>
      <w:szCs w:val="24"/>
      <w:lang w:eastAsia="es-ES"/>
    </w:rPr>
  </w:style>
  <w:style w:type="paragraph" w:customStyle="1" w:styleId="msonormal0">
    <w:name w:val="msonormal"/>
    <w:basedOn w:val="Normal"/>
    <w:rsid w:val="00DE1A8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Cita">
    <w:name w:val="Quote"/>
    <w:basedOn w:val="Normal"/>
    <w:next w:val="Normal"/>
    <w:link w:val="CitaCar"/>
    <w:uiPriority w:val="29"/>
    <w:qFormat/>
    <w:rsid w:val="00DE1A8C"/>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DE1A8C"/>
    <w:rPr>
      <w:i/>
      <w:iCs/>
      <w:color w:val="404040" w:themeColor="text1" w:themeTint="BF"/>
      <w:kern w:val="2"/>
      <w:sz w:val="24"/>
      <w:szCs w:val="24"/>
      <w14:ligatures w14:val="standardContextual"/>
    </w:rPr>
  </w:style>
  <w:style w:type="character" w:styleId="nfasisintenso">
    <w:name w:val="Intense Emphasis"/>
    <w:basedOn w:val="Fuentedeprrafopredeter"/>
    <w:uiPriority w:val="21"/>
    <w:qFormat/>
    <w:rsid w:val="00DE1A8C"/>
    <w:rPr>
      <w:i/>
      <w:iCs/>
      <w:color w:val="2F5496" w:themeColor="accent1" w:themeShade="BF"/>
    </w:rPr>
  </w:style>
  <w:style w:type="paragraph" w:styleId="Citadestacada">
    <w:name w:val="Intense Quote"/>
    <w:basedOn w:val="Normal"/>
    <w:next w:val="Normal"/>
    <w:link w:val="CitadestacadaCar"/>
    <w:uiPriority w:val="30"/>
    <w:qFormat/>
    <w:rsid w:val="00DE1A8C"/>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DE1A8C"/>
    <w:rPr>
      <w:i/>
      <w:iCs/>
      <w:color w:val="2F5496" w:themeColor="accent1" w:themeShade="BF"/>
      <w:kern w:val="2"/>
      <w:sz w:val="24"/>
      <w:szCs w:val="24"/>
      <w14:ligatures w14:val="standardContextual"/>
    </w:rPr>
  </w:style>
  <w:style w:type="character" w:styleId="Referenciaintensa">
    <w:name w:val="Intense Reference"/>
    <w:basedOn w:val="Fuentedeprrafopredeter"/>
    <w:uiPriority w:val="32"/>
    <w:qFormat/>
    <w:rsid w:val="00DE1A8C"/>
    <w:rPr>
      <w:b/>
      <w:bCs/>
      <w:smallCaps/>
      <w:color w:val="2F5496" w:themeColor="accent1" w:themeShade="BF"/>
      <w:spacing w:val="5"/>
    </w:rPr>
  </w:style>
  <w:style w:type="paragraph" w:styleId="Listaconnmeros">
    <w:name w:val="List Number"/>
    <w:basedOn w:val="Normal"/>
    <w:uiPriority w:val="99"/>
    <w:unhideWhenUsed/>
    <w:rsid w:val="00DE1A8C"/>
    <w:pPr>
      <w:numPr>
        <w:numId w:val="7"/>
      </w:numPr>
      <w:tabs>
        <w:tab w:val="clear" w:pos="360"/>
      </w:tabs>
      <w:spacing w:after="200" w:line="276" w:lineRule="auto"/>
      <w:ind w:left="0" w:firstLine="0"/>
      <w:contextualSpacing/>
    </w:pPr>
    <w:rPr>
      <w:rFonts w:eastAsiaTheme="minorEastAsia"/>
    </w:rPr>
  </w:style>
  <w:style w:type="paragraph" w:styleId="Listaconnmeros2">
    <w:name w:val="List Number 2"/>
    <w:basedOn w:val="Normal"/>
    <w:uiPriority w:val="99"/>
    <w:unhideWhenUsed/>
    <w:rsid w:val="00DE1A8C"/>
    <w:pPr>
      <w:numPr>
        <w:numId w:val="8"/>
      </w:numPr>
      <w:tabs>
        <w:tab w:val="clear" w:pos="720"/>
      </w:tabs>
      <w:spacing w:after="200" w:line="276" w:lineRule="auto"/>
      <w:ind w:left="0" w:firstLine="0"/>
      <w:contextualSpacing/>
    </w:pPr>
    <w:rPr>
      <w:rFonts w:eastAsiaTheme="minorEastAsia"/>
    </w:rPr>
  </w:style>
  <w:style w:type="paragraph" w:styleId="Listaconnmeros3">
    <w:name w:val="List Number 3"/>
    <w:basedOn w:val="Normal"/>
    <w:uiPriority w:val="99"/>
    <w:unhideWhenUsed/>
    <w:rsid w:val="00DE1A8C"/>
    <w:pPr>
      <w:numPr>
        <w:numId w:val="9"/>
      </w:numPr>
      <w:tabs>
        <w:tab w:val="clear" w:pos="1080"/>
      </w:tabs>
      <w:spacing w:after="200" w:line="276" w:lineRule="auto"/>
      <w:ind w:left="0" w:firstLine="0"/>
      <w:contextualSpacing/>
    </w:pPr>
    <w:rPr>
      <w:rFonts w:eastAsiaTheme="minorEastAsia"/>
    </w:rPr>
  </w:style>
  <w:style w:type="paragraph" w:styleId="Textomacro">
    <w:name w:val="macro"/>
    <w:link w:val="TextomacroCar"/>
    <w:uiPriority w:val="99"/>
    <w:unhideWhenUsed/>
    <w:rsid w:val="00DE1A8C"/>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sz w:val="20"/>
      <w:szCs w:val="20"/>
      <w:lang w:val="en-US"/>
    </w:rPr>
  </w:style>
  <w:style w:type="character" w:customStyle="1" w:styleId="TextomacroCar">
    <w:name w:val="Texto macro Car"/>
    <w:basedOn w:val="Fuentedeprrafopredeter"/>
    <w:link w:val="Textomacro"/>
    <w:uiPriority w:val="99"/>
    <w:rsid w:val="00DE1A8C"/>
    <w:rPr>
      <w:rFonts w:ascii="Courier" w:eastAsiaTheme="minorEastAsia" w:hAnsi="Courier"/>
      <w:sz w:val="20"/>
      <w:szCs w:val="20"/>
      <w:lang w:val="en-US"/>
    </w:rPr>
  </w:style>
  <w:style w:type="character" w:styleId="nfasissutil">
    <w:name w:val="Subtle Emphasis"/>
    <w:basedOn w:val="Fuentedeprrafopredeter"/>
    <w:uiPriority w:val="19"/>
    <w:qFormat/>
    <w:rsid w:val="00DE1A8C"/>
    <w:rPr>
      <w:i/>
      <w:iCs/>
      <w:color w:val="808080" w:themeColor="text1" w:themeTint="7F"/>
    </w:rPr>
  </w:style>
  <w:style w:type="character" w:styleId="Referenciasutil">
    <w:name w:val="Subtle Reference"/>
    <w:basedOn w:val="Fuentedeprrafopredeter"/>
    <w:uiPriority w:val="31"/>
    <w:qFormat/>
    <w:rsid w:val="00DE1A8C"/>
    <w:rPr>
      <w:smallCaps/>
      <w:color w:val="ED7D31" w:themeColor="accent2"/>
      <w:u w:val="single"/>
    </w:rPr>
  </w:style>
  <w:style w:type="character" w:styleId="Ttulodellibro">
    <w:name w:val="Book Title"/>
    <w:basedOn w:val="Fuentedeprrafopredeter"/>
    <w:uiPriority w:val="33"/>
    <w:qFormat/>
    <w:rsid w:val="00DE1A8C"/>
    <w:rPr>
      <w:b/>
      <w:bCs/>
      <w:smallCaps/>
      <w:spacing w:val="5"/>
    </w:rPr>
  </w:style>
  <w:style w:type="paragraph" w:styleId="TtuloTDC">
    <w:name w:val="TOC Heading"/>
    <w:basedOn w:val="Ttulo1"/>
    <w:next w:val="Normal"/>
    <w:uiPriority w:val="39"/>
    <w:semiHidden/>
    <w:unhideWhenUsed/>
    <w:qFormat/>
    <w:rsid w:val="00DE1A8C"/>
    <w:pPr>
      <w:spacing w:line="276" w:lineRule="auto"/>
      <w:jc w:val="left"/>
      <w:outlineLvl w:val="9"/>
    </w:pPr>
    <w:rPr>
      <w:rFonts w:asciiTheme="majorHAnsi" w:eastAsiaTheme="majorEastAsia" w:hAnsiTheme="majorHAnsi" w:cstheme="majorBidi"/>
      <w:color w:val="2F5496" w:themeColor="accent1" w:themeShade="BF"/>
      <w:lang w:val="es-CO" w:eastAsia="en-US"/>
    </w:rPr>
  </w:style>
  <w:style w:type="table" w:styleId="Sombreadoclaro">
    <w:name w:val="Light Shading"/>
    <w:basedOn w:val="Tablanormal"/>
    <w:uiPriority w:val="60"/>
    <w:rsid w:val="00DE1A8C"/>
    <w:pPr>
      <w:spacing w:after="0" w:line="240" w:lineRule="auto"/>
    </w:pPr>
    <w:rPr>
      <w:rFonts w:eastAsiaTheme="minorEastAsia"/>
      <w:color w:val="000000" w:themeColor="text1" w:themeShade="BF"/>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DE1A8C"/>
    <w:pPr>
      <w:spacing w:after="0" w:line="240" w:lineRule="auto"/>
    </w:pPr>
    <w:rPr>
      <w:rFonts w:eastAsiaTheme="minorEastAsia"/>
      <w:color w:val="2F5496" w:themeColor="accent1" w:themeShade="BF"/>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doclaro-nfasis2">
    <w:name w:val="Light Shading Accent 2"/>
    <w:basedOn w:val="Tablanormal"/>
    <w:uiPriority w:val="60"/>
    <w:rsid w:val="00DE1A8C"/>
    <w:pPr>
      <w:spacing w:after="0" w:line="240" w:lineRule="auto"/>
    </w:pPr>
    <w:rPr>
      <w:rFonts w:eastAsiaTheme="minorEastAsia"/>
      <w:color w:val="C45911" w:themeColor="accent2" w:themeShade="BF"/>
      <w:lang w:val="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doclaro-nfasis3">
    <w:name w:val="Light Shading Accent 3"/>
    <w:basedOn w:val="Tablanormal"/>
    <w:uiPriority w:val="60"/>
    <w:rsid w:val="00DE1A8C"/>
    <w:pPr>
      <w:spacing w:after="0" w:line="240" w:lineRule="auto"/>
    </w:pPr>
    <w:rPr>
      <w:rFonts w:eastAsiaTheme="minorEastAsia"/>
      <w:color w:val="7B7B7B" w:themeColor="accent3" w:themeShade="BF"/>
      <w:lang w:val="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doclaro-nfasis4">
    <w:name w:val="Light Shading Accent 4"/>
    <w:basedOn w:val="Tablanormal"/>
    <w:uiPriority w:val="60"/>
    <w:rsid w:val="00DE1A8C"/>
    <w:pPr>
      <w:spacing w:after="0" w:line="240" w:lineRule="auto"/>
    </w:pPr>
    <w:rPr>
      <w:rFonts w:eastAsiaTheme="minorEastAsia"/>
      <w:color w:val="BF8F00" w:themeColor="accent4" w:themeShade="BF"/>
      <w:lang w:val="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doclaro-nfasis5">
    <w:name w:val="Light Shading Accent 5"/>
    <w:basedOn w:val="Tablanormal"/>
    <w:uiPriority w:val="60"/>
    <w:rsid w:val="00DE1A8C"/>
    <w:pPr>
      <w:spacing w:after="0" w:line="240" w:lineRule="auto"/>
    </w:pPr>
    <w:rPr>
      <w:rFonts w:eastAsiaTheme="minorEastAsia"/>
      <w:color w:val="2E74B5" w:themeColor="accent5" w:themeShade="BF"/>
      <w:lang w:val="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doclaro-nfasis6">
    <w:name w:val="Light Shading Accent 6"/>
    <w:basedOn w:val="Tablanormal"/>
    <w:uiPriority w:val="60"/>
    <w:rsid w:val="00DE1A8C"/>
    <w:pPr>
      <w:spacing w:after="0" w:line="240" w:lineRule="auto"/>
    </w:pPr>
    <w:rPr>
      <w:rFonts w:eastAsiaTheme="minorEastAsia"/>
      <w:color w:val="538135" w:themeColor="accent6" w:themeShade="BF"/>
      <w:lang w:val="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lanormal"/>
    <w:uiPriority w:val="61"/>
    <w:rsid w:val="00DE1A8C"/>
    <w:pPr>
      <w:spacing w:after="0"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DE1A8C"/>
    <w:pPr>
      <w:spacing w:after="0" w:line="240" w:lineRule="auto"/>
    </w:pPr>
    <w:rPr>
      <w:rFonts w:eastAsiaTheme="minorEastAsia"/>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is2">
    <w:name w:val="Light List Accent 2"/>
    <w:basedOn w:val="Tablanormal"/>
    <w:uiPriority w:val="61"/>
    <w:rsid w:val="00DE1A8C"/>
    <w:pPr>
      <w:spacing w:after="0" w:line="240" w:lineRule="auto"/>
    </w:pPr>
    <w:rPr>
      <w:rFonts w:eastAsiaTheme="minorEastAsia"/>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is3">
    <w:name w:val="Light List Accent 3"/>
    <w:basedOn w:val="Tablanormal"/>
    <w:uiPriority w:val="61"/>
    <w:rsid w:val="00DE1A8C"/>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is4">
    <w:name w:val="Light List Accent 4"/>
    <w:basedOn w:val="Tablanormal"/>
    <w:uiPriority w:val="61"/>
    <w:rsid w:val="00DE1A8C"/>
    <w:pPr>
      <w:spacing w:after="0" w:line="240" w:lineRule="auto"/>
    </w:pPr>
    <w:rPr>
      <w:rFonts w:eastAsiaTheme="minorEastAsia"/>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is5">
    <w:name w:val="Light List Accent 5"/>
    <w:basedOn w:val="Tablanormal"/>
    <w:uiPriority w:val="61"/>
    <w:rsid w:val="00DE1A8C"/>
    <w:pPr>
      <w:spacing w:after="0" w:line="240" w:lineRule="auto"/>
    </w:pPr>
    <w:rPr>
      <w:rFonts w:eastAsiaTheme="minorEastAsia"/>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is6">
    <w:name w:val="Light List Accent 6"/>
    <w:basedOn w:val="Tablanormal"/>
    <w:uiPriority w:val="61"/>
    <w:rsid w:val="00DE1A8C"/>
    <w:pPr>
      <w:spacing w:after="0" w:line="240" w:lineRule="auto"/>
    </w:pPr>
    <w:rPr>
      <w:rFonts w:eastAsiaTheme="minorEastAsia"/>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Cuadrculaclara">
    <w:name w:val="Light Grid"/>
    <w:basedOn w:val="Tablanormal"/>
    <w:uiPriority w:val="62"/>
    <w:rsid w:val="00DE1A8C"/>
    <w:pPr>
      <w:spacing w:after="0"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DE1A8C"/>
    <w:pPr>
      <w:spacing w:after="0" w:line="240" w:lineRule="auto"/>
    </w:pPr>
    <w:rPr>
      <w:rFonts w:eastAsiaTheme="minorEastAsia"/>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Cuadrculaclara-nfasis2">
    <w:name w:val="Light Grid Accent 2"/>
    <w:basedOn w:val="Tablanormal"/>
    <w:uiPriority w:val="62"/>
    <w:rsid w:val="00DE1A8C"/>
    <w:pPr>
      <w:spacing w:after="0" w:line="240" w:lineRule="auto"/>
    </w:pPr>
    <w:rPr>
      <w:rFonts w:eastAsiaTheme="minorEastAsia"/>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Cuadrculaclara-nfasis3">
    <w:name w:val="Light Grid Accent 3"/>
    <w:basedOn w:val="Tablanormal"/>
    <w:uiPriority w:val="62"/>
    <w:rsid w:val="00DE1A8C"/>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Cuadrculaclara-nfasis4">
    <w:name w:val="Light Grid Accent 4"/>
    <w:basedOn w:val="Tablanormal"/>
    <w:uiPriority w:val="62"/>
    <w:rsid w:val="00DE1A8C"/>
    <w:pPr>
      <w:spacing w:after="0" w:line="240" w:lineRule="auto"/>
    </w:pPr>
    <w:rPr>
      <w:rFonts w:eastAsiaTheme="minorEastAsia"/>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Cuadrculaclara-nfasis5">
    <w:name w:val="Light Grid Accent 5"/>
    <w:basedOn w:val="Tablanormal"/>
    <w:uiPriority w:val="62"/>
    <w:rsid w:val="00DE1A8C"/>
    <w:pPr>
      <w:spacing w:after="0" w:line="240" w:lineRule="auto"/>
    </w:pPr>
    <w:rPr>
      <w:rFonts w:eastAsiaTheme="minorEastAsia"/>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Cuadrculaclara-nfasis6">
    <w:name w:val="Light Grid Accent 6"/>
    <w:basedOn w:val="Tablanormal"/>
    <w:uiPriority w:val="62"/>
    <w:rsid w:val="00DE1A8C"/>
    <w:pPr>
      <w:spacing w:after="0" w:line="240" w:lineRule="auto"/>
    </w:pPr>
    <w:rPr>
      <w:rFonts w:eastAsiaTheme="minorEastAsia"/>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domedio1">
    <w:name w:val="Medium Shading 1"/>
    <w:basedOn w:val="Tablanormal"/>
    <w:uiPriority w:val="63"/>
    <w:rsid w:val="00DE1A8C"/>
    <w:pPr>
      <w:spacing w:after="0" w:line="240" w:lineRule="auto"/>
    </w:pPr>
    <w:rPr>
      <w:rFonts w:eastAsiaTheme="minorEastAsia"/>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DE1A8C"/>
    <w:pPr>
      <w:spacing w:after="0" w:line="240" w:lineRule="auto"/>
    </w:pPr>
    <w:rPr>
      <w:rFonts w:eastAsiaTheme="minorEastAsia"/>
      <w:lang w:val="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DE1A8C"/>
    <w:pPr>
      <w:spacing w:after="0" w:line="240" w:lineRule="auto"/>
    </w:pPr>
    <w:rPr>
      <w:rFonts w:eastAsiaTheme="minorEastAsia"/>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DE1A8C"/>
    <w:pPr>
      <w:spacing w:after="0" w:line="240" w:lineRule="auto"/>
    </w:pPr>
    <w:rPr>
      <w:rFonts w:eastAsiaTheme="minorEastAsia"/>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DE1A8C"/>
    <w:pPr>
      <w:spacing w:after="0" w:line="240" w:lineRule="auto"/>
    </w:pPr>
    <w:rPr>
      <w:rFonts w:eastAsiaTheme="minorEastAsia"/>
      <w:lang w:val="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DE1A8C"/>
    <w:pPr>
      <w:spacing w:after="0" w:line="240" w:lineRule="auto"/>
    </w:pPr>
    <w:rPr>
      <w:rFonts w:eastAsiaTheme="minorEastAsia"/>
      <w:lang w:val="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DE1A8C"/>
    <w:pPr>
      <w:spacing w:after="0" w:line="240" w:lineRule="auto"/>
    </w:pPr>
    <w:rPr>
      <w:rFonts w:eastAsiaTheme="minorEastAsia"/>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DE1A8C"/>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DE1A8C"/>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DE1A8C"/>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DE1A8C"/>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DE1A8C"/>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DE1A8C"/>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DE1A8C"/>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DE1A8C"/>
    <w:pPr>
      <w:spacing w:after="0" w:line="240" w:lineRule="auto"/>
    </w:pPr>
    <w:rPr>
      <w:rFonts w:eastAsiaTheme="minorEastAsia"/>
      <w:color w:val="000000" w:themeColor="text1"/>
      <w:lang w:val="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DE1A8C"/>
    <w:pPr>
      <w:spacing w:after="0" w:line="240" w:lineRule="auto"/>
    </w:pPr>
    <w:rPr>
      <w:rFonts w:eastAsiaTheme="minorEastAsia"/>
      <w:color w:val="000000" w:themeColor="text1"/>
      <w:lang w:val="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edia1-nfasis2">
    <w:name w:val="Medium List 1 Accent 2"/>
    <w:basedOn w:val="Tablanormal"/>
    <w:uiPriority w:val="65"/>
    <w:rsid w:val="00DE1A8C"/>
    <w:pPr>
      <w:spacing w:after="0" w:line="240" w:lineRule="auto"/>
    </w:pPr>
    <w:rPr>
      <w:rFonts w:eastAsiaTheme="minorEastAsia"/>
      <w:color w:val="000000" w:themeColor="text1"/>
      <w:lang w:val="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edia1-nfasis3">
    <w:name w:val="Medium List 1 Accent 3"/>
    <w:basedOn w:val="Tablanormal"/>
    <w:uiPriority w:val="65"/>
    <w:rsid w:val="00DE1A8C"/>
    <w:pPr>
      <w:spacing w:after="0" w:line="240" w:lineRule="auto"/>
    </w:pPr>
    <w:rPr>
      <w:rFonts w:eastAsiaTheme="minorEastAsia"/>
      <w:color w:val="000000" w:themeColor="text1"/>
      <w:lang w:val="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edia1-nfasis4">
    <w:name w:val="Medium List 1 Accent 4"/>
    <w:basedOn w:val="Tablanormal"/>
    <w:uiPriority w:val="65"/>
    <w:rsid w:val="00DE1A8C"/>
    <w:pPr>
      <w:spacing w:after="0" w:line="240" w:lineRule="auto"/>
    </w:pPr>
    <w:rPr>
      <w:rFonts w:eastAsiaTheme="minorEastAsia"/>
      <w:color w:val="000000" w:themeColor="text1"/>
      <w:lang w:val="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edia1-nfasis5">
    <w:name w:val="Medium List 1 Accent 5"/>
    <w:basedOn w:val="Tablanormal"/>
    <w:uiPriority w:val="65"/>
    <w:rsid w:val="00DE1A8C"/>
    <w:pPr>
      <w:spacing w:after="0" w:line="240" w:lineRule="auto"/>
    </w:pPr>
    <w:rPr>
      <w:rFonts w:eastAsiaTheme="minorEastAsia"/>
      <w:color w:val="000000" w:themeColor="text1"/>
      <w:lang w:val="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edia1-nfasis6">
    <w:name w:val="Medium List 1 Accent 6"/>
    <w:basedOn w:val="Tablanormal"/>
    <w:uiPriority w:val="65"/>
    <w:rsid w:val="00DE1A8C"/>
    <w:pPr>
      <w:spacing w:after="0" w:line="240" w:lineRule="auto"/>
    </w:pPr>
    <w:rPr>
      <w:rFonts w:eastAsiaTheme="minorEastAsia"/>
      <w:color w:val="000000" w:themeColor="text1"/>
      <w:lang w:val="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edia2">
    <w:name w:val="Medium List 2"/>
    <w:basedOn w:val="Tablanormal"/>
    <w:uiPriority w:val="66"/>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DE1A8C"/>
    <w:pPr>
      <w:spacing w:after="0" w:line="240" w:lineRule="auto"/>
    </w:pPr>
    <w:rPr>
      <w:rFonts w:eastAsiaTheme="minorEastAsia"/>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DE1A8C"/>
    <w:pPr>
      <w:spacing w:after="0" w:line="240" w:lineRule="auto"/>
    </w:pPr>
    <w:rPr>
      <w:rFonts w:eastAsiaTheme="minorEastAsia"/>
      <w:lang w:val="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uadrculamedia1-nfasis2">
    <w:name w:val="Medium Grid 1 Accent 2"/>
    <w:basedOn w:val="Tablanormal"/>
    <w:uiPriority w:val="67"/>
    <w:rsid w:val="00DE1A8C"/>
    <w:pPr>
      <w:spacing w:after="0" w:line="240" w:lineRule="auto"/>
    </w:pPr>
    <w:rPr>
      <w:rFonts w:eastAsiaTheme="minorEastAsia"/>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uadrculamedia1-nfasis3">
    <w:name w:val="Medium Grid 1 Accent 3"/>
    <w:basedOn w:val="Tablanormal"/>
    <w:uiPriority w:val="67"/>
    <w:rsid w:val="00DE1A8C"/>
    <w:pPr>
      <w:spacing w:after="0" w:line="240" w:lineRule="auto"/>
    </w:pPr>
    <w:rPr>
      <w:rFonts w:eastAsiaTheme="minorEastAsia"/>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uadrculamedia1-nfasis4">
    <w:name w:val="Medium Grid 1 Accent 4"/>
    <w:basedOn w:val="Tablanormal"/>
    <w:uiPriority w:val="67"/>
    <w:rsid w:val="00DE1A8C"/>
    <w:pPr>
      <w:spacing w:after="0" w:line="240" w:lineRule="auto"/>
    </w:pPr>
    <w:rPr>
      <w:rFonts w:eastAsiaTheme="minorEastAsia"/>
      <w:lang w:val="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uadrculamedia1-nfasis5">
    <w:name w:val="Medium Grid 1 Accent 5"/>
    <w:basedOn w:val="Tablanormal"/>
    <w:uiPriority w:val="67"/>
    <w:rsid w:val="00DE1A8C"/>
    <w:pPr>
      <w:spacing w:after="0" w:line="240" w:lineRule="auto"/>
    </w:pPr>
    <w:rPr>
      <w:rFonts w:eastAsiaTheme="minorEastAsia"/>
      <w:lang w:val="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uadrculamedia1-nfasis6">
    <w:name w:val="Medium Grid 1 Accent 6"/>
    <w:basedOn w:val="Tablanormal"/>
    <w:uiPriority w:val="67"/>
    <w:rsid w:val="00DE1A8C"/>
    <w:pPr>
      <w:spacing w:after="0" w:line="240" w:lineRule="auto"/>
    </w:pPr>
    <w:rPr>
      <w:rFonts w:eastAsiaTheme="minorEastAsia"/>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uadrculamedia2">
    <w:name w:val="Medium Grid 2"/>
    <w:basedOn w:val="Tablanormal"/>
    <w:uiPriority w:val="68"/>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DE1A8C"/>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DE1A8C"/>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Cuadrculamedia3-nfasis2">
    <w:name w:val="Medium Grid 3 Accent 2"/>
    <w:basedOn w:val="Tablanormal"/>
    <w:uiPriority w:val="69"/>
    <w:rsid w:val="00DE1A8C"/>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Cuadrculamedia3-nfasis3">
    <w:name w:val="Medium Grid 3 Accent 3"/>
    <w:basedOn w:val="Tablanormal"/>
    <w:uiPriority w:val="69"/>
    <w:rsid w:val="00DE1A8C"/>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Cuadrculamedia3-nfasis4">
    <w:name w:val="Medium Grid 3 Accent 4"/>
    <w:basedOn w:val="Tablanormal"/>
    <w:uiPriority w:val="69"/>
    <w:rsid w:val="00DE1A8C"/>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Cuadrculamedia3-nfasis5">
    <w:name w:val="Medium Grid 3 Accent 5"/>
    <w:basedOn w:val="Tablanormal"/>
    <w:uiPriority w:val="69"/>
    <w:rsid w:val="00DE1A8C"/>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Cuadrculamedia3-nfasis6">
    <w:name w:val="Medium Grid 3 Accent 6"/>
    <w:basedOn w:val="Tablanormal"/>
    <w:uiPriority w:val="69"/>
    <w:rsid w:val="00DE1A8C"/>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oscura">
    <w:name w:val="Dark List"/>
    <w:basedOn w:val="Tablanormal"/>
    <w:uiPriority w:val="70"/>
    <w:rsid w:val="00DE1A8C"/>
    <w:pPr>
      <w:spacing w:after="0" w:line="240" w:lineRule="auto"/>
    </w:pPr>
    <w:rPr>
      <w:rFonts w:eastAsiaTheme="minorEastAsia"/>
      <w:color w:val="FFFFFF" w:themeColor="background1"/>
      <w:lang w:val="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DE1A8C"/>
    <w:pPr>
      <w:spacing w:after="0" w:line="240" w:lineRule="auto"/>
    </w:pPr>
    <w:rPr>
      <w:rFonts w:eastAsiaTheme="minorEastAsia"/>
      <w:color w:val="FFFFFF" w:themeColor="background1"/>
      <w:lang w:val="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oscura-nfasis2">
    <w:name w:val="Dark List Accent 2"/>
    <w:basedOn w:val="Tablanormal"/>
    <w:uiPriority w:val="70"/>
    <w:rsid w:val="00DE1A8C"/>
    <w:pPr>
      <w:spacing w:after="0" w:line="240" w:lineRule="auto"/>
    </w:pPr>
    <w:rPr>
      <w:rFonts w:eastAsiaTheme="minorEastAsia"/>
      <w:color w:val="FFFFFF" w:themeColor="background1"/>
      <w:lang w:val="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oscura-nfasis3">
    <w:name w:val="Dark List Accent 3"/>
    <w:basedOn w:val="Tablanormal"/>
    <w:uiPriority w:val="70"/>
    <w:rsid w:val="00DE1A8C"/>
    <w:pPr>
      <w:spacing w:after="0" w:line="240" w:lineRule="auto"/>
    </w:pPr>
    <w:rPr>
      <w:rFonts w:eastAsiaTheme="minorEastAsia"/>
      <w:color w:val="FFFFFF" w:themeColor="background1"/>
      <w:lang w:val="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oscura-nfasis4">
    <w:name w:val="Dark List Accent 4"/>
    <w:basedOn w:val="Tablanormal"/>
    <w:uiPriority w:val="70"/>
    <w:rsid w:val="00DE1A8C"/>
    <w:pPr>
      <w:spacing w:after="0" w:line="240" w:lineRule="auto"/>
    </w:pPr>
    <w:rPr>
      <w:rFonts w:eastAsiaTheme="minorEastAsia"/>
      <w:color w:val="FFFFFF" w:themeColor="background1"/>
      <w:lang w:val="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oscura-nfasis5">
    <w:name w:val="Dark List Accent 5"/>
    <w:basedOn w:val="Tablanormal"/>
    <w:uiPriority w:val="70"/>
    <w:rsid w:val="00DE1A8C"/>
    <w:pPr>
      <w:spacing w:after="0" w:line="240" w:lineRule="auto"/>
    </w:pPr>
    <w:rPr>
      <w:rFonts w:eastAsiaTheme="minorEastAsia"/>
      <w:color w:val="FFFFFF" w:themeColor="background1"/>
      <w:lang w:val="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oscura-nfasis6">
    <w:name w:val="Dark List Accent 6"/>
    <w:basedOn w:val="Tablanormal"/>
    <w:uiPriority w:val="70"/>
    <w:rsid w:val="00DE1A8C"/>
    <w:pPr>
      <w:spacing w:after="0" w:line="240" w:lineRule="auto"/>
    </w:pPr>
    <w:rPr>
      <w:rFonts w:eastAsiaTheme="minorEastAsia"/>
      <w:color w:val="FFFFFF" w:themeColor="background1"/>
      <w:lang w:val="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dovistoso">
    <w:name w:val="Colorful Shading"/>
    <w:basedOn w:val="Tablanormal"/>
    <w:uiPriority w:val="71"/>
    <w:rsid w:val="00DE1A8C"/>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DE1A8C"/>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DE1A8C"/>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DE1A8C"/>
    <w:pPr>
      <w:spacing w:after="0" w:line="240" w:lineRule="auto"/>
    </w:pPr>
    <w:rPr>
      <w:rFonts w:eastAsiaTheme="minorEastAsia"/>
      <w:color w:val="000000" w:themeColor="text1"/>
      <w:lang w:val="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dovistoso-nfasis4">
    <w:name w:val="Colorful Shading Accent 4"/>
    <w:basedOn w:val="Tablanormal"/>
    <w:uiPriority w:val="71"/>
    <w:rsid w:val="00DE1A8C"/>
    <w:pPr>
      <w:spacing w:after="0" w:line="240" w:lineRule="auto"/>
    </w:pPr>
    <w:rPr>
      <w:rFonts w:eastAsiaTheme="minorEastAsia"/>
      <w:color w:val="000000" w:themeColor="text1"/>
      <w:lang w:val="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DE1A8C"/>
    <w:pPr>
      <w:spacing w:after="0" w:line="240" w:lineRule="auto"/>
    </w:pPr>
    <w:rPr>
      <w:rFonts w:eastAsiaTheme="minorEastAsia"/>
      <w:color w:val="000000" w:themeColor="text1"/>
      <w:lang w:val="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DE1A8C"/>
    <w:pPr>
      <w:spacing w:after="0" w:line="240" w:lineRule="auto"/>
    </w:pPr>
    <w:rPr>
      <w:rFonts w:eastAsiaTheme="minorEastAsia"/>
      <w:color w:val="000000" w:themeColor="text1"/>
      <w:lang w:val="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DE1A8C"/>
    <w:pPr>
      <w:spacing w:after="0" w:line="240" w:lineRule="auto"/>
    </w:pPr>
    <w:rPr>
      <w:rFonts w:eastAsiaTheme="minorEastAsia"/>
      <w:color w:val="000000" w:themeColor="text1"/>
      <w:lang w:val="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DE1A8C"/>
    <w:pPr>
      <w:spacing w:after="0" w:line="240" w:lineRule="auto"/>
    </w:pPr>
    <w:rPr>
      <w:rFonts w:eastAsiaTheme="minorEastAsia"/>
      <w:color w:val="000000" w:themeColor="text1"/>
      <w:lang w:val="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vistosa-nfasis2">
    <w:name w:val="Colorful List Accent 2"/>
    <w:basedOn w:val="Tablanormal"/>
    <w:uiPriority w:val="72"/>
    <w:rsid w:val="00DE1A8C"/>
    <w:pPr>
      <w:spacing w:after="0" w:line="240" w:lineRule="auto"/>
    </w:pPr>
    <w:rPr>
      <w:rFonts w:eastAsiaTheme="minorEastAsia"/>
      <w:color w:val="000000" w:themeColor="text1"/>
      <w:lang w:val="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vistosa-nfasis3">
    <w:name w:val="Colorful List Accent 3"/>
    <w:basedOn w:val="Tablanormal"/>
    <w:uiPriority w:val="72"/>
    <w:rsid w:val="00DE1A8C"/>
    <w:pPr>
      <w:spacing w:after="0" w:line="240" w:lineRule="auto"/>
    </w:pPr>
    <w:rPr>
      <w:rFonts w:eastAsiaTheme="minorEastAsia"/>
      <w:color w:val="000000" w:themeColor="text1"/>
      <w:lang w:val="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vistosa-nfasis4">
    <w:name w:val="Colorful List Accent 4"/>
    <w:basedOn w:val="Tablanormal"/>
    <w:uiPriority w:val="72"/>
    <w:rsid w:val="00DE1A8C"/>
    <w:pPr>
      <w:spacing w:after="0" w:line="240" w:lineRule="auto"/>
    </w:pPr>
    <w:rPr>
      <w:rFonts w:eastAsiaTheme="minorEastAsia"/>
      <w:color w:val="000000" w:themeColor="text1"/>
      <w:lang w:val="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vistosa-nfasis5">
    <w:name w:val="Colorful List Accent 5"/>
    <w:basedOn w:val="Tablanormal"/>
    <w:uiPriority w:val="72"/>
    <w:rsid w:val="00DE1A8C"/>
    <w:pPr>
      <w:spacing w:after="0" w:line="240" w:lineRule="auto"/>
    </w:pPr>
    <w:rPr>
      <w:rFonts w:eastAsiaTheme="minorEastAsia"/>
      <w:color w:val="000000" w:themeColor="text1"/>
      <w:lang w:val="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vistosa-nfasis6">
    <w:name w:val="Colorful List Accent 6"/>
    <w:basedOn w:val="Tablanormal"/>
    <w:uiPriority w:val="72"/>
    <w:rsid w:val="00DE1A8C"/>
    <w:pPr>
      <w:spacing w:after="0" w:line="240" w:lineRule="auto"/>
    </w:pPr>
    <w:rPr>
      <w:rFonts w:eastAsiaTheme="minorEastAsia"/>
      <w:color w:val="000000" w:themeColor="text1"/>
      <w:lang w:val="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uadrculavistosa">
    <w:name w:val="Colorful Grid"/>
    <w:basedOn w:val="Tablanormal"/>
    <w:uiPriority w:val="73"/>
    <w:rsid w:val="00DE1A8C"/>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DE1A8C"/>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uadrculavistosa-nfasis2">
    <w:name w:val="Colorful Grid Accent 2"/>
    <w:basedOn w:val="Tablanormal"/>
    <w:uiPriority w:val="73"/>
    <w:rsid w:val="00DE1A8C"/>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uadrculavistosa-nfasis3">
    <w:name w:val="Colorful Grid Accent 3"/>
    <w:basedOn w:val="Tablanormal"/>
    <w:uiPriority w:val="73"/>
    <w:rsid w:val="00DE1A8C"/>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uadrculavistosa-nfasis4">
    <w:name w:val="Colorful Grid Accent 4"/>
    <w:basedOn w:val="Tablanormal"/>
    <w:uiPriority w:val="73"/>
    <w:rsid w:val="00DE1A8C"/>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uadrculavistosa-nfasis5">
    <w:name w:val="Colorful Grid Accent 5"/>
    <w:basedOn w:val="Tablanormal"/>
    <w:uiPriority w:val="73"/>
    <w:rsid w:val="00DE1A8C"/>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uadrculavistosa-nfasis6">
    <w:name w:val="Colorful Grid Accent 6"/>
    <w:basedOn w:val="Tablanormal"/>
    <w:uiPriority w:val="73"/>
    <w:rsid w:val="00DE1A8C"/>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character" w:customStyle="1" w:styleId="UnresolvedMention">
    <w:name w:val="Unresolved Mention"/>
    <w:basedOn w:val="Fuentedeprrafopredeter"/>
    <w:uiPriority w:val="99"/>
    <w:semiHidden/>
    <w:unhideWhenUsed/>
    <w:rsid w:val="00DE1A8C"/>
    <w:rPr>
      <w:color w:val="605E5C"/>
      <w:shd w:val="clear" w:color="auto" w:fill="E1DFDD"/>
    </w:rPr>
  </w:style>
  <w:style w:type="paragraph" w:customStyle="1" w:styleId="CarCarCar11">
    <w:name w:val="Car Car Car11"/>
    <w:basedOn w:val="Normal"/>
    <w:uiPriority w:val="99"/>
    <w:rsid w:val="007F77E3"/>
    <w:pPr>
      <w:spacing w:line="240" w:lineRule="exact"/>
    </w:pPr>
    <w:rPr>
      <w:rFonts w:ascii="Verdana" w:eastAsia="Times New Roman" w:hAnsi="Verdana" w:cs="Verdana"/>
      <w:sz w:val="20"/>
      <w:szCs w:val="20"/>
    </w:rPr>
  </w:style>
  <w:style w:type="paragraph" w:customStyle="1" w:styleId="CM42">
    <w:name w:val="CM42"/>
    <w:basedOn w:val="Default"/>
    <w:next w:val="Default"/>
    <w:uiPriority w:val="99"/>
    <w:rsid w:val="007F77E3"/>
    <w:pPr>
      <w:suppressAutoHyphens w:val="0"/>
      <w:autoSpaceDN w:val="0"/>
      <w:adjustRightInd w:val="0"/>
    </w:pPr>
    <w:rPr>
      <w:rFonts w:ascii="Arial" w:hAnsi="Arial" w:cs="Arial"/>
      <w:color w:val="auto"/>
      <w:lang w:eastAsia="es-CO"/>
    </w:rPr>
  </w:style>
  <w:style w:type="paragraph" w:customStyle="1" w:styleId="DecimalAligned">
    <w:name w:val="Decimal Aligned"/>
    <w:basedOn w:val="Normal"/>
    <w:uiPriority w:val="40"/>
    <w:qFormat/>
    <w:rsid w:val="007F77E3"/>
    <w:pPr>
      <w:tabs>
        <w:tab w:val="decimal" w:pos="360"/>
      </w:tabs>
      <w:spacing w:after="200" w:line="276" w:lineRule="auto"/>
    </w:pPr>
    <w:rPr>
      <w:rFonts w:ascii="Calibri" w:eastAsia="Times New Roman" w:hAnsi="Calibri" w:cs="Times New Roman"/>
    </w:rPr>
  </w:style>
  <w:style w:type="paragraph" w:customStyle="1" w:styleId="WW-Sangra3detindependiente">
    <w:name w:val="WW-Sangría 3 de t. independiente"/>
    <w:basedOn w:val="Normal"/>
    <w:rsid w:val="007F77E3"/>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xdefault">
    <w:name w:val="x_default"/>
    <w:basedOn w:val="Normal"/>
    <w:uiPriority w:val="99"/>
    <w:rsid w:val="007F77E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ialCar">
    <w:name w:val="arial Car"/>
    <w:link w:val="arial"/>
    <w:locked/>
    <w:rsid w:val="007F77E3"/>
    <w:rPr>
      <w:rFonts w:ascii="Arial" w:eastAsia="Calibri" w:hAnsi="Arial" w:cs="Arial"/>
      <w:sz w:val="24"/>
      <w:szCs w:val="24"/>
      <w:lang w:eastAsia="es-ES"/>
    </w:rPr>
  </w:style>
  <w:style w:type="paragraph" w:customStyle="1" w:styleId="arial">
    <w:name w:val="arial"/>
    <w:basedOn w:val="Normal"/>
    <w:link w:val="arialCar"/>
    <w:rsid w:val="007F77E3"/>
    <w:pPr>
      <w:spacing w:after="0" w:line="240" w:lineRule="auto"/>
      <w:jc w:val="both"/>
    </w:pPr>
    <w:rPr>
      <w:rFonts w:ascii="Arial" w:eastAsia="Calibri" w:hAnsi="Arial" w:cs="Arial"/>
      <w:sz w:val="24"/>
      <w:szCs w:val="24"/>
      <w:lang w:eastAsia="es-ES"/>
    </w:rPr>
  </w:style>
  <w:style w:type="character" w:customStyle="1" w:styleId="Ttulo1Car1">
    <w:name w:val="Título 1 Car1"/>
    <w:aliases w:val="título 1 Car1,Pregunta Car1,MT1 Car1,Edgar 1 Car1"/>
    <w:basedOn w:val="Fuentedeprrafopredeter"/>
    <w:rsid w:val="007F77E3"/>
    <w:rPr>
      <w:rFonts w:asciiTheme="majorHAnsi" w:eastAsiaTheme="majorEastAsia" w:hAnsiTheme="majorHAnsi" w:cstheme="majorBidi"/>
      <w:color w:val="2F5496" w:themeColor="accent1" w:themeShade="BF"/>
      <w:sz w:val="32"/>
      <w:szCs w:val="32"/>
      <w:lang w:eastAsia="es-ES"/>
    </w:rPr>
  </w:style>
  <w:style w:type="character" w:customStyle="1" w:styleId="vortalspan">
    <w:name w:val="vortalspan"/>
    <w:basedOn w:val="Fuentedeprrafopredeter"/>
    <w:rsid w:val="007F77E3"/>
  </w:style>
  <w:style w:type="paragraph" w:customStyle="1" w:styleId="rtejustify">
    <w:name w:val="rtejustify"/>
    <w:basedOn w:val="Normal"/>
    <w:rsid w:val="007F77E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itulo">
    <w:name w:val="titulo"/>
    <w:basedOn w:val="Normal"/>
    <w:rsid w:val="007F77E3"/>
    <w:pPr>
      <w:spacing w:before="100" w:beforeAutospacing="1" w:after="100" w:afterAutospacing="1" w:line="240" w:lineRule="auto"/>
    </w:pPr>
    <w:rPr>
      <w:rFonts w:ascii="Verdana" w:eastAsia="Times New Roman" w:hAnsi="Verdana" w:cs="Times New Roman"/>
      <w:b/>
      <w:bCs/>
      <w:color w:val="000000"/>
      <w:sz w:val="20"/>
      <w:szCs w:val="20"/>
      <w:lang w:val="es-ES" w:eastAsia="es-ES"/>
    </w:rPr>
  </w:style>
  <w:style w:type="paragraph" w:customStyle="1" w:styleId="c3">
    <w:name w:val="c3"/>
    <w:basedOn w:val="Normal"/>
    <w:rsid w:val="007F77E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
    <w:name w:val="Char Car Car Car Car"/>
    <w:basedOn w:val="Normal"/>
    <w:rsid w:val="007F77E3"/>
    <w:pPr>
      <w:spacing w:line="240" w:lineRule="exact"/>
    </w:pPr>
    <w:rPr>
      <w:rFonts w:ascii="Verdana" w:eastAsia="Times New Roman" w:hAnsi="Verdana" w:cs="Times New Roman"/>
      <w:sz w:val="20"/>
      <w:szCs w:val="20"/>
      <w:lang w:val="en-US"/>
    </w:rPr>
  </w:style>
  <w:style w:type="paragraph" w:customStyle="1" w:styleId="TextoTextos">
    <w:name w:val="Texto (Textos)"/>
    <w:basedOn w:val="Normal"/>
    <w:rsid w:val="007F77E3"/>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table" w:customStyle="1" w:styleId="TableNormal6">
    <w:name w:val="Table Normal6"/>
    <w:uiPriority w:val="2"/>
    <w:semiHidden/>
    <w:unhideWhenUsed/>
    <w:qFormat/>
    <w:rsid w:val="007F77E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F77E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font9">
    <w:name w:val="font9"/>
    <w:basedOn w:val="Normal"/>
    <w:rsid w:val="007F77E3"/>
    <w:pPr>
      <w:spacing w:before="100" w:beforeAutospacing="1" w:after="100" w:afterAutospacing="1" w:line="240" w:lineRule="auto"/>
    </w:pPr>
    <w:rPr>
      <w:rFonts w:ascii="Arial" w:eastAsia="Times New Roman" w:hAnsi="Arial" w:cs="Arial"/>
      <w:color w:val="333333"/>
      <w:sz w:val="16"/>
      <w:szCs w:val="16"/>
      <w:lang w:eastAsia="es-CO"/>
    </w:rPr>
  </w:style>
  <w:style w:type="paragraph" w:customStyle="1" w:styleId="font10">
    <w:name w:val="font10"/>
    <w:basedOn w:val="Normal"/>
    <w:rsid w:val="007F77E3"/>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SinespaciadoCarCar">
    <w:name w:val="Sin espaciado Car Car"/>
    <w:basedOn w:val="Normal"/>
    <w:link w:val="SinespaciadoCarCarCar"/>
    <w:qFormat/>
    <w:rsid w:val="007F77E3"/>
    <w:pPr>
      <w:spacing w:after="0" w:line="240" w:lineRule="auto"/>
    </w:pPr>
    <w:rPr>
      <w:rFonts w:ascii="Cambria" w:eastAsia="Times New Roman" w:hAnsi="Cambria" w:cs="Times New Roman"/>
      <w:sz w:val="24"/>
      <w:szCs w:val="24"/>
      <w:lang w:eastAsia="es-CO" w:bidi="en-US"/>
    </w:rPr>
  </w:style>
  <w:style w:type="character" w:customStyle="1" w:styleId="SinespaciadoCarCarCar">
    <w:name w:val="Sin espaciado Car Car Car"/>
    <w:link w:val="SinespaciadoCarCar"/>
    <w:rsid w:val="007F77E3"/>
    <w:rPr>
      <w:rFonts w:ascii="Cambria" w:eastAsia="Times New Roman" w:hAnsi="Cambria" w:cs="Times New Roman"/>
      <w:sz w:val="24"/>
      <w:szCs w:val="24"/>
      <w:lang w:eastAsia="es-CO"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55196A875CD4DF1A50FB396691B8695"/>
        <w:category>
          <w:name w:val="General"/>
          <w:gallery w:val="placeholder"/>
        </w:category>
        <w:types>
          <w:type w:val="bbPlcHdr"/>
        </w:types>
        <w:behaviors>
          <w:behavior w:val="content"/>
        </w:behaviors>
        <w:guid w:val="{942D7734-1009-4562-99F9-862D8004FB32}"/>
      </w:docPartPr>
      <w:docPartBody>
        <w:p w:rsidR="00000000" w:rsidRDefault="00A20E2A" w:rsidP="00A20E2A">
          <w:pPr>
            <w:pStyle w:val="955196A875CD4DF1A50FB396691B869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EDDB2768503402589F82FDA273D0FCE"/>
        <w:category>
          <w:name w:val="General"/>
          <w:gallery w:val="placeholder"/>
        </w:category>
        <w:types>
          <w:type w:val="bbPlcHdr"/>
        </w:types>
        <w:behaviors>
          <w:behavior w:val="content"/>
        </w:behaviors>
        <w:guid w:val="{EF66DA0A-0024-4A26-986F-696CB9EF5ACA}"/>
      </w:docPartPr>
      <w:docPartBody>
        <w:p w:rsidR="00000000" w:rsidRDefault="00A20E2A" w:rsidP="00A20E2A">
          <w:pPr>
            <w:pStyle w:val="9EDDB2768503402589F82FDA273D0FC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01600229AE844D1BD7A268D96B6288E"/>
        <w:category>
          <w:name w:val="General"/>
          <w:gallery w:val="placeholder"/>
        </w:category>
        <w:types>
          <w:type w:val="bbPlcHdr"/>
        </w:types>
        <w:behaviors>
          <w:behavior w:val="content"/>
        </w:behaviors>
        <w:guid w:val="{5AC28A68-56A9-49B6-A6C7-192113F7950D}"/>
      </w:docPartPr>
      <w:docPartBody>
        <w:p w:rsidR="00000000" w:rsidRDefault="00A20E2A" w:rsidP="00A20E2A">
          <w:pPr>
            <w:pStyle w:val="801600229AE844D1BD7A268D96B6288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E274B8384944E4FB919E1F3ED753009"/>
        <w:category>
          <w:name w:val="General"/>
          <w:gallery w:val="placeholder"/>
        </w:category>
        <w:types>
          <w:type w:val="bbPlcHdr"/>
        </w:types>
        <w:behaviors>
          <w:behavior w:val="content"/>
        </w:behaviors>
        <w:guid w:val="{810385CE-44DA-48C4-AA5F-C5688A95C8EB}"/>
      </w:docPartPr>
      <w:docPartBody>
        <w:p w:rsidR="00000000" w:rsidRDefault="00A20E2A" w:rsidP="00A20E2A">
          <w:pPr>
            <w:pStyle w:val="0E274B8384944E4FB919E1F3ED75300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749E13859F94C71A48227D8143F3D06"/>
        <w:category>
          <w:name w:val="General"/>
          <w:gallery w:val="placeholder"/>
        </w:category>
        <w:types>
          <w:type w:val="bbPlcHdr"/>
        </w:types>
        <w:behaviors>
          <w:behavior w:val="content"/>
        </w:behaviors>
        <w:guid w:val="{D75B63C8-82B7-45D7-8860-97EEDA4B26A3}"/>
      </w:docPartPr>
      <w:docPartBody>
        <w:p w:rsidR="00000000" w:rsidRDefault="00A20E2A" w:rsidP="00A20E2A">
          <w:pPr>
            <w:pStyle w:val="D749E13859F94C71A48227D8143F3D06"/>
          </w:pPr>
          <w:r w:rsidRPr="00A70DFE">
            <w:rPr>
              <w:rStyle w:val="Textodelmarcadordeposicin"/>
              <w:rFonts w:ascii="Arial" w:eastAsiaTheme="minorHAnsi" w:hAnsi="Arial" w:cs="Arial"/>
              <w:color w:val="FF8F8F"/>
              <w:u w:val="single"/>
            </w:rPr>
            <w:t>Diligenciar la dirección del proveedor</w:t>
          </w:r>
        </w:p>
      </w:docPartBody>
    </w:docPart>
    <w:docPart>
      <w:docPartPr>
        <w:name w:val="3C5104B44EEE40A3B2C568AFD22C269E"/>
        <w:category>
          <w:name w:val="General"/>
          <w:gallery w:val="placeholder"/>
        </w:category>
        <w:types>
          <w:type w:val="bbPlcHdr"/>
        </w:types>
        <w:behaviors>
          <w:behavior w:val="content"/>
        </w:behaviors>
        <w:guid w:val="{036BFEA8-8C65-4A39-A664-F8551D433E12}"/>
      </w:docPartPr>
      <w:docPartBody>
        <w:p w:rsidR="00000000" w:rsidRDefault="00A20E2A" w:rsidP="00A20E2A">
          <w:pPr>
            <w:pStyle w:val="3C5104B44EEE40A3B2C568AFD22C269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07851F541DF4E2F98812E235E952FA1"/>
        <w:category>
          <w:name w:val="General"/>
          <w:gallery w:val="placeholder"/>
        </w:category>
        <w:types>
          <w:type w:val="bbPlcHdr"/>
        </w:types>
        <w:behaviors>
          <w:behavior w:val="content"/>
        </w:behaviors>
        <w:guid w:val="{F2913E27-7D33-4D1B-AB07-29416D56D4F2}"/>
      </w:docPartPr>
      <w:docPartBody>
        <w:p w:rsidR="00000000" w:rsidRDefault="00A20E2A" w:rsidP="00A20E2A">
          <w:pPr>
            <w:pStyle w:val="407851F541DF4E2F98812E235E952FA1"/>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E2A"/>
    <w:rsid w:val="004F4854"/>
    <w:rsid w:val="00A20E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20E2A"/>
    <w:rPr>
      <w:color w:val="808080"/>
    </w:rPr>
  </w:style>
  <w:style w:type="paragraph" w:customStyle="1" w:styleId="955196A875CD4DF1A50FB396691B8695">
    <w:name w:val="955196A875CD4DF1A50FB396691B8695"/>
    <w:rsid w:val="00A20E2A"/>
  </w:style>
  <w:style w:type="paragraph" w:customStyle="1" w:styleId="9EDDB2768503402589F82FDA273D0FCE">
    <w:name w:val="9EDDB2768503402589F82FDA273D0FCE"/>
    <w:rsid w:val="00A20E2A"/>
  </w:style>
  <w:style w:type="paragraph" w:customStyle="1" w:styleId="801600229AE844D1BD7A268D96B6288E">
    <w:name w:val="801600229AE844D1BD7A268D96B6288E"/>
    <w:rsid w:val="00A20E2A"/>
  </w:style>
  <w:style w:type="paragraph" w:customStyle="1" w:styleId="0E274B8384944E4FB919E1F3ED753009">
    <w:name w:val="0E274B8384944E4FB919E1F3ED753009"/>
    <w:rsid w:val="00A20E2A"/>
  </w:style>
  <w:style w:type="paragraph" w:customStyle="1" w:styleId="D749E13859F94C71A48227D8143F3D06">
    <w:name w:val="D749E13859F94C71A48227D8143F3D06"/>
    <w:rsid w:val="00A20E2A"/>
  </w:style>
  <w:style w:type="paragraph" w:customStyle="1" w:styleId="3C5104B44EEE40A3B2C568AFD22C269E">
    <w:name w:val="3C5104B44EEE40A3B2C568AFD22C269E"/>
    <w:rsid w:val="00A20E2A"/>
  </w:style>
  <w:style w:type="paragraph" w:customStyle="1" w:styleId="407851F541DF4E2F98812E235E952FA1">
    <w:name w:val="407851F541DF4E2F98812E235E952FA1"/>
    <w:rsid w:val="00A20E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436</TotalTime>
  <Pages>10</Pages>
  <Words>6167</Words>
  <Characters>33921</Characters>
  <Application>Microsoft Office Word</Application>
  <DocSecurity>0</DocSecurity>
  <Lines>282</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FABIO ANDRES VANEGAS CAMACHO</dc:creator>
  <cp:keywords/>
  <dc:description/>
  <cp:lastModifiedBy>MEVIL - EDVER GUSTAVO CUPITRA CAÑON</cp:lastModifiedBy>
  <cp:revision>97</cp:revision>
  <cp:lastPrinted>2026-06-05T14:29:00Z</cp:lastPrinted>
  <dcterms:created xsi:type="dcterms:W3CDTF">2025-07-21T22:35:00Z</dcterms:created>
  <dcterms:modified xsi:type="dcterms:W3CDTF">2026-07-01T01:17:00Z</dcterms:modified>
</cp:coreProperties>
</file>