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7F0930" w14:textId="77777777" w:rsidR="00274508" w:rsidRPr="003041EA" w:rsidRDefault="00000000" w:rsidP="00BB09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b/>
          <w:sz w:val="24"/>
          <w:szCs w:val="24"/>
        </w:rPr>
        <w:t>FORMATO 6</w:t>
      </w:r>
    </w:p>
    <w:p w14:paraId="04905440" w14:textId="77777777" w:rsidR="00274508" w:rsidRDefault="00000000" w:rsidP="00BB09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41EA">
        <w:rPr>
          <w:rFonts w:ascii="Times New Roman" w:hAnsi="Times New Roman" w:cs="Times New Roman"/>
          <w:b/>
          <w:sz w:val="24"/>
          <w:szCs w:val="24"/>
        </w:rPr>
        <w:t>EXPERIENCIA EN OPERACIÓN</w:t>
      </w:r>
    </w:p>
    <w:p w14:paraId="35242A2E" w14:textId="77777777" w:rsidR="00BB093A" w:rsidRPr="003041EA" w:rsidRDefault="00BB093A" w:rsidP="00BB09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FCDE9D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i/>
          <w:sz w:val="24"/>
          <w:szCs w:val="24"/>
        </w:rPr>
        <w:t>[Ciudad, fecha]</w:t>
      </w:r>
    </w:p>
    <w:p w14:paraId="08013A41" w14:textId="77777777" w:rsidR="00BB093A" w:rsidRDefault="00BB093A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4EBD4" w14:textId="71F2BB1D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041EA">
        <w:rPr>
          <w:rFonts w:ascii="Times New Roman" w:hAnsi="Times New Roman" w:cs="Times New Roman"/>
          <w:sz w:val="24"/>
          <w:szCs w:val="24"/>
        </w:rPr>
        <w:t>Señores</w:t>
      </w:r>
      <w:proofErr w:type="spellEnd"/>
    </w:p>
    <w:p w14:paraId="5907DFBB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b/>
          <w:sz w:val="24"/>
          <w:szCs w:val="24"/>
        </w:rPr>
        <w:t>TRANSMILENIO S.A.</w:t>
      </w:r>
    </w:p>
    <w:p w14:paraId="1E1F0039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>Atn. [-]</w:t>
      </w:r>
    </w:p>
    <w:p w14:paraId="265844C7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>Avenida Eldorado No. 69-76 Piso 7</w:t>
      </w:r>
    </w:p>
    <w:p w14:paraId="2353575E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>Edificio Elemento Torre 1</w:t>
      </w:r>
    </w:p>
    <w:p w14:paraId="3E4FD4D2" w14:textId="77777777" w:rsidR="00BB093A" w:rsidRDefault="00BB093A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3BC5D" w14:textId="2EDD32F0" w:rsidR="00274508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 w:rsidRPr="003041EA">
        <w:rPr>
          <w:rFonts w:ascii="Times New Roman" w:hAnsi="Times New Roman" w:cs="Times New Roman"/>
          <w:sz w:val="24"/>
          <w:szCs w:val="24"/>
        </w:rPr>
        <w:t>abajo</w:t>
      </w:r>
      <w:proofErr w:type="spellEnd"/>
      <w:r w:rsidRPr="00304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41EA">
        <w:rPr>
          <w:rFonts w:ascii="Times New Roman" w:hAnsi="Times New Roman" w:cs="Times New Roman"/>
          <w:sz w:val="24"/>
          <w:szCs w:val="24"/>
        </w:rPr>
        <w:t>firmante</w:t>
      </w:r>
      <w:proofErr w:type="spellEnd"/>
      <w:r w:rsidRPr="003041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041EA">
        <w:rPr>
          <w:rFonts w:ascii="Times New Roman" w:hAnsi="Times New Roman" w:cs="Times New Roman"/>
          <w:sz w:val="24"/>
          <w:szCs w:val="24"/>
        </w:rPr>
        <w:t>actuando</w:t>
      </w:r>
      <w:proofErr w:type="spellEnd"/>
      <w:r w:rsidRPr="00304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41EA">
        <w:rPr>
          <w:rFonts w:ascii="Times New Roman" w:hAnsi="Times New Roman" w:cs="Times New Roman"/>
          <w:sz w:val="24"/>
          <w:szCs w:val="24"/>
        </w:rPr>
        <w:t>como</w:t>
      </w:r>
      <w:proofErr w:type="spellEnd"/>
      <w:r w:rsidRPr="003041EA">
        <w:rPr>
          <w:rFonts w:ascii="Times New Roman" w:hAnsi="Times New Roman" w:cs="Times New Roman"/>
          <w:sz w:val="24"/>
          <w:szCs w:val="24"/>
        </w:rPr>
        <w:t xml:space="preserve"> [</w:t>
      </w:r>
      <w:r w:rsidRPr="00BB093A">
        <w:rPr>
          <w:rFonts w:ascii="Times New Roman" w:hAnsi="Times New Roman" w:cs="Times New Roman"/>
          <w:i/>
          <w:iCs/>
          <w:sz w:val="24"/>
          <w:szCs w:val="24"/>
        </w:rPr>
        <w:t xml:space="preserve">Representante Común </w:t>
      </w:r>
      <w:proofErr w:type="spellStart"/>
      <w:r w:rsidRPr="00BB093A">
        <w:rPr>
          <w:rFonts w:ascii="Times New Roman" w:hAnsi="Times New Roman" w:cs="Times New Roman"/>
          <w:i/>
          <w:iCs/>
          <w:sz w:val="24"/>
          <w:szCs w:val="24"/>
        </w:rPr>
        <w:t>en</w:t>
      </w:r>
      <w:proofErr w:type="spellEnd"/>
      <w:r w:rsidRPr="00BB093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B093A">
        <w:rPr>
          <w:rFonts w:ascii="Times New Roman" w:hAnsi="Times New Roman" w:cs="Times New Roman"/>
          <w:i/>
          <w:iCs/>
          <w:sz w:val="24"/>
          <w:szCs w:val="24"/>
        </w:rPr>
        <w:t>caso</w:t>
      </w:r>
      <w:proofErr w:type="spellEnd"/>
      <w:r w:rsidRPr="00BB093A">
        <w:rPr>
          <w:rFonts w:ascii="Times New Roman" w:hAnsi="Times New Roman" w:cs="Times New Roman"/>
          <w:i/>
          <w:iCs/>
          <w:sz w:val="24"/>
          <w:szCs w:val="24"/>
        </w:rPr>
        <w:t xml:space="preserve"> de </w:t>
      </w:r>
      <w:proofErr w:type="spellStart"/>
      <w:r w:rsidR="00BB093A" w:rsidRPr="00BB093A">
        <w:rPr>
          <w:rFonts w:ascii="Times New Roman" w:hAnsi="Times New Roman" w:cs="Times New Roman"/>
          <w:i/>
          <w:iCs/>
          <w:sz w:val="24"/>
          <w:szCs w:val="24"/>
        </w:rPr>
        <w:t>Estructrua</w:t>
      </w:r>
      <w:proofErr w:type="spellEnd"/>
      <w:r w:rsidR="00BB093A" w:rsidRPr="00BB093A">
        <w:rPr>
          <w:rFonts w:ascii="Times New Roman" w:hAnsi="Times New Roman" w:cs="Times New Roman"/>
          <w:i/>
          <w:iCs/>
          <w:sz w:val="24"/>
          <w:szCs w:val="24"/>
        </w:rPr>
        <w:t xml:space="preserve"> Plural </w:t>
      </w:r>
      <w:r w:rsidRPr="00BB093A">
        <w:rPr>
          <w:rFonts w:ascii="Times New Roman" w:hAnsi="Times New Roman" w:cs="Times New Roman"/>
          <w:i/>
          <w:iCs/>
          <w:sz w:val="24"/>
          <w:szCs w:val="24"/>
        </w:rPr>
        <w:t xml:space="preserve">/ </w:t>
      </w:r>
      <w:proofErr w:type="spellStart"/>
      <w:r w:rsidR="00BB093A" w:rsidRPr="00BB093A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BB093A">
        <w:rPr>
          <w:rFonts w:ascii="Times New Roman" w:hAnsi="Times New Roman" w:cs="Times New Roman"/>
          <w:i/>
          <w:iCs/>
          <w:sz w:val="24"/>
          <w:szCs w:val="24"/>
        </w:rPr>
        <w:t>epresentante</w:t>
      </w:r>
      <w:proofErr w:type="spellEnd"/>
      <w:r w:rsidRPr="00BB093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B093A" w:rsidRPr="00BB093A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BB093A">
        <w:rPr>
          <w:rFonts w:ascii="Times New Roman" w:hAnsi="Times New Roman" w:cs="Times New Roman"/>
          <w:i/>
          <w:iCs/>
          <w:sz w:val="24"/>
          <w:szCs w:val="24"/>
        </w:rPr>
        <w:t xml:space="preserve">egal </w:t>
      </w:r>
      <w:proofErr w:type="spellStart"/>
      <w:r w:rsidRPr="00BB093A">
        <w:rPr>
          <w:rFonts w:ascii="Times New Roman" w:hAnsi="Times New Roman" w:cs="Times New Roman"/>
          <w:i/>
          <w:iCs/>
          <w:sz w:val="24"/>
          <w:szCs w:val="24"/>
        </w:rPr>
        <w:t>en</w:t>
      </w:r>
      <w:proofErr w:type="spellEnd"/>
      <w:r w:rsidRPr="00BB093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B093A">
        <w:rPr>
          <w:rFonts w:ascii="Times New Roman" w:hAnsi="Times New Roman" w:cs="Times New Roman"/>
          <w:i/>
          <w:iCs/>
          <w:sz w:val="24"/>
          <w:szCs w:val="24"/>
        </w:rPr>
        <w:t>caso</w:t>
      </w:r>
      <w:proofErr w:type="spellEnd"/>
      <w:r w:rsidRPr="00BB093A">
        <w:rPr>
          <w:rFonts w:ascii="Times New Roman" w:hAnsi="Times New Roman" w:cs="Times New Roman"/>
          <w:i/>
          <w:iCs/>
          <w:sz w:val="24"/>
          <w:szCs w:val="24"/>
        </w:rPr>
        <w:t xml:space="preserve"> de Proponente </w:t>
      </w:r>
      <w:r w:rsidR="00BB093A" w:rsidRPr="00BB093A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BB093A">
        <w:rPr>
          <w:rFonts w:ascii="Times New Roman" w:hAnsi="Times New Roman" w:cs="Times New Roman"/>
          <w:i/>
          <w:iCs/>
          <w:sz w:val="24"/>
          <w:szCs w:val="24"/>
        </w:rPr>
        <w:t>ndividual / Proponente persona natural</w:t>
      </w:r>
      <w:r w:rsidRPr="00BB093A">
        <w:rPr>
          <w:rFonts w:ascii="Times New Roman" w:hAnsi="Times New Roman" w:cs="Times New Roman"/>
          <w:sz w:val="24"/>
          <w:szCs w:val="24"/>
        </w:rPr>
        <w:t>]</w:t>
      </w:r>
      <w:r w:rsidRPr="003041EA">
        <w:rPr>
          <w:rFonts w:ascii="Times New Roman" w:hAnsi="Times New Roman" w:cs="Times New Roman"/>
          <w:sz w:val="24"/>
          <w:szCs w:val="24"/>
        </w:rPr>
        <w:t xml:space="preserve"> de [</w:t>
      </w:r>
      <w:r w:rsidRPr="00BB093A">
        <w:rPr>
          <w:rFonts w:ascii="Times New Roman" w:hAnsi="Times New Roman" w:cs="Times New Roman"/>
          <w:i/>
          <w:iCs/>
          <w:sz w:val="24"/>
          <w:szCs w:val="24"/>
        </w:rPr>
        <w:t>nombre del Proponente</w:t>
      </w:r>
      <w:r w:rsidRPr="003041EA">
        <w:rPr>
          <w:rFonts w:ascii="Times New Roman" w:hAnsi="Times New Roman" w:cs="Times New Roman"/>
          <w:sz w:val="24"/>
          <w:szCs w:val="24"/>
        </w:rPr>
        <w:t xml:space="preserve">], para efectos de acreditar el requisito habilitante de Experiencia en Operación dentro del proceso No. TMSA-LP-11-2026, relaciono a continuación el(los) contrato(s) o concesión(es) que se hacen valer en los términos del Numeral 8.3 del Pliego de </w:t>
      </w:r>
      <w:proofErr w:type="spellStart"/>
      <w:r w:rsidRPr="003041EA">
        <w:rPr>
          <w:rFonts w:ascii="Times New Roman" w:hAnsi="Times New Roman" w:cs="Times New Roman"/>
          <w:sz w:val="24"/>
          <w:szCs w:val="24"/>
        </w:rPr>
        <w:t>Condiciones</w:t>
      </w:r>
      <w:proofErr w:type="spellEnd"/>
      <w:r w:rsidRPr="003041EA">
        <w:rPr>
          <w:rFonts w:ascii="Times New Roman" w:hAnsi="Times New Roman" w:cs="Times New Roman"/>
          <w:sz w:val="24"/>
          <w:szCs w:val="24"/>
        </w:rPr>
        <w:t>.</w:t>
      </w:r>
    </w:p>
    <w:p w14:paraId="7352190A" w14:textId="77777777" w:rsidR="00BB093A" w:rsidRPr="003041EA" w:rsidRDefault="00BB093A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A81AD4" w14:textId="0E601633" w:rsidR="003041EA" w:rsidRDefault="00000000" w:rsidP="00BB093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1EA">
        <w:rPr>
          <w:rFonts w:ascii="Times New Roman" w:hAnsi="Times New Roman" w:cs="Times New Roman"/>
          <w:b/>
          <w:sz w:val="24"/>
          <w:szCs w:val="24"/>
        </w:rPr>
        <w:t>INFORMACIÓN DE LA EXPERIENCIA ACREDITADA</w:t>
      </w:r>
    </w:p>
    <w:p w14:paraId="1EC2B71E" w14:textId="77777777" w:rsidR="00BB093A" w:rsidRPr="003041EA" w:rsidRDefault="00BB093A" w:rsidP="00BB093A">
      <w:pPr>
        <w:pStyle w:val="Prrafodelista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2"/>
        <w:gridCol w:w="1433"/>
        <w:gridCol w:w="1402"/>
        <w:gridCol w:w="1240"/>
        <w:gridCol w:w="1188"/>
        <w:gridCol w:w="1218"/>
        <w:gridCol w:w="1520"/>
        <w:gridCol w:w="1202"/>
        <w:gridCol w:w="1376"/>
        <w:gridCol w:w="1037"/>
        <w:gridCol w:w="1568"/>
        <w:gridCol w:w="1186"/>
      </w:tblGrid>
      <w:tr w:rsidR="00103BC6" w:rsidRPr="003041EA" w14:paraId="0B37E6E9" w14:textId="77777777" w:rsidTr="003041EA">
        <w:trPr>
          <w:tblHeader/>
          <w:jc w:val="center"/>
        </w:trPr>
        <w:tc>
          <w:tcPr>
            <w:tcW w:w="0" w:type="auto"/>
            <w:shd w:val="clear" w:color="auto" w:fill="D9D9D9"/>
            <w:vAlign w:val="center"/>
          </w:tcPr>
          <w:p w14:paraId="40D10A49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No.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E84586E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Persona que acredita la experiencia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641397F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Entidad contratante o concedente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F478631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No. contrato / concesión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65F3E376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Fecha de suscripción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586A01A7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Estado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75CE510F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Fecha inicio operación buses acreditados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0708B426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No. buses acreditados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73F3C77B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Capacidad mínima de pasajeros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6A38A3EE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Tecnología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19F5D108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Tipo de operación / lugar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4E43699F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Requisito</w:t>
            </w:r>
            <w:proofErr w:type="spellEnd"/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8.3(a) </w:t>
            </w:r>
            <w:proofErr w:type="spellStart"/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que</w:t>
            </w:r>
            <w:proofErr w:type="spellEnd"/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3041EA">
              <w:rPr>
                <w:rFonts w:ascii="Times New Roman" w:hAnsi="Times New Roman" w:cs="Times New Roman"/>
                <w:b/>
                <w:sz w:val="16"/>
                <w:szCs w:val="16"/>
              </w:rPr>
              <w:t>acredita</w:t>
            </w:r>
            <w:proofErr w:type="spellEnd"/>
          </w:p>
        </w:tc>
      </w:tr>
      <w:tr w:rsidR="00103BC6" w:rsidRPr="003041EA" w14:paraId="5E65AFEB" w14:textId="77777777" w:rsidTr="003041EA">
        <w:trPr>
          <w:jc w:val="center"/>
        </w:trPr>
        <w:tc>
          <w:tcPr>
            <w:tcW w:w="0" w:type="auto"/>
            <w:vAlign w:val="center"/>
          </w:tcPr>
          <w:p w14:paraId="7AA22C91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</w:tcPr>
          <w:p w14:paraId="3A94B229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75838F8E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5327316C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219FD939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0C5D2325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[Terminado / En ejecución]</w:t>
            </w:r>
          </w:p>
        </w:tc>
        <w:tc>
          <w:tcPr>
            <w:tcW w:w="0" w:type="auto"/>
            <w:vAlign w:val="center"/>
          </w:tcPr>
          <w:p w14:paraId="6C1A0833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3DB96A7D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0D370EB6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143C12AB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[Eléctrica / otra]</w:t>
            </w:r>
          </w:p>
        </w:tc>
        <w:tc>
          <w:tcPr>
            <w:tcW w:w="0" w:type="auto"/>
            <w:vAlign w:val="center"/>
          </w:tcPr>
          <w:p w14:paraId="5FA4E696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[Urbana / área metropolitana – ciudad/país]</w:t>
            </w:r>
          </w:p>
        </w:tc>
        <w:tc>
          <w:tcPr>
            <w:tcW w:w="0" w:type="auto"/>
            <w:vAlign w:val="center"/>
          </w:tcPr>
          <w:p w14:paraId="290921E2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[8.3(a)(</w:t>
            </w:r>
            <w:proofErr w:type="spellStart"/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proofErr w:type="spellEnd"/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) / 8.3(a)(ii)]</w:t>
            </w:r>
          </w:p>
        </w:tc>
      </w:tr>
      <w:tr w:rsidR="00103BC6" w:rsidRPr="003041EA" w14:paraId="63D46D13" w14:textId="77777777" w:rsidTr="003041EA">
        <w:trPr>
          <w:jc w:val="center"/>
        </w:trPr>
        <w:tc>
          <w:tcPr>
            <w:tcW w:w="0" w:type="auto"/>
            <w:vAlign w:val="center"/>
          </w:tcPr>
          <w:p w14:paraId="7E1ABBE2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14:paraId="62A6D46C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35300EB9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0FB1A0BB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2C6FF163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5D8C396E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[Terminado / En ejecución]</w:t>
            </w:r>
          </w:p>
        </w:tc>
        <w:tc>
          <w:tcPr>
            <w:tcW w:w="0" w:type="auto"/>
            <w:vAlign w:val="center"/>
          </w:tcPr>
          <w:p w14:paraId="67842253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5325C389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6ACB427F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[Diligenciar]</w:t>
            </w:r>
          </w:p>
        </w:tc>
        <w:tc>
          <w:tcPr>
            <w:tcW w:w="0" w:type="auto"/>
            <w:vAlign w:val="center"/>
          </w:tcPr>
          <w:p w14:paraId="12C2F947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[Eléctrica / otra]</w:t>
            </w:r>
          </w:p>
        </w:tc>
        <w:tc>
          <w:tcPr>
            <w:tcW w:w="0" w:type="auto"/>
            <w:vAlign w:val="center"/>
          </w:tcPr>
          <w:p w14:paraId="5CE1C4ED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[Urbana / área metropolitana – ciudad/país]</w:t>
            </w:r>
          </w:p>
        </w:tc>
        <w:tc>
          <w:tcPr>
            <w:tcW w:w="0" w:type="auto"/>
            <w:vAlign w:val="center"/>
          </w:tcPr>
          <w:p w14:paraId="007356C5" w14:textId="77777777" w:rsidR="00103BC6" w:rsidRPr="003041EA" w:rsidRDefault="00103BC6" w:rsidP="00BB09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[8.3(a)(</w:t>
            </w:r>
            <w:proofErr w:type="spellStart"/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proofErr w:type="spellEnd"/>
            <w:r w:rsidRPr="003041EA">
              <w:rPr>
                <w:rFonts w:ascii="Times New Roman" w:hAnsi="Times New Roman" w:cs="Times New Roman"/>
                <w:sz w:val="16"/>
                <w:szCs w:val="16"/>
              </w:rPr>
              <w:t>) / 8.3(a)(ii)]</w:t>
            </w:r>
          </w:p>
        </w:tc>
      </w:tr>
    </w:tbl>
    <w:p w14:paraId="2C431470" w14:textId="77777777" w:rsidR="00D67803" w:rsidRDefault="00D67803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41D83E" w14:textId="2C8CAFDA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>Declaro(</w:t>
      </w:r>
      <w:proofErr w:type="spellStart"/>
      <w:r w:rsidRPr="003041EA">
        <w:rPr>
          <w:rFonts w:ascii="Times New Roman" w:hAnsi="Times New Roman" w:cs="Times New Roman"/>
          <w:sz w:val="24"/>
          <w:szCs w:val="24"/>
        </w:rPr>
        <w:t>amos</w:t>
      </w:r>
      <w:proofErr w:type="spellEnd"/>
      <w:r w:rsidRPr="003041E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041EA">
        <w:rPr>
          <w:rFonts w:ascii="Times New Roman" w:hAnsi="Times New Roman" w:cs="Times New Roman"/>
          <w:sz w:val="24"/>
          <w:szCs w:val="24"/>
        </w:rPr>
        <w:t>que</w:t>
      </w:r>
      <w:proofErr w:type="spellEnd"/>
      <w:r w:rsidRPr="003041EA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3041EA">
        <w:rPr>
          <w:rFonts w:ascii="Times New Roman" w:hAnsi="Times New Roman" w:cs="Times New Roman"/>
          <w:sz w:val="24"/>
          <w:szCs w:val="24"/>
        </w:rPr>
        <w:t>información</w:t>
      </w:r>
      <w:proofErr w:type="spellEnd"/>
      <w:r w:rsidRPr="00304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41EA">
        <w:rPr>
          <w:rFonts w:ascii="Times New Roman" w:hAnsi="Times New Roman" w:cs="Times New Roman"/>
          <w:sz w:val="24"/>
          <w:szCs w:val="24"/>
        </w:rPr>
        <w:t>consignada</w:t>
      </w:r>
      <w:proofErr w:type="spellEnd"/>
      <w:r w:rsidRPr="003041EA">
        <w:rPr>
          <w:rFonts w:ascii="Times New Roman" w:hAnsi="Times New Roman" w:cs="Times New Roman"/>
          <w:sz w:val="24"/>
          <w:szCs w:val="24"/>
        </w:rPr>
        <w:t xml:space="preserve"> en el presente Formato corresponde a la experiencia que se pretende hacer valer para acreditar el requisito habilitante de Experiencia en Operación y que los documentos soporte adjuntos corresponden a la información aquí relacionada.</w:t>
      </w:r>
    </w:p>
    <w:p w14:paraId="54118775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>Atentamente,</w:t>
      </w:r>
    </w:p>
    <w:p w14:paraId="3F86718A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23BE9367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>[Nombre del representante legal en caso de Proponente Individual o Representante Común del Proponente Plural]</w:t>
      </w:r>
    </w:p>
    <w:p w14:paraId="612988D8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>[Nombre del Proponente]</w:t>
      </w:r>
    </w:p>
    <w:p w14:paraId="1173A9AD" w14:textId="77777777" w:rsidR="00274508" w:rsidRPr="003041EA" w:rsidRDefault="00000000" w:rsidP="00BB09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1EA">
        <w:rPr>
          <w:rFonts w:ascii="Times New Roman" w:hAnsi="Times New Roman" w:cs="Times New Roman"/>
          <w:sz w:val="24"/>
          <w:szCs w:val="24"/>
        </w:rPr>
        <w:t>[Documento de identificación]</w:t>
      </w:r>
    </w:p>
    <w:sectPr w:rsidR="00274508" w:rsidRPr="003041EA" w:rsidSect="00034616">
      <w:pgSz w:w="15840" w:h="12240" w:orient="landscape"/>
      <w:pgMar w:top="936" w:right="504" w:bottom="936" w:left="5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C454304"/>
    <w:multiLevelType w:val="hybridMultilevel"/>
    <w:tmpl w:val="257A2E9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825758">
    <w:abstractNumId w:val="8"/>
  </w:num>
  <w:num w:numId="2" w16cid:durableId="24913672">
    <w:abstractNumId w:val="6"/>
  </w:num>
  <w:num w:numId="3" w16cid:durableId="710350778">
    <w:abstractNumId w:val="5"/>
  </w:num>
  <w:num w:numId="4" w16cid:durableId="397751211">
    <w:abstractNumId w:val="4"/>
  </w:num>
  <w:num w:numId="5" w16cid:durableId="1883471302">
    <w:abstractNumId w:val="7"/>
  </w:num>
  <w:num w:numId="6" w16cid:durableId="726102918">
    <w:abstractNumId w:val="3"/>
  </w:num>
  <w:num w:numId="7" w16cid:durableId="911503535">
    <w:abstractNumId w:val="2"/>
  </w:num>
  <w:num w:numId="8" w16cid:durableId="1118794394">
    <w:abstractNumId w:val="1"/>
  </w:num>
  <w:num w:numId="9" w16cid:durableId="113450655">
    <w:abstractNumId w:val="0"/>
  </w:num>
  <w:num w:numId="10" w16cid:durableId="1729765658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3"/>
  <w:doNotDisplayPageBoundaries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3BC6"/>
    <w:rsid w:val="0015074B"/>
    <w:rsid w:val="001E11E3"/>
    <w:rsid w:val="00274508"/>
    <w:rsid w:val="0029639D"/>
    <w:rsid w:val="003041EA"/>
    <w:rsid w:val="00326F90"/>
    <w:rsid w:val="004F4A57"/>
    <w:rsid w:val="00AA1D8D"/>
    <w:rsid w:val="00B47730"/>
    <w:rsid w:val="00BB093A"/>
    <w:rsid w:val="00CB0664"/>
    <w:rsid w:val="00D6780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232152"/>
  <w14:defaultImageDpi w14:val="300"/>
  <w15:docId w15:val="{ED92592E-E99A-984B-85EB-959DBDA63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9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1565</Characters>
  <Application>Microsoft Office Word</Application>
  <DocSecurity>0</DocSecurity>
  <Lines>25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Cesar Augusto Pion Botero</cp:lastModifiedBy>
  <cp:revision>2</cp:revision>
  <dcterms:created xsi:type="dcterms:W3CDTF">2026-08-11T20:05:00Z</dcterms:created>
  <dcterms:modified xsi:type="dcterms:W3CDTF">2026-08-11T20:05:00Z</dcterms:modified>
  <cp:category/>
</cp:coreProperties>
</file>