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4A0" w:firstRow="1" w:lastRow="0" w:firstColumn="1" w:lastColumn="0" w:noHBand="0" w:noVBand="1"/>
      </w:tblPr>
      <w:tblGrid>
        <w:gridCol w:w="7654"/>
        <w:gridCol w:w="2211"/>
      </w:tblGrid>
      <w:tr w:rsidR="006C65B0" w14:paraId="074B030D" w14:textId="77777777">
        <w:tc>
          <w:tcPr>
            <w:tcW w:w="7654" w:type="dxa"/>
            <w:vAlign w:val="center"/>
          </w:tcPr>
          <w:p w14:paraId="071F6468" w14:textId="77777777" w:rsidR="006C65B0" w:rsidRDefault="00000000">
            <w:r>
              <w:rPr>
                <w:b/>
                <w:sz w:val="26"/>
              </w:rPr>
              <w:t>SEXTO INFORME (06) DE ACTIVIDADES</w:t>
            </w:r>
          </w:p>
        </w:tc>
        <w:tc>
          <w:tcPr>
            <w:tcW w:w="2211" w:type="dxa"/>
            <w:vAlign w:val="center"/>
          </w:tcPr>
          <w:p w14:paraId="5A5B9AB5" w14:textId="77777777" w:rsidR="006C65B0" w:rsidRDefault="00000000">
            <w:pPr>
              <w:jc w:val="right"/>
            </w:pPr>
            <w:r>
              <w:rPr>
                <w:noProof/>
              </w:rPr>
              <w:drawing>
                <wp:inline distT="0" distB="0" distL="0" distR="0" wp14:anchorId="03AE3B1C" wp14:editId="4E1E4536">
                  <wp:extent cx="1296000" cy="5577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corposantana.png"/>
                          <pic:cNvPicPr/>
                        </pic:nvPicPr>
                        <pic:blipFill>
                          <a:blip r:embed="rId6"/>
                          <a:stretch>
                            <a:fillRect/>
                          </a:stretch>
                        </pic:blipFill>
                        <pic:spPr>
                          <a:xfrm>
                            <a:off x="0" y="0"/>
                            <a:ext cx="1296000" cy="557705"/>
                          </a:xfrm>
                          <a:prstGeom prst="rect">
                            <a:avLst/>
                          </a:prstGeom>
                        </pic:spPr>
                      </pic:pic>
                    </a:graphicData>
                  </a:graphic>
                </wp:inline>
              </w:drawing>
            </w:r>
          </w:p>
        </w:tc>
      </w:tr>
    </w:tbl>
    <w:p w14:paraId="63C0AF69" w14:textId="77777777" w:rsidR="006C65B0" w:rsidRDefault="006C65B0"/>
    <w:tbl>
      <w:tblPr>
        <w:tblStyle w:val="Tablaconcuadrcula"/>
        <w:tblW w:w="0" w:type="auto"/>
        <w:tblLayout w:type="fixed"/>
        <w:tblLook w:val="04A0" w:firstRow="1" w:lastRow="0" w:firstColumn="1" w:lastColumn="0" w:noHBand="0" w:noVBand="1"/>
      </w:tblPr>
      <w:tblGrid>
        <w:gridCol w:w="3118"/>
        <w:gridCol w:w="6748"/>
      </w:tblGrid>
      <w:tr w:rsidR="006C65B0" w:rsidRPr="00810616" w14:paraId="5948A509" w14:textId="77777777">
        <w:tc>
          <w:tcPr>
            <w:tcW w:w="9866" w:type="dxa"/>
            <w:gridSpan w:val="2"/>
            <w:shd w:val="clear" w:color="auto" w:fill="F5A623"/>
            <w:vAlign w:val="center"/>
          </w:tcPr>
          <w:p w14:paraId="721636FE" w14:textId="77777777" w:rsidR="006C65B0" w:rsidRPr="006C537A" w:rsidRDefault="00000000">
            <w:pPr>
              <w:jc w:val="center"/>
              <w:rPr>
                <w:lang w:val="es-CO"/>
              </w:rPr>
            </w:pPr>
            <w:r w:rsidRPr="006C537A">
              <w:rPr>
                <w:b/>
                <w:color w:val="FFFFFF"/>
                <w:lang w:val="es-CO"/>
              </w:rPr>
              <w:t>A) INFORMACIÓN GENERAL DEL CONTRATO</w:t>
            </w:r>
          </w:p>
        </w:tc>
      </w:tr>
      <w:tr w:rsidR="006C65B0" w14:paraId="322CE454" w14:textId="77777777">
        <w:tc>
          <w:tcPr>
            <w:tcW w:w="3118" w:type="dxa"/>
            <w:vAlign w:val="center"/>
          </w:tcPr>
          <w:p w14:paraId="52F0205C" w14:textId="77777777" w:rsidR="006C65B0" w:rsidRDefault="00000000">
            <w:r>
              <w:rPr>
                <w:b/>
                <w:sz w:val="18"/>
              </w:rPr>
              <w:t>CONTRATO INTERADMINISTRATIVO No.</w:t>
            </w:r>
          </w:p>
        </w:tc>
        <w:tc>
          <w:tcPr>
            <w:tcW w:w="6520" w:type="dxa"/>
            <w:vAlign w:val="center"/>
          </w:tcPr>
          <w:p w14:paraId="61165E4F" w14:textId="77777777" w:rsidR="006C65B0" w:rsidRDefault="00000000">
            <w:r>
              <w:rPr>
                <w:sz w:val="18"/>
              </w:rPr>
              <w:t>CONTI-019-2025</w:t>
            </w:r>
          </w:p>
        </w:tc>
      </w:tr>
      <w:tr w:rsidR="006C65B0" w:rsidRPr="00810616" w14:paraId="0340E1AF" w14:textId="77777777">
        <w:tc>
          <w:tcPr>
            <w:tcW w:w="3118" w:type="dxa"/>
            <w:vAlign w:val="center"/>
          </w:tcPr>
          <w:p w14:paraId="7F402601" w14:textId="77777777" w:rsidR="006C65B0" w:rsidRDefault="00000000">
            <w:r>
              <w:rPr>
                <w:b/>
                <w:sz w:val="18"/>
              </w:rPr>
              <w:t>OBJETO DEL CONVENIO:</w:t>
            </w:r>
          </w:p>
        </w:tc>
        <w:tc>
          <w:tcPr>
            <w:tcW w:w="6520" w:type="dxa"/>
            <w:vAlign w:val="center"/>
          </w:tcPr>
          <w:p w14:paraId="5AFEFD1B" w14:textId="77777777" w:rsidR="006C65B0" w:rsidRPr="006C537A" w:rsidRDefault="00000000">
            <w:pPr>
              <w:rPr>
                <w:lang w:val="es-CO"/>
              </w:rPr>
            </w:pPr>
            <w:r w:rsidRPr="006C537A">
              <w:rPr>
                <w:sz w:val="18"/>
                <w:lang w:val="es-CO"/>
              </w:rPr>
              <w:t>CONTRATO INTERADMINISTRATIVO PARA EL MANTENIMIENTO DE ZONAS VERDES EN EL PERÍMETRO URBANO, PARQUES, EQUIPAMIENTO Y ESPACIO PÚBLICO DEL MUNICIPIO DE ANSERMA CALDAS.</w:t>
            </w:r>
          </w:p>
        </w:tc>
      </w:tr>
      <w:tr w:rsidR="006C65B0" w:rsidRPr="00810616" w14:paraId="686C9F59" w14:textId="77777777">
        <w:tc>
          <w:tcPr>
            <w:tcW w:w="3118" w:type="dxa"/>
            <w:vAlign w:val="center"/>
          </w:tcPr>
          <w:p w14:paraId="6B1EA720" w14:textId="77777777" w:rsidR="006C65B0" w:rsidRDefault="00000000">
            <w:r>
              <w:rPr>
                <w:b/>
                <w:sz w:val="18"/>
              </w:rPr>
              <w:t>Nombre del CONTRATISTA:</w:t>
            </w:r>
          </w:p>
        </w:tc>
        <w:tc>
          <w:tcPr>
            <w:tcW w:w="6520" w:type="dxa"/>
            <w:vAlign w:val="center"/>
          </w:tcPr>
          <w:p w14:paraId="11FE6B72" w14:textId="77777777" w:rsidR="006C65B0" w:rsidRPr="006C537A" w:rsidRDefault="00000000">
            <w:pPr>
              <w:rPr>
                <w:lang w:val="es-CO"/>
              </w:rPr>
            </w:pPr>
            <w:r w:rsidRPr="006C537A">
              <w:rPr>
                <w:sz w:val="18"/>
                <w:lang w:val="es-CO"/>
              </w:rPr>
              <w:t>CORPORACIÓN SOCIAL, CULTURAL Y DEPORTIVA, CENTRO DE BIENESTAR DEL ANCIANO SANTA ANA - CORPOSANTANA</w:t>
            </w:r>
            <w:r w:rsidRPr="006C537A">
              <w:rPr>
                <w:sz w:val="18"/>
                <w:lang w:val="es-CO"/>
              </w:rPr>
              <w:br/>
              <w:t>Representada legalmente por: JULIAN DARIO JARAMILLO MORALES.</w:t>
            </w:r>
          </w:p>
        </w:tc>
      </w:tr>
      <w:tr w:rsidR="006C65B0" w14:paraId="5C66EBF0" w14:textId="77777777">
        <w:tc>
          <w:tcPr>
            <w:tcW w:w="3118" w:type="dxa"/>
            <w:vAlign w:val="center"/>
          </w:tcPr>
          <w:p w14:paraId="2A29F63F" w14:textId="77777777" w:rsidR="006C65B0" w:rsidRDefault="00000000">
            <w:r>
              <w:rPr>
                <w:b/>
                <w:sz w:val="18"/>
              </w:rPr>
              <w:t>NIT:</w:t>
            </w:r>
          </w:p>
        </w:tc>
        <w:tc>
          <w:tcPr>
            <w:tcW w:w="6520" w:type="dxa"/>
            <w:vAlign w:val="center"/>
          </w:tcPr>
          <w:p w14:paraId="26D88B5B" w14:textId="77777777" w:rsidR="006C65B0" w:rsidRDefault="00000000">
            <w:r>
              <w:rPr>
                <w:sz w:val="18"/>
              </w:rPr>
              <w:t xml:space="preserve">800.001.378-5   /   C.C. 1.054.917.066 de </w:t>
            </w:r>
            <w:proofErr w:type="spellStart"/>
            <w:r>
              <w:rPr>
                <w:sz w:val="18"/>
              </w:rPr>
              <w:t>Anserma</w:t>
            </w:r>
            <w:proofErr w:type="spellEnd"/>
            <w:r>
              <w:rPr>
                <w:sz w:val="18"/>
              </w:rPr>
              <w:t>.</w:t>
            </w:r>
          </w:p>
        </w:tc>
      </w:tr>
      <w:tr w:rsidR="006C65B0" w14:paraId="410F1BE7" w14:textId="77777777">
        <w:tc>
          <w:tcPr>
            <w:tcW w:w="3118" w:type="dxa"/>
            <w:vAlign w:val="center"/>
          </w:tcPr>
          <w:p w14:paraId="737633C5" w14:textId="77777777" w:rsidR="006C65B0" w:rsidRDefault="00000000">
            <w:r>
              <w:rPr>
                <w:b/>
                <w:sz w:val="18"/>
              </w:rPr>
              <w:t xml:space="preserve">Correo </w:t>
            </w:r>
            <w:proofErr w:type="spellStart"/>
            <w:r>
              <w:rPr>
                <w:b/>
                <w:sz w:val="18"/>
              </w:rPr>
              <w:t>electrónico</w:t>
            </w:r>
            <w:proofErr w:type="spellEnd"/>
            <w:r>
              <w:rPr>
                <w:b/>
                <w:sz w:val="18"/>
              </w:rPr>
              <w:t>:</w:t>
            </w:r>
          </w:p>
        </w:tc>
        <w:tc>
          <w:tcPr>
            <w:tcW w:w="6520" w:type="dxa"/>
            <w:vAlign w:val="center"/>
          </w:tcPr>
          <w:p w14:paraId="18AD07C0" w14:textId="77777777" w:rsidR="006C65B0" w:rsidRDefault="00000000">
            <w:r>
              <w:rPr>
                <w:sz w:val="18"/>
              </w:rPr>
              <w:t>corposantana1970@gmail.com</w:t>
            </w:r>
          </w:p>
        </w:tc>
      </w:tr>
      <w:tr w:rsidR="006C65B0" w14:paraId="1CC6A0E2" w14:textId="77777777">
        <w:tc>
          <w:tcPr>
            <w:tcW w:w="3118" w:type="dxa"/>
            <w:vAlign w:val="center"/>
          </w:tcPr>
          <w:p w14:paraId="7BAE4DDF" w14:textId="77777777" w:rsidR="006C65B0" w:rsidRDefault="00000000">
            <w:proofErr w:type="spellStart"/>
            <w:r>
              <w:rPr>
                <w:b/>
                <w:sz w:val="18"/>
              </w:rPr>
              <w:t>Celular</w:t>
            </w:r>
            <w:proofErr w:type="spellEnd"/>
            <w:r>
              <w:rPr>
                <w:b/>
                <w:sz w:val="18"/>
              </w:rPr>
              <w:t>/</w:t>
            </w:r>
            <w:proofErr w:type="spellStart"/>
            <w:r>
              <w:rPr>
                <w:b/>
                <w:sz w:val="18"/>
              </w:rPr>
              <w:t>Fijo</w:t>
            </w:r>
            <w:proofErr w:type="spellEnd"/>
            <w:r>
              <w:rPr>
                <w:b/>
                <w:sz w:val="18"/>
              </w:rPr>
              <w:t>:</w:t>
            </w:r>
          </w:p>
        </w:tc>
        <w:tc>
          <w:tcPr>
            <w:tcW w:w="6520" w:type="dxa"/>
            <w:vAlign w:val="center"/>
          </w:tcPr>
          <w:p w14:paraId="68EE65DC" w14:textId="77777777" w:rsidR="006C65B0" w:rsidRDefault="00000000">
            <w:r>
              <w:rPr>
                <w:sz w:val="18"/>
              </w:rPr>
              <w:t>3183518136</w:t>
            </w:r>
          </w:p>
        </w:tc>
      </w:tr>
      <w:tr w:rsidR="006C65B0" w:rsidRPr="00810616" w14:paraId="14C512EC" w14:textId="77777777">
        <w:tc>
          <w:tcPr>
            <w:tcW w:w="3118" w:type="dxa"/>
            <w:vAlign w:val="center"/>
          </w:tcPr>
          <w:p w14:paraId="0B16D087" w14:textId="77777777" w:rsidR="006C65B0" w:rsidRDefault="00000000">
            <w:r>
              <w:rPr>
                <w:b/>
                <w:sz w:val="18"/>
              </w:rPr>
              <w:t>VALOR DEL CONTRATO:</w:t>
            </w:r>
          </w:p>
        </w:tc>
        <w:tc>
          <w:tcPr>
            <w:tcW w:w="6520" w:type="dxa"/>
            <w:vAlign w:val="center"/>
          </w:tcPr>
          <w:p w14:paraId="054A7708" w14:textId="77777777" w:rsidR="006C65B0" w:rsidRPr="006C537A" w:rsidRDefault="00000000">
            <w:pPr>
              <w:rPr>
                <w:lang w:val="es-CO"/>
              </w:rPr>
            </w:pPr>
            <w:r w:rsidRPr="006C537A">
              <w:rPr>
                <w:sz w:val="18"/>
                <w:lang w:val="es-CO"/>
              </w:rPr>
              <w:t>El valor estimado del contrato asciende a la suma de NOVENTA MILLONES DE PESOS M/C ($90.000.000)</w:t>
            </w:r>
          </w:p>
        </w:tc>
      </w:tr>
      <w:tr w:rsidR="006C65B0" w:rsidRPr="00810616" w14:paraId="5F58FB61" w14:textId="77777777">
        <w:tc>
          <w:tcPr>
            <w:tcW w:w="3118" w:type="dxa"/>
            <w:vAlign w:val="center"/>
          </w:tcPr>
          <w:p w14:paraId="6773B73B" w14:textId="77777777" w:rsidR="006C65B0" w:rsidRDefault="00000000">
            <w:r>
              <w:rPr>
                <w:b/>
                <w:sz w:val="18"/>
              </w:rPr>
              <w:t>DURACIÓN DEL CONTRATO:</w:t>
            </w:r>
          </w:p>
        </w:tc>
        <w:tc>
          <w:tcPr>
            <w:tcW w:w="6520" w:type="dxa"/>
            <w:vAlign w:val="center"/>
          </w:tcPr>
          <w:p w14:paraId="5D4947EB" w14:textId="77777777" w:rsidR="006C65B0" w:rsidRPr="006C537A" w:rsidRDefault="00000000">
            <w:pPr>
              <w:rPr>
                <w:lang w:val="es-CO"/>
              </w:rPr>
            </w:pPr>
            <w:r w:rsidRPr="006C537A">
              <w:rPr>
                <w:sz w:val="18"/>
                <w:lang w:val="es-CO"/>
              </w:rPr>
              <w:t>El plazo máximo de ejecución del contrato será hasta el 30 de abril de 2026. No obstante, el mismo se terminará por cualquiera de las siguientes causales: por vencimiento del plazo pactado o por entrega anticipada de los bienes y servicios contratados, la que se presente primero.</w:t>
            </w:r>
          </w:p>
        </w:tc>
      </w:tr>
      <w:tr w:rsidR="006C65B0" w14:paraId="03780D16" w14:textId="77777777">
        <w:tc>
          <w:tcPr>
            <w:tcW w:w="3118" w:type="dxa"/>
            <w:vAlign w:val="center"/>
          </w:tcPr>
          <w:p w14:paraId="73B09F7D" w14:textId="77777777" w:rsidR="006C65B0" w:rsidRDefault="00000000">
            <w:r>
              <w:rPr>
                <w:b/>
                <w:sz w:val="18"/>
              </w:rPr>
              <w:t>FECHA DE INICIACIÓN:</w:t>
            </w:r>
          </w:p>
        </w:tc>
        <w:tc>
          <w:tcPr>
            <w:tcW w:w="6520" w:type="dxa"/>
            <w:vAlign w:val="center"/>
          </w:tcPr>
          <w:p w14:paraId="59E363C9" w14:textId="77777777" w:rsidR="006C65B0" w:rsidRDefault="00000000">
            <w:r>
              <w:rPr>
                <w:sz w:val="18"/>
              </w:rPr>
              <w:t>05 de DICIEMBRE de 2025.</w:t>
            </w:r>
          </w:p>
        </w:tc>
      </w:tr>
      <w:tr w:rsidR="006C65B0" w14:paraId="237EF9FA" w14:textId="77777777">
        <w:tc>
          <w:tcPr>
            <w:tcW w:w="3118" w:type="dxa"/>
            <w:vAlign w:val="center"/>
          </w:tcPr>
          <w:p w14:paraId="2F9AAA28" w14:textId="77777777" w:rsidR="006C65B0" w:rsidRDefault="00000000">
            <w:r>
              <w:rPr>
                <w:b/>
                <w:sz w:val="18"/>
              </w:rPr>
              <w:t>FECHA DE TERMINACIÓN:</w:t>
            </w:r>
          </w:p>
        </w:tc>
        <w:tc>
          <w:tcPr>
            <w:tcW w:w="6520" w:type="dxa"/>
            <w:vAlign w:val="center"/>
          </w:tcPr>
          <w:p w14:paraId="5B7E9DF7" w14:textId="77777777" w:rsidR="006C65B0" w:rsidRDefault="00000000">
            <w:r>
              <w:rPr>
                <w:sz w:val="18"/>
              </w:rPr>
              <w:t>30 de ABRIL de 2026.</w:t>
            </w:r>
          </w:p>
        </w:tc>
      </w:tr>
      <w:tr w:rsidR="006C65B0" w14:paraId="6454F0F7" w14:textId="77777777">
        <w:tc>
          <w:tcPr>
            <w:tcW w:w="3118" w:type="dxa"/>
            <w:vAlign w:val="center"/>
          </w:tcPr>
          <w:p w14:paraId="5948BF37" w14:textId="77777777" w:rsidR="006C65B0" w:rsidRDefault="00000000">
            <w:r>
              <w:rPr>
                <w:b/>
                <w:sz w:val="18"/>
              </w:rPr>
              <w:t>PRORROGA:</w:t>
            </w:r>
          </w:p>
        </w:tc>
        <w:tc>
          <w:tcPr>
            <w:tcW w:w="6520" w:type="dxa"/>
            <w:vAlign w:val="center"/>
          </w:tcPr>
          <w:p w14:paraId="56DC8130" w14:textId="77777777" w:rsidR="006C65B0" w:rsidRDefault="00000000">
            <w:r>
              <w:rPr>
                <w:sz w:val="18"/>
              </w:rPr>
              <w:t>31 DE JULIO DE 2026.</w:t>
            </w:r>
          </w:p>
        </w:tc>
      </w:tr>
      <w:tr w:rsidR="006C65B0" w:rsidRPr="00810616" w14:paraId="66669481" w14:textId="77777777">
        <w:tc>
          <w:tcPr>
            <w:tcW w:w="3118" w:type="dxa"/>
            <w:vAlign w:val="center"/>
          </w:tcPr>
          <w:p w14:paraId="29AD2E77" w14:textId="77777777" w:rsidR="006C65B0" w:rsidRPr="006C537A" w:rsidRDefault="00000000">
            <w:pPr>
              <w:rPr>
                <w:lang w:val="es-CO"/>
              </w:rPr>
            </w:pPr>
            <w:r w:rsidRPr="006C537A">
              <w:rPr>
                <w:b/>
                <w:sz w:val="18"/>
                <w:lang w:val="es-CO"/>
              </w:rPr>
              <w:t>FECHA PERIODO DE ACTIVIDADES REPORTADAS:</w:t>
            </w:r>
          </w:p>
        </w:tc>
        <w:tc>
          <w:tcPr>
            <w:tcW w:w="6520" w:type="dxa"/>
            <w:vAlign w:val="center"/>
          </w:tcPr>
          <w:p w14:paraId="73DC52EF" w14:textId="77777777" w:rsidR="006C65B0" w:rsidRPr="006C537A" w:rsidRDefault="00000000">
            <w:pPr>
              <w:rPr>
                <w:lang w:val="es-CO"/>
              </w:rPr>
            </w:pPr>
            <w:r w:rsidRPr="006C537A">
              <w:rPr>
                <w:sz w:val="18"/>
                <w:lang w:val="es-CO"/>
              </w:rPr>
              <w:t>Del 01 de junio al 30 de junio de 2026.</w:t>
            </w:r>
          </w:p>
        </w:tc>
      </w:tr>
      <w:tr w:rsidR="006C65B0" w:rsidRPr="00810616" w14:paraId="7B217918" w14:textId="77777777">
        <w:tc>
          <w:tcPr>
            <w:tcW w:w="3118" w:type="dxa"/>
            <w:vAlign w:val="center"/>
          </w:tcPr>
          <w:p w14:paraId="085C1878" w14:textId="77777777" w:rsidR="006C65B0" w:rsidRDefault="00000000">
            <w:r>
              <w:rPr>
                <w:b/>
                <w:sz w:val="18"/>
              </w:rPr>
              <w:t>NOMBRE DEL SUPERVISOR:</w:t>
            </w:r>
          </w:p>
        </w:tc>
        <w:tc>
          <w:tcPr>
            <w:tcW w:w="6520" w:type="dxa"/>
            <w:vAlign w:val="center"/>
          </w:tcPr>
          <w:p w14:paraId="502373E2" w14:textId="77777777" w:rsidR="006C65B0" w:rsidRPr="006C537A" w:rsidRDefault="00000000">
            <w:pPr>
              <w:rPr>
                <w:lang w:val="es-CO"/>
              </w:rPr>
            </w:pPr>
            <w:r w:rsidRPr="006C537A">
              <w:rPr>
                <w:sz w:val="18"/>
                <w:lang w:val="es-CO"/>
              </w:rPr>
              <w:t>PAULA ANDREA ESCOBAR SOLARTE</w:t>
            </w:r>
            <w:r w:rsidRPr="006C537A">
              <w:rPr>
                <w:sz w:val="18"/>
                <w:lang w:val="es-CO"/>
              </w:rPr>
              <w:br/>
              <w:t>C.C. 1.088.323.579 de Pereira.</w:t>
            </w:r>
            <w:r w:rsidRPr="006C537A">
              <w:rPr>
                <w:sz w:val="18"/>
                <w:lang w:val="es-CO"/>
              </w:rPr>
              <w:br/>
              <w:t>CARGO: Secretaria de Desarrollo Económico y Agropecuario.</w:t>
            </w:r>
          </w:p>
        </w:tc>
      </w:tr>
    </w:tbl>
    <w:p w14:paraId="4E2F7F4F" w14:textId="77777777" w:rsidR="006C65B0" w:rsidRPr="006C537A" w:rsidRDefault="006C65B0">
      <w:pPr>
        <w:rPr>
          <w:lang w:val="es-CO"/>
        </w:rPr>
      </w:pPr>
    </w:p>
    <w:p w14:paraId="0F33E1A1" w14:textId="6E5E4F83" w:rsidR="006C65B0" w:rsidRPr="006C537A" w:rsidRDefault="00000000">
      <w:pPr>
        <w:spacing w:after="120"/>
        <w:rPr>
          <w:lang w:val="es-CO"/>
        </w:rPr>
      </w:pPr>
      <w:r w:rsidRPr="006C537A">
        <w:rPr>
          <w:lang w:val="es-CO"/>
        </w:rPr>
        <w:t>En el marco de la ejecución del Contrato Interadministrativo No. CONTI-019-2025, CORPOSANTANA presenta el Sexto Informe de Actividades correspondiente al periodo comprendido entre el 01 y el 30 de junio de 2026.</w:t>
      </w:r>
    </w:p>
    <w:tbl>
      <w:tblPr>
        <w:tblW w:w="0" w:type="auto"/>
        <w:jc w:val="center"/>
        <w:tblLook w:val="04A0" w:firstRow="1" w:lastRow="0" w:firstColumn="1" w:lastColumn="0" w:noHBand="0" w:noVBand="1"/>
      </w:tblPr>
      <w:tblGrid>
        <w:gridCol w:w="9866"/>
      </w:tblGrid>
      <w:tr w:rsidR="006C65B0" w14:paraId="0A5E49AC" w14:textId="77777777">
        <w:trPr>
          <w:jc w:val="center"/>
        </w:trPr>
        <w:tc>
          <w:tcPr>
            <w:tcW w:w="9866" w:type="dxa"/>
            <w:shd w:val="clear" w:color="auto" w:fill="F5A623"/>
            <w:vAlign w:val="center"/>
          </w:tcPr>
          <w:p w14:paraId="54638E7E" w14:textId="77777777" w:rsidR="006C65B0" w:rsidRDefault="00000000">
            <w:r>
              <w:rPr>
                <w:b/>
                <w:color w:val="FFFFFF"/>
                <w:sz w:val="22"/>
              </w:rPr>
              <w:t>1.  ACTIVIDADES DESARROLLADAS</w:t>
            </w:r>
          </w:p>
        </w:tc>
      </w:tr>
    </w:tbl>
    <w:p w14:paraId="5E3D136A" w14:textId="77777777" w:rsidR="006C65B0" w:rsidRPr="006C537A" w:rsidRDefault="00000000">
      <w:pPr>
        <w:rPr>
          <w:lang w:val="es-CO"/>
        </w:rPr>
      </w:pPr>
      <w:r w:rsidRPr="006C537A">
        <w:rPr>
          <w:b/>
          <w:u w:val="single"/>
          <w:lang w:val="es-CO"/>
        </w:rPr>
        <w:t xml:space="preserve">Ítem: </w:t>
      </w:r>
      <w:r w:rsidRPr="006C537A">
        <w:rPr>
          <w:b/>
          <w:lang w:val="es-CO"/>
        </w:rPr>
        <w:t>Realizar las podas de las zonas verdes del municipio.</w:t>
      </w:r>
    </w:p>
    <w:p w14:paraId="681EB1BB" w14:textId="77777777" w:rsidR="006C65B0" w:rsidRPr="006C537A" w:rsidRDefault="00000000">
      <w:pPr>
        <w:spacing w:after="120"/>
        <w:rPr>
          <w:lang w:val="es-CO"/>
        </w:rPr>
      </w:pPr>
      <w:r w:rsidRPr="006C537A">
        <w:rPr>
          <w:lang w:val="es-CO"/>
        </w:rPr>
        <w:t>Durante el periodo comprendido entre el 01 y el 30 de junio de 2026, se realizaron actividades de poda de césped, guadañado, limpieza general, recolección de residuos sólidos y recuperación de espacios públicos en distintos sectores del municipio, entre ellos la zona deportiva municipal, el barrio Galicia, el separador del parador Santana, el sector del hospital, el Parque Simón Bolívar, Cristo Rey y el sector de Las Playas, entre otros.</w:t>
      </w:r>
    </w:p>
    <w:p w14:paraId="7C95462C" w14:textId="77777777" w:rsidR="006C65B0" w:rsidRDefault="00000000">
      <w:pPr>
        <w:spacing w:after="120"/>
      </w:pPr>
      <w:proofErr w:type="spellStart"/>
      <w:r>
        <w:t>Estas</w:t>
      </w:r>
      <w:proofErr w:type="spellEnd"/>
      <w:r>
        <w:t xml:space="preserve"> </w:t>
      </w:r>
      <w:proofErr w:type="spellStart"/>
      <w:r>
        <w:t>labores</w:t>
      </w:r>
      <w:proofErr w:type="spellEnd"/>
      <w:r>
        <w:t xml:space="preserve"> </w:t>
      </w:r>
      <w:proofErr w:type="spellStart"/>
      <w:r>
        <w:t>incluyeron</w:t>
      </w:r>
      <w:proofErr w:type="spellEnd"/>
      <w:r>
        <w:t>:</w:t>
      </w:r>
    </w:p>
    <w:p w14:paraId="05B1EDC4" w14:textId="77777777" w:rsidR="006C65B0" w:rsidRPr="006C537A" w:rsidRDefault="00000000">
      <w:pPr>
        <w:pStyle w:val="Listaconvietas"/>
        <w:rPr>
          <w:lang w:val="es-CO"/>
        </w:rPr>
      </w:pPr>
      <w:r w:rsidRPr="006C537A">
        <w:rPr>
          <w:lang w:val="es-CO"/>
        </w:rPr>
        <w:t>Guadañado en diferentes sectores (barrancos, parques, canchas y separadores).</w:t>
      </w:r>
    </w:p>
    <w:p w14:paraId="15FB1B59" w14:textId="77777777" w:rsidR="006C65B0" w:rsidRPr="006C537A" w:rsidRDefault="00000000">
      <w:pPr>
        <w:pStyle w:val="Listaconvietas"/>
        <w:rPr>
          <w:lang w:val="es-CO"/>
        </w:rPr>
      </w:pPr>
      <w:r w:rsidRPr="006C537A">
        <w:rPr>
          <w:lang w:val="es-CO"/>
        </w:rPr>
        <w:t>Recolección de maleza y residuos.</w:t>
      </w:r>
    </w:p>
    <w:p w14:paraId="5D54E013" w14:textId="77777777" w:rsidR="006C65B0" w:rsidRPr="006C537A" w:rsidRDefault="00000000">
      <w:pPr>
        <w:pStyle w:val="Listaconvietas"/>
        <w:rPr>
          <w:lang w:val="es-CO"/>
        </w:rPr>
      </w:pPr>
      <w:r w:rsidRPr="006C537A">
        <w:rPr>
          <w:lang w:val="es-CO"/>
        </w:rPr>
        <w:t>Limpieza de andenes, escaleras y zonas peatonales.</w:t>
      </w:r>
    </w:p>
    <w:p w14:paraId="1C252254" w14:textId="77777777" w:rsidR="006C65B0" w:rsidRPr="006C537A" w:rsidRDefault="00000000">
      <w:pPr>
        <w:pStyle w:val="Listaconvietas"/>
        <w:rPr>
          <w:lang w:val="es-CO"/>
        </w:rPr>
      </w:pPr>
      <w:r w:rsidRPr="006C537A">
        <w:rPr>
          <w:lang w:val="es-CO"/>
        </w:rPr>
        <w:t>Recuperación de espacios cubiertos por tierra.</w:t>
      </w:r>
    </w:p>
    <w:p w14:paraId="57A2B9CB" w14:textId="77777777" w:rsidR="006C65B0" w:rsidRPr="006C537A" w:rsidRDefault="00000000">
      <w:pPr>
        <w:pStyle w:val="Listaconvietas"/>
        <w:rPr>
          <w:lang w:val="es-CO"/>
        </w:rPr>
      </w:pPr>
      <w:r w:rsidRPr="006C537A">
        <w:rPr>
          <w:lang w:val="es-CO"/>
        </w:rPr>
        <w:t>Apoyo con herramientas manuales como machete y rastrillo.</w:t>
      </w:r>
    </w:p>
    <w:p w14:paraId="18BE9350" w14:textId="608803CD" w:rsidR="006C65B0" w:rsidRPr="006C537A" w:rsidRDefault="00000000">
      <w:pPr>
        <w:spacing w:after="120"/>
        <w:rPr>
          <w:lang w:val="es-CO"/>
        </w:rPr>
      </w:pPr>
      <w:r w:rsidRPr="006C537A">
        <w:rPr>
          <w:lang w:val="es-CO"/>
        </w:rPr>
        <w:t xml:space="preserve">Las actividades se ejecutaron con personal operativo capacitado, cumpliendo con protocolos de seguridad y utilizando equipos adecuados. A </w:t>
      </w:r>
      <w:r w:rsidR="006C537A" w:rsidRPr="006C537A">
        <w:rPr>
          <w:lang w:val="es-CO"/>
        </w:rPr>
        <w:t>continuación,</w:t>
      </w:r>
      <w:r w:rsidRPr="006C537A">
        <w:rPr>
          <w:lang w:val="es-CO"/>
        </w:rPr>
        <w:t xml:space="preserve"> se detallan las fechas, lugares intervenidos, áreas podadas, valores ejecutados (a razón de $417 por m²) y las evidencias fotográficas correspondientes.</w:t>
      </w:r>
    </w:p>
    <w:tbl>
      <w:tblPr>
        <w:tblStyle w:val="Tablaconcuadrcula"/>
        <w:tblW w:w="10130" w:type="dxa"/>
        <w:tblLayout w:type="fixed"/>
        <w:tblLook w:val="04A0" w:firstRow="1" w:lastRow="0" w:firstColumn="1" w:lastColumn="0" w:noHBand="0" w:noVBand="1"/>
      </w:tblPr>
      <w:tblGrid>
        <w:gridCol w:w="1476"/>
        <w:gridCol w:w="4226"/>
        <w:gridCol w:w="2214"/>
        <w:gridCol w:w="2214"/>
      </w:tblGrid>
      <w:tr w:rsidR="006C65B0" w14:paraId="638598D0" w14:textId="77777777" w:rsidTr="006C537A">
        <w:trPr>
          <w:trHeight w:val="212"/>
        </w:trPr>
        <w:tc>
          <w:tcPr>
            <w:tcW w:w="1476" w:type="dxa"/>
            <w:shd w:val="clear" w:color="auto" w:fill="8A6D1A"/>
            <w:vAlign w:val="center"/>
          </w:tcPr>
          <w:p w14:paraId="6226337C" w14:textId="77777777" w:rsidR="006C65B0" w:rsidRDefault="00000000">
            <w:pPr>
              <w:jc w:val="center"/>
            </w:pPr>
            <w:proofErr w:type="spellStart"/>
            <w:r>
              <w:rPr>
                <w:b/>
                <w:color w:val="FFFFFF"/>
                <w:sz w:val="18"/>
              </w:rPr>
              <w:t>Fecha</w:t>
            </w:r>
            <w:proofErr w:type="spellEnd"/>
          </w:p>
        </w:tc>
        <w:tc>
          <w:tcPr>
            <w:tcW w:w="4226" w:type="dxa"/>
            <w:shd w:val="clear" w:color="auto" w:fill="8A6D1A"/>
            <w:vAlign w:val="center"/>
          </w:tcPr>
          <w:p w14:paraId="6E920A90" w14:textId="77777777" w:rsidR="006C65B0" w:rsidRDefault="00000000">
            <w:pPr>
              <w:jc w:val="center"/>
            </w:pPr>
            <w:r>
              <w:rPr>
                <w:b/>
                <w:color w:val="FFFFFF"/>
                <w:sz w:val="18"/>
              </w:rPr>
              <w:t xml:space="preserve">Lugar </w:t>
            </w:r>
            <w:proofErr w:type="spellStart"/>
            <w:r>
              <w:rPr>
                <w:b/>
                <w:color w:val="FFFFFF"/>
                <w:sz w:val="18"/>
              </w:rPr>
              <w:t>intervenido</w:t>
            </w:r>
            <w:proofErr w:type="spellEnd"/>
          </w:p>
        </w:tc>
        <w:tc>
          <w:tcPr>
            <w:tcW w:w="2214" w:type="dxa"/>
            <w:shd w:val="clear" w:color="auto" w:fill="8A6D1A"/>
            <w:vAlign w:val="center"/>
          </w:tcPr>
          <w:p w14:paraId="73AC3371" w14:textId="77777777" w:rsidR="006C65B0" w:rsidRDefault="00000000">
            <w:pPr>
              <w:jc w:val="center"/>
            </w:pPr>
            <w:proofErr w:type="spellStart"/>
            <w:r>
              <w:rPr>
                <w:b/>
                <w:color w:val="FFFFFF"/>
                <w:sz w:val="18"/>
              </w:rPr>
              <w:t>Área</w:t>
            </w:r>
            <w:proofErr w:type="spellEnd"/>
            <w:r>
              <w:rPr>
                <w:b/>
                <w:color w:val="FFFFFF"/>
                <w:sz w:val="18"/>
              </w:rPr>
              <w:t xml:space="preserve"> </w:t>
            </w:r>
            <w:proofErr w:type="spellStart"/>
            <w:r>
              <w:rPr>
                <w:b/>
                <w:color w:val="FFFFFF"/>
                <w:sz w:val="18"/>
              </w:rPr>
              <w:t>podada</w:t>
            </w:r>
            <w:proofErr w:type="spellEnd"/>
            <w:r>
              <w:rPr>
                <w:b/>
                <w:color w:val="FFFFFF"/>
                <w:sz w:val="18"/>
              </w:rPr>
              <w:t xml:space="preserve"> (m²)</w:t>
            </w:r>
          </w:p>
        </w:tc>
        <w:tc>
          <w:tcPr>
            <w:tcW w:w="2214" w:type="dxa"/>
            <w:shd w:val="clear" w:color="auto" w:fill="8A6D1A"/>
            <w:vAlign w:val="center"/>
          </w:tcPr>
          <w:p w14:paraId="303E5D14" w14:textId="77777777" w:rsidR="006C65B0" w:rsidRDefault="00000000">
            <w:pPr>
              <w:jc w:val="center"/>
            </w:pPr>
            <w:r>
              <w:rPr>
                <w:b/>
                <w:color w:val="FFFFFF"/>
                <w:sz w:val="18"/>
              </w:rPr>
              <w:t xml:space="preserve">Valor </w:t>
            </w:r>
            <w:proofErr w:type="spellStart"/>
            <w:r>
              <w:rPr>
                <w:b/>
                <w:color w:val="FFFFFF"/>
                <w:sz w:val="18"/>
              </w:rPr>
              <w:t>ejecutado</w:t>
            </w:r>
            <w:proofErr w:type="spellEnd"/>
          </w:p>
        </w:tc>
      </w:tr>
      <w:tr w:rsidR="006C65B0" w14:paraId="1AF073AE" w14:textId="77777777" w:rsidTr="006C537A">
        <w:trPr>
          <w:trHeight w:val="212"/>
        </w:trPr>
        <w:tc>
          <w:tcPr>
            <w:tcW w:w="1476" w:type="dxa"/>
            <w:vAlign w:val="center"/>
          </w:tcPr>
          <w:p w14:paraId="17444785" w14:textId="77777777" w:rsidR="006C65B0" w:rsidRDefault="00000000">
            <w:pPr>
              <w:jc w:val="center"/>
            </w:pPr>
            <w:r>
              <w:rPr>
                <w:sz w:val="18"/>
              </w:rPr>
              <w:t>04/06/2026</w:t>
            </w:r>
          </w:p>
        </w:tc>
        <w:tc>
          <w:tcPr>
            <w:tcW w:w="4226" w:type="dxa"/>
            <w:vAlign w:val="center"/>
          </w:tcPr>
          <w:p w14:paraId="317878A2" w14:textId="77777777" w:rsidR="006C65B0" w:rsidRDefault="00000000">
            <w:r>
              <w:rPr>
                <w:sz w:val="18"/>
              </w:rPr>
              <w:t xml:space="preserve">Zona </w:t>
            </w:r>
            <w:proofErr w:type="spellStart"/>
            <w:r>
              <w:rPr>
                <w:sz w:val="18"/>
              </w:rPr>
              <w:t>deportiva</w:t>
            </w:r>
            <w:proofErr w:type="spellEnd"/>
          </w:p>
        </w:tc>
        <w:tc>
          <w:tcPr>
            <w:tcW w:w="2214" w:type="dxa"/>
            <w:vAlign w:val="center"/>
          </w:tcPr>
          <w:p w14:paraId="75B8A4FB" w14:textId="77777777" w:rsidR="006C65B0" w:rsidRDefault="00000000">
            <w:pPr>
              <w:jc w:val="right"/>
            </w:pPr>
            <w:r>
              <w:rPr>
                <w:sz w:val="18"/>
              </w:rPr>
              <w:t>12.759,48</w:t>
            </w:r>
          </w:p>
        </w:tc>
        <w:tc>
          <w:tcPr>
            <w:tcW w:w="2214" w:type="dxa"/>
            <w:vAlign w:val="center"/>
          </w:tcPr>
          <w:p w14:paraId="479E31FC" w14:textId="77777777" w:rsidR="006C65B0" w:rsidRDefault="00000000">
            <w:pPr>
              <w:jc w:val="right"/>
            </w:pPr>
            <w:r>
              <w:rPr>
                <w:sz w:val="18"/>
              </w:rPr>
              <w:t>$ 5.320.703,16</w:t>
            </w:r>
          </w:p>
        </w:tc>
      </w:tr>
      <w:tr w:rsidR="006C65B0" w14:paraId="5FE18F0E" w14:textId="77777777" w:rsidTr="006C537A">
        <w:trPr>
          <w:trHeight w:val="212"/>
        </w:trPr>
        <w:tc>
          <w:tcPr>
            <w:tcW w:w="1476" w:type="dxa"/>
            <w:vAlign w:val="center"/>
          </w:tcPr>
          <w:p w14:paraId="1592999A" w14:textId="77777777" w:rsidR="006C65B0" w:rsidRDefault="00000000">
            <w:pPr>
              <w:jc w:val="center"/>
            </w:pPr>
            <w:r>
              <w:rPr>
                <w:sz w:val="18"/>
              </w:rPr>
              <w:t>04/06/2026</w:t>
            </w:r>
          </w:p>
        </w:tc>
        <w:tc>
          <w:tcPr>
            <w:tcW w:w="4226" w:type="dxa"/>
            <w:vAlign w:val="center"/>
          </w:tcPr>
          <w:p w14:paraId="341B760C" w14:textId="77777777" w:rsidR="006C65B0" w:rsidRDefault="00000000">
            <w:r>
              <w:rPr>
                <w:sz w:val="18"/>
              </w:rPr>
              <w:t xml:space="preserve">Parque </w:t>
            </w:r>
            <w:proofErr w:type="spellStart"/>
            <w:r>
              <w:rPr>
                <w:sz w:val="18"/>
              </w:rPr>
              <w:t>iglesia</w:t>
            </w:r>
            <w:proofErr w:type="spellEnd"/>
            <w:r>
              <w:rPr>
                <w:sz w:val="18"/>
              </w:rPr>
              <w:t xml:space="preserve"> Galicia</w:t>
            </w:r>
          </w:p>
        </w:tc>
        <w:tc>
          <w:tcPr>
            <w:tcW w:w="2214" w:type="dxa"/>
            <w:vAlign w:val="center"/>
          </w:tcPr>
          <w:p w14:paraId="1C8C80AE" w14:textId="77777777" w:rsidR="006C65B0" w:rsidRDefault="00000000">
            <w:pPr>
              <w:jc w:val="right"/>
            </w:pPr>
            <w:r>
              <w:rPr>
                <w:sz w:val="18"/>
              </w:rPr>
              <w:t>91,52</w:t>
            </w:r>
          </w:p>
        </w:tc>
        <w:tc>
          <w:tcPr>
            <w:tcW w:w="2214" w:type="dxa"/>
            <w:vAlign w:val="center"/>
          </w:tcPr>
          <w:p w14:paraId="55315047" w14:textId="77777777" w:rsidR="006C65B0" w:rsidRDefault="00000000">
            <w:pPr>
              <w:jc w:val="right"/>
            </w:pPr>
            <w:r>
              <w:rPr>
                <w:sz w:val="18"/>
              </w:rPr>
              <w:t>$ 38.163,84</w:t>
            </w:r>
          </w:p>
        </w:tc>
      </w:tr>
      <w:tr w:rsidR="006C65B0" w14:paraId="0AE2035B" w14:textId="77777777" w:rsidTr="006C537A">
        <w:trPr>
          <w:trHeight w:val="212"/>
        </w:trPr>
        <w:tc>
          <w:tcPr>
            <w:tcW w:w="1476" w:type="dxa"/>
            <w:vAlign w:val="center"/>
          </w:tcPr>
          <w:p w14:paraId="6B39EF10" w14:textId="77777777" w:rsidR="006C65B0" w:rsidRDefault="00000000">
            <w:pPr>
              <w:jc w:val="center"/>
            </w:pPr>
            <w:r>
              <w:rPr>
                <w:sz w:val="18"/>
              </w:rPr>
              <w:t>04/06/2026</w:t>
            </w:r>
          </w:p>
        </w:tc>
        <w:tc>
          <w:tcPr>
            <w:tcW w:w="4226" w:type="dxa"/>
            <w:vAlign w:val="center"/>
          </w:tcPr>
          <w:p w14:paraId="289536FE" w14:textId="77777777" w:rsidR="006C65B0" w:rsidRDefault="00000000">
            <w:r>
              <w:rPr>
                <w:sz w:val="18"/>
              </w:rPr>
              <w:t>Cancha de Galicia</w:t>
            </w:r>
          </w:p>
        </w:tc>
        <w:tc>
          <w:tcPr>
            <w:tcW w:w="2214" w:type="dxa"/>
            <w:vAlign w:val="center"/>
          </w:tcPr>
          <w:p w14:paraId="7F6B839D" w14:textId="77777777" w:rsidR="006C65B0" w:rsidRDefault="00000000">
            <w:pPr>
              <w:jc w:val="right"/>
            </w:pPr>
            <w:r>
              <w:rPr>
                <w:sz w:val="18"/>
              </w:rPr>
              <w:t>895,62</w:t>
            </w:r>
          </w:p>
        </w:tc>
        <w:tc>
          <w:tcPr>
            <w:tcW w:w="2214" w:type="dxa"/>
            <w:vAlign w:val="center"/>
          </w:tcPr>
          <w:p w14:paraId="5AA519F7" w14:textId="77777777" w:rsidR="006C65B0" w:rsidRDefault="00000000">
            <w:pPr>
              <w:jc w:val="right"/>
            </w:pPr>
            <w:r>
              <w:rPr>
                <w:sz w:val="18"/>
              </w:rPr>
              <w:t>$ 373.473,54</w:t>
            </w:r>
          </w:p>
        </w:tc>
      </w:tr>
      <w:tr w:rsidR="006C65B0" w14:paraId="29634937" w14:textId="77777777" w:rsidTr="006C537A">
        <w:trPr>
          <w:trHeight w:val="212"/>
        </w:trPr>
        <w:tc>
          <w:tcPr>
            <w:tcW w:w="1476" w:type="dxa"/>
            <w:vAlign w:val="center"/>
          </w:tcPr>
          <w:p w14:paraId="1BA77FBF" w14:textId="77777777" w:rsidR="006C65B0" w:rsidRDefault="00000000">
            <w:pPr>
              <w:jc w:val="center"/>
            </w:pPr>
            <w:r>
              <w:rPr>
                <w:sz w:val="18"/>
              </w:rPr>
              <w:lastRenderedPageBreak/>
              <w:t>05/06/2026 - 08/06/2026</w:t>
            </w:r>
          </w:p>
        </w:tc>
        <w:tc>
          <w:tcPr>
            <w:tcW w:w="4226" w:type="dxa"/>
            <w:vAlign w:val="center"/>
          </w:tcPr>
          <w:p w14:paraId="03DC7305" w14:textId="77777777" w:rsidR="006C65B0" w:rsidRDefault="00000000">
            <w:proofErr w:type="spellStart"/>
            <w:r>
              <w:rPr>
                <w:sz w:val="18"/>
              </w:rPr>
              <w:t>Separador</w:t>
            </w:r>
            <w:proofErr w:type="spellEnd"/>
            <w:r>
              <w:rPr>
                <w:sz w:val="18"/>
              </w:rPr>
              <w:t xml:space="preserve"> del parador Santana</w:t>
            </w:r>
          </w:p>
        </w:tc>
        <w:tc>
          <w:tcPr>
            <w:tcW w:w="2214" w:type="dxa"/>
            <w:vAlign w:val="center"/>
          </w:tcPr>
          <w:p w14:paraId="3B3535DF" w14:textId="77777777" w:rsidR="006C65B0" w:rsidRDefault="00000000">
            <w:pPr>
              <w:jc w:val="right"/>
            </w:pPr>
            <w:r>
              <w:rPr>
                <w:sz w:val="18"/>
              </w:rPr>
              <w:t>1.173,75</w:t>
            </w:r>
          </w:p>
        </w:tc>
        <w:tc>
          <w:tcPr>
            <w:tcW w:w="2214" w:type="dxa"/>
            <w:vAlign w:val="center"/>
          </w:tcPr>
          <w:p w14:paraId="0360888D" w14:textId="77777777" w:rsidR="006C65B0" w:rsidRDefault="00000000">
            <w:pPr>
              <w:jc w:val="right"/>
            </w:pPr>
            <w:r>
              <w:rPr>
                <w:sz w:val="18"/>
              </w:rPr>
              <w:t>$ 489.453,75</w:t>
            </w:r>
          </w:p>
        </w:tc>
      </w:tr>
      <w:tr w:rsidR="006C65B0" w14:paraId="7E2E4017" w14:textId="77777777" w:rsidTr="006C537A">
        <w:trPr>
          <w:trHeight w:val="139"/>
        </w:trPr>
        <w:tc>
          <w:tcPr>
            <w:tcW w:w="1476" w:type="dxa"/>
            <w:vAlign w:val="center"/>
          </w:tcPr>
          <w:p w14:paraId="60FC7B1A" w14:textId="77777777" w:rsidR="006C65B0" w:rsidRDefault="00000000">
            <w:pPr>
              <w:jc w:val="center"/>
            </w:pPr>
            <w:r>
              <w:rPr>
                <w:sz w:val="18"/>
              </w:rPr>
              <w:t>09/06/2026</w:t>
            </w:r>
          </w:p>
        </w:tc>
        <w:tc>
          <w:tcPr>
            <w:tcW w:w="4226" w:type="dxa"/>
            <w:vAlign w:val="center"/>
          </w:tcPr>
          <w:p w14:paraId="510B7028" w14:textId="77777777" w:rsidR="006C65B0" w:rsidRDefault="00000000">
            <w:r>
              <w:rPr>
                <w:sz w:val="18"/>
              </w:rPr>
              <w:t xml:space="preserve">Calle 9, </w:t>
            </w:r>
            <w:proofErr w:type="spellStart"/>
            <w:r>
              <w:rPr>
                <w:sz w:val="18"/>
              </w:rPr>
              <w:t>parque</w:t>
            </w:r>
            <w:proofErr w:type="spellEnd"/>
            <w:r>
              <w:rPr>
                <w:sz w:val="18"/>
              </w:rPr>
              <w:t xml:space="preserve"> Los </w:t>
            </w:r>
            <w:proofErr w:type="spellStart"/>
            <w:r>
              <w:rPr>
                <w:sz w:val="18"/>
              </w:rPr>
              <w:t>Naranjos</w:t>
            </w:r>
            <w:proofErr w:type="spellEnd"/>
          </w:p>
        </w:tc>
        <w:tc>
          <w:tcPr>
            <w:tcW w:w="2214" w:type="dxa"/>
            <w:vAlign w:val="center"/>
          </w:tcPr>
          <w:p w14:paraId="3EDA94F5" w14:textId="77777777" w:rsidR="006C65B0" w:rsidRDefault="00000000">
            <w:pPr>
              <w:jc w:val="right"/>
            </w:pPr>
            <w:r>
              <w:rPr>
                <w:sz w:val="18"/>
              </w:rPr>
              <w:t>80,88</w:t>
            </w:r>
          </w:p>
        </w:tc>
        <w:tc>
          <w:tcPr>
            <w:tcW w:w="2214" w:type="dxa"/>
            <w:vAlign w:val="center"/>
          </w:tcPr>
          <w:p w14:paraId="62916074" w14:textId="77777777" w:rsidR="006C65B0" w:rsidRDefault="00000000">
            <w:pPr>
              <w:jc w:val="right"/>
            </w:pPr>
            <w:r>
              <w:rPr>
                <w:sz w:val="18"/>
              </w:rPr>
              <w:t>$ 33.726,96</w:t>
            </w:r>
          </w:p>
        </w:tc>
      </w:tr>
      <w:tr w:rsidR="006C65B0" w14:paraId="1ABC2948" w14:textId="77777777" w:rsidTr="006C537A">
        <w:trPr>
          <w:trHeight w:val="139"/>
        </w:trPr>
        <w:tc>
          <w:tcPr>
            <w:tcW w:w="1476" w:type="dxa"/>
            <w:vAlign w:val="center"/>
          </w:tcPr>
          <w:p w14:paraId="4F5DBF85" w14:textId="77777777" w:rsidR="006C65B0" w:rsidRDefault="00000000">
            <w:pPr>
              <w:jc w:val="center"/>
            </w:pPr>
            <w:r>
              <w:rPr>
                <w:sz w:val="18"/>
              </w:rPr>
              <w:t>09/06/2026</w:t>
            </w:r>
          </w:p>
        </w:tc>
        <w:tc>
          <w:tcPr>
            <w:tcW w:w="4226" w:type="dxa"/>
            <w:vAlign w:val="center"/>
          </w:tcPr>
          <w:p w14:paraId="5A89333F" w14:textId="77777777" w:rsidR="006C65B0" w:rsidRDefault="00000000">
            <w:r>
              <w:rPr>
                <w:sz w:val="18"/>
              </w:rPr>
              <w:t xml:space="preserve">Calle 12, </w:t>
            </w:r>
            <w:proofErr w:type="spellStart"/>
            <w:r>
              <w:rPr>
                <w:sz w:val="18"/>
              </w:rPr>
              <w:t>escuela</w:t>
            </w:r>
            <w:proofErr w:type="spellEnd"/>
            <w:r>
              <w:rPr>
                <w:sz w:val="18"/>
              </w:rPr>
              <w:t xml:space="preserve"> César Agudelo</w:t>
            </w:r>
          </w:p>
        </w:tc>
        <w:tc>
          <w:tcPr>
            <w:tcW w:w="2214" w:type="dxa"/>
            <w:vAlign w:val="center"/>
          </w:tcPr>
          <w:p w14:paraId="5C7FE13C" w14:textId="77777777" w:rsidR="006C65B0" w:rsidRDefault="00000000">
            <w:pPr>
              <w:jc w:val="right"/>
            </w:pPr>
            <w:r>
              <w:rPr>
                <w:sz w:val="18"/>
              </w:rPr>
              <w:t>241,17</w:t>
            </w:r>
          </w:p>
        </w:tc>
        <w:tc>
          <w:tcPr>
            <w:tcW w:w="2214" w:type="dxa"/>
            <w:vAlign w:val="center"/>
          </w:tcPr>
          <w:p w14:paraId="30F0A379" w14:textId="77777777" w:rsidR="006C65B0" w:rsidRDefault="00000000">
            <w:pPr>
              <w:jc w:val="right"/>
            </w:pPr>
            <w:r>
              <w:rPr>
                <w:sz w:val="18"/>
              </w:rPr>
              <w:t>$ 100.567,89</w:t>
            </w:r>
          </w:p>
        </w:tc>
      </w:tr>
      <w:tr w:rsidR="006C65B0" w14:paraId="3AD47A9E" w14:textId="77777777" w:rsidTr="006C537A">
        <w:trPr>
          <w:trHeight w:val="139"/>
        </w:trPr>
        <w:tc>
          <w:tcPr>
            <w:tcW w:w="1476" w:type="dxa"/>
            <w:vAlign w:val="center"/>
          </w:tcPr>
          <w:p w14:paraId="3F887E35" w14:textId="77777777" w:rsidR="006C65B0" w:rsidRDefault="00000000">
            <w:pPr>
              <w:jc w:val="center"/>
            </w:pPr>
            <w:r>
              <w:rPr>
                <w:sz w:val="18"/>
              </w:rPr>
              <w:t>09/06/2026</w:t>
            </w:r>
          </w:p>
        </w:tc>
        <w:tc>
          <w:tcPr>
            <w:tcW w:w="4226" w:type="dxa"/>
            <w:vAlign w:val="center"/>
          </w:tcPr>
          <w:p w14:paraId="725E82EE" w14:textId="77777777" w:rsidR="006C65B0" w:rsidRPr="006C537A" w:rsidRDefault="00000000">
            <w:pPr>
              <w:rPr>
                <w:lang w:val="es-CO"/>
              </w:rPr>
            </w:pPr>
            <w:r w:rsidRPr="006C537A">
              <w:rPr>
                <w:sz w:val="18"/>
                <w:lang w:val="es-CO"/>
              </w:rPr>
              <w:t>Curva Arepa de Chócolo (continuación parador Santana, sector La Cadena)</w:t>
            </w:r>
          </w:p>
        </w:tc>
        <w:tc>
          <w:tcPr>
            <w:tcW w:w="2214" w:type="dxa"/>
            <w:vAlign w:val="center"/>
          </w:tcPr>
          <w:p w14:paraId="2ED1CFD6" w14:textId="77777777" w:rsidR="006C65B0" w:rsidRDefault="00000000">
            <w:pPr>
              <w:jc w:val="right"/>
            </w:pPr>
            <w:r>
              <w:rPr>
                <w:sz w:val="18"/>
              </w:rPr>
              <w:t>175,16</w:t>
            </w:r>
          </w:p>
        </w:tc>
        <w:tc>
          <w:tcPr>
            <w:tcW w:w="2214" w:type="dxa"/>
            <w:vAlign w:val="center"/>
          </w:tcPr>
          <w:p w14:paraId="421F0375" w14:textId="77777777" w:rsidR="006C65B0" w:rsidRDefault="00000000">
            <w:pPr>
              <w:jc w:val="right"/>
            </w:pPr>
            <w:r>
              <w:rPr>
                <w:sz w:val="18"/>
              </w:rPr>
              <w:t>$ 73.041,72</w:t>
            </w:r>
          </w:p>
        </w:tc>
      </w:tr>
      <w:tr w:rsidR="006C65B0" w14:paraId="7DCA3CC0" w14:textId="77777777" w:rsidTr="006C537A">
        <w:trPr>
          <w:trHeight w:val="139"/>
        </w:trPr>
        <w:tc>
          <w:tcPr>
            <w:tcW w:w="1476" w:type="dxa"/>
            <w:vAlign w:val="center"/>
          </w:tcPr>
          <w:p w14:paraId="0470D472" w14:textId="77777777" w:rsidR="006C65B0" w:rsidRDefault="00000000">
            <w:pPr>
              <w:jc w:val="center"/>
            </w:pPr>
            <w:r>
              <w:rPr>
                <w:sz w:val="18"/>
              </w:rPr>
              <w:t>10/06/2026</w:t>
            </w:r>
          </w:p>
        </w:tc>
        <w:tc>
          <w:tcPr>
            <w:tcW w:w="4226" w:type="dxa"/>
            <w:vAlign w:val="center"/>
          </w:tcPr>
          <w:p w14:paraId="7792D31B" w14:textId="77777777" w:rsidR="006C65B0" w:rsidRDefault="00000000">
            <w:r>
              <w:rPr>
                <w:sz w:val="18"/>
              </w:rPr>
              <w:t>Barranco Parque Arango Zea</w:t>
            </w:r>
          </w:p>
        </w:tc>
        <w:tc>
          <w:tcPr>
            <w:tcW w:w="2214" w:type="dxa"/>
            <w:vAlign w:val="center"/>
          </w:tcPr>
          <w:p w14:paraId="56B9ADC4" w14:textId="77777777" w:rsidR="006C65B0" w:rsidRDefault="00000000">
            <w:pPr>
              <w:jc w:val="right"/>
            </w:pPr>
            <w:r>
              <w:rPr>
                <w:sz w:val="18"/>
              </w:rPr>
              <w:t>1.455,21</w:t>
            </w:r>
          </w:p>
        </w:tc>
        <w:tc>
          <w:tcPr>
            <w:tcW w:w="2214" w:type="dxa"/>
            <w:vAlign w:val="center"/>
          </w:tcPr>
          <w:p w14:paraId="2C4C14E4" w14:textId="77777777" w:rsidR="006C65B0" w:rsidRDefault="00000000">
            <w:pPr>
              <w:jc w:val="right"/>
            </w:pPr>
            <w:r>
              <w:rPr>
                <w:sz w:val="18"/>
              </w:rPr>
              <w:t>$ 606.822,57</w:t>
            </w:r>
          </w:p>
        </w:tc>
      </w:tr>
      <w:tr w:rsidR="006C65B0" w14:paraId="3A01A865" w14:textId="77777777" w:rsidTr="006C537A">
        <w:trPr>
          <w:trHeight w:val="139"/>
        </w:trPr>
        <w:tc>
          <w:tcPr>
            <w:tcW w:w="1476" w:type="dxa"/>
            <w:vAlign w:val="center"/>
          </w:tcPr>
          <w:p w14:paraId="52898E5B" w14:textId="77777777" w:rsidR="006C65B0" w:rsidRDefault="00000000">
            <w:pPr>
              <w:jc w:val="center"/>
            </w:pPr>
            <w:r>
              <w:rPr>
                <w:sz w:val="18"/>
              </w:rPr>
              <w:t>10/06/2026</w:t>
            </w:r>
          </w:p>
        </w:tc>
        <w:tc>
          <w:tcPr>
            <w:tcW w:w="4226" w:type="dxa"/>
            <w:vAlign w:val="center"/>
          </w:tcPr>
          <w:p w14:paraId="02271599" w14:textId="77777777" w:rsidR="006C65B0" w:rsidRDefault="00000000">
            <w:r>
              <w:rPr>
                <w:sz w:val="18"/>
              </w:rPr>
              <w:t>Zona Parque Simón Bolívar</w:t>
            </w:r>
          </w:p>
        </w:tc>
        <w:tc>
          <w:tcPr>
            <w:tcW w:w="2214" w:type="dxa"/>
            <w:vAlign w:val="center"/>
          </w:tcPr>
          <w:p w14:paraId="30744E92" w14:textId="77777777" w:rsidR="006C65B0" w:rsidRDefault="00000000">
            <w:pPr>
              <w:jc w:val="right"/>
            </w:pPr>
            <w:r>
              <w:rPr>
                <w:sz w:val="18"/>
              </w:rPr>
              <w:t>686,30</w:t>
            </w:r>
          </w:p>
        </w:tc>
        <w:tc>
          <w:tcPr>
            <w:tcW w:w="2214" w:type="dxa"/>
            <w:vAlign w:val="center"/>
          </w:tcPr>
          <w:p w14:paraId="78F71586" w14:textId="77777777" w:rsidR="006C65B0" w:rsidRDefault="00000000">
            <w:pPr>
              <w:jc w:val="right"/>
            </w:pPr>
            <w:r>
              <w:rPr>
                <w:sz w:val="18"/>
              </w:rPr>
              <w:t>$ 286.187,10</w:t>
            </w:r>
          </w:p>
        </w:tc>
      </w:tr>
      <w:tr w:rsidR="006C65B0" w14:paraId="4F65EF5F" w14:textId="77777777" w:rsidTr="006C537A">
        <w:trPr>
          <w:trHeight w:val="139"/>
        </w:trPr>
        <w:tc>
          <w:tcPr>
            <w:tcW w:w="1476" w:type="dxa"/>
            <w:vAlign w:val="center"/>
          </w:tcPr>
          <w:p w14:paraId="6CA60820" w14:textId="77777777" w:rsidR="006C65B0" w:rsidRDefault="00000000">
            <w:pPr>
              <w:jc w:val="center"/>
            </w:pPr>
            <w:r>
              <w:rPr>
                <w:sz w:val="18"/>
              </w:rPr>
              <w:t>10/06/2026</w:t>
            </w:r>
          </w:p>
        </w:tc>
        <w:tc>
          <w:tcPr>
            <w:tcW w:w="4226" w:type="dxa"/>
            <w:vAlign w:val="center"/>
          </w:tcPr>
          <w:p w14:paraId="3892A0DF" w14:textId="77777777" w:rsidR="006C65B0" w:rsidRDefault="00000000">
            <w:r>
              <w:rPr>
                <w:sz w:val="18"/>
              </w:rPr>
              <w:t>Sector Hospital</w:t>
            </w:r>
          </w:p>
        </w:tc>
        <w:tc>
          <w:tcPr>
            <w:tcW w:w="2214" w:type="dxa"/>
            <w:vAlign w:val="center"/>
          </w:tcPr>
          <w:p w14:paraId="6C325E8E" w14:textId="77777777" w:rsidR="006C65B0" w:rsidRDefault="00000000">
            <w:pPr>
              <w:jc w:val="right"/>
            </w:pPr>
            <w:r>
              <w:rPr>
                <w:sz w:val="18"/>
              </w:rPr>
              <w:t>930,87</w:t>
            </w:r>
          </w:p>
        </w:tc>
        <w:tc>
          <w:tcPr>
            <w:tcW w:w="2214" w:type="dxa"/>
            <w:vAlign w:val="center"/>
          </w:tcPr>
          <w:p w14:paraId="63625BBB" w14:textId="77777777" w:rsidR="006C65B0" w:rsidRDefault="00000000">
            <w:pPr>
              <w:jc w:val="right"/>
            </w:pPr>
            <w:r>
              <w:rPr>
                <w:sz w:val="18"/>
              </w:rPr>
              <w:t>$ 388.172,79</w:t>
            </w:r>
          </w:p>
        </w:tc>
      </w:tr>
      <w:tr w:rsidR="006C65B0" w14:paraId="0DD98190" w14:textId="77777777" w:rsidTr="006C537A">
        <w:trPr>
          <w:trHeight w:val="139"/>
        </w:trPr>
        <w:tc>
          <w:tcPr>
            <w:tcW w:w="1476" w:type="dxa"/>
            <w:vAlign w:val="center"/>
          </w:tcPr>
          <w:p w14:paraId="149CF292" w14:textId="77777777" w:rsidR="006C65B0" w:rsidRDefault="00000000">
            <w:pPr>
              <w:jc w:val="center"/>
            </w:pPr>
            <w:r>
              <w:rPr>
                <w:sz w:val="18"/>
              </w:rPr>
              <w:t>11/06/2026</w:t>
            </w:r>
          </w:p>
        </w:tc>
        <w:tc>
          <w:tcPr>
            <w:tcW w:w="4226" w:type="dxa"/>
            <w:vAlign w:val="center"/>
          </w:tcPr>
          <w:p w14:paraId="64128375" w14:textId="77777777" w:rsidR="006C65B0" w:rsidRDefault="00000000">
            <w:r>
              <w:rPr>
                <w:sz w:val="18"/>
              </w:rPr>
              <w:t>Carrera 3ra</w:t>
            </w:r>
          </w:p>
        </w:tc>
        <w:tc>
          <w:tcPr>
            <w:tcW w:w="2214" w:type="dxa"/>
            <w:vAlign w:val="center"/>
          </w:tcPr>
          <w:p w14:paraId="354A1717" w14:textId="77777777" w:rsidR="006C65B0" w:rsidRDefault="00000000">
            <w:pPr>
              <w:jc w:val="right"/>
            </w:pPr>
            <w:r>
              <w:rPr>
                <w:sz w:val="18"/>
              </w:rPr>
              <w:t>321,62</w:t>
            </w:r>
          </w:p>
        </w:tc>
        <w:tc>
          <w:tcPr>
            <w:tcW w:w="2214" w:type="dxa"/>
            <w:vAlign w:val="center"/>
          </w:tcPr>
          <w:p w14:paraId="7664A34C" w14:textId="77777777" w:rsidR="006C65B0" w:rsidRDefault="00000000">
            <w:pPr>
              <w:jc w:val="right"/>
            </w:pPr>
            <w:r>
              <w:rPr>
                <w:sz w:val="18"/>
              </w:rPr>
              <w:t>$ 134.115,54</w:t>
            </w:r>
          </w:p>
        </w:tc>
      </w:tr>
      <w:tr w:rsidR="006C65B0" w14:paraId="221176C5" w14:textId="77777777" w:rsidTr="006C537A">
        <w:trPr>
          <w:trHeight w:val="139"/>
        </w:trPr>
        <w:tc>
          <w:tcPr>
            <w:tcW w:w="1476" w:type="dxa"/>
            <w:vAlign w:val="center"/>
          </w:tcPr>
          <w:p w14:paraId="6C4C3AF7" w14:textId="77777777" w:rsidR="006C65B0" w:rsidRDefault="00000000">
            <w:pPr>
              <w:jc w:val="center"/>
            </w:pPr>
            <w:r>
              <w:rPr>
                <w:sz w:val="18"/>
              </w:rPr>
              <w:t>12/06/2026</w:t>
            </w:r>
          </w:p>
        </w:tc>
        <w:tc>
          <w:tcPr>
            <w:tcW w:w="4226" w:type="dxa"/>
            <w:vAlign w:val="center"/>
          </w:tcPr>
          <w:p w14:paraId="437F04C6" w14:textId="77777777" w:rsidR="006C65B0" w:rsidRDefault="00000000">
            <w:r>
              <w:rPr>
                <w:sz w:val="18"/>
              </w:rPr>
              <w:t>Parque Jorge Robledo</w:t>
            </w:r>
          </w:p>
        </w:tc>
        <w:tc>
          <w:tcPr>
            <w:tcW w:w="2214" w:type="dxa"/>
            <w:vAlign w:val="center"/>
          </w:tcPr>
          <w:p w14:paraId="7AE70142" w14:textId="77777777" w:rsidR="006C65B0" w:rsidRDefault="00000000">
            <w:pPr>
              <w:jc w:val="right"/>
            </w:pPr>
            <w:r>
              <w:rPr>
                <w:sz w:val="18"/>
              </w:rPr>
              <w:t>502,28</w:t>
            </w:r>
          </w:p>
        </w:tc>
        <w:tc>
          <w:tcPr>
            <w:tcW w:w="2214" w:type="dxa"/>
            <w:vAlign w:val="center"/>
          </w:tcPr>
          <w:p w14:paraId="0B283F4F" w14:textId="77777777" w:rsidR="006C65B0" w:rsidRDefault="00000000">
            <w:pPr>
              <w:jc w:val="right"/>
            </w:pPr>
            <w:r>
              <w:rPr>
                <w:sz w:val="18"/>
              </w:rPr>
              <w:t>$ 209.450,76</w:t>
            </w:r>
          </w:p>
        </w:tc>
      </w:tr>
      <w:tr w:rsidR="006C65B0" w14:paraId="086287B1" w14:textId="77777777" w:rsidTr="006C537A">
        <w:trPr>
          <w:trHeight w:val="139"/>
        </w:trPr>
        <w:tc>
          <w:tcPr>
            <w:tcW w:w="1476" w:type="dxa"/>
            <w:vAlign w:val="center"/>
          </w:tcPr>
          <w:p w14:paraId="13061878" w14:textId="77777777" w:rsidR="006C65B0" w:rsidRDefault="00000000">
            <w:pPr>
              <w:jc w:val="center"/>
            </w:pPr>
            <w:r>
              <w:rPr>
                <w:sz w:val="18"/>
              </w:rPr>
              <w:t>12/06/2026</w:t>
            </w:r>
          </w:p>
        </w:tc>
        <w:tc>
          <w:tcPr>
            <w:tcW w:w="4226" w:type="dxa"/>
            <w:vAlign w:val="center"/>
          </w:tcPr>
          <w:p w14:paraId="6BE57035" w14:textId="77777777" w:rsidR="006C65B0" w:rsidRDefault="00000000">
            <w:r>
              <w:rPr>
                <w:sz w:val="18"/>
              </w:rPr>
              <w:t>Cristo Rey</w:t>
            </w:r>
          </w:p>
        </w:tc>
        <w:tc>
          <w:tcPr>
            <w:tcW w:w="2214" w:type="dxa"/>
            <w:vAlign w:val="center"/>
          </w:tcPr>
          <w:p w14:paraId="5C0E9F6F" w14:textId="77777777" w:rsidR="006C65B0" w:rsidRDefault="00000000">
            <w:pPr>
              <w:jc w:val="right"/>
            </w:pPr>
            <w:r>
              <w:rPr>
                <w:sz w:val="18"/>
              </w:rPr>
              <w:t>472,15</w:t>
            </w:r>
          </w:p>
        </w:tc>
        <w:tc>
          <w:tcPr>
            <w:tcW w:w="2214" w:type="dxa"/>
            <w:vAlign w:val="center"/>
          </w:tcPr>
          <w:p w14:paraId="38073AAB" w14:textId="77777777" w:rsidR="006C65B0" w:rsidRDefault="00000000">
            <w:pPr>
              <w:jc w:val="right"/>
            </w:pPr>
            <w:r>
              <w:rPr>
                <w:sz w:val="18"/>
              </w:rPr>
              <w:t>$ 196.886,55</w:t>
            </w:r>
          </w:p>
        </w:tc>
      </w:tr>
      <w:tr w:rsidR="006C65B0" w14:paraId="77CF4A14" w14:textId="77777777" w:rsidTr="006C537A">
        <w:trPr>
          <w:trHeight w:val="139"/>
        </w:trPr>
        <w:tc>
          <w:tcPr>
            <w:tcW w:w="1476" w:type="dxa"/>
            <w:vAlign w:val="center"/>
          </w:tcPr>
          <w:p w14:paraId="46FC5569" w14:textId="77777777" w:rsidR="006C65B0" w:rsidRDefault="00000000">
            <w:pPr>
              <w:jc w:val="center"/>
            </w:pPr>
            <w:r>
              <w:rPr>
                <w:sz w:val="18"/>
              </w:rPr>
              <w:t>14/06/2026</w:t>
            </w:r>
          </w:p>
        </w:tc>
        <w:tc>
          <w:tcPr>
            <w:tcW w:w="4226" w:type="dxa"/>
            <w:vAlign w:val="center"/>
          </w:tcPr>
          <w:p w14:paraId="59657B41" w14:textId="77777777" w:rsidR="006C65B0" w:rsidRPr="006C537A" w:rsidRDefault="00000000">
            <w:pPr>
              <w:rPr>
                <w:lang w:val="es-CO"/>
              </w:rPr>
            </w:pPr>
            <w:r w:rsidRPr="006C537A">
              <w:rPr>
                <w:sz w:val="18"/>
                <w:lang w:val="es-CO"/>
              </w:rPr>
              <w:t>Parque Los Naranjos, parte baja</w:t>
            </w:r>
          </w:p>
        </w:tc>
        <w:tc>
          <w:tcPr>
            <w:tcW w:w="2214" w:type="dxa"/>
            <w:vAlign w:val="center"/>
          </w:tcPr>
          <w:p w14:paraId="25364BD9" w14:textId="77777777" w:rsidR="006C65B0" w:rsidRDefault="00000000">
            <w:pPr>
              <w:jc w:val="right"/>
            </w:pPr>
            <w:r>
              <w:rPr>
                <w:sz w:val="18"/>
              </w:rPr>
              <w:t>1.440,09</w:t>
            </w:r>
          </w:p>
        </w:tc>
        <w:tc>
          <w:tcPr>
            <w:tcW w:w="2214" w:type="dxa"/>
            <w:vAlign w:val="center"/>
          </w:tcPr>
          <w:p w14:paraId="2F089881" w14:textId="77777777" w:rsidR="006C65B0" w:rsidRDefault="00000000">
            <w:pPr>
              <w:jc w:val="right"/>
            </w:pPr>
            <w:r>
              <w:rPr>
                <w:sz w:val="18"/>
              </w:rPr>
              <w:t>$ 600.517,53</w:t>
            </w:r>
          </w:p>
        </w:tc>
      </w:tr>
      <w:tr w:rsidR="006C65B0" w14:paraId="118A6363" w14:textId="77777777" w:rsidTr="006C537A">
        <w:trPr>
          <w:trHeight w:val="139"/>
        </w:trPr>
        <w:tc>
          <w:tcPr>
            <w:tcW w:w="1476" w:type="dxa"/>
            <w:vAlign w:val="center"/>
          </w:tcPr>
          <w:p w14:paraId="6659CA77" w14:textId="77777777" w:rsidR="006C65B0" w:rsidRDefault="00000000">
            <w:pPr>
              <w:jc w:val="center"/>
            </w:pPr>
            <w:r>
              <w:rPr>
                <w:sz w:val="18"/>
              </w:rPr>
              <w:t>25/06/2026</w:t>
            </w:r>
          </w:p>
        </w:tc>
        <w:tc>
          <w:tcPr>
            <w:tcW w:w="4226" w:type="dxa"/>
            <w:vAlign w:val="center"/>
          </w:tcPr>
          <w:p w14:paraId="1DB911F9" w14:textId="77777777" w:rsidR="006C65B0" w:rsidRDefault="00000000">
            <w:r>
              <w:rPr>
                <w:sz w:val="18"/>
              </w:rPr>
              <w:t>Sector Las Playas</w:t>
            </w:r>
          </w:p>
        </w:tc>
        <w:tc>
          <w:tcPr>
            <w:tcW w:w="2214" w:type="dxa"/>
            <w:vAlign w:val="center"/>
          </w:tcPr>
          <w:p w14:paraId="5FF32FA8" w14:textId="77777777" w:rsidR="006C65B0" w:rsidRDefault="00000000">
            <w:pPr>
              <w:jc w:val="right"/>
            </w:pPr>
            <w:r>
              <w:rPr>
                <w:sz w:val="18"/>
              </w:rPr>
              <w:t>563,91</w:t>
            </w:r>
          </w:p>
        </w:tc>
        <w:tc>
          <w:tcPr>
            <w:tcW w:w="2214" w:type="dxa"/>
            <w:vAlign w:val="center"/>
          </w:tcPr>
          <w:p w14:paraId="0F7834B3" w14:textId="77777777" w:rsidR="006C65B0" w:rsidRDefault="00000000">
            <w:pPr>
              <w:jc w:val="right"/>
            </w:pPr>
            <w:r>
              <w:rPr>
                <w:sz w:val="18"/>
              </w:rPr>
              <w:t>$ 235.150,47</w:t>
            </w:r>
          </w:p>
        </w:tc>
      </w:tr>
      <w:tr w:rsidR="006C65B0" w14:paraId="07727653" w14:textId="77777777" w:rsidTr="006C537A">
        <w:trPr>
          <w:trHeight w:val="139"/>
        </w:trPr>
        <w:tc>
          <w:tcPr>
            <w:tcW w:w="1476" w:type="dxa"/>
            <w:vAlign w:val="center"/>
          </w:tcPr>
          <w:p w14:paraId="051394D3" w14:textId="77777777" w:rsidR="006C65B0" w:rsidRDefault="00000000">
            <w:pPr>
              <w:jc w:val="center"/>
            </w:pPr>
            <w:r>
              <w:rPr>
                <w:sz w:val="18"/>
              </w:rPr>
              <w:t>27/06/2026</w:t>
            </w:r>
          </w:p>
        </w:tc>
        <w:tc>
          <w:tcPr>
            <w:tcW w:w="4226" w:type="dxa"/>
            <w:vAlign w:val="center"/>
          </w:tcPr>
          <w:p w14:paraId="5B411D8B" w14:textId="77777777" w:rsidR="006C65B0" w:rsidRDefault="00000000">
            <w:r>
              <w:rPr>
                <w:sz w:val="18"/>
              </w:rPr>
              <w:t>Sector San Isidro</w:t>
            </w:r>
          </w:p>
        </w:tc>
        <w:tc>
          <w:tcPr>
            <w:tcW w:w="2214" w:type="dxa"/>
            <w:vAlign w:val="center"/>
          </w:tcPr>
          <w:p w14:paraId="6C1754DB" w14:textId="77777777" w:rsidR="006C65B0" w:rsidRDefault="00000000">
            <w:pPr>
              <w:jc w:val="right"/>
            </w:pPr>
            <w:r>
              <w:rPr>
                <w:sz w:val="18"/>
              </w:rPr>
              <w:t>497,50</w:t>
            </w:r>
          </w:p>
        </w:tc>
        <w:tc>
          <w:tcPr>
            <w:tcW w:w="2214" w:type="dxa"/>
            <w:vAlign w:val="center"/>
          </w:tcPr>
          <w:p w14:paraId="561F3CF5" w14:textId="77777777" w:rsidR="006C65B0" w:rsidRDefault="00000000">
            <w:pPr>
              <w:jc w:val="right"/>
            </w:pPr>
            <w:r>
              <w:rPr>
                <w:sz w:val="18"/>
              </w:rPr>
              <w:t>$ 207.457,50</w:t>
            </w:r>
          </w:p>
        </w:tc>
      </w:tr>
      <w:tr w:rsidR="006C65B0" w14:paraId="4CAB0C80" w14:textId="77777777" w:rsidTr="006C537A">
        <w:trPr>
          <w:trHeight w:val="212"/>
        </w:trPr>
        <w:tc>
          <w:tcPr>
            <w:tcW w:w="5702" w:type="dxa"/>
            <w:gridSpan w:val="2"/>
            <w:shd w:val="clear" w:color="auto" w:fill="FDEECB"/>
            <w:vAlign w:val="center"/>
          </w:tcPr>
          <w:p w14:paraId="4D31F02B" w14:textId="77777777" w:rsidR="006C65B0" w:rsidRDefault="00000000">
            <w:r>
              <w:rPr>
                <w:b/>
                <w:sz w:val="18"/>
              </w:rPr>
              <w:t>TOTAL INTERVENIDO</w:t>
            </w:r>
          </w:p>
        </w:tc>
        <w:tc>
          <w:tcPr>
            <w:tcW w:w="2214" w:type="dxa"/>
            <w:shd w:val="clear" w:color="auto" w:fill="FDEECB"/>
            <w:vAlign w:val="center"/>
          </w:tcPr>
          <w:p w14:paraId="0FD78D4C" w14:textId="77777777" w:rsidR="006C65B0" w:rsidRDefault="00000000">
            <w:pPr>
              <w:jc w:val="right"/>
            </w:pPr>
            <w:r>
              <w:rPr>
                <w:b/>
                <w:sz w:val="18"/>
              </w:rPr>
              <w:t>22.287,51 m²</w:t>
            </w:r>
          </w:p>
        </w:tc>
        <w:tc>
          <w:tcPr>
            <w:tcW w:w="2214" w:type="dxa"/>
            <w:shd w:val="clear" w:color="auto" w:fill="FDEECB"/>
            <w:vAlign w:val="center"/>
          </w:tcPr>
          <w:p w14:paraId="5B5450C2" w14:textId="77777777" w:rsidR="006C65B0" w:rsidRDefault="00000000">
            <w:pPr>
              <w:jc w:val="right"/>
            </w:pPr>
            <w:r>
              <w:rPr>
                <w:b/>
                <w:sz w:val="18"/>
              </w:rPr>
              <w:t>$ 9.293.891,67</w:t>
            </w:r>
          </w:p>
        </w:tc>
      </w:tr>
    </w:tbl>
    <w:p w14:paraId="590B6529" w14:textId="77777777" w:rsidR="006C65B0" w:rsidRDefault="006C65B0"/>
    <w:p w14:paraId="2534CDDB" w14:textId="77777777" w:rsidR="006C65B0" w:rsidRPr="006C537A" w:rsidRDefault="00000000">
      <w:pPr>
        <w:rPr>
          <w:lang w:val="es-CO"/>
        </w:rPr>
      </w:pPr>
      <w:r w:rsidRPr="006C537A">
        <w:rPr>
          <w:b/>
          <w:lang w:val="es-CO"/>
        </w:rPr>
        <w:t xml:space="preserve">VALOR EJECUTADO POR ESTE ÍTEM: </w:t>
      </w:r>
      <w:r w:rsidRPr="006C537A">
        <w:rPr>
          <w:lang w:val="es-CO"/>
        </w:rPr>
        <w:t>NUEVE MILLONES DOSCIENTOS NOVENTA Y TRES MIL OCHOCIENTOS NOVENTA Y UN PESOS CON SESENTA Y SIETE CENTAVOS ($9.293.891,67)</w:t>
      </w:r>
    </w:p>
    <w:p w14:paraId="75CA1CFA" w14:textId="75D21A8B" w:rsidR="006C65B0" w:rsidRPr="006C537A" w:rsidRDefault="00000000">
      <w:pPr>
        <w:spacing w:after="120"/>
        <w:rPr>
          <w:lang w:val="es-CO"/>
        </w:rPr>
      </w:pPr>
      <w:r w:rsidRPr="006C537A">
        <w:rPr>
          <w:i/>
          <w:lang w:val="es-CO"/>
        </w:rPr>
        <w:t xml:space="preserve">Evidencias: A </w:t>
      </w:r>
      <w:r w:rsidR="006C537A" w:rsidRPr="006C537A">
        <w:rPr>
          <w:i/>
          <w:lang w:val="es-CO"/>
        </w:rPr>
        <w:t>continuación,</w:t>
      </w:r>
      <w:r w:rsidRPr="006C537A">
        <w:rPr>
          <w:i/>
          <w:lang w:val="es-CO"/>
        </w:rPr>
        <w:t xml:space="preserve"> se presentan las evidencias fotográficas que documentan el cumplimiento de las actividades descritas.</w:t>
      </w:r>
    </w:p>
    <w:p w14:paraId="65C69B87" w14:textId="728FD545" w:rsidR="006C65B0" w:rsidRDefault="00000000">
      <w:r>
        <w:rPr>
          <w:b/>
          <w:sz w:val="18"/>
        </w:rPr>
        <w:t xml:space="preserve">04/06/2026 — Zona </w:t>
      </w:r>
      <w:proofErr w:type="spellStart"/>
      <w:r w:rsidR="00810616">
        <w:rPr>
          <w:b/>
          <w:sz w:val="18"/>
        </w:rPr>
        <w:t>deportiva</w:t>
      </w:r>
      <w:proofErr w:type="spellEnd"/>
      <w:r>
        <w:rPr>
          <w:b/>
          <w:sz w:val="18"/>
        </w:rPr>
        <w:t xml:space="preserve"> (12.759,48 m²)</w:t>
      </w:r>
    </w:p>
    <w:tbl>
      <w:tblPr>
        <w:tblW w:w="0" w:type="auto"/>
        <w:tblLayout w:type="fixed"/>
        <w:tblLook w:val="04A0" w:firstRow="1" w:lastRow="0" w:firstColumn="1" w:lastColumn="0" w:noHBand="0" w:noVBand="1"/>
      </w:tblPr>
      <w:tblGrid>
        <w:gridCol w:w="3175"/>
        <w:gridCol w:w="3289"/>
        <w:gridCol w:w="3289"/>
      </w:tblGrid>
      <w:tr w:rsidR="006C65B0" w14:paraId="034EFFE7" w14:textId="77777777">
        <w:tc>
          <w:tcPr>
            <w:tcW w:w="3175" w:type="dxa"/>
          </w:tcPr>
          <w:p w14:paraId="0F497BDD" w14:textId="77777777" w:rsidR="006C65B0" w:rsidRDefault="00000000">
            <w:pPr>
              <w:jc w:val="center"/>
            </w:pPr>
            <w:r>
              <w:rPr>
                <w:noProof/>
              </w:rPr>
              <w:drawing>
                <wp:inline distT="0" distB="0" distL="0" distR="0" wp14:anchorId="7A52109D" wp14:editId="39545BBC">
                  <wp:extent cx="1908000" cy="8564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1.jpg"/>
                          <pic:cNvPicPr/>
                        </pic:nvPicPr>
                        <pic:blipFill>
                          <a:blip r:embed="rId7"/>
                          <a:stretch>
                            <a:fillRect/>
                          </a:stretch>
                        </pic:blipFill>
                        <pic:spPr>
                          <a:xfrm>
                            <a:off x="0" y="0"/>
                            <a:ext cx="1908000" cy="856480"/>
                          </a:xfrm>
                          <a:prstGeom prst="rect">
                            <a:avLst/>
                          </a:prstGeom>
                        </pic:spPr>
                      </pic:pic>
                    </a:graphicData>
                  </a:graphic>
                </wp:inline>
              </w:drawing>
            </w:r>
          </w:p>
        </w:tc>
        <w:tc>
          <w:tcPr>
            <w:tcW w:w="3175" w:type="dxa"/>
          </w:tcPr>
          <w:p w14:paraId="11217D64" w14:textId="77777777" w:rsidR="006C65B0" w:rsidRDefault="00000000">
            <w:pPr>
              <w:jc w:val="center"/>
            </w:pPr>
            <w:r>
              <w:rPr>
                <w:noProof/>
              </w:rPr>
              <w:drawing>
                <wp:inline distT="0" distB="0" distL="0" distR="0" wp14:anchorId="74500925" wp14:editId="3EA729A0">
                  <wp:extent cx="1727311" cy="86467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2.jpg"/>
                          <pic:cNvPicPr/>
                        </pic:nvPicPr>
                        <pic:blipFill rotWithShape="1">
                          <a:blip r:embed="rId8"/>
                          <a:srcRect l="-208" t="22254" b="12449"/>
                          <a:stretch>
                            <a:fillRect/>
                          </a:stretch>
                        </pic:blipFill>
                        <pic:spPr bwMode="auto">
                          <a:xfrm>
                            <a:off x="0" y="0"/>
                            <a:ext cx="1750266" cy="876165"/>
                          </a:xfrm>
                          <a:prstGeom prst="rect">
                            <a:avLst/>
                          </a:prstGeom>
                          <a:ln>
                            <a:noFill/>
                          </a:ln>
                          <a:extLst>
                            <a:ext uri="{53640926-AAD7-44D8-BBD7-CCE9431645EC}">
                              <a14:shadowObscured xmlns:a14="http://schemas.microsoft.com/office/drawing/2010/main"/>
                            </a:ext>
                          </a:extLst>
                        </pic:spPr>
                      </pic:pic>
                    </a:graphicData>
                  </a:graphic>
                </wp:inline>
              </w:drawing>
            </w:r>
          </w:p>
        </w:tc>
        <w:tc>
          <w:tcPr>
            <w:tcW w:w="3175" w:type="dxa"/>
          </w:tcPr>
          <w:p w14:paraId="4CD43055" w14:textId="77777777" w:rsidR="006C65B0" w:rsidRDefault="00000000">
            <w:pPr>
              <w:jc w:val="center"/>
            </w:pPr>
            <w:r>
              <w:rPr>
                <w:noProof/>
              </w:rPr>
              <w:drawing>
                <wp:anchor distT="0" distB="0" distL="114300" distR="114300" simplePos="0" relativeHeight="251641856" behindDoc="0" locked="0" layoutInCell="1" allowOverlap="1" wp14:anchorId="506ACDFF" wp14:editId="4BE2B8E8">
                  <wp:simplePos x="0" y="0"/>
                  <wp:positionH relativeFrom="column">
                    <wp:posOffset>-105751</wp:posOffset>
                  </wp:positionH>
                  <wp:positionV relativeFrom="paragraph">
                    <wp:posOffset>50738</wp:posOffset>
                  </wp:positionV>
                  <wp:extent cx="1904868" cy="809423"/>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3.jpg"/>
                          <pic:cNvPicPr/>
                        </pic:nvPicPr>
                        <pic:blipFill rotWithShape="1">
                          <a:blip r:embed="rId9"/>
                          <a:srcRect t="22925" b="13157"/>
                          <a:stretch>
                            <a:fillRect/>
                          </a:stretch>
                        </pic:blipFill>
                        <pic:spPr bwMode="auto">
                          <a:xfrm>
                            <a:off x="0" y="0"/>
                            <a:ext cx="1923907" cy="817513"/>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r>
      <w:tr w:rsidR="006C65B0" w14:paraId="3AD260A9" w14:textId="77777777">
        <w:tc>
          <w:tcPr>
            <w:tcW w:w="3175" w:type="dxa"/>
          </w:tcPr>
          <w:p w14:paraId="08BBFE4A" w14:textId="77777777" w:rsidR="006C65B0" w:rsidRDefault="00000000">
            <w:pPr>
              <w:jc w:val="center"/>
            </w:pPr>
            <w:r>
              <w:rPr>
                <w:noProof/>
              </w:rPr>
              <w:drawing>
                <wp:inline distT="0" distB="0" distL="0" distR="0" wp14:anchorId="041CDE05" wp14:editId="627E09C8">
                  <wp:extent cx="1908000" cy="1431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4.jpg"/>
                          <pic:cNvPicPr/>
                        </pic:nvPicPr>
                        <pic:blipFill>
                          <a:blip r:embed="rId10"/>
                          <a:stretch>
                            <a:fillRect/>
                          </a:stretch>
                        </pic:blipFill>
                        <pic:spPr>
                          <a:xfrm>
                            <a:off x="0" y="0"/>
                            <a:ext cx="1908000" cy="1431000"/>
                          </a:xfrm>
                          <a:prstGeom prst="rect">
                            <a:avLst/>
                          </a:prstGeom>
                        </pic:spPr>
                      </pic:pic>
                    </a:graphicData>
                  </a:graphic>
                </wp:inline>
              </w:drawing>
            </w:r>
          </w:p>
        </w:tc>
        <w:tc>
          <w:tcPr>
            <w:tcW w:w="3289" w:type="dxa"/>
          </w:tcPr>
          <w:p w14:paraId="2F17074C" w14:textId="77777777" w:rsidR="006C65B0" w:rsidRDefault="006C65B0"/>
        </w:tc>
        <w:tc>
          <w:tcPr>
            <w:tcW w:w="3289" w:type="dxa"/>
          </w:tcPr>
          <w:p w14:paraId="217FB1BD" w14:textId="77777777" w:rsidR="006C65B0" w:rsidRDefault="006C65B0"/>
        </w:tc>
      </w:tr>
    </w:tbl>
    <w:p w14:paraId="33D3100B" w14:textId="77777777" w:rsidR="006C65B0" w:rsidRDefault="006C65B0"/>
    <w:p w14:paraId="431B53A8" w14:textId="77777777" w:rsidR="006C65B0" w:rsidRDefault="00000000">
      <w:r>
        <w:rPr>
          <w:b/>
          <w:sz w:val="18"/>
        </w:rPr>
        <w:t xml:space="preserve">04/06/2026 — Parque </w:t>
      </w:r>
      <w:proofErr w:type="spellStart"/>
      <w:r>
        <w:rPr>
          <w:b/>
          <w:sz w:val="18"/>
        </w:rPr>
        <w:t>iglesia</w:t>
      </w:r>
      <w:proofErr w:type="spellEnd"/>
      <w:r>
        <w:rPr>
          <w:b/>
          <w:sz w:val="18"/>
        </w:rPr>
        <w:t xml:space="preserve"> Galicia (91,52 m²)</w:t>
      </w:r>
    </w:p>
    <w:tbl>
      <w:tblPr>
        <w:tblW w:w="0" w:type="auto"/>
        <w:tblLayout w:type="fixed"/>
        <w:tblLook w:val="04A0" w:firstRow="1" w:lastRow="0" w:firstColumn="1" w:lastColumn="0" w:noHBand="0" w:noVBand="1"/>
      </w:tblPr>
      <w:tblGrid>
        <w:gridCol w:w="3175"/>
        <w:gridCol w:w="3175"/>
        <w:gridCol w:w="3175"/>
      </w:tblGrid>
      <w:tr w:rsidR="006C65B0" w14:paraId="2E8A7E3B" w14:textId="77777777">
        <w:tc>
          <w:tcPr>
            <w:tcW w:w="3175" w:type="dxa"/>
          </w:tcPr>
          <w:p w14:paraId="0A652FD2" w14:textId="77777777" w:rsidR="006C65B0" w:rsidRDefault="00000000">
            <w:pPr>
              <w:jc w:val="center"/>
            </w:pPr>
            <w:r>
              <w:rPr>
                <w:noProof/>
              </w:rPr>
              <w:drawing>
                <wp:inline distT="0" distB="0" distL="0" distR="0" wp14:anchorId="184A1EB1" wp14:editId="6E882864">
                  <wp:extent cx="1908000" cy="1431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5.jpg"/>
                          <pic:cNvPicPr/>
                        </pic:nvPicPr>
                        <pic:blipFill>
                          <a:blip r:embed="rId11"/>
                          <a:stretch>
                            <a:fillRect/>
                          </a:stretch>
                        </pic:blipFill>
                        <pic:spPr>
                          <a:xfrm>
                            <a:off x="0" y="0"/>
                            <a:ext cx="1908000" cy="1431000"/>
                          </a:xfrm>
                          <a:prstGeom prst="rect">
                            <a:avLst/>
                          </a:prstGeom>
                        </pic:spPr>
                      </pic:pic>
                    </a:graphicData>
                  </a:graphic>
                </wp:inline>
              </w:drawing>
            </w:r>
          </w:p>
        </w:tc>
        <w:tc>
          <w:tcPr>
            <w:tcW w:w="3175" w:type="dxa"/>
          </w:tcPr>
          <w:p w14:paraId="777EA086" w14:textId="1B75F671" w:rsidR="006C537A" w:rsidRDefault="006C537A">
            <w:pPr>
              <w:jc w:val="center"/>
              <w:rPr>
                <w:noProof/>
              </w:rPr>
            </w:pPr>
            <w:r>
              <w:rPr>
                <w:noProof/>
              </w:rPr>
              <w:drawing>
                <wp:anchor distT="0" distB="0" distL="114300" distR="114300" simplePos="0" relativeHeight="251653120" behindDoc="0" locked="0" layoutInCell="1" allowOverlap="1" wp14:anchorId="78827817" wp14:editId="4B7C94C6">
                  <wp:simplePos x="0" y="0"/>
                  <wp:positionH relativeFrom="column">
                    <wp:posOffset>-20076</wp:posOffset>
                  </wp:positionH>
                  <wp:positionV relativeFrom="paragraph">
                    <wp:posOffset>647</wp:posOffset>
                  </wp:positionV>
                  <wp:extent cx="1885744" cy="1413797"/>
                  <wp:effectExtent l="0" t="0" r="63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6.jpg"/>
                          <pic:cNvPicPr/>
                        </pic:nvPicPr>
                        <pic:blipFill rotWithShape="1">
                          <a:blip r:embed="rId12"/>
                          <a:srcRect l="24185" t="23195" b="16475"/>
                          <a:stretch>
                            <a:fillRect/>
                          </a:stretch>
                        </pic:blipFill>
                        <pic:spPr bwMode="auto">
                          <a:xfrm>
                            <a:off x="0" y="0"/>
                            <a:ext cx="1956531" cy="14668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E85252" w14:textId="1BF4DAAE" w:rsidR="006C65B0" w:rsidRDefault="006C65B0">
            <w:pPr>
              <w:jc w:val="center"/>
            </w:pPr>
          </w:p>
        </w:tc>
        <w:tc>
          <w:tcPr>
            <w:tcW w:w="3175" w:type="dxa"/>
          </w:tcPr>
          <w:p w14:paraId="79AAF51E" w14:textId="77777777" w:rsidR="006C65B0" w:rsidRDefault="00000000">
            <w:pPr>
              <w:jc w:val="center"/>
            </w:pPr>
            <w:r>
              <w:rPr>
                <w:noProof/>
              </w:rPr>
              <w:drawing>
                <wp:anchor distT="0" distB="0" distL="114300" distR="114300" simplePos="0" relativeHeight="251642880" behindDoc="0" locked="0" layoutInCell="1" allowOverlap="1" wp14:anchorId="57F939C0" wp14:editId="53DC8841">
                  <wp:simplePos x="0" y="0"/>
                  <wp:positionH relativeFrom="column">
                    <wp:posOffset>19127</wp:posOffset>
                  </wp:positionH>
                  <wp:positionV relativeFrom="paragraph">
                    <wp:posOffset>42085</wp:posOffset>
                  </wp:positionV>
                  <wp:extent cx="2358796" cy="1367456"/>
                  <wp:effectExtent l="0" t="0" r="3810" b="4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7.jpg"/>
                          <pic:cNvPicPr/>
                        </pic:nvPicPr>
                        <pic:blipFill rotWithShape="1">
                          <a:blip r:embed="rId13"/>
                          <a:srcRect l="23937" t="24214" b="16238"/>
                          <a:stretch>
                            <a:fillRect/>
                          </a:stretch>
                        </pic:blipFill>
                        <pic:spPr bwMode="auto">
                          <a:xfrm>
                            <a:off x="0" y="0"/>
                            <a:ext cx="2392207" cy="1386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12195A81" w14:textId="77777777" w:rsidR="006C65B0" w:rsidRDefault="006C65B0"/>
    <w:p w14:paraId="71B1BBC3" w14:textId="77777777" w:rsidR="006C65B0" w:rsidRDefault="00000000">
      <w:r>
        <w:rPr>
          <w:b/>
          <w:sz w:val="18"/>
        </w:rPr>
        <w:t>04/06/2026 — Cancha de Galicia (895,62 m²)</w:t>
      </w:r>
    </w:p>
    <w:tbl>
      <w:tblPr>
        <w:tblW w:w="0" w:type="auto"/>
        <w:tblLayout w:type="fixed"/>
        <w:tblLook w:val="04A0" w:firstRow="1" w:lastRow="0" w:firstColumn="1" w:lastColumn="0" w:noHBand="0" w:noVBand="1"/>
      </w:tblPr>
      <w:tblGrid>
        <w:gridCol w:w="3175"/>
        <w:gridCol w:w="3175"/>
        <w:gridCol w:w="3175"/>
      </w:tblGrid>
      <w:tr w:rsidR="006C65B0" w14:paraId="7EFCD6A0" w14:textId="77777777">
        <w:tc>
          <w:tcPr>
            <w:tcW w:w="3175" w:type="dxa"/>
          </w:tcPr>
          <w:p w14:paraId="4A7D0AD2" w14:textId="77777777" w:rsidR="006C65B0" w:rsidRDefault="00000000">
            <w:pPr>
              <w:jc w:val="center"/>
            </w:pPr>
            <w:r>
              <w:rPr>
                <w:noProof/>
              </w:rPr>
              <w:lastRenderedPageBreak/>
              <w:drawing>
                <wp:inline distT="0" distB="0" distL="0" distR="0" wp14:anchorId="407C4C92" wp14:editId="7B924C03">
                  <wp:extent cx="1908000" cy="1431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8.jpg"/>
                          <pic:cNvPicPr/>
                        </pic:nvPicPr>
                        <pic:blipFill>
                          <a:blip r:embed="rId14"/>
                          <a:stretch>
                            <a:fillRect/>
                          </a:stretch>
                        </pic:blipFill>
                        <pic:spPr>
                          <a:xfrm>
                            <a:off x="0" y="0"/>
                            <a:ext cx="1908000" cy="1431000"/>
                          </a:xfrm>
                          <a:prstGeom prst="rect">
                            <a:avLst/>
                          </a:prstGeom>
                        </pic:spPr>
                      </pic:pic>
                    </a:graphicData>
                  </a:graphic>
                </wp:inline>
              </w:drawing>
            </w:r>
          </w:p>
        </w:tc>
        <w:tc>
          <w:tcPr>
            <w:tcW w:w="3175" w:type="dxa"/>
          </w:tcPr>
          <w:p w14:paraId="3A14F22E" w14:textId="77777777" w:rsidR="006C65B0" w:rsidRDefault="00000000">
            <w:pPr>
              <w:jc w:val="center"/>
            </w:pPr>
            <w:r>
              <w:rPr>
                <w:noProof/>
              </w:rPr>
              <w:drawing>
                <wp:anchor distT="0" distB="0" distL="114300" distR="114300" simplePos="0" relativeHeight="251643904" behindDoc="0" locked="0" layoutInCell="1" allowOverlap="1" wp14:anchorId="367AFA2A" wp14:editId="4E63F5A3">
                  <wp:simplePos x="0" y="0"/>
                  <wp:positionH relativeFrom="column">
                    <wp:posOffset>-6264</wp:posOffset>
                  </wp:positionH>
                  <wp:positionV relativeFrom="paragraph">
                    <wp:posOffset>-1055</wp:posOffset>
                  </wp:positionV>
                  <wp:extent cx="1802765" cy="1425469"/>
                  <wp:effectExtent l="0" t="0" r="6985" b="3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9.jpg"/>
                          <pic:cNvPicPr/>
                        </pic:nvPicPr>
                        <pic:blipFill rotWithShape="1">
                          <a:blip r:embed="rId15"/>
                          <a:srcRect l="25925" t="21895" r="797" b="12414"/>
                          <a:stretch>
                            <a:fillRect/>
                          </a:stretch>
                        </pic:blipFill>
                        <pic:spPr bwMode="auto">
                          <a:xfrm>
                            <a:off x="0" y="0"/>
                            <a:ext cx="1825321" cy="1443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175" w:type="dxa"/>
          </w:tcPr>
          <w:p w14:paraId="509BAB06" w14:textId="77777777" w:rsidR="006C65B0" w:rsidRDefault="00000000">
            <w:pPr>
              <w:jc w:val="center"/>
            </w:pPr>
            <w:r>
              <w:rPr>
                <w:noProof/>
              </w:rPr>
              <w:drawing>
                <wp:anchor distT="0" distB="0" distL="114300" distR="114300" simplePos="0" relativeHeight="251644928" behindDoc="0" locked="0" layoutInCell="1" allowOverlap="1" wp14:anchorId="5D252876" wp14:editId="6BD347C0">
                  <wp:simplePos x="0" y="0"/>
                  <wp:positionH relativeFrom="column">
                    <wp:posOffset>-27836</wp:posOffset>
                  </wp:positionH>
                  <wp:positionV relativeFrom="paragraph">
                    <wp:posOffset>84584</wp:posOffset>
                  </wp:positionV>
                  <wp:extent cx="2294738" cy="1339301"/>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10.jpg"/>
                          <pic:cNvPicPr/>
                        </pic:nvPicPr>
                        <pic:blipFill rotWithShape="1">
                          <a:blip r:embed="rId16"/>
                          <a:srcRect l="24193" t="22668" b="15507"/>
                          <a:stretch>
                            <a:fillRect/>
                          </a:stretch>
                        </pic:blipFill>
                        <pic:spPr bwMode="auto">
                          <a:xfrm>
                            <a:off x="0" y="0"/>
                            <a:ext cx="2322709" cy="13556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44C2A2F9" w14:textId="77777777" w:rsidR="006C65B0" w:rsidRDefault="006C65B0"/>
    <w:p w14:paraId="79F30531" w14:textId="77777777" w:rsidR="006C65B0" w:rsidRPr="006C537A" w:rsidRDefault="00000000">
      <w:pPr>
        <w:rPr>
          <w:lang w:val="es-CO"/>
        </w:rPr>
      </w:pPr>
      <w:r w:rsidRPr="006C537A">
        <w:rPr>
          <w:b/>
          <w:sz w:val="18"/>
          <w:lang w:val="es-CO"/>
        </w:rPr>
        <w:t>05/06/2026 - 08/06/2026 — Separador del parador Santana (1.173,75 m²)</w:t>
      </w:r>
    </w:p>
    <w:tbl>
      <w:tblPr>
        <w:tblW w:w="0" w:type="auto"/>
        <w:tblLayout w:type="fixed"/>
        <w:tblLook w:val="04A0" w:firstRow="1" w:lastRow="0" w:firstColumn="1" w:lastColumn="0" w:noHBand="0" w:noVBand="1"/>
      </w:tblPr>
      <w:tblGrid>
        <w:gridCol w:w="3175"/>
        <w:gridCol w:w="3289"/>
        <w:gridCol w:w="3289"/>
      </w:tblGrid>
      <w:tr w:rsidR="006C65B0" w14:paraId="720F30D2" w14:textId="77777777">
        <w:tc>
          <w:tcPr>
            <w:tcW w:w="3175" w:type="dxa"/>
          </w:tcPr>
          <w:p w14:paraId="7B1B27BA" w14:textId="77777777" w:rsidR="006C65B0" w:rsidRPr="00810616" w:rsidRDefault="00000000">
            <w:pPr>
              <w:jc w:val="center"/>
              <w:rPr>
                <w:lang w:val="es-CO"/>
              </w:rPr>
            </w:pPr>
            <w:r>
              <w:rPr>
                <w:noProof/>
              </w:rPr>
              <w:drawing>
                <wp:anchor distT="0" distB="0" distL="114300" distR="114300" simplePos="0" relativeHeight="251645952" behindDoc="0" locked="0" layoutInCell="1" allowOverlap="1" wp14:anchorId="6AF20A12" wp14:editId="23749347">
                  <wp:simplePos x="0" y="0"/>
                  <wp:positionH relativeFrom="column">
                    <wp:posOffset>12547</wp:posOffset>
                  </wp:positionH>
                  <wp:positionV relativeFrom="paragraph">
                    <wp:posOffset>-543</wp:posOffset>
                  </wp:positionV>
                  <wp:extent cx="1852399" cy="1417182"/>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11.jpg"/>
                          <pic:cNvPicPr/>
                        </pic:nvPicPr>
                        <pic:blipFill rotWithShape="1">
                          <a:blip r:embed="rId17"/>
                          <a:srcRect l="2754" t="22152" b="14443"/>
                          <a:stretch>
                            <a:fillRect/>
                          </a:stretch>
                        </pic:blipFill>
                        <pic:spPr bwMode="auto">
                          <a:xfrm>
                            <a:off x="0" y="0"/>
                            <a:ext cx="1866596" cy="1428044"/>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c>
          <w:tcPr>
            <w:tcW w:w="3175" w:type="dxa"/>
          </w:tcPr>
          <w:p w14:paraId="5BCFFF62" w14:textId="77777777" w:rsidR="006C65B0" w:rsidRDefault="00000000">
            <w:pPr>
              <w:jc w:val="center"/>
            </w:pPr>
            <w:r>
              <w:rPr>
                <w:noProof/>
              </w:rPr>
              <w:drawing>
                <wp:inline distT="0" distB="0" distL="0" distR="0" wp14:anchorId="63CBCDBC" wp14:editId="1CA08B0D">
                  <wp:extent cx="1908000" cy="1431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12.jpg"/>
                          <pic:cNvPicPr/>
                        </pic:nvPicPr>
                        <pic:blipFill>
                          <a:blip r:embed="rId18"/>
                          <a:stretch>
                            <a:fillRect/>
                          </a:stretch>
                        </pic:blipFill>
                        <pic:spPr>
                          <a:xfrm>
                            <a:off x="0" y="0"/>
                            <a:ext cx="1908000" cy="1431000"/>
                          </a:xfrm>
                          <a:prstGeom prst="rect">
                            <a:avLst/>
                          </a:prstGeom>
                        </pic:spPr>
                      </pic:pic>
                    </a:graphicData>
                  </a:graphic>
                </wp:inline>
              </w:drawing>
            </w:r>
          </w:p>
        </w:tc>
        <w:tc>
          <w:tcPr>
            <w:tcW w:w="3175" w:type="dxa"/>
          </w:tcPr>
          <w:p w14:paraId="55853355" w14:textId="77777777" w:rsidR="006C65B0" w:rsidRDefault="00000000">
            <w:pPr>
              <w:jc w:val="center"/>
            </w:pPr>
            <w:r>
              <w:rPr>
                <w:noProof/>
              </w:rPr>
              <w:drawing>
                <wp:inline distT="0" distB="0" distL="0" distR="0" wp14:anchorId="56033ED3" wp14:editId="558DFAF8">
                  <wp:extent cx="1908000" cy="1431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13.jpg"/>
                          <pic:cNvPicPr/>
                        </pic:nvPicPr>
                        <pic:blipFill>
                          <a:blip r:embed="rId19"/>
                          <a:stretch>
                            <a:fillRect/>
                          </a:stretch>
                        </pic:blipFill>
                        <pic:spPr>
                          <a:xfrm>
                            <a:off x="0" y="0"/>
                            <a:ext cx="1908000" cy="1431000"/>
                          </a:xfrm>
                          <a:prstGeom prst="rect">
                            <a:avLst/>
                          </a:prstGeom>
                        </pic:spPr>
                      </pic:pic>
                    </a:graphicData>
                  </a:graphic>
                </wp:inline>
              </w:drawing>
            </w:r>
          </w:p>
        </w:tc>
      </w:tr>
      <w:tr w:rsidR="006C65B0" w14:paraId="2F1D8AE7" w14:textId="77777777">
        <w:tc>
          <w:tcPr>
            <w:tcW w:w="3175" w:type="dxa"/>
          </w:tcPr>
          <w:p w14:paraId="4BD0EC89" w14:textId="77777777" w:rsidR="006C65B0" w:rsidRDefault="00000000">
            <w:pPr>
              <w:jc w:val="center"/>
            </w:pPr>
            <w:r>
              <w:rPr>
                <w:noProof/>
              </w:rPr>
              <w:drawing>
                <wp:inline distT="0" distB="0" distL="0" distR="0" wp14:anchorId="42E1DF86" wp14:editId="101988F5">
                  <wp:extent cx="1874973" cy="892299"/>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14.jpg"/>
                          <pic:cNvPicPr/>
                        </pic:nvPicPr>
                        <pic:blipFill rotWithShape="1">
                          <a:blip r:embed="rId20"/>
                          <a:srcRect t="22738" b="13695"/>
                          <a:stretch>
                            <a:fillRect/>
                          </a:stretch>
                        </pic:blipFill>
                        <pic:spPr bwMode="auto">
                          <a:xfrm>
                            <a:off x="0" y="0"/>
                            <a:ext cx="1903238" cy="905750"/>
                          </a:xfrm>
                          <a:prstGeom prst="rect">
                            <a:avLst/>
                          </a:prstGeom>
                          <a:ln>
                            <a:noFill/>
                          </a:ln>
                          <a:extLst>
                            <a:ext uri="{53640926-AAD7-44D8-BBD7-CCE9431645EC}">
                              <a14:shadowObscured xmlns:a14="http://schemas.microsoft.com/office/drawing/2010/main"/>
                            </a:ext>
                          </a:extLst>
                        </pic:spPr>
                      </pic:pic>
                    </a:graphicData>
                  </a:graphic>
                </wp:inline>
              </w:drawing>
            </w:r>
          </w:p>
        </w:tc>
        <w:tc>
          <w:tcPr>
            <w:tcW w:w="3289" w:type="dxa"/>
          </w:tcPr>
          <w:p w14:paraId="290F348A" w14:textId="77777777" w:rsidR="006C65B0" w:rsidRDefault="006C65B0"/>
        </w:tc>
        <w:tc>
          <w:tcPr>
            <w:tcW w:w="3289" w:type="dxa"/>
          </w:tcPr>
          <w:p w14:paraId="475F53C5" w14:textId="77777777" w:rsidR="006C65B0" w:rsidRDefault="006C65B0"/>
        </w:tc>
      </w:tr>
    </w:tbl>
    <w:p w14:paraId="1B668DB2" w14:textId="77777777" w:rsidR="006C65B0" w:rsidRDefault="006C65B0"/>
    <w:p w14:paraId="4856ADF8" w14:textId="77777777" w:rsidR="006C65B0" w:rsidRPr="006C537A" w:rsidRDefault="00000000">
      <w:pPr>
        <w:rPr>
          <w:lang w:val="es-CO"/>
        </w:rPr>
      </w:pPr>
      <w:r w:rsidRPr="006C537A">
        <w:rPr>
          <w:b/>
          <w:sz w:val="18"/>
          <w:lang w:val="es-CO"/>
        </w:rPr>
        <w:t>09/06/2026 — Calle 9, parque Los Naranjos (80,88 m²)</w:t>
      </w:r>
    </w:p>
    <w:tbl>
      <w:tblPr>
        <w:tblW w:w="0" w:type="auto"/>
        <w:tblLayout w:type="fixed"/>
        <w:tblLook w:val="04A0" w:firstRow="1" w:lastRow="0" w:firstColumn="1" w:lastColumn="0" w:noHBand="0" w:noVBand="1"/>
      </w:tblPr>
      <w:tblGrid>
        <w:gridCol w:w="3175"/>
        <w:gridCol w:w="3175"/>
        <w:gridCol w:w="3289"/>
      </w:tblGrid>
      <w:tr w:rsidR="006C65B0" w14:paraId="4FCEB1AB" w14:textId="77777777">
        <w:tc>
          <w:tcPr>
            <w:tcW w:w="3175" w:type="dxa"/>
          </w:tcPr>
          <w:p w14:paraId="405CE7CC" w14:textId="77777777" w:rsidR="006C65B0" w:rsidRDefault="00000000">
            <w:pPr>
              <w:jc w:val="center"/>
            </w:pPr>
            <w:r>
              <w:rPr>
                <w:noProof/>
              </w:rPr>
              <w:drawing>
                <wp:inline distT="0" distB="0" distL="0" distR="0" wp14:anchorId="7F9CEA87" wp14:editId="2B568FEB">
                  <wp:extent cx="1678940" cy="131773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23.jpg"/>
                          <pic:cNvPicPr/>
                        </pic:nvPicPr>
                        <pic:blipFill>
                          <a:blip r:embed="rId21"/>
                          <a:stretch>
                            <a:fillRect/>
                          </a:stretch>
                        </pic:blipFill>
                        <pic:spPr>
                          <a:xfrm>
                            <a:off x="0" y="0"/>
                            <a:ext cx="1688300" cy="1325078"/>
                          </a:xfrm>
                          <a:prstGeom prst="rect">
                            <a:avLst/>
                          </a:prstGeom>
                        </pic:spPr>
                      </pic:pic>
                    </a:graphicData>
                  </a:graphic>
                </wp:inline>
              </w:drawing>
            </w:r>
          </w:p>
        </w:tc>
        <w:tc>
          <w:tcPr>
            <w:tcW w:w="3175" w:type="dxa"/>
          </w:tcPr>
          <w:p w14:paraId="47355BBE" w14:textId="77777777" w:rsidR="006C65B0" w:rsidRDefault="00000000">
            <w:pPr>
              <w:jc w:val="center"/>
            </w:pPr>
            <w:r>
              <w:rPr>
                <w:noProof/>
              </w:rPr>
              <w:drawing>
                <wp:inline distT="0" distB="0" distL="0" distR="0" wp14:anchorId="0595AF00" wp14:editId="34D2E015">
                  <wp:extent cx="1806502" cy="1328781"/>
                  <wp:effectExtent l="0" t="0" r="381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24.jpg"/>
                          <pic:cNvPicPr/>
                        </pic:nvPicPr>
                        <pic:blipFill rotWithShape="1">
                          <a:blip r:embed="rId22"/>
                          <a:srcRect l="21445" t="19427" b="16143"/>
                          <a:stretch>
                            <a:fillRect/>
                          </a:stretch>
                        </pic:blipFill>
                        <pic:spPr bwMode="auto">
                          <a:xfrm>
                            <a:off x="0" y="0"/>
                            <a:ext cx="1826829" cy="1343733"/>
                          </a:xfrm>
                          <a:prstGeom prst="rect">
                            <a:avLst/>
                          </a:prstGeom>
                          <a:ln>
                            <a:noFill/>
                          </a:ln>
                          <a:extLst>
                            <a:ext uri="{53640926-AAD7-44D8-BBD7-CCE9431645EC}">
                              <a14:shadowObscured xmlns:a14="http://schemas.microsoft.com/office/drawing/2010/main"/>
                            </a:ext>
                          </a:extLst>
                        </pic:spPr>
                      </pic:pic>
                    </a:graphicData>
                  </a:graphic>
                </wp:inline>
              </w:drawing>
            </w:r>
          </w:p>
        </w:tc>
        <w:tc>
          <w:tcPr>
            <w:tcW w:w="3289" w:type="dxa"/>
          </w:tcPr>
          <w:p w14:paraId="650D71AC" w14:textId="77777777" w:rsidR="006C65B0" w:rsidRDefault="006C65B0"/>
        </w:tc>
      </w:tr>
    </w:tbl>
    <w:p w14:paraId="4782D353" w14:textId="77777777" w:rsidR="006C65B0" w:rsidRDefault="006C65B0"/>
    <w:p w14:paraId="00F1E7B4" w14:textId="77777777" w:rsidR="006C65B0" w:rsidRPr="006C537A" w:rsidRDefault="00000000">
      <w:pPr>
        <w:rPr>
          <w:lang w:val="es-CO"/>
        </w:rPr>
      </w:pPr>
      <w:r w:rsidRPr="006C537A">
        <w:rPr>
          <w:b/>
          <w:sz w:val="18"/>
          <w:lang w:val="es-CO"/>
        </w:rPr>
        <w:t>09/06/2026 — Calle 12, escuela César Agudelo (241,17 m²)</w:t>
      </w:r>
    </w:p>
    <w:tbl>
      <w:tblPr>
        <w:tblW w:w="0" w:type="auto"/>
        <w:tblLayout w:type="fixed"/>
        <w:tblLook w:val="04A0" w:firstRow="1" w:lastRow="0" w:firstColumn="1" w:lastColumn="0" w:noHBand="0" w:noVBand="1"/>
      </w:tblPr>
      <w:tblGrid>
        <w:gridCol w:w="3175"/>
        <w:gridCol w:w="3175"/>
        <w:gridCol w:w="3289"/>
      </w:tblGrid>
      <w:tr w:rsidR="006C65B0" w14:paraId="785FBA85" w14:textId="77777777">
        <w:tc>
          <w:tcPr>
            <w:tcW w:w="3175" w:type="dxa"/>
          </w:tcPr>
          <w:p w14:paraId="5B52A1FB" w14:textId="77777777" w:rsidR="006C65B0" w:rsidRDefault="00000000">
            <w:pPr>
              <w:jc w:val="center"/>
            </w:pPr>
            <w:r>
              <w:rPr>
                <w:noProof/>
              </w:rPr>
              <w:drawing>
                <wp:inline distT="0" distB="0" distL="0" distR="0" wp14:anchorId="46D0EA73" wp14:editId="47DBD04A">
                  <wp:extent cx="1621610" cy="1216208"/>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25.jpg"/>
                          <pic:cNvPicPr/>
                        </pic:nvPicPr>
                        <pic:blipFill>
                          <a:blip r:embed="rId23"/>
                          <a:stretch>
                            <a:fillRect/>
                          </a:stretch>
                        </pic:blipFill>
                        <pic:spPr>
                          <a:xfrm>
                            <a:off x="0" y="0"/>
                            <a:ext cx="1634650" cy="1225988"/>
                          </a:xfrm>
                          <a:prstGeom prst="rect">
                            <a:avLst/>
                          </a:prstGeom>
                        </pic:spPr>
                      </pic:pic>
                    </a:graphicData>
                  </a:graphic>
                </wp:inline>
              </w:drawing>
            </w:r>
          </w:p>
        </w:tc>
        <w:tc>
          <w:tcPr>
            <w:tcW w:w="3175" w:type="dxa"/>
          </w:tcPr>
          <w:p w14:paraId="0C1CFFDE" w14:textId="77777777" w:rsidR="006C65B0" w:rsidRDefault="00000000">
            <w:pPr>
              <w:jc w:val="center"/>
            </w:pPr>
            <w:r>
              <w:rPr>
                <w:noProof/>
              </w:rPr>
              <w:drawing>
                <wp:anchor distT="0" distB="0" distL="114300" distR="114300" simplePos="0" relativeHeight="251646976" behindDoc="0" locked="0" layoutInCell="1" allowOverlap="1" wp14:anchorId="5924F821" wp14:editId="4A42CE74">
                  <wp:simplePos x="0" y="0"/>
                  <wp:positionH relativeFrom="column">
                    <wp:posOffset>214738</wp:posOffset>
                  </wp:positionH>
                  <wp:positionV relativeFrom="paragraph">
                    <wp:posOffset>-658</wp:posOffset>
                  </wp:positionV>
                  <wp:extent cx="1768025" cy="1223645"/>
                  <wp:effectExtent l="0" t="0" r="381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26.jpg"/>
                          <pic:cNvPicPr/>
                        </pic:nvPicPr>
                        <pic:blipFill rotWithShape="1">
                          <a:blip r:embed="rId24"/>
                          <a:srcRect l="23911" t="23183" b="16266"/>
                          <a:stretch>
                            <a:fillRect/>
                          </a:stretch>
                        </pic:blipFill>
                        <pic:spPr bwMode="auto">
                          <a:xfrm>
                            <a:off x="0" y="0"/>
                            <a:ext cx="1773014" cy="122709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289" w:type="dxa"/>
          </w:tcPr>
          <w:p w14:paraId="4F9092E2" w14:textId="77777777" w:rsidR="006C65B0" w:rsidRDefault="006C65B0"/>
        </w:tc>
      </w:tr>
    </w:tbl>
    <w:p w14:paraId="0B837908" w14:textId="77777777" w:rsidR="006C65B0" w:rsidRDefault="006C65B0"/>
    <w:p w14:paraId="63EBF306" w14:textId="77777777" w:rsidR="00FD7A80" w:rsidRDefault="00FD7A80">
      <w:pPr>
        <w:rPr>
          <w:b/>
          <w:sz w:val="18"/>
          <w:lang w:val="es-CO"/>
        </w:rPr>
      </w:pPr>
    </w:p>
    <w:p w14:paraId="718D8A70" w14:textId="77777777" w:rsidR="00FD7A80" w:rsidRDefault="00FD7A80">
      <w:pPr>
        <w:rPr>
          <w:b/>
          <w:sz w:val="18"/>
          <w:lang w:val="es-CO"/>
        </w:rPr>
      </w:pPr>
    </w:p>
    <w:p w14:paraId="4DC6CCFF" w14:textId="2E56E10F" w:rsidR="006C65B0" w:rsidRPr="006C537A" w:rsidRDefault="00000000">
      <w:pPr>
        <w:rPr>
          <w:lang w:val="es-CO"/>
        </w:rPr>
      </w:pPr>
      <w:r w:rsidRPr="006C537A">
        <w:rPr>
          <w:b/>
          <w:sz w:val="18"/>
          <w:lang w:val="es-CO"/>
        </w:rPr>
        <w:lastRenderedPageBreak/>
        <w:t>09/06/2026 — Curva Arepa de Chócolo (continuación parador Santana, sector La Cadena) (175,16 m²)</w:t>
      </w:r>
    </w:p>
    <w:tbl>
      <w:tblPr>
        <w:tblW w:w="0" w:type="auto"/>
        <w:tblLayout w:type="fixed"/>
        <w:tblLook w:val="04A0" w:firstRow="1" w:lastRow="0" w:firstColumn="1" w:lastColumn="0" w:noHBand="0" w:noVBand="1"/>
      </w:tblPr>
      <w:tblGrid>
        <w:gridCol w:w="3175"/>
        <w:gridCol w:w="3289"/>
        <w:gridCol w:w="3289"/>
      </w:tblGrid>
      <w:tr w:rsidR="006C65B0" w14:paraId="769050DB" w14:textId="77777777">
        <w:tc>
          <w:tcPr>
            <w:tcW w:w="3175" w:type="dxa"/>
          </w:tcPr>
          <w:p w14:paraId="5EB3291A" w14:textId="77777777" w:rsidR="006C65B0" w:rsidRDefault="00000000">
            <w:pPr>
              <w:jc w:val="center"/>
            </w:pPr>
            <w:r>
              <w:rPr>
                <w:noProof/>
              </w:rPr>
              <w:drawing>
                <wp:inline distT="0" distB="0" distL="0" distR="0" wp14:anchorId="680ED4BA" wp14:editId="1C03C74D">
                  <wp:extent cx="1908000" cy="1431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27.jpg"/>
                          <pic:cNvPicPr/>
                        </pic:nvPicPr>
                        <pic:blipFill>
                          <a:blip r:embed="rId25"/>
                          <a:stretch>
                            <a:fillRect/>
                          </a:stretch>
                        </pic:blipFill>
                        <pic:spPr>
                          <a:xfrm>
                            <a:off x="0" y="0"/>
                            <a:ext cx="1908000" cy="1431000"/>
                          </a:xfrm>
                          <a:prstGeom prst="rect">
                            <a:avLst/>
                          </a:prstGeom>
                        </pic:spPr>
                      </pic:pic>
                    </a:graphicData>
                  </a:graphic>
                </wp:inline>
              </w:drawing>
            </w:r>
          </w:p>
        </w:tc>
        <w:tc>
          <w:tcPr>
            <w:tcW w:w="3175" w:type="dxa"/>
          </w:tcPr>
          <w:p w14:paraId="1A3CBBD0" w14:textId="77777777" w:rsidR="006C65B0" w:rsidRDefault="00000000">
            <w:pPr>
              <w:jc w:val="center"/>
            </w:pPr>
            <w:r>
              <w:rPr>
                <w:noProof/>
              </w:rPr>
              <w:drawing>
                <wp:inline distT="0" distB="0" distL="0" distR="0" wp14:anchorId="5801A5BF" wp14:editId="524062E2">
                  <wp:extent cx="1908000" cy="1431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28.jpg"/>
                          <pic:cNvPicPr/>
                        </pic:nvPicPr>
                        <pic:blipFill>
                          <a:blip r:embed="rId26"/>
                          <a:stretch>
                            <a:fillRect/>
                          </a:stretch>
                        </pic:blipFill>
                        <pic:spPr>
                          <a:xfrm>
                            <a:off x="0" y="0"/>
                            <a:ext cx="1908000" cy="1431000"/>
                          </a:xfrm>
                          <a:prstGeom prst="rect">
                            <a:avLst/>
                          </a:prstGeom>
                        </pic:spPr>
                      </pic:pic>
                    </a:graphicData>
                  </a:graphic>
                </wp:inline>
              </w:drawing>
            </w:r>
          </w:p>
        </w:tc>
        <w:tc>
          <w:tcPr>
            <w:tcW w:w="3175" w:type="dxa"/>
          </w:tcPr>
          <w:p w14:paraId="26FDED96" w14:textId="77777777" w:rsidR="006C65B0" w:rsidRDefault="00000000">
            <w:pPr>
              <w:jc w:val="center"/>
            </w:pPr>
            <w:r>
              <w:rPr>
                <w:noProof/>
              </w:rPr>
              <w:drawing>
                <wp:anchor distT="0" distB="0" distL="114300" distR="114300" simplePos="0" relativeHeight="251648000" behindDoc="0" locked="0" layoutInCell="1" allowOverlap="1" wp14:anchorId="0B1E516B" wp14:editId="7FF712CD">
                  <wp:simplePos x="0" y="0"/>
                  <wp:positionH relativeFrom="column">
                    <wp:posOffset>33242</wp:posOffset>
                  </wp:positionH>
                  <wp:positionV relativeFrom="paragraph">
                    <wp:posOffset>43610</wp:posOffset>
                  </wp:positionV>
                  <wp:extent cx="2423992" cy="1374937"/>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29.jpg"/>
                          <pic:cNvPicPr/>
                        </pic:nvPicPr>
                        <pic:blipFill rotWithShape="1">
                          <a:blip r:embed="rId27"/>
                          <a:srcRect l="28176" t="23960" b="13793"/>
                          <a:stretch>
                            <a:fillRect/>
                          </a:stretch>
                        </pic:blipFill>
                        <pic:spPr bwMode="auto">
                          <a:xfrm>
                            <a:off x="0" y="0"/>
                            <a:ext cx="2451424" cy="139049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6C65B0" w14:paraId="5B27E7A7" w14:textId="77777777">
        <w:tc>
          <w:tcPr>
            <w:tcW w:w="3175" w:type="dxa"/>
          </w:tcPr>
          <w:p w14:paraId="197AD8B3" w14:textId="047241E7" w:rsidR="006C65B0" w:rsidRDefault="00000000">
            <w:pPr>
              <w:jc w:val="center"/>
            </w:pPr>
            <w:r>
              <w:rPr>
                <w:noProof/>
              </w:rPr>
              <w:drawing>
                <wp:anchor distT="0" distB="0" distL="114300" distR="114300" simplePos="0" relativeHeight="251649024" behindDoc="0" locked="0" layoutInCell="1" allowOverlap="1" wp14:anchorId="4703EADD" wp14:editId="44993A6F">
                  <wp:simplePos x="0" y="0"/>
                  <wp:positionH relativeFrom="column">
                    <wp:posOffset>3059</wp:posOffset>
                  </wp:positionH>
                  <wp:positionV relativeFrom="paragraph">
                    <wp:posOffset>1557</wp:posOffset>
                  </wp:positionV>
                  <wp:extent cx="1898650" cy="1288170"/>
                  <wp:effectExtent l="0" t="0" r="6350" b="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30.jpg"/>
                          <pic:cNvPicPr/>
                        </pic:nvPicPr>
                        <pic:blipFill rotWithShape="1">
                          <a:blip r:embed="rId28"/>
                          <a:srcRect l="32553" t="23027" b="10692"/>
                          <a:stretch>
                            <a:fillRect/>
                          </a:stretch>
                        </pic:blipFill>
                        <pic:spPr bwMode="auto">
                          <a:xfrm>
                            <a:off x="0" y="0"/>
                            <a:ext cx="1915061" cy="12993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289" w:type="dxa"/>
          </w:tcPr>
          <w:p w14:paraId="18D7F750" w14:textId="77777777" w:rsidR="006C65B0" w:rsidRDefault="006C65B0"/>
        </w:tc>
        <w:tc>
          <w:tcPr>
            <w:tcW w:w="3289" w:type="dxa"/>
          </w:tcPr>
          <w:p w14:paraId="303778F4" w14:textId="77777777" w:rsidR="006C65B0" w:rsidRDefault="006C65B0"/>
        </w:tc>
      </w:tr>
    </w:tbl>
    <w:p w14:paraId="24EEE8A8" w14:textId="77777777" w:rsidR="006C65B0" w:rsidRDefault="006C65B0"/>
    <w:p w14:paraId="20EC1A41" w14:textId="77777777" w:rsidR="00FD7A80" w:rsidRDefault="00FD7A80"/>
    <w:p w14:paraId="515B3213" w14:textId="77777777" w:rsidR="00FD7A80" w:rsidRDefault="00FD7A80"/>
    <w:p w14:paraId="48EC7E41" w14:textId="77777777" w:rsidR="00FD7A80" w:rsidRDefault="00FD7A80"/>
    <w:p w14:paraId="7C603996" w14:textId="77777777" w:rsidR="006C65B0" w:rsidRPr="006C537A" w:rsidRDefault="00000000">
      <w:pPr>
        <w:rPr>
          <w:lang w:val="es-CO"/>
        </w:rPr>
      </w:pPr>
      <w:r w:rsidRPr="006C537A">
        <w:rPr>
          <w:b/>
          <w:sz w:val="18"/>
          <w:lang w:val="es-CO"/>
        </w:rPr>
        <w:t>10/06/2026 — Barranco Parque Arango Zea (1.455,21 m²)</w:t>
      </w:r>
    </w:p>
    <w:tbl>
      <w:tblPr>
        <w:tblW w:w="0" w:type="auto"/>
        <w:tblLayout w:type="fixed"/>
        <w:tblLook w:val="04A0" w:firstRow="1" w:lastRow="0" w:firstColumn="1" w:lastColumn="0" w:noHBand="0" w:noVBand="1"/>
      </w:tblPr>
      <w:tblGrid>
        <w:gridCol w:w="3175"/>
        <w:gridCol w:w="3175"/>
        <w:gridCol w:w="3289"/>
      </w:tblGrid>
      <w:tr w:rsidR="006C65B0" w14:paraId="202E52E5" w14:textId="77777777">
        <w:tc>
          <w:tcPr>
            <w:tcW w:w="3175" w:type="dxa"/>
          </w:tcPr>
          <w:p w14:paraId="128E376A" w14:textId="77777777" w:rsidR="006C65B0" w:rsidRDefault="00000000">
            <w:pPr>
              <w:jc w:val="center"/>
            </w:pPr>
            <w:r>
              <w:rPr>
                <w:noProof/>
              </w:rPr>
              <w:drawing>
                <wp:inline distT="0" distB="0" distL="0" distR="0" wp14:anchorId="074747DF" wp14:editId="2BB33D8B">
                  <wp:extent cx="1645218" cy="1061238"/>
                  <wp:effectExtent l="0" t="0" r="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31.jpg"/>
                          <pic:cNvPicPr/>
                        </pic:nvPicPr>
                        <pic:blipFill rotWithShape="1">
                          <a:blip r:embed="rId29"/>
                          <a:srcRect l="31148" t="20226" b="8809"/>
                          <a:stretch>
                            <a:fillRect/>
                          </a:stretch>
                        </pic:blipFill>
                        <pic:spPr bwMode="auto">
                          <a:xfrm>
                            <a:off x="0" y="0"/>
                            <a:ext cx="1656877" cy="1068759"/>
                          </a:xfrm>
                          <a:prstGeom prst="rect">
                            <a:avLst/>
                          </a:prstGeom>
                          <a:ln>
                            <a:noFill/>
                          </a:ln>
                          <a:extLst>
                            <a:ext uri="{53640926-AAD7-44D8-BBD7-CCE9431645EC}">
                              <a14:shadowObscured xmlns:a14="http://schemas.microsoft.com/office/drawing/2010/main"/>
                            </a:ext>
                          </a:extLst>
                        </pic:spPr>
                      </pic:pic>
                    </a:graphicData>
                  </a:graphic>
                </wp:inline>
              </w:drawing>
            </w:r>
          </w:p>
        </w:tc>
        <w:tc>
          <w:tcPr>
            <w:tcW w:w="3175" w:type="dxa"/>
          </w:tcPr>
          <w:p w14:paraId="74F0A42A" w14:textId="77777777" w:rsidR="006C65B0" w:rsidRDefault="00000000">
            <w:pPr>
              <w:jc w:val="center"/>
            </w:pPr>
            <w:r>
              <w:rPr>
                <w:noProof/>
              </w:rPr>
              <w:drawing>
                <wp:anchor distT="0" distB="0" distL="114300" distR="114300" simplePos="0" relativeHeight="251650048" behindDoc="0" locked="0" layoutInCell="1" allowOverlap="1" wp14:anchorId="250097B4" wp14:editId="456386D2">
                  <wp:simplePos x="0" y="0"/>
                  <wp:positionH relativeFrom="column">
                    <wp:posOffset>-75327</wp:posOffset>
                  </wp:positionH>
                  <wp:positionV relativeFrom="paragraph">
                    <wp:posOffset>57056</wp:posOffset>
                  </wp:positionV>
                  <wp:extent cx="1732270" cy="986226"/>
                  <wp:effectExtent l="0" t="0" r="1905" b="4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32.jpg"/>
                          <pic:cNvPicPr/>
                        </pic:nvPicPr>
                        <pic:blipFill rotWithShape="1">
                          <a:blip r:embed="rId30"/>
                          <a:srcRect l="31305" t="19577" b="10860"/>
                          <a:stretch>
                            <a:fillRect/>
                          </a:stretch>
                        </pic:blipFill>
                        <pic:spPr bwMode="auto">
                          <a:xfrm>
                            <a:off x="0" y="0"/>
                            <a:ext cx="1742995" cy="9923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175" w:type="dxa"/>
          </w:tcPr>
          <w:p w14:paraId="4ED6C41C" w14:textId="77777777" w:rsidR="006C65B0" w:rsidRDefault="00000000">
            <w:pPr>
              <w:jc w:val="center"/>
            </w:pPr>
            <w:r>
              <w:rPr>
                <w:noProof/>
              </w:rPr>
              <w:drawing>
                <wp:anchor distT="0" distB="0" distL="114300" distR="114300" simplePos="0" relativeHeight="251651072" behindDoc="0" locked="0" layoutInCell="1" allowOverlap="1" wp14:anchorId="027E5C69" wp14:editId="111D256B">
                  <wp:simplePos x="0" y="0"/>
                  <wp:positionH relativeFrom="column">
                    <wp:posOffset>-91674</wp:posOffset>
                  </wp:positionH>
                  <wp:positionV relativeFrom="paragraph">
                    <wp:posOffset>64803</wp:posOffset>
                  </wp:positionV>
                  <wp:extent cx="1811655" cy="986155"/>
                  <wp:effectExtent l="0" t="0" r="0" b="4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33.jpg"/>
                          <pic:cNvPicPr/>
                        </pic:nvPicPr>
                        <pic:blipFill>
                          <a:blip r:embed="rId31"/>
                          <a:stretch>
                            <a:fillRect/>
                          </a:stretch>
                        </pic:blipFill>
                        <pic:spPr>
                          <a:xfrm>
                            <a:off x="0" y="0"/>
                            <a:ext cx="1811655" cy="986155"/>
                          </a:xfrm>
                          <a:prstGeom prst="rect">
                            <a:avLst/>
                          </a:prstGeom>
                        </pic:spPr>
                      </pic:pic>
                    </a:graphicData>
                  </a:graphic>
                  <wp14:sizeRelH relativeFrom="margin">
                    <wp14:pctWidth>0</wp14:pctWidth>
                  </wp14:sizeRelH>
                  <wp14:sizeRelV relativeFrom="margin">
                    <wp14:pctHeight>0</wp14:pctHeight>
                  </wp14:sizeRelV>
                </wp:anchor>
              </w:drawing>
            </w:r>
          </w:p>
        </w:tc>
      </w:tr>
      <w:tr w:rsidR="006C65B0" w14:paraId="520BC722" w14:textId="77777777">
        <w:tc>
          <w:tcPr>
            <w:tcW w:w="3175" w:type="dxa"/>
          </w:tcPr>
          <w:p w14:paraId="2C2EE42C" w14:textId="77777777" w:rsidR="006C65B0" w:rsidRDefault="00000000">
            <w:pPr>
              <w:jc w:val="center"/>
            </w:pPr>
            <w:r>
              <w:rPr>
                <w:noProof/>
              </w:rPr>
              <w:drawing>
                <wp:inline distT="0" distB="0" distL="0" distR="0" wp14:anchorId="0F8B3AA6" wp14:editId="7F7F2E70">
                  <wp:extent cx="1646337" cy="809423"/>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34.jpg"/>
                          <pic:cNvPicPr/>
                        </pic:nvPicPr>
                        <pic:blipFill rotWithShape="1">
                          <a:blip r:embed="rId32"/>
                          <a:srcRect l="22593" t="19835" r="-705" b="11858"/>
                          <a:stretch>
                            <a:fillRect/>
                          </a:stretch>
                        </pic:blipFill>
                        <pic:spPr bwMode="auto">
                          <a:xfrm>
                            <a:off x="0" y="0"/>
                            <a:ext cx="1657054" cy="814692"/>
                          </a:xfrm>
                          <a:prstGeom prst="rect">
                            <a:avLst/>
                          </a:prstGeom>
                          <a:ln>
                            <a:noFill/>
                          </a:ln>
                          <a:extLst>
                            <a:ext uri="{53640926-AAD7-44D8-BBD7-CCE9431645EC}">
                              <a14:shadowObscured xmlns:a14="http://schemas.microsoft.com/office/drawing/2010/main"/>
                            </a:ext>
                          </a:extLst>
                        </pic:spPr>
                      </pic:pic>
                    </a:graphicData>
                  </a:graphic>
                </wp:inline>
              </w:drawing>
            </w:r>
          </w:p>
        </w:tc>
        <w:tc>
          <w:tcPr>
            <w:tcW w:w="3175" w:type="dxa"/>
          </w:tcPr>
          <w:p w14:paraId="1DF442AE" w14:textId="77777777" w:rsidR="006C65B0" w:rsidRDefault="00000000">
            <w:pPr>
              <w:jc w:val="center"/>
            </w:pPr>
            <w:r>
              <w:rPr>
                <w:noProof/>
              </w:rPr>
              <w:drawing>
                <wp:inline distT="0" distB="0" distL="0" distR="0" wp14:anchorId="4E4D2C45" wp14:editId="0660594B">
                  <wp:extent cx="1284580" cy="815125"/>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35.jpg"/>
                          <pic:cNvPicPr/>
                        </pic:nvPicPr>
                        <pic:blipFill rotWithShape="1">
                          <a:blip r:embed="rId33"/>
                          <a:srcRect l="37668" t="20865" b="8786"/>
                          <a:stretch>
                            <a:fillRect/>
                          </a:stretch>
                        </pic:blipFill>
                        <pic:spPr bwMode="auto">
                          <a:xfrm>
                            <a:off x="0" y="0"/>
                            <a:ext cx="1295322" cy="821942"/>
                          </a:xfrm>
                          <a:prstGeom prst="rect">
                            <a:avLst/>
                          </a:prstGeom>
                          <a:ln>
                            <a:noFill/>
                          </a:ln>
                          <a:extLst>
                            <a:ext uri="{53640926-AAD7-44D8-BBD7-CCE9431645EC}">
                              <a14:shadowObscured xmlns:a14="http://schemas.microsoft.com/office/drawing/2010/main"/>
                            </a:ext>
                          </a:extLst>
                        </pic:spPr>
                      </pic:pic>
                    </a:graphicData>
                  </a:graphic>
                </wp:inline>
              </w:drawing>
            </w:r>
          </w:p>
        </w:tc>
        <w:tc>
          <w:tcPr>
            <w:tcW w:w="3289" w:type="dxa"/>
          </w:tcPr>
          <w:p w14:paraId="3EAEC6C2" w14:textId="77777777" w:rsidR="006C65B0" w:rsidRDefault="006C65B0"/>
        </w:tc>
      </w:tr>
    </w:tbl>
    <w:p w14:paraId="28E34835" w14:textId="77777777" w:rsidR="006C65B0" w:rsidRDefault="006C65B0"/>
    <w:p w14:paraId="3255DF76" w14:textId="77777777" w:rsidR="006C65B0" w:rsidRPr="006C537A" w:rsidRDefault="00000000">
      <w:pPr>
        <w:rPr>
          <w:lang w:val="es-CO"/>
        </w:rPr>
      </w:pPr>
      <w:r w:rsidRPr="006C537A">
        <w:rPr>
          <w:b/>
          <w:sz w:val="18"/>
          <w:lang w:val="es-CO"/>
        </w:rPr>
        <w:t>10/06/2026 — Zona Parque Simón Bolívar (686,30 m²)</w:t>
      </w:r>
    </w:p>
    <w:tbl>
      <w:tblPr>
        <w:tblW w:w="0" w:type="auto"/>
        <w:tblLayout w:type="fixed"/>
        <w:tblLook w:val="04A0" w:firstRow="1" w:lastRow="0" w:firstColumn="1" w:lastColumn="0" w:noHBand="0" w:noVBand="1"/>
      </w:tblPr>
      <w:tblGrid>
        <w:gridCol w:w="3175"/>
        <w:gridCol w:w="3289"/>
        <w:gridCol w:w="3289"/>
      </w:tblGrid>
      <w:tr w:rsidR="006C65B0" w14:paraId="33B2029E" w14:textId="77777777">
        <w:tc>
          <w:tcPr>
            <w:tcW w:w="3175" w:type="dxa"/>
          </w:tcPr>
          <w:p w14:paraId="236A9347" w14:textId="77777777" w:rsidR="006C65B0" w:rsidRDefault="00000000">
            <w:pPr>
              <w:jc w:val="center"/>
            </w:pPr>
            <w:r>
              <w:rPr>
                <w:noProof/>
              </w:rPr>
              <w:drawing>
                <wp:inline distT="0" distB="0" distL="0" distR="0" wp14:anchorId="2C2B8DD1" wp14:editId="1DEC5389">
                  <wp:extent cx="1908000" cy="14310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36.jpg"/>
                          <pic:cNvPicPr/>
                        </pic:nvPicPr>
                        <pic:blipFill>
                          <a:blip r:embed="rId34"/>
                          <a:stretch>
                            <a:fillRect/>
                          </a:stretch>
                        </pic:blipFill>
                        <pic:spPr>
                          <a:xfrm>
                            <a:off x="0" y="0"/>
                            <a:ext cx="1908000" cy="1431000"/>
                          </a:xfrm>
                          <a:prstGeom prst="rect">
                            <a:avLst/>
                          </a:prstGeom>
                        </pic:spPr>
                      </pic:pic>
                    </a:graphicData>
                  </a:graphic>
                </wp:inline>
              </w:drawing>
            </w:r>
          </w:p>
        </w:tc>
        <w:tc>
          <w:tcPr>
            <w:tcW w:w="3175" w:type="dxa"/>
          </w:tcPr>
          <w:p w14:paraId="4AA0C35D" w14:textId="77777777" w:rsidR="006C65B0" w:rsidRDefault="00000000">
            <w:pPr>
              <w:jc w:val="center"/>
            </w:pPr>
            <w:r>
              <w:rPr>
                <w:noProof/>
              </w:rPr>
              <w:drawing>
                <wp:inline distT="0" distB="0" distL="0" distR="0" wp14:anchorId="0E4D6E20" wp14:editId="4B86780F">
                  <wp:extent cx="1908000" cy="14310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37.jpg"/>
                          <pic:cNvPicPr/>
                        </pic:nvPicPr>
                        <pic:blipFill>
                          <a:blip r:embed="rId35"/>
                          <a:stretch>
                            <a:fillRect/>
                          </a:stretch>
                        </pic:blipFill>
                        <pic:spPr>
                          <a:xfrm>
                            <a:off x="0" y="0"/>
                            <a:ext cx="1908000" cy="1431000"/>
                          </a:xfrm>
                          <a:prstGeom prst="rect">
                            <a:avLst/>
                          </a:prstGeom>
                        </pic:spPr>
                      </pic:pic>
                    </a:graphicData>
                  </a:graphic>
                </wp:inline>
              </w:drawing>
            </w:r>
          </w:p>
        </w:tc>
        <w:tc>
          <w:tcPr>
            <w:tcW w:w="3175" w:type="dxa"/>
          </w:tcPr>
          <w:p w14:paraId="1473A5F2" w14:textId="77777777" w:rsidR="006C65B0" w:rsidRDefault="00000000">
            <w:pPr>
              <w:jc w:val="center"/>
            </w:pPr>
            <w:r>
              <w:rPr>
                <w:noProof/>
              </w:rPr>
              <w:drawing>
                <wp:anchor distT="0" distB="0" distL="114300" distR="114300" simplePos="0" relativeHeight="251652096" behindDoc="0" locked="0" layoutInCell="1" allowOverlap="1" wp14:anchorId="00B8C303" wp14:editId="263146F9">
                  <wp:simplePos x="0" y="0"/>
                  <wp:positionH relativeFrom="column">
                    <wp:posOffset>21325</wp:posOffset>
                  </wp:positionH>
                  <wp:positionV relativeFrom="paragraph">
                    <wp:posOffset>21496</wp:posOffset>
                  </wp:positionV>
                  <wp:extent cx="2135442" cy="1395254"/>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38.jpg"/>
                          <pic:cNvPicPr/>
                        </pic:nvPicPr>
                        <pic:blipFill rotWithShape="1">
                          <a:blip r:embed="rId36"/>
                          <a:srcRect l="41457" t="19319" b="12646"/>
                          <a:stretch>
                            <a:fillRect/>
                          </a:stretch>
                        </pic:blipFill>
                        <pic:spPr bwMode="auto">
                          <a:xfrm>
                            <a:off x="0" y="0"/>
                            <a:ext cx="2142308" cy="1399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6C65B0" w14:paraId="1779B77D" w14:textId="77777777">
        <w:tc>
          <w:tcPr>
            <w:tcW w:w="3175" w:type="dxa"/>
          </w:tcPr>
          <w:p w14:paraId="4F1B28BC" w14:textId="77777777" w:rsidR="006C65B0" w:rsidRDefault="00000000">
            <w:pPr>
              <w:jc w:val="center"/>
            </w:pPr>
            <w:r>
              <w:rPr>
                <w:noProof/>
              </w:rPr>
              <w:drawing>
                <wp:inline distT="0" distB="0" distL="0" distR="0" wp14:anchorId="59FCC52F" wp14:editId="7FB361C8">
                  <wp:extent cx="1578762" cy="1056628"/>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39.jpg"/>
                          <pic:cNvPicPr/>
                        </pic:nvPicPr>
                        <pic:blipFill rotWithShape="1">
                          <a:blip r:embed="rId37"/>
                          <a:srcRect l="41751" t="19061" b="11597"/>
                          <a:stretch>
                            <a:fillRect/>
                          </a:stretch>
                        </pic:blipFill>
                        <pic:spPr bwMode="auto">
                          <a:xfrm>
                            <a:off x="0" y="0"/>
                            <a:ext cx="1596362" cy="1068407"/>
                          </a:xfrm>
                          <a:prstGeom prst="rect">
                            <a:avLst/>
                          </a:prstGeom>
                          <a:ln>
                            <a:noFill/>
                          </a:ln>
                          <a:extLst>
                            <a:ext uri="{53640926-AAD7-44D8-BBD7-CCE9431645EC}">
                              <a14:shadowObscured xmlns:a14="http://schemas.microsoft.com/office/drawing/2010/main"/>
                            </a:ext>
                          </a:extLst>
                        </pic:spPr>
                      </pic:pic>
                    </a:graphicData>
                  </a:graphic>
                </wp:inline>
              </w:drawing>
            </w:r>
          </w:p>
        </w:tc>
        <w:tc>
          <w:tcPr>
            <w:tcW w:w="3175" w:type="dxa"/>
          </w:tcPr>
          <w:p w14:paraId="5FF69D1F" w14:textId="77777777" w:rsidR="006C65B0" w:rsidRDefault="00000000">
            <w:pPr>
              <w:jc w:val="center"/>
            </w:pPr>
            <w:r>
              <w:rPr>
                <w:noProof/>
              </w:rPr>
              <w:drawing>
                <wp:anchor distT="0" distB="0" distL="114300" distR="114300" simplePos="0" relativeHeight="251654144" behindDoc="0" locked="0" layoutInCell="1" allowOverlap="1" wp14:anchorId="245A6CFE" wp14:editId="157BD2FA">
                  <wp:simplePos x="0" y="0"/>
                  <wp:positionH relativeFrom="column">
                    <wp:posOffset>40699</wp:posOffset>
                  </wp:positionH>
                  <wp:positionV relativeFrom="paragraph">
                    <wp:posOffset>6704</wp:posOffset>
                  </wp:positionV>
                  <wp:extent cx="1901031" cy="1041477"/>
                  <wp:effectExtent l="0" t="0" r="4445" b="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40.jpg"/>
                          <pic:cNvPicPr/>
                        </pic:nvPicPr>
                        <pic:blipFill rotWithShape="1">
                          <a:blip r:embed="rId38"/>
                          <a:srcRect l="29979" t="22411" r="629" b="11626"/>
                          <a:stretch>
                            <a:fillRect/>
                          </a:stretch>
                        </pic:blipFill>
                        <pic:spPr bwMode="auto">
                          <a:xfrm>
                            <a:off x="0" y="0"/>
                            <a:ext cx="1917069" cy="105026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175" w:type="dxa"/>
          </w:tcPr>
          <w:p w14:paraId="12F68C86" w14:textId="77777777" w:rsidR="006C65B0" w:rsidRDefault="00000000">
            <w:pPr>
              <w:jc w:val="center"/>
            </w:pPr>
            <w:r>
              <w:rPr>
                <w:noProof/>
              </w:rPr>
              <w:drawing>
                <wp:anchor distT="0" distB="0" distL="114300" distR="114300" simplePos="0" relativeHeight="251655168" behindDoc="0" locked="0" layoutInCell="1" allowOverlap="1" wp14:anchorId="6A6ECA92" wp14:editId="4A598CCC">
                  <wp:simplePos x="0" y="0"/>
                  <wp:positionH relativeFrom="column">
                    <wp:posOffset>57238</wp:posOffset>
                  </wp:positionH>
                  <wp:positionV relativeFrom="paragraph">
                    <wp:posOffset>59193</wp:posOffset>
                  </wp:positionV>
                  <wp:extent cx="1613322" cy="989468"/>
                  <wp:effectExtent l="0" t="0" r="6350" b="1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41.jpg"/>
                          <pic:cNvPicPr/>
                        </pic:nvPicPr>
                        <pic:blipFill rotWithShape="1">
                          <a:blip r:embed="rId39"/>
                          <a:srcRect l="39269" t="22926" b="10824"/>
                          <a:stretch>
                            <a:fillRect/>
                          </a:stretch>
                        </pic:blipFill>
                        <pic:spPr bwMode="auto">
                          <a:xfrm>
                            <a:off x="0" y="0"/>
                            <a:ext cx="1623763" cy="99587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6C65B0" w14:paraId="42C878B4" w14:textId="77777777">
        <w:tc>
          <w:tcPr>
            <w:tcW w:w="3175" w:type="dxa"/>
          </w:tcPr>
          <w:p w14:paraId="338102D7" w14:textId="77777777" w:rsidR="006C65B0" w:rsidRDefault="00000000">
            <w:pPr>
              <w:jc w:val="center"/>
            </w:pPr>
            <w:r>
              <w:rPr>
                <w:noProof/>
              </w:rPr>
              <w:lastRenderedPageBreak/>
              <w:drawing>
                <wp:inline distT="0" distB="0" distL="0" distR="0" wp14:anchorId="31EB2560" wp14:editId="77F66D33">
                  <wp:extent cx="1358687" cy="1024557"/>
                  <wp:effectExtent l="0" t="0" r="0"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42.jpg"/>
                          <pic:cNvPicPr/>
                        </pic:nvPicPr>
                        <pic:blipFill rotWithShape="1">
                          <a:blip r:embed="rId40"/>
                          <a:srcRect l="47520" t="20865" b="8747"/>
                          <a:stretch>
                            <a:fillRect/>
                          </a:stretch>
                        </pic:blipFill>
                        <pic:spPr bwMode="auto">
                          <a:xfrm>
                            <a:off x="0" y="0"/>
                            <a:ext cx="1370026" cy="1033107"/>
                          </a:xfrm>
                          <a:prstGeom prst="rect">
                            <a:avLst/>
                          </a:prstGeom>
                          <a:ln>
                            <a:noFill/>
                          </a:ln>
                          <a:extLst>
                            <a:ext uri="{53640926-AAD7-44D8-BBD7-CCE9431645EC}">
                              <a14:shadowObscured xmlns:a14="http://schemas.microsoft.com/office/drawing/2010/main"/>
                            </a:ext>
                          </a:extLst>
                        </pic:spPr>
                      </pic:pic>
                    </a:graphicData>
                  </a:graphic>
                </wp:inline>
              </w:drawing>
            </w:r>
          </w:p>
        </w:tc>
        <w:tc>
          <w:tcPr>
            <w:tcW w:w="3289" w:type="dxa"/>
          </w:tcPr>
          <w:p w14:paraId="7756B011" w14:textId="77777777" w:rsidR="006C65B0" w:rsidRDefault="006C65B0"/>
        </w:tc>
        <w:tc>
          <w:tcPr>
            <w:tcW w:w="3289" w:type="dxa"/>
          </w:tcPr>
          <w:p w14:paraId="53AD84B2" w14:textId="77777777" w:rsidR="006C65B0" w:rsidRDefault="006C65B0"/>
        </w:tc>
      </w:tr>
    </w:tbl>
    <w:p w14:paraId="1FCB7BA4" w14:textId="77777777" w:rsidR="006C65B0" w:rsidRDefault="006C65B0"/>
    <w:p w14:paraId="5C530BC8" w14:textId="77777777" w:rsidR="006C65B0" w:rsidRDefault="00000000">
      <w:r>
        <w:rPr>
          <w:b/>
          <w:sz w:val="18"/>
        </w:rPr>
        <w:t>10/06/2026 — Sector Hospital (930,87 m²)</w:t>
      </w:r>
    </w:p>
    <w:tbl>
      <w:tblPr>
        <w:tblW w:w="0" w:type="auto"/>
        <w:tblLayout w:type="fixed"/>
        <w:tblLook w:val="04A0" w:firstRow="1" w:lastRow="0" w:firstColumn="1" w:lastColumn="0" w:noHBand="0" w:noVBand="1"/>
      </w:tblPr>
      <w:tblGrid>
        <w:gridCol w:w="3175"/>
        <w:gridCol w:w="3175"/>
        <w:gridCol w:w="3175"/>
      </w:tblGrid>
      <w:tr w:rsidR="006C65B0" w14:paraId="7C05AB01" w14:textId="77777777">
        <w:tc>
          <w:tcPr>
            <w:tcW w:w="3175" w:type="dxa"/>
          </w:tcPr>
          <w:p w14:paraId="78F7E340" w14:textId="77777777" w:rsidR="006C65B0" w:rsidRDefault="00000000">
            <w:pPr>
              <w:jc w:val="center"/>
            </w:pPr>
            <w:r>
              <w:rPr>
                <w:noProof/>
              </w:rPr>
              <w:drawing>
                <wp:inline distT="0" distB="0" distL="0" distR="0" wp14:anchorId="63FD6D23" wp14:editId="0C50BB26">
                  <wp:extent cx="1908000" cy="14310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43.jpg"/>
                          <pic:cNvPicPr/>
                        </pic:nvPicPr>
                        <pic:blipFill>
                          <a:blip r:embed="rId41"/>
                          <a:stretch>
                            <a:fillRect/>
                          </a:stretch>
                        </pic:blipFill>
                        <pic:spPr>
                          <a:xfrm>
                            <a:off x="0" y="0"/>
                            <a:ext cx="1908000" cy="1431000"/>
                          </a:xfrm>
                          <a:prstGeom prst="rect">
                            <a:avLst/>
                          </a:prstGeom>
                        </pic:spPr>
                      </pic:pic>
                    </a:graphicData>
                  </a:graphic>
                </wp:inline>
              </w:drawing>
            </w:r>
          </w:p>
        </w:tc>
        <w:tc>
          <w:tcPr>
            <w:tcW w:w="3175" w:type="dxa"/>
          </w:tcPr>
          <w:p w14:paraId="58D60828" w14:textId="77777777" w:rsidR="006C65B0" w:rsidRDefault="00000000">
            <w:pPr>
              <w:jc w:val="center"/>
            </w:pPr>
            <w:r>
              <w:rPr>
                <w:noProof/>
              </w:rPr>
              <w:drawing>
                <wp:anchor distT="0" distB="0" distL="114300" distR="114300" simplePos="0" relativeHeight="251656192" behindDoc="0" locked="0" layoutInCell="1" allowOverlap="1" wp14:anchorId="102855B5" wp14:editId="687B4EFD">
                  <wp:simplePos x="0" y="0"/>
                  <wp:positionH relativeFrom="column">
                    <wp:posOffset>2024</wp:posOffset>
                  </wp:positionH>
                  <wp:positionV relativeFrom="paragraph">
                    <wp:posOffset>25707</wp:posOffset>
                  </wp:positionV>
                  <wp:extent cx="1818223" cy="1397844"/>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44.jpg"/>
                          <pic:cNvPicPr/>
                        </pic:nvPicPr>
                        <pic:blipFill rotWithShape="1">
                          <a:blip r:embed="rId42"/>
                          <a:srcRect l="37364" t="21133" b="13384"/>
                          <a:stretch>
                            <a:fillRect/>
                          </a:stretch>
                        </pic:blipFill>
                        <pic:spPr bwMode="auto">
                          <a:xfrm>
                            <a:off x="0" y="0"/>
                            <a:ext cx="1832829" cy="140907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175" w:type="dxa"/>
          </w:tcPr>
          <w:p w14:paraId="2603D4C1" w14:textId="77777777" w:rsidR="006C65B0" w:rsidRDefault="00000000">
            <w:pPr>
              <w:jc w:val="center"/>
            </w:pPr>
            <w:r>
              <w:rPr>
                <w:noProof/>
              </w:rPr>
              <w:drawing>
                <wp:anchor distT="0" distB="0" distL="114300" distR="114300" simplePos="0" relativeHeight="251658240" behindDoc="0" locked="0" layoutInCell="1" allowOverlap="1" wp14:anchorId="44A9BD54" wp14:editId="74DECBAE">
                  <wp:simplePos x="0" y="0"/>
                  <wp:positionH relativeFrom="column">
                    <wp:posOffset>38465</wp:posOffset>
                  </wp:positionH>
                  <wp:positionV relativeFrom="paragraph">
                    <wp:posOffset>97532</wp:posOffset>
                  </wp:positionV>
                  <wp:extent cx="2438828" cy="1320493"/>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45.jpg"/>
                          <pic:cNvPicPr/>
                        </pic:nvPicPr>
                        <pic:blipFill rotWithShape="1">
                          <a:blip r:embed="rId43"/>
                          <a:srcRect l="30992" t="22411" r="-22" b="11110"/>
                          <a:stretch>
                            <a:fillRect/>
                          </a:stretch>
                        </pic:blipFill>
                        <pic:spPr bwMode="auto">
                          <a:xfrm>
                            <a:off x="0" y="0"/>
                            <a:ext cx="2452101" cy="1327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6C65B0" w14:paraId="0A9A5CE6" w14:textId="77777777">
        <w:tc>
          <w:tcPr>
            <w:tcW w:w="3175" w:type="dxa"/>
          </w:tcPr>
          <w:p w14:paraId="007E3CBA" w14:textId="77777777" w:rsidR="006C65B0" w:rsidRDefault="00000000">
            <w:pPr>
              <w:jc w:val="center"/>
            </w:pPr>
            <w:r>
              <w:rPr>
                <w:noProof/>
              </w:rPr>
              <w:drawing>
                <wp:inline distT="0" distB="0" distL="0" distR="0" wp14:anchorId="761A117D" wp14:editId="611DD2E2">
                  <wp:extent cx="1908000" cy="14310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46.jpg"/>
                          <pic:cNvPicPr/>
                        </pic:nvPicPr>
                        <pic:blipFill>
                          <a:blip r:embed="rId44"/>
                          <a:stretch>
                            <a:fillRect/>
                          </a:stretch>
                        </pic:blipFill>
                        <pic:spPr>
                          <a:xfrm>
                            <a:off x="0" y="0"/>
                            <a:ext cx="1908000" cy="1431000"/>
                          </a:xfrm>
                          <a:prstGeom prst="rect">
                            <a:avLst/>
                          </a:prstGeom>
                        </pic:spPr>
                      </pic:pic>
                    </a:graphicData>
                  </a:graphic>
                </wp:inline>
              </w:drawing>
            </w:r>
          </w:p>
        </w:tc>
        <w:tc>
          <w:tcPr>
            <w:tcW w:w="3175" w:type="dxa"/>
          </w:tcPr>
          <w:p w14:paraId="05EC6CB0" w14:textId="77777777" w:rsidR="006C65B0" w:rsidRDefault="00000000">
            <w:pPr>
              <w:jc w:val="center"/>
            </w:pPr>
            <w:r>
              <w:rPr>
                <w:noProof/>
              </w:rPr>
              <w:drawing>
                <wp:anchor distT="0" distB="0" distL="114300" distR="114300" simplePos="0" relativeHeight="251659264" behindDoc="0" locked="0" layoutInCell="1" allowOverlap="1" wp14:anchorId="50300649" wp14:editId="2238DB8F">
                  <wp:simplePos x="0" y="0"/>
                  <wp:positionH relativeFrom="column">
                    <wp:posOffset>18599</wp:posOffset>
                  </wp:positionH>
                  <wp:positionV relativeFrom="paragraph">
                    <wp:posOffset>-134</wp:posOffset>
                  </wp:positionV>
                  <wp:extent cx="1807378" cy="1422707"/>
                  <wp:effectExtent l="0" t="0" r="2540" b="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47.jpg"/>
                          <pic:cNvPicPr/>
                        </pic:nvPicPr>
                        <pic:blipFill rotWithShape="1">
                          <a:blip r:embed="rId45"/>
                          <a:srcRect l="38284" t="20607" b="12634"/>
                          <a:stretch>
                            <a:fillRect/>
                          </a:stretch>
                        </pic:blipFill>
                        <pic:spPr bwMode="auto">
                          <a:xfrm>
                            <a:off x="0" y="0"/>
                            <a:ext cx="1824513" cy="1436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175" w:type="dxa"/>
          </w:tcPr>
          <w:p w14:paraId="5A12497E" w14:textId="77777777" w:rsidR="006C65B0" w:rsidRDefault="00000000">
            <w:pPr>
              <w:jc w:val="center"/>
            </w:pPr>
            <w:r>
              <w:rPr>
                <w:noProof/>
              </w:rPr>
              <w:drawing>
                <wp:anchor distT="0" distB="0" distL="114300" distR="114300" simplePos="0" relativeHeight="251660288" behindDoc="0" locked="0" layoutInCell="1" allowOverlap="1" wp14:anchorId="60B7FDC1" wp14:editId="7A4BAE79">
                  <wp:simplePos x="0" y="0"/>
                  <wp:positionH relativeFrom="column">
                    <wp:posOffset>16364</wp:posOffset>
                  </wp:positionH>
                  <wp:positionV relativeFrom="paragraph">
                    <wp:posOffset>52354</wp:posOffset>
                  </wp:positionV>
                  <wp:extent cx="2309688" cy="1364694"/>
                  <wp:effectExtent l="0" t="0" r="0" b="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48.jpg"/>
                          <pic:cNvPicPr/>
                        </pic:nvPicPr>
                        <pic:blipFill rotWithShape="1">
                          <a:blip r:embed="rId46"/>
                          <a:srcRect l="33759" t="19319" b="11066"/>
                          <a:stretch>
                            <a:fillRect/>
                          </a:stretch>
                        </pic:blipFill>
                        <pic:spPr bwMode="auto">
                          <a:xfrm>
                            <a:off x="0" y="0"/>
                            <a:ext cx="2326503" cy="13746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5EEA89EB" w14:textId="77777777" w:rsidR="006C65B0" w:rsidRDefault="006C65B0"/>
    <w:p w14:paraId="66B9D635" w14:textId="77777777" w:rsidR="006C65B0" w:rsidRDefault="00000000">
      <w:r>
        <w:rPr>
          <w:b/>
          <w:sz w:val="18"/>
        </w:rPr>
        <w:t>11/06/2026 — Carrera 3ra (321,62 m²)</w:t>
      </w:r>
    </w:p>
    <w:tbl>
      <w:tblPr>
        <w:tblW w:w="0" w:type="auto"/>
        <w:tblLayout w:type="fixed"/>
        <w:tblLook w:val="04A0" w:firstRow="1" w:lastRow="0" w:firstColumn="1" w:lastColumn="0" w:noHBand="0" w:noVBand="1"/>
      </w:tblPr>
      <w:tblGrid>
        <w:gridCol w:w="3175"/>
        <w:gridCol w:w="3175"/>
        <w:gridCol w:w="3175"/>
      </w:tblGrid>
      <w:tr w:rsidR="006C65B0" w14:paraId="34FC01CA" w14:textId="77777777">
        <w:tc>
          <w:tcPr>
            <w:tcW w:w="3175" w:type="dxa"/>
          </w:tcPr>
          <w:p w14:paraId="025BA74B" w14:textId="77777777" w:rsidR="006C65B0" w:rsidRDefault="00000000">
            <w:pPr>
              <w:jc w:val="center"/>
            </w:pPr>
            <w:r>
              <w:rPr>
                <w:noProof/>
              </w:rPr>
              <w:drawing>
                <wp:inline distT="0" distB="0" distL="0" distR="0" wp14:anchorId="375EA6DB" wp14:editId="7F2BB2A1">
                  <wp:extent cx="1907040" cy="110496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49.jpg"/>
                          <pic:cNvPicPr/>
                        </pic:nvPicPr>
                        <pic:blipFill rotWithShape="1">
                          <a:blip r:embed="rId47"/>
                          <a:srcRect b="26527"/>
                          <a:stretch>
                            <a:fillRect/>
                          </a:stretch>
                        </pic:blipFill>
                        <pic:spPr bwMode="auto">
                          <a:xfrm>
                            <a:off x="0" y="0"/>
                            <a:ext cx="1920246" cy="1112617"/>
                          </a:xfrm>
                          <a:prstGeom prst="rect">
                            <a:avLst/>
                          </a:prstGeom>
                          <a:ln>
                            <a:noFill/>
                          </a:ln>
                          <a:extLst>
                            <a:ext uri="{53640926-AAD7-44D8-BBD7-CCE9431645EC}">
                              <a14:shadowObscured xmlns:a14="http://schemas.microsoft.com/office/drawing/2010/main"/>
                            </a:ext>
                          </a:extLst>
                        </pic:spPr>
                      </pic:pic>
                    </a:graphicData>
                  </a:graphic>
                </wp:inline>
              </w:drawing>
            </w:r>
          </w:p>
        </w:tc>
        <w:tc>
          <w:tcPr>
            <w:tcW w:w="3175" w:type="dxa"/>
          </w:tcPr>
          <w:p w14:paraId="112D9B47" w14:textId="77777777" w:rsidR="006C65B0" w:rsidRDefault="00000000">
            <w:pPr>
              <w:jc w:val="center"/>
            </w:pPr>
            <w:r>
              <w:rPr>
                <w:noProof/>
              </w:rPr>
              <w:drawing>
                <wp:anchor distT="0" distB="0" distL="114300" distR="114300" simplePos="0" relativeHeight="251661312" behindDoc="0" locked="0" layoutInCell="1" allowOverlap="1" wp14:anchorId="72FF91BD" wp14:editId="44715AA2">
                  <wp:simplePos x="0" y="0"/>
                  <wp:positionH relativeFrom="column">
                    <wp:posOffset>51750</wp:posOffset>
                  </wp:positionH>
                  <wp:positionV relativeFrom="paragraph">
                    <wp:posOffset>16953</wp:posOffset>
                  </wp:positionV>
                  <wp:extent cx="1621253" cy="108844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50.jpg"/>
                          <pic:cNvPicPr/>
                        </pic:nvPicPr>
                        <pic:blipFill rotWithShape="1">
                          <a:blip r:embed="rId48"/>
                          <a:srcRect l="44338" t="21122" b="12411"/>
                          <a:stretch>
                            <a:fillRect/>
                          </a:stretch>
                        </pic:blipFill>
                        <pic:spPr bwMode="auto">
                          <a:xfrm>
                            <a:off x="0" y="0"/>
                            <a:ext cx="1624207" cy="109042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175" w:type="dxa"/>
          </w:tcPr>
          <w:p w14:paraId="1DAA9AA9" w14:textId="77777777" w:rsidR="006C65B0" w:rsidRDefault="00000000">
            <w:pPr>
              <w:jc w:val="center"/>
            </w:pPr>
            <w:r>
              <w:rPr>
                <w:noProof/>
              </w:rPr>
              <w:drawing>
                <wp:anchor distT="0" distB="0" distL="114300" distR="114300" simplePos="0" relativeHeight="251662336" behindDoc="0" locked="0" layoutInCell="1" allowOverlap="1" wp14:anchorId="3EB4656A" wp14:editId="4BAECA4C">
                  <wp:simplePos x="0" y="0"/>
                  <wp:positionH relativeFrom="column">
                    <wp:posOffset>-113475</wp:posOffset>
                  </wp:positionH>
                  <wp:positionV relativeFrom="paragraph">
                    <wp:posOffset>88779</wp:posOffset>
                  </wp:positionV>
                  <wp:extent cx="1643710" cy="1016138"/>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51.jpg"/>
                          <pic:cNvPicPr/>
                        </pic:nvPicPr>
                        <pic:blipFill rotWithShape="1">
                          <a:blip r:embed="rId49"/>
                          <a:srcRect l="37524" t="20865" r="-361" b="10041"/>
                          <a:stretch>
                            <a:fillRect/>
                          </a:stretch>
                        </pic:blipFill>
                        <pic:spPr bwMode="auto">
                          <a:xfrm>
                            <a:off x="0" y="0"/>
                            <a:ext cx="1650449" cy="10203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42DD654B" w14:textId="77777777" w:rsidR="006C65B0" w:rsidRDefault="006C65B0"/>
    <w:p w14:paraId="4283CFF4" w14:textId="77777777" w:rsidR="006C65B0" w:rsidRDefault="00000000">
      <w:r>
        <w:rPr>
          <w:b/>
          <w:sz w:val="18"/>
        </w:rPr>
        <w:t>12/06/2026 — Parque Jorge Robledo (502,28 m²)</w:t>
      </w:r>
    </w:p>
    <w:tbl>
      <w:tblPr>
        <w:tblW w:w="0" w:type="auto"/>
        <w:tblLayout w:type="fixed"/>
        <w:tblLook w:val="04A0" w:firstRow="1" w:lastRow="0" w:firstColumn="1" w:lastColumn="0" w:noHBand="0" w:noVBand="1"/>
      </w:tblPr>
      <w:tblGrid>
        <w:gridCol w:w="3175"/>
        <w:gridCol w:w="3175"/>
        <w:gridCol w:w="3175"/>
      </w:tblGrid>
      <w:tr w:rsidR="006C65B0" w14:paraId="4923D867" w14:textId="77777777">
        <w:tc>
          <w:tcPr>
            <w:tcW w:w="3175" w:type="dxa"/>
          </w:tcPr>
          <w:p w14:paraId="55CD9815" w14:textId="77777777" w:rsidR="006C65B0" w:rsidRDefault="00000000">
            <w:pPr>
              <w:jc w:val="center"/>
            </w:pPr>
            <w:r>
              <w:rPr>
                <w:noProof/>
              </w:rPr>
              <w:drawing>
                <wp:inline distT="0" distB="0" distL="0" distR="0" wp14:anchorId="7E72D7D1" wp14:editId="430002EB">
                  <wp:extent cx="1907540" cy="1410788"/>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52.jpg"/>
                          <pic:cNvPicPr/>
                        </pic:nvPicPr>
                        <pic:blipFill>
                          <a:blip r:embed="rId50"/>
                          <a:stretch>
                            <a:fillRect/>
                          </a:stretch>
                        </pic:blipFill>
                        <pic:spPr>
                          <a:xfrm>
                            <a:off x="0" y="0"/>
                            <a:ext cx="1911188" cy="1413486"/>
                          </a:xfrm>
                          <a:prstGeom prst="rect">
                            <a:avLst/>
                          </a:prstGeom>
                        </pic:spPr>
                      </pic:pic>
                    </a:graphicData>
                  </a:graphic>
                </wp:inline>
              </w:drawing>
            </w:r>
          </w:p>
        </w:tc>
        <w:tc>
          <w:tcPr>
            <w:tcW w:w="3175" w:type="dxa"/>
          </w:tcPr>
          <w:p w14:paraId="4B5052AB" w14:textId="77777777" w:rsidR="006C65B0" w:rsidRDefault="00000000">
            <w:pPr>
              <w:jc w:val="center"/>
            </w:pPr>
            <w:r>
              <w:rPr>
                <w:noProof/>
              </w:rPr>
              <w:drawing>
                <wp:inline distT="0" distB="0" distL="0" distR="0" wp14:anchorId="0A5124BD" wp14:editId="511D1969">
                  <wp:extent cx="1907540" cy="1403324"/>
                  <wp:effectExtent l="0" t="0" r="0" b="698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53.jpg"/>
                          <pic:cNvPicPr/>
                        </pic:nvPicPr>
                        <pic:blipFill>
                          <a:blip r:embed="rId51"/>
                          <a:stretch>
                            <a:fillRect/>
                          </a:stretch>
                        </pic:blipFill>
                        <pic:spPr>
                          <a:xfrm>
                            <a:off x="0" y="0"/>
                            <a:ext cx="1915565" cy="1409228"/>
                          </a:xfrm>
                          <a:prstGeom prst="rect">
                            <a:avLst/>
                          </a:prstGeom>
                        </pic:spPr>
                      </pic:pic>
                    </a:graphicData>
                  </a:graphic>
                </wp:inline>
              </w:drawing>
            </w:r>
          </w:p>
        </w:tc>
        <w:tc>
          <w:tcPr>
            <w:tcW w:w="3175" w:type="dxa"/>
          </w:tcPr>
          <w:p w14:paraId="63803952" w14:textId="77777777" w:rsidR="006C65B0" w:rsidRDefault="00000000">
            <w:pPr>
              <w:jc w:val="center"/>
            </w:pPr>
            <w:r>
              <w:rPr>
                <w:noProof/>
              </w:rPr>
              <w:drawing>
                <wp:anchor distT="0" distB="0" distL="114300" distR="114300" simplePos="0" relativeHeight="251663360" behindDoc="0" locked="0" layoutInCell="1" allowOverlap="1" wp14:anchorId="6DD01AC1" wp14:editId="0B93B076">
                  <wp:simplePos x="0" y="0"/>
                  <wp:positionH relativeFrom="column">
                    <wp:posOffset>97323</wp:posOffset>
                  </wp:positionH>
                  <wp:positionV relativeFrom="paragraph">
                    <wp:posOffset>17015</wp:posOffset>
                  </wp:positionV>
                  <wp:extent cx="1885315" cy="1369734"/>
                  <wp:effectExtent l="0" t="0" r="635" b="1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54.jpg"/>
                          <pic:cNvPicPr/>
                        </pic:nvPicPr>
                        <pic:blipFill rotWithShape="1">
                          <a:blip r:embed="rId52"/>
                          <a:srcRect l="40017" t="25166" r="-1" b="12239"/>
                          <a:stretch>
                            <a:fillRect/>
                          </a:stretch>
                        </pic:blipFill>
                        <pic:spPr bwMode="auto">
                          <a:xfrm>
                            <a:off x="0" y="0"/>
                            <a:ext cx="1899286" cy="13798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6C65B0" w14:paraId="2B842AC6" w14:textId="77777777">
        <w:tc>
          <w:tcPr>
            <w:tcW w:w="3175" w:type="dxa"/>
          </w:tcPr>
          <w:p w14:paraId="7F31CA8B" w14:textId="77777777" w:rsidR="006C65B0" w:rsidRDefault="00000000">
            <w:pPr>
              <w:jc w:val="center"/>
            </w:pPr>
            <w:r>
              <w:rPr>
                <w:noProof/>
              </w:rPr>
              <w:lastRenderedPageBreak/>
              <w:drawing>
                <wp:inline distT="0" distB="0" distL="0" distR="0" wp14:anchorId="71EF923F" wp14:editId="74289F2E">
                  <wp:extent cx="1564641" cy="1067422"/>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55.jpg"/>
                          <pic:cNvPicPr/>
                        </pic:nvPicPr>
                        <pic:blipFill rotWithShape="1">
                          <a:blip r:embed="rId53"/>
                          <a:srcRect l="44040" t="18793" b="13305"/>
                          <a:stretch>
                            <a:fillRect/>
                          </a:stretch>
                        </pic:blipFill>
                        <pic:spPr bwMode="auto">
                          <a:xfrm>
                            <a:off x="0" y="0"/>
                            <a:ext cx="1574022" cy="1073822"/>
                          </a:xfrm>
                          <a:prstGeom prst="rect">
                            <a:avLst/>
                          </a:prstGeom>
                          <a:ln>
                            <a:noFill/>
                          </a:ln>
                          <a:extLst>
                            <a:ext uri="{53640926-AAD7-44D8-BBD7-CCE9431645EC}">
                              <a14:shadowObscured xmlns:a14="http://schemas.microsoft.com/office/drawing/2010/main"/>
                            </a:ext>
                          </a:extLst>
                        </pic:spPr>
                      </pic:pic>
                    </a:graphicData>
                  </a:graphic>
                </wp:inline>
              </w:drawing>
            </w:r>
          </w:p>
        </w:tc>
        <w:tc>
          <w:tcPr>
            <w:tcW w:w="3175" w:type="dxa"/>
          </w:tcPr>
          <w:p w14:paraId="3434429D" w14:textId="77777777" w:rsidR="006C65B0" w:rsidRDefault="00000000">
            <w:pPr>
              <w:jc w:val="center"/>
            </w:pPr>
            <w:r>
              <w:rPr>
                <w:noProof/>
              </w:rPr>
              <w:drawing>
                <wp:anchor distT="0" distB="0" distL="114300" distR="114300" simplePos="0" relativeHeight="251664384" behindDoc="0" locked="0" layoutInCell="1" allowOverlap="1" wp14:anchorId="0460470A" wp14:editId="3BE55318">
                  <wp:simplePos x="0" y="0"/>
                  <wp:positionH relativeFrom="column">
                    <wp:posOffset>-10199</wp:posOffset>
                  </wp:positionH>
                  <wp:positionV relativeFrom="paragraph">
                    <wp:posOffset>31282</wp:posOffset>
                  </wp:positionV>
                  <wp:extent cx="1673479" cy="1048761"/>
                  <wp:effectExtent l="0" t="0" r="3175"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56.jpg"/>
                          <pic:cNvPicPr/>
                        </pic:nvPicPr>
                        <pic:blipFill rotWithShape="1">
                          <a:blip r:embed="rId54"/>
                          <a:srcRect l="35630" t="19489" b="8760"/>
                          <a:stretch>
                            <a:fillRect/>
                          </a:stretch>
                        </pic:blipFill>
                        <pic:spPr bwMode="auto">
                          <a:xfrm>
                            <a:off x="0" y="0"/>
                            <a:ext cx="1686659" cy="10570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175" w:type="dxa"/>
          </w:tcPr>
          <w:p w14:paraId="53EC4E49" w14:textId="77777777" w:rsidR="006C65B0" w:rsidRDefault="00000000">
            <w:pPr>
              <w:jc w:val="center"/>
            </w:pPr>
            <w:r>
              <w:rPr>
                <w:noProof/>
              </w:rPr>
              <w:drawing>
                <wp:anchor distT="0" distB="0" distL="114300" distR="114300" simplePos="0" relativeHeight="251665408" behindDoc="0" locked="0" layoutInCell="1" allowOverlap="1" wp14:anchorId="0A43CD86" wp14:editId="67B18A58">
                  <wp:simplePos x="0" y="0"/>
                  <wp:positionH relativeFrom="column">
                    <wp:posOffset>-33642</wp:posOffset>
                  </wp:positionH>
                  <wp:positionV relativeFrom="paragraph">
                    <wp:posOffset>27395</wp:posOffset>
                  </wp:positionV>
                  <wp:extent cx="1630237" cy="1030099"/>
                  <wp:effectExtent l="0" t="0" r="8255"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57.jpg"/>
                          <pic:cNvPicPr/>
                        </pic:nvPicPr>
                        <pic:blipFill rotWithShape="1">
                          <a:blip r:embed="rId55"/>
                          <a:srcRect l="38374" t="20532" b="10208"/>
                          <a:stretch>
                            <a:fillRect/>
                          </a:stretch>
                        </pic:blipFill>
                        <pic:spPr bwMode="auto">
                          <a:xfrm>
                            <a:off x="0" y="0"/>
                            <a:ext cx="1630237" cy="1030099"/>
                          </a:xfrm>
                          <a:prstGeom prst="rect">
                            <a:avLst/>
                          </a:prstGeom>
                          <a:ln>
                            <a:noFill/>
                          </a:ln>
                          <a:extLst>
                            <a:ext uri="{53640926-AAD7-44D8-BBD7-CCE9431645EC}">
                              <a14:shadowObscured xmlns:a14="http://schemas.microsoft.com/office/drawing/2010/main"/>
                            </a:ext>
                          </a:extLst>
                        </pic:spPr>
                      </pic:pic>
                    </a:graphicData>
                  </a:graphic>
                </wp:anchor>
              </w:drawing>
            </w:r>
          </w:p>
        </w:tc>
      </w:tr>
    </w:tbl>
    <w:p w14:paraId="0869C91F" w14:textId="7D702131" w:rsidR="006C65B0" w:rsidRDefault="006C65B0"/>
    <w:p w14:paraId="5D555FE9" w14:textId="1AB33C37" w:rsidR="006C65B0" w:rsidRDefault="0073175C">
      <w:r>
        <w:rPr>
          <w:noProof/>
        </w:rPr>
        <w:drawing>
          <wp:anchor distT="0" distB="0" distL="114300" distR="114300" simplePos="0" relativeHeight="251657216" behindDoc="0" locked="0" layoutInCell="1" allowOverlap="1" wp14:anchorId="6D19ECE8" wp14:editId="0564535D">
            <wp:simplePos x="0" y="0"/>
            <wp:positionH relativeFrom="column">
              <wp:posOffset>68891</wp:posOffset>
            </wp:positionH>
            <wp:positionV relativeFrom="paragraph">
              <wp:posOffset>3122242</wp:posOffset>
            </wp:positionV>
            <wp:extent cx="1761620" cy="1015585"/>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67.jpg"/>
                    <pic:cNvPicPr/>
                  </pic:nvPicPr>
                  <pic:blipFill rotWithShape="1">
                    <a:blip r:embed="rId56"/>
                    <a:srcRect l="30145" t="19141" r="215" b="9451"/>
                    <a:stretch>
                      <a:fillRect/>
                    </a:stretch>
                  </pic:blipFill>
                  <pic:spPr bwMode="auto">
                    <a:xfrm>
                      <a:off x="0" y="0"/>
                      <a:ext cx="1769092" cy="10198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sz w:val="18"/>
        </w:rPr>
        <w:t>12/06/2026 — Cristo Rey (472,15 m²)</w:t>
      </w:r>
    </w:p>
    <w:tbl>
      <w:tblPr>
        <w:tblW w:w="0" w:type="auto"/>
        <w:tblLayout w:type="fixed"/>
        <w:tblLook w:val="04A0" w:firstRow="1" w:lastRow="0" w:firstColumn="1" w:lastColumn="0" w:noHBand="0" w:noVBand="1"/>
      </w:tblPr>
      <w:tblGrid>
        <w:gridCol w:w="3175"/>
        <w:gridCol w:w="3289"/>
        <w:gridCol w:w="3289"/>
      </w:tblGrid>
      <w:tr w:rsidR="006C65B0" w14:paraId="3A1546B3" w14:textId="77777777">
        <w:tc>
          <w:tcPr>
            <w:tcW w:w="3175" w:type="dxa"/>
          </w:tcPr>
          <w:p w14:paraId="2F4D4995" w14:textId="77777777" w:rsidR="006C65B0" w:rsidRDefault="00000000">
            <w:pPr>
              <w:jc w:val="center"/>
            </w:pPr>
            <w:r>
              <w:rPr>
                <w:noProof/>
              </w:rPr>
              <w:drawing>
                <wp:inline distT="0" distB="0" distL="0" distR="0" wp14:anchorId="66EC8E6C" wp14:editId="26A47026">
                  <wp:extent cx="1851193" cy="1388395"/>
                  <wp:effectExtent l="0" t="0" r="0" b="254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61.jpg"/>
                          <pic:cNvPicPr/>
                        </pic:nvPicPr>
                        <pic:blipFill>
                          <a:blip r:embed="rId57"/>
                          <a:stretch>
                            <a:fillRect/>
                          </a:stretch>
                        </pic:blipFill>
                        <pic:spPr>
                          <a:xfrm>
                            <a:off x="0" y="0"/>
                            <a:ext cx="1852501" cy="1389376"/>
                          </a:xfrm>
                          <a:prstGeom prst="rect">
                            <a:avLst/>
                          </a:prstGeom>
                        </pic:spPr>
                      </pic:pic>
                    </a:graphicData>
                  </a:graphic>
                </wp:inline>
              </w:drawing>
            </w:r>
          </w:p>
        </w:tc>
        <w:tc>
          <w:tcPr>
            <w:tcW w:w="3175" w:type="dxa"/>
          </w:tcPr>
          <w:p w14:paraId="430CAE19" w14:textId="77777777" w:rsidR="006C65B0" w:rsidRDefault="00000000">
            <w:pPr>
              <w:jc w:val="center"/>
            </w:pPr>
            <w:r>
              <w:rPr>
                <w:noProof/>
              </w:rPr>
              <w:drawing>
                <wp:inline distT="0" distB="0" distL="0" distR="0" wp14:anchorId="2CF051A4" wp14:editId="21390238">
                  <wp:extent cx="1907540" cy="1388110"/>
                  <wp:effectExtent l="0" t="0" r="0" b="254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62.jpg"/>
                          <pic:cNvPicPr/>
                        </pic:nvPicPr>
                        <pic:blipFill>
                          <a:blip r:embed="rId58"/>
                          <a:stretch>
                            <a:fillRect/>
                          </a:stretch>
                        </pic:blipFill>
                        <pic:spPr>
                          <a:xfrm>
                            <a:off x="0" y="0"/>
                            <a:ext cx="1912324" cy="1391591"/>
                          </a:xfrm>
                          <a:prstGeom prst="rect">
                            <a:avLst/>
                          </a:prstGeom>
                        </pic:spPr>
                      </pic:pic>
                    </a:graphicData>
                  </a:graphic>
                </wp:inline>
              </w:drawing>
            </w:r>
          </w:p>
        </w:tc>
        <w:tc>
          <w:tcPr>
            <w:tcW w:w="3175" w:type="dxa"/>
          </w:tcPr>
          <w:p w14:paraId="587FCE2C" w14:textId="77777777" w:rsidR="006C65B0" w:rsidRDefault="00000000">
            <w:pPr>
              <w:jc w:val="center"/>
            </w:pPr>
            <w:r>
              <w:rPr>
                <w:noProof/>
              </w:rPr>
              <w:drawing>
                <wp:inline distT="0" distB="0" distL="0" distR="0" wp14:anchorId="2823DAC5" wp14:editId="7C56C35C">
                  <wp:extent cx="2051158" cy="1388110"/>
                  <wp:effectExtent l="0" t="0" r="6350" b="254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63.jpg"/>
                          <pic:cNvPicPr/>
                        </pic:nvPicPr>
                        <pic:blipFill rotWithShape="1">
                          <a:blip r:embed="rId59"/>
                          <a:srcRect l="1762" t="22634" r="606" b="8822"/>
                          <a:stretch>
                            <a:fillRect/>
                          </a:stretch>
                        </pic:blipFill>
                        <pic:spPr bwMode="auto">
                          <a:xfrm>
                            <a:off x="0" y="0"/>
                            <a:ext cx="2078891" cy="1406878"/>
                          </a:xfrm>
                          <a:prstGeom prst="rect">
                            <a:avLst/>
                          </a:prstGeom>
                          <a:ln>
                            <a:noFill/>
                          </a:ln>
                          <a:extLst>
                            <a:ext uri="{53640926-AAD7-44D8-BBD7-CCE9431645EC}">
                              <a14:shadowObscured xmlns:a14="http://schemas.microsoft.com/office/drawing/2010/main"/>
                            </a:ext>
                          </a:extLst>
                        </pic:spPr>
                      </pic:pic>
                    </a:graphicData>
                  </a:graphic>
                </wp:inline>
              </w:drawing>
            </w:r>
          </w:p>
        </w:tc>
      </w:tr>
      <w:tr w:rsidR="006C65B0" w14:paraId="640D386C" w14:textId="77777777">
        <w:tc>
          <w:tcPr>
            <w:tcW w:w="3175" w:type="dxa"/>
          </w:tcPr>
          <w:p w14:paraId="5D461D43" w14:textId="77777777" w:rsidR="006C65B0" w:rsidRDefault="00000000">
            <w:pPr>
              <w:jc w:val="center"/>
            </w:pPr>
            <w:r>
              <w:rPr>
                <w:noProof/>
              </w:rPr>
              <w:drawing>
                <wp:inline distT="0" distB="0" distL="0" distR="0" wp14:anchorId="6493A162" wp14:editId="140E5E4B">
                  <wp:extent cx="1805940" cy="1056225"/>
                  <wp:effectExtent l="0" t="0" r="381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64.jpg"/>
                          <pic:cNvPicPr/>
                        </pic:nvPicPr>
                        <pic:blipFill rotWithShape="1">
                          <a:blip r:embed="rId60"/>
                          <a:srcRect l="35422" t="20538" b="12302"/>
                          <a:stretch>
                            <a:fillRect/>
                          </a:stretch>
                        </pic:blipFill>
                        <pic:spPr bwMode="auto">
                          <a:xfrm>
                            <a:off x="0" y="0"/>
                            <a:ext cx="1821790" cy="1065495"/>
                          </a:xfrm>
                          <a:prstGeom prst="rect">
                            <a:avLst/>
                          </a:prstGeom>
                          <a:ln>
                            <a:noFill/>
                          </a:ln>
                          <a:extLst>
                            <a:ext uri="{53640926-AAD7-44D8-BBD7-CCE9431645EC}">
                              <a14:shadowObscured xmlns:a14="http://schemas.microsoft.com/office/drawing/2010/main"/>
                            </a:ext>
                          </a:extLst>
                        </pic:spPr>
                      </pic:pic>
                    </a:graphicData>
                  </a:graphic>
                </wp:inline>
              </w:drawing>
            </w:r>
          </w:p>
        </w:tc>
        <w:tc>
          <w:tcPr>
            <w:tcW w:w="3175" w:type="dxa"/>
          </w:tcPr>
          <w:p w14:paraId="65DD842E" w14:textId="77777777" w:rsidR="006C65B0" w:rsidRDefault="00000000">
            <w:pPr>
              <w:jc w:val="center"/>
            </w:pPr>
            <w:r>
              <w:rPr>
                <w:noProof/>
              </w:rPr>
              <w:drawing>
                <wp:inline distT="0" distB="0" distL="0" distR="0" wp14:anchorId="236E155C" wp14:editId="17B484FB">
                  <wp:extent cx="1905041" cy="1041297"/>
                  <wp:effectExtent l="0" t="0" r="0" b="698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65.jpg"/>
                          <pic:cNvPicPr/>
                        </pic:nvPicPr>
                        <pic:blipFill rotWithShape="1">
                          <a:blip r:embed="rId61"/>
                          <a:srcRect t="19837" b="11212"/>
                          <a:stretch>
                            <a:fillRect/>
                          </a:stretch>
                        </pic:blipFill>
                        <pic:spPr bwMode="auto">
                          <a:xfrm>
                            <a:off x="0" y="0"/>
                            <a:ext cx="1917409" cy="1048057"/>
                          </a:xfrm>
                          <a:prstGeom prst="rect">
                            <a:avLst/>
                          </a:prstGeom>
                          <a:ln>
                            <a:noFill/>
                          </a:ln>
                          <a:extLst>
                            <a:ext uri="{53640926-AAD7-44D8-BBD7-CCE9431645EC}">
                              <a14:shadowObscured xmlns:a14="http://schemas.microsoft.com/office/drawing/2010/main"/>
                            </a:ext>
                          </a:extLst>
                        </pic:spPr>
                      </pic:pic>
                    </a:graphicData>
                  </a:graphic>
                </wp:inline>
              </w:drawing>
            </w:r>
          </w:p>
        </w:tc>
        <w:tc>
          <w:tcPr>
            <w:tcW w:w="3175" w:type="dxa"/>
          </w:tcPr>
          <w:p w14:paraId="7E24C7AD" w14:textId="77777777" w:rsidR="006C65B0" w:rsidRDefault="00000000">
            <w:pPr>
              <w:jc w:val="center"/>
            </w:pPr>
            <w:r>
              <w:rPr>
                <w:noProof/>
              </w:rPr>
              <w:drawing>
                <wp:inline distT="0" distB="0" distL="0" distR="0" wp14:anchorId="2775CC14" wp14:editId="38558E76">
                  <wp:extent cx="2019144" cy="1025488"/>
                  <wp:effectExtent l="0" t="0" r="635" b="381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66.jpg"/>
                          <pic:cNvPicPr/>
                        </pic:nvPicPr>
                        <pic:blipFill rotWithShape="1">
                          <a:blip r:embed="rId62"/>
                          <a:srcRect l="2741" t="19837" b="11212"/>
                          <a:stretch>
                            <a:fillRect/>
                          </a:stretch>
                        </pic:blipFill>
                        <pic:spPr bwMode="auto">
                          <a:xfrm>
                            <a:off x="0" y="0"/>
                            <a:ext cx="2042856" cy="1037531"/>
                          </a:xfrm>
                          <a:prstGeom prst="rect">
                            <a:avLst/>
                          </a:prstGeom>
                          <a:ln>
                            <a:noFill/>
                          </a:ln>
                          <a:extLst>
                            <a:ext uri="{53640926-AAD7-44D8-BBD7-CCE9431645EC}">
                              <a14:shadowObscured xmlns:a14="http://schemas.microsoft.com/office/drawing/2010/main"/>
                            </a:ext>
                          </a:extLst>
                        </pic:spPr>
                      </pic:pic>
                    </a:graphicData>
                  </a:graphic>
                </wp:inline>
              </w:drawing>
            </w:r>
          </w:p>
        </w:tc>
      </w:tr>
      <w:tr w:rsidR="006C65B0" w14:paraId="01F08129" w14:textId="77777777">
        <w:tc>
          <w:tcPr>
            <w:tcW w:w="3175" w:type="dxa"/>
          </w:tcPr>
          <w:p w14:paraId="6A3A7BBF" w14:textId="53165477" w:rsidR="006C65B0" w:rsidRDefault="006C65B0">
            <w:pPr>
              <w:jc w:val="center"/>
            </w:pPr>
          </w:p>
        </w:tc>
        <w:tc>
          <w:tcPr>
            <w:tcW w:w="3289" w:type="dxa"/>
          </w:tcPr>
          <w:p w14:paraId="60AA3988" w14:textId="77777777" w:rsidR="006C65B0" w:rsidRDefault="006C65B0"/>
        </w:tc>
        <w:tc>
          <w:tcPr>
            <w:tcW w:w="3289" w:type="dxa"/>
          </w:tcPr>
          <w:p w14:paraId="7D6E0CDD" w14:textId="77777777" w:rsidR="006C65B0" w:rsidRDefault="006C65B0"/>
        </w:tc>
      </w:tr>
    </w:tbl>
    <w:p w14:paraId="0297B393" w14:textId="77777777" w:rsidR="006C65B0" w:rsidRDefault="006C65B0"/>
    <w:p w14:paraId="4D44FAAB" w14:textId="77777777" w:rsidR="0073175C" w:rsidRDefault="0073175C"/>
    <w:p w14:paraId="4A3840EC" w14:textId="77777777" w:rsidR="0073175C" w:rsidRDefault="0073175C"/>
    <w:p w14:paraId="2F5829CD" w14:textId="77777777" w:rsidR="0073175C" w:rsidRDefault="0073175C"/>
    <w:p w14:paraId="10D0D24B" w14:textId="77777777" w:rsidR="006C65B0" w:rsidRPr="006C537A" w:rsidRDefault="00000000">
      <w:pPr>
        <w:rPr>
          <w:lang w:val="es-CO"/>
        </w:rPr>
      </w:pPr>
      <w:r w:rsidRPr="006C537A">
        <w:rPr>
          <w:b/>
          <w:sz w:val="18"/>
          <w:lang w:val="es-CO"/>
        </w:rPr>
        <w:t>14/06/2026 — Parque Los Naranjos, parte baja (1.440,09 m²)</w:t>
      </w:r>
    </w:p>
    <w:tbl>
      <w:tblPr>
        <w:tblW w:w="0" w:type="auto"/>
        <w:tblLayout w:type="fixed"/>
        <w:tblLook w:val="04A0" w:firstRow="1" w:lastRow="0" w:firstColumn="1" w:lastColumn="0" w:noHBand="0" w:noVBand="1"/>
      </w:tblPr>
      <w:tblGrid>
        <w:gridCol w:w="3175"/>
        <w:gridCol w:w="3175"/>
        <w:gridCol w:w="3175"/>
      </w:tblGrid>
      <w:tr w:rsidR="006C65B0" w14:paraId="5C2F7416" w14:textId="77777777">
        <w:tc>
          <w:tcPr>
            <w:tcW w:w="3175" w:type="dxa"/>
          </w:tcPr>
          <w:p w14:paraId="36204116" w14:textId="77777777" w:rsidR="006C65B0" w:rsidRDefault="00000000">
            <w:pPr>
              <w:jc w:val="center"/>
            </w:pPr>
            <w:r>
              <w:rPr>
                <w:noProof/>
              </w:rPr>
              <w:drawing>
                <wp:inline distT="0" distB="0" distL="0" distR="0" wp14:anchorId="70988447" wp14:editId="26178B09">
                  <wp:extent cx="1908000" cy="14310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58.jpg"/>
                          <pic:cNvPicPr/>
                        </pic:nvPicPr>
                        <pic:blipFill>
                          <a:blip r:embed="rId63"/>
                          <a:stretch>
                            <a:fillRect/>
                          </a:stretch>
                        </pic:blipFill>
                        <pic:spPr>
                          <a:xfrm>
                            <a:off x="0" y="0"/>
                            <a:ext cx="1908000" cy="1431000"/>
                          </a:xfrm>
                          <a:prstGeom prst="rect">
                            <a:avLst/>
                          </a:prstGeom>
                        </pic:spPr>
                      </pic:pic>
                    </a:graphicData>
                  </a:graphic>
                </wp:inline>
              </w:drawing>
            </w:r>
          </w:p>
        </w:tc>
        <w:tc>
          <w:tcPr>
            <w:tcW w:w="3175" w:type="dxa"/>
          </w:tcPr>
          <w:p w14:paraId="0E6DC3E7" w14:textId="77777777" w:rsidR="006C65B0" w:rsidRDefault="00000000">
            <w:pPr>
              <w:jc w:val="center"/>
            </w:pPr>
            <w:r>
              <w:rPr>
                <w:noProof/>
              </w:rPr>
              <w:drawing>
                <wp:inline distT="0" distB="0" distL="0" distR="0" wp14:anchorId="703D99D4" wp14:editId="064357C0">
                  <wp:extent cx="1908000" cy="14310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59.jpg"/>
                          <pic:cNvPicPr/>
                        </pic:nvPicPr>
                        <pic:blipFill>
                          <a:blip r:embed="rId64"/>
                          <a:stretch>
                            <a:fillRect/>
                          </a:stretch>
                        </pic:blipFill>
                        <pic:spPr>
                          <a:xfrm>
                            <a:off x="0" y="0"/>
                            <a:ext cx="1908000" cy="1431000"/>
                          </a:xfrm>
                          <a:prstGeom prst="rect">
                            <a:avLst/>
                          </a:prstGeom>
                        </pic:spPr>
                      </pic:pic>
                    </a:graphicData>
                  </a:graphic>
                </wp:inline>
              </w:drawing>
            </w:r>
          </w:p>
        </w:tc>
        <w:tc>
          <w:tcPr>
            <w:tcW w:w="3175" w:type="dxa"/>
          </w:tcPr>
          <w:p w14:paraId="24012D31" w14:textId="77777777" w:rsidR="006C65B0" w:rsidRDefault="00000000">
            <w:pPr>
              <w:jc w:val="center"/>
            </w:pPr>
            <w:r>
              <w:rPr>
                <w:noProof/>
              </w:rPr>
              <w:drawing>
                <wp:anchor distT="0" distB="0" distL="114300" distR="114300" simplePos="0" relativeHeight="251666432" behindDoc="0" locked="0" layoutInCell="1" allowOverlap="1" wp14:anchorId="608A0C6E" wp14:editId="0EA504F5">
                  <wp:simplePos x="0" y="0"/>
                  <wp:positionH relativeFrom="column">
                    <wp:posOffset>22679</wp:posOffset>
                  </wp:positionH>
                  <wp:positionV relativeFrom="paragraph">
                    <wp:posOffset>20074</wp:posOffset>
                  </wp:positionV>
                  <wp:extent cx="2201383" cy="1403324"/>
                  <wp:effectExtent l="0" t="0" r="8890" b="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60.jpg"/>
                          <pic:cNvPicPr/>
                        </pic:nvPicPr>
                        <pic:blipFill rotWithShape="1">
                          <a:blip r:embed="rId65"/>
                          <a:srcRect l="29373" t="18793" b="14364"/>
                          <a:stretch>
                            <a:fillRect/>
                          </a:stretch>
                        </pic:blipFill>
                        <pic:spPr bwMode="auto">
                          <a:xfrm>
                            <a:off x="0" y="0"/>
                            <a:ext cx="2218095" cy="141397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23854E2E" w14:textId="77777777" w:rsidR="006C65B0" w:rsidRDefault="006C65B0"/>
    <w:p w14:paraId="4C14FA8D" w14:textId="77777777" w:rsidR="006C65B0" w:rsidRDefault="00000000">
      <w:r>
        <w:rPr>
          <w:b/>
          <w:sz w:val="18"/>
        </w:rPr>
        <w:t>25/06/2026 — Sector Las Playas (563,91 m²)</w:t>
      </w:r>
    </w:p>
    <w:tbl>
      <w:tblPr>
        <w:tblW w:w="0" w:type="auto"/>
        <w:tblLayout w:type="fixed"/>
        <w:tblLook w:val="04A0" w:firstRow="1" w:lastRow="0" w:firstColumn="1" w:lastColumn="0" w:noHBand="0" w:noVBand="1"/>
      </w:tblPr>
      <w:tblGrid>
        <w:gridCol w:w="3175"/>
        <w:gridCol w:w="3289"/>
        <w:gridCol w:w="3289"/>
      </w:tblGrid>
      <w:tr w:rsidR="006C65B0" w14:paraId="4CEAE3C5" w14:textId="77777777">
        <w:tc>
          <w:tcPr>
            <w:tcW w:w="3175" w:type="dxa"/>
          </w:tcPr>
          <w:p w14:paraId="5BDCC3C5" w14:textId="77777777" w:rsidR="006C65B0" w:rsidRDefault="00000000">
            <w:pPr>
              <w:jc w:val="center"/>
            </w:pPr>
            <w:r>
              <w:rPr>
                <w:noProof/>
              </w:rPr>
              <w:lastRenderedPageBreak/>
              <w:drawing>
                <wp:inline distT="0" distB="0" distL="0" distR="0" wp14:anchorId="7FD83BC8" wp14:editId="59B1B2D2">
                  <wp:extent cx="1811789" cy="1041296"/>
                  <wp:effectExtent l="0" t="0" r="0"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79.jpg"/>
                          <pic:cNvPicPr/>
                        </pic:nvPicPr>
                        <pic:blipFill rotWithShape="1">
                          <a:blip r:embed="rId66"/>
                          <a:srcRect l="30531" t="18445" b="10541"/>
                          <a:stretch>
                            <a:fillRect/>
                          </a:stretch>
                        </pic:blipFill>
                        <pic:spPr bwMode="auto">
                          <a:xfrm>
                            <a:off x="0" y="0"/>
                            <a:ext cx="1820223" cy="1046143"/>
                          </a:xfrm>
                          <a:prstGeom prst="rect">
                            <a:avLst/>
                          </a:prstGeom>
                          <a:ln>
                            <a:noFill/>
                          </a:ln>
                          <a:extLst>
                            <a:ext uri="{53640926-AAD7-44D8-BBD7-CCE9431645EC}">
                              <a14:shadowObscured xmlns:a14="http://schemas.microsoft.com/office/drawing/2010/main"/>
                            </a:ext>
                          </a:extLst>
                        </pic:spPr>
                      </pic:pic>
                    </a:graphicData>
                  </a:graphic>
                </wp:inline>
              </w:drawing>
            </w:r>
          </w:p>
        </w:tc>
        <w:tc>
          <w:tcPr>
            <w:tcW w:w="3175" w:type="dxa"/>
          </w:tcPr>
          <w:p w14:paraId="3F4F4085" w14:textId="77777777" w:rsidR="006C65B0" w:rsidRDefault="00000000">
            <w:pPr>
              <w:jc w:val="center"/>
            </w:pPr>
            <w:r>
              <w:rPr>
                <w:noProof/>
              </w:rPr>
              <w:drawing>
                <wp:anchor distT="0" distB="0" distL="114300" distR="114300" simplePos="0" relativeHeight="251667456" behindDoc="0" locked="0" layoutInCell="1" allowOverlap="1" wp14:anchorId="621AA9AC" wp14:editId="6BBBD82F">
                  <wp:simplePos x="0" y="0"/>
                  <wp:positionH relativeFrom="column">
                    <wp:posOffset>29953</wp:posOffset>
                  </wp:positionH>
                  <wp:positionV relativeFrom="paragraph">
                    <wp:posOffset>1426</wp:posOffset>
                  </wp:positionV>
                  <wp:extent cx="1446607" cy="1040765"/>
                  <wp:effectExtent l="0" t="0" r="1270" b="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80.jpg"/>
                          <pic:cNvPicPr/>
                        </pic:nvPicPr>
                        <pic:blipFill rotWithShape="1">
                          <a:blip r:embed="rId67"/>
                          <a:srcRect l="47201" t="22969" b="9466"/>
                          <a:stretch>
                            <a:fillRect/>
                          </a:stretch>
                        </pic:blipFill>
                        <pic:spPr bwMode="auto">
                          <a:xfrm>
                            <a:off x="0" y="0"/>
                            <a:ext cx="1453200" cy="10455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175" w:type="dxa"/>
          </w:tcPr>
          <w:p w14:paraId="5E6B13FE" w14:textId="77777777" w:rsidR="006C65B0" w:rsidRDefault="00000000">
            <w:pPr>
              <w:jc w:val="center"/>
            </w:pPr>
            <w:r>
              <w:rPr>
                <w:noProof/>
              </w:rPr>
              <w:drawing>
                <wp:inline distT="0" distB="0" distL="0" distR="0" wp14:anchorId="037211DA" wp14:editId="27296EEF">
                  <wp:extent cx="1907027" cy="104876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81.jpg"/>
                          <pic:cNvPicPr/>
                        </pic:nvPicPr>
                        <pic:blipFill>
                          <a:blip r:embed="rId68"/>
                          <a:stretch>
                            <a:fillRect/>
                          </a:stretch>
                        </pic:blipFill>
                        <pic:spPr>
                          <a:xfrm>
                            <a:off x="0" y="0"/>
                            <a:ext cx="1911906" cy="1051443"/>
                          </a:xfrm>
                          <a:prstGeom prst="rect">
                            <a:avLst/>
                          </a:prstGeom>
                        </pic:spPr>
                      </pic:pic>
                    </a:graphicData>
                  </a:graphic>
                </wp:inline>
              </w:drawing>
            </w:r>
          </w:p>
        </w:tc>
      </w:tr>
      <w:tr w:rsidR="006C65B0" w14:paraId="42BD2D54" w14:textId="77777777">
        <w:tc>
          <w:tcPr>
            <w:tcW w:w="3175" w:type="dxa"/>
          </w:tcPr>
          <w:p w14:paraId="6A30D701" w14:textId="77777777" w:rsidR="006C65B0" w:rsidRDefault="00000000">
            <w:pPr>
              <w:jc w:val="center"/>
            </w:pPr>
            <w:r>
              <w:rPr>
                <w:noProof/>
              </w:rPr>
              <w:drawing>
                <wp:inline distT="0" distB="0" distL="0" distR="0" wp14:anchorId="4E5F11ED" wp14:editId="303F938E">
                  <wp:extent cx="1908000" cy="11660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82.jpg"/>
                          <pic:cNvPicPr/>
                        </pic:nvPicPr>
                        <pic:blipFill>
                          <a:blip r:embed="rId69"/>
                          <a:stretch>
                            <a:fillRect/>
                          </a:stretch>
                        </pic:blipFill>
                        <pic:spPr>
                          <a:xfrm>
                            <a:off x="0" y="0"/>
                            <a:ext cx="1908000" cy="1166000"/>
                          </a:xfrm>
                          <a:prstGeom prst="rect">
                            <a:avLst/>
                          </a:prstGeom>
                        </pic:spPr>
                      </pic:pic>
                    </a:graphicData>
                  </a:graphic>
                </wp:inline>
              </w:drawing>
            </w:r>
          </w:p>
        </w:tc>
        <w:tc>
          <w:tcPr>
            <w:tcW w:w="3289" w:type="dxa"/>
          </w:tcPr>
          <w:p w14:paraId="6EB5246A" w14:textId="77777777" w:rsidR="006C65B0" w:rsidRDefault="006C65B0"/>
        </w:tc>
        <w:tc>
          <w:tcPr>
            <w:tcW w:w="3289" w:type="dxa"/>
          </w:tcPr>
          <w:p w14:paraId="3642FBA8" w14:textId="77777777" w:rsidR="006C65B0" w:rsidRDefault="006C65B0"/>
        </w:tc>
      </w:tr>
    </w:tbl>
    <w:p w14:paraId="6E80CC6D" w14:textId="77777777" w:rsidR="006C65B0" w:rsidRDefault="006C65B0"/>
    <w:p w14:paraId="5E2F546D" w14:textId="77777777" w:rsidR="006C65B0" w:rsidRDefault="00000000">
      <w:r>
        <w:rPr>
          <w:b/>
          <w:sz w:val="18"/>
        </w:rPr>
        <w:t>27/06/2026 — Sector San Isidro (497,50 m²)</w:t>
      </w:r>
    </w:p>
    <w:tbl>
      <w:tblPr>
        <w:tblW w:w="0" w:type="auto"/>
        <w:tblLayout w:type="fixed"/>
        <w:tblLook w:val="04A0" w:firstRow="1" w:lastRow="0" w:firstColumn="1" w:lastColumn="0" w:noHBand="0" w:noVBand="1"/>
      </w:tblPr>
      <w:tblGrid>
        <w:gridCol w:w="3175"/>
        <w:gridCol w:w="3175"/>
        <w:gridCol w:w="3175"/>
      </w:tblGrid>
      <w:tr w:rsidR="006C65B0" w14:paraId="50FC399E" w14:textId="77777777">
        <w:tc>
          <w:tcPr>
            <w:tcW w:w="3175" w:type="dxa"/>
          </w:tcPr>
          <w:p w14:paraId="58C6C9EA" w14:textId="77777777" w:rsidR="006C65B0" w:rsidRDefault="00000000">
            <w:pPr>
              <w:jc w:val="center"/>
            </w:pPr>
            <w:r>
              <w:rPr>
                <w:noProof/>
              </w:rPr>
              <w:drawing>
                <wp:inline distT="0" distB="0" distL="0" distR="0" wp14:anchorId="120C7BFD" wp14:editId="60C0DCB1">
                  <wp:extent cx="1500918" cy="1082351"/>
                  <wp:effectExtent l="0" t="0" r="4445" b="381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83.jpg"/>
                          <pic:cNvPicPr/>
                        </pic:nvPicPr>
                        <pic:blipFill rotWithShape="1">
                          <a:blip r:embed="rId70"/>
                          <a:srcRect l="45433" t="19489" b="10522"/>
                          <a:stretch>
                            <a:fillRect/>
                          </a:stretch>
                        </pic:blipFill>
                        <pic:spPr bwMode="auto">
                          <a:xfrm>
                            <a:off x="0" y="0"/>
                            <a:ext cx="1512073" cy="1090395"/>
                          </a:xfrm>
                          <a:prstGeom prst="rect">
                            <a:avLst/>
                          </a:prstGeom>
                          <a:ln>
                            <a:noFill/>
                          </a:ln>
                          <a:extLst>
                            <a:ext uri="{53640926-AAD7-44D8-BBD7-CCE9431645EC}">
                              <a14:shadowObscured xmlns:a14="http://schemas.microsoft.com/office/drawing/2010/main"/>
                            </a:ext>
                          </a:extLst>
                        </pic:spPr>
                      </pic:pic>
                    </a:graphicData>
                  </a:graphic>
                </wp:inline>
              </w:drawing>
            </w:r>
          </w:p>
        </w:tc>
        <w:tc>
          <w:tcPr>
            <w:tcW w:w="3175" w:type="dxa"/>
          </w:tcPr>
          <w:p w14:paraId="5D3CFA8F" w14:textId="77777777" w:rsidR="006C65B0" w:rsidRDefault="00000000">
            <w:pPr>
              <w:jc w:val="center"/>
            </w:pPr>
            <w:r>
              <w:rPr>
                <w:noProof/>
              </w:rPr>
              <w:drawing>
                <wp:inline distT="0" distB="0" distL="0" distR="0" wp14:anchorId="2B0E799B" wp14:editId="1A965B1F">
                  <wp:extent cx="1614649" cy="1092970"/>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84.jpg"/>
                          <pic:cNvPicPr/>
                        </pic:nvPicPr>
                        <pic:blipFill rotWithShape="1">
                          <a:blip r:embed="rId71"/>
                          <a:srcRect l="40716" t="19140" b="9483"/>
                          <a:stretch>
                            <a:fillRect/>
                          </a:stretch>
                        </pic:blipFill>
                        <pic:spPr bwMode="auto">
                          <a:xfrm>
                            <a:off x="0" y="0"/>
                            <a:ext cx="1620637" cy="1097023"/>
                          </a:xfrm>
                          <a:prstGeom prst="rect">
                            <a:avLst/>
                          </a:prstGeom>
                          <a:ln>
                            <a:noFill/>
                          </a:ln>
                          <a:extLst>
                            <a:ext uri="{53640926-AAD7-44D8-BBD7-CCE9431645EC}">
                              <a14:shadowObscured xmlns:a14="http://schemas.microsoft.com/office/drawing/2010/main"/>
                            </a:ext>
                          </a:extLst>
                        </pic:spPr>
                      </pic:pic>
                    </a:graphicData>
                  </a:graphic>
                </wp:inline>
              </w:drawing>
            </w:r>
          </w:p>
        </w:tc>
        <w:tc>
          <w:tcPr>
            <w:tcW w:w="3175" w:type="dxa"/>
          </w:tcPr>
          <w:p w14:paraId="07653704" w14:textId="77777777" w:rsidR="006C65B0" w:rsidRDefault="00000000">
            <w:pPr>
              <w:jc w:val="center"/>
            </w:pPr>
            <w:r>
              <w:rPr>
                <w:noProof/>
              </w:rPr>
              <w:drawing>
                <wp:inline distT="0" distB="0" distL="0" distR="0" wp14:anchorId="1747E370" wp14:editId="3E27134B">
                  <wp:extent cx="1907540" cy="1097280"/>
                  <wp:effectExtent l="0" t="0" r="0" b="762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85.jpg"/>
                          <pic:cNvPicPr/>
                        </pic:nvPicPr>
                        <pic:blipFill>
                          <a:blip r:embed="rId72"/>
                          <a:stretch>
                            <a:fillRect/>
                          </a:stretch>
                        </pic:blipFill>
                        <pic:spPr>
                          <a:xfrm>
                            <a:off x="0" y="0"/>
                            <a:ext cx="1909945" cy="1098663"/>
                          </a:xfrm>
                          <a:prstGeom prst="rect">
                            <a:avLst/>
                          </a:prstGeom>
                        </pic:spPr>
                      </pic:pic>
                    </a:graphicData>
                  </a:graphic>
                </wp:inline>
              </w:drawing>
            </w:r>
          </w:p>
        </w:tc>
      </w:tr>
    </w:tbl>
    <w:p w14:paraId="773B3FD5" w14:textId="77777777" w:rsidR="006C65B0" w:rsidRDefault="006C65B0"/>
    <w:tbl>
      <w:tblPr>
        <w:tblW w:w="0" w:type="auto"/>
        <w:jc w:val="center"/>
        <w:tblLook w:val="04A0" w:firstRow="1" w:lastRow="0" w:firstColumn="1" w:lastColumn="0" w:noHBand="0" w:noVBand="1"/>
      </w:tblPr>
      <w:tblGrid>
        <w:gridCol w:w="9866"/>
      </w:tblGrid>
      <w:tr w:rsidR="006C65B0" w:rsidRPr="00810616" w14:paraId="7E86BCAB" w14:textId="77777777">
        <w:trPr>
          <w:jc w:val="center"/>
        </w:trPr>
        <w:tc>
          <w:tcPr>
            <w:tcW w:w="9866" w:type="dxa"/>
            <w:shd w:val="clear" w:color="auto" w:fill="F5A623"/>
            <w:vAlign w:val="center"/>
          </w:tcPr>
          <w:p w14:paraId="370CBBA0" w14:textId="77777777" w:rsidR="006C65B0" w:rsidRPr="006C537A" w:rsidRDefault="00000000">
            <w:pPr>
              <w:rPr>
                <w:lang w:val="es-CO"/>
              </w:rPr>
            </w:pPr>
            <w:r w:rsidRPr="006C537A">
              <w:rPr>
                <w:b/>
                <w:color w:val="FFFFFF"/>
                <w:sz w:val="22"/>
                <w:lang w:val="es-CO"/>
              </w:rPr>
              <w:t>2.  PODA Y/O TALA DE ÁRBOLES INDICADOS POR LA ADMINISTRACIÓN MUNICIPAL</w:t>
            </w:r>
          </w:p>
        </w:tc>
      </w:tr>
    </w:tbl>
    <w:p w14:paraId="1200DA45" w14:textId="77777777" w:rsidR="006C65B0" w:rsidRPr="006C537A" w:rsidRDefault="00000000">
      <w:pPr>
        <w:spacing w:after="120"/>
        <w:rPr>
          <w:lang w:val="es-CO"/>
        </w:rPr>
      </w:pPr>
      <w:r w:rsidRPr="006C537A">
        <w:rPr>
          <w:lang w:val="es-CO"/>
        </w:rPr>
        <w:t>Durante el periodo se atendieron solicitudes puntuales de poda y/o tala de árboles indicados por la administración municipal, incluyendo el picado de troncos y ramas y la disposición de los mismos, en los siguientes sectores:</w:t>
      </w:r>
    </w:p>
    <w:tbl>
      <w:tblPr>
        <w:tblStyle w:val="Tablaconcuadrcula"/>
        <w:tblW w:w="10000" w:type="dxa"/>
        <w:tblLayout w:type="fixed"/>
        <w:tblLook w:val="04A0" w:firstRow="1" w:lastRow="0" w:firstColumn="1" w:lastColumn="0" w:noHBand="0" w:noVBand="1"/>
      </w:tblPr>
      <w:tblGrid>
        <w:gridCol w:w="1501"/>
        <w:gridCol w:w="5494"/>
        <w:gridCol w:w="3005"/>
      </w:tblGrid>
      <w:tr w:rsidR="006C65B0" w14:paraId="773883EF" w14:textId="77777777" w:rsidTr="00FE0035">
        <w:trPr>
          <w:trHeight w:val="259"/>
        </w:trPr>
        <w:tc>
          <w:tcPr>
            <w:tcW w:w="1501" w:type="dxa"/>
            <w:shd w:val="clear" w:color="auto" w:fill="8A6D1A"/>
            <w:vAlign w:val="center"/>
          </w:tcPr>
          <w:p w14:paraId="45C23D24" w14:textId="30085C30" w:rsidR="006C65B0" w:rsidRDefault="00F01570">
            <w:pPr>
              <w:jc w:val="center"/>
            </w:pPr>
            <w:proofErr w:type="spellStart"/>
            <w:r>
              <w:rPr>
                <w:b/>
                <w:color w:val="FFFFFF"/>
                <w:sz w:val="18"/>
              </w:rPr>
              <w:t>Fecha</w:t>
            </w:r>
            <w:proofErr w:type="spellEnd"/>
          </w:p>
        </w:tc>
        <w:tc>
          <w:tcPr>
            <w:tcW w:w="5493" w:type="dxa"/>
            <w:shd w:val="clear" w:color="auto" w:fill="8A6D1A"/>
            <w:vAlign w:val="center"/>
          </w:tcPr>
          <w:p w14:paraId="47B07122" w14:textId="77777777" w:rsidR="006C65B0" w:rsidRDefault="00000000">
            <w:pPr>
              <w:jc w:val="center"/>
            </w:pPr>
            <w:r>
              <w:rPr>
                <w:b/>
                <w:color w:val="FFFFFF"/>
                <w:sz w:val="18"/>
              </w:rPr>
              <w:t xml:space="preserve">Lugar </w:t>
            </w:r>
            <w:proofErr w:type="spellStart"/>
            <w:r>
              <w:rPr>
                <w:b/>
                <w:color w:val="FFFFFF"/>
                <w:sz w:val="18"/>
              </w:rPr>
              <w:t>intervenido</w:t>
            </w:r>
            <w:proofErr w:type="spellEnd"/>
          </w:p>
        </w:tc>
        <w:tc>
          <w:tcPr>
            <w:tcW w:w="3005" w:type="dxa"/>
            <w:shd w:val="clear" w:color="auto" w:fill="8A6D1A"/>
            <w:vAlign w:val="center"/>
          </w:tcPr>
          <w:p w14:paraId="56F10423" w14:textId="77777777" w:rsidR="006C65B0" w:rsidRDefault="00000000">
            <w:pPr>
              <w:jc w:val="center"/>
            </w:pPr>
            <w:proofErr w:type="spellStart"/>
            <w:r>
              <w:rPr>
                <w:b/>
                <w:color w:val="FFFFFF"/>
                <w:sz w:val="18"/>
              </w:rPr>
              <w:t>Cantidad</w:t>
            </w:r>
            <w:proofErr w:type="spellEnd"/>
          </w:p>
        </w:tc>
      </w:tr>
      <w:tr w:rsidR="006C65B0" w14:paraId="52D1DB15" w14:textId="77777777" w:rsidTr="00FE0035">
        <w:trPr>
          <w:trHeight w:val="259"/>
        </w:trPr>
        <w:tc>
          <w:tcPr>
            <w:tcW w:w="1501" w:type="dxa"/>
            <w:vAlign w:val="center"/>
          </w:tcPr>
          <w:p w14:paraId="4E2A6421" w14:textId="77777777" w:rsidR="006C65B0" w:rsidRDefault="00000000">
            <w:pPr>
              <w:jc w:val="center"/>
            </w:pPr>
            <w:r>
              <w:rPr>
                <w:sz w:val="18"/>
              </w:rPr>
              <w:t>08/06/2026</w:t>
            </w:r>
          </w:p>
        </w:tc>
        <w:tc>
          <w:tcPr>
            <w:tcW w:w="5493" w:type="dxa"/>
            <w:vAlign w:val="center"/>
          </w:tcPr>
          <w:p w14:paraId="4B502D04" w14:textId="77777777" w:rsidR="006C65B0" w:rsidRPr="006C537A" w:rsidRDefault="00000000">
            <w:pPr>
              <w:rPr>
                <w:lang w:val="es-CO"/>
              </w:rPr>
            </w:pPr>
            <w:r w:rsidRPr="006C537A">
              <w:rPr>
                <w:sz w:val="18"/>
                <w:lang w:val="es-CO"/>
              </w:rPr>
              <w:t>Parque Los Naranjos — corte de guadua caída</w:t>
            </w:r>
          </w:p>
        </w:tc>
        <w:tc>
          <w:tcPr>
            <w:tcW w:w="3005" w:type="dxa"/>
            <w:vAlign w:val="center"/>
          </w:tcPr>
          <w:p w14:paraId="5DDBC2ED" w14:textId="77777777" w:rsidR="006C65B0" w:rsidRDefault="00000000">
            <w:pPr>
              <w:jc w:val="center"/>
            </w:pPr>
            <w:r>
              <w:rPr>
                <w:sz w:val="18"/>
              </w:rPr>
              <w:t>12 un</w:t>
            </w:r>
          </w:p>
        </w:tc>
      </w:tr>
      <w:tr w:rsidR="006C65B0" w14:paraId="37EA7F22" w14:textId="77777777" w:rsidTr="00FE0035">
        <w:trPr>
          <w:trHeight w:val="259"/>
        </w:trPr>
        <w:tc>
          <w:tcPr>
            <w:tcW w:w="1501" w:type="dxa"/>
            <w:vAlign w:val="center"/>
          </w:tcPr>
          <w:p w14:paraId="57CE9E6D" w14:textId="77777777" w:rsidR="006C65B0" w:rsidRDefault="00000000">
            <w:pPr>
              <w:jc w:val="center"/>
            </w:pPr>
            <w:r>
              <w:rPr>
                <w:sz w:val="18"/>
              </w:rPr>
              <w:t>19/06/2026</w:t>
            </w:r>
          </w:p>
        </w:tc>
        <w:tc>
          <w:tcPr>
            <w:tcW w:w="5493" w:type="dxa"/>
            <w:vAlign w:val="center"/>
          </w:tcPr>
          <w:p w14:paraId="2CA0A7B8" w14:textId="77777777" w:rsidR="006C65B0" w:rsidRDefault="00000000">
            <w:r>
              <w:rPr>
                <w:sz w:val="18"/>
              </w:rPr>
              <w:t xml:space="preserve">Entrada del </w:t>
            </w:r>
            <w:proofErr w:type="spellStart"/>
            <w:r>
              <w:rPr>
                <w:sz w:val="18"/>
              </w:rPr>
              <w:t>estadio</w:t>
            </w:r>
            <w:proofErr w:type="spellEnd"/>
          </w:p>
        </w:tc>
        <w:tc>
          <w:tcPr>
            <w:tcW w:w="3005" w:type="dxa"/>
            <w:vAlign w:val="center"/>
          </w:tcPr>
          <w:p w14:paraId="2A4F1BCE" w14:textId="77777777" w:rsidR="006C65B0" w:rsidRDefault="00000000">
            <w:pPr>
              <w:jc w:val="center"/>
            </w:pPr>
            <w:r>
              <w:rPr>
                <w:sz w:val="18"/>
              </w:rPr>
              <w:t>4 un</w:t>
            </w:r>
          </w:p>
        </w:tc>
      </w:tr>
      <w:tr w:rsidR="006C65B0" w14:paraId="33E3C5DF" w14:textId="77777777" w:rsidTr="00FE0035">
        <w:trPr>
          <w:trHeight w:val="259"/>
        </w:trPr>
        <w:tc>
          <w:tcPr>
            <w:tcW w:w="1501" w:type="dxa"/>
            <w:vAlign w:val="center"/>
          </w:tcPr>
          <w:p w14:paraId="3A1C1843" w14:textId="77777777" w:rsidR="006C65B0" w:rsidRDefault="00000000">
            <w:pPr>
              <w:jc w:val="center"/>
            </w:pPr>
            <w:r>
              <w:rPr>
                <w:sz w:val="18"/>
              </w:rPr>
              <w:t>25/06/2026</w:t>
            </w:r>
          </w:p>
        </w:tc>
        <w:tc>
          <w:tcPr>
            <w:tcW w:w="5493" w:type="dxa"/>
            <w:vAlign w:val="center"/>
          </w:tcPr>
          <w:p w14:paraId="62DBA52B" w14:textId="77777777" w:rsidR="006C65B0" w:rsidRPr="006C537A" w:rsidRDefault="00000000">
            <w:pPr>
              <w:rPr>
                <w:lang w:val="es-CO"/>
              </w:rPr>
            </w:pPr>
            <w:r w:rsidRPr="006C537A">
              <w:rPr>
                <w:sz w:val="18"/>
                <w:lang w:val="es-CO"/>
              </w:rPr>
              <w:t>Corte de árboles, sector Las Playas</w:t>
            </w:r>
          </w:p>
        </w:tc>
        <w:tc>
          <w:tcPr>
            <w:tcW w:w="3005" w:type="dxa"/>
            <w:vAlign w:val="center"/>
          </w:tcPr>
          <w:p w14:paraId="1F5C52DE" w14:textId="77777777" w:rsidR="006C65B0" w:rsidRDefault="00000000">
            <w:pPr>
              <w:jc w:val="center"/>
            </w:pPr>
            <w:r>
              <w:rPr>
                <w:sz w:val="18"/>
              </w:rPr>
              <w:t>5 un</w:t>
            </w:r>
          </w:p>
        </w:tc>
      </w:tr>
      <w:tr w:rsidR="006C65B0" w14:paraId="6E90B05C" w14:textId="77777777" w:rsidTr="00FE0035">
        <w:trPr>
          <w:trHeight w:val="259"/>
        </w:trPr>
        <w:tc>
          <w:tcPr>
            <w:tcW w:w="6995" w:type="dxa"/>
            <w:gridSpan w:val="2"/>
            <w:shd w:val="clear" w:color="auto" w:fill="FDEECB"/>
            <w:vAlign w:val="center"/>
          </w:tcPr>
          <w:p w14:paraId="442AD0D5" w14:textId="77777777" w:rsidR="006C65B0" w:rsidRDefault="00000000">
            <w:r>
              <w:rPr>
                <w:b/>
                <w:sz w:val="18"/>
              </w:rPr>
              <w:t>TOTAL</w:t>
            </w:r>
          </w:p>
        </w:tc>
        <w:tc>
          <w:tcPr>
            <w:tcW w:w="3005" w:type="dxa"/>
            <w:shd w:val="clear" w:color="auto" w:fill="FDEECB"/>
            <w:vAlign w:val="center"/>
          </w:tcPr>
          <w:p w14:paraId="399A4688" w14:textId="77777777" w:rsidR="006C65B0" w:rsidRDefault="00000000">
            <w:pPr>
              <w:jc w:val="center"/>
            </w:pPr>
            <w:r>
              <w:rPr>
                <w:b/>
                <w:sz w:val="18"/>
              </w:rPr>
              <w:t>21 un</w:t>
            </w:r>
          </w:p>
        </w:tc>
      </w:tr>
    </w:tbl>
    <w:p w14:paraId="3FCABB46" w14:textId="77777777" w:rsidR="006C65B0" w:rsidRDefault="006C65B0"/>
    <w:p w14:paraId="5F7F3E06" w14:textId="77777777" w:rsidR="006C65B0" w:rsidRPr="006C537A" w:rsidRDefault="00000000">
      <w:pPr>
        <w:spacing w:after="120"/>
        <w:rPr>
          <w:lang w:val="es-CO"/>
        </w:rPr>
      </w:pPr>
      <w:r w:rsidRPr="006C537A">
        <w:rPr>
          <w:i/>
          <w:lang w:val="es-CO"/>
        </w:rPr>
        <w:t>Nota: esta actividad fue ejecutada durante el periodo reportado; sin embargo, su valor no se encuentra incluido dentro de la facturación proyectada de este informe y quedará pendiente de facturar en un periodo posterior.</w:t>
      </w:r>
    </w:p>
    <w:p w14:paraId="2F7B64F7" w14:textId="0D277996" w:rsidR="006C65B0" w:rsidRDefault="00000000">
      <w:pPr>
        <w:spacing w:after="120"/>
        <w:rPr>
          <w:i/>
          <w:lang w:val="es-CO"/>
        </w:rPr>
      </w:pPr>
      <w:r w:rsidRPr="006C537A">
        <w:rPr>
          <w:i/>
          <w:lang w:val="es-CO"/>
        </w:rPr>
        <w:t xml:space="preserve">Evidencias: A </w:t>
      </w:r>
      <w:r w:rsidR="00FE0035" w:rsidRPr="006C537A">
        <w:rPr>
          <w:i/>
          <w:lang w:val="es-CO"/>
        </w:rPr>
        <w:t>continuación,</w:t>
      </w:r>
      <w:r w:rsidRPr="006C537A">
        <w:rPr>
          <w:i/>
          <w:lang w:val="es-CO"/>
        </w:rPr>
        <w:t xml:space="preserve"> se presentan las evidencias fotográficas que documentan el cumplimiento de las actividades descritas.</w:t>
      </w:r>
    </w:p>
    <w:p w14:paraId="196B923A" w14:textId="2326E94A" w:rsidR="00FE0035" w:rsidRPr="006C537A" w:rsidRDefault="00FE0035" w:rsidP="00FE0035">
      <w:pPr>
        <w:rPr>
          <w:lang w:val="es-CO"/>
        </w:rPr>
      </w:pPr>
      <w:r w:rsidRPr="006C537A">
        <w:rPr>
          <w:b/>
          <w:lang w:val="es-CO"/>
        </w:rPr>
        <w:t xml:space="preserve">VALOR EJECUTADO POR ESTE ÍTEM: </w:t>
      </w:r>
      <w:r w:rsidRPr="006C537A">
        <w:rPr>
          <w:lang w:val="es-CO"/>
        </w:rPr>
        <w:t xml:space="preserve">CUATROCIENTOS CINCUENTA MIL PESOS M/C </w:t>
      </w:r>
      <w:r w:rsidR="00F01570">
        <w:rPr>
          <w:lang w:val="es-CO"/>
        </w:rPr>
        <w:t>($1.000.000</w:t>
      </w:r>
      <w:r w:rsidRPr="006C537A">
        <w:rPr>
          <w:lang w:val="es-CO"/>
        </w:rPr>
        <w:t>)</w:t>
      </w:r>
    </w:p>
    <w:p w14:paraId="732CD16F" w14:textId="77777777" w:rsidR="00FE0035" w:rsidRPr="006C537A" w:rsidRDefault="00FE0035">
      <w:pPr>
        <w:spacing w:after="120"/>
        <w:rPr>
          <w:lang w:val="es-CO"/>
        </w:rPr>
      </w:pPr>
    </w:p>
    <w:p w14:paraId="2BDD2A14" w14:textId="77777777" w:rsidR="006C65B0" w:rsidRPr="006C537A" w:rsidRDefault="00000000">
      <w:pPr>
        <w:rPr>
          <w:lang w:val="es-CO"/>
        </w:rPr>
      </w:pPr>
      <w:r w:rsidRPr="006C537A">
        <w:rPr>
          <w:b/>
          <w:sz w:val="18"/>
          <w:lang w:val="es-CO"/>
        </w:rPr>
        <w:t>08/06/2026 — Parque Los Naranjos — corte de guadua caída (12 un)</w:t>
      </w:r>
    </w:p>
    <w:tbl>
      <w:tblPr>
        <w:tblW w:w="0" w:type="auto"/>
        <w:tblLayout w:type="fixed"/>
        <w:tblLook w:val="04A0" w:firstRow="1" w:lastRow="0" w:firstColumn="1" w:lastColumn="0" w:noHBand="0" w:noVBand="1"/>
      </w:tblPr>
      <w:tblGrid>
        <w:gridCol w:w="3175"/>
        <w:gridCol w:w="3175"/>
        <w:gridCol w:w="3289"/>
      </w:tblGrid>
      <w:tr w:rsidR="006C65B0" w14:paraId="034763FF" w14:textId="77777777">
        <w:tc>
          <w:tcPr>
            <w:tcW w:w="3175" w:type="dxa"/>
          </w:tcPr>
          <w:p w14:paraId="5EA40CA4" w14:textId="77777777" w:rsidR="006C65B0" w:rsidRDefault="00000000">
            <w:pPr>
              <w:jc w:val="center"/>
            </w:pPr>
            <w:r>
              <w:rPr>
                <w:noProof/>
              </w:rPr>
              <w:lastRenderedPageBreak/>
              <w:drawing>
                <wp:inline distT="0" distB="0" distL="0" distR="0" wp14:anchorId="0B115141" wp14:editId="3266E01D">
                  <wp:extent cx="1908000" cy="14310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21.jpg"/>
                          <pic:cNvPicPr/>
                        </pic:nvPicPr>
                        <pic:blipFill>
                          <a:blip r:embed="rId73"/>
                          <a:stretch>
                            <a:fillRect/>
                          </a:stretch>
                        </pic:blipFill>
                        <pic:spPr>
                          <a:xfrm>
                            <a:off x="0" y="0"/>
                            <a:ext cx="1908000" cy="1431000"/>
                          </a:xfrm>
                          <a:prstGeom prst="rect">
                            <a:avLst/>
                          </a:prstGeom>
                        </pic:spPr>
                      </pic:pic>
                    </a:graphicData>
                  </a:graphic>
                </wp:inline>
              </w:drawing>
            </w:r>
          </w:p>
        </w:tc>
        <w:tc>
          <w:tcPr>
            <w:tcW w:w="3175" w:type="dxa"/>
          </w:tcPr>
          <w:p w14:paraId="5685E570" w14:textId="77777777" w:rsidR="006C65B0" w:rsidRDefault="00000000">
            <w:pPr>
              <w:jc w:val="center"/>
            </w:pPr>
            <w:r>
              <w:rPr>
                <w:noProof/>
              </w:rPr>
              <w:drawing>
                <wp:inline distT="0" distB="0" distL="0" distR="0" wp14:anchorId="2FB08689" wp14:editId="222612FC">
                  <wp:extent cx="1908000" cy="14310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22.jpg"/>
                          <pic:cNvPicPr/>
                        </pic:nvPicPr>
                        <pic:blipFill>
                          <a:blip r:embed="rId74"/>
                          <a:stretch>
                            <a:fillRect/>
                          </a:stretch>
                        </pic:blipFill>
                        <pic:spPr>
                          <a:xfrm>
                            <a:off x="0" y="0"/>
                            <a:ext cx="1908000" cy="1431000"/>
                          </a:xfrm>
                          <a:prstGeom prst="rect">
                            <a:avLst/>
                          </a:prstGeom>
                        </pic:spPr>
                      </pic:pic>
                    </a:graphicData>
                  </a:graphic>
                </wp:inline>
              </w:drawing>
            </w:r>
          </w:p>
        </w:tc>
        <w:tc>
          <w:tcPr>
            <w:tcW w:w="3289" w:type="dxa"/>
          </w:tcPr>
          <w:p w14:paraId="69BFEF2C" w14:textId="77777777" w:rsidR="006C65B0" w:rsidRDefault="006C65B0"/>
        </w:tc>
      </w:tr>
    </w:tbl>
    <w:p w14:paraId="64D3EE86" w14:textId="77777777" w:rsidR="006C65B0" w:rsidRDefault="006C65B0"/>
    <w:p w14:paraId="31727010" w14:textId="77777777" w:rsidR="006C65B0" w:rsidRDefault="00000000">
      <w:r>
        <w:rPr>
          <w:b/>
          <w:sz w:val="18"/>
        </w:rPr>
        <w:t xml:space="preserve">19/06/2026 — Entrada del </w:t>
      </w:r>
      <w:proofErr w:type="spellStart"/>
      <w:r>
        <w:rPr>
          <w:b/>
          <w:sz w:val="18"/>
        </w:rPr>
        <w:t>estadio</w:t>
      </w:r>
      <w:proofErr w:type="spellEnd"/>
      <w:r>
        <w:rPr>
          <w:b/>
          <w:sz w:val="18"/>
        </w:rPr>
        <w:t xml:space="preserve"> (4 un)</w:t>
      </w:r>
    </w:p>
    <w:tbl>
      <w:tblPr>
        <w:tblW w:w="0" w:type="auto"/>
        <w:tblLayout w:type="fixed"/>
        <w:tblLook w:val="04A0" w:firstRow="1" w:lastRow="0" w:firstColumn="1" w:lastColumn="0" w:noHBand="0" w:noVBand="1"/>
      </w:tblPr>
      <w:tblGrid>
        <w:gridCol w:w="3175"/>
        <w:gridCol w:w="3289"/>
        <w:gridCol w:w="3289"/>
      </w:tblGrid>
      <w:tr w:rsidR="006C65B0" w14:paraId="418F9F5B" w14:textId="77777777">
        <w:tc>
          <w:tcPr>
            <w:tcW w:w="3175" w:type="dxa"/>
          </w:tcPr>
          <w:p w14:paraId="0E41D714" w14:textId="77777777" w:rsidR="006C65B0" w:rsidRDefault="00000000">
            <w:pPr>
              <w:jc w:val="center"/>
            </w:pPr>
            <w:r>
              <w:rPr>
                <w:noProof/>
              </w:rPr>
              <w:drawing>
                <wp:inline distT="0" distB="0" distL="0" distR="0" wp14:anchorId="29B2FF87" wp14:editId="53019770">
                  <wp:extent cx="1908000" cy="14310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73.jpg"/>
                          <pic:cNvPicPr/>
                        </pic:nvPicPr>
                        <pic:blipFill>
                          <a:blip r:embed="rId75"/>
                          <a:stretch>
                            <a:fillRect/>
                          </a:stretch>
                        </pic:blipFill>
                        <pic:spPr>
                          <a:xfrm>
                            <a:off x="0" y="0"/>
                            <a:ext cx="1908000" cy="1431000"/>
                          </a:xfrm>
                          <a:prstGeom prst="rect">
                            <a:avLst/>
                          </a:prstGeom>
                        </pic:spPr>
                      </pic:pic>
                    </a:graphicData>
                  </a:graphic>
                </wp:inline>
              </w:drawing>
            </w:r>
          </w:p>
        </w:tc>
        <w:tc>
          <w:tcPr>
            <w:tcW w:w="3289" w:type="dxa"/>
          </w:tcPr>
          <w:p w14:paraId="0EE4D5C3" w14:textId="77777777" w:rsidR="006C65B0" w:rsidRDefault="006C65B0"/>
        </w:tc>
        <w:tc>
          <w:tcPr>
            <w:tcW w:w="3289" w:type="dxa"/>
          </w:tcPr>
          <w:p w14:paraId="7BE955DB" w14:textId="77777777" w:rsidR="006C65B0" w:rsidRDefault="006C65B0"/>
        </w:tc>
      </w:tr>
    </w:tbl>
    <w:p w14:paraId="3DE13602" w14:textId="77777777" w:rsidR="006C65B0" w:rsidRDefault="006C65B0"/>
    <w:p w14:paraId="03E1BD4D" w14:textId="77777777" w:rsidR="006C65B0" w:rsidRPr="006C537A" w:rsidRDefault="00000000">
      <w:pPr>
        <w:rPr>
          <w:lang w:val="es-CO"/>
        </w:rPr>
      </w:pPr>
      <w:r w:rsidRPr="006C537A">
        <w:rPr>
          <w:b/>
          <w:sz w:val="18"/>
          <w:lang w:val="es-CO"/>
        </w:rPr>
        <w:t>25/06/2026 — Corte de árboles, sector Las Playas (5 un)</w:t>
      </w:r>
    </w:p>
    <w:tbl>
      <w:tblPr>
        <w:tblW w:w="0" w:type="auto"/>
        <w:tblLayout w:type="fixed"/>
        <w:tblLook w:val="04A0" w:firstRow="1" w:lastRow="0" w:firstColumn="1" w:lastColumn="0" w:noHBand="0" w:noVBand="1"/>
      </w:tblPr>
      <w:tblGrid>
        <w:gridCol w:w="3175"/>
        <w:gridCol w:w="3175"/>
        <w:gridCol w:w="3289"/>
      </w:tblGrid>
      <w:tr w:rsidR="006C65B0" w14:paraId="116A854A" w14:textId="77777777">
        <w:tc>
          <w:tcPr>
            <w:tcW w:w="3175" w:type="dxa"/>
          </w:tcPr>
          <w:p w14:paraId="0627ECE5" w14:textId="77777777" w:rsidR="006C65B0" w:rsidRDefault="00000000">
            <w:pPr>
              <w:jc w:val="center"/>
            </w:pPr>
            <w:r>
              <w:rPr>
                <w:noProof/>
              </w:rPr>
              <w:drawing>
                <wp:inline distT="0" distB="0" distL="0" distR="0" wp14:anchorId="7F1B82C5" wp14:editId="5D74ACA9">
                  <wp:extent cx="1908000" cy="25440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74.jpg"/>
                          <pic:cNvPicPr/>
                        </pic:nvPicPr>
                        <pic:blipFill>
                          <a:blip r:embed="rId76"/>
                          <a:stretch>
                            <a:fillRect/>
                          </a:stretch>
                        </pic:blipFill>
                        <pic:spPr>
                          <a:xfrm>
                            <a:off x="0" y="0"/>
                            <a:ext cx="1908000" cy="2544000"/>
                          </a:xfrm>
                          <a:prstGeom prst="rect">
                            <a:avLst/>
                          </a:prstGeom>
                        </pic:spPr>
                      </pic:pic>
                    </a:graphicData>
                  </a:graphic>
                </wp:inline>
              </w:drawing>
            </w:r>
          </w:p>
        </w:tc>
        <w:tc>
          <w:tcPr>
            <w:tcW w:w="3175" w:type="dxa"/>
          </w:tcPr>
          <w:p w14:paraId="44B7D054" w14:textId="77777777" w:rsidR="006C65B0" w:rsidRDefault="00000000">
            <w:pPr>
              <w:jc w:val="center"/>
            </w:pPr>
            <w:r>
              <w:rPr>
                <w:noProof/>
              </w:rPr>
              <w:drawing>
                <wp:inline distT="0" distB="0" distL="0" distR="0" wp14:anchorId="6010BB37" wp14:editId="7CEB156D">
                  <wp:extent cx="1908000" cy="25440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75.jpg"/>
                          <pic:cNvPicPr/>
                        </pic:nvPicPr>
                        <pic:blipFill>
                          <a:blip r:embed="rId77"/>
                          <a:stretch>
                            <a:fillRect/>
                          </a:stretch>
                        </pic:blipFill>
                        <pic:spPr>
                          <a:xfrm>
                            <a:off x="0" y="0"/>
                            <a:ext cx="1908000" cy="2544000"/>
                          </a:xfrm>
                          <a:prstGeom prst="rect">
                            <a:avLst/>
                          </a:prstGeom>
                        </pic:spPr>
                      </pic:pic>
                    </a:graphicData>
                  </a:graphic>
                </wp:inline>
              </w:drawing>
            </w:r>
          </w:p>
        </w:tc>
        <w:tc>
          <w:tcPr>
            <w:tcW w:w="3175" w:type="dxa"/>
          </w:tcPr>
          <w:p w14:paraId="5ABFF6C3" w14:textId="77777777" w:rsidR="006C65B0" w:rsidRDefault="00000000">
            <w:pPr>
              <w:jc w:val="center"/>
            </w:pPr>
            <w:r>
              <w:rPr>
                <w:noProof/>
              </w:rPr>
              <w:drawing>
                <wp:inline distT="0" distB="0" distL="0" distR="0" wp14:anchorId="61A1FEBE" wp14:editId="1EB69A83">
                  <wp:extent cx="1908000" cy="25440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76.jpg"/>
                          <pic:cNvPicPr/>
                        </pic:nvPicPr>
                        <pic:blipFill>
                          <a:blip r:embed="rId78"/>
                          <a:stretch>
                            <a:fillRect/>
                          </a:stretch>
                        </pic:blipFill>
                        <pic:spPr>
                          <a:xfrm>
                            <a:off x="0" y="0"/>
                            <a:ext cx="1908000" cy="2544000"/>
                          </a:xfrm>
                          <a:prstGeom prst="rect">
                            <a:avLst/>
                          </a:prstGeom>
                        </pic:spPr>
                      </pic:pic>
                    </a:graphicData>
                  </a:graphic>
                </wp:inline>
              </w:drawing>
            </w:r>
          </w:p>
        </w:tc>
      </w:tr>
      <w:tr w:rsidR="006C65B0" w14:paraId="0717A93B" w14:textId="77777777">
        <w:tc>
          <w:tcPr>
            <w:tcW w:w="3175" w:type="dxa"/>
          </w:tcPr>
          <w:p w14:paraId="3E881152" w14:textId="77777777" w:rsidR="006C65B0" w:rsidRDefault="00000000">
            <w:pPr>
              <w:jc w:val="center"/>
            </w:pPr>
            <w:r>
              <w:rPr>
                <w:noProof/>
              </w:rPr>
              <w:lastRenderedPageBreak/>
              <w:drawing>
                <wp:inline distT="0" distB="0" distL="0" distR="0" wp14:anchorId="5E52651C" wp14:editId="19FDD4FE">
                  <wp:extent cx="1908000" cy="25440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77.jpg"/>
                          <pic:cNvPicPr/>
                        </pic:nvPicPr>
                        <pic:blipFill>
                          <a:blip r:embed="rId79"/>
                          <a:stretch>
                            <a:fillRect/>
                          </a:stretch>
                        </pic:blipFill>
                        <pic:spPr>
                          <a:xfrm>
                            <a:off x="0" y="0"/>
                            <a:ext cx="1908000" cy="2544000"/>
                          </a:xfrm>
                          <a:prstGeom prst="rect">
                            <a:avLst/>
                          </a:prstGeom>
                        </pic:spPr>
                      </pic:pic>
                    </a:graphicData>
                  </a:graphic>
                </wp:inline>
              </w:drawing>
            </w:r>
          </w:p>
        </w:tc>
        <w:tc>
          <w:tcPr>
            <w:tcW w:w="3175" w:type="dxa"/>
          </w:tcPr>
          <w:p w14:paraId="050D3B6D" w14:textId="77777777" w:rsidR="006C65B0" w:rsidRDefault="00000000">
            <w:pPr>
              <w:jc w:val="center"/>
            </w:pPr>
            <w:r>
              <w:rPr>
                <w:noProof/>
              </w:rPr>
              <w:drawing>
                <wp:inline distT="0" distB="0" distL="0" distR="0" wp14:anchorId="39E0C461" wp14:editId="7EDA883D">
                  <wp:extent cx="1908000" cy="25440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78.jpg"/>
                          <pic:cNvPicPr/>
                        </pic:nvPicPr>
                        <pic:blipFill>
                          <a:blip r:embed="rId80"/>
                          <a:stretch>
                            <a:fillRect/>
                          </a:stretch>
                        </pic:blipFill>
                        <pic:spPr>
                          <a:xfrm>
                            <a:off x="0" y="0"/>
                            <a:ext cx="1908000" cy="2544000"/>
                          </a:xfrm>
                          <a:prstGeom prst="rect">
                            <a:avLst/>
                          </a:prstGeom>
                        </pic:spPr>
                      </pic:pic>
                    </a:graphicData>
                  </a:graphic>
                </wp:inline>
              </w:drawing>
            </w:r>
          </w:p>
        </w:tc>
        <w:tc>
          <w:tcPr>
            <w:tcW w:w="3289" w:type="dxa"/>
          </w:tcPr>
          <w:p w14:paraId="67AD86C2" w14:textId="77777777" w:rsidR="006C65B0" w:rsidRDefault="006C65B0"/>
        </w:tc>
      </w:tr>
    </w:tbl>
    <w:p w14:paraId="31C3ED5D" w14:textId="77777777" w:rsidR="006C65B0" w:rsidRDefault="006C65B0"/>
    <w:p w14:paraId="4475D3B7" w14:textId="77777777" w:rsidR="006C65B0" w:rsidRDefault="00000000">
      <w:r>
        <w:br w:type="page"/>
      </w:r>
    </w:p>
    <w:tbl>
      <w:tblPr>
        <w:tblW w:w="0" w:type="auto"/>
        <w:jc w:val="center"/>
        <w:tblLook w:val="04A0" w:firstRow="1" w:lastRow="0" w:firstColumn="1" w:lastColumn="0" w:noHBand="0" w:noVBand="1"/>
      </w:tblPr>
      <w:tblGrid>
        <w:gridCol w:w="9866"/>
      </w:tblGrid>
      <w:tr w:rsidR="006C65B0" w14:paraId="1B574C42" w14:textId="77777777">
        <w:trPr>
          <w:jc w:val="center"/>
        </w:trPr>
        <w:tc>
          <w:tcPr>
            <w:tcW w:w="9866" w:type="dxa"/>
            <w:shd w:val="clear" w:color="auto" w:fill="F5A623"/>
            <w:vAlign w:val="center"/>
          </w:tcPr>
          <w:p w14:paraId="7747DF88" w14:textId="77777777" w:rsidR="006C65B0" w:rsidRDefault="00000000">
            <w:r>
              <w:rPr>
                <w:b/>
                <w:color w:val="FFFFFF"/>
                <w:sz w:val="22"/>
              </w:rPr>
              <w:lastRenderedPageBreak/>
              <w:t>3.  FUMIGACIÓN</w:t>
            </w:r>
          </w:p>
        </w:tc>
      </w:tr>
    </w:tbl>
    <w:p w14:paraId="7F155085" w14:textId="77777777" w:rsidR="006C65B0" w:rsidRPr="006C537A" w:rsidRDefault="00000000">
      <w:pPr>
        <w:spacing w:after="120"/>
        <w:rPr>
          <w:lang w:val="es-CO"/>
        </w:rPr>
      </w:pPr>
      <w:r w:rsidRPr="006C537A">
        <w:rPr>
          <w:lang w:val="es-CO"/>
        </w:rPr>
        <w:t>Actividad orientada al control fitosanitario y a la erradicación de plagas, malezas y vectores que puedan afectar el adecuado mantenimiento y conservación de las zonas verdes del municipio de Anserma. Consiste en la aplicación controlada de productos autorizados por la autoridad ambiental y sanitaria competente y en la aplicación de abonos, mediante técnicas que garanticen una cobertura uniforme sobre la superficie intervenida.</w:t>
      </w:r>
    </w:p>
    <w:tbl>
      <w:tblPr>
        <w:tblStyle w:val="Tablaconcuadrcula"/>
        <w:tblW w:w="10111" w:type="dxa"/>
        <w:tblLayout w:type="fixed"/>
        <w:tblLook w:val="04A0" w:firstRow="1" w:lastRow="0" w:firstColumn="1" w:lastColumn="0" w:noHBand="0" w:noVBand="1"/>
      </w:tblPr>
      <w:tblGrid>
        <w:gridCol w:w="1519"/>
        <w:gridCol w:w="5553"/>
        <w:gridCol w:w="3039"/>
      </w:tblGrid>
      <w:tr w:rsidR="006C65B0" w14:paraId="592D1B39" w14:textId="77777777" w:rsidTr="00FE0035">
        <w:trPr>
          <w:trHeight w:val="248"/>
        </w:trPr>
        <w:tc>
          <w:tcPr>
            <w:tcW w:w="1519" w:type="dxa"/>
            <w:shd w:val="clear" w:color="auto" w:fill="8A6D1A"/>
            <w:vAlign w:val="center"/>
          </w:tcPr>
          <w:p w14:paraId="6FBF08A2" w14:textId="77777777" w:rsidR="006C65B0" w:rsidRDefault="00000000">
            <w:pPr>
              <w:jc w:val="center"/>
            </w:pPr>
            <w:proofErr w:type="spellStart"/>
            <w:r>
              <w:rPr>
                <w:b/>
                <w:color w:val="FFFFFF"/>
                <w:sz w:val="18"/>
              </w:rPr>
              <w:t>Fecha</w:t>
            </w:r>
            <w:proofErr w:type="spellEnd"/>
          </w:p>
        </w:tc>
        <w:tc>
          <w:tcPr>
            <w:tcW w:w="5553" w:type="dxa"/>
            <w:shd w:val="clear" w:color="auto" w:fill="8A6D1A"/>
            <w:vAlign w:val="center"/>
          </w:tcPr>
          <w:p w14:paraId="0EBB14AF" w14:textId="77777777" w:rsidR="006C65B0" w:rsidRDefault="00000000">
            <w:pPr>
              <w:jc w:val="center"/>
            </w:pPr>
            <w:r>
              <w:rPr>
                <w:b/>
                <w:color w:val="FFFFFF"/>
                <w:sz w:val="18"/>
              </w:rPr>
              <w:t xml:space="preserve">Lugar </w:t>
            </w:r>
            <w:proofErr w:type="spellStart"/>
            <w:r>
              <w:rPr>
                <w:b/>
                <w:color w:val="FFFFFF"/>
                <w:sz w:val="18"/>
              </w:rPr>
              <w:t>intervenido</w:t>
            </w:r>
            <w:proofErr w:type="spellEnd"/>
          </w:p>
        </w:tc>
        <w:tc>
          <w:tcPr>
            <w:tcW w:w="3039" w:type="dxa"/>
            <w:shd w:val="clear" w:color="auto" w:fill="8A6D1A"/>
            <w:vAlign w:val="center"/>
          </w:tcPr>
          <w:p w14:paraId="3A152B5B" w14:textId="77777777" w:rsidR="006C65B0" w:rsidRDefault="00000000">
            <w:pPr>
              <w:jc w:val="center"/>
            </w:pPr>
            <w:proofErr w:type="spellStart"/>
            <w:r>
              <w:rPr>
                <w:b/>
                <w:color w:val="FFFFFF"/>
                <w:sz w:val="18"/>
              </w:rPr>
              <w:t>Área</w:t>
            </w:r>
            <w:proofErr w:type="spellEnd"/>
            <w:r>
              <w:rPr>
                <w:b/>
                <w:color w:val="FFFFFF"/>
                <w:sz w:val="18"/>
              </w:rPr>
              <w:t xml:space="preserve"> (m²)</w:t>
            </w:r>
          </w:p>
        </w:tc>
      </w:tr>
      <w:tr w:rsidR="006C65B0" w14:paraId="587A0D26" w14:textId="77777777" w:rsidTr="00FE0035">
        <w:trPr>
          <w:trHeight w:val="248"/>
        </w:trPr>
        <w:tc>
          <w:tcPr>
            <w:tcW w:w="1519" w:type="dxa"/>
            <w:vAlign w:val="center"/>
          </w:tcPr>
          <w:p w14:paraId="327A3964" w14:textId="77777777" w:rsidR="006C65B0" w:rsidRDefault="00000000">
            <w:pPr>
              <w:jc w:val="center"/>
            </w:pPr>
            <w:r>
              <w:rPr>
                <w:sz w:val="18"/>
              </w:rPr>
              <w:t>18/06/2026</w:t>
            </w:r>
          </w:p>
        </w:tc>
        <w:tc>
          <w:tcPr>
            <w:tcW w:w="5553" w:type="dxa"/>
            <w:vAlign w:val="center"/>
          </w:tcPr>
          <w:p w14:paraId="15F88972" w14:textId="77777777" w:rsidR="006C65B0" w:rsidRDefault="00000000">
            <w:r>
              <w:rPr>
                <w:sz w:val="18"/>
              </w:rPr>
              <w:t xml:space="preserve">Zonas </w:t>
            </w:r>
            <w:proofErr w:type="spellStart"/>
            <w:r>
              <w:rPr>
                <w:sz w:val="18"/>
              </w:rPr>
              <w:t>deportivas</w:t>
            </w:r>
            <w:proofErr w:type="spellEnd"/>
            <w:r>
              <w:rPr>
                <w:sz w:val="18"/>
              </w:rPr>
              <w:t xml:space="preserve"> y </w:t>
            </w:r>
            <w:proofErr w:type="spellStart"/>
            <w:r>
              <w:rPr>
                <w:sz w:val="18"/>
              </w:rPr>
              <w:t>estadio</w:t>
            </w:r>
            <w:proofErr w:type="spellEnd"/>
          </w:p>
        </w:tc>
        <w:tc>
          <w:tcPr>
            <w:tcW w:w="3039" w:type="dxa"/>
            <w:vAlign w:val="center"/>
          </w:tcPr>
          <w:p w14:paraId="7ABDA544" w14:textId="77777777" w:rsidR="006C65B0" w:rsidRDefault="00000000">
            <w:pPr>
              <w:jc w:val="right"/>
            </w:pPr>
            <w:r>
              <w:rPr>
                <w:sz w:val="18"/>
              </w:rPr>
              <w:t>2.446,43</w:t>
            </w:r>
          </w:p>
        </w:tc>
      </w:tr>
      <w:tr w:rsidR="006C65B0" w14:paraId="4B3DEC5F" w14:textId="77777777" w:rsidTr="00FE0035">
        <w:trPr>
          <w:trHeight w:val="248"/>
        </w:trPr>
        <w:tc>
          <w:tcPr>
            <w:tcW w:w="1519" w:type="dxa"/>
            <w:vAlign w:val="center"/>
          </w:tcPr>
          <w:p w14:paraId="5D5756ED" w14:textId="77777777" w:rsidR="006C65B0" w:rsidRDefault="00000000">
            <w:pPr>
              <w:jc w:val="center"/>
            </w:pPr>
            <w:r>
              <w:rPr>
                <w:sz w:val="18"/>
              </w:rPr>
              <w:t>27/06/2026</w:t>
            </w:r>
          </w:p>
        </w:tc>
        <w:tc>
          <w:tcPr>
            <w:tcW w:w="5553" w:type="dxa"/>
            <w:vAlign w:val="center"/>
          </w:tcPr>
          <w:p w14:paraId="7AAEA00E" w14:textId="77777777" w:rsidR="006C65B0" w:rsidRDefault="00000000">
            <w:r>
              <w:rPr>
                <w:sz w:val="18"/>
              </w:rPr>
              <w:t>Sector Las Playas</w:t>
            </w:r>
          </w:p>
        </w:tc>
        <w:tc>
          <w:tcPr>
            <w:tcW w:w="3039" w:type="dxa"/>
            <w:vAlign w:val="center"/>
          </w:tcPr>
          <w:p w14:paraId="183F30C0" w14:textId="77777777" w:rsidR="006C65B0" w:rsidRDefault="00000000">
            <w:pPr>
              <w:jc w:val="right"/>
            </w:pPr>
            <w:r>
              <w:rPr>
                <w:sz w:val="18"/>
              </w:rPr>
              <w:t>563,91</w:t>
            </w:r>
          </w:p>
        </w:tc>
      </w:tr>
      <w:tr w:rsidR="006C65B0" w14:paraId="4159628C" w14:textId="77777777" w:rsidTr="00FE0035">
        <w:trPr>
          <w:trHeight w:val="248"/>
        </w:trPr>
        <w:tc>
          <w:tcPr>
            <w:tcW w:w="1519" w:type="dxa"/>
            <w:vAlign w:val="center"/>
          </w:tcPr>
          <w:p w14:paraId="21A1E250" w14:textId="77777777" w:rsidR="006C65B0" w:rsidRDefault="00000000">
            <w:pPr>
              <w:jc w:val="center"/>
            </w:pPr>
            <w:r>
              <w:rPr>
                <w:sz w:val="18"/>
              </w:rPr>
              <w:t>27/06/2026</w:t>
            </w:r>
          </w:p>
        </w:tc>
        <w:tc>
          <w:tcPr>
            <w:tcW w:w="5553" w:type="dxa"/>
            <w:vAlign w:val="center"/>
          </w:tcPr>
          <w:p w14:paraId="5A73DCD2" w14:textId="77777777" w:rsidR="006C65B0" w:rsidRDefault="00000000">
            <w:r>
              <w:rPr>
                <w:sz w:val="18"/>
              </w:rPr>
              <w:t xml:space="preserve">Piedra del </w:t>
            </w:r>
            <w:proofErr w:type="spellStart"/>
            <w:r>
              <w:rPr>
                <w:sz w:val="18"/>
              </w:rPr>
              <w:t>Taijara</w:t>
            </w:r>
            <w:proofErr w:type="spellEnd"/>
          </w:p>
        </w:tc>
        <w:tc>
          <w:tcPr>
            <w:tcW w:w="3039" w:type="dxa"/>
            <w:vAlign w:val="center"/>
          </w:tcPr>
          <w:p w14:paraId="29EB4240" w14:textId="77777777" w:rsidR="006C65B0" w:rsidRDefault="00000000">
            <w:pPr>
              <w:jc w:val="right"/>
            </w:pPr>
            <w:r>
              <w:rPr>
                <w:sz w:val="18"/>
              </w:rPr>
              <w:t>642,01</w:t>
            </w:r>
          </w:p>
        </w:tc>
      </w:tr>
      <w:tr w:rsidR="006C65B0" w14:paraId="172B156A" w14:textId="77777777" w:rsidTr="00FE0035">
        <w:trPr>
          <w:trHeight w:val="248"/>
        </w:trPr>
        <w:tc>
          <w:tcPr>
            <w:tcW w:w="1519" w:type="dxa"/>
            <w:vAlign w:val="center"/>
          </w:tcPr>
          <w:p w14:paraId="1D2671C6" w14:textId="77777777" w:rsidR="006C65B0" w:rsidRDefault="00000000">
            <w:pPr>
              <w:jc w:val="center"/>
            </w:pPr>
            <w:r>
              <w:rPr>
                <w:sz w:val="18"/>
              </w:rPr>
              <w:t>28/06/2026</w:t>
            </w:r>
          </w:p>
        </w:tc>
        <w:tc>
          <w:tcPr>
            <w:tcW w:w="5553" w:type="dxa"/>
            <w:vAlign w:val="center"/>
          </w:tcPr>
          <w:p w14:paraId="66E77565" w14:textId="77777777" w:rsidR="006C65B0" w:rsidRPr="006C537A" w:rsidRDefault="00000000">
            <w:pPr>
              <w:rPr>
                <w:lang w:val="es-CO"/>
              </w:rPr>
            </w:pPr>
            <w:r w:rsidRPr="006C537A">
              <w:rPr>
                <w:sz w:val="18"/>
                <w:lang w:val="es-CO"/>
              </w:rPr>
              <w:t>Cancha del estadio (aplicación de abono)</w:t>
            </w:r>
          </w:p>
        </w:tc>
        <w:tc>
          <w:tcPr>
            <w:tcW w:w="3039" w:type="dxa"/>
            <w:vAlign w:val="center"/>
          </w:tcPr>
          <w:p w14:paraId="588F93EF" w14:textId="77777777" w:rsidR="006C65B0" w:rsidRDefault="00000000">
            <w:pPr>
              <w:jc w:val="right"/>
            </w:pPr>
            <w:r>
              <w:rPr>
                <w:sz w:val="18"/>
              </w:rPr>
              <w:t>9.473,53</w:t>
            </w:r>
          </w:p>
        </w:tc>
      </w:tr>
      <w:tr w:rsidR="006C65B0" w14:paraId="1BD70E23" w14:textId="77777777" w:rsidTr="00FE0035">
        <w:trPr>
          <w:trHeight w:val="248"/>
        </w:trPr>
        <w:tc>
          <w:tcPr>
            <w:tcW w:w="7072" w:type="dxa"/>
            <w:gridSpan w:val="2"/>
            <w:shd w:val="clear" w:color="auto" w:fill="FDEECB"/>
            <w:vAlign w:val="center"/>
          </w:tcPr>
          <w:p w14:paraId="6AE131F6" w14:textId="77777777" w:rsidR="006C65B0" w:rsidRDefault="00000000">
            <w:r>
              <w:rPr>
                <w:b/>
                <w:sz w:val="18"/>
              </w:rPr>
              <w:t>TOTAL INTERVENIDO</w:t>
            </w:r>
          </w:p>
        </w:tc>
        <w:tc>
          <w:tcPr>
            <w:tcW w:w="3039" w:type="dxa"/>
            <w:shd w:val="clear" w:color="auto" w:fill="FDEECB"/>
            <w:vAlign w:val="center"/>
          </w:tcPr>
          <w:p w14:paraId="5C469BE2" w14:textId="77777777" w:rsidR="006C65B0" w:rsidRDefault="00000000">
            <w:pPr>
              <w:jc w:val="right"/>
            </w:pPr>
            <w:r>
              <w:rPr>
                <w:b/>
                <w:sz w:val="18"/>
              </w:rPr>
              <w:t>13.125,88 m²</w:t>
            </w:r>
          </w:p>
        </w:tc>
      </w:tr>
    </w:tbl>
    <w:p w14:paraId="244610CF" w14:textId="77777777" w:rsidR="006C65B0" w:rsidRDefault="006C65B0"/>
    <w:p w14:paraId="2EFFA29A" w14:textId="77777777" w:rsidR="006C65B0" w:rsidRPr="006C537A" w:rsidRDefault="00000000">
      <w:pPr>
        <w:rPr>
          <w:lang w:val="es-CO"/>
        </w:rPr>
      </w:pPr>
      <w:r w:rsidRPr="006C537A">
        <w:rPr>
          <w:b/>
          <w:lang w:val="es-CO"/>
        </w:rPr>
        <w:t xml:space="preserve">VALOR EJECUTADO POR ESTE ÍTEM: </w:t>
      </w:r>
      <w:r w:rsidRPr="006C537A">
        <w:rPr>
          <w:lang w:val="es-CO"/>
        </w:rPr>
        <w:t>CUATROCIENTOS CINCUENTA MIL PESOS M/C ($450.000)</w:t>
      </w:r>
    </w:p>
    <w:p w14:paraId="200DB9C6" w14:textId="7477F3FF" w:rsidR="006C65B0" w:rsidRPr="006C537A" w:rsidRDefault="00000000">
      <w:pPr>
        <w:spacing w:after="120"/>
        <w:rPr>
          <w:lang w:val="es-CO"/>
        </w:rPr>
      </w:pPr>
      <w:r w:rsidRPr="006C537A">
        <w:rPr>
          <w:i/>
          <w:lang w:val="es-CO"/>
        </w:rPr>
        <w:t xml:space="preserve">Evidencias: A </w:t>
      </w:r>
      <w:r w:rsidR="00FE0035" w:rsidRPr="006C537A">
        <w:rPr>
          <w:i/>
          <w:lang w:val="es-CO"/>
        </w:rPr>
        <w:t>continuación,</w:t>
      </w:r>
      <w:r w:rsidRPr="006C537A">
        <w:rPr>
          <w:i/>
          <w:lang w:val="es-CO"/>
        </w:rPr>
        <w:t xml:space="preserve"> se presentan las evidencias fotográficas que documentan el cumplimiento de las actividades descritas.</w:t>
      </w:r>
    </w:p>
    <w:p w14:paraId="499CB3E0" w14:textId="77777777" w:rsidR="006C65B0" w:rsidRPr="006C537A" w:rsidRDefault="00000000">
      <w:pPr>
        <w:rPr>
          <w:lang w:val="es-CO"/>
        </w:rPr>
      </w:pPr>
      <w:r w:rsidRPr="006C537A">
        <w:rPr>
          <w:b/>
          <w:sz w:val="18"/>
          <w:lang w:val="es-CO"/>
        </w:rPr>
        <w:t>18/06/2026 — Zonas deportivas y estadio (2.446,43 m²)</w:t>
      </w:r>
    </w:p>
    <w:tbl>
      <w:tblPr>
        <w:tblW w:w="0" w:type="auto"/>
        <w:tblLayout w:type="fixed"/>
        <w:tblLook w:val="04A0" w:firstRow="1" w:lastRow="0" w:firstColumn="1" w:lastColumn="0" w:noHBand="0" w:noVBand="1"/>
      </w:tblPr>
      <w:tblGrid>
        <w:gridCol w:w="3175"/>
        <w:gridCol w:w="3175"/>
        <w:gridCol w:w="3289"/>
      </w:tblGrid>
      <w:tr w:rsidR="006C65B0" w14:paraId="19C0A696" w14:textId="77777777">
        <w:tc>
          <w:tcPr>
            <w:tcW w:w="3175" w:type="dxa"/>
          </w:tcPr>
          <w:p w14:paraId="1BAD7524" w14:textId="77777777" w:rsidR="006C65B0" w:rsidRDefault="00000000">
            <w:pPr>
              <w:jc w:val="center"/>
            </w:pPr>
            <w:r>
              <w:rPr>
                <w:noProof/>
              </w:rPr>
              <w:drawing>
                <wp:inline distT="0" distB="0" distL="0" distR="0" wp14:anchorId="20A9858C" wp14:editId="2275093A">
                  <wp:extent cx="1908000" cy="14310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68.jpg"/>
                          <pic:cNvPicPr/>
                        </pic:nvPicPr>
                        <pic:blipFill>
                          <a:blip r:embed="rId81"/>
                          <a:stretch>
                            <a:fillRect/>
                          </a:stretch>
                        </pic:blipFill>
                        <pic:spPr>
                          <a:xfrm>
                            <a:off x="0" y="0"/>
                            <a:ext cx="1908000" cy="1431000"/>
                          </a:xfrm>
                          <a:prstGeom prst="rect">
                            <a:avLst/>
                          </a:prstGeom>
                        </pic:spPr>
                      </pic:pic>
                    </a:graphicData>
                  </a:graphic>
                </wp:inline>
              </w:drawing>
            </w:r>
          </w:p>
        </w:tc>
        <w:tc>
          <w:tcPr>
            <w:tcW w:w="3175" w:type="dxa"/>
          </w:tcPr>
          <w:p w14:paraId="6873949B" w14:textId="77777777" w:rsidR="006C65B0" w:rsidRDefault="00000000">
            <w:pPr>
              <w:jc w:val="center"/>
            </w:pPr>
            <w:r>
              <w:rPr>
                <w:noProof/>
              </w:rPr>
              <w:drawing>
                <wp:inline distT="0" distB="0" distL="0" distR="0" wp14:anchorId="7EEFC6D7" wp14:editId="2828D375">
                  <wp:extent cx="1818337" cy="1418253"/>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69.jpg"/>
                          <pic:cNvPicPr/>
                        </pic:nvPicPr>
                        <pic:blipFill rotWithShape="1">
                          <a:blip r:embed="rId82"/>
                          <a:srcRect l="35630" t="19489" b="10502"/>
                          <a:stretch>
                            <a:fillRect/>
                          </a:stretch>
                        </pic:blipFill>
                        <pic:spPr bwMode="auto">
                          <a:xfrm>
                            <a:off x="0" y="0"/>
                            <a:ext cx="1836607" cy="1432503"/>
                          </a:xfrm>
                          <a:prstGeom prst="rect">
                            <a:avLst/>
                          </a:prstGeom>
                          <a:ln>
                            <a:noFill/>
                          </a:ln>
                          <a:extLst>
                            <a:ext uri="{53640926-AAD7-44D8-BBD7-CCE9431645EC}">
                              <a14:shadowObscured xmlns:a14="http://schemas.microsoft.com/office/drawing/2010/main"/>
                            </a:ext>
                          </a:extLst>
                        </pic:spPr>
                      </pic:pic>
                    </a:graphicData>
                  </a:graphic>
                </wp:inline>
              </w:drawing>
            </w:r>
          </w:p>
        </w:tc>
        <w:tc>
          <w:tcPr>
            <w:tcW w:w="3175" w:type="dxa"/>
          </w:tcPr>
          <w:p w14:paraId="3518F6CB" w14:textId="77777777" w:rsidR="006C65B0" w:rsidRDefault="00000000">
            <w:pPr>
              <w:jc w:val="center"/>
            </w:pPr>
            <w:r>
              <w:rPr>
                <w:noProof/>
              </w:rPr>
              <w:drawing>
                <wp:inline distT="0" distB="0" distL="0" distR="0" wp14:anchorId="192CC31F" wp14:editId="65464A7C">
                  <wp:extent cx="1908000" cy="14310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70.jpg"/>
                          <pic:cNvPicPr/>
                        </pic:nvPicPr>
                        <pic:blipFill>
                          <a:blip r:embed="rId83"/>
                          <a:stretch>
                            <a:fillRect/>
                          </a:stretch>
                        </pic:blipFill>
                        <pic:spPr>
                          <a:xfrm>
                            <a:off x="0" y="0"/>
                            <a:ext cx="1908000" cy="1431000"/>
                          </a:xfrm>
                          <a:prstGeom prst="rect">
                            <a:avLst/>
                          </a:prstGeom>
                        </pic:spPr>
                      </pic:pic>
                    </a:graphicData>
                  </a:graphic>
                </wp:inline>
              </w:drawing>
            </w:r>
          </w:p>
        </w:tc>
      </w:tr>
      <w:tr w:rsidR="006C65B0" w14:paraId="7F4CDCEA" w14:textId="77777777">
        <w:tc>
          <w:tcPr>
            <w:tcW w:w="3175" w:type="dxa"/>
          </w:tcPr>
          <w:p w14:paraId="0EC37DFF" w14:textId="77777777" w:rsidR="006C65B0" w:rsidRDefault="00000000">
            <w:pPr>
              <w:jc w:val="center"/>
            </w:pPr>
            <w:r>
              <w:rPr>
                <w:noProof/>
              </w:rPr>
              <w:drawing>
                <wp:inline distT="0" distB="0" distL="0" distR="0" wp14:anchorId="54A46929" wp14:editId="5E479F9E">
                  <wp:extent cx="1895980" cy="1179925"/>
                  <wp:effectExtent l="0" t="0" r="9525" b="127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71.jpg"/>
                          <pic:cNvPicPr/>
                        </pic:nvPicPr>
                        <pic:blipFill rotWithShape="1">
                          <a:blip r:embed="rId84"/>
                          <a:srcRect l="40529" t="22621" b="11550"/>
                          <a:stretch>
                            <a:fillRect/>
                          </a:stretch>
                        </pic:blipFill>
                        <pic:spPr bwMode="auto">
                          <a:xfrm>
                            <a:off x="0" y="0"/>
                            <a:ext cx="1925272" cy="1198154"/>
                          </a:xfrm>
                          <a:prstGeom prst="rect">
                            <a:avLst/>
                          </a:prstGeom>
                          <a:ln>
                            <a:noFill/>
                          </a:ln>
                          <a:extLst>
                            <a:ext uri="{53640926-AAD7-44D8-BBD7-CCE9431645EC}">
                              <a14:shadowObscured xmlns:a14="http://schemas.microsoft.com/office/drawing/2010/main"/>
                            </a:ext>
                          </a:extLst>
                        </pic:spPr>
                      </pic:pic>
                    </a:graphicData>
                  </a:graphic>
                </wp:inline>
              </w:drawing>
            </w:r>
          </w:p>
        </w:tc>
        <w:tc>
          <w:tcPr>
            <w:tcW w:w="3175" w:type="dxa"/>
          </w:tcPr>
          <w:p w14:paraId="7CC54745" w14:textId="77777777" w:rsidR="006C65B0" w:rsidRDefault="00000000">
            <w:pPr>
              <w:jc w:val="center"/>
            </w:pPr>
            <w:r>
              <w:rPr>
                <w:noProof/>
              </w:rPr>
              <w:drawing>
                <wp:anchor distT="0" distB="0" distL="114300" distR="114300" simplePos="0" relativeHeight="251668480" behindDoc="0" locked="0" layoutInCell="1" allowOverlap="1" wp14:anchorId="740AAAAD" wp14:editId="2ED46310">
                  <wp:simplePos x="0" y="0"/>
                  <wp:positionH relativeFrom="column">
                    <wp:posOffset>100369</wp:posOffset>
                  </wp:positionH>
                  <wp:positionV relativeFrom="paragraph">
                    <wp:posOffset>67685</wp:posOffset>
                  </wp:positionV>
                  <wp:extent cx="1686975" cy="1105629"/>
                  <wp:effectExtent l="0" t="0" r="8890"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72.jpg"/>
                          <pic:cNvPicPr/>
                        </pic:nvPicPr>
                        <pic:blipFill rotWithShape="1">
                          <a:blip r:embed="rId85"/>
                          <a:srcRect l="38185" t="18445" b="9497"/>
                          <a:stretch>
                            <a:fillRect/>
                          </a:stretch>
                        </pic:blipFill>
                        <pic:spPr bwMode="auto">
                          <a:xfrm>
                            <a:off x="0" y="0"/>
                            <a:ext cx="1701331" cy="111503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289" w:type="dxa"/>
          </w:tcPr>
          <w:p w14:paraId="374C25A4" w14:textId="77777777" w:rsidR="006C65B0" w:rsidRDefault="006C65B0"/>
        </w:tc>
      </w:tr>
    </w:tbl>
    <w:p w14:paraId="42C40321" w14:textId="77777777" w:rsidR="006C65B0" w:rsidRDefault="006C65B0"/>
    <w:p w14:paraId="74B8E838" w14:textId="77777777" w:rsidR="006C65B0" w:rsidRDefault="00000000">
      <w:r>
        <w:rPr>
          <w:b/>
          <w:sz w:val="18"/>
        </w:rPr>
        <w:t>27/06/2026 — Sector Las Playas (563,91 m²)</w:t>
      </w:r>
    </w:p>
    <w:tbl>
      <w:tblPr>
        <w:tblW w:w="0" w:type="auto"/>
        <w:tblLayout w:type="fixed"/>
        <w:tblLook w:val="04A0" w:firstRow="1" w:lastRow="0" w:firstColumn="1" w:lastColumn="0" w:noHBand="0" w:noVBand="1"/>
      </w:tblPr>
      <w:tblGrid>
        <w:gridCol w:w="3175"/>
        <w:gridCol w:w="3289"/>
        <w:gridCol w:w="3289"/>
      </w:tblGrid>
      <w:tr w:rsidR="006C65B0" w14:paraId="2CD50FFF" w14:textId="77777777">
        <w:tc>
          <w:tcPr>
            <w:tcW w:w="3175" w:type="dxa"/>
          </w:tcPr>
          <w:p w14:paraId="74B1A760" w14:textId="77777777" w:rsidR="006C65B0" w:rsidRDefault="00000000">
            <w:pPr>
              <w:jc w:val="center"/>
            </w:pPr>
            <w:r>
              <w:rPr>
                <w:noProof/>
              </w:rPr>
              <w:drawing>
                <wp:inline distT="0" distB="0" distL="0" distR="0" wp14:anchorId="10764094" wp14:editId="142CA114">
                  <wp:extent cx="1716545" cy="1041296"/>
                  <wp:effectExtent l="0" t="0" r="0" b="698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79.jpg"/>
                          <pic:cNvPicPr/>
                        </pic:nvPicPr>
                        <pic:blipFill rotWithShape="1">
                          <a:blip r:embed="rId66"/>
                          <a:srcRect l="33849" t="19141" b="9484"/>
                          <a:stretch>
                            <a:fillRect/>
                          </a:stretch>
                        </pic:blipFill>
                        <pic:spPr bwMode="auto">
                          <a:xfrm>
                            <a:off x="0" y="0"/>
                            <a:ext cx="1730967" cy="1050044"/>
                          </a:xfrm>
                          <a:prstGeom prst="rect">
                            <a:avLst/>
                          </a:prstGeom>
                          <a:ln>
                            <a:noFill/>
                          </a:ln>
                          <a:extLst>
                            <a:ext uri="{53640926-AAD7-44D8-BBD7-CCE9431645EC}">
                              <a14:shadowObscured xmlns:a14="http://schemas.microsoft.com/office/drawing/2010/main"/>
                            </a:ext>
                          </a:extLst>
                        </pic:spPr>
                      </pic:pic>
                    </a:graphicData>
                  </a:graphic>
                </wp:inline>
              </w:drawing>
            </w:r>
          </w:p>
        </w:tc>
        <w:tc>
          <w:tcPr>
            <w:tcW w:w="3175" w:type="dxa"/>
          </w:tcPr>
          <w:p w14:paraId="5E6EF19A" w14:textId="77777777" w:rsidR="006C65B0" w:rsidRDefault="00000000">
            <w:pPr>
              <w:jc w:val="center"/>
            </w:pPr>
            <w:r>
              <w:rPr>
                <w:noProof/>
              </w:rPr>
              <w:drawing>
                <wp:inline distT="0" distB="0" distL="0" distR="0" wp14:anchorId="21C99076" wp14:editId="50A4A587">
                  <wp:extent cx="1604645" cy="1044575"/>
                  <wp:effectExtent l="0" t="0" r="0" b="317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80.jpg"/>
                          <pic:cNvPicPr/>
                        </pic:nvPicPr>
                        <pic:blipFill rotWithShape="1">
                          <a:blip r:embed="rId67"/>
                          <a:srcRect l="35619" t="20131" b="9657"/>
                          <a:stretch>
                            <a:fillRect/>
                          </a:stretch>
                        </pic:blipFill>
                        <pic:spPr bwMode="auto">
                          <a:xfrm>
                            <a:off x="0" y="0"/>
                            <a:ext cx="1611046" cy="1048742"/>
                          </a:xfrm>
                          <a:prstGeom prst="rect">
                            <a:avLst/>
                          </a:prstGeom>
                          <a:ln>
                            <a:noFill/>
                          </a:ln>
                          <a:extLst>
                            <a:ext uri="{53640926-AAD7-44D8-BBD7-CCE9431645EC}">
                              <a14:shadowObscured xmlns:a14="http://schemas.microsoft.com/office/drawing/2010/main"/>
                            </a:ext>
                          </a:extLst>
                        </pic:spPr>
                      </pic:pic>
                    </a:graphicData>
                  </a:graphic>
                </wp:inline>
              </w:drawing>
            </w:r>
          </w:p>
        </w:tc>
        <w:tc>
          <w:tcPr>
            <w:tcW w:w="3175" w:type="dxa"/>
          </w:tcPr>
          <w:p w14:paraId="61379828" w14:textId="77777777" w:rsidR="006C65B0" w:rsidRDefault="00000000">
            <w:pPr>
              <w:jc w:val="center"/>
            </w:pPr>
            <w:r>
              <w:rPr>
                <w:noProof/>
              </w:rPr>
              <w:drawing>
                <wp:anchor distT="0" distB="0" distL="114300" distR="114300" simplePos="0" relativeHeight="251669504" behindDoc="0" locked="0" layoutInCell="1" allowOverlap="1" wp14:anchorId="3F1F01AF" wp14:editId="133E608B">
                  <wp:simplePos x="0" y="0"/>
                  <wp:positionH relativeFrom="column">
                    <wp:posOffset>122555</wp:posOffset>
                  </wp:positionH>
                  <wp:positionV relativeFrom="paragraph">
                    <wp:posOffset>88900</wp:posOffset>
                  </wp:positionV>
                  <wp:extent cx="1537850" cy="963718"/>
                  <wp:effectExtent l="0" t="0" r="5715" b="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81.jpg"/>
                          <pic:cNvPicPr/>
                        </pic:nvPicPr>
                        <pic:blipFill>
                          <a:blip r:embed="rId68"/>
                          <a:stretch>
                            <a:fillRect/>
                          </a:stretch>
                        </pic:blipFill>
                        <pic:spPr>
                          <a:xfrm>
                            <a:off x="0" y="0"/>
                            <a:ext cx="1537850" cy="963718"/>
                          </a:xfrm>
                          <a:prstGeom prst="rect">
                            <a:avLst/>
                          </a:prstGeom>
                        </pic:spPr>
                      </pic:pic>
                    </a:graphicData>
                  </a:graphic>
                </wp:anchor>
              </w:drawing>
            </w:r>
          </w:p>
        </w:tc>
      </w:tr>
      <w:tr w:rsidR="006C65B0" w14:paraId="7618B069" w14:textId="77777777">
        <w:tc>
          <w:tcPr>
            <w:tcW w:w="3175" w:type="dxa"/>
          </w:tcPr>
          <w:p w14:paraId="04D37ED6" w14:textId="77777777" w:rsidR="006C65B0" w:rsidRDefault="00000000">
            <w:pPr>
              <w:jc w:val="center"/>
            </w:pPr>
            <w:r>
              <w:rPr>
                <w:noProof/>
              </w:rPr>
              <w:drawing>
                <wp:inline distT="0" distB="0" distL="0" distR="0" wp14:anchorId="759496EE" wp14:editId="76C2D769">
                  <wp:extent cx="1632181" cy="997444"/>
                  <wp:effectExtent l="0" t="0" r="635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82.jpg"/>
                          <pic:cNvPicPr/>
                        </pic:nvPicPr>
                        <pic:blipFill>
                          <a:blip r:embed="rId69"/>
                          <a:stretch>
                            <a:fillRect/>
                          </a:stretch>
                        </pic:blipFill>
                        <pic:spPr>
                          <a:xfrm>
                            <a:off x="0" y="0"/>
                            <a:ext cx="1651251" cy="1009098"/>
                          </a:xfrm>
                          <a:prstGeom prst="rect">
                            <a:avLst/>
                          </a:prstGeom>
                        </pic:spPr>
                      </pic:pic>
                    </a:graphicData>
                  </a:graphic>
                </wp:inline>
              </w:drawing>
            </w:r>
          </w:p>
        </w:tc>
        <w:tc>
          <w:tcPr>
            <w:tcW w:w="3289" w:type="dxa"/>
          </w:tcPr>
          <w:p w14:paraId="40B57903" w14:textId="77777777" w:rsidR="006C65B0" w:rsidRDefault="006C65B0"/>
        </w:tc>
        <w:tc>
          <w:tcPr>
            <w:tcW w:w="3289" w:type="dxa"/>
          </w:tcPr>
          <w:p w14:paraId="0CF03472" w14:textId="77777777" w:rsidR="006C65B0" w:rsidRDefault="006C65B0"/>
        </w:tc>
      </w:tr>
    </w:tbl>
    <w:p w14:paraId="2C34926C" w14:textId="77777777" w:rsidR="006C65B0" w:rsidRDefault="006C65B0"/>
    <w:p w14:paraId="77E210D3" w14:textId="77777777" w:rsidR="006C65B0" w:rsidRDefault="00000000">
      <w:r>
        <w:rPr>
          <w:b/>
          <w:sz w:val="18"/>
        </w:rPr>
        <w:lastRenderedPageBreak/>
        <w:t xml:space="preserve">27/06/2026 — Piedra del </w:t>
      </w:r>
      <w:proofErr w:type="spellStart"/>
      <w:r>
        <w:rPr>
          <w:b/>
          <w:sz w:val="18"/>
        </w:rPr>
        <w:t>Taijara</w:t>
      </w:r>
      <w:proofErr w:type="spellEnd"/>
      <w:r>
        <w:rPr>
          <w:b/>
          <w:sz w:val="18"/>
        </w:rPr>
        <w:t xml:space="preserve"> (642,01 m²)</w:t>
      </w:r>
    </w:p>
    <w:tbl>
      <w:tblPr>
        <w:tblW w:w="0" w:type="auto"/>
        <w:tblLayout w:type="fixed"/>
        <w:tblLook w:val="04A0" w:firstRow="1" w:lastRow="0" w:firstColumn="1" w:lastColumn="0" w:noHBand="0" w:noVBand="1"/>
      </w:tblPr>
      <w:tblGrid>
        <w:gridCol w:w="3175"/>
        <w:gridCol w:w="3175"/>
        <w:gridCol w:w="3289"/>
      </w:tblGrid>
      <w:tr w:rsidR="006C65B0" w14:paraId="62994923" w14:textId="77777777">
        <w:tc>
          <w:tcPr>
            <w:tcW w:w="3175" w:type="dxa"/>
          </w:tcPr>
          <w:p w14:paraId="36AC5574" w14:textId="77777777" w:rsidR="006C65B0" w:rsidRDefault="00000000">
            <w:pPr>
              <w:jc w:val="center"/>
            </w:pPr>
            <w:r>
              <w:rPr>
                <w:noProof/>
              </w:rPr>
              <w:drawing>
                <wp:inline distT="0" distB="0" distL="0" distR="0" wp14:anchorId="20F6D046" wp14:editId="6F20EBCE">
                  <wp:extent cx="1855776" cy="10350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86.jpg"/>
                          <pic:cNvPicPr/>
                        </pic:nvPicPr>
                        <pic:blipFill rotWithShape="1">
                          <a:blip r:embed="rId86"/>
                          <a:srcRect l="28629" t="19539" b="9658"/>
                          <a:stretch>
                            <a:fillRect/>
                          </a:stretch>
                        </pic:blipFill>
                        <pic:spPr bwMode="auto">
                          <a:xfrm>
                            <a:off x="0" y="0"/>
                            <a:ext cx="1863781" cy="1039515"/>
                          </a:xfrm>
                          <a:prstGeom prst="rect">
                            <a:avLst/>
                          </a:prstGeom>
                          <a:ln>
                            <a:noFill/>
                          </a:ln>
                          <a:extLst>
                            <a:ext uri="{53640926-AAD7-44D8-BBD7-CCE9431645EC}">
                              <a14:shadowObscured xmlns:a14="http://schemas.microsoft.com/office/drawing/2010/main"/>
                            </a:ext>
                          </a:extLst>
                        </pic:spPr>
                      </pic:pic>
                    </a:graphicData>
                  </a:graphic>
                </wp:inline>
              </w:drawing>
            </w:r>
          </w:p>
        </w:tc>
        <w:tc>
          <w:tcPr>
            <w:tcW w:w="3175" w:type="dxa"/>
          </w:tcPr>
          <w:p w14:paraId="0C572513" w14:textId="77777777" w:rsidR="006C65B0" w:rsidRDefault="00000000">
            <w:pPr>
              <w:jc w:val="center"/>
            </w:pPr>
            <w:r>
              <w:rPr>
                <w:noProof/>
              </w:rPr>
              <w:drawing>
                <wp:inline distT="0" distB="0" distL="0" distR="0" wp14:anchorId="2CC1F9B4" wp14:editId="5C6B7438">
                  <wp:extent cx="1943100" cy="104775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87.jpg"/>
                          <pic:cNvPicPr/>
                        </pic:nvPicPr>
                        <pic:blipFill rotWithShape="1">
                          <a:blip r:embed="rId87"/>
                          <a:srcRect t="22803" b="31280"/>
                          <a:stretch>
                            <a:fillRect/>
                          </a:stretch>
                        </pic:blipFill>
                        <pic:spPr bwMode="auto">
                          <a:xfrm>
                            <a:off x="0" y="0"/>
                            <a:ext cx="1954580" cy="1053940"/>
                          </a:xfrm>
                          <a:prstGeom prst="rect">
                            <a:avLst/>
                          </a:prstGeom>
                          <a:ln>
                            <a:noFill/>
                          </a:ln>
                          <a:extLst>
                            <a:ext uri="{53640926-AAD7-44D8-BBD7-CCE9431645EC}">
                              <a14:shadowObscured xmlns:a14="http://schemas.microsoft.com/office/drawing/2010/main"/>
                            </a:ext>
                          </a:extLst>
                        </pic:spPr>
                      </pic:pic>
                    </a:graphicData>
                  </a:graphic>
                </wp:inline>
              </w:drawing>
            </w:r>
          </w:p>
        </w:tc>
        <w:tc>
          <w:tcPr>
            <w:tcW w:w="3289" w:type="dxa"/>
          </w:tcPr>
          <w:p w14:paraId="06360CE4" w14:textId="77777777" w:rsidR="006C65B0" w:rsidRDefault="006C65B0"/>
        </w:tc>
      </w:tr>
    </w:tbl>
    <w:p w14:paraId="2D97BA67" w14:textId="77777777" w:rsidR="006C65B0" w:rsidRDefault="006C65B0"/>
    <w:p w14:paraId="30D6D078" w14:textId="77777777" w:rsidR="006C65B0" w:rsidRPr="006C537A" w:rsidRDefault="00000000">
      <w:pPr>
        <w:rPr>
          <w:lang w:val="es-CO"/>
        </w:rPr>
      </w:pPr>
      <w:r w:rsidRPr="006C537A">
        <w:rPr>
          <w:b/>
          <w:sz w:val="18"/>
          <w:lang w:val="es-CO"/>
        </w:rPr>
        <w:t>28/06/2026 — Cancha del estadio (aplicación de abono) (9.473,53 m²)</w:t>
      </w:r>
    </w:p>
    <w:tbl>
      <w:tblPr>
        <w:tblW w:w="0" w:type="auto"/>
        <w:tblLayout w:type="fixed"/>
        <w:tblLook w:val="04A0" w:firstRow="1" w:lastRow="0" w:firstColumn="1" w:lastColumn="0" w:noHBand="0" w:noVBand="1"/>
      </w:tblPr>
      <w:tblGrid>
        <w:gridCol w:w="3175"/>
        <w:gridCol w:w="3289"/>
        <w:gridCol w:w="3289"/>
      </w:tblGrid>
      <w:tr w:rsidR="006C65B0" w14:paraId="70BBB871" w14:textId="77777777">
        <w:tc>
          <w:tcPr>
            <w:tcW w:w="3175" w:type="dxa"/>
          </w:tcPr>
          <w:p w14:paraId="3C085746" w14:textId="77777777" w:rsidR="006C65B0" w:rsidRDefault="00000000">
            <w:pPr>
              <w:jc w:val="center"/>
            </w:pPr>
            <w:r>
              <w:rPr>
                <w:noProof/>
              </w:rPr>
              <w:drawing>
                <wp:inline distT="0" distB="0" distL="0" distR="0" wp14:anchorId="02992A41" wp14:editId="5E3DFBA0">
                  <wp:extent cx="1973795" cy="962108"/>
                  <wp:effectExtent l="0" t="0" r="762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_image3.jpg"/>
                          <pic:cNvPicPr/>
                        </pic:nvPicPr>
                        <pic:blipFill rotWithShape="1">
                          <a:blip r:embed="rId9"/>
                          <a:srcRect l="24825" t="22204" b="12620"/>
                          <a:stretch>
                            <a:fillRect/>
                          </a:stretch>
                        </pic:blipFill>
                        <pic:spPr bwMode="auto">
                          <a:xfrm>
                            <a:off x="0" y="0"/>
                            <a:ext cx="1984593" cy="967372"/>
                          </a:xfrm>
                          <a:prstGeom prst="rect">
                            <a:avLst/>
                          </a:prstGeom>
                          <a:ln>
                            <a:noFill/>
                          </a:ln>
                          <a:extLst>
                            <a:ext uri="{53640926-AAD7-44D8-BBD7-CCE9431645EC}">
                              <a14:shadowObscured xmlns:a14="http://schemas.microsoft.com/office/drawing/2010/main"/>
                            </a:ext>
                          </a:extLst>
                        </pic:spPr>
                      </pic:pic>
                    </a:graphicData>
                  </a:graphic>
                </wp:inline>
              </w:drawing>
            </w:r>
          </w:p>
        </w:tc>
        <w:tc>
          <w:tcPr>
            <w:tcW w:w="3289" w:type="dxa"/>
          </w:tcPr>
          <w:p w14:paraId="1F5FDA6E" w14:textId="77777777" w:rsidR="006C65B0" w:rsidRDefault="006C65B0"/>
          <w:p w14:paraId="5A582425" w14:textId="77777777" w:rsidR="0025595A" w:rsidRDefault="0025595A"/>
          <w:p w14:paraId="0C21B316" w14:textId="77777777" w:rsidR="0025595A" w:rsidRDefault="0025595A"/>
          <w:p w14:paraId="4602FFA3" w14:textId="77777777" w:rsidR="0025595A" w:rsidRDefault="0025595A"/>
          <w:p w14:paraId="2708DD71" w14:textId="77777777" w:rsidR="0025595A" w:rsidRDefault="0025595A"/>
        </w:tc>
        <w:tc>
          <w:tcPr>
            <w:tcW w:w="3289" w:type="dxa"/>
          </w:tcPr>
          <w:p w14:paraId="1A23F6B2" w14:textId="77777777" w:rsidR="006C65B0" w:rsidRDefault="006C65B0"/>
        </w:tc>
      </w:tr>
    </w:tbl>
    <w:tbl>
      <w:tblPr>
        <w:tblW w:w="0" w:type="auto"/>
        <w:jc w:val="center"/>
        <w:tblLook w:val="04A0" w:firstRow="1" w:lastRow="0" w:firstColumn="1" w:lastColumn="0" w:noHBand="0" w:noVBand="1"/>
      </w:tblPr>
      <w:tblGrid>
        <w:gridCol w:w="9866"/>
      </w:tblGrid>
      <w:tr w:rsidR="0025595A" w:rsidRPr="00810616" w14:paraId="1E7E61A1" w14:textId="77777777" w:rsidTr="00CC5B6F">
        <w:trPr>
          <w:jc w:val="center"/>
        </w:trPr>
        <w:tc>
          <w:tcPr>
            <w:tcW w:w="9866" w:type="dxa"/>
            <w:shd w:val="clear" w:color="auto" w:fill="F5A623"/>
            <w:vAlign w:val="center"/>
          </w:tcPr>
          <w:p w14:paraId="139A38B6" w14:textId="77777777" w:rsidR="0025595A" w:rsidRPr="006C537A" w:rsidRDefault="0025595A" w:rsidP="00CC5B6F">
            <w:pPr>
              <w:rPr>
                <w:lang w:val="es-CO"/>
              </w:rPr>
            </w:pPr>
            <w:r w:rsidRPr="006C537A">
              <w:rPr>
                <w:b/>
                <w:color w:val="FFFFFF"/>
                <w:sz w:val="22"/>
                <w:lang w:val="es-CO"/>
              </w:rPr>
              <w:t>4.  SUMINISTRO E INSUMOS PARA LA OPERACIÓN</w:t>
            </w:r>
          </w:p>
        </w:tc>
      </w:tr>
    </w:tbl>
    <w:p w14:paraId="71742A36" w14:textId="77777777" w:rsidR="0025595A" w:rsidRPr="006C537A" w:rsidRDefault="0025595A" w:rsidP="0025595A">
      <w:pPr>
        <w:spacing w:after="120"/>
        <w:rPr>
          <w:lang w:val="es-CO"/>
        </w:rPr>
      </w:pPr>
      <w:r w:rsidRPr="006C537A">
        <w:rPr>
          <w:lang w:val="es-CO"/>
        </w:rPr>
        <w:t xml:space="preserve">El día 30 de junio de 2026 se efectuó el suministro de abonos, venenos (herbicidas) y herramientas necesarias para el desarrollo de las labores de mantenimiento y conservación de las zonas verdes del municipio, garantizando la continuidad y calidad de las jornadas de trabajo. Adicionalmente, se realizó el transporte y suministro de material vegetal ornamental (especies como </w:t>
      </w:r>
      <w:proofErr w:type="spellStart"/>
      <w:r w:rsidRPr="006C537A">
        <w:rPr>
          <w:lang w:val="es-CO"/>
        </w:rPr>
        <w:t>cauchenillas</w:t>
      </w:r>
      <w:proofErr w:type="spellEnd"/>
      <w:r w:rsidRPr="006C537A">
        <w:rPr>
          <w:lang w:val="es-CO"/>
        </w:rPr>
        <w:t xml:space="preserve"> e hibiscos) para el embellecimiento paisajístico de los espacios públicos intervenidos.</w:t>
      </w:r>
    </w:p>
    <w:p w14:paraId="108459D3" w14:textId="77777777" w:rsidR="0025595A" w:rsidRDefault="0025595A" w:rsidP="0025595A">
      <w:pPr>
        <w:spacing w:after="120"/>
      </w:pPr>
      <w:proofErr w:type="spellStart"/>
      <w:r>
        <w:t>Insumos</w:t>
      </w:r>
      <w:proofErr w:type="spellEnd"/>
      <w:r>
        <w:t xml:space="preserve"> y </w:t>
      </w:r>
      <w:proofErr w:type="spellStart"/>
      <w:r>
        <w:t>herramientas</w:t>
      </w:r>
      <w:proofErr w:type="spellEnd"/>
      <w:r>
        <w:t xml:space="preserve"> </w:t>
      </w:r>
      <w:proofErr w:type="spellStart"/>
      <w:r>
        <w:t>suministrados</w:t>
      </w:r>
      <w:proofErr w:type="spellEnd"/>
      <w:r>
        <w:t>:</w:t>
      </w:r>
    </w:p>
    <w:p w14:paraId="40769F09" w14:textId="77777777" w:rsidR="0025595A" w:rsidRDefault="0025595A" w:rsidP="0025595A">
      <w:pPr>
        <w:pStyle w:val="Listaconvietas"/>
      </w:pPr>
      <w:r>
        <w:t xml:space="preserve">Carnaval Panamá #10 x 200 mts — 22 </w:t>
      </w:r>
      <w:proofErr w:type="spellStart"/>
      <w:r>
        <w:t>unidades</w:t>
      </w:r>
      <w:proofErr w:type="spellEnd"/>
    </w:p>
    <w:p w14:paraId="21BFFCA1" w14:textId="77777777" w:rsidR="0025595A" w:rsidRDefault="0025595A" w:rsidP="0025595A">
      <w:pPr>
        <w:pStyle w:val="Listaconvietas"/>
      </w:pPr>
      <w:r>
        <w:t xml:space="preserve">Lima Nikolson con </w:t>
      </w:r>
      <w:proofErr w:type="spellStart"/>
      <w:r>
        <w:t>cabo</w:t>
      </w:r>
      <w:proofErr w:type="spellEnd"/>
      <w:r>
        <w:t xml:space="preserve"> #8 — 1 </w:t>
      </w:r>
      <w:proofErr w:type="spellStart"/>
      <w:r>
        <w:t>unidad</w:t>
      </w:r>
      <w:proofErr w:type="spellEnd"/>
    </w:p>
    <w:p w14:paraId="5D4B7697" w14:textId="77777777" w:rsidR="0025595A" w:rsidRDefault="0025595A" w:rsidP="0025595A">
      <w:pPr>
        <w:pStyle w:val="Listaconvietas"/>
      </w:pPr>
      <w:r>
        <w:t xml:space="preserve">Roundup x </w:t>
      </w:r>
      <w:proofErr w:type="spellStart"/>
      <w:r>
        <w:t>litro</w:t>
      </w:r>
      <w:proofErr w:type="spellEnd"/>
      <w:r>
        <w:t xml:space="preserve"> — 2 </w:t>
      </w:r>
      <w:proofErr w:type="spellStart"/>
      <w:r>
        <w:t>unidades</w:t>
      </w:r>
      <w:proofErr w:type="spellEnd"/>
    </w:p>
    <w:p w14:paraId="33117159" w14:textId="77777777" w:rsidR="0025595A" w:rsidRDefault="0025595A" w:rsidP="0025595A">
      <w:pPr>
        <w:pStyle w:val="Listaconvietas"/>
      </w:pPr>
      <w:proofErr w:type="spellStart"/>
      <w:r>
        <w:t>Rastrillo</w:t>
      </w:r>
      <w:proofErr w:type="spellEnd"/>
      <w:r>
        <w:t xml:space="preserve"> de 14 </w:t>
      </w:r>
      <w:proofErr w:type="spellStart"/>
      <w:r>
        <w:t>dientes</w:t>
      </w:r>
      <w:proofErr w:type="spellEnd"/>
      <w:r>
        <w:t xml:space="preserve"> — 1 </w:t>
      </w:r>
      <w:proofErr w:type="spellStart"/>
      <w:r>
        <w:t>unidad</w:t>
      </w:r>
      <w:proofErr w:type="spellEnd"/>
    </w:p>
    <w:p w14:paraId="3F362BCA" w14:textId="77777777" w:rsidR="0025595A" w:rsidRPr="006C537A" w:rsidRDefault="0025595A" w:rsidP="0025595A">
      <w:pPr>
        <w:pStyle w:val="Listaconvietas"/>
        <w:rPr>
          <w:lang w:val="es-CO"/>
        </w:rPr>
      </w:pPr>
      <w:r w:rsidRPr="006C537A">
        <w:rPr>
          <w:lang w:val="es-CO"/>
        </w:rPr>
        <w:t>Triple 15 x 50 kg, Martín Restrepo Quintero — 1 unidad</w:t>
      </w:r>
    </w:p>
    <w:p w14:paraId="1C3AB0AA" w14:textId="77777777" w:rsidR="0025595A" w:rsidRPr="006C537A" w:rsidRDefault="0025595A" w:rsidP="0025595A">
      <w:pPr>
        <w:pStyle w:val="Listaconvietas"/>
        <w:rPr>
          <w:lang w:val="es-CO"/>
        </w:rPr>
      </w:pPr>
      <w:r w:rsidRPr="006C537A">
        <w:rPr>
          <w:lang w:val="es-CO"/>
        </w:rPr>
        <w:t>Urea 50 kg, Martín Restrepo Quintero — 2 unidades</w:t>
      </w:r>
    </w:p>
    <w:p w14:paraId="129819CA" w14:textId="77777777" w:rsidR="0025595A" w:rsidRDefault="0025595A" w:rsidP="0025595A">
      <w:pPr>
        <w:pStyle w:val="Listaconvietas"/>
      </w:pPr>
      <w:r>
        <w:t xml:space="preserve">Nuvan x 120 ml — 1 </w:t>
      </w:r>
      <w:proofErr w:type="spellStart"/>
      <w:r>
        <w:t>unidad</w:t>
      </w:r>
      <w:proofErr w:type="spellEnd"/>
    </w:p>
    <w:p w14:paraId="70221E6A" w14:textId="77777777" w:rsidR="0025595A" w:rsidRDefault="0025595A" w:rsidP="0025595A">
      <w:pPr>
        <w:pStyle w:val="Listaconvietas"/>
      </w:pPr>
      <w:r>
        <w:t>Margaritas- 240 un</w:t>
      </w:r>
    </w:p>
    <w:p w14:paraId="67F5C603" w14:textId="77777777" w:rsidR="0025595A" w:rsidRDefault="0025595A" w:rsidP="0025595A">
      <w:pPr>
        <w:pStyle w:val="Listaconvietas"/>
      </w:pPr>
      <w:r>
        <w:t>Mani-20 un</w:t>
      </w:r>
    </w:p>
    <w:p w14:paraId="5ABA4485" w14:textId="77777777" w:rsidR="0025595A" w:rsidRDefault="0025595A" w:rsidP="0025595A">
      <w:pPr>
        <w:pStyle w:val="Listaconvietas"/>
      </w:pPr>
      <w:proofErr w:type="spellStart"/>
      <w:r>
        <w:t>Diplademia</w:t>
      </w:r>
      <w:proofErr w:type="spellEnd"/>
      <w:r>
        <w:t>- 10 un</w:t>
      </w:r>
    </w:p>
    <w:p w14:paraId="36E37D94" w14:textId="77777777" w:rsidR="0025595A" w:rsidRDefault="0025595A" w:rsidP="0025595A">
      <w:pPr>
        <w:pStyle w:val="Listaconvietas"/>
      </w:pPr>
      <w:proofErr w:type="spellStart"/>
      <w:r>
        <w:t>Veranera</w:t>
      </w:r>
      <w:proofErr w:type="spellEnd"/>
      <w:r>
        <w:t>- 30 un</w:t>
      </w:r>
    </w:p>
    <w:p w14:paraId="505579BF" w14:textId="77777777" w:rsidR="0025595A" w:rsidRDefault="0025595A" w:rsidP="0025595A">
      <w:pPr>
        <w:pStyle w:val="Listaconvietas"/>
      </w:pPr>
      <w:r>
        <w:t>Guayaba feijoa-4 un</w:t>
      </w:r>
    </w:p>
    <w:p w14:paraId="7A2C6C33" w14:textId="77777777" w:rsidR="0025595A" w:rsidRDefault="0025595A" w:rsidP="0025595A">
      <w:pPr>
        <w:pStyle w:val="Listaconvietas"/>
      </w:pPr>
      <w:r>
        <w:t>Guayacan Amarillo- 4 un</w:t>
      </w:r>
    </w:p>
    <w:p w14:paraId="153FDC3D" w14:textId="77777777" w:rsidR="0025595A" w:rsidRDefault="0025595A" w:rsidP="0025595A">
      <w:pPr>
        <w:pStyle w:val="Listaconvietas"/>
      </w:pPr>
      <w:r>
        <w:t xml:space="preserve">Copa de </w:t>
      </w:r>
      <w:proofErr w:type="spellStart"/>
      <w:r>
        <w:t>oro</w:t>
      </w:r>
      <w:proofErr w:type="spellEnd"/>
      <w:r>
        <w:t>- 190 un</w:t>
      </w:r>
    </w:p>
    <w:p w14:paraId="4DF0BF70" w14:textId="77777777" w:rsidR="0025595A" w:rsidRDefault="0025595A" w:rsidP="0025595A">
      <w:pPr>
        <w:pStyle w:val="Listaconvietas"/>
      </w:pPr>
      <w:proofErr w:type="spellStart"/>
      <w:r>
        <w:t>Bulto</w:t>
      </w:r>
      <w:proofErr w:type="spellEnd"/>
      <w:r>
        <w:t xml:space="preserve"> gallinaza-10</w:t>
      </w:r>
    </w:p>
    <w:p w14:paraId="27ED1D21" w14:textId="77777777" w:rsidR="0025595A" w:rsidRDefault="0025595A" w:rsidP="0025595A">
      <w:pPr>
        <w:pStyle w:val="Listaconvietas"/>
      </w:pPr>
      <w:r>
        <w:t>Lantana- 190 un</w:t>
      </w:r>
    </w:p>
    <w:p w14:paraId="6C9FC694" w14:textId="77777777" w:rsidR="006C65B0" w:rsidRDefault="006C65B0"/>
    <w:p w14:paraId="4891FB99" w14:textId="77777777" w:rsidR="006C65B0" w:rsidRDefault="00000000">
      <w:r>
        <w:br w:type="page"/>
      </w:r>
    </w:p>
    <w:p w14:paraId="253418BD" w14:textId="77777777" w:rsidR="00555F06" w:rsidRDefault="00555F06" w:rsidP="007B22F5">
      <w:pPr>
        <w:pStyle w:val="Listaconvietas"/>
        <w:numPr>
          <w:ilvl w:val="0"/>
          <w:numId w:val="0"/>
        </w:numPr>
      </w:pPr>
    </w:p>
    <w:tbl>
      <w:tblPr>
        <w:tblStyle w:val="Tablaconcuadrcula"/>
        <w:tblW w:w="0" w:type="auto"/>
        <w:tblLayout w:type="fixed"/>
        <w:tblLook w:val="04A0" w:firstRow="1" w:lastRow="0" w:firstColumn="1" w:lastColumn="0" w:noHBand="0" w:noVBand="1"/>
      </w:tblPr>
      <w:tblGrid>
        <w:gridCol w:w="1644"/>
        <w:gridCol w:w="7710"/>
      </w:tblGrid>
      <w:tr w:rsidR="006C65B0" w14:paraId="1D3D5A47" w14:textId="77777777">
        <w:tc>
          <w:tcPr>
            <w:tcW w:w="1644" w:type="dxa"/>
            <w:shd w:val="clear" w:color="auto" w:fill="8A6D1A"/>
            <w:vAlign w:val="center"/>
          </w:tcPr>
          <w:p w14:paraId="454BCCFE" w14:textId="77777777" w:rsidR="006C65B0" w:rsidRDefault="00000000">
            <w:pPr>
              <w:jc w:val="center"/>
            </w:pPr>
            <w:proofErr w:type="spellStart"/>
            <w:r>
              <w:rPr>
                <w:b/>
                <w:color w:val="FFFFFF"/>
                <w:sz w:val="18"/>
              </w:rPr>
              <w:t>Fecha</w:t>
            </w:r>
            <w:proofErr w:type="spellEnd"/>
          </w:p>
        </w:tc>
        <w:tc>
          <w:tcPr>
            <w:tcW w:w="7710" w:type="dxa"/>
            <w:shd w:val="clear" w:color="auto" w:fill="8A6D1A"/>
            <w:vAlign w:val="center"/>
          </w:tcPr>
          <w:p w14:paraId="080404EB" w14:textId="77777777" w:rsidR="006C65B0" w:rsidRDefault="00000000">
            <w:pPr>
              <w:jc w:val="center"/>
            </w:pPr>
            <w:r>
              <w:rPr>
                <w:b/>
                <w:color w:val="FFFFFF"/>
                <w:sz w:val="18"/>
              </w:rPr>
              <w:t xml:space="preserve">Valor </w:t>
            </w:r>
            <w:proofErr w:type="spellStart"/>
            <w:r>
              <w:rPr>
                <w:b/>
                <w:color w:val="FFFFFF"/>
                <w:sz w:val="18"/>
              </w:rPr>
              <w:t>ejecutado</w:t>
            </w:r>
            <w:proofErr w:type="spellEnd"/>
          </w:p>
        </w:tc>
      </w:tr>
      <w:tr w:rsidR="006C65B0" w14:paraId="6A258178" w14:textId="77777777">
        <w:tc>
          <w:tcPr>
            <w:tcW w:w="1644" w:type="dxa"/>
            <w:vAlign w:val="center"/>
          </w:tcPr>
          <w:p w14:paraId="55BD2464" w14:textId="77777777" w:rsidR="006C65B0" w:rsidRDefault="00000000">
            <w:pPr>
              <w:jc w:val="center"/>
            </w:pPr>
            <w:r>
              <w:rPr>
                <w:sz w:val="18"/>
              </w:rPr>
              <w:t>30/06/2026</w:t>
            </w:r>
          </w:p>
        </w:tc>
        <w:tc>
          <w:tcPr>
            <w:tcW w:w="7710" w:type="dxa"/>
            <w:vAlign w:val="center"/>
          </w:tcPr>
          <w:p w14:paraId="5429FEEC" w14:textId="77777777" w:rsidR="006C65B0" w:rsidRDefault="00000000">
            <w:pPr>
              <w:jc w:val="right"/>
            </w:pPr>
            <w:r>
              <w:rPr>
                <w:sz w:val="18"/>
              </w:rPr>
              <w:t>$ 9.884.038</w:t>
            </w:r>
          </w:p>
        </w:tc>
      </w:tr>
    </w:tbl>
    <w:p w14:paraId="3BE4BB5A" w14:textId="77777777" w:rsidR="006C65B0" w:rsidRDefault="006C65B0"/>
    <w:p w14:paraId="50F42E9B" w14:textId="77777777" w:rsidR="006C65B0" w:rsidRPr="006C537A" w:rsidRDefault="00000000">
      <w:pPr>
        <w:rPr>
          <w:lang w:val="es-CO"/>
        </w:rPr>
      </w:pPr>
      <w:r w:rsidRPr="006C537A">
        <w:rPr>
          <w:b/>
          <w:lang w:val="es-CO"/>
        </w:rPr>
        <w:t xml:space="preserve">VALOR EJECUTADO POR ESTE ÍTEM: </w:t>
      </w:r>
      <w:r w:rsidRPr="006C537A">
        <w:rPr>
          <w:lang w:val="es-CO"/>
        </w:rPr>
        <w:t>NUEVE MILLONES OCHOCIENTOS OCHENTA Y CUATRO MIL TREINTA Y OCHO PESOS M/C ($9.884.038)</w:t>
      </w:r>
    </w:p>
    <w:p w14:paraId="42ACD204" w14:textId="77777777" w:rsidR="006C65B0" w:rsidRPr="006C537A" w:rsidRDefault="00000000">
      <w:pPr>
        <w:spacing w:after="120"/>
        <w:rPr>
          <w:lang w:val="es-CO"/>
        </w:rPr>
      </w:pPr>
      <w:r w:rsidRPr="006C537A">
        <w:rPr>
          <w:i/>
          <w:lang w:val="es-CO"/>
        </w:rPr>
        <w:t>Evidencias: A continuación se presentan las evidencias fotográficas que documentan el cumplimiento de la actividad.</w:t>
      </w:r>
    </w:p>
    <w:p w14:paraId="7B01B7E5" w14:textId="0D325FB6" w:rsidR="006C65B0" w:rsidRPr="006C537A" w:rsidRDefault="00E263A2">
      <w:pPr>
        <w:rPr>
          <w:lang w:val="es-CO"/>
        </w:rPr>
      </w:pPr>
      <w:r>
        <w:rPr>
          <w:noProof/>
        </w:rPr>
        <w:drawing>
          <wp:anchor distT="0" distB="0" distL="114300" distR="114300" simplePos="0" relativeHeight="251670528" behindDoc="0" locked="0" layoutInCell="1" allowOverlap="1" wp14:anchorId="557A84C1" wp14:editId="556B6399">
            <wp:simplePos x="0" y="0"/>
            <wp:positionH relativeFrom="column">
              <wp:posOffset>52006</wp:posOffset>
            </wp:positionH>
            <wp:positionV relativeFrom="paragraph">
              <wp:posOffset>1835829</wp:posOffset>
            </wp:positionV>
            <wp:extent cx="1908000" cy="1430333"/>
            <wp:effectExtent l="0" t="0" r="0" b="0"/>
            <wp:wrapNone/>
            <wp:docPr id="1701094244"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_image4.jpg"/>
                    <pic:cNvPicPr/>
                  </pic:nvPicPr>
                  <pic:blipFill>
                    <a:blip r:embed="rId88"/>
                    <a:stretch>
                      <a:fillRect/>
                    </a:stretch>
                  </pic:blipFill>
                  <pic:spPr>
                    <a:xfrm>
                      <a:off x="0" y="0"/>
                      <a:ext cx="1908000" cy="1430333"/>
                    </a:xfrm>
                    <a:prstGeom prst="rect">
                      <a:avLst/>
                    </a:prstGeom>
                  </pic:spPr>
                </pic:pic>
              </a:graphicData>
            </a:graphic>
          </wp:anchor>
        </w:drawing>
      </w:r>
      <w:r w:rsidRPr="006C537A">
        <w:rPr>
          <w:b/>
          <w:sz w:val="18"/>
          <w:lang w:val="es-CO"/>
        </w:rPr>
        <w:t>30/06/2026 — Suministro de abonos, herbicidas, herramientas y material vegetal ornamental</w:t>
      </w:r>
    </w:p>
    <w:tbl>
      <w:tblPr>
        <w:tblW w:w="0" w:type="auto"/>
        <w:tblLayout w:type="fixed"/>
        <w:tblLook w:val="04A0" w:firstRow="1" w:lastRow="0" w:firstColumn="1" w:lastColumn="0" w:noHBand="0" w:noVBand="1"/>
      </w:tblPr>
      <w:tblGrid>
        <w:gridCol w:w="3175"/>
        <w:gridCol w:w="3289"/>
        <w:gridCol w:w="3289"/>
      </w:tblGrid>
      <w:tr w:rsidR="006C65B0" w14:paraId="16194725" w14:textId="77777777">
        <w:tc>
          <w:tcPr>
            <w:tcW w:w="3175" w:type="dxa"/>
          </w:tcPr>
          <w:p w14:paraId="0BF8C13C" w14:textId="7062BFBC" w:rsidR="006C65B0" w:rsidRDefault="00000000">
            <w:pPr>
              <w:jc w:val="center"/>
            </w:pPr>
            <w:r>
              <w:rPr>
                <w:noProof/>
              </w:rPr>
              <w:drawing>
                <wp:inline distT="0" distB="0" distL="0" distR="0" wp14:anchorId="3CF35781" wp14:editId="5E70B16D">
                  <wp:extent cx="1908000" cy="1341292"/>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_image1.jpg"/>
                          <pic:cNvPicPr/>
                        </pic:nvPicPr>
                        <pic:blipFill>
                          <a:blip r:embed="rId89"/>
                          <a:stretch>
                            <a:fillRect/>
                          </a:stretch>
                        </pic:blipFill>
                        <pic:spPr>
                          <a:xfrm>
                            <a:off x="0" y="0"/>
                            <a:ext cx="1908000" cy="1341292"/>
                          </a:xfrm>
                          <a:prstGeom prst="rect">
                            <a:avLst/>
                          </a:prstGeom>
                        </pic:spPr>
                      </pic:pic>
                    </a:graphicData>
                  </a:graphic>
                </wp:inline>
              </w:drawing>
            </w:r>
          </w:p>
        </w:tc>
        <w:tc>
          <w:tcPr>
            <w:tcW w:w="3175" w:type="dxa"/>
          </w:tcPr>
          <w:p w14:paraId="6119C3C8" w14:textId="77777777" w:rsidR="006C65B0" w:rsidRDefault="00000000">
            <w:pPr>
              <w:jc w:val="center"/>
            </w:pPr>
            <w:r>
              <w:rPr>
                <w:noProof/>
              </w:rPr>
              <w:drawing>
                <wp:inline distT="0" distB="0" distL="0" distR="0" wp14:anchorId="245379F7" wp14:editId="0DFF61C3">
                  <wp:extent cx="1907540" cy="135448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_image2.jpg"/>
                          <pic:cNvPicPr/>
                        </pic:nvPicPr>
                        <pic:blipFill>
                          <a:blip r:embed="rId90"/>
                          <a:stretch>
                            <a:fillRect/>
                          </a:stretch>
                        </pic:blipFill>
                        <pic:spPr>
                          <a:xfrm>
                            <a:off x="0" y="0"/>
                            <a:ext cx="1911120" cy="1357027"/>
                          </a:xfrm>
                          <a:prstGeom prst="rect">
                            <a:avLst/>
                          </a:prstGeom>
                        </pic:spPr>
                      </pic:pic>
                    </a:graphicData>
                  </a:graphic>
                </wp:inline>
              </w:drawing>
            </w:r>
          </w:p>
        </w:tc>
        <w:tc>
          <w:tcPr>
            <w:tcW w:w="3175" w:type="dxa"/>
          </w:tcPr>
          <w:p w14:paraId="3478B735" w14:textId="77777777" w:rsidR="006C65B0" w:rsidRDefault="00000000">
            <w:pPr>
              <w:jc w:val="center"/>
            </w:pPr>
            <w:r>
              <w:rPr>
                <w:noProof/>
              </w:rPr>
              <w:drawing>
                <wp:inline distT="0" distB="0" distL="0" distR="0" wp14:anchorId="4EBC4A6B" wp14:editId="4C096445">
                  <wp:extent cx="1907540" cy="1364265"/>
                  <wp:effectExtent l="0" t="0" r="0" b="762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_image3.jpg"/>
                          <pic:cNvPicPr/>
                        </pic:nvPicPr>
                        <pic:blipFill>
                          <a:blip r:embed="rId91"/>
                          <a:stretch>
                            <a:fillRect/>
                          </a:stretch>
                        </pic:blipFill>
                        <pic:spPr>
                          <a:xfrm>
                            <a:off x="0" y="0"/>
                            <a:ext cx="1909495" cy="1365663"/>
                          </a:xfrm>
                          <a:prstGeom prst="rect">
                            <a:avLst/>
                          </a:prstGeom>
                        </pic:spPr>
                      </pic:pic>
                    </a:graphicData>
                  </a:graphic>
                </wp:inline>
              </w:drawing>
            </w:r>
          </w:p>
        </w:tc>
      </w:tr>
      <w:tr w:rsidR="006C65B0" w14:paraId="41F5F775" w14:textId="77777777">
        <w:tc>
          <w:tcPr>
            <w:tcW w:w="3175" w:type="dxa"/>
          </w:tcPr>
          <w:p w14:paraId="62CB1694" w14:textId="3B83EF1C" w:rsidR="006C65B0" w:rsidRDefault="006C65B0">
            <w:pPr>
              <w:jc w:val="center"/>
            </w:pPr>
          </w:p>
        </w:tc>
        <w:tc>
          <w:tcPr>
            <w:tcW w:w="3175" w:type="dxa"/>
          </w:tcPr>
          <w:p w14:paraId="242E1830" w14:textId="620BBA0F" w:rsidR="006C65B0" w:rsidRDefault="00E263A2">
            <w:pPr>
              <w:jc w:val="center"/>
            </w:pPr>
            <w:r>
              <w:rPr>
                <w:noProof/>
              </w:rPr>
              <w:drawing>
                <wp:anchor distT="0" distB="0" distL="114300" distR="114300" simplePos="0" relativeHeight="251671552" behindDoc="0" locked="0" layoutInCell="1" allowOverlap="1" wp14:anchorId="15986A17" wp14:editId="3F2E49C9">
                  <wp:simplePos x="0" y="0"/>
                  <wp:positionH relativeFrom="column">
                    <wp:posOffset>15685</wp:posOffset>
                  </wp:positionH>
                  <wp:positionV relativeFrom="paragraph">
                    <wp:posOffset>41105</wp:posOffset>
                  </wp:positionV>
                  <wp:extent cx="1907002" cy="1422944"/>
                  <wp:effectExtent l="0" t="0" r="0" b="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_truck.jpg"/>
                          <pic:cNvPicPr/>
                        </pic:nvPicPr>
                        <pic:blipFill>
                          <a:blip r:embed="rId92"/>
                          <a:stretch>
                            <a:fillRect/>
                          </a:stretch>
                        </pic:blipFill>
                        <pic:spPr>
                          <a:xfrm>
                            <a:off x="0" y="0"/>
                            <a:ext cx="1909986" cy="1425171"/>
                          </a:xfrm>
                          <a:prstGeom prst="rect">
                            <a:avLst/>
                          </a:prstGeom>
                        </pic:spPr>
                      </pic:pic>
                    </a:graphicData>
                  </a:graphic>
                  <wp14:sizeRelV relativeFrom="margin">
                    <wp14:pctHeight>0</wp14:pctHeight>
                  </wp14:sizeRelV>
                </wp:anchor>
              </w:drawing>
            </w:r>
          </w:p>
        </w:tc>
        <w:tc>
          <w:tcPr>
            <w:tcW w:w="3175" w:type="dxa"/>
          </w:tcPr>
          <w:p w14:paraId="1762BCE9" w14:textId="77777777" w:rsidR="006C65B0" w:rsidRDefault="00000000">
            <w:pPr>
              <w:jc w:val="center"/>
            </w:pPr>
            <w:r>
              <w:rPr>
                <w:noProof/>
              </w:rPr>
              <w:drawing>
                <wp:anchor distT="0" distB="0" distL="114300" distR="114300" simplePos="0" relativeHeight="251673600" behindDoc="0" locked="0" layoutInCell="1" allowOverlap="1" wp14:anchorId="6680E788" wp14:editId="53ED4B5F">
                  <wp:simplePos x="0" y="0"/>
                  <wp:positionH relativeFrom="column">
                    <wp:posOffset>20021</wp:posOffset>
                  </wp:positionH>
                  <wp:positionV relativeFrom="paragraph">
                    <wp:posOffset>1986</wp:posOffset>
                  </wp:positionV>
                  <wp:extent cx="1907540" cy="1442503"/>
                  <wp:effectExtent l="0" t="0" r="0" b="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_cartrunk.jpg"/>
                          <pic:cNvPicPr/>
                        </pic:nvPicPr>
                        <pic:blipFill>
                          <a:blip r:embed="rId93"/>
                          <a:stretch>
                            <a:fillRect/>
                          </a:stretch>
                        </pic:blipFill>
                        <pic:spPr>
                          <a:xfrm>
                            <a:off x="0" y="0"/>
                            <a:ext cx="1910966" cy="1445094"/>
                          </a:xfrm>
                          <a:prstGeom prst="rect">
                            <a:avLst/>
                          </a:prstGeom>
                        </pic:spPr>
                      </pic:pic>
                    </a:graphicData>
                  </a:graphic>
                  <wp14:sizeRelV relativeFrom="margin">
                    <wp14:pctHeight>0</wp14:pctHeight>
                  </wp14:sizeRelV>
                </wp:anchor>
              </w:drawing>
            </w:r>
          </w:p>
        </w:tc>
      </w:tr>
      <w:tr w:rsidR="006C65B0" w14:paraId="4280AAB0" w14:textId="77777777">
        <w:tc>
          <w:tcPr>
            <w:tcW w:w="3175" w:type="dxa"/>
          </w:tcPr>
          <w:p w14:paraId="142321EB" w14:textId="3F13BB29" w:rsidR="006C65B0" w:rsidRDefault="006C65B0">
            <w:pPr>
              <w:jc w:val="center"/>
            </w:pPr>
          </w:p>
        </w:tc>
        <w:tc>
          <w:tcPr>
            <w:tcW w:w="3289" w:type="dxa"/>
          </w:tcPr>
          <w:p w14:paraId="22D8E2C1" w14:textId="586627A5" w:rsidR="006C65B0" w:rsidRDefault="006C65B0"/>
        </w:tc>
        <w:tc>
          <w:tcPr>
            <w:tcW w:w="3289" w:type="dxa"/>
          </w:tcPr>
          <w:p w14:paraId="757FCA4C" w14:textId="77777777" w:rsidR="006C65B0" w:rsidRDefault="006C65B0"/>
        </w:tc>
      </w:tr>
    </w:tbl>
    <w:p w14:paraId="5D20FD20" w14:textId="43A1496E" w:rsidR="006C65B0" w:rsidRDefault="006C65B0"/>
    <w:p w14:paraId="559B90A3" w14:textId="1D8AE3A5" w:rsidR="006C65B0" w:rsidRDefault="00E263A2">
      <w:r>
        <w:rPr>
          <w:noProof/>
        </w:rPr>
        <w:drawing>
          <wp:anchor distT="0" distB="0" distL="114300" distR="114300" simplePos="0" relativeHeight="251672576" behindDoc="0" locked="0" layoutInCell="1" allowOverlap="1" wp14:anchorId="66E12B92" wp14:editId="744BECE2">
            <wp:simplePos x="0" y="0"/>
            <wp:positionH relativeFrom="margin">
              <wp:align>left</wp:align>
            </wp:positionH>
            <wp:positionV relativeFrom="paragraph">
              <wp:posOffset>779967</wp:posOffset>
            </wp:positionV>
            <wp:extent cx="1907540" cy="1266469"/>
            <wp:effectExtent l="0" t="0" r="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_vivero2.jpg"/>
                    <pic:cNvPicPr/>
                  </pic:nvPicPr>
                  <pic:blipFill>
                    <a:blip r:embed="rId94"/>
                    <a:stretch>
                      <a:fillRect/>
                    </a:stretch>
                  </pic:blipFill>
                  <pic:spPr>
                    <a:xfrm>
                      <a:off x="0" y="0"/>
                      <a:ext cx="1907540" cy="1266469"/>
                    </a:xfrm>
                    <a:prstGeom prst="rect">
                      <a:avLst/>
                    </a:prstGeom>
                  </pic:spPr>
                </pic:pic>
              </a:graphicData>
            </a:graphic>
            <wp14:sizeRelV relativeFrom="margin">
              <wp14:pctHeight>0</wp14:pctHeight>
            </wp14:sizeRelV>
          </wp:anchor>
        </w:drawing>
      </w:r>
      <w:r>
        <w:br w:type="page"/>
      </w:r>
    </w:p>
    <w:tbl>
      <w:tblPr>
        <w:tblW w:w="0" w:type="auto"/>
        <w:jc w:val="center"/>
        <w:tblLook w:val="04A0" w:firstRow="1" w:lastRow="0" w:firstColumn="1" w:lastColumn="0" w:noHBand="0" w:noVBand="1"/>
      </w:tblPr>
      <w:tblGrid>
        <w:gridCol w:w="9866"/>
      </w:tblGrid>
      <w:tr w:rsidR="006C65B0" w:rsidRPr="00810616" w14:paraId="00E84224" w14:textId="77777777">
        <w:trPr>
          <w:jc w:val="center"/>
        </w:trPr>
        <w:tc>
          <w:tcPr>
            <w:tcW w:w="9866" w:type="dxa"/>
            <w:shd w:val="clear" w:color="auto" w:fill="F5A623"/>
            <w:vAlign w:val="center"/>
          </w:tcPr>
          <w:p w14:paraId="4C089927" w14:textId="77777777" w:rsidR="006C65B0" w:rsidRPr="006C537A" w:rsidRDefault="00000000">
            <w:pPr>
              <w:rPr>
                <w:lang w:val="es-CO"/>
              </w:rPr>
            </w:pPr>
            <w:r w:rsidRPr="006C537A">
              <w:rPr>
                <w:b/>
                <w:color w:val="FFFFFF"/>
                <w:sz w:val="22"/>
                <w:lang w:val="es-CO"/>
              </w:rPr>
              <w:lastRenderedPageBreak/>
              <w:t>5.  RESUMEN DE EJECUCIÓN Y FACTURACIÓN — JUNIO 2026</w:t>
            </w:r>
          </w:p>
        </w:tc>
      </w:tr>
    </w:tbl>
    <w:tbl>
      <w:tblPr>
        <w:tblStyle w:val="Tablaconcuadrcula"/>
        <w:tblW w:w="9904" w:type="dxa"/>
        <w:tblLayout w:type="fixed"/>
        <w:tblLook w:val="04A0" w:firstRow="1" w:lastRow="0" w:firstColumn="1" w:lastColumn="0" w:noHBand="0" w:noVBand="1"/>
      </w:tblPr>
      <w:tblGrid>
        <w:gridCol w:w="5530"/>
        <w:gridCol w:w="4374"/>
      </w:tblGrid>
      <w:tr w:rsidR="006C65B0" w14:paraId="1A75DCED" w14:textId="77777777" w:rsidTr="00A659EC">
        <w:trPr>
          <w:trHeight w:val="245"/>
        </w:trPr>
        <w:tc>
          <w:tcPr>
            <w:tcW w:w="5530" w:type="dxa"/>
            <w:shd w:val="clear" w:color="auto" w:fill="8A6D1A"/>
            <w:vAlign w:val="center"/>
          </w:tcPr>
          <w:p w14:paraId="693E11CD" w14:textId="77777777" w:rsidR="006C65B0" w:rsidRDefault="00000000">
            <w:pPr>
              <w:jc w:val="center"/>
            </w:pPr>
            <w:proofErr w:type="spellStart"/>
            <w:r>
              <w:rPr>
                <w:b/>
                <w:color w:val="FFFFFF"/>
                <w:sz w:val="18"/>
              </w:rPr>
              <w:t>Ítem</w:t>
            </w:r>
            <w:proofErr w:type="spellEnd"/>
          </w:p>
        </w:tc>
        <w:tc>
          <w:tcPr>
            <w:tcW w:w="4374" w:type="dxa"/>
            <w:shd w:val="clear" w:color="auto" w:fill="8A6D1A"/>
            <w:vAlign w:val="center"/>
          </w:tcPr>
          <w:p w14:paraId="0D3DE48E" w14:textId="77777777" w:rsidR="006C65B0" w:rsidRDefault="00000000">
            <w:pPr>
              <w:jc w:val="center"/>
            </w:pPr>
            <w:r>
              <w:rPr>
                <w:b/>
                <w:color w:val="FFFFFF"/>
                <w:sz w:val="18"/>
              </w:rPr>
              <w:t xml:space="preserve">Valor </w:t>
            </w:r>
            <w:proofErr w:type="spellStart"/>
            <w:r>
              <w:rPr>
                <w:b/>
                <w:color w:val="FFFFFF"/>
                <w:sz w:val="18"/>
              </w:rPr>
              <w:t>facturado</w:t>
            </w:r>
            <w:proofErr w:type="spellEnd"/>
          </w:p>
        </w:tc>
      </w:tr>
      <w:tr w:rsidR="006C65B0" w14:paraId="3094BC6D" w14:textId="77777777" w:rsidTr="00A659EC">
        <w:trPr>
          <w:trHeight w:val="245"/>
        </w:trPr>
        <w:tc>
          <w:tcPr>
            <w:tcW w:w="5530" w:type="dxa"/>
            <w:vAlign w:val="center"/>
          </w:tcPr>
          <w:p w14:paraId="36A9328F" w14:textId="77777777" w:rsidR="006C65B0" w:rsidRPr="006C537A" w:rsidRDefault="00000000">
            <w:pPr>
              <w:rPr>
                <w:lang w:val="es-CO"/>
              </w:rPr>
            </w:pPr>
            <w:r w:rsidRPr="006C537A">
              <w:rPr>
                <w:sz w:val="18"/>
                <w:lang w:val="es-CO"/>
              </w:rPr>
              <w:t>Servicio de poda de zonas verdes del municipio</w:t>
            </w:r>
          </w:p>
        </w:tc>
        <w:tc>
          <w:tcPr>
            <w:tcW w:w="4374" w:type="dxa"/>
            <w:vAlign w:val="center"/>
          </w:tcPr>
          <w:p w14:paraId="14057636" w14:textId="77777777" w:rsidR="006C65B0" w:rsidRDefault="00000000">
            <w:pPr>
              <w:jc w:val="right"/>
            </w:pPr>
            <w:r>
              <w:rPr>
                <w:sz w:val="18"/>
              </w:rPr>
              <w:t>$ 9.293.892</w:t>
            </w:r>
          </w:p>
        </w:tc>
      </w:tr>
      <w:tr w:rsidR="0007348F" w:rsidRPr="00935CF7" w14:paraId="6C8CB41D" w14:textId="77777777" w:rsidTr="00A659EC">
        <w:trPr>
          <w:trHeight w:val="245"/>
        </w:trPr>
        <w:tc>
          <w:tcPr>
            <w:tcW w:w="5530" w:type="dxa"/>
            <w:vAlign w:val="center"/>
          </w:tcPr>
          <w:p w14:paraId="670376B6" w14:textId="40BC18F3" w:rsidR="0007348F" w:rsidRPr="006C537A" w:rsidRDefault="0007348F">
            <w:pPr>
              <w:rPr>
                <w:sz w:val="18"/>
                <w:lang w:val="es-CO"/>
              </w:rPr>
            </w:pPr>
            <w:r>
              <w:rPr>
                <w:sz w:val="18"/>
                <w:lang w:val="es-CO"/>
              </w:rPr>
              <w:t xml:space="preserve">Servicio </w:t>
            </w:r>
            <w:r w:rsidR="00935CF7">
              <w:rPr>
                <w:sz w:val="18"/>
                <w:lang w:val="es-CO"/>
              </w:rPr>
              <w:t xml:space="preserve">de tala de </w:t>
            </w:r>
            <w:r w:rsidR="0029519D">
              <w:rPr>
                <w:sz w:val="18"/>
                <w:lang w:val="es-CO"/>
              </w:rPr>
              <w:t>árboles</w:t>
            </w:r>
            <w:r w:rsidR="00935CF7">
              <w:rPr>
                <w:sz w:val="18"/>
                <w:lang w:val="es-CO"/>
              </w:rPr>
              <w:t xml:space="preserve"> indicados </w:t>
            </w:r>
            <w:r w:rsidR="0029519D">
              <w:rPr>
                <w:sz w:val="18"/>
                <w:lang w:val="es-CO"/>
              </w:rPr>
              <w:t>por el municipio</w:t>
            </w:r>
          </w:p>
        </w:tc>
        <w:tc>
          <w:tcPr>
            <w:tcW w:w="4374" w:type="dxa"/>
            <w:vAlign w:val="center"/>
          </w:tcPr>
          <w:p w14:paraId="0AEE21A0" w14:textId="2AA4BBAB" w:rsidR="0007348F" w:rsidRPr="00935CF7" w:rsidRDefault="0029519D">
            <w:pPr>
              <w:jc w:val="right"/>
              <w:rPr>
                <w:sz w:val="18"/>
                <w:lang w:val="es-CO"/>
              </w:rPr>
            </w:pPr>
            <w:r>
              <w:rPr>
                <w:sz w:val="18"/>
                <w:lang w:val="es-CO"/>
              </w:rPr>
              <w:t>$ 1.000.000</w:t>
            </w:r>
          </w:p>
        </w:tc>
      </w:tr>
      <w:tr w:rsidR="006C65B0" w14:paraId="3EE01D62" w14:textId="77777777" w:rsidTr="00A659EC">
        <w:trPr>
          <w:trHeight w:val="237"/>
        </w:trPr>
        <w:tc>
          <w:tcPr>
            <w:tcW w:w="5530" w:type="dxa"/>
            <w:vAlign w:val="center"/>
          </w:tcPr>
          <w:p w14:paraId="550D6E06" w14:textId="77777777" w:rsidR="006C65B0" w:rsidRDefault="00000000">
            <w:proofErr w:type="spellStart"/>
            <w:r>
              <w:rPr>
                <w:sz w:val="18"/>
              </w:rPr>
              <w:t>Fumigación</w:t>
            </w:r>
            <w:proofErr w:type="spellEnd"/>
          </w:p>
        </w:tc>
        <w:tc>
          <w:tcPr>
            <w:tcW w:w="4374" w:type="dxa"/>
            <w:vAlign w:val="center"/>
          </w:tcPr>
          <w:p w14:paraId="7F42C081" w14:textId="77777777" w:rsidR="006C65B0" w:rsidRDefault="00000000">
            <w:pPr>
              <w:jc w:val="right"/>
            </w:pPr>
            <w:r>
              <w:rPr>
                <w:sz w:val="18"/>
              </w:rPr>
              <w:t>$ 450.000</w:t>
            </w:r>
          </w:p>
        </w:tc>
      </w:tr>
      <w:tr w:rsidR="006C65B0" w14:paraId="14A98739" w14:textId="77777777" w:rsidTr="00A659EC">
        <w:trPr>
          <w:trHeight w:val="245"/>
        </w:trPr>
        <w:tc>
          <w:tcPr>
            <w:tcW w:w="5530" w:type="dxa"/>
            <w:vAlign w:val="center"/>
          </w:tcPr>
          <w:p w14:paraId="36D410A5" w14:textId="77777777" w:rsidR="006C65B0" w:rsidRPr="006C537A" w:rsidRDefault="00000000">
            <w:pPr>
              <w:rPr>
                <w:lang w:val="es-CO"/>
              </w:rPr>
            </w:pPr>
            <w:r w:rsidRPr="006C537A">
              <w:rPr>
                <w:sz w:val="18"/>
                <w:lang w:val="es-CO"/>
              </w:rPr>
              <w:t>Suministro e insumos para la operación</w:t>
            </w:r>
          </w:p>
        </w:tc>
        <w:tc>
          <w:tcPr>
            <w:tcW w:w="4374" w:type="dxa"/>
            <w:vAlign w:val="center"/>
          </w:tcPr>
          <w:p w14:paraId="008F4DD5" w14:textId="77777777" w:rsidR="006C65B0" w:rsidRDefault="00000000">
            <w:pPr>
              <w:jc w:val="right"/>
            </w:pPr>
            <w:r>
              <w:rPr>
                <w:sz w:val="18"/>
              </w:rPr>
              <w:t>$ 9.884.038</w:t>
            </w:r>
          </w:p>
        </w:tc>
      </w:tr>
      <w:tr w:rsidR="006C65B0" w14:paraId="4F2CFA0C" w14:textId="77777777" w:rsidTr="00A659EC">
        <w:trPr>
          <w:trHeight w:val="245"/>
        </w:trPr>
        <w:tc>
          <w:tcPr>
            <w:tcW w:w="5530" w:type="dxa"/>
            <w:shd w:val="clear" w:color="auto" w:fill="FDEECB"/>
            <w:vAlign w:val="center"/>
          </w:tcPr>
          <w:p w14:paraId="46B55AF1" w14:textId="1C26AE82" w:rsidR="006C65B0" w:rsidRDefault="00000000">
            <w:r>
              <w:rPr>
                <w:b/>
                <w:sz w:val="18"/>
              </w:rPr>
              <w:t xml:space="preserve">TOTAL </w:t>
            </w:r>
            <w:r w:rsidR="00502AF1">
              <w:rPr>
                <w:b/>
                <w:sz w:val="18"/>
              </w:rPr>
              <w:t>EJECUTADO</w:t>
            </w:r>
            <w:r>
              <w:rPr>
                <w:b/>
                <w:sz w:val="18"/>
              </w:rPr>
              <w:t xml:space="preserve"> JUNIO 2026</w:t>
            </w:r>
          </w:p>
        </w:tc>
        <w:tc>
          <w:tcPr>
            <w:tcW w:w="4374" w:type="dxa"/>
            <w:shd w:val="clear" w:color="auto" w:fill="FDEECB"/>
            <w:vAlign w:val="center"/>
          </w:tcPr>
          <w:p w14:paraId="366EAE99" w14:textId="471379CB" w:rsidR="006C65B0" w:rsidRDefault="00000000">
            <w:pPr>
              <w:jc w:val="right"/>
            </w:pPr>
            <w:r>
              <w:rPr>
                <w:b/>
                <w:sz w:val="18"/>
              </w:rPr>
              <w:t xml:space="preserve">$ </w:t>
            </w:r>
            <w:r w:rsidR="0025190E">
              <w:rPr>
                <w:b/>
                <w:sz w:val="18"/>
              </w:rPr>
              <w:t>20</w:t>
            </w:r>
            <w:r>
              <w:rPr>
                <w:b/>
                <w:sz w:val="18"/>
              </w:rPr>
              <w:t>.627.930</w:t>
            </w:r>
          </w:p>
        </w:tc>
      </w:tr>
    </w:tbl>
    <w:p w14:paraId="0B818FBB" w14:textId="77777777" w:rsidR="006C65B0" w:rsidRDefault="006C65B0"/>
    <w:p w14:paraId="0473A598" w14:textId="7DB45D12" w:rsidR="006C65B0" w:rsidRPr="006C537A" w:rsidRDefault="006236D0">
      <w:pPr>
        <w:spacing w:after="120"/>
        <w:rPr>
          <w:lang w:val="es-CO"/>
        </w:rPr>
      </w:pPr>
      <w:r w:rsidRPr="006C537A">
        <w:rPr>
          <w:lang w:val="es-CO"/>
        </w:rPr>
        <w:t xml:space="preserve">Total, ejecutado por este concepto: conforme a los ítems presupuestales contemplados en el contrato, el total ejecutado y proyectado a facturar durante el periodo del 01 al 30 de junio de 2026 es la suma de </w:t>
      </w:r>
      <w:r w:rsidR="0025190E">
        <w:rPr>
          <w:lang w:val="es-CO"/>
        </w:rPr>
        <w:t>VEINTE</w:t>
      </w:r>
      <w:r w:rsidRPr="006C537A">
        <w:rPr>
          <w:lang w:val="es-CO"/>
        </w:rPr>
        <w:t xml:space="preserve"> MILLONES SEISCIENTOS VEINTISIETE MIL NOVECIENTOS TREINTA PESOS M/C ($</w:t>
      </w:r>
      <w:r w:rsidR="0025190E">
        <w:rPr>
          <w:lang w:val="es-CO"/>
        </w:rPr>
        <w:t>20</w:t>
      </w:r>
      <w:r w:rsidRPr="006C537A">
        <w:rPr>
          <w:lang w:val="es-CO"/>
        </w:rPr>
        <w:t>.627.930), pendiente de asignación del número de factura electrónica correspondiente.</w:t>
      </w:r>
    </w:p>
    <w:p w14:paraId="373FCC44" w14:textId="77777777" w:rsidR="006C65B0" w:rsidRPr="003C6C2C" w:rsidRDefault="00000000">
      <w:pPr>
        <w:spacing w:after="120"/>
        <w:rPr>
          <w:lang w:val="es-CO"/>
        </w:rPr>
      </w:pPr>
      <w:r w:rsidRPr="006C537A">
        <w:rPr>
          <w:lang w:val="es-CO"/>
        </w:rPr>
        <w:t xml:space="preserve">La ejecución de las actividades se desarrolló conforme a lo estipulado en el contrato, respetando los lineamientos técnicos, administrativos y financieros. </w:t>
      </w:r>
      <w:r w:rsidRPr="003C6C2C">
        <w:rPr>
          <w:lang w:val="es-CO"/>
        </w:rPr>
        <w:t>Los siguientes documentos se anexan al presente informe:</w:t>
      </w:r>
    </w:p>
    <w:tbl>
      <w:tblPr>
        <w:tblW w:w="0" w:type="auto"/>
        <w:jc w:val="center"/>
        <w:tblLook w:val="04A0" w:firstRow="1" w:lastRow="0" w:firstColumn="1" w:lastColumn="0" w:noHBand="0" w:noVBand="1"/>
      </w:tblPr>
      <w:tblGrid>
        <w:gridCol w:w="9866"/>
      </w:tblGrid>
      <w:tr w:rsidR="006C65B0" w14:paraId="0B95C0D8" w14:textId="77777777">
        <w:trPr>
          <w:jc w:val="center"/>
        </w:trPr>
        <w:tc>
          <w:tcPr>
            <w:tcW w:w="9866" w:type="dxa"/>
            <w:shd w:val="clear" w:color="auto" w:fill="F5A623"/>
            <w:vAlign w:val="center"/>
          </w:tcPr>
          <w:p w14:paraId="258C1F33" w14:textId="77777777" w:rsidR="006C65B0" w:rsidRDefault="00000000">
            <w:r>
              <w:rPr>
                <w:b/>
                <w:color w:val="FFFFFF"/>
              </w:rPr>
              <w:t>ANEXOS:</w:t>
            </w:r>
          </w:p>
        </w:tc>
      </w:tr>
    </w:tbl>
    <w:p w14:paraId="0B13E5BB" w14:textId="61B850CF" w:rsidR="006C65B0" w:rsidRPr="006C537A" w:rsidRDefault="00000000">
      <w:pPr>
        <w:pStyle w:val="Listaconvietas"/>
        <w:rPr>
          <w:lang w:val="es-CO"/>
        </w:rPr>
      </w:pPr>
      <w:r w:rsidRPr="006C537A">
        <w:rPr>
          <w:lang w:val="es-CO"/>
        </w:rPr>
        <w:t xml:space="preserve">Factura electrónica de venta </w:t>
      </w:r>
      <w:r w:rsidR="003C6C2C">
        <w:rPr>
          <w:lang w:val="es-CO"/>
        </w:rPr>
        <w:t>FE-</w:t>
      </w:r>
      <w:r w:rsidR="00CF5775">
        <w:rPr>
          <w:lang w:val="es-CO"/>
        </w:rPr>
        <w:t>191</w:t>
      </w:r>
    </w:p>
    <w:p w14:paraId="1560E072" w14:textId="5F80214B" w:rsidR="006C65B0" w:rsidRPr="006C537A" w:rsidRDefault="003C6C2C">
      <w:pPr>
        <w:pStyle w:val="Listaconvietas"/>
        <w:rPr>
          <w:lang w:val="es-CO"/>
        </w:rPr>
      </w:pPr>
      <w:r>
        <w:rPr>
          <w:lang w:val="es-CO"/>
        </w:rPr>
        <w:t>Sexto</w:t>
      </w:r>
      <w:r w:rsidRPr="006C537A">
        <w:rPr>
          <w:lang w:val="es-CO"/>
        </w:rPr>
        <w:t xml:space="preserve"> informe de actividades (</w:t>
      </w:r>
      <w:r w:rsidR="00CC70EF">
        <w:rPr>
          <w:lang w:val="es-CO"/>
        </w:rPr>
        <w:t>junio</w:t>
      </w:r>
      <w:r>
        <w:rPr>
          <w:lang w:val="es-CO"/>
        </w:rPr>
        <w:t xml:space="preserve"> 2026)</w:t>
      </w:r>
      <w:r w:rsidRPr="006C537A">
        <w:rPr>
          <w:lang w:val="es-CO"/>
        </w:rPr>
        <w:t>.</w:t>
      </w:r>
    </w:p>
    <w:p w14:paraId="408F4104" w14:textId="77777777" w:rsidR="006C65B0" w:rsidRPr="006C537A" w:rsidRDefault="00000000">
      <w:pPr>
        <w:pStyle w:val="Listaconvietas"/>
        <w:rPr>
          <w:lang w:val="es-CO"/>
        </w:rPr>
      </w:pPr>
      <w:r w:rsidRPr="006C537A">
        <w:rPr>
          <w:lang w:val="es-CO"/>
        </w:rPr>
        <w:t>Registro fotográfico de cada ítem ejecutado.</w:t>
      </w:r>
    </w:p>
    <w:p w14:paraId="52BE1ADB" w14:textId="77777777" w:rsidR="006C65B0" w:rsidRPr="006C537A" w:rsidRDefault="00000000">
      <w:pPr>
        <w:pStyle w:val="Listaconvietas"/>
        <w:rPr>
          <w:lang w:val="es-CO"/>
        </w:rPr>
      </w:pPr>
      <w:r w:rsidRPr="006C537A">
        <w:rPr>
          <w:lang w:val="es-CO"/>
        </w:rPr>
        <w:t>Reporte de trazabilidad de zonas intervenidas.</w:t>
      </w:r>
    </w:p>
    <w:p w14:paraId="62192CAE" w14:textId="77777777" w:rsidR="006C65B0" w:rsidRDefault="00000000">
      <w:pPr>
        <w:pStyle w:val="Listaconvietas"/>
      </w:pPr>
      <w:proofErr w:type="spellStart"/>
      <w:r>
        <w:t>Aportes</w:t>
      </w:r>
      <w:proofErr w:type="spellEnd"/>
      <w:r>
        <w:t xml:space="preserve"> </w:t>
      </w:r>
      <w:proofErr w:type="spellStart"/>
      <w:r>
        <w:t>parafiscales</w:t>
      </w:r>
      <w:proofErr w:type="spellEnd"/>
      <w:r>
        <w:t>.</w:t>
      </w:r>
    </w:p>
    <w:p w14:paraId="7AD40957" w14:textId="77777777" w:rsidR="006C65B0" w:rsidRDefault="00000000">
      <w:pPr>
        <w:pStyle w:val="Listaconvietas"/>
      </w:pPr>
      <w:r>
        <w:t xml:space="preserve">RUT de la </w:t>
      </w:r>
      <w:proofErr w:type="spellStart"/>
      <w:r>
        <w:t>entidad</w:t>
      </w:r>
      <w:proofErr w:type="spellEnd"/>
      <w:r>
        <w:t>.</w:t>
      </w:r>
    </w:p>
    <w:p w14:paraId="337751A8" w14:textId="77777777" w:rsidR="006C65B0" w:rsidRPr="006C537A" w:rsidRDefault="00000000">
      <w:pPr>
        <w:pStyle w:val="Listaconvietas"/>
        <w:rPr>
          <w:lang w:val="es-CO"/>
        </w:rPr>
      </w:pPr>
      <w:r w:rsidRPr="006C537A">
        <w:rPr>
          <w:lang w:val="es-CO"/>
        </w:rPr>
        <w:t>Certificado bancario de la entidad.</w:t>
      </w:r>
    </w:p>
    <w:p w14:paraId="03846809" w14:textId="77777777" w:rsidR="006C65B0" w:rsidRPr="006C537A" w:rsidRDefault="006C65B0">
      <w:pPr>
        <w:rPr>
          <w:lang w:val="es-CO"/>
        </w:rPr>
      </w:pPr>
    </w:p>
    <w:p w14:paraId="0997D81F" w14:textId="77777777" w:rsidR="006C65B0" w:rsidRPr="006C537A" w:rsidRDefault="00000000">
      <w:pPr>
        <w:spacing w:after="120"/>
        <w:rPr>
          <w:lang w:val="es-CO"/>
        </w:rPr>
      </w:pPr>
      <w:r w:rsidRPr="006C537A">
        <w:rPr>
          <w:lang w:val="es-CO"/>
        </w:rPr>
        <w:t>CORPOSANTANA continúa comprometida con el cumplimiento de los estándares de calidad exigidos por el Municipio de Anserma, garantizando la sostenibilidad del espacio público y el embellecimiento del entorno urbano.</w:t>
      </w:r>
    </w:p>
    <w:p w14:paraId="214ACF3E" w14:textId="77777777" w:rsidR="006C65B0" w:rsidRPr="006C537A" w:rsidRDefault="006C65B0">
      <w:pPr>
        <w:rPr>
          <w:lang w:val="es-CO"/>
        </w:rPr>
      </w:pPr>
    </w:p>
    <w:p w14:paraId="4DFD36EB" w14:textId="77777777" w:rsidR="006C65B0" w:rsidRDefault="00000000">
      <w:pPr>
        <w:spacing w:after="120"/>
      </w:pPr>
      <w:proofErr w:type="spellStart"/>
      <w:r>
        <w:t>Atentamente</w:t>
      </w:r>
      <w:proofErr w:type="spellEnd"/>
      <w:r>
        <w:t>,</w:t>
      </w:r>
    </w:p>
    <w:p w14:paraId="0630B475" w14:textId="77777777" w:rsidR="006C65B0" w:rsidRDefault="006C65B0"/>
    <w:p w14:paraId="1587B33D" w14:textId="77777777" w:rsidR="006C65B0" w:rsidRDefault="00000000">
      <w:r>
        <w:rPr>
          <w:noProof/>
        </w:rPr>
        <w:drawing>
          <wp:inline distT="0" distB="0" distL="0" distR="0" wp14:anchorId="3878CCD3" wp14:editId="0D567CAB">
            <wp:extent cx="1512000" cy="3024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jpeg"/>
                    <pic:cNvPicPr/>
                  </pic:nvPicPr>
                  <pic:blipFill>
                    <a:blip r:embed="rId95"/>
                    <a:stretch>
                      <a:fillRect/>
                    </a:stretch>
                  </pic:blipFill>
                  <pic:spPr>
                    <a:xfrm>
                      <a:off x="0" y="0"/>
                      <a:ext cx="1512000" cy="302400"/>
                    </a:xfrm>
                    <a:prstGeom prst="rect">
                      <a:avLst/>
                    </a:prstGeom>
                  </pic:spPr>
                </pic:pic>
              </a:graphicData>
            </a:graphic>
          </wp:inline>
        </w:drawing>
      </w:r>
    </w:p>
    <w:p w14:paraId="11F3F09F" w14:textId="77777777" w:rsidR="006C65B0" w:rsidRPr="006C537A" w:rsidRDefault="00000000">
      <w:pPr>
        <w:spacing w:after="0"/>
        <w:rPr>
          <w:lang w:val="es-CO"/>
        </w:rPr>
      </w:pPr>
      <w:r w:rsidRPr="006C537A">
        <w:rPr>
          <w:b/>
          <w:lang w:val="es-CO"/>
        </w:rPr>
        <w:t>JULIÁN DARÍO JARAMILLO MORALES</w:t>
      </w:r>
    </w:p>
    <w:p w14:paraId="5662C5D9" w14:textId="77777777" w:rsidR="006C65B0" w:rsidRPr="006C537A" w:rsidRDefault="00000000">
      <w:pPr>
        <w:spacing w:after="0"/>
        <w:rPr>
          <w:lang w:val="es-CO"/>
        </w:rPr>
      </w:pPr>
      <w:r w:rsidRPr="006C537A">
        <w:rPr>
          <w:sz w:val="18"/>
          <w:lang w:val="es-CO"/>
        </w:rPr>
        <w:t>C.C. 1.054.917.066 de Anserma.</w:t>
      </w:r>
    </w:p>
    <w:p w14:paraId="264CF79E" w14:textId="77777777" w:rsidR="006C65B0" w:rsidRPr="006C537A" w:rsidRDefault="00000000">
      <w:pPr>
        <w:spacing w:after="0"/>
        <w:rPr>
          <w:lang w:val="es-CO"/>
        </w:rPr>
      </w:pPr>
      <w:r w:rsidRPr="006C537A">
        <w:rPr>
          <w:sz w:val="18"/>
          <w:lang w:val="es-CO"/>
        </w:rPr>
        <w:t>Gerente</w:t>
      </w:r>
    </w:p>
    <w:p w14:paraId="71C41D72" w14:textId="77777777" w:rsidR="006C65B0" w:rsidRDefault="00000000">
      <w:pPr>
        <w:spacing w:after="0"/>
      </w:pPr>
      <w:r w:rsidRPr="006C537A">
        <w:rPr>
          <w:sz w:val="18"/>
          <w:lang w:val="es-CO"/>
        </w:rPr>
        <w:t xml:space="preserve">Corporación Social, Cultural y Deportiva, Centro de Bienestar del Anciano Santa Ana – CORPOSANTANA. </w:t>
      </w:r>
      <w:r>
        <w:rPr>
          <w:sz w:val="18"/>
        </w:rPr>
        <w:t>NIT: 800.001.378-5</w:t>
      </w:r>
    </w:p>
    <w:p w14:paraId="0BAA8F56" w14:textId="77777777" w:rsidR="006C65B0" w:rsidRDefault="00000000">
      <w:pPr>
        <w:spacing w:after="0"/>
      </w:pPr>
      <w:proofErr w:type="spellStart"/>
      <w:r>
        <w:rPr>
          <w:sz w:val="18"/>
        </w:rPr>
        <w:t>Teléfono</w:t>
      </w:r>
      <w:proofErr w:type="spellEnd"/>
      <w:r>
        <w:rPr>
          <w:sz w:val="18"/>
        </w:rPr>
        <w:t>: 3007400741 - 3183518136</w:t>
      </w:r>
    </w:p>
    <w:p w14:paraId="29497F88" w14:textId="77777777" w:rsidR="006C65B0" w:rsidRDefault="00000000">
      <w:pPr>
        <w:spacing w:after="0"/>
      </w:pPr>
      <w:r>
        <w:rPr>
          <w:sz w:val="18"/>
        </w:rPr>
        <w:t xml:space="preserve">Correo </w:t>
      </w:r>
      <w:proofErr w:type="spellStart"/>
      <w:r>
        <w:rPr>
          <w:sz w:val="18"/>
        </w:rPr>
        <w:t>electrónico</w:t>
      </w:r>
      <w:proofErr w:type="spellEnd"/>
      <w:r>
        <w:rPr>
          <w:sz w:val="18"/>
        </w:rPr>
        <w:t>: corposantana1970@gmail.com</w:t>
      </w:r>
    </w:p>
    <w:sectPr w:rsidR="006C65B0" w:rsidSect="00034616">
      <w:pgSz w:w="11906" w:h="16838"/>
      <w:pgMar w:top="850" w:right="1020" w:bottom="850"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842043723">
    <w:abstractNumId w:val="8"/>
  </w:num>
  <w:num w:numId="2" w16cid:durableId="488639413">
    <w:abstractNumId w:val="6"/>
  </w:num>
  <w:num w:numId="3" w16cid:durableId="129785190">
    <w:abstractNumId w:val="5"/>
  </w:num>
  <w:num w:numId="4" w16cid:durableId="342317719">
    <w:abstractNumId w:val="4"/>
  </w:num>
  <w:num w:numId="5" w16cid:durableId="1192913016">
    <w:abstractNumId w:val="7"/>
  </w:num>
  <w:num w:numId="6" w16cid:durableId="155266682">
    <w:abstractNumId w:val="3"/>
  </w:num>
  <w:num w:numId="7" w16cid:durableId="2125032771">
    <w:abstractNumId w:val="2"/>
  </w:num>
  <w:num w:numId="8" w16cid:durableId="345325470">
    <w:abstractNumId w:val="1"/>
  </w:num>
  <w:num w:numId="9" w16cid:durableId="1707875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348F"/>
    <w:rsid w:val="0015074B"/>
    <w:rsid w:val="00196589"/>
    <w:rsid w:val="00216E25"/>
    <w:rsid w:val="0025190E"/>
    <w:rsid w:val="0025595A"/>
    <w:rsid w:val="00293706"/>
    <w:rsid w:val="0029519D"/>
    <w:rsid w:val="0029639D"/>
    <w:rsid w:val="002C62A6"/>
    <w:rsid w:val="00326F90"/>
    <w:rsid w:val="00333BE9"/>
    <w:rsid w:val="0037690E"/>
    <w:rsid w:val="003C6C2C"/>
    <w:rsid w:val="00502AF1"/>
    <w:rsid w:val="00555F06"/>
    <w:rsid w:val="005F57E0"/>
    <w:rsid w:val="006236D0"/>
    <w:rsid w:val="00642CD9"/>
    <w:rsid w:val="006C537A"/>
    <w:rsid w:val="006C65B0"/>
    <w:rsid w:val="00726777"/>
    <w:rsid w:val="0073175C"/>
    <w:rsid w:val="007B22F5"/>
    <w:rsid w:val="00810616"/>
    <w:rsid w:val="008C54D6"/>
    <w:rsid w:val="00935CF7"/>
    <w:rsid w:val="00A659EC"/>
    <w:rsid w:val="00AA1D8D"/>
    <w:rsid w:val="00B47730"/>
    <w:rsid w:val="00B709B1"/>
    <w:rsid w:val="00CB0664"/>
    <w:rsid w:val="00CC70EF"/>
    <w:rsid w:val="00CF5775"/>
    <w:rsid w:val="00E263A2"/>
    <w:rsid w:val="00E36DD9"/>
    <w:rsid w:val="00F01570"/>
    <w:rsid w:val="00FC693F"/>
    <w:rsid w:val="00FD7A80"/>
    <w:rsid w:val="00FE00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B6B460"/>
  <w14:defaultImageDpi w14:val="300"/>
  <w15:docId w15:val="{DBED93EB-BA3E-4E2E-92F1-BEDC74D92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sz w:val="20"/>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jpg"/><Relationship Id="rId21" Type="http://schemas.openxmlformats.org/officeDocument/2006/relationships/image" Target="media/image16.jpg"/><Relationship Id="rId34" Type="http://schemas.openxmlformats.org/officeDocument/2006/relationships/image" Target="media/image29.jpg"/><Relationship Id="rId42" Type="http://schemas.openxmlformats.org/officeDocument/2006/relationships/image" Target="media/image37.jpg"/><Relationship Id="rId47" Type="http://schemas.openxmlformats.org/officeDocument/2006/relationships/image" Target="media/image42.jpg"/><Relationship Id="rId50" Type="http://schemas.openxmlformats.org/officeDocument/2006/relationships/image" Target="media/image45.jpg"/><Relationship Id="rId55" Type="http://schemas.openxmlformats.org/officeDocument/2006/relationships/image" Target="media/image50.jpg"/><Relationship Id="rId63" Type="http://schemas.openxmlformats.org/officeDocument/2006/relationships/image" Target="media/image58.jpg"/><Relationship Id="rId68" Type="http://schemas.openxmlformats.org/officeDocument/2006/relationships/image" Target="media/image63.jpg"/><Relationship Id="rId76" Type="http://schemas.openxmlformats.org/officeDocument/2006/relationships/image" Target="media/image71.jpg"/><Relationship Id="rId84" Type="http://schemas.openxmlformats.org/officeDocument/2006/relationships/image" Target="media/image79.jpg"/><Relationship Id="rId89" Type="http://schemas.openxmlformats.org/officeDocument/2006/relationships/image" Target="media/image84.jpg"/><Relationship Id="rId97" Type="http://schemas.openxmlformats.org/officeDocument/2006/relationships/theme" Target="theme/theme1.xml"/><Relationship Id="rId7" Type="http://schemas.openxmlformats.org/officeDocument/2006/relationships/image" Target="media/image2.jpg"/><Relationship Id="rId71" Type="http://schemas.openxmlformats.org/officeDocument/2006/relationships/image" Target="media/image66.jpg"/><Relationship Id="rId92" Type="http://schemas.openxmlformats.org/officeDocument/2006/relationships/image" Target="media/image87.jpg"/><Relationship Id="rId2" Type="http://schemas.openxmlformats.org/officeDocument/2006/relationships/numbering" Target="numbering.xml"/><Relationship Id="rId16" Type="http://schemas.openxmlformats.org/officeDocument/2006/relationships/image" Target="media/image11.jpg"/><Relationship Id="rId29" Type="http://schemas.openxmlformats.org/officeDocument/2006/relationships/image" Target="media/image24.jpg"/><Relationship Id="rId11" Type="http://schemas.openxmlformats.org/officeDocument/2006/relationships/image" Target="media/image6.jpg"/><Relationship Id="rId24" Type="http://schemas.openxmlformats.org/officeDocument/2006/relationships/image" Target="media/image19.jpg"/><Relationship Id="rId32" Type="http://schemas.openxmlformats.org/officeDocument/2006/relationships/image" Target="media/image27.jpg"/><Relationship Id="rId37" Type="http://schemas.openxmlformats.org/officeDocument/2006/relationships/image" Target="media/image32.jpg"/><Relationship Id="rId40" Type="http://schemas.openxmlformats.org/officeDocument/2006/relationships/image" Target="media/image35.jpg"/><Relationship Id="rId45" Type="http://schemas.openxmlformats.org/officeDocument/2006/relationships/image" Target="media/image40.jpg"/><Relationship Id="rId53" Type="http://schemas.openxmlformats.org/officeDocument/2006/relationships/image" Target="media/image48.jpg"/><Relationship Id="rId58" Type="http://schemas.openxmlformats.org/officeDocument/2006/relationships/image" Target="media/image53.jpg"/><Relationship Id="rId66" Type="http://schemas.openxmlformats.org/officeDocument/2006/relationships/image" Target="media/image61.jpg"/><Relationship Id="rId74" Type="http://schemas.openxmlformats.org/officeDocument/2006/relationships/image" Target="media/image69.jpg"/><Relationship Id="rId79" Type="http://schemas.openxmlformats.org/officeDocument/2006/relationships/image" Target="media/image74.jpg"/><Relationship Id="rId87" Type="http://schemas.openxmlformats.org/officeDocument/2006/relationships/image" Target="media/image82.jpg"/><Relationship Id="rId5" Type="http://schemas.openxmlformats.org/officeDocument/2006/relationships/webSettings" Target="webSettings.xml"/><Relationship Id="rId61" Type="http://schemas.openxmlformats.org/officeDocument/2006/relationships/image" Target="media/image56.jpg"/><Relationship Id="rId82" Type="http://schemas.openxmlformats.org/officeDocument/2006/relationships/image" Target="media/image77.jpg"/><Relationship Id="rId90" Type="http://schemas.openxmlformats.org/officeDocument/2006/relationships/image" Target="media/image85.jpg"/><Relationship Id="rId95" Type="http://schemas.openxmlformats.org/officeDocument/2006/relationships/image" Target="media/image90.jpeg"/><Relationship Id="rId19" Type="http://schemas.openxmlformats.org/officeDocument/2006/relationships/image" Target="media/image14.jpg"/><Relationship Id="rId14" Type="http://schemas.openxmlformats.org/officeDocument/2006/relationships/image" Target="media/image9.jpg"/><Relationship Id="rId22" Type="http://schemas.openxmlformats.org/officeDocument/2006/relationships/image" Target="media/image17.jpg"/><Relationship Id="rId27" Type="http://schemas.openxmlformats.org/officeDocument/2006/relationships/image" Target="media/image22.jpg"/><Relationship Id="rId30" Type="http://schemas.openxmlformats.org/officeDocument/2006/relationships/image" Target="media/image25.jpg"/><Relationship Id="rId35" Type="http://schemas.openxmlformats.org/officeDocument/2006/relationships/image" Target="media/image30.jpg"/><Relationship Id="rId43" Type="http://schemas.openxmlformats.org/officeDocument/2006/relationships/image" Target="media/image38.jpg"/><Relationship Id="rId48" Type="http://schemas.openxmlformats.org/officeDocument/2006/relationships/image" Target="media/image43.jpg"/><Relationship Id="rId56" Type="http://schemas.openxmlformats.org/officeDocument/2006/relationships/image" Target="media/image51.jpg"/><Relationship Id="rId64" Type="http://schemas.openxmlformats.org/officeDocument/2006/relationships/image" Target="media/image59.jpg"/><Relationship Id="rId69" Type="http://schemas.openxmlformats.org/officeDocument/2006/relationships/image" Target="media/image64.jpg"/><Relationship Id="rId77" Type="http://schemas.openxmlformats.org/officeDocument/2006/relationships/image" Target="media/image72.jpg"/><Relationship Id="rId8" Type="http://schemas.openxmlformats.org/officeDocument/2006/relationships/image" Target="media/image3.jpg"/><Relationship Id="rId51" Type="http://schemas.openxmlformats.org/officeDocument/2006/relationships/image" Target="media/image46.jpg"/><Relationship Id="rId72" Type="http://schemas.openxmlformats.org/officeDocument/2006/relationships/image" Target="media/image67.jpg"/><Relationship Id="rId80" Type="http://schemas.openxmlformats.org/officeDocument/2006/relationships/image" Target="media/image75.jpg"/><Relationship Id="rId85" Type="http://schemas.openxmlformats.org/officeDocument/2006/relationships/image" Target="media/image80.jpg"/><Relationship Id="rId93" Type="http://schemas.openxmlformats.org/officeDocument/2006/relationships/image" Target="media/image88.jpg"/><Relationship Id="rId3" Type="http://schemas.openxmlformats.org/officeDocument/2006/relationships/styles" Target="styles.xml"/><Relationship Id="rId12" Type="http://schemas.openxmlformats.org/officeDocument/2006/relationships/image" Target="media/image7.jpg"/><Relationship Id="rId17" Type="http://schemas.openxmlformats.org/officeDocument/2006/relationships/image" Target="media/image12.jpg"/><Relationship Id="rId25" Type="http://schemas.openxmlformats.org/officeDocument/2006/relationships/image" Target="media/image20.jpg"/><Relationship Id="rId33" Type="http://schemas.openxmlformats.org/officeDocument/2006/relationships/image" Target="media/image28.jpg"/><Relationship Id="rId38" Type="http://schemas.openxmlformats.org/officeDocument/2006/relationships/image" Target="media/image33.jpg"/><Relationship Id="rId46" Type="http://schemas.openxmlformats.org/officeDocument/2006/relationships/image" Target="media/image41.jpg"/><Relationship Id="rId59" Type="http://schemas.openxmlformats.org/officeDocument/2006/relationships/image" Target="media/image54.jpg"/><Relationship Id="rId67" Type="http://schemas.openxmlformats.org/officeDocument/2006/relationships/image" Target="media/image62.jpg"/><Relationship Id="rId20" Type="http://schemas.openxmlformats.org/officeDocument/2006/relationships/image" Target="media/image15.jpg"/><Relationship Id="rId41" Type="http://schemas.openxmlformats.org/officeDocument/2006/relationships/image" Target="media/image36.jpg"/><Relationship Id="rId54" Type="http://schemas.openxmlformats.org/officeDocument/2006/relationships/image" Target="media/image49.jpg"/><Relationship Id="rId62" Type="http://schemas.openxmlformats.org/officeDocument/2006/relationships/image" Target="media/image57.jpg"/><Relationship Id="rId70" Type="http://schemas.openxmlformats.org/officeDocument/2006/relationships/image" Target="media/image65.jpg"/><Relationship Id="rId75" Type="http://schemas.openxmlformats.org/officeDocument/2006/relationships/image" Target="media/image70.jpg"/><Relationship Id="rId83" Type="http://schemas.openxmlformats.org/officeDocument/2006/relationships/image" Target="media/image78.jpg"/><Relationship Id="rId88" Type="http://schemas.openxmlformats.org/officeDocument/2006/relationships/image" Target="media/image83.jpg"/><Relationship Id="rId91" Type="http://schemas.openxmlformats.org/officeDocument/2006/relationships/image" Target="media/image86.jp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jpg"/><Relationship Id="rId23" Type="http://schemas.openxmlformats.org/officeDocument/2006/relationships/image" Target="media/image18.jpg"/><Relationship Id="rId28" Type="http://schemas.openxmlformats.org/officeDocument/2006/relationships/image" Target="media/image23.jpg"/><Relationship Id="rId36" Type="http://schemas.openxmlformats.org/officeDocument/2006/relationships/image" Target="media/image31.jpg"/><Relationship Id="rId49" Type="http://schemas.openxmlformats.org/officeDocument/2006/relationships/image" Target="media/image44.jpg"/><Relationship Id="rId57" Type="http://schemas.openxmlformats.org/officeDocument/2006/relationships/image" Target="media/image52.jpg"/><Relationship Id="rId10" Type="http://schemas.openxmlformats.org/officeDocument/2006/relationships/image" Target="media/image5.jpg"/><Relationship Id="rId31" Type="http://schemas.openxmlformats.org/officeDocument/2006/relationships/image" Target="media/image26.jpg"/><Relationship Id="rId44" Type="http://schemas.openxmlformats.org/officeDocument/2006/relationships/image" Target="media/image39.jpg"/><Relationship Id="rId52" Type="http://schemas.openxmlformats.org/officeDocument/2006/relationships/image" Target="media/image47.jpg"/><Relationship Id="rId60" Type="http://schemas.openxmlformats.org/officeDocument/2006/relationships/image" Target="media/image55.jpg"/><Relationship Id="rId65" Type="http://schemas.openxmlformats.org/officeDocument/2006/relationships/image" Target="media/image60.jpg"/><Relationship Id="rId73" Type="http://schemas.openxmlformats.org/officeDocument/2006/relationships/image" Target="media/image68.jpg"/><Relationship Id="rId78" Type="http://schemas.openxmlformats.org/officeDocument/2006/relationships/image" Target="media/image73.jpg"/><Relationship Id="rId81" Type="http://schemas.openxmlformats.org/officeDocument/2006/relationships/image" Target="media/image76.jpg"/><Relationship Id="rId86" Type="http://schemas.openxmlformats.org/officeDocument/2006/relationships/image" Target="media/image81.jpg"/><Relationship Id="rId94" Type="http://schemas.openxmlformats.org/officeDocument/2006/relationships/image" Target="media/image89.jpg"/><Relationship Id="rId4" Type="http://schemas.openxmlformats.org/officeDocument/2006/relationships/settings" Target="settings.xml"/><Relationship Id="rId9" Type="http://schemas.openxmlformats.org/officeDocument/2006/relationships/image" Target="media/image4.jpg"/><Relationship Id="rId13" Type="http://schemas.openxmlformats.org/officeDocument/2006/relationships/image" Target="media/image8.jpg"/><Relationship Id="rId18" Type="http://schemas.openxmlformats.org/officeDocument/2006/relationships/image" Target="media/image13.jpg"/><Relationship Id="rId39" Type="http://schemas.openxmlformats.org/officeDocument/2006/relationships/image" Target="media/image3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13</Pages>
  <Words>1555</Words>
  <Characters>8867</Characters>
  <Application>Microsoft Office Word</Application>
  <DocSecurity>0</DocSecurity>
  <Lines>73</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10402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Ruben  Dario Londoño Henao</cp:lastModifiedBy>
  <cp:revision>29</cp:revision>
  <cp:lastPrinted>2026-08-19T20:49:00Z</cp:lastPrinted>
  <dcterms:created xsi:type="dcterms:W3CDTF">2026-08-19T17:15:00Z</dcterms:created>
  <dcterms:modified xsi:type="dcterms:W3CDTF">2026-08-19T21:24:00Z</dcterms:modified>
  <cp:category/>
</cp:coreProperties>
</file>