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C39AC" w14:textId="77777777" w:rsidR="007C5D2A" w:rsidRDefault="00000000">
      <w:pPr>
        <w:jc w:val="center"/>
      </w:pPr>
      <w:r>
        <w:rPr>
          <w:b/>
          <w:sz w:val="24"/>
        </w:rPr>
        <w:t>PROCESO DE SELECCIÓN DE MÍNIMA CUANTÍA No. 4181.010.26.1.803-2026</w:t>
      </w:r>
    </w:p>
    <w:p w14:paraId="39DD46A3" w14:textId="77777777" w:rsidR="007C5D2A" w:rsidRDefault="00000000">
      <w:pPr>
        <w:jc w:val="center"/>
      </w:pPr>
      <w:r>
        <w:rPr>
          <w:b/>
          <w:sz w:val="24"/>
        </w:rPr>
        <w:t>ANEXOS – DOCUMENTOS PARA LA PRESENTACIÓN DE LA OFERTA</w:t>
      </w:r>
    </w:p>
    <w:p w14:paraId="78EBBC2B" w14:textId="77777777" w:rsidR="007C5D2A" w:rsidRDefault="00000000" w:rsidP="00527D3A">
      <w:pPr>
        <w:spacing w:after="80" w:line="240" w:lineRule="auto"/>
        <w:jc w:val="both"/>
        <w:rPr>
          <w:sz w:val="24"/>
          <w:szCs w:val="24"/>
        </w:rPr>
      </w:pPr>
      <w:r w:rsidRPr="00527D3A">
        <w:rPr>
          <w:sz w:val="24"/>
          <w:szCs w:val="24"/>
        </w:rPr>
        <w:t>Objeto: Adquisición y suministro de kits y herramientas de carretera para vehículos livianos y pesados, destinados a fortalecer las actividades de inspección y seguridad vial del parque automotor del Distrito de Santiago de Cali.</w:t>
      </w:r>
    </w:p>
    <w:p w14:paraId="069EBF7A" w14:textId="77777777" w:rsidR="007C5D2A" w:rsidRDefault="00000000" w:rsidP="00527D3A">
      <w:pPr>
        <w:spacing w:after="80" w:line="240" w:lineRule="auto"/>
        <w:jc w:val="both"/>
        <w:rPr>
          <w:sz w:val="24"/>
          <w:szCs w:val="24"/>
        </w:rPr>
      </w:pPr>
      <w:r w:rsidRPr="00527D3A">
        <w:rPr>
          <w:sz w:val="24"/>
          <w:szCs w:val="24"/>
        </w:rPr>
        <w:t xml:space="preserve">Los </w:t>
      </w:r>
      <w:proofErr w:type="spellStart"/>
      <w:r w:rsidRPr="00527D3A">
        <w:rPr>
          <w:sz w:val="24"/>
          <w:szCs w:val="24"/>
        </w:rPr>
        <w:t>formatos</w:t>
      </w:r>
      <w:proofErr w:type="spellEnd"/>
      <w:r w:rsidRPr="00527D3A">
        <w:rPr>
          <w:sz w:val="24"/>
          <w:szCs w:val="24"/>
        </w:rPr>
        <w:t xml:space="preserve"> </w:t>
      </w:r>
      <w:proofErr w:type="spellStart"/>
      <w:r w:rsidRPr="00527D3A">
        <w:rPr>
          <w:sz w:val="24"/>
          <w:szCs w:val="24"/>
        </w:rPr>
        <w:t>que</w:t>
      </w:r>
      <w:proofErr w:type="spellEnd"/>
      <w:r w:rsidRPr="00527D3A">
        <w:rPr>
          <w:sz w:val="24"/>
          <w:szCs w:val="24"/>
        </w:rPr>
        <w:t xml:space="preserve"> se presentan a continuación deberán ser diligenciados por los proponentes de acuerdo con las instrucciones de la Invitación Pública. La información contenida en cada anexo deberá guardar correspondencia con la documentación aportada y con la información </w:t>
      </w:r>
      <w:proofErr w:type="spellStart"/>
      <w:r w:rsidRPr="00527D3A">
        <w:rPr>
          <w:sz w:val="24"/>
          <w:szCs w:val="24"/>
        </w:rPr>
        <w:t>registrada</w:t>
      </w:r>
      <w:proofErr w:type="spellEnd"/>
      <w:r w:rsidRPr="00527D3A">
        <w:rPr>
          <w:sz w:val="24"/>
          <w:szCs w:val="24"/>
        </w:rPr>
        <w:t xml:space="preserve"> </w:t>
      </w:r>
      <w:proofErr w:type="spellStart"/>
      <w:r w:rsidRPr="00527D3A">
        <w:rPr>
          <w:sz w:val="24"/>
          <w:szCs w:val="24"/>
        </w:rPr>
        <w:t>en</w:t>
      </w:r>
      <w:proofErr w:type="spellEnd"/>
      <w:r w:rsidRPr="00527D3A">
        <w:rPr>
          <w:sz w:val="24"/>
          <w:szCs w:val="24"/>
        </w:rPr>
        <w:t xml:space="preserve"> SECOP II.</w:t>
      </w:r>
    </w:p>
    <w:p w14:paraId="162685F3" w14:textId="77777777" w:rsidR="00527D3A" w:rsidRPr="00527D3A" w:rsidRDefault="00527D3A" w:rsidP="00527D3A">
      <w:pPr>
        <w:spacing w:after="80" w:line="240" w:lineRule="auto"/>
        <w:jc w:val="both"/>
        <w:rPr>
          <w:sz w:val="24"/>
          <w:szCs w:val="24"/>
        </w:rPr>
      </w:pPr>
    </w:p>
    <w:p w14:paraId="1324568F" w14:textId="77777777" w:rsidR="007C5D2A" w:rsidRPr="00527D3A" w:rsidRDefault="00000000" w:rsidP="00527D3A">
      <w:pPr>
        <w:pStyle w:val="Listaconvietas"/>
        <w:spacing w:after="40"/>
        <w:jc w:val="both"/>
        <w:rPr>
          <w:sz w:val="24"/>
          <w:szCs w:val="24"/>
        </w:rPr>
      </w:pPr>
      <w:r w:rsidRPr="00527D3A">
        <w:rPr>
          <w:sz w:val="24"/>
          <w:szCs w:val="24"/>
        </w:rPr>
        <w:t>Anexo No. 1 – Oferta Económica.</w:t>
      </w:r>
    </w:p>
    <w:p w14:paraId="74195801" w14:textId="77777777" w:rsidR="007C5D2A" w:rsidRPr="00527D3A" w:rsidRDefault="00000000" w:rsidP="00527D3A">
      <w:pPr>
        <w:pStyle w:val="Listaconvietas"/>
        <w:spacing w:after="40"/>
        <w:jc w:val="both"/>
        <w:rPr>
          <w:sz w:val="24"/>
          <w:szCs w:val="24"/>
        </w:rPr>
      </w:pPr>
      <w:r w:rsidRPr="00527D3A">
        <w:rPr>
          <w:sz w:val="24"/>
          <w:szCs w:val="24"/>
        </w:rPr>
        <w:t>Anexo No. 2 – Carta de Presentación de la Propuesta.</w:t>
      </w:r>
    </w:p>
    <w:p w14:paraId="0B521714" w14:textId="77777777" w:rsidR="007C5D2A" w:rsidRPr="00527D3A" w:rsidRDefault="00000000" w:rsidP="00527D3A">
      <w:pPr>
        <w:pStyle w:val="Listaconvietas"/>
        <w:spacing w:after="40"/>
        <w:jc w:val="both"/>
        <w:rPr>
          <w:sz w:val="24"/>
          <w:szCs w:val="24"/>
        </w:rPr>
      </w:pPr>
      <w:r w:rsidRPr="00527D3A">
        <w:rPr>
          <w:sz w:val="24"/>
          <w:szCs w:val="24"/>
        </w:rPr>
        <w:t>Anexo No. 3 – Documento de Conformación de Consorcio o Unión Temporal.</w:t>
      </w:r>
    </w:p>
    <w:p w14:paraId="674BFF5A" w14:textId="77777777" w:rsidR="007C5D2A" w:rsidRPr="00527D3A" w:rsidRDefault="00000000" w:rsidP="00527D3A">
      <w:pPr>
        <w:pStyle w:val="Listaconvietas"/>
        <w:spacing w:after="40"/>
        <w:jc w:val="both"/>
        <w:rPr>
          <w:sz w:val="24"/>
          <w:szCs w:val="24"/>
        </w:rPr>
      </w:pPr>
      <w:r w:rsidRPr="00527D3A">
        <w:rPr>
          <w:sz w:val="24"/>
          <w:szCs w:val="24"/>
        </w:rPr>
        <w:t>Anexo No. 4 – Experiencia Habilitante.</w:t>
      </w:r>
    </w:p>
    <w:p w14:paraId="69901C86" w14:textId="77777777" w:rsidR="007C5D2A" w:rsidRPr="00527D3A" w:rsidRDefault="00000000" w:rsidP="00527D3A">
      <w:pPr>
        <w:pStyle w:val="Listaconvietas"/>
        <w:spacing w:after="40"/>
        <w:jc w:val="both"/>
        <w:rPr>
          <w:sz w:val="24"/>
          <w:szCs w:val="24"/>
        </w:rPr>
      </w:pPr>
      <w:r w:rsidRPr="00527D3A">
        <w:rPr>
          <w:sz w:val="24"/>
          <w:szCs w:val="24"/>
        </w:rPr>
        <w:t>Anexo No. 5 – Compromiso de Transparencia.</w:t>
      </w:r>
    </w:p>
    <w:p w14:paraId="58A3320C" w14:textId="77777777" w:rsidR="007C5D2A" w:rsidRPr="00527D3A" w:rsidRDefault="00000000" w:rsidP="00527D3A">
      <w:pPr>
        <w:pStyle w:val="Listaconvietas"/>
        <w:spacing w:after="40"/>
        <w:jc w:val="both"/>
        <w:rPr>
          <w:sz w:val="24"/>
          <w:szCs w:val="24"/>
        </w:rPr>
      </w:pPr>
      <w:r w:rsidRPr="00527D3A">
        <w:rPr>
          <w:sz w:val="24"/>
          <w:szCs w:val="24"/>
        </w:rPr>
        <w:t>Anexo No. 6 – Certificación de Pago de Seguridad Social y Aportes Parafiscales.</w:t>
      </w:r>
    </w:p>
    <w:p w14:paraId="07C3C962" w14:textId="77777777" w:rsidR="007C5D2A" w:rsidRPr="00527D3A" w:rsidRDefault="00000000" w:rsidP="00527D3A">
      <w:pPr>
        <w:pStyle w:val="Listaconvietas"/>
        <w:spacing w:after="40"/>
        <w:jc w:val="both"/>
        <w:rPr>
          <w:sz w:val="24"/>
          <w:szCs w:val="24"/>
        </w:rPr>
      </w:pPr>
      <w:r w:rsidRPr="00527D3A">
        <w:rPr>
          <w:sz w:val="24"/>
          <w:szCs w:val="24"/>
        </w:rPr>
        <w:t>Anexo No. 7 – Declaración de Inhabilidades e Incompatibilidades.</w:t>
      </w:r>
    </w:p>
    <w:p w14:paraId="0E66031A" w14:textId="49FBF33F" w:rsidR="007C5D2A" w:rsidRDefault="00000000" w:rsidP="00527D3A">
      <w:r>
        <w:br w:type="page"/>
      </w:r>
    </w:p>
    <w:p w14:paraId="7A91B1A4" w14:textId="77777777" w:rsidR="007C5D2A" w:rsidRDefault="00000000">
      <w:pPr>
        <w:jc w:val="center"/>
      </w:pPr>
      <w:r>
        <w:rPr>
          <w:b/>
          <w:sz w:val="24"/>
        </w:rPr>
        <w:lastRenderedPageBreak/>
        <w:t>ANEXO No. 2</w:t>
      </w:r>
    </w:p>
    <w:p w14:paraId="4258DF6F" w14:textId="77777777" w:rsidR="007C5D2A" w:rsidRDefault="00000000">
      <w:pPr>
        <w:jc w:val="center"/>
      </w:pPr>
      <w:r>
        <w:rPr>
          <w:b/>
          <w:sz w:val="24"/>
        </w:rPr>
        <w:t>CARTA DE PRESENTACIÓN DE LA PROPUESTA</w:t>
      </w:r>
    </w:p>
    <w:p w14:paraId="66806CBB" w14:textId="53D60753" w:rsidR="007C5D2A" w:rsidRPr="00527D3A" w:rsidRDefault="00000000">
      <w:pPr>
        <w:spacing w:after="80" w:line="240" w:lineRule="auto"/>
        <w:rPr>
          <w:sz w:val="24"/>
          <w:szCs w:val="24"/>
        </w:rPr>
      </w:pPr>
      <w:r w:rsidRPr="00527D3A">
        <w:rPr>
          <w:sz w:val="24"/>
          <w:szCs w:val="24"/>
        </w:rPr>
        <w:t xml:space="preserve">Santiago de </w:t>
      </w:r>
      <w:r w:rsidR="00527D3A" w:rsidRPr="00527D3A">
        <w:rPr>
          <w:sz w:val="24"/>
          <w:szCs w:val="24"/>
        </w:rPr>
        <w:t xml:space="preserve">Cali, </w:t>
      </w:r>
      <w:r w:rsidRPr="00527D3A">
        <w:rPr>
          <w:sz w:val="24"/>
          <w:szCs w:val="24"/>
        </w:rPr>
        <w:t xml:space="preserve">___ </w:t>
      </w:r>
      <w:proofErr w:type="gramStart"/>
      <w:r w:rsidRPr="00527D3A">
        <w:rPr>
          <w:sz w:val="24"/>
          <w:szCs w:val="24"/>
        </w:rPr>
        <w:t>de __</w:t>
      </w:r>
      <w:proofErr w:type="gramEnd"/>
      <w:r w:rsidRPr="00527D3A">
        <w:rPr>
          <w:sz w:val="24"/>
          <w:szCs w:val="24"/>
        </w:rPr>
        <w:t xml:space="preserve">________ </w:t>
      </w:r>
      <w:proofErr w:type="spellStart"/>
      <w:r w:rsidRPr="00527D3A">
        <w:rPr>
          <w:sz w:val="24"/>
          <w:szCs w:val="24"/>
        </w:rPr>
        <w:t>de</w:t>
      </w:r>
      <w:proofErr w:type="spellEnd"/>
      <w:r w:rsidRPr="00527D3A">
        <w:rPr>
          <w:sz w:val="24"/>
          <w:szCs w:val="24"/>
        </w:rPr>
        <w:t xml:space="preserve"> 2026</w:t>
      </w:r>
    </w:p>
    <w:p w14:paraId="67D81FBE" w14:textId="77777777" w:rsidR="007C5D2A" w:rsidRPr="00527D3A" w:rsidRDefault="00000000">
      <w:pPr>
        <w:spacing w:after="80" w:line="240" w:lineRule="auto"/>
        <w:rPr>
          <w:sz w:val="24"/>
          <w:szCs w:val="24"/>
        </w:rPr>
      </w:pPr>
      <w:r w:rsidRPr="00527D3A">
        <w:rPr>
          <w:sz w:val="24"/>
          <w:szCs w:val="24"/>
        </w:rPr>
        <w:t>Señores</w:t>
      </w:r>
      <w:r w:rsidRPr="00527D3A">
        <w:rPr>
          <w:sz w:val="24"/>
          <w:szCs w:val="24"/>
        </w:rPr>
        <w:br/>
        <w:t>DISTRITO DE SANTIAGO DE CALI</w:t>
      </w:r>
      <w:r w:rsidRPr="00527D3A">
        <w:rPr>
          <w:sz w:val="24"/>
          <w:szCs w:val="24"/>
        </w:rPr>
        <w:br/>
        <w:t xml:space="preserve">Unidad Administrativa Especial de Gestión de Bienes y </w:t>
      </w:r>
      <w:proofErr w:type="spellStart"/>
      <w:r w:rsidRPr="00527D3A">
        <w:rPr>
          <w:sz w:val="24"/>
          <w:szCs w:val="24"/>
        </w:rPr>
        <w:t>Servicios</w:t>
      </w:r>
      <w:proofErr w:type="spellEnd"/>
      <w:r w:rsidRPr="00527D3A">
        <w:rPr>
          <w:sz w:val="24"/>
          <w:szCs w:val="24"/>
        </w:rPr>
        <w:t xml:space="preserve"> – UAEGBS</w:t>
      </w:r>
    </w:p>
    <w:p w14:paraId="443471B9" w14:textId="77777777" w:rsidR="00527D3A" w:rsidRPr="00527D3A" w:rsidRDefault="00527D3A">
      <w:pPr>
        <w:spacing w:after="80" w:line="240" w:lineRule="auto"/>
        <w:rPr>
          <w:sz w:val="24"/>
          <w:szCs w:val="24"/>
        </w:rPr>
      </w:pPr>
    </w:p>
    <w:p w14:paraId="6946A5BF" w14:textId="77777777" w:rsidR="007C5D2A" w:rsidRPr="00527D3A" w:rsidRDefault="00000000" w:rsidP="00527D3A">
      <w:pPr>
        <w:spacing w:after="80" w:line="240" w:lineRule="auto"/>
        <w:jc w:val="right"/>
        <w:rPr>
          <w:sz w:val="24"/>
          <w:szCs w:val="24"/>
        </w:rPr>
      </w:pPr>
      <w:r w:rsidRPr="00527D3A">
        <w:rPr>
          <w:sz w:val="24"/>
          <w:szCs w:val="24"/>
        </w:rPr>
        <w:t>Referencia: Proceso de Selección de Mínima Cuantía No. 4181.010.26.1.803-2026.</w:t>
      </w:r>
    </w:p>
    <w:p w14:paraId="4346A7C2" w14:textId="77777777" w:rsidR="00527D3A" w:rsidRPr="00527D3A" w:rsidRDefault="00527D3A" w:rsidP="00527D3A">
      <w:pPr>
        <w:spacing w:after="80" w:line="240" w:lineRule="auto"/>
        <w:jc w:val="both"/>
        <w:rPr>
          <w:sz w:val="24"/>
          <w:szCs w:val="24"/>
        </w:rPr>
      </w:pPr>
    </w:p>
    <w:p w14:paraId="5651758A" w14:textId="77777777" w:rsidR="007C5D2A" w:rsidRPr="00527D3A" w:rsidRDefault="00000000" w:rsidP="00527D3A">
      <w:pPr>
        <w:spacing w:after="80" w:line="240" w:lineRule="auto"/>
        <w:jc w:val="both"/>
        <w:rPr>
          <w:sz w:val="24"/>
          <w:szCs w:val="24"/>
        </w:rPr>
      </w:pPr>
      <w:r w:rsidRPr="00527D3A">
        <w:rPr>
          <w:sz w:val="24"/>
          <w:szCs w:val="24"/>
        </w:rPr>
        <w:t>Objeto: Adquisición y suministro de kits y herramientas de carretera para vehículos livianos y pesados, destinados a fortalecer las actividades de inspección y seguridad vial del parque automotor del Distrito de Santiago de Cali.</w:t>
      </w:r>
    </w:p>
    <w:p w14:paraId="0E171138" w14:textId="77777777" w:rsidR="007C5D2A" w:rsidRPr="00527D3A" w:rsidRDefault="00000000" w:rsidP="00527D3A">
      <w:pPr>
        <w:spacing w:after="80" w:line="240" w:lineRule="auto"/>
        <w:jc w:val="both"/>
        <w:rPr>
          <w:sz w:val="24"/>
          <w:szCs w:val="24"/>
        </w:rPr>
      </w:pPr>
      <w:proofErr w:type="gramStart"/>
      <w:r w:rsidRPr="00527D3A">
        <w:rPr>
          <w:sz w:val="24"/>
          <w:szCs w:val="24"/>
        </w:rPr>
        <w:t>Yo, _</w:t>
      </w:r>
      <w:proofErr w:type="gramEnd"/>
      <w:r w:rsidRPr="00527D3A">
        <w:rPr>
          <w:sz w:val="24"/>
          <w:szCs w:val="24"/>
        </w:rPr>
        <w:t xml:space="preserve">_______________________________________, identificado(a) con C.C. </w:t>
      </w:r>
      <w:proofErr w:type="gramStart"/>
      <w:r w:rsidRPr="00527D3A">
        <w:rPr>
          <w:sz w:val="24"/>
          <w:szCs w:val="24"/>
        </w:rPr>
        <w:t>No. _____________</w:t>
      </w:r>
      <w:proofErr w:type="gramEnd"/>
      <w:r w:rsidRPr="00527D3A">
        <w:rPr>
          <w:sz w:val="24"/>
          <w:szCs w:val="24"/>
        </w:rPr>
        <w:t>______</w:t>
      </w:r>
      <w:proofErr w:type="gramStart"/>
      <w:r w:rsidRPr="00527D3A">
        <w:rPr>
          <w:sz w:val="24"/>
          <w:szCs w:val="24"/>
        </w:rPr>
        <w:t xml:space="preserve">_, actuando en nombre propio / en calidad de representante legal de </w:t>
      </w:r>
      <w:proofErr w:type="gramEnd"/>
      <w:r w:rsidRPr="00527D3A">
        <w:rPr>
          <w:sz w:val="24"/>
          <w:szCs w:val="24"/>
        </w:rPr>
        <w:t>________________________________________, presento formalmente la propuesta dentro del proceso de referencia y manifiesto lo siguiente:</w:t>
      </w:r>
    </w:p>
    <w:p w14:paraId="25FC3BE8" w14:textId="77777777" w:rsidR="007C5D2A" w:rsidRPr="00527D3A" w:rsidRDefault="00000000">
      <w:pPr>
        <w:pStyle w:val="Listaconnmeros"/>
        <w:spacing w:after="40"/>
        <w:rPr>
          <w:sz w:val="24"/>
          <w:szCs w:val="24"/>
        </w:rPr>
      </w:pPr>
      <w:r w:rsidRPr="00527D3A">
        <w:rPr>
          <w:sz w:val="24"/>
          <w:szCs w:val="24"/>
        </w:rPr>
        <w:t>Que conozco el contenido de la Invitación Pública, sus anexos, el requerimiento técnico, las adendas y demás documentos que integran el proceso, y que mi propuesta se formula con fundamento en dichas condiciones.</w:t>
      </w:r>
    </w:p>
    <w:p w14:paraId="5892ED59" w14:textId="77777777" w:rsidR="007C5D2A" w:rsidRPr="00527D3A" w:rsidRDefault="00000000">
      <w:pPr>
        <w:pStyle w:val="Listaconnmeros"/>
        <w:spacing w:after="40"/>
        <w:rPr>
          <w:sz w:val="24"/>
          <w:szCs w:val="24"/>
        </w:rPr>
      </w:pPr>
      <w:r w:rsidRPr="00527D3A">
        <w:rPr>
          <w:sz w:val="24"/>
          <w:szCs w:val="24"/>
        </w:rPr>
        <w:t>Que cuento con capacidad jurídica y con las facultades necesarias para presentar la oferta y, en caso de resultar seleccionado, asumir las obligaciones derivadas del contrato.</w:t>
      </w:r>
    </w:p>
    <w:p w14:paraId="17A866C5" w14:textId="77777777" w:rsidR="007C5D2A" w:rsidRPr="00527D3A" w:rsidRDefault="00000000">
      <w:pPr>
        <w:pStyle w:val="Listaconnmeros"/>
        <w:spacing w:after="40"/>
        <w:rPr>
          <w:sz w:val="24"/>
          <w:szCs w:val="24"/>
        </w:rPr>
      </w:pPr>
      <w:r w:rsidRPr="00527D3A">
        <w:rPr>
          <w:sz w:val="24"/>
          <w:szCs w:val="24"/>
        </w:rPr>
        <w:t>Que la información y documentación aportadas son auténticas, completas y susceptibles de verificación por parte de la Entidad.</w:t>
      </w:r>
    </w:p>
    <w:p w14:paraId="327B5B93" w14:textId="77777777" w:rsidR="007C5D2A" w:rsidRPr="00527D3A" w:rsidRDefault="00000000">
      <w:pPr>
        <w:pStyle w:val="Listaconnmeros"/>
        <w:spacing w:after="40"/>
        <w:rPr>
          <w:sz w:val="24"/>
          <w:szCs w:val="24"/>
        </w:rPr>
      </w:pPr>
      <w:r w:rsidRPr="00527D3A">
        <w:rPr>
          <w:sz w:val="24"/>
          <w:szCs w:val="24"/>
        </w:rPr>
        <w:t>Que los bienes ofrecidos cumplen las cantidades, características y condiciones de calidad establecidas en el requerimiento técnico.</w:t>
      </w:r>
    </w:p>
    <w:p w14:paraId="4174DF3C" w14:textId="77777777" w:rsidR="007C5D2A" w:rsidRPr="00527D3A" w:rsidRDefault="00000000">
      <w:pPr>
        <w:pStyle w:val="Listaconnmeros"/>
        <w:spacing w:after="40"/>
        <w:rPr>
          <w:sz w:val="24"/>
          <w:szCs w:val="24"/>
        </w:rPr>
      </w:pPr>
      <w:r w:rsidRPr="00527D3A">
        <w:rPr>
          <w:sz w:val="24"/>
          <w:szCs w:val="24"/>
        </w:rPr>
        <w:t>Que el precio presentado incorpora todos los costos necesarios para ejecutar integralmente el objeto contractual, de acuerdo con las condiciones de la Invitación Pública.</w:t>
      </w:r>
    </w:p>
    <w:p w14:paraId="3BA4C98E" w14:textId="77777777" w:rsidR="007C5D2A" w:rsidRPr="00527D3A" w:rsidRDefault="00000000">
      <w:pPr>
        <w:pStyle w:val="Listaconnmeros"/>
        <w:spacing w:after="40"/>
        <w:rPr>
          <w:sz w:val="24"/>
          <w:szCs w:val="24"/>
        </w:rPr>
      </w:pPr>
      <w:r w:rsidRPr="00527D3A">
        <w:rPr>
          <w:sz w:val="24"/>
          <w:szCs w:val="24"/>
        </w:rPr>
        <w:t xml:space="preserve">Que conozco el plazo de ejecución de noventa (90) días calendario y me comprometo </w:t>
      </w:r>
      <w:proofErr w:type="gramStart"/>
      <w:r w:rsidRPr="00527D3A">
        <w:rPr>
          <w:sz w:val="24"/>
          <w:szCs w:val="24"/>
        </w:rPr>
        <w:t>a</w:t>
      </w:r>
      <w:proofErr w:type="gramEnd"/>
      <w:r w:rsidRPr="00527D3A">
        <w:rPr>
          <w:sz w:val="24"/>
          <w:szCs w:val="24"/>
        </w:rPr>
        <w:t xml:space="preserve"> efectuar la entrega integral dentro del término contractual.</w:t>
      </w:r>
    </w:p>
    <w:p w14:paraId="3BD50E60" w14:textId="77777777" w:rsidR="007C5D2A" w:rsidRPr="00527D3A" w:rsidRDefault="00000000">
      <w:pPr>
        <w:pStyle w:val="Listaconnmeros"/>
        <w:spacing w:after="40"/>
        <w:rPr>
          <w:sz w:val="24"/>
          <w:szCs w:val="24"/>
        </w:rPr>
      </w:pPr>
      <w:r w:rsidRPr="00527D3A">
        <w:rPr>
          <w:sz w:val="24"/>
          <w:szCs w:val="24"/>
        </w:rPr>
        <w:t>Que la oferta permanecerá vigente durante noventa (90) días calendario contados desde el cierre del proceso.</w:t>
      </w:r>
    </w:p>
    <w:p w14:paraId="77953EC8" w14:textId="77777777" w:rsidR="007C5D2A" w:rsidRPr="00527D3A" w:rsidRDefault="00000000">
      <w:pPr>
        <w:pStyle w:val="Listaconnmeros"/>
        <w:spacing w:after="40"/>
        <w:rPr>
          <w:sz w:val="24"/>
          <w:szCs w:val="24"/>
        </w:rPr>
      </w:pPr>
      <w:r w:rsidRPr="00527D3A">
        <w:rPr>
          <w:sz w:val="24"/>
          <w:szCs w:val="24"/>
        </w:rPr>
        <w:t>Que no me encuentro, ni se encuentra la persona jurídica que represento, en causal de inhabilidad, incompatibilidad o prohibición legal o constitucional para contratar con el Estado.</w:t>
      </w:r>
    </w:p>
    <w:p w14:paraId="33966A8E" w14:textId="77777777" w:rsidR="007C5D2A" w:rsidRPr="00527D3A" w:rsidRDefault="00000000">
      <w:pPr>
        <w:pStyle w:val="Listaconnmeros"/>
        <w:spacing w:after="40"/>
        <w:rPr>
          <w:sz w:val="24"/>
          <w:szCs w:val="24"/>
        </w:rPr>
      </w:pPr>
      <w:r w:rsidRPr="00527D3A">
        <w:rPr>
          <w:sz w:val="24"/>
          <w:szCs w:val="24"/>
        </w:rPr>
        <w:lastRenderedPageBreak/>
        <w:t>Que me comprometo a suministrar las aclaraciones y documentos que legalmente puedan ser requeridos durante la evaluación, sin modificar las condiciones sustanciales de la oferta.</w:t>
      </w:r>
    </w:p>
    <w:p w14:paraId="2C8292A4" w14:textId="77777777" w:rsidR="007C5D2A" w:rsidRPr="00527D3A" w:rsidRDefault="00000000">
      <w:pPr>
        <w:pStyle w:val="Listaconnmeros"/>
        <w:spacing w:after="40"/>
        <w:rPr>
          <w:sz w:val="24"/>
          <w:szCs w:val="24"/>
        </w:rPr>
      </w:pPr>
      <w:r w:rsidRPr="00527D3A">
        <w:rPr>
          <w:sz w:val="24"/>
          <w:szCs w:val="24"/>
        </w:rPr>
        <w:t>Que, en caso de resultar seleccionado, cumpliré los requisitos de perfeccionamiento y ejecución, constituiré las garantías exigidas y atenderé las obligaciones contractuales en los términos establecidos por la Entidad.</w:t>
      </w:r>
    </w:p>
    <w:p w14:paraId="28407B3E" w14:textId="11BF0377" w:rsidR="007C5D2A" w:rsidRPr="00527D3A" w:rsidRDefault="00000000" w:rsidP="00527D3A">
      <w:pPr>
        <w:spacing w:after="80" w:line="240" w:lineRule="auto"/>
        <w:jc w:val="both"/>
        <w:rPr>
          <w:sz w:val="24"/>
          <w:szCs w:val="24"/>
        </w:rPr>
      </w:pPr>
      <w:r w:rsidRPr="00527D3A">
        <w:rPr>
          <w:sz w:val="24"/>
          <w:szCs w:val="24"/>
        </w:rPr>
        <w:t xml:space="preserve">La presente manifestación se realiza bajo la gravedad del juramento, para los fines </w:t>
      </w:r>
      <w:proofErr w:type="spellStart"/>
      <w:r w:rsidRPr="00527D3A">
        <w:rPr>
          <w:sz w:val="24"/>
          <w:szCs w:val="24"/>
        </w:rPr>
        <w:t>propios</w:t>
      </w:r>
      <w:proofErr w:type="spellEnd"/>
      <w:r w:rsidRPr="00527D3A">
        <w:rPr>
          <w:sz w:val="24"/>
          <w:szCs w:val="24"/>
        </w:rPr>
        <w:t xml:space="preserve"> del </w:t>
      </w:r>
      <w:proofErr w:type="spellStart"/>
      <w:r w:rsidRPr="00527D3A">
        <w:rPr>
          <w:sz w:val="24"/>
          <w:szCs w:val="24"/>
        </w:rPr>
        <w:t>proceso</w:t>
      </w:r>
      <w:proofErr w:type="spellEnd"/>
      <w:r w:rsidRPr="00527D3A">
        <w:rPr>
          <w:sz w:val="24"/>
          <w:szCs w:val="24"/>
        </w:rPr>
        <w:t xml:space="preserve"> de</w:t>
      </w:r>
      <w:r w:rsidR="00527D3A" w:rsidRPr="00527D3A">
        <w:rPr>
          <w:sz w:val="24"/>
          <w:szCs w:val="24"/>
        </w:rPr>
        <w:t xml:space="preserve"> </w:t>
      </w:r>
      <w:proofErr w:type="spellStart"/>
      <w:r w:rsidRPr="00527D3A">
        <w:rPr>
          <w:sz w:val="24"/>
          <w:szCs w:val="24"/>
        </w:rPr>
        <w:t>selección</w:t>
      </w:r>
      <w:proofErr w:type="spellEnd"/>
      <w:r w:rsidRPr="00527D3A">
        <w:rPr>
          <w:sz w:val="24"/>
          <w:szCs w:val="24"/>
        </w:rPr>
        <w:t>.</w:t>
      </w:r>
    </w:p>
    <w:p w14:paraId="5D76A2D8" w14:textId="77777777" w:rsidR="00527D3A" w:rsidRPr="00527D3A" w:rsidRDefault="00527D3A">
      <w:pPr>
        <w:spacing w:after="80" w:line="240" w:lineRule="auto"/>
        <w:rPr>
          <w:sz w:val="24"/>
          <w:szCs w:val="24"/>
        </w:rPr>
      </w:pPr>
    </w:p>
    <w:p w14:paraId="07784828" w14:textId="77777777" w:rsidR="00527D3A" w:rsidRPr="00527D3A" w:rsidRDefault="00527D3A">
      <w:pPr>
        <w:spacing w:after="80" w:line="240" w:lineRule="auto"/>
        <w:rPr>
          <w:sz w:val="24"/>
          <w:szCs w:val="24"/>
        </w:rPr>
      </w:pPr>
    </w:p>
    <w:tbl>
      <w:tblPr>
        <w:tblStyle w:val="Tablanormal4"/>
        <w:tblW w:w="0" w:type="auto"/>
        <w:tblLook w:val="04A0" w:firstRow="1" w:lastRow="0" w:firstColumn="1" w:lastColumn="0" w:noHBand="0" w:noVBand="1"/>
      </w:tblPr>
      <w:tblGrid>
        <w:gridCol w:w="4207"/>
        <w:gridCol w:w="6089"/>
      </w:tblGrid>
      <w:tr w:rsidR="007C5D2A" w:rsidRPr="00527D3A" w14:paraId="16202309" w14:textId="77777777" w:rsidTr="00527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4CC4AEF2" w14:textId="77777777" w:rsidR="007C5D2A" w:rsidRPr="00527D3A" w:rsidRDefault="00000000">
            <w:pPr>
              <w:rPr>
                <w:sz w:val="24"/>
                <w:szCs w:val="24"/>
              </w:rPr>
            </w:pPr>
            <w:r w:rsidRPr="00527D3A">
              <w:rPr>
                <w:sz w:val="24"/>
                <w:szCs w:val="24"/>
              </w:rPr>
              <w:t>Nombre / razón social:</w:t>
            </w:r>
          </w:p>
        </w:tc>
        <w:tc>
          <w:tcPr>
            <w:tcW w:w="5040" w:type="dxa"/>
          </w:tcPr>
          <w:p w14:paraId="30786750" w14:textId="77777777" w:rsidR="007C5D2A" w:rsidRPr="00527D3A" w:rsidRDefault="00000000">
            <w:pPr>
              <w:cnfStyle w:val="100000000000" w:firstRow="1" w:lastRow="0" w:firstColumn="0" w:lastColumn="0" w:oddVBand="0" w:evenVBand="0" w:oddHBand="0"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4EDEE992"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69ECC1DF" w14:textId="77777777" w:rsidR="007C5D2A" w:rsidRPr="00527D3A" w:rsidRDefault="00000000">
            <w:pPr>
              <w:rPr>
                <w:sz w:val="24"/>
                <w:szCs w:val="24"/>
              </w:rPr>
            </w:pPr>
            <w:r w:rsidRPr="00527D3A">
              <w:rPr>
                <w:sz w:val="24"/>
                <w:szCs w:val="24"/>
              </w:rPr>
              <w:t>NIT / documento:</w:t>
            </w:r>
          </w:p>
        </w:tc>
        <w:tc>
          <w:tcPr>
            <w:tcW w:w="5040" w:type="dxa"/>
          </w:tcPr>
          <w:p w14:paraId="3AD66B4B" w14:textId="77777777" w:rsidR="007C5D2A" w:rsidRPr="00527D3A" w:rsidRDefault="00000000">
            <w:pPr>
              <w:cnfStyle w:val="000000100000" w:firstRow="0" w:lastRow="0" w:firstColumn="0" w:lastColumn="0" w:oddVBand="0" w:evenVBand="0" w:oddHBand="1"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4622E82B"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58B37143" w14:textId="77777777" w:rsidR="007C5D2A" w:rsidRPr="00527D3A" w:rsidRDefault="00000000">
            <w:pPr>
              <w:rPr>
                <w:sz w:val="24"/>
                <w:szCs w:val="24"/>
              </w:rPr>
            </w:pPr>
            <w:r w:rsidRPr="00527D3A">
              <w:rPr>
                <w:sz w:val="24"/>
                <w:szCs w:val="24"/>
              </w:rPr>
              <w:t>Representante legal:</w:t>
            </w:r>
          </w:p>
        </w:tc>
        <w:tc>
          <w:tcPr>
            <w:tcW w:w="5040" w:type="dxa"/>
          </w:tcPr>
          <w:p w14:paraId="770CEE67" w14:textId="77777777" w:rsidR="007C5D2A" w:rsidRPr="00527D3A" w:rsidRDefault="00000000">
            <w:pPr>
              <w:cnfStyle w:val="000000000000" w:firstRow="0" w:lastRow="0" w:firstColumn="0" w:lastColumn="0" w:oddVBand="0" w:evenVBand="0" w:oddHBand="0"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0CB6007E"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4431921D" w14:textId="77777777" w:rsidR="007C5D2A" w:rsidRPr="00527D3A" w:rsidRDefault="00000000">
            <w:pPr>
              <w:rPr>
                <w:sz w:val="24"/>
                <w:szCs w:val="24"/>
              </w:rPr>
            </w:pPr>
            <w:r w:rsidRPr="00527D3A">
              <w:rPr>
                <w:sz w:val="24"/>
                <w:szCs w:val="24"/>
              </w:rPr>
              <w:t>C.C. representante:</w:t>
            </w:r>
          </w:p>
        </w:tc>
        <w:tc>
          <w:tcPr>
            <w:tcW w:w="5040" w:type="dxa"/>
          </w:tcPr>
          <w:p w14:paraId="3CBF29DE" w14:textId="77777777" w:rsidR="007C5D2A" w:rsidRPr="00527D3A" w:rsidRDefault="00000000">
            <w:pPr>
              <w:cnfStyle w:val="000000100000" w:firstRow="0" w:lastRow="0" w:firstColumn="0" w:lastColumn="0" w:oddVBand="0" w:evenVBand="0" w:oddHBand="1"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008F6CEF"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3D3DA941" w14:textId="77777777" w:rsidR="007C5D2A" w:rsidRPr="00527D3A" w:rsidRDefault="00000000">
            <w:pPr>
              <w:rPr>
                <w:sz w:val="24"/>
                <w:szCs w:val="24"/>
              </w:rPr>
            </w:pPr>
            <w:r w:rsidRPr="00527D3A">
              <w:rPr>
                <w:sz w:val="24"/>
                <w:szCs w:val="24"/>
              </w:rPr>
              <w:t>Correo electrónico:</w:t>
            </w:r>
          </w:p>
        </w:tc>
        <w:tc>
          <w:tcPr>
            <w:tcW w:w="5040" w:type="dxa"/>
          </w:tcPr>
          <w:p w14:paraId="01930765" w14:textId="77777777" w:rsidR="007C5D2A" w:rsidRPr="00527D3A" w:rsidRDefault="00000000">
            <w:pPr>
              <w:cnfStyle w:val="000000000000" w:firstRow="0" w:lastRow="0" w:firstColumn="0" w:lastColumn="0" w:oddVBand="0" w:evenVBand="0" w:oddHBand="0"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7EDB0E6B"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952CBFE" w14:textId="77777777" w:rsidR="007C5D2A" w:rsidRPr="00527D3A" w:rsidRDefault="00000000">
            <w:pPr>
              <w:rPr>
                <w:sz w:val="24"/>
                <w:szCs w:val="24"/>
              </w:rPr>
            </w:pPr>
            <w:r w:rsidRPr="00527D3A">
              <w:rPr>
                <w:sz w:val="24"/>
                <w:szCs w:val="24"/>
              </w:rPr>
              <w:t>Teléfono:</w:t>
            </w:r>
          </w:p>
        </w:tc>
        <w:tc>
          <w:tcPr>
            <w:tcW w:w="5040" w:type="dxa"/>
          </w:tcPr>
          <w:p w14:paraId="186892F9" w14:textId="77777777" w:rsidR="007C5D2A" w:rsidRPr="00527D3A" w:rsidRDefault="00000000">
            <w:pPr>
              <w:cnfStyle w:val="000000100000" w:firstRow="0" w:lastRow="0" w:firstColumn="0" w:lastColumn="0" w:oddVBand="0" w:evenVBand="0" w:oddHBand="1" w:evenHBand="0" w:firstRowFirstColumn="0" w:firstRowLastColumn="0" w:lastRowFirstColumn="0" w:lastRowLastColumn="0"/>
              <w:rPr>
                <w:sz w:val="24"/>
                <w:szCs w:val="24"/>
              </w:rPr>
            </w:pPr>
            <w:r w:rsidRPr="00527D3A">
              <w:rPr>
                <w:sz w:val="24"/>
                <w:szCs w:val="24"/>
              </w:rPr>
              <w:t>____________________________________________</w:t>
            </w:r>
          </w:p>
        </w:tc>
      </w:tr>
      <w:tr w:rsidR="007C5D2A" w:rsidRPr="00527D3A" w14:paraId="78C89264"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34C50AA8" w14:textId="77777777" w:rsidR="007C5D2A" w:rsidRPr="00527D3A" w:rsidRDefault="00000000">
            <w:pPr>
              <w:rPr>
                <w:sz w:val="24"/>
                <w:szCs w:val="24"/>
              </w:rPr>
            </w:pPr>
            <w:r w:rsidRPr="00527D3A">
              <w:rPr>
                <w:sz w:val="24"/>
                <w:szCs w:val="24"/>
              </w:rPr>
              <w:t>Firma:</w:t>
            </w:r>
          </w:p>
        </w:tc>
        <w:tc>
          <w:tcPr>
            <w:tcW w:w="5040" w:type="dxa"/>
          </w:tcPr>
          <w:p w14:paraId="0636A0EF" w14:textId="77777777" w:rsidR="007C5D2A" w:rsidRPr="00527D3A" w:rsidRDefault="00000000">
            <w:pPr>
              <w:cnfStyle w:val="000000000000" w:firstRow="0" w:lastRow="0" w:firstColumn="0" w:lastColumn="0" w:oddVBand="0" w:evenVBand="0" w:oddHBand="0" w:evenHBand="0" w:firstRowFirstColumn="0" w:firstRowLastColumn="0" w:lastRowFirstColumn="0" w:lastRowLastColumn="0"/>
              <w:rPr>
                <w:sz w:val="24"/>
                <w:szCs w:val="24"/>
              </w:rPr>
            </w:pPr>
            <w:r w:rsidRPr="00527D3A">
              <w:rPr>
                <w:sz w:val="24"/>
                <w:szCs w:val="24"/>
              </w:rPr>
              <w:t>____________________________________________</w:t>
            </w:r>
          </w:p>
        </w:tc>
      </w:tr>
    </w:tbl>
    <w:p w14:paraId="41A4EE8E" w14:textId="77777777" w:rsidR="007C5D2A" w:rsidRPr="00527D3A" w:rsidRDefault="00000000">
      <w:pPr>
        <w:rPr>
          <w:sz w:val="20"/>
          <w:szCs w:val="20"/>
        </w:rPr>
      </w:pPr>
      <w:r w:rsidRPr="00527D3A">
        <w:rPr>
          <w:sz w:val="20"/>
          <w:szCs w:val="20"/>
        </w:rPr>
        <w:br w:type="page"/>
      </w:r>
    </w:p>
    <w:p w14:paraId="65AF9883" w14:textId="77777777" w:rsidR="007C5D2A" w:rsidRDefault="00000000">
      <w:pPr>
        <w:jc w:val="center"/>
      </w:pPr>
      <w:r>
        <w:rPr>
          <w:b/>
          <w:sz w:val="24"/>
        </w:rPr>
        <w:lastRenderedPageBreak/>
        <w:t>ANEXO No. 3</w:t>
      </w:r>
    </w:p>
    <w:p w14:paraId="1C7AC56A" w14:textId="77777777" w:rsidR="007C5D2A" w:rsidRDefault="00000000">
      <w:pPr>
        <w:jc w:val="center"/>
      </w:pPr>
      <w:r>
        <w:rPr>
          <w:b/>
          <w:sz w:val="24"/>
        </w:rPr>
        <w:t>DOCUMENTO DE CONFORMACIÓN DE CONSORCIO O UNIÓN TEMPORAL</w:t>
      </w:r>
    </w:p>
    <w:p w14:paraId="67B6DDCB" w14:textId="77777777" w:rsidR="00AA628E" w:rsidRPr="00527D3A" w:rsidRDefault="00AA628E" w:rsidP="00AA628E">
      <w:pPr>
        <w:spacing w:after="80" w:line="240" w:lineRule="auto"/>
        <w:rPr>
          <w:sz w:val="24"/>
          <w:szCs w:val="24"/>
        </w:rPr>
      </w:pPr>
      <w:proofErr w:type="spellStart"/>
      <w:r w:rsidRPr="00527D3A">
        <w:rPr>
          <w:sz w:val="24"/>
          <w:szCs w:val="24"/>
        </w:rPr>
        <w:t>Señores</w:t>
      </w:r>
      <w:proofErr w:type="spellEnd"/>
      <w:r w:rsidRPr="00527D3A">
        <w:rPr>
          <w:sz w:val="24"/>
          <w:szCs w:val="24"/>
        </w:rPr>
        <w:br/>
        <w:t>DISTRITO DE SANTIAGO DE CALI</w:t>
      </w:r>
      <w:r w:rsidRPr="00527D3A">
        <w:rPr>
          <w:sz w:val="24"/>
          <w:szCs w:val="24"/>
        </w:rPr>
        <w:br/>
        <w:t xml:space="preserve">Unidad </w:t>
      </w:r>
      <w:proofErr w:type="spellStart"/>
      <w:r w:rsidRPr="00527D3A">
        <w:rPr>
          <w:sz w:val="24"/>
          <w:szCs w:val="24"/>
        </w:rPr>
        <w:t>Administrativa</w:t>
      </w:r>
      <w:proofErr w:type="spellEnd"/>
      <w:r w:rsidRPr="00527D3A">
        <w:rPr>
          <w:sz w:val="24"/>
          <w:szCs w:val="24"/>
        </w:rPr>
        <w:t xml:space="preserve"> Especial de </w:t>
      </w:r>
      <w:proofErr w:type="spellStart"/>
      <w:r w:rsidRPr="00527D3A">
        <w:rPr>
          <w:sz w:val="24"/>
          <w:szCs w:val="24"/>
        </w:rPr>
        <w:t>Gestión</w:t>
      </w:r>
      <w:proofErr w:type="spellEnd"/>
      <w:r w:rsidRPr="00527D3A">
        <w:rPr>
          <w:sz w:val="24"/>
          <w:szCs w:val="24"/>
        </w:rPr>
        <w:t xml:space="preserve"> de Bienes y </w:t>
      </w:r>
      <w:proofErr w:type="spellStart"/>
      <w:r w:rsidRPr="00527D3A">
        <w:rPr>
          <w:sz w:val="24"/>
          <w:szCs w:val="24"/>
        </w:rPr>
        <w:t>Servicios</w:t>
      </w:r>
      <w:proofErr w:type="spellEnd"/>
      <w:r w:rsidRPr="00527D3A">
        <w:rPr>
          <w:sz w:val="24"/>
          <w:szCs w:val="24"/>
        </w:rPr>
        <w:t xml:space="preserve"> – UAEGBS</w:t>
      </w:r>
    </w:p>
    <w:p w14:paraId="6D679C98" w14:textId="77777777" w:rsidR="00AA628E" w:rsidRPr="00527D3A" w:rsidRDefault="00AA628E" w:rsidP="00AA628E">
      <w:pPr>
        <w:spacing w:after="80" w:line="240" w:lineRule="auto"/>
        <w:rPr>
          <w:sz w:val="24"/>
          <w:szCs w:val="24"/>
        </w:rPr>
      </w:pPr>
    </w:p>
    <w:p w14:paraId="3AEF69FB" w14:textId="77777777" w:rsidR="00AA628E" w:rsidRPr="00527D3A" w:rsidRDefault="00AA628E" w:rsidP="00AA628E">
      <w:pPr>
        <w:spacing w:after="80" w:line="240" w:lineRule="auto"/>
        <w:jc w:val="right"/>
        <w:rPr>
          <w:sz w:val="24"/>
          <w:szCs w:val="24"/>
        </w:rPr>
      </w:pPr>
      <w:proofErr w:type="spellStart"/>
      <w:r w:rsidRPr="00527D3A">
        <w:rPr>
          <w:sz w:val="24"/>
          <w:szCs w:val="24"/>
        </w:rPr>
        <w:t>Referencia</w:t>
      </w:r>
      <w:proofErr w:type="spellEnd"/>
      <w:r w:rsidRPr="00527D3A">
        <w:rPr>
          <w:sz w:val="24"/>
          <w:szCs w:val="24"/>
        </w:rPr>
        <w:t xml:space="preserve">: </w:t>
      </w:r>
      <w:proofErr w:type="spellStart"/>
      <w:r w:rsidRPr="00527D3A">
        <w:rPr>
          <w:sz w:val="24"/>
          <w:szCs w:val="24"/>
        </w:rPr>
        <w:t>Proceso</w:t>
      </w:r>
      <w:proofErr w:type="spellEnd"/>
      <w:r w:rsidRPr="00527D3A">
        <w:rPr>
          <w:sz w:val="24"/>
          <w:szCs w:val="24"/>
        </w:rPr>
        <w:t xml:space="preserve"> de </w:t>
      </w:r>
      <w:proofErr w:type="spellStart"/>
      <w:r w:rsidRPr="00527D3A">
        <w:rPr>
          <w:sz w:val="24"/>
          <w:szCs w:val="24"/>
        </w:rPr>
        <w:t>Selección</w:t>
      </w:r>
      <w:proofErr w:type="spellEnd"/>
      <w:r w:rsidRPr="00527D3A">
        <w:rPr>
          <w:sz w:val="24"/>
          <w:szCs w:val="24"/>
        </w:rPr>
        <w:t xml:space="preserve"> de </w:t>
      </w:r>
      <w:proofErr w:type="spellStart"/>
      <w:r w:rsidRPr="00527D3A">
        <w:rPr>
          <w:sz w:val="24"/>
          <w:szCs w:val="24"/>
        </w:rPr>
        <w:t>Mínima</w:t>
      </w:r>
      <w:proofErr w:type="spellEnd"/>
      <w:r w:rsidRPr="00527D3A">
        <w:rPr>
          <w:sz w:val="24"/>
          <w:szCs w:val="24"/>
        </w:rPr>
        <w:t xml:space="preserve"> </w:t>
      </w:r>
      <w:proofErr w:type="spellStart"/>
      <w:r w:rsidRPr="00527D3A">
        <w:rPr>
          <w:sz w:val="24"/>
          <w:szCs w:val="24"/>
        </w:rPr>
        <w:t>Cuantía</w:t>
      </w:r>
      <w:proofErr w:type="spellEnd"/>
      <w:r w:rsidRPr="00527D3A">
        <w:rPr>
          <w:sz w:val="24"/>
          <w:szCs w:val="24"/>
        </w:rPr>
        <w:t xml:space="preserve"> No. 4181.010.26.1.803-2026.</w:t>
      </w:r>
    </w:p>
    <w:p w14:paraId="7CB741C2" w14:textId="77777777" w:rsidR="00527D3A" w:rsidRPr="00527D3A" w:rsidRDefault="00527D3A">
      <w:pPr>
        <w:spacing w:after="80" w:line="240" w:lineRule="auto"/>
        <w:rPr>
          <w:rFonts w:cs="Arial"/>
          <w:sz w:val="24"/>
          <w:szCs w:val="24"/>
        </w:rPr>
      </w:pPr>
    </w:p>
    <w:p w14:paraId="2FB8EA00" w14:textId="77777777" w:rsidR="007C5D2A" w:rsidRDefault="00000000" w:rsidP="00527D3A">
      <w:pPr>
        <w:spacing w:after="80" w:line="240" w:lineRule="auto"/>
        <w:jc w:val="both"/>
        <w:rPr>
          <w:rFonts w:cs="Arial"/>
          <w:sz w:val="24"/>
          <w:szCs w:val="24"/>
        </w:rPr>
      </w:pPr>
      <w:r w:rsidRPr="00527D3A">
        <w:rPr>
          <w:rFonts w:cs="Arial"/>
          <w:sz w:val="24"/>
          <w:szCs w:val="24"/>
        </w:rPr>
        <w:t xml:space="preserve">Entre los suscritos, identificados como aparece al pie de nuestras firmas, se acuerda presentar propuesta conjunta dentro del proceso de referencia bajo la modalidad de CONSORCIO / UNIÓN TEMPORAL, </w:t>
      </w:r>
      <w:proofErr w:type="spellStart"/>
      <w:r w:rsidRPr="00527D3A">
        <w:rPr>
          <w:rFonts w:cs="Arial"/>
          <w:sz w:val="24"/>
          <w:szCs w:val="24"/>
        </w:rPr>
        <w:t>según</w:t>
      </w:r>
      <w:proofErr w:type="spellEnd"/>
      <w:r w:rsidRPr="00527D3A">
        <w:rPr>
          <w:rFonts w:cs="Arial"/>
          <w:sz w:val="24"/>
          <w:szCs w:val="24"/>
        </w:rPr>
        <w:t xml:space="preserve"> se </w:t>
      </w:r>
      <w:proofErr w:type="spellStart"/>
      <w:r w:rsidRPr="00527D3A">
        <w:rPr>
          <w:rFonts w:cs="Arial"/>
          <w:sz w:val="24"/>
          <w:szCs w:val="24"/>
        </w:rPr>
        <w:t>indique</w:t>
      </w:r>
      <w:proofErr w:type="spellEnd"/>
      <w:r w:rsidRPr="00527D3A">
        <w:rPr>
          <w:rFonts w:cs="Arial"/>
          <w:sz w:val="24"/>
          <w:szCs w:val="24"/>
        </w:rPr>
        <w:t>:</w:t>
      </w:r>
    </w:p>
    <w:p w14:paraId="1136A3B0" w14:textId="77777777" w:rsidR="00527D3A" w:rsidRPr="00527D3A" w:rsidRDefault="00527D3A" w:rsidP="00527D3A">
      <w:pPr>
        <w:spacing w:after="80" w:line="240" w:lineRule="auto"/>
        <w:jc w:val="both"/>
        <w:rPr>
          <w:rFonts w:cs="Arial"/>
          <w:sz w:val="24"/>
          <w:szCs w:val="24"/>
        </w:rPr>
      </w:pPr>
    </w:p>
    <w:p w14:paraId="63F5DD69" w14:textId="77777777" w:rsidR="007C5D2A" w:rsidRPr="00527D3A" w:rsidRDefault="00000000" w:rsidP="00527D3A">
      <w:pPr>
        <w:spacing w:after="80" w:line="240" w:lineRule="auto"/>
        <w:jc w:val="both"/>
        <w:rPr>
          <w:rFonts w:cs="Arial"/>
          <w:sz w:val="24"/>
          <w:szCs w:val="24"/>
        </w:rPr>
      </w:pPr>
      <w:r w:rsidRPr="00527D3A">
        <w:rPr>
          <w:rFonts w:cs="Arial"/>
          <w:sz w:val="24"/>
          <w:szCs w:val="24"/>
        </w:rPr>
        <w:t>Denominación de la forma asociativa: ______________________________________________</w:t>
      </w:r>
    </w:p>
    <w:p w14:paraId="6A3BF60F" w14:textId="77777777" w:rsidR="007C5D2A" w:rsidRDefault="00000000" w:rsidP="00527D3A">
      <w:pPr>
        <w:spacing w:after="80" w:line="240" w:lineRule="auto"/>
        <w:jc w:val="both"/>
        <w:rPr>
          <w:rFonts w:cs="Arial"/>
          <w:sz w:val="24"/>
          <w:szCs w:val="24"/>
        </w:rPr>
      </w:pPr>
      <w:r w:rsidRPr="00527D3A">
        <w:rPr>
          <w:rFonts w:cs="Arial"/>
          <w:sz w:val="24"/>
          <w:szCs w:val="24"/>
        </w:rPr>
        <w:t>Tipo de asociación: CONSORCIO ____   UNIÓN TEMPORAL ____</w:t>
      </w:r>
    </w:p>
    <w:p w14:paraId="3EDE9957" w14:textId="77777777" w:rsidR="00527D3A" w:rsidRPr="00527D3A" w:rsidRDefault="00527D3A" w:rsidP="00527D3A">
      <w:pPr>
        <w:spacing w:after="80" w:line="240" w:lineRule="auto"/>
        <w:jc w:val="both"/>
        <w:rPr>
          <w:rFonts w:cs="Arial"/>
          <w:sz w:val="24"/>
          <w:szCs w:val="24"/>
        </w:rPr>
      </w:pPr>
    </w:p>
    <w:p w14:paraId="195B9364" w14:textId="77777777" w:rsidR="007C5D2A" w:rsidRDefault="00000000" w:rsidP="00527D3A">
      <w:pPr>
        <w:spacing w:after="80" w:line="240" w:lineRule="auto"/>
        <w:jc w:val="both"/>
        <w:rPr>
          <w:rFonts w:cs="Arial"/>
          <w:sz w:val="24"/>
          <w:szCs w:val="24"/>
        </w:rPr>
      </w:pPr>
      <w:r w:rsidRPr="00527D3A">
        <w:rPr>
          <w:rFonts w:cs="Arial"/>
          <w:sz w:val="24"/>
          <w:szCs w:val="24"/>
        </w:rPr>
        <w:t xml:space="preserve">Objeto: participar conjuntamente en el proceso cuyo objeto es la adquisición y suministro de kits y herramientas de carretera para </w:t>
      </w:r>
      <w:proofErr w:type="spellStart"/>
      <w:r w:rsidRPr="00527D3A">
        <w:rPr>
          <w:rFonts w:cs="Arial"/>
          <w:sz w:val="24"/>
          <w:szCs w:val="24"/>
        </w:rPr>
        <w:t>vehículos</w:t>
      </w:r>
      <w:proofErr w:type="spellEnd"/>
      <w:r w:rsidRPr="00527D3A">
        <w:rPr>
          <w:rFonts w:cs="Arial"/>
          <w:sz w:val="24"/>
          <w:szCs w:val="24"/>
        </w:rPr>
        <w:t xml:space="preserve"> </w:t>
      </w:r>
      <w:proofErr w:type="spellStart"/>
      <w:r w:rsidRPr="00527D3A">
        <w:rPr>
          <w:rFonts w:cs="Arial"/>
          <w:sz w:val="24"/>
          <w:szCs w:val="24"/>
        </w:rPr>
        <w:t>livianos</w:t>
      </w:r>
      <w:proofErr w:type="spellEnd"/>
      <w:r w:rsidRPr="00527D3A">
        <w:rPr>
          <w:rFonts w:cs="Arial"/>
          <w:sz w:val="24"/>
          <w:szCs w:val="24"/>
        </w:rPr>
        <w:t xml:space="preserve"> y </w:t>
      </w:r>
      <w:proofErr w:type="spellStart"/>
      <w:r w:rsidRPr="00527D3A">
        <w:rPr>
          <w:rFonts w:cs="Arial"/>
          <w:sz w:val="24"/>
          <w:szCs w:val="24"/>
        </w:rPr>
        <w:t>pesados</w:t>
      </w:r>
      <w:proofErr w:type="spellEnd"/>
      <w:r w:rsidRPr="00527D3A">
        <w:rPr>
          <w:rFonts w:cs="Arial"/>
          <w:sz w:val="24"/>
          <w:szCs w:val="24"/>
        </w:rPr>
        <w:t>.</w:t>
      </w:r>
    </w:p>
    <w:p w14:paraId="26263CC3" w14:textId="77777777" w:rsidR="00527D3A" w:rsidRPr="00527D3A" w:rsidRDefault="00527D3A" w:rsidP="00527D3A">
      <w:pPr>
        <w:spacing w:after="80" w:line="240" w:lineRule="auto"/>
        <w:jc w:val="both"/>
        <w:rPr>
          <w:rFonts w:cs="Arial"/>
          <w:sz w:val="24"/>
          <w:szCs w:val="24"/>
        </w:rPr>
      </w:pPr>
    </w:p>
    <w:tbl>
      <w:tblPr>
        <w:tblStyle w:val="Tablaconcuadrcula"/>
        <w:tblW w:w="0" w:type="auto"/>
        <w:jc w:val="center"/>
        <w:tblLook w:val="04A0" w:firstRow="1" w:lastRow="0" w:firstColumn="1" w:lastColumn="0" w:noHBand="0" w:noVBand="1"/>
      </w:tblPr>
      <w:tblGrid>
        <w:gridCol w:w="2016"/>
        <w:gridCol w:w="2016"/>
        <w:gridCol w:w="2016"/>
        <w:gridCol w:w="2016"/>
        <w:gridCol w:w="2016"/>
      </w:tblGrid>
      <w:tr w:rsidR="007C5D2A" w:rsidRPr="00527D3A" w14:paraId="33854865" w14:textId="77777777">
        <w:trPr>
          <w:jc w:val="center"/>
        </w:trPr>
        <w:tc>
          <w:tcPr>
            <w:tcW w:w="2016" w:type="dxa"/>
            <w:vAlign w:val="center"/>
          </w:tcPr>
          <w:p w14:paraId="6932130E" w14:textId="77777777" w:rsidR="007C5D2A" w:rsidRPr="00527D3A" w:rsidRDefault="00000000" w:rsidP="00527D3A">
            <w:pPr>
              <w:jc w:val="both"/>
              <w:rPr>
                <w:rFonts w:cs="Arial"/>
                <w:sz w:val="24"/>
                <w:szCs w:val="24"/>
              </w:rPr>
            </w:pPr>
            <w:r w:rsidRPr="00527D3A">
              <w:rPr>
                <w:rFonts w:cs="Arial"/>
                <w:sz w:val="24"/>
                <w:szCs w:val="24"/>
              </w:rPr>
              <w:t>Integrante</w:t>
            </w:r>
          </w:p>
        </w:tc>
        <w:tc>
          <w:tcPr>
            <w:tcW w:w="2016" w:type="dxa"/>
            <w:vAlign w:val="center"/>
          </w:tcPr>
          <w:p w14:paraId="4111F4F9" w14:textId="77777777" w:rsidR="007C5D2A" w:rsidRPr="00527D3A" w:rsidRDefault="00000000" w:rsidP="00527D3A">
            <w:pPr>
              <w:jc w:val="both"/>
              <w:rPr>
                <w:rFonts w:cs="Arial"/>
                <w:sz w:val="24"/>
                <w:szCs w:val="24"/>
              </w:rPr>
            </w:pPr>
            <w:r w:rsidRPr="00527D3A">
              <w:rPr>
                <w:rFonts w:cs="Arial"/>
                <w:sz w:val="24"/>
                <w:szCs w:val="24"/>
              </w:rPr>
              <w:t>NIT / documento</w:t>
            </w:r>
          </w:p>
        </w:tc>
        <w:tc>
          <w:tcPr>
            <w:tcW w:w="2016" w:type="dxa"/>
            <w:vAlign w:val="center"/>
          </w:tcPr>
          <w:p w14:paraId="68EFDC15" w14:textId="77777777" w:rsidR="007C5D2A" w:rsidRPr="00527D3A" w:rsidRDefault="00000000" w:rsidP="00527D3A">
            <w:pPr>
              <w:jc w:val="both"/>
              <w:rPr>
                <w:rFonts w:cs="Arial"/>
                <w:sz w:val="24"/>
                <w:szCs w:val="24"/>
              </w:rPr>
            </w:pPr>
            <w:r w:rsidRPr="00527D3A">
              <w:rPr>
                <w:rFonts w:cs="Arial"/>
                <w:sz w:val="24"/>
                <w:szCs w:val="24"/>
              </w:rPr>
              <w:t>Representante</w:t>
            </w:r>
          </w:p>
        </w:tc>
        <w:tc>
          <w:tcPr>
            <w:tcW w:w="2016" w:type="dxa"/>
            <w:vAlign w:val="center"/>
          </w:tcPr>
          <w:p w14:paraId="54DAF37C" w14:textId="77777777" w:rsidR="007C5D2A" w:rsidRPr="00527D3A" w:rsidRDefault="00000000" w:rsidP="00527D3A">
            <w:pPr>
              <w:jc w:val="both"/>
              <w:rPr>
                <w:rFonts w:cs="Arial"/>
                <w:sz w:val="24"/>
                <w:szCs w:val="24"/>
              </w:rPr>
            </w:pPr>
            <w:r w:rsidRPr="00527D3A">
              <w:rPr>
                <w:rFonts w:cs="Arial"/>
                <w:sz w:val="24"/>
                <w:szCs w:val="24"/>
              </w:rPr>
              <w:t>Participación %</w:t>
            </w:r>
          </w:p>
        </w:tc>
        <w:tc>
          <w:tcPr>
            <w:tcW w:w="2016" w:type="dxa"/>
            <w:vAlign w:val="center"/>
          </w:tcPr>
          <w:p w14:paraId="6EBBBE6D" w14:textId="77777777" w:rsidR="007C5D2A" w:rsidRPr="00527D3A" w:rsidRDefault="00000000" w:rsidP="00527D3A">
            <w:pPr>
              <w:jc w:val="both"/>
              <w:rPr>
                <w:rFonts w:cs="Arial"/>
                <w:sz w:val="24"/>
                <w:szCs w:val="24"/>
              </w:rPr>
            </w:pPr>
            <w:r w:rsidRPr="00527D3A">
              <w:rPr>
                <w:rFonts w:cs="Arial"/>
                <w:sz w:val="24"/>
                <w:szCs w:val="24"/>
              </w:rPr>
              <w:t>Alcance de participación</w:t>
            </w:r>
          </w:p>
        </w:tc>
      </w:tr>
      <w:tr w:rsidR="007C5D2A" w:rsidRPr="00527D3A" w14:paraId="15F22743" w14:textId="77777777">
        <w:trPr>
          <w:jc w:val="center"/>
        </w:trPr>
        <w:tc>
          <w:tcPr>
            <w:tcW w:w="2016" w:type="dxa"/>
          </w:tcPr>
          <w:p w14:paraId="1B371AA4" w14:textId="77777777" w:rsidR="007C5D2A" w:rsidRPr="00527D3A" w:rsidRDefault="007C5D2A" w:rsidP="00527D3A">
            <w:pPr>
              <w:jc w:val="both"/>
              <w:rPr>
                <w:rFonts w:cs="Arial"/>
                <w:sz w:val="24"/>
                <w:szCs w:val="24"/>
              </w:rPr>
            </w:pPr>
          </w:p>
        </w:tc>
        <w:tc>
          <w:tcPr>
            <w:tcW w:w="2016" w:type="dxa"/>
          </w:tcPr>
          <w:p w14:paraId="2C05D827" w14:textId="77777777" w:rsidR="007C5D2A" w:rsidRPr="00527D3A" w:rsidRDefault="007C5D2A" w:rsidP="00527D3A">
            <w:pPr>
              <w:jc w:val="both"/>
              <w:rPr>
                <w:rFonts w:cs="Arial"/>
                <w:sz w:val="24"/>
                <w:szCs w:val="24"/>
              </w:rPr>
            </w:pPr>
          </w:p>
        </w:tc>
        <w:tc>
          <w:tcPr>
            <w:tcW w:w="2016" w:type="dxa"/>
          </w:tcPr>
          <w:p w14:paraId="77420A16" w14:textId="77777777" w:rsidR="007C5D2A" w:rsidRPr="00527D3A" w:rsidRDefault="007C5D2A" w:rsidP="00527D3A">
            <w:pPr>
              <w:jc w:val="both"/>
              <w:rPr>
                <w:rFonts w:cs="Arial"/>
                <w:sz w:val="24"/>
                <w:szCs w:val="24"/>
              </w:rPr>
            </w:pPr>
          </w:p>
        </w:tc>
        <w:tc>
          <w:tcPr>
            <w:tcW w:w="2016" w:type="dxa"/>
          </w:tcPr>
          <w:p w14:paraId="3B89D77E" w14:textId="77777777" w:rsidR="007C5D2A" w:rsidRPr="00527D3A" w:rsidRDefault="007C5D2A" w:rsidP="00527D3A">
            <w:pPr>
              <w:jc w:val="both"/>
              <w:rPr>
                <w:rFonts w:cs="Arial"/>
                <w:sz w:val="24"/>
                <w:szCs w:val="24"/>
              </w:rPr>
            </w:pPr>
          </w:p>
        </w:tc>
        <w:tc>
          <w:tcPr>
            <w:tcW w:w="2016" w:type="dxa"/>
          </w:tcPr>
          <w:p w14:paraId="321CCD06" w14:textId="77777777" w:rsidR="007C5D2A" w:rsidRPr="00527D3A" w:rsidRDefault="007C5D2A" w:rsidP="00527D3A">
            <w:pPr>
              <w:jc w:val="both"/>
              <w:rPr>
                <w:rFonts w:cs="Arial"/>
                <w:sz w:val="24"/>
                <w:szCs w:val="24"/>
              </w:rPr>
            </w:pPr>
          </w:p>
        </w:tc>
      </w:tr>
      <w:tr w:rsidR="007C5D2A" w:rsidRPr="00527D3A" w14:paraId="36782F2B" w14:textId="77777777">
        <w:trPr>
          <w:jc w:val="center"/>
        </w:trPr>
        <w:tc>
          <w:tcPr>
            <w:tcW w:w="2016" w:type="dxa"/>
          </w:tcPr>
          <w:p w14:paraId="05D90524" w14:textId="77777777" w:rsidR="007C5D2A" w:rsidRPr="00527D3A" w:rsidRDefault="007C5D2A" w:rsidP="00527D3A">
            <w:pPr>
              <w:jc w:val="both"/>
              <w:rPr>
                <w:rFonts w:cs="Arial"/>
                <w:sz w:val="24"/>
                <w:szCs w:val="24"/>
              </w:rPr>
            </w:pPr>
          </w:p>
        </w:tc>
        <w:tc>
          <w:tcPr>
            <w:tcW w:w="2016" w:type="dxa"/>
          </w:tcPr>
          <w:p w14:paraId="71A6FAB6" w14:textId="77777777" w:rsidR="007C5D2A" w:rsidRPr="00527D3A" w:rsidRDefault="007C5D2A" w:rsidP="00527D3A">
            <w:pPr>
              <w:jc w:val="both"/>
              <w:rPr>
                <w:rFonts w:cs="Arial"/>
                <w:sz w:val="24"/>
                <w:szCs w:val="24"/>
              </w:rPr>
            </w:pPr>
          </w:p>
        </w:tc>
        <w:tc>
          <w:tcPr>
            <w:tcW w:w="2016" w:type="dxa"/>
          </w:tcPr>
          <w:p w14:paraId="2DED00A5" w14:textId="77777777" w:rsidR="007C5D2A" w:rsidRPr="00527D3A" w:rsidRDefault="007C5D2A" w:rsidP="00527D3A">
            <w:pPr>
              <w:jc w:val="both"/>
              <w:rPr>
                <w:rFonts w:cs="Arial"/>
                <w:sz w:val="24"/>
                <w:szCs w:val="24"/>
              </w:rPr>
            </w:pPr>
          </w:p>
        </w:tc>
        <w:tc>
          <w:tcPr>
            <w:tcW w:w="2016" w:type="dxa"/>
          </w:tcPr>
          <w:p w14:paraId="783E7C66" w14:textId="77777777" w:rsidR="007C5D2A" w:rsidRPr="00527D3A" w:rsidRDefault="007C5D2A" w:rsidP="00527D3A">
            <w:pPr>
              <w:jc w:val="both"/>
              <w:rPr>
                <w:rFonts w:cs="Arial"/>
                <w:sz w:val="24"/>
                <w:szCs w:val="24"/>
              </w:rPr>
            </w:pPr>
          </w:p>
        </w:tc>
        <w:tc>
          <w:tcPr>
            <w:tcW w:w="2016" w:type="dxa"/>
          </w:tcPr>
          <w:p w14:paraId="103759AE" w14:textId="77777777" w:rsidR="007C5D2A" w:rsidRPr="00527D3A" w:rsidRDefault="007C5D2A" w:rsidP="00527D3A">
            <w:pPr>
              <w:jc w:val="both"/>
              <w:rPr>
                <w:rFonts w:cs="Arial"/>
                <w:sz w:val="24"/>
                <w:szCs w:val="24"/>
              </w:rPr>
            </w:pPr>
          </w:p>
        </w:tc>
      </w:tr>
      <w:tr w:rsidR="007C5D2A" w:rsidRPr="00527D3A" w14:paraId="378FE4BE" w14:textId="77777777">
        <w:trPr>
          <w:jc w:val="center"/>
        </w:trPr>
        <w:tc>
          <w:tcPr>
            <w:tcW w:w="2016" w:type="dxa"/>
          </w:tcPr>
          <w:p w14:paraId="3BB65EFC" w14:textId="77777777" w:rsidR="007C5D2A" w:rsidRPr="00527D3A" w:rsidRDefault="007C5D2A" w:rsidP="00527D3A">
            <w:pPr>
              <w:jc w:val="both"/>
              <w:rPr>
                <w:rFonts w:cs="Arial"/>
                <w:sz w:val="24"/>
                <w:szCs w:val="24"/>
              </w:rPr>
            </w:pPr>
          </w:p>
        </w:tc>
        <w:tc>
          <w:tcPr>
            <w:tcW w:w="2016" w:type="dxa"/>
          </w:tcPr>
          <w:p w14:paraId="5E66C5A2" w14:textId="77777777" w:rsidR="007C5D2A" w:rsidRPr="00527D3A" w:rsidRDefault="007C5D2A" w:rsidP="00527D3A">
            <w:pPr>
              <w:jc w:val="both"/>
              <w:rPr>
                <w:rFonts w:cs="Arial"/>
                <w:sz w:val="24"/>
                <w:szCs w:val="24"/>
              </w:rPr>
            </w:pPr>
          </w:p>
        </w:tc>
        <w:tc>
          <w:tcPr>
            <w:tcW w:w="2016" w:type="dxa"/>
          </w:tcPr>
          <w:p w14:paraId="27B8BAC2" w14:textId="77777777" w:rsidR="007C5D2A" w:rsidRPr="00527D3A" w:rsidRDefault="007C5D2A" w:rsidP="00527D3A">
            <w:pPr>
              <w:jc w:val="both"/>
              <w:rPr>
                <w:rFonts w:cs="Arial"/>
                <w:sz w:val="24"/>
                <w:szCs w:val="24"/>
              </w:rPr>
            </w:pPr>
          </w:p>
        </w:tc>
        <w:tc>
          <w:tcPr>
            <w:tcW w:w="2016" w:type="dxa"/>
          </w:tcPr>
          <w:p w14:paraId="74E17552" w14:textId="77777777" w:rsidR="007C5D2A" w:rsidRPr="00527D3A" w:rsidRDefault="007C5D2A" w:rsidP="00527D3A">
            <w:pPr>
              <w:jc w:val="both"/>
              <w:rPr>
                <w:rFonts w:cs="Arial"/>
                <w:sz w:val="24"/>
                <w:szCs w:val="24"/>
              </w:rPr>
            </w:pPr>
          </w:p>
        </w:tc>
        <w:tc>
          <w:tcPr>
            <w:tcW w:w="2016" w:type="dxa"/>
          </w:tcPr>
          <w:p w14:paraId="085ECA9F" w14:textId="77777777" w:rsidR="007C5D2A" w:rsidRPr="00527D3A" w:rsidRDefault="007C5D2A" w:rsidP="00527D3A">
            <w:pPr>
              <w:jc w:val="both"/>
              <w:rPr>
                <w:rFonts w:cs="Arial"/>
                <w:sz w:val="24"/>
                <w:szCs w:val="24"/>
              </w:rPr>
            </w:pPr>
          </w:p>
        </w:tc>
      </w:tr>
    </w:tbl>
    <w:p w14:paraId="200D410F" w14:textId="77777777" w:rsidR="00527D3A" w:rsidRDefault="00527D3A" w:rsidP="00527D3A">
      <w:pPr>
        <w:spacing w:after="80" w:line="240" w:lineRule="auto"/>
        <w:jc w:val="both"/>
        <w:rPr>
          <w:rFonts w:cs="Arial"/>
          <w:sz w:val="24"/>
          <w:szCs w:val="24"/>
        </w:rPr>
      </w:pPr>
    </w:p>
    <w:p w14:paraId="26472298" w14:textId="629F9B14" w:rsidR="007C5D2A" w:rsidRPr="00527D3A" w:rsidRDefault="00000000" w:rsidP="00527D3A">
      <w:pPr>
        <w:spacing w:after="80" w:line="240" w:lineRule="auto"/>
        <w:jc w:val="both"/>
        <w:rPr>
          <w:rFonts w:cs="Arial"/>
          <w:sz w:val="24"/>
          <w:szCs w:val="24"/>
        </w:rPr>
      </w:pPr>
      <w:r w:rsidRPr="00527D3A">
        <w:rPr>
          <w:rFonts w:cs="Arial"/>
          <w:sz w:val="24"/>
          <w:szCs w:val="24"/>
        </w:rPr>
        <w:t>1. REPRESENTACIÓN. Los integrantes designan como representante de la forma asociativa a ______________________________________, identificado(a) con C.C. No. ____________________, quien tendrá las facultades necesarias para presentar la oferta y, si resulta seleccionada, celebrar, ejecutar, modificar, terminar y liquidar el contrato, así como suscribir los documentos que sean necesarios para su desarrollo.</w:t>
      </w:r>
    </w:p>
    <w:p w14:paraId="1206E555" w14:textId="77777777" w:rsidR="007C5D2A" w:rsidRPr="00527D3A" w:rsidRDefault="00000000" w:rsidP="00527D3A">
      <w:pPr>
        <w:spacing w:after="80" w:line="240" w:lineRule="auto"/>
        <w:jc w:val="both"/>
        <w:rPr>
          <w:rFonts w:cs="Arial"/>
          <w:sz w:val="24"/>
          <w:szCs w:val="24"/>
        </w:rPr>
      </w:pPr>
      <w:r w:rsidRPr="00527D3A">
        <w:rPr>
          <w:rFonts w:cs="Arial"/>
          <w:sz w:val="24"/>
          <w:szCs w:val="24"/>
        </w:rPr>
        <w:t>2. PARTICIPACIÓN. Los porcentajes y actividades señalados en este documento corresponden a la distribución de responsabilidades entre los integrantes. En el caso de Unión Temporal, la sumatoria de los porcentajes deberá ser igual al cien por ciento (100%).</w:t>
      </w:r>
    </w:p>
    <w:p w14:paraId="2D98A5A1" w14:textId="77777777" w:rsidR="007C5D2A" w:rsidRPr="00527D3A" w:rsidRDefault="00000000" w:rsidP="00527D3A">
      <w:pPr>
        <w:spacing w:after="80" w:line="240" w:lineRule="auto"/>
        <w:jc w:val="both"/>
        <w:rPr>
          <w:rFonts w:cs="Arial"/>
          <w:sz w:val="24"/>
          <w:szCs w:val="24"/>
        </w:rPr>
      </w:pPr>
      <w:r w:rsidRPr="00527D3A">
        <w:rPr>
          <w:rFonts w:cs="Arial"/>
          <w:sz w:val="24"/>
          <w:szCs w:val="24"/>
        </w:rPr>
        <w:t>3. RESPONSABILIDAD. La responsabilidad de los integrantes se sujetará al artículo 7 de la Ley 80 de 1993 y a las condiciones previstas en la Invitación Pública. En la Unión Temporal se deberá identificar con claridad el alcance de las actividades a cargo de cada integrante.</w:t>
      </w:r>
    </w:p>
    <w:p w14:paraId="5416CA5C" w14:textId="77777777" w:rsidR="007C5D2A" w:rsidRPr="00527D3A" w:rsidRDefault="00000000" w:rsidP="00527D3A">
      <w:pPr>
        <w:spacing w:after="80" w:line="240" w:lineRule="auto"/>
        <w:jc w:val="both"/>
        <w:rPr>
          <w:rFonts w:cs="Arial"/>
          <w:sz w:val="24"/>
          <w:szCs w:val="24"/>
        </w:rPr>
      </w:pPr>
      <w:r w:rsidRPr="00527D3A">
        <w:rPr>
          <w:rFonts w:cs="Arial"/>
          <w:sz w:val="24"/>
          <w:szCs w:val="24"/>
        </w:rPr>
        <w:lastRenderedPageBreak/>
        <w:t>4. DURACIÓN. La forma asociativa permanecerá vigente durante el término de ejecución y liquidación del contrato y dos (2) años adicionales, sin perjuicio de las obligaciones que por su naturaleza deban permanecer vigentes.</w:t>
      </w:r>
    </w:p>
    <w:p w14:paraId="095E0018" w14:textId="77777777" w:rsidR="007C5D2A" w:rsidRPr="00527D3A" w:rsidRDefault="00000000" w:rsidP="00527D3A">
      <w:pPr>
        <w:spacing w:after="80" w:line="240" w:lineRule="auto"/>
        <w:jc w:val="both"/>
        <w:rPr>
          <w:rFonts w:cs="Arial"/>
          <w:sz w:val="24"/>
          <w:szCs w:val="24"/>
        </w:rPr>
      </w:pPr>
      <w:r w:rsidRPr="00527D3A">
        <w:rPr>
          <w:rFonts w:cs="Arial"/>
          <w:sz w:val="24"/>
          <w:szCs w:val="24"/>
        </w:rPr>
        <w:t>5. FACTURACIÓN Y PAGO. Los integrantes indicarán en su propuesta la forma en que se realizará la facturación y el cobro, atendiendo las disposiciones tributarias aplicables y las reglas establecidas por la Entidad.</w:t>
      </w:r>
    </w:p>
    <w:p w14:paraId="763655EF" w14:textId="77777777" w:rsidR="007C5D2A" w:rsidRPr="00527D3A" w:rsidRDefault="00000000" w:rsidP="00527D3A">
      <w:pPr>
        <w:spacing w:after="80" w:line="240" w:lineRule="auto"/>
        <w:jc w:val="both"/>
        <w:rPr>
          <w:rFonts w:cs="Arial"/>
          <w:sz w:val="24"/>
          <w:szCs w:val="24"/>
        </w:rPr>
      </w:pPr>
      <w:r w:rsidRPr="00527D3A">
        <w:rPr>
          <w:rFonts w:cs="Arial"/>
          <w:sz w:val="24"/>
          <w:szCs w:val="24"/>
        </w:rPr>
        <w:t>6. MODIFICACIONES Y CESIONES. Los términos de participación y distribución de actividades no podrán modificarse durante el proceso de selección. Durante la ejecución, cualquier modificación o cesión se sujetará a la autorización de la Entidad y a las disposiciones legales aplicables.</w:t>
      </w:r>
    </w:p>
    <w:p w14:paraId="1D8B9B07" w14:textId="77777777" w:rsidR="007C5D2A" w:rsidRDefault="00000000" w:rsidP="00527D3A">
      <w:pPr>
        <w:spacing w:after="80" w:line="240" w:lineRule="auto"/>
        <w:jc w:val="both"/>
        <w:rPr>
          <w:rFonts w:cs="Arial"/>
          <w:sz w:val="24"/>
          <w:szCs w:val="24"/>
        </w:rPr>
      </w:pPr>
      <w:r w:rsidRPr="00527D3A">
        <w:rPr>
          <w:rFonts w:cs="Arial"/>
          <w:sz w:val="24"/>
          <w:szCs w:val="24"/>
        </w:rPr>
        <w:t xml:space="preserve">7. INHABILIDADES SOBREVINIENTES. Cualquier situación que pueda configurar una inhabilidad o incompatibilidad sobreviniente deberá ser comunicada inmediatamente a la Entidad y atenderse conforme a la </w:t>
      </w:r>
      <w:proofErr w:type="spellStart"/>
      <w:r w:rsidRPr="00527D3A">
        <w:rPr>
          <w:rFonts w:cs="Arial"/>
          <w:sz w:val="24"/>
          <w:szCs w:val="24"/>
        </w:rPr>
        <w:t>normativa</w:t>
      </w:r>
      <w:proofErr w:type="spellEnd"/>
      <w:r w:rsidRPr="00527D3A">
        <w:rPr>
          <w:rFonts w:cs="Arial"/>
          <w:sz w:val="24"/>
          <w:szCs w:val="24"/>
        </w:rPr>
        <w:t xml:space="preserve"> </w:t>
      </w:r>
      <w:proofErr w:type="spellStart"/>
      <w:r w:rsidRPr="00527D3A">
        <w:rPr>
          <w:rFonts w:cs="Arial"/>
          <w:sz w:val="24"/>
          <w:szCs w:val="24"/>
        </w:rPr>
        <w:t>vigente</w:t>
      </w:r>
      <w:proofErr w:type="spellEnd"/>
      <w:r w:rsidRPr="00527D3A">
        <w:rPr>
          <w:rFonts w:cs="Arial"/>
          <w:sz w:val="24"/>
          <w:szCs w:val="24"/>
        </w:rPr>
        <w:t>.</w:t>
      </w:r>
    </w:p>
    <w:p w14:paraId="42E576E4" w14:textId="77777777" w:rsidR="00527D3A" w:rsidRPr="00527D3A" w:rsidRDefault="00527D3A" w:rsidP="00527D3A">
      <w:pPr>
        <w:spacing w:after="80" w:line="240" w:lineRule="auto"/>
        <w:jc w:val="both"/>
        <w:rPr>
          <w:rFonts w:cs="Arial"/>
          <w:sz w:val="24"/>
          <w:szCs w:val="24"/>
        </w:rPr>
      </w:pPr>
    </w:p>
    <w:p w14:paraId="0FC70FEC" w14:textId="77777777" w:rsidR="007C5D2A" w:rsidRDefault="00000000" w:rsidP="00527D3A">
      <w:pPr>
        <w:spacing w:after="80" w:line="240" w:lineRule="auto"/>
        <w:jc w:val="both"/>
        <w:rPr>
          <w:rFonts w:cs="Arial"/>
          <w:sz w:val="24"/>
          <w:szCs w:val="24"/>
        </w:rPr>
      </w:pPr>
      <w:r w:rsidRPr="00527D3A">
        <w:rPr>
          <w:rFonts w:cs="Arial"/>
          <w:sz w:val="24"/>
          <w:szCs w:val="24"/>
        </w:rPr>
        <w:t xml:space="preserve">Con la suscripción de este documento, los integrantes manifiestan que conocen y aceptan las reglas de participación aplicables a la forma </w:t>
      </w:r>
      <w:proofErr w:type="spellStart"/>
      <w:r w:rsidRPr="00527D3A">
        <w:rPr>
          <w:rFonts w:cs="Arial"/>
          <w:sz w:val="24"/>
          <w:szCs w:val="24"/>
        </w:rPr>
        <w:t>asociativa</w:t>
      </w:r>
      <w:proofErr w:type="spellEnd"/>
      <w:r w:rsidRPr="00527D3A">
        <w:rPr>
          <w:rFonts w:cs="Arial"/>
          <w:sz w:val="24"/>
          <w:szCs w:val="24"/>
        </w:rPr>
        <w:t>.</w:t>
      </w:r>
    </w:p>
    <w:p w14:paraId="702B73FF" w14:textId="77777777" w:rsidR="00527D3A" w:rsidRPr="00527D3A" w:rsidRDefault="00527D3A" w:rsidP="00527D3A">
      <w:pPr>
        <w:spacing w:after="80" w:line="240" w:lineRule="auto"/>
        <w:jc w:val="both"/>
        <w:rPr>
          <w:rFonts w:cs="Arial"/>
          <w:sz w:val="24"/>
          <w:szCs w:val="24"/>
        </w:rPr>
      </w:pPr>
    </w:p>
    <w:tbl>
      <w:tblPr>
        <w:tblStyle w:val="Tablanormal4"/>
        <w:tblW w:w="0" w:type="auto"/>
        <w:tblLook w:val="04A0" w:firstRow="1" w:lastRow="0" w:firstColumn="1" w:lastColumn="0" w:noHBand="0" w:noVBand="1"/>
      </w:tblPr>
      <w:tblGrid>
        <w:gridCol w:w="5040"/>
        <w:gridCol w:w="5040"/>
      </w:tblGrid>
      <w:tr w:rsidR="007C5D2A" w:rsidRPr="00527D3A" w14:paraId="6D7F3121" w14:textId="77777777" w:rsidTr="00527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62BA82EF" w14:textId="77777777" w:rsidR="007C5D2A" w:rsidRPr="00527D3A" w:rsidRDefault="00000000" w:rsidP="00527D3A">
            <w:pPr>
              <w:jc w:val="both"/>
              <w:rPr>
                <w:rFonts w:cs="Arial"/>
                <w:sz w:val="24"/>
                <w:szCs w:val="24"/>
              </w:rPr>
            </w:pPr>
            <w:proofErr w:type="spellStart"/>
            <w:r w:rsidRPr="00527D3A">
              <w:rPr>
                <w:rFonts w:cs="Arial"/>
                <w:sz w:val="24"/>
                <w:szCs w:val="24"/>
              </w:rPr>
              <w:t>Integrante</w:t>
            </w:r>
            <w:proofErr w:type="spellEnd"/>
            <w:r w:rsidRPr="00527D3A">
              <w:rPr>
                <w:rFonts w:cs="Arial"/>
                <w:sz w:val="24"/>
                <w:szCs w:val="24"/>
              </w:rPr>
              <w:t xml:space="preserve"> 1 – </w:t>
            </w:r>
            <w:proofErr w:type="spellStart"/>
            <w:r w:rsidRPr="00527D3A">
              <w:rPr>
                <w:rFonts w:cs="Arial"/>
                <w:sz w:val="24"/>
                <w:szCs w:val="24"/>
              </w:rPr>
              <w:t>firma</w:t>
            </w:r>
            <w:proofErr w:type="spellEnd"/>
            <w:r w:rsidRPr="00527D3A">
              <w:rPr>
                <w:rFonts w:cs="Arial"/>
                <w:sz w:val="24"/>
                <w:szCs w:val="24"/>
              </w:rPr>
              <w:t>:</w:t>
            </w:r>
          </w:p>
        </w:tc>
        <w:tc>
          <w:tcPr>
            <w:tcW w:w="5040" w:type="dxa"/>
            <w:tcBorders>
              <w:bottom w:val="single" w:sz="4" w:space="0" w:color="auto"/>
            </w:tcBorders>
          </w:tcPr>
          <w:p w14:paraId="283DFF7D" w14:textId="73D1F07C" w:rsidR="007C5D2A" w:rsidRPr="00527D3A" w:rsidRDefault="007C5D2A" w:rsidP="00527D3A">
            <w:pPr>
              <w:jc w:val="both"/>
              <w:cnfStyle w:val="100000000000" w:firstRow="1" w:lastRow="0" w:firstColumn="0" w:lastColumn="0" w:oddVBand="0" w:evenVBand="0" w:oddHBand="0" w:evenHBand="0" w:firstRowFirstColumn="0" w:firstRowLastColumn="0" w:lastRowFirstColumn="0" w:lastRowLastColumn="0"/>
              <w:rPr>
                <w:rFonts w:cs="Arial"/>
                <w:b w:val="0"/>
                <w:bCs w:val="0"/>
                <w:sz w:val="24"/>
                <w:szCs w:val="24"/>
              </w:rPr>
            </w:pPr>
          </w:p>
        </w:tc>
      </w:tr>
      <w:tr w:rsidR="007C5D2A" w:rsidRPr="00527D3A" w14:paraId="010C7176"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438CAD35" w14:textId="77777777" w:rsidR="007C5D2A" w:rsidRPr="00527D3A" w:rsidRDefault="00000000" w:rsidP="00527D3A">
            <w:pPr>
              <w:jc w:val="both"/>
              <w:rPr>
                <w:rFonts w:cs="Arial"/>
                <w:sz w:val="24"/>
                <w:szCs w:val="24"/>
              </w:rPr>
            </w:pPr>
            <w:r w:rsidRPr="00527D3A">
              <w:rPr>
                <w:rFonts w:cs="Arial"/>
                <w:sz w:val="24"/>
                <w:szCs w:val="24"/>
              </w:rPr>
              <w:t>Integrante 2 – firma:</w:t>
            </w:r>
          </w:p>
        </w:tc>
        <w:tc>
          <w:tcPr>
            <w:tcW w:w="5040" w:type="dxa"/>
            <w:tcBorders>
              <w:top w:val="single" w:sz="4" w:space="0" w:color="auto"/>
              <w:bottom w:val="single" w:sz="4" w:space="0" w:color="auto"/>
            </w:tcBorders>
          </w:tcPr>
          <w:p w14:paraId="06DDAB97" w14:textId="5803AC5F"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4E211AA8"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556978C8" w14:textId="77777777" w:rsidR="007C5D2A" w:rsidRPr="00527D3A" w:rsidRDefault="00000000" w:rsidP="00527D3A">
            <w:pPr>
              <w:jc w:val="both"/>
              <w:rPr>
                <w:rFonts w:cs="Arial"/>
                <w:sz w:val="24"/>
                <w:szCs w:val="24"/>
              </w:rPr>
            </w:pPr>
            <w:r w:rsidRPr="00527D3A">
              <w:rPr>
                <w:rFonts w:cs="Arial"/>
                <w:sz w:val="24"/>
                <w:szCs w:val="24"/>
              </w:rPr>
              <w:t>Integrante 3 – firma:</w:t>
            </w:r>
          </w:p>
        </w:tc>
        <w:tc>
          <w:tcPr>
            <w:tcW w:w="5040" w:type="dxa"/>
            <w:tcBorders>
              <w:top w:val="single" w:sz="4" w:space="0" w:color="auto"/>
              <w:bottom w:val="single" w:sz="4" w:space="0" w:color="auto"/>
            </w:tcBorders>
          </w:tcPr>
          <w:p w14:paraId="4A4B8459" w14:textId="1FF8A4EF"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7E7D86B4"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67086E14" w14:textId="77777777" w:rsidR="007C5D2A" w:rsidRPr="00527D3A" w:rsidRDefault="00000000" w:rsidP="00527D3A">
            <w:pPr>
              <w:jc w:val="both"/>
              <w:rPr>
                <w:rFonts w:cs="Arial"/>
                <w:sz w:val="24"/>
                <w:szCs w:val="24"/>
              </w:rPr>
            </w:pPr>
            <w:r w:rsidRPr="00527D3A">
              <w:rPr>
                <w:rFonts w:cs="Arial"/>
                <w:sz w:val="24"/>
                <w:szCs w:val="24"/>
              </w:rPr>
              <w:t>Representante de la forma asociativa:</w:t>
            </w:r>
          </w:p>
        </w:tc>
        <w:tc>
          <w:tcPr>
            <w:tcW w:w="5040" w:type="dxa"/>
            <w:tcBorders>
              <w:top w:val="single" w:sz="4" w:space="0" w:color="auto"/>
              <w:bottom w:val="single" w:sz="4" w:space="0" w:color="auto"/>
            </w:tcBorders>
          </w:tcPr>
          <w:p w14:paraId="4973E74E" w14:textId="20DC384C"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0603FCEE"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30A5B2C2" w14:textId="77777777" w:rsidR="007C5D2A" w:rsidRPr="00527D3A" w:rsidRDefault="00000000" w:rsidP="00527D3A">
            <w:pPr>
              <w:jc w:val="both"/>
              <w:rPr>
                <w:rFonts w:cs="Arial"/>
                <w:sz w:val="24"/>
                <w:szCs w:val="24"/>
              </w:rPr>
            </w:pPr>
            <w:r w:rsidRPr="00527D3A">
              <w:rPr>
                <w:rFonts w:cs="Arial"/>
                <w:sz w:val="24"/>
                <w:szCs w:val="24"/>
              </w:rPr>
              <w:t>C.C. representante:</w:t>
            </w:r>
          </w:p>
        </w:tc>
        <w:tc>
          <w:tcPr>
            <w:tcW w:w="5040" w:type="dxa"/>
            <w:tcBorders>
              <w:top w:val="single" w:sz="4" w:space="0" w:color="auto"/>
            </w:tcBorders>
          </w:tcPr>
          <w:p w14:paraId="5FC7909F" w14:textId="3B687C6C"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bl>
    <w:p w14:paraId="620AEFC8" w14:textId="77777777" w:rsidR="007C5D2A" w:rsidRPr="00527D3A" w:rsidRDefault="00000000" w:rsidP="00527D3A">
      <w:pPr>
        <w:jc w:val="both"/>
        <w:rPr>
          <w:rFonts w:cs="Arial"/>
          <w:sz w:val="24"/>
          <w:szCs w:val="24"/>
        </w:rPr>
      </w:pPr>
      <w:r w:rsidRPr="00527D3A">
        <w:rPr>
          <w:rFonts w:cs="Arial"/>
          <w:sz w:val="24"/>
          <w:szCs w:val="24"/>
        </w:rPr>
        <w:br w:type="page"/>
      </w:r>
    </w:p>
    <w:p w14:paraId="32A0ADC9" w14:textId="77777777" w:rsidR="007C5D2A" w:rsidRDefault="00000000">
      <w:pPr>
        <w:jc w:val="center"/>
      </w:pPr>
      <w:r>
        <w:rPr>
          <w:b/>
          <w:sz w:val="24"/>
        </w:rPr>
        <w:lastRenderedPageBreak/>
        <w:t>ANEXO No. 4</w:t>
      </w:r>
    </w:p>
    <w:p w14:paraId="5937BD1A" w14:textId="77777777" w:rsidR="007C5D2A" w:rsidRDefault="00000000">
      <w:pPr>
        <w:jc w:val="center"/>
      </w:pPr>
      <w:r>
        <w:rPr>
          <w:b/>
          <w:sz w:val="24"/>
        </w:rPr>
        <w:t>EXPERIENCIA HABILITANTE</w:t>
      </w:r>
    </w:p>
    <w:p w14:paraId="0DC19848" w14:textId="77777777" w:rsidR="00AA628E" w:rsidRPr="00527D3A" w:rsidRDefault="00AA628E" w:rsidP="00AA628E">
      <w:pPr>
        <w:spacing w:after="80" w:line="240" w:lineRule="auto"/>
        <w:rPr>
          <w:sz w:val="24"/>
          <w:szCs w:val="24"/>
        </w:rPr>
      </w:pPr>
      <w:proofErr w:type="spellStart"/>
      <w:r w:rsidRPr="00527D3A">
        <w:rPr>
          <w:sz w:val="24"/>
          <w:szCs w:val="24"/>
        </w:rPr>
        <w:t>Señores</w:t>
      </w:r>
      <w:proofErr w:type="spellEnd"/>
      <w:r w:rsidRPr="00527D3A">
        <w:rPr>
          <w:sz w:val="24"/>
          <w:szCs w:val="24"/>
        </w:rPr>
        <w:br/>
        <w:t>DISTRITO DE SANTIAGO DE CALI</w:t>
      </w:r>
      <w:r w:rsidRPr="00527D3A">
        <w:rPr>
          <w:sz w:val="24"/>
          <w:szCs w:val="24"/>
        </w:rPr>
        <w:br/>
        <w:t xml:space="preserve">Unidad </w:t>
      </w:r>
      <w:proofErr w:type="spellStart"/>
      <w:r w:rsidRPr="00527D3A">
        <w:rPr>
          <w:sz w:val="24"/>
          <w:szCs w:val="24"/>
        </w:rPr>
        <w:t>Administrativa</w:t>
      </w:r>
      <w:proofErr w:type="spellEnd"/>
      <w:r w:rsidRPr="00527D3A">
        <w:rPr>
          <w:sz w:val="24"/>
          <w:szCs w:val="24"/>
        </w:rPr>
        <w:t xml:space="preserve"> Especial de </w:t>
      </w:r>
      <w:proofErr w:type="spellStart"/>
      <w:r w:rsidRPr="00527D3A">
        <w:rPr>
          <w:sz w:val="24"/>
          <w:szCs w:val="24"/>
        </w:rPr>
        <w:t>Gestión</w:t>
      </w:r>
      <w:proofErr w:type="spellEnd"/>
      <w:r w:rsidRPr="00527D3A">
        <w:rPr>
          <w:sz w:val="24"/>
          <w:szCs w:val="24"/>
        </w:rPr>
        <w:t xml:space="preserve"> de Bienes y </w:t>
      </w:r>
      <w:proofErr w:type="spellStart"/>
      <w:r w:rsidRPr="00527D3A">
        <w:rPr>
          <w:sz w:val="24"/>
          <w:szCs w:val="24"/>
        </w:rPr>
        <w:t>Servicios</w:t>
      </w:r>
      <w:proofErr w:type="spellEnd"/>
      <w:r w:rsidRPr="00527D3A">
        <w:rPr>
          <w:sz w:val="24"/>
          <w:szCs w:val="24"/>
        </w:rPr>
        <w:t xml:space="preserve"> – UAEGBS</w:t>
      </w:r>
    </w:p>
    <w:p w14:paraId="56FBAA51" w14:textId="77777777" w:rsidR="00AA628E" w:rsidRPr="00527D3A" w:rsidRDefault="00AA628E" w:rsidP="00AA628E">
      <w:pPr>
        <w:spacing w:after="80" w:line="240" w:lineRule="auto"/>
        <w:rPr>
          <w:sz w:val="24"/>
          <w:szCs w:val="24"/>
        </w:rPr>
      </w:pPr>
    </w:p>
    <w:p w14:paraId="0FC1CD0E" w14:textId="77777777" w:rsidR="00AA628E" w:rsidRPr="00527D3A" w:rsidRDefault="00AA628E" w:rsidP="00AA628E">
      <w:pPr>
        <w:spacing w:after="80" w:line="240" w:lineRule="auto"/>
        <w:jc w:val="right"/>
        <w:rPr>
          <w:sz w:val="24"/>
          <w:szCs w:val="24"/>
        </w:rPr>
      </w:pPr>
      <w:proofErr w:type="spellStart"/>
      <w:r w:rsidRPr="00527D3A">
        <w:rPr>
          <w:sz w:val="24"/>
          <w:szCs w:val="24"/>
        </w:rPr>
        <w:t>Referencia</w:t>
      </w:r>
      <w:proofErr w:type="spellEnd"/>
      <w:r w:rsidRPr="00527D3A">
        <w:rPr>
          <w:sz w:val="24"/>
          <w:szCs w:val="24"/>
        </w:rPr>
        <w:t xml:space="preserve">: </w:t>
      </w:r>
      <w:proofErr w:type="spellStart"/>
      <w:r w:rsidRPr="00527D3A">
        <w:rPr>
          <w:sz w:val="24"/>
          <w:szCs w:val="24"/>
        </w:rPr>
        <w:t>Proceso</w:t>
      </w:r>
      <w:proofErr w:type="spellEnd"/>
      <w:r w:rsidRPr="00527D3A">
        <w:rPr>
          <w:sz w:val="24"/>
          <w:szCs w:val="24"/>
        </w:rPr>
        <w:t xml:space="preserve"> de </w:t>
      </w:r>
      <w:proofErr w:type="spellStart"/>
      <w:r w:rsidRPr="00527D3A">
        <w:rPr>
          <w:sz w:val="24"/>
          <w:szCs w:val="24"/>
        </w:rPr>
        <w:t>Selección</w:t>
      </w:r>
      <w:proofErr w:type="spellEnd"/>
      <w:r w:rsidRPr="00527D3A">
        <w:rPr>
          <w:sz w:val="24"/>
          <w:szCs w:val="24"/>
        </w:rPr>
        <w:t xml:space="preserve"> de </w:t>
      </w:r>
      <w:proofErr w:type="spellStart"/>
      <w:r w:rsidRPr="00527D3A">
        <w:rPr>
          <w:sz w:val="24"/>
          <w:szCs w:val="24"/>
        </w:rPr>
        <w:t>Mínima</w:t>
      </w:r>
      <w:proofErr w:type="spellEnd"/>
      <w:r w:rsidRPr="00527D3A">
        <w:rPr>
          <w:sz w:val="24"/>
          <w:szCs w:val="24"/>
        </w:rPr>
        <w:t xml:space="preserve"> </w:t>
      </w:r>
      <w:proofErr w:type="spellStart"/>
      <w:r w:rsidRPr="00527D3A">
        <w:rPr>
          <w:sz w:val="24"/>
          <w:szCs w:val="24"/>
        </w:rPr>
        <w:t>Cuantía</w:t>
      </w:r>
      <w:proofErr w:type="spellEnd"/>
      <w:r w:rsidRPr="00527D3A">
        <w:rPr>
          <w:sz w:val="24"/>
          <w:szCs w:val="24"/>
        </w:rPr>
        <w:t xml:space="preserve"> No. 4181.010.26.1.803-2026.</w:t>
      </w:r>
    </w:p>
    <w:p w14:paraId="00A246C8" w14:textId="77777777" w:rsidR="00527D3A" w:rsidRPr="00527D3A" w:rsidRDefault="00527D3A" w:rsidP="00527D3A">
      <w:pPr>
        <w:spacing w:after="80" w:line="240" w:lineRule="auto"/>
        <w:jc w:val="both"/>
        <w:rPr>
          <w:rFonts w:cs="Arial"/>
          <w:sz w:val="24"/>
          <w:szCs w:val="24"/>
        </w:rPr>
      </w:pPr>
    </w:p>
    <w:p w14:paraId="258B2AE5" w14:textId="77777777" w:rsidR="007C5D2A" w:rsidRDefault="00000000" w:rsidP="00527D3A">
      <w:pPr>
        <w:spacing w:after="80" w:line="240" w:lineRule="auto"/>
        <w:jc w:val="both"/>
        <w:rPr>
          <w:rFonts w:cs="Arial"/>
          <w:sz w:val="24"/>
          <w:szCs w:val="24"/>
        </w:rPr>
      </w:pPr>
      <w:r w:rsidRPr="00527D3A">
        <w:rPr>
          <w:rFonts w:cs="Arial"/>
          <w:sz w:val="24"/>
          <w:szCs w:val="24"/>
        </w:rPr>
        <w:t xml:space="preserve">El proponente utilizará este formato para identificar los contratos con los cuales pretende acreditar la experiencia exigida en el requerimiento y en la Invitación Pública. Se podrán relacionar máximo tres (3) </w:t>
      </w:r>
      <w:proofErr w:type="spellStart"/>
      <w:r w:rsidRPr="00527D3A">
        <w:rPr>
          <w:rFonts w:cs="Arial"/>
          <w:sz w:val="24"/>
          <w:szCs w:val="24"/>
        </w:rPr>
        <w:t>contratos</w:t>
      </w:r>
      <w:proofErr w:type="spellEnd"/>
      <w:r w:rsidRPr="00527D3A">
        <w:rPr>
          <w:rFonts w:cs="Arial"/>
          <w:sz w:val="24"/>
          <w:szCs w:val="24"/>
        </w:rPr>
        <w:t xml:space="preserve"> </w:t>
      </w:r>
      <w:proofErr w:type="spellStart"/>
      <w:r w:rsidRPr="00527D3A">
        <w:rPr>
          <w:rFonts w:cs="Arial"/>
          <w:sz w:val="24"/>
          <w:szCs w:val="24"/>
        </w:rPr>
        <w:t>ejecutados</w:t>
      </w:r>
      <w:proofErr w:type="spellEnd"/>
      <w:r w:rsidRPr="00527D3A">
        <w:rPr>
          <w:rFonts w:cs="Arial"/>
          <w:sz w:val="24"/>
          <w:szCs w:val="24"/>
        </w:rPr>
        <w:t xml:space="preserve"> y </w:t>
      </w:r>
      <w:proofErr w:type="spellStart"/>
      <w:r w:rsidRPr="00527D3A">
        <w:rPr>
          <w:rFonts w:cs="Arial"/>
          <w:sz w:val="24"/>
          <w:szCs w:val="24"/>
        </w:rPr>
        <w:t>terminados</w:t>
      </w:r>
      <w:proofErr w:type="spellEnd"/>
      <w:r w:rsidRPr="00527D3A">
        <w:rPr>
          <w:rFonts w:cs="Arial"/>
          <w:sz w:val="24"/>
          <w:szCs w:val="24"/>
        </w:rPr>
        <w:t>.</w:t>
      </w:r>
    </w:p>
    <w:p w14:paraId="5833E4E0" w14:textId="77777777" w:rsidR="00527D3A" w:rsidRPr="00527D3A" w:rsidRDefault="00527D3A" w:rsidP="00527D3A">
      <w:pPr>
        <w:spacing w:after="80" w:line="240" w:lineRule="auto"/>
        <w:jc w:val="both"/>
        <w:rPr>
          <w:rFonts w:cs="Arial"/>
          <w:sz w:val="24"/>
          <w:szCs w:val="24"/>
        </w:rPr>
      </w:pPr>
    </w:p>
    <w:p w14:paraId="66F96CBB" w14:textId="77777777" w:rsidR="007C5D2A" w:rsidRDefault="00000000" w:rsidP="00527D3A">
      <w:pPr>
        <w:spacing w:after="80" w:line="240" w:lineRule="auto"/>
        <w:jc w:val="both"/>
        <w:rPr>
          <w:rFonts w:cs="Arial"/>
          <w:sz w:val="24"/>
          <w:szCs w:val="24"/>
        </w:rPr>
      </w:pPr>
      <w:r w:rsidRPr="00527D3A">
        <w:rPr>
          <w:rFonts w:cs="Arial"/>
          <w:sz w:val="24"/>
          <w:szCs w:val="24"/>
        </w:rPr>
        <w:t xml:space="preserve">La experiencia deberá estar relacionada con el suministro y/o comercialización de kits de carretera, herramientas automotrices, equipos de seguridad vial, elementos de prevención vial y/o dotaciones para vehículos, conforme a la definición </w:t>
      </w:r>
      <w:proofErr w:type="spellStart"/>
      <w:r w:rsidRPr="00527D3A">
        <w:rPr>
          <w:rFonts w:cs="Arial"/>
          <w:sz w:val="24"/>
          <w:szCs w:val="24"/>
        </w:rPr>
        <w:t>contenida</w:t>
      </w:r>
      <w:proofErr w:type="spellEnd"/>
      <w:r w:rsidRPr="00527D3A">
        <w:rPr>
          <w:rFonts w:cs="Arial"/>
          <w:sz w:val="24"/>
          <w:szCs w:val="24"/>
        </w:rPr>
        <w:t xml:space="preserve"> </w:t>
      </w:r>
      <w:proofErr w:type="spellStart"/>
      <w:r w:rsidRPr="00527D3A">
        <w:rPr>
          <w:rFonts w:cs="Arial"/>
          <w:sz w:val="24"/>
          <w:szCs w:val="24"/>
        </w:rPr>
        <w:t>en</w:t>
      </w:r>
      <w:proofErr w:type="spellEnd"/>
      <w:r w:rsidRPr="00527D3A">
        <w:rPr>
          <w:rFonts w:cs="Arial"/>
          <w:sz w:val="24"/>
          <w:szCs w:val="24"/>
        </w:rPr>
        <w:t xml:space="preserve"> el </w:t>
      </w:r>
      <w:proofErr w:type="spellStart"/>
      <w:r w:rsidRPr="00527D3A">
        <w:rPr>
          <w:rFonts w:cs="Arial"/>
          <w:sz w:val="24"/>
          <w:szCs w:val="24"/>
        </w:rPr>
        <w:t>requerimiento</w:t>
      </w:r>
      <w:proofErr w:type="spellEnd"/>
      <w:r w:rsidRPr="00527D3A">
        <w:rPr>
          <w:rFonts w:cs="Arial"/>
          <w:sz w:val="24"/>
          <w:szCs w:val="24"/>
        </w:rPr>
        <w:t>.</w:t>
      </w:r>
    </w:p>
    <w:p w14:paraId="0B41EE84" w14:textId="77777777" w:rsidR="00527D3A" w:rsidRPr="00527D3A" w:rsidRDefault="00527D3A" w:rsidP="00527D3A">
      <w:pPr>
        <w:spacing w:after="80" w:line="240" w:lineRule="auto"/>
        <w:jc w:val="both"/>
        <w:rPr>
          <w:rFonts w:cs="Arial"/>
          <w:sz w:val="24"/>
          <w:szCs w:val="24"/>
        </w:rPr>
      </w:pPr>
    </w:p>
    <w:tbl>
      <w:tblPr>
        <w:tblStyle w:val="Tablaconcuadrcula"/>
        <w:tblW w:w="0" w:type="auto"/>
        <w:jc w:val="center"/>
        <w:tblLook w:val="04A0" w:firstRow="1" w:lastRow="0" w:firstColumn="1" w:lastColumn="0" w:noHBand="0" w:noVBand="1"/>
      </w:tblPr>
      <w:tblGrid>
        <w:gridCol w:w="744"/>
        <w:gridCol w:w="1471"/>
        <w:gridCol w:w="1137"/>
        <w:gridCol w:w="981"/>
        <w:gridCol w:w="1257"/>
        <w:gridCol w:w="877"/>
        <w:gridCol w:w="1537"/>
        <w:gridCol w:w="1217"/>
        <w:gridCol w:w="1075"/>
      </w:tblGrid>
      <w:tr w:rsidR="007C5D2A" w:rsidRPr="00527D3A" w14:paraId="33623718" w14:textId="77777777">
        <w:trPr>
          <w:jc w:val="center"/>
        </w:trPr>
        <w:tc>
          <w:tcPr>
            <w:tcW w:w="1120" w:type="dxa"/>
            <w:vAlign w:val="center"/>
          </w:tcPr>
          <w:p w14:paraId="09CD1E19" w14:textId="77777777" w:rsidR="007C5D2A" w:rsidRPr="00527D3A" w:rsidRDefault="00000000" w:rsidP="00527D3A">
            <w:pPr>
              <w:jc w:val="both"/>
              <w:rPr>
                <w:rFonts w:cs="Arial"/>
                <w:sz w:val="24"/>
                <w:szCs w:val="24"/>
              </w:rPr>
            </w:pPr>
            <w:r w:rsidRPr="00527D3A">
              <w:rPr>
                <w:rFonts w:cs="Arial"/>
                <w:sz w:val="24"/>
                <w:szCs w:val="24"/>
              </w:rPr>
              <w:t>No.</w:t>
            </w:r>
          </w:p>
        </w:tc>
        <w:tc>
          <w:tcPr>
            <w:tcW w:w="1120" w:type="dxa"/>
            <w:vAlign w:val="center"/>
          </w:tcPr>
          <w:p w14:paraId="1D086898" w14:textId="77777777" w:rsidR="007C5D2A" w:rsidRPr="00527D3A" w:rsidRDefault="00000000" w:rsidP="00527D3A">
            <w:pPr>
              <w:jc w:val="both"/>
              <w:rPr>
                <w:rFonts w:cs="Arial"/>
                <w:sz w:val="24"/>
                <w:szCs w:val="24"/>
              </w:rPr>
            </w:pPr>
            <w:r w:rsidRPr="00527D3A">
              <w:rPr>
                <w:rFonts w:cs="Arial"/>
                <w:sz w:val="24"/>
                <w:szCs w:val="24"/>
              </w:rPr>
              <w:t>Contratante</w:t>
            </w:r>
          </w:p>
        </w:tc>
        <w:tc>
          <w:tcPr>
            <w:tcW w:w="1120" w:type="dxa"/>
            <w:vAlign w:val="center"/>
          </w:tcPr>
          <w:p w14:paraId="66A15BF1" w14:textId="77777777" w:rsidR="007C5D2A" w:rsidRPr="00527D3A" w:rsidRDefault="00000000" w:rsidP="00527D3A">
            <w:pPr>
              <w:jc w:val="both"/>
              <w:rPr>
                <w:rFonts w:cs="Arial"/>
                <w:sz w:val="24"/>
                <w:szCs w:val="24"/>
              </w:rPr>
            </w:pPr>
            <w:r w:rsidRPr="00527D3A">
              <w:rPr>
                <w:rFonts w:cs="Arial"/>
                <w:sz w:val="24"/>
                <w:szCs w:val="24"/>
              </w:rPr>
              <w:t>Contrato</w:t>
            </w:r>
          </w:p>
        </w:tc>
        <w:tc>
          <w:tcPr>
            <w:tcW w:w="1120" w:type="dxa"/>
            <w:vAlign w:val="center"/>
          </w:tcPr>
          <w:p w14:paraId="57512CC1" w14:textId="77777777" w:rsidR="007C5D2A" w:rsidRPr="00527D3A" w:rsidRDefault="00000000" w:rsidP="00527D3A">
            <w:pPr>
              <w:jc w:val="both"/>
              <w:rPr>
                <w:rFonts w:cs="Arial"/>
                <w:sz w:val="24"/>
                <w:szCs w:val="24"/>
              </w:rPr>
            </w:pPr>
            <w:r w:rsidRPr="00527D3A">
              <w:rPr>
                <w:rFonts w:cs="Arial"/>
                <w:sz w:val="24"/>
                <w:szCs w:val="24"/>
              </w:rPr>
              <w:t>Objeto</w:t>
            </w:r>
          </w:p>
        </w:tc>
        <w:tc>
          <w:tcPr>
            <w:tcW w:w="1120" w:type="dxa"/>
            <w:vAlign w:val="center"/>
          </w:tcPr>
          <w:p w14:paraId="602EB9C9" w14:textId="77777777" w:rsidR="007C5D2A" w:rsidRPr="00527D3A" w:rsidRDefault="00000000" w:rsidP="00527D3A">
            <w:pPr>
              <w:jc w:val="both"/>
              <w:rPr>
                <w:rFonts w:cs="Arial"/>
                <w:sz w:val="24"/>
                <w:szCs w:val="24"/>
              </w:rPr>
            </w:pPr>
            <w:r w:rsidRPr="00527D3A">
              <w:rPr>
                <w:rFonts w:cs="Arial"/>
                <w:sz w:val="24"/>
                <w:szCs w:val="24"/>
              </w:rPr>
              <w:t>Valor ejecutado</w:t>
            </w:r>
          </w:p>
        </w:tc>
        <w:tc>
          <w:tcPr>
            <w:tcW w:w="1120" w:type="dxa"/>
            <w:vAlign w:val="center"/>
          </w:tcPr>
          <w:p w14:paraId="7B9A2D68" w14:textId="77777777" w:rsidR="007C5D2A" w:rsidRPr="00527D3A" w:rsidRDefault="00000000" w:rsidP="00527D3A">
            <w:pPr>
              <w:jc w:val="both"/>
              <w:rPr>
                <w:rFonts w:cs="Arial"/>
                <w:sz w:val="24"/>
                <w:szCs w:val="24"/>
              </w:rPr>
            </w:pPr>
            <w:r w:rsidRPr="00527D3A">
              <w:rPr>
                <w:rFonts w:cs="Arial"/>
                <w:sz w:val="24"/>
                <w:szCs w:val="24"/>
              </w:rPr>
              <w:t>Inicio</w:t>
            </w:r>
          </w:p>
        </w:tc>
        <w:tc>
          <w:tcPr>
            <w:tcW w:w="1120" w:type="dxa"/>
            <w:vAlign w:val="center"/>
          </w:tcPr>
          <w:p w14:paraId="64CCE35E" w14:textId="77777777" w:rsidR="007C5D2A" w:rsidRPr="00527D3A" w:rsidRDefault="00000000" w:rsidP="00527D3A">
            <w:pPr>
              <w:jc w:val="both"/>
              <w:rPr>
                <w:rFonts w:cs="Arial"/>
                <w:sz w:val="24"/>
                <w:szCs w:val="24"/>
              </w:rPr>
            </w:pPr>
            <w:r w:rsidRPr="00527D3A">
              <w:rPr>
                <w:rFonts w:cs="Arial"/>
                <w:sz w:val="24"/>
                <w:szCs w:val="24"/>
              </w:rPr>
              <w:t>Terminación</w:t>
            </w:r>
          </w:p>
        </w:tc>
        <w:tc>
          <w:tcPr>
            <w:tcW w:w="1120" w:type="dxa"/>
            <w:vAlign w:val="center"/>
          </w:tcPr>
          <w:p w14:paraId="233B7F44" w14:textId="77777777" w:rsidR="007C5D2A" w:rsidRPr="00527D3A" w:rsidRDefault="00000000" w:rsidP="00527D3A">
            <w:pPr>
              <w:jc w:val="both"/>
              <w:rPr>
                <w:rFonts w:cs="Arial"/>
                <w:sz w:val="24"/>
                <w:szCs w:val="24"/>
              </w:rPr>
            </w:pPr>
            <w:r w:rsidRPr="00527D3A">
              <w:rPr>
                <w:rFonts w:cs="Arial"/>
                <w:sz w:val="24"/>
                <w:szCs w:val="24"/>
              </w:rPr>
              <w:t>Código UNSPSC</w:t>
            </w:r>
          </w:p>
        </w:tc>
        <w:tc>
          <w:tcPr>
            <w:tcW w:w="1120" w:type="dxa"/>
            <w:vAlign w:val="center"/>
          </w:tcPr>
          <w:p w14:paraId="3C8E1FAE" w14:textId="77777777" w:rsidR="007C5D2A" w:rsidRPr="00527D3A" w:rsidRDefault="00000000" w:rsidP="00527D3A">
            <w:pPr>
              <w:jc w:val="both"/>
              <w:rPr>
                <w:rFonts w:cs="Arial"/>
                <w:sz w:val="24"/>
                <w:szCs w:val="24"/>
              </w:rPr>
            </w:pPr>
            <w:r w:rsidRPr="00527D3A">
              <w:rPr>
                <w:rFonts w:cs="Arial"/>
                <w:sz w:val="24"/>
                <w:szCs w:val="24"/>
              </w:rPr>
              <w:t>Soporte</w:t>
            </w:r>
          </w:p>
        </w:tc>
      </w:tr>
      <w:tr w:rsidR="007C5D2A" w:rsidRPr="00527D3A" w14:paraId="11C7926B" w14:textId="77777777">
        <w:trPr>
          <w:jc w:val="center"/>
        </w:trPr>
        <w:tc>
          <w:tcPr>
            <w:tcW w:w="1120" w:type="dxa"/>
          </w:tcPr>
          <w:p w14:paraId="59E8683D" w14:textId="77777777" w:rsidR="007C5D2A" w:rsidRPr="00527D3A" w:rsidRDefault="007C5D2A" w:rsidP="00527D3A">
            <w:pPr>
              <w:jc w:val="both"/>
              <w:rPr>
                <w:rFonts w:cs="Arial"/>
                <w:sz w:val="24"/>
                <w:szCs w:val="24"/>
              </w:rPr>
            </w:pPr>
          </w:p>
        </w:tc>
        <w:tc>
          <w:tcPr>
            <w:tcW w:w="1120" w:type="dxa"/>
          </w:tcPr>
          <w:p w14:paraId="43F3C1CE" w14:textId="77777777" w:rsidR="007C5D2A" w:rsidRPr="00527D3A" w:rsidRDefault="007C5D2A" w:rsidP="00527D3A">
            <w:pPr>
              <w:jc w:val="both"/>
              <w:rPr>
                <w:rFonts w:cs="Arial"/>
                <w:sz w:val="24"/>
                <w:szCs w:val="24"/>
              </w:rPr>
            </w:pPr>
          </w:p>
        </w:tc>
        <w:tc>
          <w:tcPr>
            <w:tcW w:w="1120" w:type="dxa"/>
          </w:tcPr>
          <w:p w14:paraId="795EC6E9" w14:textId="77777777" w:rsidR="007C5D2A" w:rsidRPr="00527D3A" w:rsidRDefault="007C5D2A" w:rsidP="00527D3A">
            <w:pPr>
              <w:jc w:val="both"/>
              <w:rPr>
                <w:rFonts w:cs="Arial"/>
                <w:sz w:val="24"/>
                <w:szCs w:val="24"/>
              </w:rPr>
            </w:pPr>
          </w:p>
        </w:tc>
        <w:tc>
          <w:tcPr>
            <w:tcW w:w="1120" w:type="dxa"/>
          </w:tcPr>
          <w:p w14:paraId="4401D8FF" w14:textId="77777777" w:rsidR="007C5D2A" w:rsidRPr="00527D3A" w:rsidRDefault="007C5D2A" w:rsidP="00527D3A">
            <w:pPr>
              <w:jc w:val="both"/>
              <w:rPr>
                <w:rFonts w:cs="Arial"/>
                <w:sz w:val="24"/>
                <w:szCs w:val="24"/>
              </w:rPr>
            </w:pPr>
          </w:p>
        </w:tc>
        <w:tc>
          <w:tcPr>
            <w:tcW w:w="1120" w:type="dxa"/>
          </w:tcPr>
          <w:p w14:paraId="15EE8E53" w14:textId="77777777" w:rsidR="007C5D2A" w:rsidRPr="00527D3A" w:rsidRDefault="007C5D2A" w:rsidP="00527D3A">
            <w:pPr>
              <w:jc w:val="both"/>
              <w:rPr>
                <w:rFonts w:cs="Arial"/>
                <w:sz w:val="24"/>
                <w:szCs w:val="24"/>
              </w:rPr>
            </w:pPr>
          </w:p>
        </w:tc>
        <w:tc>
          <w:tcPr>
            <w:tcW w:w="1120" w:type="dxa"/>
          </w:tcPr>
          <w:p w14:paraId="7BD6B7E7" w14:textId="77777777" w:rsidR="007C5D2A" w:rsidRPr="00527D3A" w:rsidRDefault="007C5D2A" w:rsidP="00527D3A">
            <w:pPr>
              <w:jc w:val="both"/>
              <w:rPr>
                <w:rFonts w:cs="Arial"/>
                <w:sz w:val="24"/>
                <w:szCs w:val="24"/>
              </w:rPr>
            </w:pPr>
          </w:p>
        </w:tc>
        <w:tc>
          <w:tcPr>
            <w:tcW w:w="1120" w:type="dxa"/>
          </w:tcPr>
          <w:p w14:paraId="775A0A22" w14:textId="77777777" w:rsidR="007C5D2A" w:rsidRPr="00527D3A" w:rsidRDefault="007C5D2A" w:rsidP="00527D3A">
            <w:pPr>
              <w:jc w:val="both"/>
              <w:rPr>
                <w:rFonts w:cs="Arial"/>
                <w:sz w:val="24"/>
                <w:szCs w:val="24"/>
              </w:rPr>
            </w:pPr>
          </w:p>
        </w:tc>
        <w:tc>
          <w:tcPr>
            <w:tcW w:w="1120" w:type="dxa"/>
          </w:tcPr>
          <w:p w14:paraId="5443A5DF" w14:textId="77777777" w:rsidR="007C5D2A" w:rsidRPr="00527D3A" w:rsidRDefault="007C5D2A" w:rsidP="00527D3A">
            <w:pPr>
              <w:jc w:val="both"/>
              <w:rPr>
                <w:rFonts w:cs="Arial"/>
                <w:sz w:val="24"/>
                <w:szCs w:val="24"/>
              </w:rPr>
            </w:pPr>
          </w:p>
        </w:tc>
        <w:tc>
          <w:tcPr>
            <w:tcW w:w="1120" w:type="dxa"/>
          </w:tcPr>
          <w:p w14:paraId="423F4F07" w14:textId="77777777" w:rsidR="007C5D2A" w:rsidRPr="00527D3A" w:rsidRDefault="007C5D2A" w:rsidP="00527D3A">
            <w:pPr>
              <w:jc w:val="both"/>
              <w:rPr>
                <w:rFonts w:cs="Arial"/>
                <w:sz w:val="24"/>
                <w:szCs w:val="24"/>
              </w:rPr>
            </w:pPr>
          </w:p>
        </w:tc>
      </w:tr>
      <w:tr w:rsidR="007C5D2A" w:rsidRPr="00527D3A" w14:paraId="441CE786" w14:textId="77777777">
        <w:trPr>
          <w:jc w:val="center"/>
        </w:trPr>
        <w:tc>
          <w:tcPr>
            <w:tcW w:w="1120" w:type="dxa"/>
          </w:tcPr>
          <w:p w14:paraId="3048C24D" w14:textId="77777777" w:rsidR="007C5D2A" w:rsidRPr="00527D3A" w:rsidRDefault="007C5D2A" w:rsidP="00527D3A">
            <w:pPr>
              <w:jc w:val="both"/>
              <w:rPr>
                <w:rFonts w:cs="Arial"/>
                <w:sz w:val="24"/>
                <w:szCs w:val="24"/>
              </w:rPr>
            </w:pPr>
          </w:p>
        </w:tc>
        <w:tc>
          <w:tcPr>
            <w:tcW w:w="1120" w:type="dxa"/>
          </w:tcPr>
          <w:p w14:paraId="7252DCFC" w14:textId="77777777" w:rsidR="007C5D2A" w:rsidRPr="00527D3A" w:rsidRDefault="007C5D2A" w:rsidP="00527D3A">
            <w:pPr>
              <w:jc w:val="both"/>
              <w:rPr>
                <w:rFonts w:cs="Arial"/>
                <w:sz w:val="24"/>
                <w:szCs w:val="24"/>
              </w:rPr>
            </w:pPr>
          </w:p>
        </w:tc>
        <w:tc>
          <w:tcPr>
            <w:tcW w:w="1120" w:type="dxa"/>
          </w:tcPr>
          <w:p w14:paraId="6FF4A7A8" w14:textId="77777777" w:rsidR="007C5D2A" w:rsidRPr="00527D3A" w:rsidRDefault="007C5D2A" w:rsidP="00527D3A">
            <w:pPr>
              <w:jc w:val="both"/>
              <w:rPr>
                <w:rFonts w:cs="Arial"/>
                <w:sz w:val="24"/>
                <w:szCs w:val="24"/>
              </w:rPr>
            </w:pPr>
          </w:p>
        </w:tc>
        <w:tc>
          <w:tcPr>
            <w:tcW w:w="1120" w:type="dxa"/>
          </w:tcPr>
          <w:p w14:paraId="17D0B877" w14:textId="77777777" w:rsidR="007C5D2A" w:rsidRPr="00527D3A" w:rsidRDefault="007C5D2A" w:rsidP="00527D3A">
            <w:pPr>
              <w:jc w:val="both"/>
              <w:rPr>
                <w:rFonts w:cs="Arial"/>
                <w:sz w:val="24"/>
                <w:szCs w:val="24"/>
              </w:rPr>
            </w:pPr>
          </w:p>
        </w:tc>
        <w:tc>
          <w:tcPr>
            <w:tcW w:w="1120" w:type="dxa"/>
          </w:tcPr>
          <w:p w14:paraId="3D417E61" w14:textId="77777777" w:rsidR="007C5D2A" w:rsidRPr="00527D3A" w:rsidRDefault="007C5D2A" w:rsidP="00527D3A">
            <w:pPr>
              <w:jc w:val="both"/>
              <w:rPr>
                <w:rFonts w:cs="Arial"/>
                <w:sz w:val="24"/>
                <w:szCs w:val="24"/>
              </w:rPr>
            </w:pPr>
          </w:p>
        </w:tc>
        <w:tc>
          <w:tcPr>
            <w:tcW w:w="1120" w:type="dxa"/>
          </w:tcPr>
          <w:p w14:paraId="149A1E37" w14:textId="77777777" w:rsidR="007C5D2A" w:rsidRPr="00527D3A" w:rsidRDefault="007C5D2A" w:rsidP="00527D3A">
            <w:pPr>
              <w:jc w:val="both"/>
              <w:rPr>
                <w:rFonts w:cs="Arial"/>
                <w:sz w:val="24"/>
                <w:szCs w:val="24"/>
              </w:rPr>
            </w:pPr>
          </w:p>
        </w:tc>
        <w:tc>
          <w:tcPr>
            <w:tcW w:w="1120" w:type="dxa"/>
          </w:tcPr>
          <w:p w14:paraId="7785E8B0" w14:textId="77777777" w:rsidR="007C5D2A" w:rsidRPr="00527D3A" w:rsidRDefault="007C5D2A" w:rsidP="00527D3A">
            <w:pPr>
              <w:jc w:val="both"/>
              <w:rPr>
                <w:rFonts w:cs="Arial"/>
                <w:sz w:val="24"/>
                <w:szCs w:val="24"/>
              </w:rPr>
            </w:pPr>
          </w:p>
        </w:tc>
        <w:tc>
          <w:tcPr>
            <w:tcW w:w="1120" w:type="dxa"/>
          </w:tcPr>
          <w:p w14:paraId="673C976E" w14:textId="77777777" w:rsidR="007C5D2A" w:rsidRPr="00527D3A" w:rsidRDefault="007C5D2A" w:rsidP="00527D3A">
            <w:pPr>
              <w:jc w:val="both"/>
              <w:rPr>
                <w:rFonts w:cs="Arial"/>
                <w:sz w:val="24"/>
                <w:szCs w:val="24"/>
              </w:rPr>
            </w:pPr>
          </w:p>
        </w:tc>
        <w:tc>
          <w:tcPr>
            <w:tcW w:w="1120" w:type="dxa"/>
          </w:tcPr>
          <w:p w14:paraId="1A8A3B98" w14:textId="77777777" w:rsidR="007C5D2A" w:rsidRPr="00527D3A" w:rsidRDefault="007C5D2A" w:rsidP="00527D3A">
            <w:pPr>
              <w:jc w:val="both"/>
              <w:rPr>
                <w:rFonts w:cs="Arial"/>
                <w:sz w:val="24"/>
                <w:szCs w:val="24"/>
              </w:rPr>
            </w:pPr>
          </w:p>
        </w:tc>
      </w:tr>
      <w:tr w:rsidR="007C5D2A" w:rsidRPr="00527D3A" w14:paraId="159C528F" w14:textId="77777777">
        <w:trPr>
          <w:jc w:val="center"/>
        </w:trPr>
        <w:tc>
          <w:tcPr>
            <w:tcW w:w="1120" w:type="dxa"/>
          </w:tcPr>
          <w:p w14:paraId="23EAC717" w14:textId="77777777" w:rsidR="007C5D2A" w:rsidRPr="00527D3A" w:rsidRDefault="007C5D2A" w:rsidP="00527D3A">
            <w:pPr>
              <w:jc w:val="both"/>
              <w:rPr>
                <w:rFonts w:cs="Arial"/>
                <w:sz w:val="24"/>
                <w:szCs w:val="24"/>
              </w:rPr>
            </w:pPr>
          </w:p>
        </w:tc>
        <w:tc>
          <w:tcPr>
            <w:tcW w:w="1120" w:type="dxa"/>
          </w:tcPr>
          <w:p w14:paraId="00E474CE" w14:textId="77777777" w:rsidR="007C5D2A" w:rsidRPr="00527D3A" w:rsidRDefault="007C5D2A" w:rsidP="00527D3A">
            <w:pPr>
              <w:jc w:val="both"/>
              <w:rPr>
                <w:rFonts w:cs="Arial"/>
                <w:sz w:val="24"/>
                <w:szCs w:val="24"/>
              </w:rPr>
            </w:pPr>
          </w:p>
        </w:tc>
        <w:tc>
          <w:tcPr>
            <w:tcW w:w="1120" w:type="dxa"/>
          </w:tcPr>
          <w:p w14:paraId="5761C632" w14:textId="77777777" w:rsidR="007C5D2A" w:rsidRPr="00527D3A" w:rsidRDefault="007C5D2A" w:rsidP="00527D3A">
            <w:pPr>
              <w:jc w:val="both"/>
              <w:rPr>
                <w:rFonts w:cs="Arial"/>
                <w:sz w:val="24"/>
                <w:szCs w:val="24"/>
              </w:rPr>
            </w:pPr>
          </w:p>
        </w:tc>
        <w:tc>
          <w:tcPr>
            <w:tcW w:w="1120" w:type="dxa"/>
          </w:tcPr>
          <w:p w14:paraId="5CFD5151" w14:textId="77777777" w:rsidR="007C5D2A" w:rsidRPr="00527D3A" w:rsidRDefault="007C5D2A" w:rsidP="00527D3A">
            <w:pPr>
              <w:jc w:val="both"/>
              <w:rPr>
                <w:rFonts w:cs="Arial"/>
                <w:sz w:val="24"/>
                <w:szCs w:val="24"/>
              </w:rPr>
            </w:pPr>
          </w:p>
        </w:tc>
        <w:tc>
          <w:tcPr>
            <w:tcW w:w="1120" w:type="dxa"/>
          </w:tcPr>
          <w:p w14:paraId="7D257DF8" w14:textId="77777777" w:rsidR="007C5D2A" w:rsidRPr="00527D3A" w:rsidRDefault="007C5D2A" w:rsidP="00527D3A">
            <w:pPr>
              <w:jc w:val="both"/>
              <w:rPr>
                <w:rFonts w:cs="Arial"/>
                <w:sz w:val="24"/>
                <w:szCs w:val="24"/>
              </w:rPr>
            </w:pPr>
          </w:p>
        </w:tc>
        <w:tc>
          <w:tcPr>
            <w:tcW w:w="1120" w:type="dxa"/>
          </w:tcPr>
          <w:p w14:paraId="225E825D" w14:textId="77777777" w:rsidR="007C5D2A" w:rsidRPr="00527D3A" w:rsidRDefault="007C5D2A" w:rsidP="00527D3A">
            <w:pPr>
              <w:jc w:val="both"/>
              <w:rPr>
                <w:rFonts w:cs="Arial"/>
                <w:sz w:val="24"/>
                <w:szCs w:val="24"/>
              </w:rPr>
            </w:pPr>
          </w:p>
        </w:tc>
        <w:tc>
          <w:tcPr>
            <w:tcW w:w="1120" w:type="dxa"/>
          </w:tcPr>
          <w:p w14:paraId="1EBBF996" w14:textId="77777777" w:rsidR="007C5D2A" w:rsidRPr="00527D3A" w:rsidRDefault="007C5D2A" w:rsidP="00527D3A">
            <w:pPr>
              <w:jc w:val="both"/>
              <w:rPr>
                <w:rFonts w:cs="Arial"/>
                <w:sz w:val="24"/>
                <w:szCs w:val="24"/>
              </w:rPr>
            </w:pPr>
          </w:p>
        </w:tc>
        <w:tc>
          <w:tcPr>
            <w:tcW w:w="1120" w:type="dxa"/>
          </w:tcPr>
          <w:p w14:paraId="2C62B421" w14:textId="77777777" w:rsidR="007C5D2A" w:rsidRPr="00527D3A" w:rsidRDefault="007C5D2A" w:rsidP="00527D3A">
            <w:pPr>
              <w:jc w:val="both"/>
              <w:rPr>
                <w:rFonts w:cs="Arial"/>
                <w:sz w:val="24"/>
                <w:szCs w:val="24"/>
              </w:rPr>
            </w:pPr>
          </w:p>
        </w:tc>
        <w:tc>
          <w:tcPr>
            <w:tcW w:w="1120" w:type="dxa"/>
          </w:tcPr>
          <w:p w14:paraId="61A51826" w14:textId="77777777" w:rsidR="007C5D2A" w:rsidRPr="00527D3A" w:rsidRDefault="007C5D2A" w:rsidP="00527D3A">
            <w:pPr>
              <w:jc w:val="both"/>
              <w:rPr>
                <w:rFonts w:cs="Arial"/>
                <w:sz w:val="24"/>
                <w:szCs w:val="24"/>
              </w:rPr>
            </w:pPr>
          </w:p>
        </w:tc>
      </w:tr>
    </w:tbl>
    <w:p w14:paraId="60D07629" w14:textId="77777777" w:rsidR="00527D3A" w:rsidRDefault="00527D3A" w:rsidP="00527D3A">
      <w:pPr>
        <w:spacing w:after="80" w:line="240" w:lineRule="auto"/>
        <w:jc w:val="both"/>
        <w:rPr>
          <w:rFonts w:cs="Arial"/>
          <w:sz w:val="24"/>
          <w:szCs w:val="24"/>
        </w:rPr>
      </w:pPr>
    </w:p>
    <w:p w14:paraId="2917E8E1" w14:textId="7B68068E" w:rsidR="007C5D2A" w:rsidRDefault="00000000" w:rsidP="00527D3A">
      <w:pPr>
        <w:spacing w:after="80" w:line="240" w:lineRule="auto"/>
        <w:jc w:val="both"/>
        <w:rPr>
          <w:rFonts w:cs="Arial"/>
          <w:sz w:val="24"/>
          <w:szCs w:val="24"/>
        </w:rPr>
      </w:pPr>
      <w:r w:rsidRPr="00527D3A">
        <w:rPr>
          <w:rFonts w:cs="Arial"/>
          <w:sz w:val="24"/>
          <w:szCs w:val="24"/>
        </w:rPr>
        <w:t xml:space="preserve">Para </w:t>
      </w:r>
      <w:proofErr w:type="spellStart"/>
      <w:r w:rsidRPr="00527D3A">
        <w:rPr>
          <w:rFonts w:cs="Arial"/>
          <w:sz w:val="24"/>
          <w:szCs w:val="24"/>
        </w:rPr>
        <w:t>cada</w:t>
      </w:r>
      <w:proofErr w:type="spellEnd"/>
      <w:r w:rsidRPr="00527D3A">
        <w:rPr>
          <w:rFonts w:cs="Arial"/>
          <w:sz w:val="24"/>
          <w:szCs w:val="24"/>
        </w:rPr>
        <w:t xml:space="preserve"> </w:t>
      </w:r>
      <w:proofErr w:type="spellStart"/>
      <w:r w:rsidRPr="00527D3A">
        <w:rPr>
          <w:rFonts w:cs="Arial"/>
          <w:sz w:val="24"/>
          <w:szCs w:val="24"/>
        </w:rPr>
        <w:t>experiencia</w:t>
      </w:r>
      <w:proofErr w:type="spellEnd"/>
      <w:r w:rsidRPr="00527D3A">
        <w:rPr>
          <w:rFonts w:cs="Arial"/>
          <w:sz w:val="24"/>
          <w:szCs w:val="24"/>
        </w:rPr>
        <w:t xml:space="preserve"> </w:t>
      </w:r>
      <w:proofErr w:type="spellStart"/>
      <w:r w:rsidRPr="00527D3A">
        <w:rPr>
          <w:rFonts w:cs="Arial"/>
          <w:sz w:val="24"/>
          <w:szCs w:val="24"/>
        </w:rPr>
        <w:t>relacionada</w:t>
      </w:r>
      <w:proofErr w:type="spellEnd"/>
      <w:r w:rsidRPr="00527D3A">
        <w:rPr>
          <w:rFonts w:cs="Arial"/>
          <w:sz w:val="24"/>
          <w:szCs w:val="24"/>
        </w:rPr>
        <w:t xml:space="preserve"> </w:t>
      </w:r>
      <w:proofErr w:type="spellStart"/>
      <w:r w:rsidRPr="00527D3A">
        <w:rPr>
          <w:rFonts w:cs="Arial"/>
          <w:sz w:val="24"/>
          <w:szCs w:val="24"/>
        </w:rPr>
        <w:t>deberán</w:t>
      </w:r>
      <w:proofErr w:type="spellEnd"/>
      <w:r w:rsidRPr="00527D3A">
        <w:rPr>
          <w:rFonts w:cs="Arial"/>
          <w:sz w:val="24"/>
          <w:szCs w:val="24"/>
        </w:rPr>
        <w:t xml:space="preserve"> aportarse los documentos exigidos en la Invitación Pública, tales como certificaciones, actas de terminación o liquidación y demás soportes que permitan comprobar la información declarada. Los documentos deberán identificar, como mínimo, al contratante, objeto, valor ejecutado y demás datos </w:t>
      </w:r>
      <w:proofErr w:type="spellStart"/>
      <w:r w:rsidRPr="00527D3A">
        <w:rPr>
          <w:rFonts w:cs="Arial"/>
          <w:sz w:val="24"/>
          <w:szCs w:val="24"/>
        </w:rPr>
        <w:t>requeridos</w:t>
      </w:r>
      <w:proofErr w:type="spellEnd"/>
      <w:r w:rsidRPr="00527D3A">
        <w:rPr>
          <w:rFonts w:cs="Arial"/>
          <w:sz w:val="24"/>
          <w:szCs w:val="24"/>
        </w:rPr>
        <w:t xml:space="preserve"> </w:t>
      </w:r>
      <w:proofErr w:type="spellStart"/>
      <w:r w:rsidRPr="00527D3A">
        <w:rPr>
          <w:rFonts w:cs="Arial"/>
          <w:sz w:val="24"/>
          <w:szCs w:val="24"/>
        </w:rPr>
        <w:t>por</w:t>
      </w:r>
      <w:proofErr w:type="spellEnd"/>
      <w:r w:rsidRPr="00527D3A">
        <w:rPr>
          <w:rFonts w:cs="Arial"/>
          <w:sz w:val="24"/>
          <w:szCs w:val="24"/>
        </w:rPr>
        <w:t xml:space="preserve"> la </w:t>
      </w:r>
      <w:proofErr w:type="spellStart"/>
      <w:r w:rsidRPr="00527D3A">
        <w:rPr>
          <w:rFonts w:cs="Arial"/>
          <w:sz w:val="24"/>
          <w:szCs w:val="24"/>
        </w:rPr>
        <w:t>Entidad</w:t>
      </w:r>
      <w:proofErr w:type="spellEnd"/>
      <w:r w:rsidRPr="00527D3A">
        <w:rPr>
          <w:rFonts w:cs="Arial"/>
          <w:sz w:val="24"/>
          <w:szCs w:val="24"/>
        </w:rPr>
        <w:t>.</w:t>
      </w:r>
    </w:p>
    <w:p w14:paraId="3B8D3BEE" w14:textId="77777777" w:rsidR="00527D3A" w:rsidRPr="00527D3A" w:rsidRDefault="00527D3A" w:rsidP="00527D3A">
      <w:pPr>
        <w:spacing w:after="80" w:line="240" w:lineRule="auto"/>
        <w:jc w:val="both"/>
        <w:rPr>
          <w:rFonts w:cs="Arial"/>
          <w:sz w:val="24"/>
          <w:szCs w:val="24"/>
        </w:rPr>
      </w:pPr>
    </w:p>
    <w:p w14:paraId="154DCAAB" w14:textId="77777777" w:rsidR="007C5D2A" w:rsidRDefault="00000000" w:rsidP="00527D3A">
      <w:pPr>
        <w:spacing w:after="80" w:line="240" w:lineRule="auto"/>
        <w:jc w:val="both"/>
        <w:rPr>
          <w:rFonts w:cs="Arial"/>
          <w:sz w:val="24"/>
          <w:szCs w:val="24"/>
        </w:rPr>
      </w:pPr>
      <w:r w:rsidRPr="00527D3A">
        <w:rPr>
          <w:rFonts w:cs="Arial"/>
          <w:sz w:val="24"/>
          <w:szCs w:val="24"/>
        </w:rPr>
        <w:t xml:space="preserve">Cuando corresponda, el proponente deberá aportar la documentación relacionada con el RUP y/o los soportes adicionales establecidos en </w:t>
      </w:r>
      <w:proofErr w:type="spellStart"/>
      <w:r w:rsidRPr="00527D3A">
        <w:rPr>
          <w:rFonts w:cs="Arial"/>
          <w:sz w:val="24"/>
          <w:szCs w:val="24"/>
        </w:rPr>
        <w:t>los</w:t>
      </w:r>
      <w:proofErr w:type="spellEnd"/>
      <w:r w:rsidRPr="00527D3A">
        <w:rPr>
          <w:rFonts w:cs="Arial"/>
          <w:sz w:val="24"/>
          <w:szCs w:val="24"/>
        </w:rPr>
        <w:t xml:space="preserve"> </w:t>
      </w:r>
      <w:proofErr w:type="spellStart"/>
      <w:r w:rsidRPr="00527D3A">
        <w:rPr>
          <w:rFonts w:cs="Arial"/>
          <w:sz w:val="24"/>
          <w:szCs w:val="24"/>
        </w:rPr>
        <w:t>documentos</w:t>
      </w:r>
      <w:proofErr w:type="spellEnd"/>
      <w:r w:rsidRPr="00527D3A">
        <w:rPr>
          <w:rFonts w:cs="Arial"/>
          <w:sz w:val="24"/>
          <w:szCs w:val="24"/>
        </w:rPr>
        <w:t xml:space="preserve"> del </w:t>
      </w:r>
      <w:proofErr w:type="spellStart"/>
      <w:r w:rsidRPr="00527D3A">
        <w:rPr>
          <w:rFonts w:cs="Arial"/>
          <w:sz w:val="24"/>
          <w:szCs w:val="24"/>
        </w:rPr>
        <w:t>proceso</w:t>
      </w:r>
      <w:proofErr w:type="spellEnd"/>
      <w:r w:rsidRPr="00527D3A">
        <w:rPr>
          <w:rFonts w:cs="Arial"/>
          <w:sz w:val="24"/>
          <w:szCs w:val="24"/>
        </w:rPr>
        <w:t>.</w:t>
      </w:r>
    </w:p>
    <w:p w14:paraId="394CF375" w14:textId="77777777" w:rsidR="00527D3A" w:rsidRPr="00527D3A" w:rsidRDefault="00527D3A" w:rsidP="00527D3A">
      <w:pPr>
        <w:spacing w:after="80" w:line="240" w:lineRule="auto"/>
        <w:jc w:val="both"/>
        <w:rPr>
          <w:rFonts w:cs="Arial"/>
          <w:sz w:val="24"/>
          <w:szCs w:val="24"/>
        </w:rPr>
      </w:pPr>
    </w:p>
    <w:p w14:paraId="6464CE2C" w14:textId="77777777" w:rsidR="007C5D2A" w:rsidRDefault="00000000" w:rsidP="00527D3A">
      <w:pPr>
        <w:spacing w:after="80" w:line="240" w:lineRule="auto"/>
        <w:jc w:val="both"/>
        <w:rPr>
          <w:rFonts w:cs="Arial"/>
          <w:sz w:val="24"/>
          <w:szCs w:val="24"/>
        </w:rPr>
      </w:pPr>
      <w:r w:rsidRPr="00527D3A">
        <w:rPr>
          <w:rFonts w:cs="Arial"/>
          <w:sz w:val="24"/>
          <w:szCs w:val="24"/>
        </w:rPr>
        <w:t xml:space="preserve">La experiencia será verificada bajo el criterio CUMPLE / NO CUMPLE. La información consignada en este formato deberá coincidir con </w:t>
      </w:r>
      <w:proofErr w:type="spellStart"/>
      <w:r w:rsidRPr="00527D3A">
        <w:rPr>
          <w:rFonts w:cs="Arial"/>
          <w:sz w:val="24"/>
          <w:szCs w:val="24"/>
        </w:rPr>
        <w:t>los</w:t>
      </w:r>
      <w:proofErr w:type="spellEnd"/>
      <w:r w:rsidRPr="00527D3A">
        <w:rPr>
          <w:rFonts w:cs="Arial"/>
          <w:sz w:val="24"/>
          <w:szCs w:val="24"/>
        </w:rPr>
        <w:t xml:space="preserve"> </w:t>
      </w:r>
      <w:proofErr w:type="spellStart"/>
      <w:r w:rsidRPr="00527D3A">
        <w:rPr>
          <w:rFonts w:cs="Arial"/>
          <w:sz w:val="24"/>
          <w:szCs w:val="24"/>
        </w:rPr>
        <w:t>soportes</w:t>
      </w:r>
      <w:proofErr w:type="spellEnd"/>
      <w:r w:rsidRPr="00527D3A">
        <w:rPr>
          <w:rFonts w:cs="Arial"/>
          <w:sz w:val="24"/>
          <w:szCs w:val="24"/>
        </w:rPr>
        <w:t xml:space="preserve"> </w:t>
      </w:r>
      <w:proofErr w:type="spellStart"/>
      <w:r w:rsidRPr="00527D3A">
        <w:rPr>
          <w:rFonts w:cs="Arial"/>
          <w:sz w:val="24"/>
          <w:szCs w:val="24"/>
        </w:rPr>
        <w:t>aportados</w:t>
      </w:r>
      <w:proofErr w:type="spellEnd"/>
      <w:r w:rsidRPr="00527D3A">
        <w:rPr>
          <w:rFonts w:cs="Arial"/>
          <w:sz w:val="24"/>
          <w:szCs w:val="24"/>
        </w:rPr>
        <w:t>.</w:t>
      </w:r>
    </w:p>
    <w:p w14:paraId="113C69BF" w14:textId="77777777" w:rsidR="00527D3A" w:rsidRPr="00527D3A" w:rsidRDefault="00527D3A" w:rsidP="00527D3A">
      <w:pPr>
        <w:spacing w:after="80" w:line="240" w:lineRule="auto"/>
        <w:jc w:val="both"/>
        <w:rPr>
          <w:rFonts w:cs="Arial"/>
          <w:sz w:val="24"/>
          <w:szCs w:val="24"/>
        </w:rPr>
      </w:pPr>
    </w:p>
    <w:tbl>
      <w:tblPr>
        <w:tblStyle w:val="Tablanormal4"/>
        <w:tblW w:w="0" w:type="auto"/>
        <w:tblLook w:val="04A0" w:firstRow="1" w:lastRow="0" w:firstColumn="1" w:lastColumn="0" w:noHBand="0" w:noVBand="1"/>
      </w:tblPr>
      <w:tblGrid>
        <w:gridCol w:w="4207"/>
        <w:gridCol w:w="6089"/>
      </w:tblGrid>
      <w:tr w:rsidR="007C5D2A" w:rsidRPr="00527D3A" w14:paraId="0CE61219" w14:textId="77777777" w:rsidTr="00527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0A4655D7" w14:textId="77777777" w:rsidR="007C5D2A" w:rsidRPr="00527D3A" w:rsidRDefault="00000000" w:rsidP="00527D3A">
            <w:pPr>
              <w:jc w:val="both"/>
              <w:rPr>
                <w:rFonts w:cs="Arial"/>
                <w:b w:val="0"/>
                <w:bCs w:val="0"/>
                <w:sz w:val="24"/>
                <w:szCs w:val="24"/>
              </w:rPr>
            </w:pPr>
            <w:r w:rsidRPr="00527D3A">
              <w:rPr>
                <w:rFonts w:cs="Arial"/>
                <w:b w:val="0"/>
                <w:bCs w:val="0"/>
                <w:sz w:val="24"/>
                <w:szCs w:val="24"/>
              </w:rPr>
              <w:t>Proponente:</w:t>
            </w:r>
          </w:p>
        </w:tc>
        <w:tc>
          <w:tcPr>
            <w:tcW w:w="5040" w:type="dxa"/>
          </w:tcPr>
          <w:p w14:paraId="4757C324" w14:textId="77777777" w:rsidR="007C5D2A" w:rsidRPr="00527D3A" w:rsidRDefault="00000000" w:rsidP="00527D3A">
            <w:pPr>
              <w:jc w:val="both"/>
              <w:cnfStyle w:val="100000000000" w:firstRow="1" w:lastRow="0" w:firstColumn="0" w:lastColumn="0" w:oddVBand="0" w:evenVBand="0" w:oddHBand="0" w:evenHBand="0" w:firstRowFirstColumn="0" w:firstRowLastColumn="0" w:lastRowFirstColumn="0" w:lastRowLastColumn="0"/>
              <w:rPr>
                <w:rFonts w:cs="Arial"/>
                <w:b w:val="0"/>
                <w:bCs w:val="0"/>
                <w:sz w:val="24"/>
                <w:szCs w:val="24"/>
              </w:rPr>
            </w:pPr>
            <w:r w:rsidRPr="00527D3A">
              <w:rPr>
                <w:rFonts w:cs="Arial"/>
                <w:b w:val="0"/>
                <w:bCs w:val="0"/>
                <w:sz w:val="24"/>
                <w:szCs w:val="24"/>
              </w:rPr>
              <w:t>____________________________________________</w:t>
            </w:r>
          </w:p>
        </w:tc>
      </w:tr>
      <w:tr w:rsidR="007C5D2A" w:rsidRPr="00527D3A" w14:paraId="44484700"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715110A3" w14:textId="77777777" w:rsidR="007C5D2A" w:rsidRPr="00527D3A" w:rsidRDefault="00000000" w:rsidP="00527D3A">
            <w:pPr>
              <w:jc w:val="both"/>
              <w:rPr>
                <w:rFonts w:cs="Arial"/>
                <w:b w:val="0"/>
                <w:bCs w:val="0"/>
                <w:sz w:val="24"/>
                <w:szCs w:val="24"/>
              </w:rPr>
            </w:pPr>
            <w:r w:rsidRPr="00527D3A">
              <w:rPr>
                <w:rFonts w:cs="Arial"/>
                <w:b w:val="0"/>
                <w:bCs w:val="0"/>
                <w:sz w:val="24"/>
                <w:szCs w:val="24"/>
              </w:rPr>
              <w:t>NIT / documento:</w:t>
            </w:r>
          </w:p>
        </w:tc>
        <w:tc>
          <w:tcPr>
            <w:tcW w:w="5040" w:type="dxa"/>
            <w:tcBorders>
              <w:bottom w:val="single" w:sz="4" w:space="0" w:color="auto"/>
            </w:tcBorders>
          </w:tcPr>
          <w:p w14:paraId="4DF828F6" w14:textId="77777777" w:rsidR="007C5D2A" w:rsidRPr="00527D3A" w:rsidRDefault="00000000"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r w:rsidRPr="00527D3A">
              <w:rPr>
                <w:rFonts w:cs="Arial"/>
                <w:sz w:val="24"/>
                <w:szCs w:val="24"/>
              </w:rPr>
              <w:t>____________________________________________</w:t>
            </w:r>
          </w:p>
        </w:tc>
      </w:tr>
      <w:tr w:rsidR="007C5D2A" w:rsidRPr="00527D3A" w14:paraId="08A774BA" w14:textId="77777777" w:rsidTr="00527D3A">
        <w:tc>
          <w:tcPr>
            <w:cnfStyle w:val="001000000000" w:firstRow="0" w:lastRow="0" w:firstColumn="1" w:lastColumn="0" w:oddVBand="0" w:evenVBand="0" w:oddHBand="0" w:evenHBand="0" w:firstRowFirstColumn="0" w:firstRowLastColumn="0" w:lastRowFirstColumn="0" w:lastRowLastColumn="0"/>
            <w:tcW w:w="5040" w:type="dxa"/>
          </w:tcPr>
          <w:p w14:paraId="23D8987A" w14:textId="77777777" w:rsidR="007C5D2A" w:rsidRPr="00527D3A" w:rsidRDefault="00000000" w:rsidP="00527D3A">
            <w:pPr>
              <w:jc w:val="both"/>
              <w:rPr>
                <w:rFonts w:cs="Arial"/>
                <w:b w:val="0"/>
                <w:bCs w:val="0"/>
                <w:sz w:val="24"/>
                <w:szCs w:val="24"/>
              </w:rPr>
            </w:pPr>
            <w:r w:rsidRPr="00527D3A">
              <w:rPr>
                <w:rFonts w:cs="Arial"/>
                <w:b w:val="0"/>
                <w:bCs w:val="0"/>
                <w:sz w:val="24"/>
                <w:szCs w:val="24"/>
              </w:rPr>
              <w:t>Representante legal:</w:t>
            </w:r>
          </w:p>
        </w:tc>
        <w:tc>
          <w:tcPr>
            <w:tcW w:w="5040" w:type="dxa"/>
            <w:tcBorders>
              <w:top w:val="single" w:sz="4" w:space="0" w:color="auto"/>
            </w:tcBorders>
          </w:tcPr>
          <w:p w14:paraId="475E531E" w14:textId="77777777" w:rsidR="007C5D2A" w:rsidRPr="00527D3A" w:rsidRDefault="00000000"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00527D3A">
              <w:rPr>
                <w:rFonts w:cs="Arial"/>
                <w:sz w:val="24"/>
                <w:szCs w:val="24"/>
              </w:rPr>
              <w:t>____________________________________________</w:t>
            </w:r>
          </w:p>
        </w:tc>
      </w:tr>
      <w:tr w:rsidR="007C5D2A" w:rsidRPr="00527D3A" w14:paraId="1D33547D" w14:textId="77777777" w:rsidTr="00527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B35BA58" w14:textId="77777777" w:rsidR="007C5D2A" w:rsidRPr="00527D3A" w:rsidRDefault="00000000" w:rsidP="00527D3A">
            <w:pPr>
              <w:jc w:val="both"/>
              <w:rPr>
                <w:rFonts w:cs="Arial"/>
                <w:b w:val="0"/>
                <w:bCs w:val="0"/>
                <w:sz w:val="24"/>
                <w:szCs w:val="24"/>
              </w:rPr>
            </w:pPr>
            <w:r w:rsidRPr="00527D3A">
              <w:rPr>
                <w:rFonts w:cs="Arial"/>
                <w:b w:val="0"/>
                <w:bCs w:val="0"/>
                <w:sz w:val="24"/>
                <w:szCs w:val="24"/>
              </w:rPr>
              <w:t>Firma:</w:t>
            </w:r>
          </w:p>
        </w:tc>
        <w:tc>
          <w:tcPr>
            <w:tcW w:w="5040" w:type="dxa"/>
          </w:tcPr>
          <w:p w14:paraId="773A9356" w14:textId="77777777" w:rsidR="007C5D2A" w:rsidRPr="00527D3A" w:rsidRDefault="00000000"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r w:rsidRPr="00527D3A">
              <w:rPr>
                <w:rFonts w:cs="Arial"/>
                <w:sz w:val="24"/>
                <w:szCs w:val="24"/>
              </w:rPr>
              <w:t>____________________________________________</w:t>
            </w:r>
          </w:p>
        </w:tc>
      </w:tr>
    </w:tbl>
    <w:p w14:paraId="681F23D5" w14:textId="77777777" w:rsidR="00AA628E" w:rsidRDefault="00000000" w:rsidP="00AA628E">
      <w:pPr>
        <w:spacing w:after="0"/>
        <w:jc w:val="center"/>
        <w:rPr>
          <w:rFonts w:cs="Arial"/>
          <w:b/>
          <w:sz w:val="24"/>
          <w:szCs w:val="24"/>
        </w:rPr>
      </w:pPr>
      <w:r w:rsidRPr="00527D3A">
        <w:rPr>
          <w:rFonts w:cs="Arial"/>
          <w:sz w:val="24"/>
          <w:szCs w:val="24"/>
        </w:rPr>
        <w:br w:type="page"/>
      </w:r>
      <w:r w:rsidRPr="00527D3A">
        <w:rPr>
          <w:rFonts w:cs="Arial"/>
          <w:b/>
          <w:sz w:val="24"/>
          <w:szCs w:val="24"/>
        </w:rPr>
        <w:lastRenderedPageBreak/>
        <w:t>ANEXO No. 5</w:t>
      </w:r>
    </w:p>
    <w:p w14:paraId="4CE4FF6A" w14:textId="2664124F" w:rsidR="007C5D2A" w:rsidRPr="00527D3A" w:rsidRDefault="00000000" w:rsidP="00AA628E">
      <w:pPr>
        <w:spacing w:after="0"/>
        <w:jc w:val="center"/>
        <w:rPr>
          <w:rFonts w:cs="Arial"/>
          <w:sz w:val="24"/>
          <w:szCs w:val="24"/>
        </w:rPr>
      </w:pPr>
      <w:r w:rsidRPr="00527D3A">
        <w:rPr>
          <w:rFonts w:cs="Arial"/>
          <w:b/>
          <w:sz w:val="24"/>
          <w:szCs w:val="24"/>
        </w:rPr>
        <w:t>COMPROMISO DE TRANSPARENCIA</w:t>
      </w:r>
    </w:p>
    <w:p w14:paraId="09810926" w14:textId="77777777" w:rsidR="00AA628E" w:rsidRPr="00527D3A" w:rsidRDefault="00AA628E" w:rsidP="00AA628E">
      <w:pPr>
        <w:spacing w:after="80" w:line="240" w:lineRule="auto"/>
        <w:rPr>
          <w:sz w:val="24"/>
          <w:szCs w:val="24"/>
        </w:rPr>
      </w:pPr>
      <w:proofErr w:type="spellStart"/>
      <w:r w:rsidRPr="00527D3A">
        <w:rPr>
          <w:sz w:val="24"/>
          <w:szCs w:val="24"/>
        </w:rPr>
        <w:t>Señores</w:t>
      </w:r>
      <w:proofErr w:type="spellEnd"/>
      <w:r w:rsidRPr="00527D3A">
        <w:rPr>
          <w:sz w:val="24"/>
          <w:szCs w:val="24"/>
        </w:rPr>
        <w:br/>
        <w:t>DISTRITO DE SANTIAGO DE CALI</w:t>
      </w:r>
      <w:r w:rsidRPr="00527D3A">
        <w:rPr>
          <w:sz w:val="24"/>
          <w:szCs w:val="24"/>
        </w:rPr>
        <w:br/>
        <w:t xml:space="preserve">Unidad </w:t>
      </w:r>
      <w:proofErr w:type="spellStart"/>
      <w:r w:rsidRPr="00527D3A">
        <w:rPr>
          <w:sz w:val="24"/>
          <w:szCs w:val="24"/>
        </w:rPr>
        <w:t>Administrativa</w:t>
      </w:r>
      <w:proofErr w:type="spellEnd"/>
      <w:r w:rsidRPr="00527D3A">
        <w:rPr>
          <w:sz w:val="24"/>
          <w:szCs w:val="24"/>
        </w:rPr>
        <w:t xml:space="preserve"> Especial de </w:t>
      </w:r>
      <w:proofErr w:type="spellStart"/>
      <w:r w:rsidRPr="00527D3A">
        <w:rPr>
          <w:sz w:val="24"/>
          <w:szCs w:val="24"/>
        </w:rPr>
        <w:t>Gestión</w:t>
      </w:r>
      <w:proofErr w:type="spellEnd"/>
      <w:r w:rsidRPr="00527D3A">
        <w:rPr>
          <w:sz w:val="24"/>
          <w:szCs w:val="24"/>
        </w:rPr>
        <w:t xml:space="preserve"> de Bienes y </w:t>
      </w:r>
      <w:proofErr w:type="spellStart"/>
      <w:r w:rsidRPr="00527D3A">
        <w:rPr>
          <w:sz w:val="24"/>
          <w:szCs w:val="24"/>
        </w:rPr>
        <w:t>Servicios</w:t>
      </w:r>
      <w:proofErr w:type="spellEnd"/>
      <w:r w:rsidRPr="00527D3A">
        <w:rPr>
          <w:sz w:val="24"/>
          <w:szCs w:val="24"/>
        </w:rPr>
        <w:t xml:space="preserve"> – UAEGBS</w:t>
      </w:r>
    </w:p>
    <w:p w14:paraId="3648BD3D" w14:textId="77777777" w:rsidR="00AA628E" w:rsidRPr="00527D3A" w:rsidRDefault="00AA628E" w:rsidP="00AA628E">
      <w:pPr>
        <w:spacing w:after="80" w:line="240" w:lineRule="auto"/>
        <w:rPr>
          <w:sz w:val="24"/>
          <w:szCs w:val="24"/>
        </w:rPr>
      </w:pPr>
    </w:p>
    <w:p w14:paraId="1F909D1C" w14:textId="77777777" w:rsidR="00AA628E" w:rsidRPr="00527D3A" w:rsidRDefault="00AA628E" w:rsidP="00AA628E">
      <w:pPr>
        <w:spacing w:after="80" w:line="240" w:lineRule="auto"/>
        <w:jc w:val="right"/>
        <w:rPr>
          <w:sz w:val="24"/>
          <w:szCs w:val="24"/>
        </w:rPr>
      </w:pPr>
      <w:proofErr w:type="spellStart"/>
      <w:r w:rsidRPr="00527D3A">
        <w:rPr>
          <w:sz w:val="24"/>
          <w:szCs w:val="24"/>
        </w:rPr>
        <w:t>Referencia</w:t>
      </w:r>
      <w:proofErr w:type="spellEnd"/>
      <w:r w:rsidRPr="00527D3A">
        <w:rPr>
          <w:sz w:val="24"/>
          <w:szCs w:val="24"/>
        </w:rPr>
        <w:t xml:space="preserve">: </w:t>
      </w:r>
      <w:proofErr w:type="spellStart"/>
      <w:r w:rsidRPr="00527D3A">
        <w:rPr>
          <w:sz w:val="24"/>
          <w:szCs w:val="24"/>
        </w:rPr>
        <w:t>Proceso</w:t>
      </w:r>
      <w:proofErr w:type="spellEnd"/>
      <w:r w:rsidRPr="00527D3A">
        <w:rPr>
          <w:sz w:val="24"/>
          <w:szCs w:val="24"/>
        </w:rPr>
        <w:t xml:space="preserve"> de </w:t>
      </w:r>
      <w:proofErr w:type="spellStart"/>
      <w:r w:rsidRPr="00527D3A">
        <w:rPr>
          <w:sz w:val="24"/>
          <w:szCs w:val="24"/>
        </w:rPr>
        <w:t>Selección</w:t>
      </w:r>
      <w:proofErr w:type="spellEnd"/>
      <w:r w:rsidRPr="00527D3A">
        <w:rPr>
          <w:sz w:val="24"/>
          <w:szCs w:val="24"/>
        </w:rPr>
        <w:t xml:space="preserve"> de </w:t>
      </w:r>
      <w:proofErr w:type="spellStart"/>
      <w:r w:rsidRPr="00527D3A">
        <w:rPr>
          <w:sz w:val="24"/>
          <w:szCs w:val="24"/>
        </w:rPr>
        <w:t>Mínima</w:t>
      </w:r>
      <w:proofErr w:type="spellEnd"/>
      <w:r w:rsidRPr="00527D3A">
        <w:rPr>
          <w:sz w:val="24"/>
          <w:szCs w:val="24"/>
        </w:rPr>
        <w:t xml:space="preserve"> </w:t>
      </w:r>
      <w:proofErr w:type="spellStart"/>
      <w:r w:rsidRPr="00527D3A">
        <w:rPr>
          <w:sz w:val="24"/>
          <w:szCs w:val="24"/>
        </w:rPr>
        <w:t>Cuantía</w:t>
      </w:r>
      <w:proofErr w:type="spellEnd"/>
      <w:r w:rsidRPr="00527D3A">
        <w:rPr>
          <w:sz w:val="24"/>
          <w:szCs w:val="24"/>
        </w:rPr>
        <w:t xml:space="preserve"> No. 4181.010.26.1.803-2026.</w:t>
      </w:r>
    </w:p>
    <w:p w14:paraId="3324E31A" w14:textId="77777777" w:rsidR="00AA628E" w:rsidRDefault="00AA628E" w:rsidP="00527D3A">
      <w:pPr>
        <w:spacing w:after="80" w:line="240" w:lineRule="auto"/>
        <w:jc w:val="both"/>
        <w:rPr>
          <w:rFonts w:cs="Arial"/>
          <w:sz w:val="24"/>
          <w:szCs w:val="24"/>
        </w:rPr>
      </w:pPr>
    </w:p>
    <w:p w14:paraId="6CCEC4FB" w14:textId="234BEF37" w:rsidR="007C5D2A" w:rsidRPr="00527D3A" w:rsidRDefault="00000000" w:rsidP="00527D3A">
      <w:pPr>
        <w:spacing w:after="80" w:line="240" w:lineRule="auto"/>
        <w:jc w:val="both"/>
        <w:rPr>
          <w:rFonts w:cs="Arial"/>
          <w:sz w:val="24"/>
          <w:szCs w:val="24"/>
        </w:rPr>
      </w:pPr>
      <w:r w:rsidRPr="00527D3A">
        <w:rPr>
          <w:rFonts w:cs="Arial"/>
          <w:sz w:val="24"/>
          <w:szCs w:val="24"/>
        </w:rPr>
        <w:t xml:space="preserve">Entre ________________________________________, </w:t>
      </w:r>
      <w:proofErr w:type="spellStart"/>
      <w:r w:rsidRPr="00527D3A">
        <w:rPr>
          <w:rFonts w:cs="Arial"/>
          <w:sz w:val="24"/>
          <w:szCs w:val="24"/>
        </w:rPr>
        <w:t>identificado</w:t>
      </w:r>
      <w:proofErr w:type="spellEnd"/>
      <w:r w:rsidRPr="00527D3A">
        <w:rPr>
          <w:rFonts w:cs="Arial"/>
          <w:sz w:val="24"/>
          <w:szCs w:val="24"/>
        </w:rPr>
        <w:t>(a) con C.C. No. ____________________, quien actúa en nombre propio / en representación de ________________________________________, y el DISTRITO DE SANTIAGO DE CALI – Unidad Administrativa Especial de Gestión de Bienes y Servicios – UAEGBS, se suscribe el presente compromiso con el propósito de reafirmar la obligación de actuar con integridad y transparencia durante el proceso de selección y, si corresponde, durante la ejecución contractual.</w:t>
      </w:r>
    </w:p>
    <w:p w14:paraId="5367BA9B" w14:textId="77777777" w:rsidR="007C5D2A" w:rsidRDefault="00000000" w:rsidP="00527D3A">
      <w:pPr>
        <w:spacing w:after="80" w:line="240" w:lineRule="auto"/>
        <w:jc w:val="both"/>
        <w:rPr>
          <w:rFonts w:cs="Arial"/>
          <w:sz w:val="24"/>
          <w:szCs w:val="24"/>
        </w:rPr>
      </w:pPr>
      <w:r w:rsidRPr="00527D3A">
        <w:rPr>
          <w:rFonts w:cs="Arial"/>
          <w:sz w:val="24"/>
          <w:szCs w:val="24"/>
        </w:rPr>
        <w:t xml:space="preserve">El </w:t>
      </w:r>
      <w:proofErr w:type="spellStart"/>
      <w:r w:rsidRPr="00527D3A">
        <w:rPr>
          <w:rFonts w:cs="Arial"/>
          <w:sz w:val="24"/>
          <w:szCs w:val="24"/>
        </w:rPr>
        <w:t>proponente</w:t>
      </w:r>
      <w:proofErr w:type="spellEnd"/>
      <w:r w:rsidRPr="00527D3A">
        <w:rPr>
          <w:rFonts w:cs="Arial"/>
          <w:sz w:val="24"/>
          <w:szCs w:val="24"/>
        </w:rPr>
        <w:t xml:space="preserve"> se </w:t>
      </w:r>
      <w:proofErr w:type="spellStart"/>
      <w:r w:rsidRPr="00527D3A">
        <w:rPr>
          <w:rFonts w:cs="Arial"/>
          <w:sz w:val="24"/>
          <w:szCs w:val="24"/>
        </w:rPr>
        <w:t>compromete</w:t>
      </w:r>
      <w:proofErr w:type="spellEnd"/>
      <w:r w:rsidRPr="00527D3A">
        <w:rPr>
          <w:rFonts w:cs="Arial"/>
          <w:sz w:val="24"/>
          <w:szCs w:val="24"/>
        </w:rPr>
        <w:t xml:space="preserve"> a:</w:t>
      </w:r>
    </w:p>
    <w:p w14:paraId="047BDB24" w14:textId="77777777" w:rsidR="00AA628E" w:rsidRPr="00527D3A" w:rsidRDefault="00AA628E" w:rsidP="00527D3A">
      <w:pPr>
        <w:spacing w:after="80" w:line="240" w:lineRule="auto"/>
        <w:jc w:val="both"/>
        <w:rPr>
          <w:rFonts w:cs="Arial"/>
          <w:sz w:val="24"/>
          <w:szCs w:val="24"/>
        </w:rPr>
      </w:pPr>
    </w:p>
    <w:p w14:paraId="4D6EBC07"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No ofrecer, prometer, entregar o solicitar, directa o indirectamente, beneficios, dádivas, pagos o ventajas indebidas relacionados con las decisiones que deban adoptarse dentro del proceso.</w:t>
      </w:r>
    </w:p>
    <w:p w14:paraId="2C302BB7"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 xml:space="preserve">Presentar información auténtica y abstenerse de suministrar documentos o manifestaciones que puedan inducir </w:t>
      </w:r>
      <w:proofErr w:type="gramStart"/>
      <w:r w:rsidRPr="00527D3A">
        <w:rPr>
          <w:rFonts w:cs="Arial"/>
          <w:sz w:val="24"/>
          <w:szCs w:val="24"/>
        </w:rPr>
        <w:t>a</w:t>
      </w:r>
      <w:proofErr w:type="gramEnd"/>
      <w:r w:rsidRPr="00527D3A">
        <w:rPr>
          <w:rFonts w:cs="Arial"/>
          <w:sz w:val="24"/>
          <w:szCs w:val="24"/>
        </w:rPr>
        <w:t xml:space="preserve"> error a la Entidad.</w:t>
      </w:r>
    </w:p>
    <w:p w14:paraId="4F09D6C8"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Actuar de manera leal frente a los demás participantes y frente a la Administración, respetando las reglas establecidas en la Invitación Pública.</w:t>
      </w:r>
    </w:p>
    <w:p w14:paraId="4781A58D"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Informar oportunamente cualquier situación que pueda afectar la transparencia del proceso o configurar una causal de inhabilidad o incompatibilidad.</w:t>
      </w:r>
    </w:p>
    <w:p w14:paraId="53B8E578"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Cumplir las obligaciones derivadas de la oferta y, en caso de selección, las previstas en el contrato y en los documentos que lo integran.</w:t>
      </w:r>
    </w:p>
    <w:p w14:paraId="7747FEDD" w14:textId="77777777" w:rsidR="007C5D2A" w:rsidRPr="00527D3A" w:rsidRDefault="00000000" w:rsidP="00527D3A">
      <w:pPr>
        <w:pStyle w:val="Listaconvietas"/>
        <w:spacing w:after="40"/>
        <w:jc w:val="both"/>
        <w:rPr>
          <w:rFonts w:cs="Arial"/>
          <w:sz w:val="24"/>
          <w:szCs w:val="24"/>
        </w:rPr>
      </w:pPr>
      <w:r w:rsidRPr="00527D3A">
        <w:rPr>
          <w:rFonts w:cs="Arial"/>
          <w:sz w:val="24"/>
          <w:szCs w:val="24"/>
        </w:rPr>
        <w:t>Permitir las verificaciones que legalmente realice la Entidad sobre la información presentada.</w:t>
      </w:r>
    </w:p>
    <w:p w14:paraId="20094F0F" w14:textId="77777777" w:rsidR="007C5D2A" w:rsidRDefault="00000000" w:rsidP="00527D3A">
      <w:pPr>
        <w:spacing w:after="80" w:line="240" w:lineRule="auto"/>
        <w:jc w:val="both"/>
        <w:rPr>
          <w:rFonts w:cs="Arial"/>
          <w:sz w:val="24"/>
          <w:szCs w:val="24"/>
        </w:rPr>
      </w:pPr>
      <w:r w:rsidRPr="00527D3A">
        <w:rPr>
          <w:rFonts w:cs="Arial"/>
          <w:sz w:val="24"/>
          <w:szCs w:val="24"/>
        </w:rPr>
        <w:t xml:space="preserve">El presente compromiso se entiende sin perjuicio de las responsabilidades fiscales, disciplinarias, penales, administrativas y contractuales que puedan derivarse de actuaciones </w:t>
      </w:r>
      <w:proofErr w:type="spellStart"/>
      <w:r w:rsidRPr="00527D3A">
        <w:rPr>
          <w:rFonts w:cs="Arial"/>
          <w:sz w:val="24"/>
          <w:szCs w:val="24"/>
        </w:rPr>
        <w:t>contrarias</w:t>
      </w:r>
      <w:proofErr w:type="spellEnd"/>
      <w:r w:rsidRPr="00527D3A">
        <w:rPr>
          <w:rFonts w:cs="Arial"/>
          <w:sz w:val="24"/>
          <w:szCs w:val="24"/>
        </w:rPr>
        <w:t xml:space="preserve"> al </w:t>
      </w:r>
      <w:proofErr w:type="spellStart"/>
      <w:r w:rsidRPr="00527D3A">
        <w:rPr>
          <w:rFonts w:cs="Arial"/>
          <w:sz w:val="24"/>
          <w:szCs w:val="24"/>
        </w:rPr>
        <w:t>ordenamiento</w:t>
      </w:r>
      <w:proofErr w:type="spellEnd"/>
      <w:r w:rsidRPr="00527D3A">
        <w:rPr>
          <w:rFonts w:cs="Arial"/>
          <w:sz w:val="24"/>
          <w:szCs w:val="24"/>
        </w:rPr>
        <w:t xml:space="preserve"> </w:t>
      </w:r>
      <w:proofErr w:type="spellStart"/>
      <w:r w:rsidRPr="00527D3A">
        <w:rPr>
          <w:rFonts w:cs="Arial"/>
          <w:sz w:val="24"/>
          <w:szCs w:val="24"/>
        </w:rPr>
        <w:t>jurídico</w:t>
      </w:r>
      <w:proofErr w:type="spellEnd"/>
      <w:r w:rsidRPr="00527D3A">
        <w:rPr>
          <w:rFonts w:cs="Arial"/>
          <w:sz w:val="24"/>
          <w:szCs w:val="24"/>
        </w:rPr>
        <w:t>.</w:t>
      </w:r>
    </w:p>
    <w:p w14:paraId="2D875B05" w14:textId="77777777" w:rsidR="00AA628E" w:rsidRDefault="00AA628E" w:rsidP="00527D3A">
      <w:pPr>
        <w:spacing w:after="80" w:line="240" w:lineRule="auto"/>
        <w:jc w:val="both"/>
        <w:rPr>
          <w:rFonts w:cs="Arial"/>
          <w:sz w:val="24"/>
          <w:szCs w:val="24"/>
        </w:rPr>
      </w:pPr>
    </w:p>
    <w:p w14:paraId="202AC625" w14:textId="29293948" w:rsidR="007C5D2A" w:rsidRDefault="00000000" w:rsidP="00527D3A">
      <w:pPr>
        <w:spacing w:after="80" w:line="240" w:lineRule="auto"/>
        <w:jc w:val="both"/>
        <w:rPr>
          <w:rFonts w:cs="Arial"/>
          <w:sz w:val="24"/>
          <w:szCs w:val="24"/>
        </w:rPr>
      </w:pPr>
      <w:r w:rsidRPr="00527D3A">
        <w:rPr>
          <w:rFonts w:cs="Arial"/>
          <w:sz w:val="24"/>
          <w:szCs w:val="24"/>
        </w:rPr>
        <w:t xml:space="preserve">Se </w:t>
      </w:r>
      <w:proofErr w:type="spellStart"/>
      <w:r w:rsidRPr="00527D3A">
        <w:rPr>
          <w:rFonts w:cs="Arial"/>
          <w:sz w:val="24"/>
          <w:szCs w:val="24"/>
        </w:rPr>
        <w:t>firma</w:t>
      </w:r>
      <w:proofErr w:type="spellEnd"/>
      <w:r w:rsidRPr="00527D3A">
        <w:rPr>
          <w:rFonts w:cs="Arial"/>
          <w:sz w:val="24"/>
          <w:szCs w:val="24"/>
        </w:rPr>
        <w:t xml:space="preserve"> </w:t>
      </w:r>
      <w:proofErr w:type="spellStart"/>
      <w:r w:rsidRPr="00527D3A">
        <w:rPr>
          <w:rFonts w:cs="Arial"/>
          <w:sz w:val="24"/>
          <w:szCs w:val="24"/>
        </w:rPr>
        <w:t>en</w:t>
      </w:r>
      <w:proofErr w:type="spellEnd"/>
      <w:r w:rsidRPr="00527D3A">
        <w:rPr>
          <w:rFonts w:cs="Arial"/>
          <w:sz w:val="24"/>
          <w:szCs w:val="24"/>
        </w:rPr>
        <w:t xml:space="preserve"> Santiago de Cali, a los ____ días del mes de __________ </w:t>
      </w:r>
      <w:proofErr w:type="spellStart"/>
      <w:r w:rsidRPr="00527D3A">
        <w:rPr>
          <w:rFonts w:cs="Arial"/>
          <w:sz w:val="24"/>
          <w:szCs w:val="24"/>
        </w:rPr>
        <w:t>de</w:t>
      </w:r>
      <w:proofErr w:type="spellEnd"/>
      <w:r w:rsidRPr="00527D3A">
        <w:rPr>
          <w:rFonts w:cs="Arial"/>
          <w:sz w:val="24"/>
          <w:szCs w:val="24"/>
        </w:rPr>
        <w:t xml:space="preserve"> 2026.</w:t>
      </w:r>
    </w:p>
    <w:p w14:paraId="1EC33FFC" w14:textId="77777777" w:rsidR="00AA628E" w:rsidRPr="00527D3A" w:rsidRDefault="00AA628E" w:rsidP="00527D3A">
      <w:pPr>
        <w:spacing w:after="80" w:line="240" w:lineRule="auto"/>
        <w:jc w:val="both"/>
        <w:rPr>
          <w:rFonts w:cs="Arial"/>
          <w:sz w:val="24"/>
          <w:szCs w:val="24"/>
        </w:rPr>
      </w:pPr>
    </w:p>
    <w:tbl>
      <w:tblPr>
        <w:tblStyle w:val="Tablanormal4"/>
        <w:tblW w:w="0" w:type="auto"/>
        <w:tblLook w:val="04A0" w:firstRow="1" w:lastRow="0" w:firstColumn="1" w:lastColumn="0" w:noHBand="0" w:noVBand="1"/>
      </w:tblPr>
      <w:tblGrid>
        <w:gridCol w:w="4207"/>
        <w:gridCol w:w="6089"/>
      </w:tblGrid>
      <w:tr w:rsidR="007C5D2A" w:rsidRPr="00527D3A" w14:paraId="3129586B" w14:textId="77777777" w:rsidTr="00AA6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24004F29" w14:textId="77777777" w:rsidR="007C5D2A" w:rsidRPr="00527D3A" w:rsidRDefault="00000000" w:rsidP="00527D3A">
            <w:pPr>
              <w:jc w:val="both"/>
              <w:rPr>
                <w:rFonts w:cs="Arial"/>
                <w:sz w:val="24"/>
                <w:szCs w:val="24"/>
              </w:rPr>
            </w:pPr>
            <w:r w:rsidRPr="00527D3A">
              <w:rPr>
                <w:rFonts w:cs="Arial"/>
                <w:sz w:val="24"/>
                <w:szCs w:val="24"/>
              </w:rPr>
              <w:t xml:space="preserve">Nombre / </w:t>
            </w:r>
            <w:proofErr w:type="spellStart"/>
            <w:r w:rsidRPr="00527D3A">
              <w:rPr>
                <w:rFonts w:cs="Arial"/>
                <w:sz w:val="24"/>
                <w:szCs w:val="24"/>
              </w:rPr>
              <w:t>razón</w:t>
            </w:r>
            <w:proofErr w:type="spellEnd"/>
            <w:r w:rsidRPr="00527D3A">
              <w:rPr>
                <w:rFonts w:cs="Arial"/>
                <w:sz w:val="24"/>
                <w:szCs w:val="24"/>
              </w:rPr>
              <w:t xml:space="preserve"> social:</w:t>
            </w:r>
          </w:p>
        </w:tc>
        <w:tc>
          <w:tcPr>
            <w:tcW w:w="5040" w:type="dxa"/>
            <w:tcBorders>
              <w:bottom w:val="single" w:sz="4" w:space="0" w:color="auto"/>
            </w:tcBorders>
          </w:tcPr>
          <w:p w14:paraId="3AE9A9F1" w14:textId="1F2CDA54" w:rsidR="007C5D2A" w:rsidRPr="00527D3A" w:rsidRDefault="007C5D2A" w:rsidP="00527D3A">
            <w:pPr>
              <w:jc w:val="both"/>
              <w:cnfStyle w:val="100000000000" w:firstRow="1"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43C98ECF"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A31E0DB" w14:textId="77777777" w:rsidR="007C5D2A" w:rsidRPr="00527D3A" w:rsidRDefault="00000000" w:rsidP="00527D3A">
            <w:pPr>
              <w:jc w:val="both"/>
              <w:rPr>
                <w:rFonts w:cs="Arial"/>
                <w:sz w:val="24"/>
                <w:szCs w:val="24"/>
              </w:rPr>
            </w:pPr>
            <w:r w:rsidRPr="00527D3A">
              <w:rPr>
                <w:rFonts w:cs="Arial"/>
                <w:sz w:val="24"/>
                <w:szCs w:val="24"/>
              </w:rPr>
              <w:t>NIT / documento:</w:t>
            </w:r>
          </w:p>
        </w:tc>
        <w:tc>
          <w:tcPr>
            <w:tcW w:w="5040" w:type="dxa"/>
            <w:tcBorders>
              <w:top w:val="single" w:sz="4" w:space="0" w:color="auto"/>
              <w:bottom w:val="single" w:sz="4" w:space="0" w:color="auto"/>
            </w:tcBorders>
          </w:tcPr>
          <w:p w14:paraId="068BFF30" w14:textId="16C093F9"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489685D3"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267861C9" w14:textId="77777777" w:rsidR="007C5D2A" w:rsidRPr="00527D3A" w:rsidRDefault="00000000" w:rsidP="00527D3A">
            <w:pPr>
              <w:jc w:val="both"/>
              <w:rPr>
                <w:rFonts w:cs="Arial"/>
                <w:sz w:val="24"/>
                <w:szCs w:val="24"/>
              </w:rPr>
            </w:pPr>
            <w:r w:rsidRPr="00527D3A">
              <w:rPr>
                <w:rFonts w:cs="Arial"/>
                <w:sz w:val="24"/>
                <w:szCs w:val="24"/>
              </w:rPr>
              <w:lastRenderedPageBreak/>
              <w:t>Representante legal:</w:t>
            </w:r>
          </w:p>
        </w:tc>
        <w:tc>
          <w:tcPr>
            <w:tcW w:w="5040" w:type="dxa"/>
            <w:tcBorders>
              <w:top w:val="single" w:sz="4" w:space="0" w:color="auto"/>
              <w:bottom w:val="single" w:sz="4" w:space="0" w:color="auto"/>
            </w:tcBorders>
          </w:tcPr>
          <w:p w14:paraId="734C138A" w14:textId="26F66272"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58F67C4E"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5198D0AF" w14:textId="77777777" w:rsidR="007C5D2A" w:rsidRPr="00527D3A" w:rsidRDefault="00000000" w:rsidP="00527D3A">
            <w:pPr>
              <w:jc w:val="both"/>
              <w:rPr>
                <w:rFonts w:cs="Arial"/>
                <w:sz w:val="24"/>
                <w:szCs w:val="24"/>
              </w:rPr>
            </w:pPr>
            <w:r w:rsidRPr="00527D3A">
              <w:rPr>
                <w:rFonts w:cs="Arial"/>
                <w:sz w:val="24"/>
                <w:szCs w:val="24"/>
              </w:rPr>
              <w:t>C.C.:</w:t>
            </w:r>
          </w:p>
        </w:tc>
        <w:tc>
          <w:tcPr>
            <w:tcW w:w="5040" w:type="dxa"/>
            <w:tcBorders>
              <w:top w:val="single" w:sz="4" w:space="0" w:color="auto"/>
            </w:tcBorders>
          </w:tcPr>
          <w:p w14:paraId="6E8AAC07" w14:textId="77777777" w:rsidR="007C5D2A" w:rsidRPr="00527D3A" w:rsidRDefault="00000000"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r w:rsidRPr="00527D3A">
              <w:rPr>
                <w:rFonts w:cs="Arial"/>
                <w:sz w:val="24"/>
                <w:szCs w:val="24"/>
              </w:rPr>
              <w:t>____________________________________________</w:t>
            </w:r>
          </w:p>
        </w:tc>
      </w:tr>
      <w:tr w:rsidR="007C5D2A" w:rsidRPr="00527D3A" w14:paraId="220A8791"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030BAE9B" w14:textId="77777777" w:rsidR="007C5D2A" w:rsidRPr="00527D3A" w:rsidRDefault="00000000" w:rsidP="00527D3A">
            <w:pPr>
              <w:jc w:val="both"/>
              <w:rPr>
                <w:rFonts w:cs="Arial"/>
                <w:sz w:val="24"/>
                <w:szCs w:val="24"/>
              </w:rPr>
            </w:pPr>
            <w:r w:rsidRPr="00527D3A">
              <w:rPr>
                <w:rFonts w:cs="Arial"/>
                <w:sz w:val="24"/>
                <w:szCs w:val="24"/>
              </w:rPr>
              <w:t>Firma:</w:t>
            </w:r>
          </w:p>
        </w:tc>
        <w:tc>
          <w:tcPr>
            <w:tcW w:w="5040" w:type="dxa"/>
            <w:tcBorders>
              <w:bottom w:val="single" w:sz="4" w:space="0" w:color="auto"/>
            </w:tcBorders>
          </w:tcPr>
          <w:p w14:paraId="723623DB" w14:textId="77777777" w:rsidR="007C5D2A" w:rsidRPr="00527D3A" w:rsidRDefault="00000000"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00527D3A">
              <w:rPr>
                <w:rFonts w:cs="Arial"/>
                <w:sz w:val="24"/>
                <w:szCs w:val="24"/>
              </w:rPr>
              <w:t>____________________________________________</w:t>
            </w:r>
          </w:p>
        </w:tc>
      </w:tr>
    </w:tbl>
    <w:p w14:paraId="08FF8B96" w14:textId="77777777" w:rsidR="007C5D2A" w:rsidRPr="00527D3A" w:rsidRDefault="00000000" w:rsidP="00527D3A">
      <w:pPr>
        <w:jc w:val="both"/>
        <w:rPr>
          <w:rFonts w:cs="Arial"/>
          <w:sz w:val="24"/>
          <w:szCs w:val="24"/>
        </w:rPr>
      </w:pPr>
      <w:r w:rsidRPr="00527D3A">
        <w:rPr>
          <w:rFonts w:cs="Arial"/>
          <w:sz w:val="24"/>
          <w:szCs w:val="24"/>
        </w:rPr>
        <w:br w:type="page"/>
      </w:r>
    </w:p>
    <w:p w14:paraId="219F389A" w14:textId="77777777" w:rsidR="007C5D2A" w:rsidRPr="00527D3A" w:rsidRDefault="00000000" w:rsidP="00AA628E">
      <w:pPr>
        <w:jc w:val="center"/>
        <w:rPr>
          <w:rFonts w:cs="Arial"/>
          <w:sz w:val="24"/>
          <w:szCs w:val="24"/>
        </w:rPr>
      </w:pPr>
      <w:r w:rsidRPr="00527D3A">
        <w:rPr>
          <w:rFonts w:cs="Arial"/>
          <w:b/>
          <w:sz w:val="24"/>
          <w:szCs w:val="24"/>
        </w:rPr>
        <w:lastRenderedPageBreak/>
        <w:t>ANEXO No. 6</w:t>
      </w:r>
    </w:p>
    <w:p w14:paraId="744B233D" w14:textId="77777777" w:rsidR="007C5D2A" w:rsidRPr="00527D3A" w:rsidRDefault="00000000" w:rsidP="00AA628E">
      <w:pPr>
        <w:jc w:val="center"/>
        <w:rPr>
          <w:rFonts w:cs="Arial"/>
          <w:sz w:val="24"/>
          <w:szCs w:val="24"/>
        </w:rPr>
      </w:pPr>
      <w:r w:rsidRPr="00527D3A">
        <w:rPr>
          <w:rFonts w:cs="Arial"/>
          <w:b/>
          <w:sz w:val="24"/>
          <w:szCs w:val="24"/>
        </w:rPr>
        <w:t>CERTIFICACIÓN DE PAGO DE SEGURIDAD SOCIAL Y APORTES PARAFISCALES</w:t>
      </w:r>
    </w:p>
    <w:p w14:paraId="1E92A60F" w14:textId="77777777" w:rsidR="00AA628E" w:rsidRPr="00527D3A" w:rsidRDefault="00AA628E" w:rsidP="00AA628E">
      <w:pPr>
        <w:spacing w:after="80" w:line="240" w:lineRule="auto"/>
        <w:rPr>
          <w:sz w:val="24"/>
          <w:szCs w:val="24"/>
        </w:rPr>
      </w:pPr>
      <w:proofErr w:type="spellStart"/>
      <w:r w:rsidRPr="00527D3A">
        <w:rPr>
          <w:sz w:val="24"/>
          <w:szCs w:val="24"/>
        </w:rPr>
        <w:t>Señores</w:t>
      </w:r>
      <w:proofErr w:type="spellEnd"/>
      <w:r w:rsidRPr="00527D3A">
        <w:rPr>
          <w:sz w:val="24"/>
          <w:szCs w:val="24"/>
        </w:rPr>
        <w:br/>
        <w:t>DISTRITO DE SANTIAGO DE CALI</w:t>
      </w:r>
      <w:r w:rsidRPr="00527D3A">
        <w:rPr>
          <w:sz w:val="24"/>
          <w:szCs w:val="24"/>
        </w:rPr>
        <w:br/>
        <w:t xml:space="preserve">Unidad </w:t>
      </w:r>
      <w:proofErr w:type="spellStart"/>
      <w:r w:rsidRPr="00527D3A">
        <w:rPr>
          <w:sz w:val="24"/>
          <w:szCs w:val="24"/>
        </w:rPr>
        <w:t>Administrativa</w:t>
      </w:r>
      <w:proofErr w:type="spellEnd"/>
      <w:r w:rsidRPr="00527D3A">
        <w:rPr>
          <w:sz w:val="24"/>
          <w:szCs w:val="24"/>
        </w:rPr>
        <w:t xml:space="preserve"> Especial de </w:t>
      </w:r>
      <w:proofErr w:type="spellStart"/>
      <w:r w:rsidRPr="00527D3A">
        <w:rPr>
          <w:sz w:val="24"/>
          <w:szCs w:val="24"/>
        </w:rPr>
        <w:t>Gestión</w:t>
      </w:r>
      <w:proofErr w:type="spellEnd"/>
      <w:r w:rsidRPr="00527D3A">
        <w:rPr>
          <w:sz w:val="24"/>
          <w:szCs w:val="24"/>
        </w:rPr>
        <w:t xml:space="preserve"> de Bienes y </w:t>
      </w:r>
      <w:proofErr w:type="spellStart"/>
      <w:r w:rsidRPr="00527D3A">
        <w:rPr>
          <w:sz w:val="24"/>
          <w:szCs w:val="24"/>
        </w:rPr>
        <w:t>Servicios</w:t>
      </w:r>
      <w:proofErr w:type="spellEnd"/>
      <w:r w:rsidRPr="00527D3A">
        <w:rPr>
          <w:sz w:val="24"/>
          <w:szCs w:val="24"/>
        </w:rPr>
        <w:t xml:space="preserve"> – UAEGBS</w:t>
      </w:r>
    </w:p>
    <w:p w14:paraId="7AF946D7" w14:textId="77777777" w:rsidR="00AA628E" w:rsidRPr="00527D3A" w:rsidRDefault="00AA628E" w:rsidP="00AA628E">
      <w:pPr>
        <w:spacing w:after="80" w:line="240" w:lineRule="auto"/>
        <w:rPr>
          <w:sz w:val="24"/>
          <w:szCs w:val="24"/>
        </w:rPr>
      </w:pPr>
    </w:p>
    <w:p w14:paraId="481FAB8D" w14:textId="77777777" w:rsidR="00AA628E" w:rsidRPr="00527D3A" w:rsidRDefault="00AA628E" w:rsidP="00AA628E">
      <w:pPr>
        <w:spacing w:after="80" w:line="240" w:lineRule="auto"/>
        <w:jc w:val="right"/>
        <w:rPr>
          <w:sz w:val="24"/>
          <w:szCs w:val="24"/>
        </w:rPr>
      </w:pPr>
      <w:proofErr w:type="spellStart"/>
      <w:r w:rsidRPr="00527D3A">
        <w:rPr>
          <w:sz w:val="24"/>
          <w:szCs w:val="24"/>
        </w:rPr>
        <w:t>Referencia</w:t>
      </w:r>
      <w:proofErr w:type="spellEnd"/>
      <w:r w:rsidRPr="00527D3A">
        <w:rPr>
          <w:sz w:val="24"/>
          <w:szCs w:val="24"/>
        </w:rPr>
        <w:t xml:space="preserve">: </w:t>
      </w:r>
      <w:proofErr w:type="spellStart"/>
      <w:r w:rsidRPr="00527D3A">
        <w:rPr>
          <w:sz w:val="24"/>
          <w:szCs w:val="24"/>
        </w:rPr>
        <w:t>Proceso</w:t>
      </w:r>
      <w:proofErr w:type="spellEnd"/>
      <w:r w:rsidRPr="00527D3A">
        <w:rPr>
          <w:sz w:val="24"/>
          <w:szCs w:val="24"/>
        </w:rPr>
        <w:t xml:space="preserve"> de </w:t>
      </w:r>
      <w:proofErr w:type="spellStart"/>
      <w:r w:rsidRPr="00527D3A">
        <w:rPr>
          <w:sz w:val="24"/>
          <w:szCs w:val="24"/>
        </w:rPr>
        <w:t>Selección</w:t>
      </w:r>
      <w:proofErr w:type="spellEnd"/>
      <w:r w:rsidRPr="00527D3A">
        <w:rPr>
          <w:sz w:val="24"/>
          <w:szCs w:val="24"/>
        </w:rPr>
        <w:t xml:space="preserve"> de </w:t>
      </w:r>
      <w:proofErr w:type="spellStart"/>
      <w:r w:rsidRPr="00527D3A">
        <w:rPr>
          <w:sz w:val="24"/>
          <w:szCs w:val="24"/>
        </w:rPr>
        <w:t>Mínima</w:t>
      </w:r>
      <w:proofErr w:type="spellEnd"/>
      <w:r w:rsidRPr="00527D3A">
        <w:rPr>
          <w:sz w:val="24"/>
          <w:szCs w:val="24"/>
        </w:rPr>
        <w:t xml:space="preserve"> </w:t>
      </w:r>
      <w:proofErr w:type="spellStart"/>
      <w:r w:rsidRPr="00527D3A">
        <w:rPr>
          <w:sz w:val="24"/>
          <w:szCs w:val="24"/>
        </w:rPr>
        <w:t>Cuantía</w:t>
      </w:r>
      <w:proofErr w:type="spellEnd"/>
      <w:r w:rsidRPr="00527D3A">
        <w:rPr>
          <w:sz w:val="24"/>
          <w:szCs w:val="24"/>
        </w:rPr>
        <w:t xml:space="preserve"> No. 4181.010.26.1.803-2026.</w:t>
      </w:r>
    </w:p>
    <w:p w14:paraId="237967A1" w14:textId="77777777" w:rsidR="00AA628E" w:rsidRPr="00527D3A" w:rsidRDefault="00AA628E" w:rsidP="00527D3A">
      <w:pPr>
        <w:spacing w:after="80" w:line="240" w:lineRule="auto"/>
        <w:jc w:val="both"/>
        <w:rPr>
          <w:rFonts w:cs="Arial"/>
          <w:sz w:val="24"/>
          <w:szCs w:val="24"/>
        </w:rPr>
      </w:pPr>
    </w:p>
    <w:p w14:paraId="6A6C12EC" w14:textId="77777777" w:rsidR="007C5D2A" w:rsidRPr="00527D3A" w:rsidRDefault="00000000" w:rsidP="00527D3A">
      <w:pPr>
        <w:spacing w:after="80" w:line="240" w:lineRule="auto"/>
        <w:jc w:val="both"/>
        <w:rPr>
          <w:rFonts w:cs="Arial"/>
          <w:sz w:val="24"/>
          <w:szCs w:val="24"/>
        </w:rPr>
      </w:pPr>
      <w:r w:rsidRPr="00527D3A">
        <w:rPr>
          <w:rFonts w:cs="Arial"/>
          <w:sz w:val="24"/>
          <w:szCs w:val="24"/>
        </w:rPr>
        <w:t>Yo, ________________________________________, identificado(a) con C.C. No. ____________________, en calidad de representante legal / revisor fiscal del proponente ________________________________________, certifico bajo la gravedad del juramento que el proponente se encuentra al día en el cumplimiento de las obligaciones que legalmente le corresponden frente al Sistema General de Seguridad Social Integral y, cuando haya lugar, frente a los aportes parafiscales.</w:t>
      </w:r>
    </w:p>
    <w:p w14:paraId="4F1EC714" w14:textId="77777777" w:rsidR="007C5D2A" w:rsidRPr="00527D3A" w:rsidRDefault="00000000" w:rsidP="00527D3A">
      <w:pPr>
        <w:spacing w:after="80" w:line="240" w:lineRule="auto"/>
        <w:jc w:val="both"/>
        <w:rPr>
          <w:rFonts w:cs="Arial"/>
          <w:sz w:val="24"/>
          <w:szCs w:val="24"/>
        </w:rPr>
      </w:pPr>
      <w:r w:rsidRPr="00527D3A">
        <w:rPr>
          <w:rFonts w:cs="Arial"/>
          <w:sz w:val="24"/>
          <w:szCs w:val="24"/>
        </w:rPr>
        <w:t>La presente certificación se expide para acreditar el cumplimiento de las obligaciones previstas en el artículo 50 de la Ley 789 de 2002 y demás normas aplicables, de acuerdo con la naturaleza jurídica del proponente.</w:t>
      </w:r>
    </w:p>
    <w:p w14:paraId="6AC83C9B" w14:textId="77777777" w:rsidR="007C5D2A" w:rsidRDefault="00000000" w:rsidP="00527D3A">
      <w:pPr>
        <w:spacing w:after="80" w:line="240" w:lineRule="auto"/>
        <w:jc w:val="both"/>
        <w:rPr>
          <w:rFonts w:cs="Arial"/>
          <w:sz w:val="24"/>
          <w:szCs w:val="24"/>
        </w:rPr>
      </w:pPr>
      <w:r w:rsidRPr="00527D3A">
        <w:rPr>
          <w:rFonts w:cs="Arial"/>
          <w:sz w:val="24"/>
          <w:szCs w:val="24"/>
        </w:rPr>
        <w:t xml:space="preserve">Cuando legalmente corresponda, la certificación deberá ser suscrita por el revisor fiscal. Si el proponente no está obligado a contar con revisor fiscal, será suscrita por su representante legal, sin perjuicio de la presentación de los soportes adicionales </w:t>
      </w:r>
      <w:proofErr w:type="spellStart"/>
      <w:r w:rsidRPr="00527D3A">
        <w:rPr>
          <w:rFonts w:cs="Arial"/>
          <w:sz w:val="24"/>
          <w:szCs w:val="24"/>
        </w:rPr>
        <w:t>que</w:t>
      </w:r>
      <w:proofErr w:type="spellEnd"/>
      <w:r w:rsidRPr="00527D3A">
        <w:rPr>
          <w:rFonts w:cs="Arial"/>
          <w:sz w:val="24"/>
          <w:szCs w:val="24"/>
        </w:rPr>
        <w:t xml:space="preserve"> </w:t>
      </w:r>
      <w:proofErr w:type="spellStart"/>
      <w:r w:rsidRPr="00527D3A">
        <w:rPr>
          <w:rFonts w:cs="Arial"/>
          <w:sz w:val="24"/>
          <w:szCs w:val="24"/>
        </w:rPr>
        <w:t>solicite</w:t>
      </w:r>
      <w:proofErr w:type="spellEnd"/>
      <w:r w:rsidRPr="00527D3A">
        <w:rPr>
          <w:rFonts w:cs="Arial"/>
          <w:sz w:val="24"/>
          <w:szCs w:val="24"/>
        </w:rPr>
        <w:t xml:space="preserve"> la </w:t>
      </w:r>
      <w:proofErr w:type="spellStart"/>
      <w:r w:rsidRPr="00527D3A">
        <w:rPr>
          <w:rFonts w:cs="Arial"/>
          <w:sz w:val="24"/>
          <w:szCs w:val="24"/>
        </w:rPr>
        <w:t>Entidad</w:t>
      </w:r>
      <w:proofErr w:type="spellEnd"/>
      <w:r w:rsidRPr="00527D3A">
        <w:rPr>
          <w:rFonts w:cs="Arial"/>
          <w:sz w:val="24"/>
          <w:szCs w:val="24"/>
        </w:rPr>
        <w:t>.</w:t>
      </w:r>
    </w:p>
    <w:p w14:paraId="43B7361A" w14:textId="77777777" w:rsidR="00AA628E" w:rsidRPr="00527D3A" w:rsidRDefault="00AA628E" w:rsidP="00527D3A">
      <w:pPr>
        <w:spacing w:after="80" w:line="240" w:lineRule="auto"/>
        <w:jc w:val="both"/>
        <w:rPr>
          <w:rFonts w:cs="Arial"/>
          <w:sz w:val="24"/>
          <w:szCs w:val="24"/>
        </w:rPr>
      </w:pPr>
    </w:p>
    <w:tbl>
      <w:tblPr>
        <w:tblStyle w:val="Tablanormal4"/>
        <w:tblW w:w="0" w:type="auto"/>
        <w:tblLook w:val="04A0" w:firstRow="1" w:lastRow="0" w:firstColumn="1" w:lastColumn="0" w:noHBand="0" w:noVBand="1"/>
      </w:tblPr>
      <w:tblGrid>
        <w:gridCol w:w="5040"/>
        <w:gridCol w:w="5040"/>
      </w:tblGrid>
      <w:tr w:rsidR="007C5D2A" w:rsidRPr="00527D3A" w14:paraId="05095A4F" w14:textId="77777777" w:rsidTr="00AA6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EC9E731" w14:textId="77777777" w:rsidR="007C5D2A" w:rsidRPr="00527D3A" w:rsidRDefault="00000000" w:rsidP="00527D3A">
            <w:pPr>
              <w:jc w:val="both"/>
              <w:rPr>
                <w:rFonts w:cs="Arial"/>
                <w:sz w:val="24"/>
                <w:szCs w:val="24"/>
              </w:rPr>
            </w:pPr>
            <w:r w:rsidRPr="00527D3A">
              <w:rPr>
                <w:rFonts w:cs="Arial"/>
                <w:sz w:val="24"/>
                <w:szCs w:val="24"/>
              </w:rPr>
              <w:t xml:space="preserve">Nombre / </w:t>
            </w:r>
            <w:proofErr w:type="spellStart"/>
            <w:r w:rsidRPr="00527D3A">
              <w:rPr>
                <w:rFonts w:cs="Arial"/>
                <w:sz w:val="24"/>
                <w:szCs w:val="24"/>
              </w:rPr>
              <w:t>razón</w:t>
            </w:r>
            <w:proofErr w:type="spellEnd"/>
            <w:r w:rsidRPr="00527D3A">
              <w:rPr>
                <w:rFonts w:cs="Arial"/>
                <w:sz w:val="24"/>
                <w:szCs w:val="24"/>
              </w:rPr>
              <w:t xml:space="preserve"> social:</w:t>
            </w:r>
          </w:p>
        </w:tc>
        <w:tc>
          <w:tcPr>
            <w:tcW w:w="5040" w:type="dxa"/>
          </w:tcPr>
          <w:p w14:paraId="42B71765" w14:textId="66A34D53" w:rsidR="007C5D2A" w:rsidRPr="00527D3A" w:rsidRDefault="007C5D2A" w:rsidP="00527D3A">
            <w:pPr>
              <w:jc w:val="both"/>
              <w:cnfStyle w:val="100000000000" w:firstRow="1"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3ADDC8C2"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52DA294B" w14:textId="77777777" w:rsidR="007C5D2A" w:rsidRPr="00527D3A" w:rsidRDefault="00000000" w:rsidP="00527D3A">
            <w:pPr>
              <w:jc w:val="both"/>
              <w:rPr>
                <w:rFonts w:cs="Arial"/>
                <w:sz w:val="24"/>
                <w:szCs w:val="24"/>
              </w:rPr>
            </w:pPr>
            <w:r w:rsidRPr="00527D3A">
              <w:rPr>
                <w:rFonts w:cs="Arial"/>
                <w:sz w:val="24"/>
                <w:szCs w:val="24"/>
              </w:rPr>
              <w:t>NIT:</w:t>
            </w:r>
          </w:p>
        </w:tc>
        <w:tc>
          <w:tcPr>
            <w:tcW w:w="5040" w:type="dxa"/>
          </w:tcPr>
          <w:p w14:paraId="166EFC9D" w14:textId="21DA46BD"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6482DA3D"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696B9D61" w14:textId="77777777" w:rsidR="007C5D2A" w:rsidRPr="00527D3A" w:rsidRDefault="00000000" w:rsidP="00527D3A">
            <w:pPr>
              <w:jc w:val="both"/>
              <w:rPr>
                <w:rFonts w:cs="Arial"/>
                <w:sz w:val="24"/>
                <w:szCs w:val="24"/>
              </w:rPr>
            </w:pPr>
            <w:r w:rsidRPr="00527D3A">
              <w:rPr>
                <w:rFonts w:cs="Arial"/>
                <w:sz w:val="24"/>
                <w:szCs w:val="24"/>
              </w:rPr>
              <w:t xml:space="preserve">Nombre del </w:t>
            </w:r>
            <w:proofErr w:type="spellStart"/>
            <w:r w:rsidRPr="00527D3A">
              <w:rPr>
                <w:rFonts w:cs="Arial"/>
                <w:sz w:val="24"/>
                <w:szCs w:val="24"/>
              </w:rPr>
              <w:t>representante</w:t>
            </w:r>
            <w:proofErr w:type="spellEnd"/>
            <w:r w:rsidRPr="00527D3A">
              <w:rPr>
                <w:rFonts w:cs="Arial"/>
                <w:sz w:val="24"/>
                <w:szCs w:val="24"/>
              </w:rPr>
              <w:t xml:space="preserve"> legal / revisor fiscal:</w:t>
            </w:r>
          </w:p>
        </w:tc>
        <w:tc>
          <w:tcPr>
            <w:tcW w:w="5040" w:type="dxa"/>
          </w:tcPr>
          <w:p w14:paraId="60818973" w14:textId="4DD8957A"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0F435FAD"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0AFB51B8" w14:textId="77777777" w:rsidR="007C5D2A" w:rsidRPr="00527D3A" w:rsidRDefault="00000000" w:rsidP="00527D3A">
            <w:pPr>
              <w:jc w:val="both"/>
              <w:rPr>
                <w:rFonts w:cs="Arial"/>
                <w:sz w:val="24"/>
                <w:szCs w:val="24"/>
              </w:rPr>
            </w:pPr>
            <w:r w:rsidRPr="00527D3A">
              <w:rPr>
                <w:rFonts w:cs="Arial"/>
                <w:sz w:val="24"/>
                <w:szCs w:val="24"/>
              </w:rPr>
              <w:t>C.C.:</w:t>
            </w:r>
          </w:p>
        </w:tc>
        <w:tc>
          <w:tcPr>
            <w:tcW w:w="5040" w:type="dxa"/>
          </w:tcPr>
          <w:p w14:paraId="667AC779" w14:textId="08EB5AD7"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62E900E7"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26BA26D9" w14:textId="77777777" w:rsidR="007C5D2A" w:rsidRPr="00527D3A" w:rsidRDefault="00000000" w:rsidP="00527D3A">
            <w:pPr>
              <w:jc w:val="both"/>
              <w:rPr>
                <w:rFonts w:cs="Arial"/>
                <w:sz w:val="24"/>
                <w:szCs w:val="24"/>
              </w:rPr>
            </w:pPr>
            <w:r w:rsidRPr="00527D3A">
              <w:rPr>
                <w:rFonts w:cs="Arial"/>
                <w:sz w:val="24"/>
                <w:szCs w:val="24"/>
              </w:rPr>
              <w:t>Cargo:</w:t>
            </w:r>
          </w:p>
        </w:tc>
        <w:tc>
          <w:tcPr>
            <w:tcW w:w="5040" w:type="dxa"/>
          </w:tcPr>
          <w:p w14:paraId="4E7112BF" w14:textId="4808A4B3"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C5D2A" w:rsidRPr="00527D3A" w14:paraId="49CFE572"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FD47DC1" w14:textId="77777777" w:rsidR="007C5D2A" w:rsidRPr="00527D3A" w:rsidRDefault="00000000" w:rsidP="00527D3A">
            <w:pPr>
              <w:jc w:val="both"/>
              <w:rPr>
                <w:rFonts w:cs="Arial"/>
                <w:sz w:val="24"/>
                <w:szCs w:val="24"/>
              </w:rPr>
            </w:pPr>
            <w:proofErr w:type="spellStart"/>
            <w:r w:rsidRPr="00527D3A">
              <w:rPr>
                <w:rFonts w:cs="Arial"/>
                <w:sz w:val="24"/>
                <w:szCs w:val="24"/>
              </w:rPr>
              <w:t>Tarjeta</w:t>
            </w:r>
            <w:proofErr w:type="spellEnd"/>
            <w:r w:rsidRPr="00527D3A">
              <w:rPr>
                <w:rFonts w:cs="Arial"/>
                <w:sz w:val="24"/>
                <w:szCs w:val="24"/>
              </w:rPr>
              <w:t xml:space="preserve"> </w:t>
            </w:r>
            <w:proofErr w:type="spellStart"/>
            <w:r w:rsidRPr="00527D3A">
              <w:rPr>
                <w:rFonts w:cs="Arial"/>
                <w:sz w:val="24"/>
                <w:szCs w:val="24"/>
              </w:rPr>
              <w:t>profesional</w:t>
            </w:r>
            <w:proofErr w:type="spellEnd"/>
            <w:r w:rsidRPr="00527D3A">
              <w:rPr>
                <w:rFonts w:cs="Arial"/>
                <w:sz w:val="24"/>
                <w:szCs w:val="24"/>
              </w:rPr>
              <w:t xml:space="preserve"> (</w:t>
            </w:r>
            <w:proofErr w:type="spellStart"/>
            <w:r w:rsidRPr="00527D3A">
              <w:rPr>
                <w:rFonts w:cs="Arial"/>
                <w:sz w:val="24"/>
                <w:szCs w:val="24"/>
              </w:rPr>
              <w:t>si</w:t>
            </w:r>
            <w:proofErr w:type="spellEnd"/>
            <w:r w:rsidRPr="00527D3A">
              <w:rPr>
                <w:rFonts w:cs="Arial"/>
                <w:sz w:val="24"/>
                <w:szCs w:val="24"/>
              </w:rPr>
              <w:t xml:space="preserve"> </w:t>
            </w:r>
            <w:proofErr w:type="spellStart"/>
            <w:r w:rsidRPr="00527D3A">
              <w:rPr>
                <w:rFonts w:cs="Arial"/>
                <w:sz w:val="24"/>
                <w:szCs w:val="24"/>
              </w:rPr>
              <w:t>aplica</w:t>
            </w:r>
            <w:proofErr w:type="spellEnd"/>
            <w:r w:rsidRPr="00527D3A">
              <w:rPr>
                <w:rFonts w:cs="Arial"/>
                <w:sz w:val="24"/>
                <w:szCs w:val="24"/>
              </w:rPr>
              <w:t>):</w:t>
            </w:r>
          </w:p>
        </w:tc>
        <w:tc>
          <w:tcPr>
            <w:tcW w:w="5040" w:type="dxa"/>
          </w:tcPr>
          <w:p w14:paraId="35E914CE" w14:textId="0EA34285" w:rsidR="007C5D2A" w:rsidRPr="00527D3A" w:rsidRDefault="007C5D2A" w:rsidP="00527D3A">
            <w:pPr>
              <w:jc w:val="both"/>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7C5D2A" w:rsidRPr="00527D3A" w14:paraId="24D23420"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47A2329C" w14:textId="77777777" w:rsidR="007C5D2A" w:rsidRPr="00527D3A" w:rsidRDefault="00000000" w:rsidP="00527D3A">
            <w:pPr>
              <w:jc w:val="both"/>
              <w:rPr>
                <w:rFonts w:cs="Arial"/>
                <w:sz w:val="24"/>
                <w:szCs w:val="24"/>
              </w:rPr>
            </w:pPr>
            <w:proofErr w:type="spellStart"/>
            <w:r w:rsidRPr="00527D3A">
              <w:rPr>
                <w:rFonts w:cs="Arial"/>
                <w:sz w:val="24"/>
                <w:szCs w:val="24"/>
              </w:rPr>
              <w:t>Firma</w:t>
            </w:r>
            <w:proofErr w:type="spellEnd"/>
            <w:r w:rsidRPr="00527D3A">
              <w:rPr>
                <w:rFonts w:cs="Arial"/>
                <w:sz w:val="24"/>
                <w:szCs w:val="24"/>
              </w:rPr>
              <w:t>:</w:t>
            </w:r>
          </w:p>
        </w:tc>
        <w:tc>
          <w:tcPr>
            <w:tcW w:w="5040" w:type="dxa"/>
          </w:tcPr>
          <w:p w14:paraId="347C6F9A" w14:textId="283B937A" w:rsidR="007C5D2A" w:rsidRPr="00527D3A" w:rsidRDefault="007C5D2A" w:rsidP="00527D3A">
            <w:pPr>
              <w:jc w:val="both"/>
              <w:cnfStyle w:val="000000000000" w:firstRow="0" w:lastRow="0" w:firstColumn="0" w:lastColumn="0" w:oddVBand="0" w:evenVBand="0" w:oddHBand="0" w:evenHBand="0" w:firstRowFirstColumn="0" w:firstRowLastColumn="0" w:lastRowFirstColumn="0" w:lastRowLastColumn="0"/>
              <w:rPr>
                <w:rFonts w:cs="Arial"/>
                <w:sz w:val="24"/>
                <w:szCs w:val="24"/>
              </w:rPr>
            </w:pPr>
          </w:p>
        </w:tc>
      </w:tr>
    </w:tbl>
    <w:p w14:paraId="2F26668C" w14:textId="77777777" w:rsidR="007C5D2A" w:rsidRPr="00527D3A" w:rsidRDefault="00000000" w:rsidP="00527D3A">
      <w:pPr>
        <w:jc w:val="both"/>
        <w:rPr>
          <w:rFonts w:cs="Arial"/>
          <w:sz w:val="24"/>
          <w:szCs w:val="24"/>
        </w:rPr>
      </w:pPr>
      <w:r w:rsidRPr="00527D3A">
        <w:rPr>
          <w:rFonts w:cs="Arial"/>
          <w:sz w:val="24"/>
          <w:szCs w:val="24"/>
        </w:rPr>
        <w:br w:type="page"/>
      </w:r>
    </w:p>
    <w:p w14:paraId="752F9541" w14:textId="77777777" w:rsidR="007C5D2A" w:rsidRDefault="00000000">
      <w:pPr>
        <w:jc w:val="center"/>
      </w:pPr>
      <w:r>
        <w:rPr>
          <w:b/>
          <w:sz w:val="24"/>
        </w:rPr>
        <w:lastRenderedPageBreak/>
        <w:t>ANEXO No. 7</w:t>
      </w:r>
    </w:p>
    <w:p w14:paraId="3D7DE483" w14:textId="77777777" w:rsidR="007C5D2A" w:rsidRPr="00AA628E" w:rsidRDefault="00000000">
      <w:pPr>
        <w:jc w:val="center"/>
        <w:rPr>
          <w:sz w:val="24"/>
          <w:szCs w:val="24"/>
        </w:rPr>
      </w:pPr>
      <w:r w:rsidRPr="00AA628E">
        <w:rPr>
          <w:b/>
          <w:sz w:val="24"/>
          <w:szCs w:val="24"/>
        </w:rPr>
        <w:t>DECLARACIÓN DE INHABILIDADES E INCOMPATIBILIDADES</w:t>
      </w:r>
    </w:p>
    <w:p w14:paraId="02052D66" w14:textId="77777777" w:rsidR="00AA628E" w:rsidRPr="00527D3A" w:rsidRDefault="00AA628E" w:rsidP="00AA628E">
      <w:pPr>
        <w:spacing w:after="80" w:line="240" w:lineRule="auto"/>
        <w:rPr>
          <w:sz w:val="24"/>
          <w:szCs w:val="24"/>
        </w:rPr>
      </w:pPr>
      <w:proofErr w:type="spellStart"/>
      <w:r w:rsidRPr="00527D3A">
        <w:rPr>
          <w:sz w:val="24"/>
          <w:szCs w:val="24"/>
        </w:rPr>
        <w:t>Señores</w:t>
      </w:r>
      <w:proofErr w:type="spellEnd"/>
      <w:r w:rsidRPr="00527D3A">
        <w:rPr>
          <w:sz w:val="24"/>
          <w:szCs w:val="24"/>
        </w:rPr>
        <w:br/>
        <w:t>DISTRITO DE SANTIAGO DE CALI</w:t>
      </w:r>
      <w:r w:rsidRPr="00527D3A">
        <w:rPr>
          <w:sz w:val="24"/>
          <w:szCs w:val="24"/>
        </w:rPr>
        <w:br/>
        <w:t xml:space="preserve">Unidad </w:t>
      </w:r>
      <w:proofErr w:type="spellStart"/>
      <w:r w:rsidRPr="00527D3A">
        <w:rPr>
          <w:sz w:val="24"/>
          <w:szCs w:val="24"/>
        </w:rPr>
        <w:t>Administrativa</w:t>
      </w:r>
      <w:proofErr w:type="spellEnd"/>
      <w:r w:rsidRPr="00527D3A">
        <w:rPr>
          <w:sz w:val="24"/>
          <w:szCs w:val="24"/>
        </w:rPr>
        <w:t xml:space="preserve"> Especial de </w:t>
      </w:r>
      <w:proofErr w:type="spellStart"/>
      <w:r w:rsidRPr="00527D3A">
        <w:rPr>
          <w:sz w:val="24"/>
          <w:szCs w:val="24"/>
        </w:rPr>
        <w:t>Gestión</w:t>
      </w:r>
      <w:proofErr w:type="spellEnd"/>
      <w:r w:rsidRPr="00527D3A">
        <w:rPr>
          <w:sz w:val="24"/>
          <w:szCs w:val="24"/>
        </w:rPr>
        <w:t xml:space="preserve"> de Bienes y </w:t>
      </w:r>
      <w:proofErr w:type="spellStart"/>
      <w:r w:rsidRPr="00527D3A">
        <w:rPr>
          <w:sz w:val="24"/>
          <w:szCs w:val="24"/>
        </w:rPr>
        <w:t>Servicios</w:t>
      </w:r>
      <w:proofErr w:type="spellEnd"/>
      <w:r w:rsidRPr="00527D3A">
        <w:rPr>
          <w:sz w:val="24"/>
          <w:szCs w:val="24"/>
        </w:rPr>
        <w:t xml:space="preserve"> – UAEGBS</w:t>
      </w:r>
    </w:p>
    <w:p w14:paraId="1BAB481F" w14:textId="77777777" w:rsidR="00AA628E" w:rsidRPr="00527D3A" w:rsidRDefault="00AA628E" w:rsidP="00AA628E">
      <w:pPr>
        <w:spacing w:after="80" w:line="240" w:lineRule="auto"/>
        <w:rPr>
          <w:sz w:val="24"/>
          <w:szCs w:val="24"/>
        </w:rPr>
      </w:pPr>
    </w:p>
    <w:p w14:paraId="14FA8B3C" w14:textId="77777777" w:rsidR="00AA628E" w:rsidRPr="00527D3A" w:rsidRDefault="00AA628E" w:rsidP="00AA628E">
      <w:pPr>
        <w:spacing w:after="80" w:line="240" w:lineRule="auto"/>
        <w:jc w:val="right"/>
        <w:rPr>
          <w:sz w:val="24"/>
          <w:szCs w:val="24"/>
        </w:rPr>
      </w:pPr>
      <w:proofErr w:type="spellStart"/>
      <w:r w:rsidRPr="00527D3A">
        <w:rPr>
          <w:sz w:val="24"/>
          <w:szCs w:val="24"/>
        </w:rPr>
        <w:t>Referencia</w:t>
      </w:r>
      <w:proofErr w:type="spellEnd"/>
      <w:r w:rsidRPr="00527D3A">
        <w:rPr>
          <w:sz w:val="24"/>
          <w:szCs w:val="24"/>
        </w:rPr>
        <w:t xml:space="preserve">: </w:t>
      </w:r>
      <w:proofErr w:type="spellStart"/>
      <w:r w:rsidRPr="00527D3A">
        <w:rPr>
          <w:sz w:val="24"/>
          <w:szCs w:val="24"/>
        </w:rPr>
        <w:t>Proceso</w:t>
      </w:r>
      <w:proofErr w:type="spellEnd"/>
      <w:r w:rsidRPr="00527D3A">
        <w:rPr>
          <w:sz w:val="24"/>
          <w:szCs w:val="24"/>
        </w:rPr>
        <w:t xml:space="preserve"> de </w:t>
      </w:r>
      <w:proofErr w:type="spellStart"/>
      <w:r w:rsidRPr="00527D3A">
        <w:rPr>
          <w:sz w:val="24"/>
          <w:szCs w:val="24"/>
        </w:rPr>
        <w:t>Selección</w:t>
      </w:r>
      <w:proofErr w:type="spellEnd"/>
      <w:r w:rsidRPr="00527D3A">
        <w:rPr>
          <w:sz w:val="24"/>
          <w:szCs w:val="24"/>
        </w:rPr>
        <w:t xml:space="preserve"> de </w:t>
      </w:r>
      <w:proofErr w:type="spellStart"/>
      <w:r w:rsidRPr="00527D3A">
        <w:rPr>
          <w:sz w:val="24"/>
          <w:szCs w:val="24"/>
        </w:rPr>
        <w:t>Mínima</w:t>
      </w:r>
      <w:proofErr w:type="spellEnd"/>
      <w:r w:rsidRPr="00527D3A">
        <w:rPr>
          <w:sz w:val="24"/>
          <w:szCs w:val="24"/>
        </w:rPr>
        <w:t xml:space="preserve"> </w:t>
      </w:r>
      <w:proofErr w:type="spellStart"/>
      <w:r w:rsidRPr="00527D3A">
        <w:rPr>
          <w:sz w:val="24"/>
          <w:szCs w:val="24"/>
        </w:rPr>
        <w:t>Cuantía</w:t>
      </w:r>
      <w:proofErr w:type="spellEnd"/>
      <w:r w:rsidRPr="00527D3A">
        <w:rPr>
          <w:sz w:val="24"/>
          <w:szCs w:val="24"/>
        </w:rPr>
        <w:t xml:space="preserve"> No. 4181.010.26.1.803-2026.</w:t>
      </w:r>
    </w:p>
    <w:p w14:paraId="48FE3769" w14:textId="77777777" w:rsidR="00AA628E" w:rsidRPr="00AA628E" w:rsidRDefault="00AA628E" w:rsidP="00AA628E">
      <w:pPr>
        <w:spacing w:after="80" w:line="240" w:lineRule="auto"/>
        <w:jc w:val="both"/>
        <w:rPr>
          <w:sz w:val="24"/>
          <w:szCs w:val="24"/>
        </w:rPr>
      </w:pPr>
    </w:p>
    <w:p w14:paraId="3AE716FC" w14:textId="77777777" w:rsidR="007C5D2A" w:rsidRDefault="00000000" w:rsidP="00AA628E">
      <w:pPr>
        <w:spacing w:after="80" w:line="240" w:lineRule="auto"/>
        <w:jc w:val="both"/>
        <w:rPr>
          <w:sz w:val="24"/>
          <w:szCs w:val="24"/>
        </w:rPr>
      </w:pPr>
      <w:r w:rsidRPr="00AA628E">
        <w:rPr>
          <w:sz w:val="24"/>
          <w:szCs w:val="24"/>
        </w:rPr>
        <w:t xml:space="preserve">Yo, ________________________________________, identificado(a) con C.C. No. ____________________, actuando en nombre propio / como representante legal de ________________________________________, manifiesto bajo la gravedad del juramento que, a la fecha de </w:t>
      </w:r>
      <w:proofErr w:type="spellStart"/>
      <w:r w:rsidRPr="00AA628E">
        <w:rPr>
          <w:sz w:val="24"/>
          <w:szCs w:val="24"/>
        </w:rPr>
        <w:t>presentación</w:t>
      </w:r>
      <w:proofErr w:type="spellEnd"/>
      <w:r w:rsidRPr="00AA628E">
        <w:rPr>
          <w:sz w:val="24"/>
          <w:szCs w:val="24"/>
        </w:rPr>
        <w:t xml:space="preserve"> de la </w:t>
      </w:r>
      <w:proofErr w:type="spellStart"/>
      <w:r w:rsidRPr="00AA628E">
        <w:rPr>
          <w:sz w:val="24"/>
          <w:szCs w:val="24"/>
        </w:rPr>
        <w:t>oferta</w:t>
      </w:r>
      <w:proofErr w:type="spellEnd"/>
      <w:r w:rsidRPr="00AA628E">
        <w:rPr>
          <w:sz w:val="24"/>
          <w:szCs w:val="24"/>
        </w:rPr>
        <w:t>:</w:t>
      </w:r>
    </w:p>
    <w:p w14:paraId="4389EA01" w14:textId="77777777" w:rsidR="00AA628E" w:rsidRPr="00AA628E" w:rsidRDefault="00AA628E" w:rsidP="00AA628E">
      <w:pPr>
        <w:spacing w:after="80" w:line="240" w:lineRule="auto"/>
        <w:jc w:val="both"/>
        <w:rPr>
          <w:sz w:val="24"/>
          <w:szCs w:val="24"/>
        </w:rPr>
      </w:pPr>
    </w:p>
    <w:p w14:paraId="4E698E93" w14:textId="77777777" w:rsidR="007C5D2A" w:rsidRPr="00AA628E" w:rsidRDefault="00000000" w:rsidP="00AA628E">
      <w:pPr>
        <w:pStyle w:val="Listaconvietas"/>
        <w:spacing w:after="40"/>
        <w:jc w:val="both"/>
        <w:rPr>
          <w:sz w:val="24"/>
          <w:szCs w:val="24"/>
        </w:rPr>
      </w:pPr>
      <w:proofErr w:type="gramStart"/>
      <w:r w:rsidRPr="00AA628E">
        <w:rPr>
          <w:sz w:val="24"/>
          <w:szCs w:val="24"/>
        </w:rPr>
        <w:t>No</w:t>
      </w:r>
      <w:proofErr w:type="gramEnd"/>
      <w:r w:rsidRPr="00AA628E">
        <w:rPr>
          <w:sz w:val="24"/>
          <w:szCs w:val="24"/>
        </w:rPr>
        <w:t xml:space="preserve"> me encuentro incurso(a) en causal de inhabilidad o incompatibilidad prevista en la Constitución Política o en la legislación colombiana para contratar con entidades estatales.</w:t>
      </w:r>
    </w:p>
    <w:p w14:paraId="428F6CC0" w14:textId="77777777" w:rsidR="007C5D2A" w:rsidRPr="00AA628E" w:rsidRDefault="00000000" w:rsidP="00AA628E">
      <w:pPr>
        <w:pStyle w:val="Listaconvietas"/>
        <w:spacing w:after="40"/>
        <w:jc w:val="both"/>
        <w:rPr>
          <w:sz w:val="24"/>
          <w:szCs w:val="24"/>
        </w:rPr>
      </w:pPr>
      <w:r w:rsidRPr="00AA628E">
        <w:rPr>
          <w:sz w:val="24"/>
          <w:szCs w:val="24"/>
        </w:rPr>
        <w:t>La persona jurídica o entidad que represento no se encuentra incursa en causal que le impida participar en el proceso o celebrar el contrato correspondiente.</w:t>
      </w:r>
    </w:p>
    <w:p w14:paraId="134BE94E" w14:textId="77777777" w:rsidR="007C5D2A" w:rsidRPr="00AA628E" w:rsidRDefault="00000000" w:rsidP="00AA628E">
      <w:pPr>
        <w:pStyle w:val="Listaconvietas"/>
        <w:spacing w:after="40"/>
        <w:jc w:val="both"/>
        <w:rPr>
          <w:sz w:val="24"/>
          <w:szCs w:val="24"/>
        </w:rPr>
      </w:pPr>
      <w:r w:rsidRPr="00AA628E">
        <w:rPr>
          <w:sz w:val="24"/>
          <w:szCs w:val="24"/>
        </w:rPr>
        <w:t>No existe, según mi conocimiento, circunstancia que haga aplicable una prohibición legal para participar en el presente proceso de selección.</w:t>
      </w:r>
    </w:p>
    <w:p w14:paraId="624209DC" w14:textId="77777777" w:rsidR="007C5D2A" w:rsidRDefault="00000000" w:rsidP="00AA628E">
      <w:pPr>
        <w:pStyle w:val="Listaconvietas"/>
        <w:spacing w:after="40"/>
        <w:jc w:val="both"/>
        <w:rPr>
          <w:sz w:val="24"/>
          <w:szCs w:val="24"/>
        </w:rPr>
      </w:pPr>
      <w:r w:rsidRPr="00AA628E">
        <w:rPr>
          <w:sz w:val="24"/>
          <w:szCs w:val="24"/>
        </w:rPr>
        <w:t xml:space="preserve">Me comprometo </w:t>
      </w:r>
      <w:proofErr w:type="gramStart"/>
      <w:r w:rsidRPr="00AA628E">
        <w:rPr>
          <w:sz w:val="24"/>
          <w:szCs w:val="24"/>
        </w:rPr>
        <w:t>a</w:t>
      </w:r>
      <w:proofErr w:type="gramEnd"/>
      <w:r w:rsidRPr="00AA628E">
        <w:rPr>
          <w:sz w:val="24"/>
          <w:szCs w:val="24"/>
        </w:rPr>
        <w:t xml:space="preserve"> informar inmediatamente a la Entidad cualquier circunstancia sobreviniente que pueda </w:t>
      </w:r>
      <w:proofErr w:type="spellStart"/>
      <w:r w:rsidRPr="00AA628E">
        <w:rPr>
          <w:sz w:val="24"/>
          <w:szCs w:val="24"/>
        </w:rPr>
        <w:t>modificar</w:t>
      </w:r>
      <w:proofErr w:type="spellEnd"/>
      <w:r w:rsidRPr="00AA628E">
        <w:rPr>
          <w:sz w:val="24"/>
          <w:szCs w:val="24"/>
        </w:rPr>
        <w:t xml:space="preserve"> la </w:t>
      </w:r>
      <w:proofErr w:type="spellStart"/>
      <w:r w:rsidRPr="00AA628E">
        <w:rPr>
          <w:sz w:val="24"/>
          <w:szCs w:val="24"/>
        </w:rPr>
        <w:t>presente</w:t>
      </w:r>
      <w:proofErr w:type="spellEnd"/>
      <w:r w:rsidRPr="00AA628E">
        <w:rPr>
          <w:sz w:val="24"/>
          <w:szCs w:val="24"/>
        </w:rPr>
        <w:t xml:space="preserve"> </w:t>
      </w:r>
      <w:proofErr w:type="spellStart"/>
      <w:r w:rsidRPr="00AA628E">
        <w:rPr>
          <w:sz w:val="24"/>
          <w:szCs w:val="24"/>
        </w:rPr>
        <w:t>declaración</w:t>
      </w:r>
      <w:proofErr w:type="spellEnd"/>
      <w:r w:rsidRPr="00AA628E">
        <w:rPr>
          <w:sz w:val="24"/>
          <w:szCs w:val="24"/>
        </w:rPr>
        <w:t>.</w:t>
      </w:r>
    </w:p>
    <w:p w14:paraId="3B79531D" w14:textId="77777777" w:rsidR="00AA628E" w:rsidRPr="00AA628E" w:rsidRDefault="00AA628E" w:rsidP="00AA628E">
      <w:pPr>
        <w:pStyle w:val="Listaconvietas"/>
        <w:spacing w:after="40"/>
        <w:jc w:val="both"/>
        <w:rPr>
          <w:sz w:val="24"/>
          <w:szCs w:val="24"/>
        </w:rPr>
      </w:pPr>
    </w:p>
    <w:p w14:paraId="1A81236D" w14:textId="77777777" w:rsidR="007C5D2A" w:rsidRDefault="00000000" w:rsidP="00AA628E">
      <w:pPr>
        <w:spacing w:after="80" w:line="240" w:lineRule="auto"/>
        <w:jc w:val="both"/>
        <w:rPr>
          <w:sz w:val="24"/>
          <w:szCs w:val="24"/>
        </w:rPr>
      </w:pPr>
      <w:r w:rsidRPr="00AA628E">
        <w:rPr>
          <w:sz w:val="24"/>
          <w:szCs w:val="24"/>
        </w:rPr>
        <w:t xml:space="preserve">La presente declaración se efectúa para efectos de la participación en el proceso y se entiende rendida bajo la gravedad del juramento, sin perjuicio de las verificaciones que </w:t>
      </w:r>
      <w:proofErr w:type="spellStart"/>
      <w:r w:rsidRPr="00AA628E">
        <w:rPr>
          <w:sz w:val="24"/>
          <w:szCs w:val="24"/>
        </w:rPr>
        <w:t>pueda</w:t>
      </w:r>
      <w:proofErr w:type="spellEnd"/>
      <w:r w:rsidRPr="00AA628E">
        <w:rPr>
          <w:sz w:val="24"/>
          <w:szCs w:val="24"/>
        </w:rPr>
        <w:t xml:space="preserve"> </w:t>
      </w:r>
      <w:proofErr w:type="spellStart"/>
      <w:r w:rsidRPr="00AA628E">
        <w:rPr>
          <w:sz w:val="24"/>
          <w:szCs w:val="24"/>
        </w:rPr>
        <w:t>realizar</w:t>
      </w:r>
      <w:proofErr w:type="spellEnd"/>
      <w:r w:rsidRPr="00AA628E">
        <w:rPr>
          <w:sz w:val="24"/>
          <w:szCs w:val="24"/>
        </w:rPr>
        <w:t xml:space="preserve"> la </w:t>
      </w:r>
      <w:proofErr w:type="spellStart"/>
      <w:r w:rsidRPr="00AA628E">
        <w:rPr>
          <w:sz w:val="24"/>
          <w:szCs w:val="24"/>
        </w:rPr>
        <w:t>Entidad</w:t>
      </w:r>
      <w:proofErr w:type="spellEnd"/>
      <w:r w:rsidRPr="00AA628E">
        <w:rPr>
          <w:sz w:val="24"/>
          <w:szCs w:val="24"/>
        </w:rPr>
        <w:t>.</w:t>
      </w:r>
    </w:p>
    <w:p w14:paraId="2F04CCE9" w14:textId="77777777" w:rsidR="00AA628E" w:rsidRPr="00AA628E" w:rsidRDefault="00AA628E" w:rsidP="00AA628E">
      <w:pPr>
        <w:spacing w:after="80" w:line="240" w:lineRule="auto"/>
        <w:jc w:val="both"/>
        <w:rPr>
          <w:sz w:val="24"/>
          <w:szCs w:val="24"/>
        </w:rPr>
      </w:pPr>
    </w:p>
    <w:tbl>
      <w:tblPr>
        <w:tblStyle w:val="Tablanormal4"/>
        <w:tblW w:w="0" w:type="auto"/>
        <w:tblLook w:val="04A0" w:firstRow="1" w:lastRow="0" w:firstColumn="1" w:lastColumn="0" w:noHBand="0" w:noVBand="1"/>
      </w:tblPr>
      <w:tblGrid>
        <w:gridCol w:w="5040"/>
        <w:gridCol w:w="5040"/>
      </w:tblGrid>
      <w:tr w:rsidR="007C5D2A" w:rsidRPr="00AA628E" w14:paraId="4894F7AD" w14:textId="77777777" w:rsidTr="00AA6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6738D2A7" w14:textId="77777777" w:rsidR="007C5D2A" w:rsidRPr="00AA628E" w:rsidRDefault="00000000" w:rsidP="00AA628E">
            <w:pPr>
              <w:jc w:val="both"/>
              <w:rPr>
                <w:sz w:val="24"/>
                <w:szCs w:val="24"/>
              </w:rPr>
            </w:pPr>
            <w:r w:rsidRPr="00AA628E">
              <w:rPr>
                <w:sz w:val="24"/>
                <w:szCs w:val="24"/>
              </w:rPr>
              <w:t>Nombre / razón social:</w:t>
            </w:r>
          </w:p>
        </w:tc>
        <w:tc>
          <w:tcPr>
            <w:tcW w:w="5040" w:type="dxa"/>
          </w:tcPr>
          <w:p w14:paraId="09F64A81" w14:textId="6635D817" w:rsidR="007C5D2A" w:rsidRPr="00AA628E" w:rsidRDefault="007C5D2A" w:rsidP="00AA628E">
            <w:pPr>
              <w:jc w:val="both"/>
              <w:cnfStyle w:val="100000000000" w:firstRow="1" w:lastRow="0" w:firstColumn="0" w:lastColumn="0" w:oddVBand="0" w:evenVBand="0" w:oddHBand="0" w:evenHBand="0" w:firstRowFirstColumn="0" w:firstRowLastColumn="0" w:lastRowFirstColumn="0" w:lastRowLastColumn="0"/>
              <w:rPr>
                <w:sz w:val="24"/>
                <w:szCs w:val="24"/>
              </w:rPr>
            </w:pPr>
          </w:p>
        </w:tc>
      </w:tr>
      <w:tr w:rsidR="007C5D2A" w:rsidRPr="00AA628E" w14:paraId="1CEE8B65"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5EE8643" w14:textId="77777777" w:rsidR="007C5D2A" w:rsidRPr="00AA628E" w:rsidRDefault="00000000" w:rsidP="00AA628E">
            <w:pPr>
              <w:jc w:val="both"/>
              <w:rPr>
                <w:sz w:val="24"/>
                <w:szCs w:val="24"/>
              </w:rPr>
            </w:pPr>
            <w:r w:rsidRPr="00AA628E">
              <w:rPr>
                <w:sz w:val="24"/>
                <w:szCs w:val="24"/>
              </w:rPr>
              <w:t>NIT / documento:</w:t>
            </w:r>
          </w:p>
        </w:tc>
        <w:tc>
          <w:tcPr>
            <w:tcW w:w="5040" w:type="dxa"/>
          </w:tcPr>
          <w:p w14:paraId="7AA166B8" w14:textId="3AAFD534" w:rsidR="007C5D2A" w:rsidRPr="00AA628E" w:rsidRDefault="007C5D2A" w:rsidP="00AA628E">
            <w:pPr>
              <w:jc w:val="both"/>
              <w:cnfStyle w:val="000000100000" w:firstRow="0" w:lastRow="0" w:firstColumn="0" w:lastColumn="0" w:oddVBand="0" w:evenVBand="0" w:oddHBand="1" w:evenHBand="0" w:firstRowFirstColumn="0" w:firstRowLastColumn="0" w:lastRowFirstColumn="0" w:lastRowLastColumn="0"/>
              <w:rPr>
                <w:sz w:val="24"/>
                <w:szCs w:val="24"/>
              </w:rPr>
            </w:pPr>
          </w:p>
        </w:tc>
      </w:tr>
      <w:tr w:rsidR="007C5D2A" w:rsidRPr="00AA628E" w14:paraId="44F20A04"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0666608F" w14:textId="77777777" w:rsidR="007C5D2A" w:rsidRPr="00AA628E" w:rsidRDefault="00000000" w:rsidP="00AA628E">
            <w:pPr>
              <w:jc w:val="both"/>
              <w:rPr>
                <w:sz w:val="24"/>
                <w:szCs w:val="24"/>
              </w:rPr>
            </w:pPr>
            <w:r w:rsidRPr="00AA628E">
              <w:rPr>
                <w:sz w:val="24"/>
                <w:szCs w:val="24"/>
              </w:rPr>
              <w:t>Representante legal:</w:t>
            </w:r>
          </w:p>
        </w:tc>
        <w:tc>
          <w:tcPr>
            <w:tcW w:w="5040" w:type="dxa"/>
          </w:tcPr>
          <w:p w14:paraId="209310A3" w14:textId="0693067C" w:rsidR="007C5D2A" w:rsidRPr="00AA628E" w:rsidRDefault="007C5D2A" w:rsidP="00AA628E">
            <w:pPr>
              <w:jc w:val="both"/>
              <w:cnfStyle w:val="000000000000" w:firstRow="0" w:lastRow="0" w:firstColumn="0" w:lastColumn="0" w:oddVBand="0" w:evenVBand="0" w:oddHBand="0" w:evenHBand="0" w:firstRowFirstColumn="0" w:firstRowLastColumn="0" w:lastRowFirstColumn="0" w:lastRowLastColumn="0"/>
              <w:rPr>
                <w:sz w:val="24"/>
                <w:szCs w:val="24"/>
              </w:rPr>
            </w:pPr>
          </w:p>
        </w:tc>
      </w:tr>
      <w:tr w:rsidR="007C5D2A" w:rsidRPr="00AA628E" w14:paraId="3B961B98" w14:textId="77777777" w:rsidTr="00AA6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14771C43" w14:textId="77777777" w:rsidR="007C5D2A" w:rsidRPr="00AA628E" w:rsidRDefault="00000000" w:rsidP="00AA628E">
            <w:pPr>
              <w:jc w:val="both"/>
              <w:rPr>
                <w:sz w:val="24"/>
                <w:szCs w:val="24"/>
              </w:rPr>
            </w:pPr>
            <w:r w:rsidRPr="00AA628E">
              <w:rPr>
                <w:sz w:val="24"/>
                <w:szCs w:val="24"/>
              </w:rPr>
              <w:t>C.C.:</w:t>
            </w:r>
          </w:p>
        </w:tc>
        <w:tc>
          <w:tcPr>
            <w:tcW w:w="5040" w:type="dxa"/>
          </w:tcPr>
          <w:p w14:paraId="388403E4" w14:textId="516C6750" w:rsidR="007C5D2A" w:rsidRPr="00AA628E" w:rsidRDefault="007C5D2A" w:rsidP="00AA628E">
            <w:pPr>
              <w:jc w:val="both"/>
              <w:cnfStyle w:val="000000100000" w:firstRow="0" w:lastRow="0" w:firstColumn="0" w:lastColumn="0" w:oddVBand="0" w:evenVBand="0" w:oddHBand="1" w:evenHBand="0" w:firstRowFirstColumn="0" w:firstRowLastColumn="0" w:lastRowFirstColumn="0" w:lastRowLastColumn="0"/>
              <w:rPr>
                <w:sz w:val="24"/>
                <w:szCs w:val="24"/>
              </w:rPr>
            </w:pPr>
          </w:p>
        </w:tc>
      </w:tr>
      <w:tr w:rsidR="007C5D2A" w:rsidRPr="00AA628E" w14:paraId="145E0DBD" w14:textId="77777777" w:rsidTr="00AA628E">
        <w:tc>
          <w:tcPr>
            <w:cnfStyle w:val="001000000000" w:firstRow="0" w:lastRow="0" w:firstColumn="1" w:lastColumn="0" w:oddVBand="0" w:evenVBand="0" w:oddHBand="0" w:evenHBand="0" w:firstRowFirstColumn="0" w:firstRowLastColumn="0" w:lastRowFirstColumn="0" w:lastRowLastColumn="0"/>
            <w:tcW w:w="5040" w:type="dxa"/>
          </w:tcPr>
          <w:p w14:paraId="08AD60ED" w14:textId="77777777" w:rsidR="007C5D2A" w:rsidRPr="00AA628E" w:rsidRDefault="00000000" w:rsidP="00AA628E">
            <w:pPr>
              <w:jc w:val="both"/>
              <w:rPr>
                <w:sz w:val="24"/>
                <w:szCs w:val="24"/>
              </w:rPr>
            </w:pPr>
            <w:r w:rsidRPr="00AA628E">
              <w:rPr>
                <w:sz w:val="24"/>
                <w:szCs w:val="24"/>
              </w:rPr>
              <w:t>Firma:</w:t>
            </w:r>
          </w:p>
        </w:tc>
        <w:tc>
          <w:tcPr>
            <w:tcW w:w="5040" w:type="dxa"/>
          </w:tcPr>
          <w:p w14:paraId="7E6C1B3E" w14:textId="46C43E9B" w:rsidR="007C5D2A" w:rsidRPr="00AA628E" w:rsidRDefault="007C5D2A" w:rsidP="00AA628E">
            <w:pPr>
              <w:jc w:val="both"/>
              <w:cnfStyle w:val="000000000000" w:firstRow="0" w:lastRow="0" w:firstColumn="0" w:lastColumn="0" w:oddVBand="0" w:evenVBand="0" w:oddHBand="0" w:evenHBand="0" w:firstRowFirstColumn="0" w:firstRowLastColumn="0" w:lastRowFirstColumn="0" w:lastRowLastColumn="0"/>
              <w:rPr>
                <w:sz w:val="24"/>
                <w:szCs w:val="24"/>
              </w:rPr>
            </w:pPr>
          </w:p>
        </w:tc>
      </w:tr>
    </w:tbl>
    <w:p w14:paraId="7741DB02" w14:textId="77777777" w:rsidR="005D6C74" w:rsidRDefault="005D6C74" w:rsidP="00AA628E">
      <w:pPr>
        <w:jc w:val="both"/>
      </w:pPr>
    </w:p>
    <w:sectPr w:rsidR="005D6C74" w:rsidSect="00527D3A">
      <w:headerReference w:type="default" r:id="rId8"/>
      <w:footerReference w:type="default" r:id="rId9"/>
      <w:pgSz w:w="12240" w:h="15840"/>
      <w:pgMar w:top="936" w:right="1080" w:bottom="936" w:left="1080"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CE765" w14:textId="77777777" w:rsidR="005D6C74" w:rsidRDefault="005D6C74">
      <w:pPr>
        <w:spacing w:after="0" w:line="240" w:lineRule="auto"/>
      </w:pPr>
      <w:r>
        <w:separator/>
      </w:r>
    </w:p>
  </w:endnote>
  <w:endnote w:type="continuationSeparator" w:id="0">
    <w:p w14:paraId="227B6DCD" w14:textId="77777777" w:rsidR="005D6C74" w:rsidRDefault="005D6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5F945" w14:textId="77777777" w:rsidR="007C5D2A" w:rsidRDefault="00000000">
    <w:pPr>
      <w:pStyle w:val="Piedepgina"/>
      <w:jc w:val="center"/>
    </w:pPr>
    <w:proofErr w:type="spellStart"/>
    <w:r>
      <w:rPr>
        <w:sz w:val="16"/>
      </w:rPr>
      <w:t>Proceso</w:t>
    </w:r>
    <w:proofErr w:type="spellEnd"/>
    <w:r>
      <w:rPr>
        <w:sz w:val="16"/>
      </w:rPr>
      <w:t xml:space="preserve"> No. 4181.010.26.1.803-2026 – </w:t>
    </w:r>
    <w:proofErr w:type="spellStart"/>
    <w:r>
      <w:rPr>
        <w:sz w:val="16"/>
      </w:rPr>
      <w:t>Anexos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82830" w14:textId="77777777" w:rsidR="005D6C74" w:rsidRDefault="005D6C74">
      <w:pPr>
        <w:spacing w:after="0" w:line="240" w:lineRule="auto"/>
      </w:pPr>
      <w:r>
        <w:separator/>
      </w:r>
    </w:p>
  </w:footnote>
  <w:footnote w:type="continuationSeparator" w:id="0">
    <w:p w14:paraId="704B4228" w14:textId="77777777" w:rsidR="005D6C74" w:rsidRDefault="005D6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DE73D" w14:textId="7AAE4A43" w:rsidR="00527D3A" w:rsidRDefault="00527D3A" w:rsidP="00527D3A">
    <w:pPr>
      <w:pStyle w:val="Encabezado"/>
      <w:jc w:val="center"/>
    </w:pPr>
    <w:r>
      <w:rPr>
        <w:noProof/>
      </w:rPr>
      <w:drawing>
        <wp:inline distT="0" distB="0" distL="0" distR="0" wp14:anchorId="0B63E3B4" wp14:editId="6D24C40F">
          <wp:extent cx="1409700" cy="1085850"/>
          <wp:effectExtent l="0" t="0" r="0" b="0"/>
          <wp:docPr id="10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9700" cy="1085850"/>
                  </a:xfrm>
                  <a:prstGeom prst="rect">
                    <a:avLst/>
                  </a:prstGeom>
                  <a:ln/>
                </pic:spPr>
              </pic:pic>
            </a:graphicData>
          </a:graphic>
        </wp:inline>
      </w:drawing>
    </w:r>
  </w:p>
  <w:p w14:paraId="1F268EB3" w14:textId="77777777" w:rsidR="00527D3A" w:rsidRDefault="00527D3A" w:rsidP="00527D3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90268DC8"/>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9E5A7B8C"/>
    <w:lvl w:ilvl="0">
      <w:start w:val="1"/>
      <w:numFmt w:val="bullet"/>
      <w:pStyle w:val="Listaconvietas"/>
      <w:lvlText w:val=""/>
      <w:lvlJc w:val="left"/>
      <w:pPr>
        <w:tabs>
          <w:tab w:val="num" w:pos="360"/>
        </w:tabs>
        <w:ind w:left="360" w:hanging="360"/>
      </w:pPr>
      <w:rPr>
        <w:rFonts w:ascii="Symbol" w:hAnsi="Symbol" w:hint="default"/>
      </w:rPr>
    </w:lvl>
  </w:abstractNum>
  <w:num w:numId="1" w16cid:durableId="743381759">
    <w:abstractNumId w:val="8"/>
  </w:num>
  <w:num w:numId="2" w16cid:durableId="1333944876">
    <w:abstractNumId w:val="6"/>
  </w:num>
  <w:num w:numId="3" w16cid:durableId="1953707567">
    <w:abstractNumId w:val="5"/>
  </w:num>
  <w:num w:numId="4" w16cid:durableId="623075752">
    <w:abstractNumId w:val="4"/>
  </w:num>
  <w:num w:numId="5" w16cid:durableId="1004480987">
    <w:abstractNumId w:val="7"/>
  </w:num>
  <w:num w:numId="6" w16cid:durableId="21828139">
    <w:abstractNumId w:val="3"/>
  </w:num>
  <w:num w:numId="7" w16cid:durableId="1312710294">
    <w:abstractNumId w:val="2"/>
  </w:num>
  <w:num w:numId="8" w16cid:durableId="352809078">
    <w:abstractNumId w:val="1"/>
  </w:num>
  <w:num w:numId="9" w16cid:durableId="964046104">
    <w:abstractNumId w:val="0"/>
  </w:num>
  <w:num w:numId="10" w16cid:durableId="451751213">
    <w:abstractNumId w:val="7"/>
  </w:num>
  <w:num w:numId="11" w16cid:durableId="1496336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34D0F"/>
    <w:rsid w:val="0029639D"/>
    <w:rsid w:val="00326F90"/>
    <w:rsid w:val="00527D3A"/>
    <w:rsid w:val="005D6C74"/>
    <w:rsid w:val="007C5D2A"/>
    <w:rsid w:val="00AA1D8D"/>
    <w:rsid w:val="00AA628E"/>
    <w:rsid w:val="00B47730"/>
    <w:rsid w:val="00BA7D4F"/>
    <w:rsid w:val="00CB0664"/>
    <w:rsid w:val="00CB084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26D5F"/>
  <w14:defaultImageDpi w14:val="300"/>
  <w15:docId w15:val="{D01FBDEC-EA5F-4BE0-AD53-EA4A929AD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9"/>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anormal4">
    <w:name w:val="Plain Table 4"/>
    <w:basedOn w:val="Tablanormal"/>
    <w:uiPriority w:val="99"/>
    <w:rsid w:val="00527D3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1861</Words>
  <Characters>11949</Characters>
  <Application>Microsoft Office Word</Application>
  <DocSecurity>0</DocSecurity>
  <Lines>362</Lines>
  <Paragraphs>168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13642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alexander sarria caviche</cp:lastModifiedBy>
  <cp:revision>5</cp:revision>
  <dcterms:created xsi:type="dcterms:W3CDTF">2013-12-23T23:15:00Z</dcterms:created>
  <dcterms:modified xsi:type="dcterms:W3CDTF">2026-08-26T22:02:00Z</dcterms:modified>
  <cp:category/>
</cp:coreProperties>
</file>