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F6A670" w14:textId="23C7F094" w:rsidR="004F21AB" w:rsidRPr="00BD0704" w:rsidRDefault="00687682" w:rsidP="004F21AB">
      <w:pPr>
        <w:spacing w:after="0" w:line="240" w:lineRule="auto"/>
        <w:jc w:val="center"/>
        <w:rPr>
          <w:rFonts w:ascii="Arial" w:hAnsi="Arial" w:cs="Arial"/>
          <w:b/>
          <w:lang w:val="es-CO"/>
        </w:rPr>
      </w:pPr>
      <w:r w:rsidRPr="00BD0704">
        <w:rPr>
          <w:rFonts w:ascii="Arial" w:hAnsi="Arial" w:cs="Arial"/>
          <w:b/>
          <w:lang w:val="es-CO"/>
        </w:rPr>
        <w:t>ANEXO</w:t>
      </w:r>
      <w:r w:rsidR="004F21AB" w:rsidRPr="00BD0704">
        <w:rPr>
          <w:rFonts w:ascii="Arial" w:hAnsi="Arial" w:cs="Arial"/>
          <w:b/>
          <w:lang w:val="es-CO"/>
        </w:rPr>
        <w:t xml:space="preserve"> No.</w:t>
      </w:r>
      <w:r w:rsidRPr="00BD0704">
        <w:rPr>
          <w:rFonts w:ascii="Arial" w:hAnsi="Arial" w:cs="Arial"/>
          <w:b/>
          <w:lang w:val="es-CO"/>
        </w:rPr>
        <w:t xml:space="preserve"> 2</w:t>
      </w:r>
    </w:p>
    <w:p w14:paraId="58196F6D" w14:textId="77777777" w:rsidR="004F21AB" w:rsidRPr="00BD0704" w:rsidRDefault="004F21AB" w:rsidP="004F21AB">
      <w:pPr>
        <w:spacing w:after="0" w:line="240" w:lineRule="auto"/>
        <w:jc w:val="center"/>
        <w:rPr>
          <w:rFonts w:ascii="Arial" w:hAnsi="Arial" w:cs="Arial"/>
          <w:lang w:val="es-CO"/>
        </w:rPr>
      </w:pPr>
    </w:p>
    <w:p w14:paraId="769CEA15" w14:textId="245BEFA1" w:rsidR="00E45C7D" w:rsidRPr="00BD0704" w:rsidRDefault="002B4130" w:rsidP="004F21AB">
      <w:pPr>
        <w:spacing w:after="0" w:line="240" w:lineRule="auto"/>
        <w:jc w:val="center"/>
        <w:rPr>
          <w:rFonts w:ascii="Arial" w:hAnsi="Arial" w:cs="Arial"/>
          <w:lang w:val="es-CO"/>
        </w:rPr>
      </w:pPr>
      <w:r w:rsidRPr="00BD0704">
        <w:rPr>
          <w:rFonts w:ascii="Arial" w:hAnsi="Arial" w:cs="Arial"/>
          <w:lang w:val="es-CO"/>
        </w:rPr>
        <w:t>CERTIFICACIÓN DE GARANTÍA, SOPORTE TÉCNICO Y SUMINISTRO DE REPUESTOS</w:t>
      </w:r>
    </w:p>
    <w:p w14:paraId="7604BE44" w14:textId="7A02C55A" w:rsidR="004F21AB" w:rsidRPr="00BD0704" w:rsidRDefault="004F21AB" w:rsidP="004F21AB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575A0CFF" w14:textId="77777777" w:rsidR="004F21AB" w:rsidRPr="00BD0704" w:rsidRDefault="004F21AB" w:rsidP="004F21AB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7CCD26C7" w14:textId="486510F1" w:rsidR="00DE7C63" w:rsidRPr="00BD0704" w:rsidRDefault="00DE7C63" w:rsidP="004F21AB">
      <w:pPr>
        <w:spacing w:after="0" w:line="240" w:lineRule="auto"/>
        <w:jc w:val="both"/>
        <w:rPr>
          <w:rStyle w:val="eop"/>
          <w:rFonts w:ascii="Arial" w:hAnsi="Arial" w:cs="Arial"/>
          <w:color w:val="000000"/>
          <w:lang w:val="es-CO"/>
        </w:rPr>
      </w:pPr>
      <w:bookmarkStart w:id="0" w:name="_Hlk233293522"/>
      <w:r w:rsidRPr="00BD0704">
        <w:rPr>
          <w:rStyle w:val="normaltextrun"/>
          <w:rFonts w:ascii="Arial" w:hAnsi="Arial" w:cs="Arial"/>
          <w:color w:val="000000"/>
          <w:shd w:val="clear" w:color="auto" w:fill="FFFFFF"/>
          <w:lang w:val="es-CO"/>
        </w:rPr>
        <w:t>ADQUISICIÓN DE CAMIONETAS 4X4 BLINDADAS PARA LOS ESQUEMAS DE SEGURIDAD DE LA FAC DE ACUERDO CON ESPECIFICACIONES TÉCNICAS ANEXAS</w:t>
      </w:r>
      <w:bookmarkEnd w:id="0"/>
      <w:r w:rsidRPr="00BD0704">
        <w:rPr>
          <w:rStyle w:val="normaltextrun"/>
          <w:rFonts w:ascii="Arial" w:hAnsi="Arial" w:cs="Arial"/>
          <w:color w:val="000000"/>
          <w:shd w:val="clear" w:color="auto" w:fill="FFFFFF"/>
          <w:lang w:val="es-CO"/>
        </w:rPr>
        <w:t>.</w:t>
      </w:r>
      <w:r w:rsidRPr="00BD0704">
        <w:rPr>
          <w:rStyle w:val="eop"/>
          <w:rFonts w:ascii="Arial" w:hAnsi="Arial" w:cs="Arial"/>
          <w:color w:val="000000"/>
          <w:lang w:val="es-CO"/>
        </w:rPr>
        <w:t> </w:t>
      </w:r>
    </w:p>
    <w:p w14:paraId="6847C9B6" w14:textId="251234FE" w:rsidR="004F21AB" w:rsidRPr="00BD0704" w:rsidRDefault="004F21AB" w:rsidP="004F21AB">
      <w:pPr>
        <w:spacing w:after="0" w:line="240" w:lineRule="auto"/>
        <w:jc w:val="both"/>
        <w:rPr>
          <w:rStyle w:val="eop"/>
          <w:rFonts w:ascii="Arial" w:hAnsi="Arial" w:cs="Arial"/>
          <w:color w:val="000000"/>
          <w:lang w:val="es-CO"/>
        </w:rPr>
      </w:pPr>
    </w:p>
    <w:p w14:paraId="4687C100" w14:textId="6103F6D6" w:rsidR="004F21AB" w:rsidRPr="00BD0704" w:rsidRDefault="004F21AB" w:rsidP="004F21AB">
      <w:pPr>
        <w:spacing w:after="0" w:line="240" w:lineRule="auto"/>
        <w:jc w:val="both"/>
        <w:rPr>
          <w:rStyle w:val="eop"/>
          <w:rFonts w:ascii="Arial" w:hAnsi="Arial" w:cs="Arial"/>
          <w:color w:val="000000"/>
          <w:lang w:val="es-CO"/>
        </w:rPr>
      </w:pPr>
    </w:p>
    <w:p w14:paraId="6555A9EF" w14:textId="74B9B246" w:rsidR="00E45C7D" w:rsidRPr="008F12E1" w:rsidRDefault="002B4130" w:rsidP="004F21AB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8F12E1">
        <w:rPr>
          <w:rFonts w:ascii="Arial" w:hAnsi="Arial" w:cs="Arial"/>
          <w:b/>
          <w:lang w:val="es-CO"/>
        </w:rPr>
        <w:t>IDENTIFICACIÓN DEL EMISOR</w:t>
      </w:r>
      <w:r w:rsidR="008F12E1">
        <w:rPr>
          <w:rFonts w:ascii="Arial" w:hAnsi="Arial" w:cs="Arial"/>
          <w:b/>
          <w:lang w:val="es-CO"/>
        </w:rPr>
        <w:t>:</w:t>
      </w:r>
    </w:p>
    <w:p w14:paraId="68872244" w14:textId="19CD0E3A" w:rsidR="00BD0704" w:rsidRPr="00BD0704" w:rsidRDefault="002B4130" w:rsidP="00BD0704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BD0704">
        <w:rPr>
          <w:rFonts w:ascii="Arial" w:hAnsi="Arial" w:cs="Arial"/>
          <w:lang w:val="es-CO"/>
        </w:rPr>
        <w:br/>
      </w:r>
      <w:r w:rsidR="00BD0704" w:rsidRPr="00BD0704">
        <w:rPr>
          <w:rFonts w:ascii="Arial" w:hAnsi="Arial" w:cs="Arial"/>
          <w:lang w:val="es-CO"/>
        </w:rPr>
        <w:t>[Nombre del fabricante / representante autorizado / distribuidor / concesionario autorizado en Colombia]</w:t>
      </w:r>
    </w:p>
    <w:p w14:paraId="6E1276AE" w14:textId="2B3B1628" w:rsidR="002B28C3" w:rsidRPr="00BD0704" w:rsidRDefault="002B4130" w:rsidP="004F21AB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BD0704">
        <w:rPr>
          <w:rFonts w:ascii="Arial" w:hAnsi="Arial" w:cs="Arial"/>
          <w:lang w:val="es-CO"/>
        </w:rPr>
        <w:t>NIT:______________________________</w:t>
      </w:r>
      <w:r w:rsidRPr="00BD0704">
        <w:rPr>
          <w:rFonts w:ascii="Arial" w:hAnsi="Arial" w:cs="Arial"/>
          <w:lang w:val="es-CO"/>
        </w:rPr>
        <w:br/>
        <w:t>Dirección:_________________________</w:t>
      </w:r>
      <w:r w:rsidRPr="00BD0704">
        <w:rPr>
          <w:rFonts w:ascii="Arial" w:hAnsi="Arial" w:cs="Arial"/>
          <w:lang w:val="es-CO"/>
        </w:rPr>
        <w:br/>
        <w:t>Teléfono:__________________________</w:t>
      </w:r>
      <w:r w:rsidRPr="00BD0704">
        <w:rPr>
          <w:rFonts w:ascii="Arial" w:hAnsi="Arial" w:cs="Arial"/>
          <w:lang w:val="es-CO"/>
        </w:rPr>
        <w:br/>
        <w:t>Correo:___________________________</w:t>
      </w:r>
      <w:r w:rsidRPr="00BD0704">
        <w:rPr>
          <w:rFonts w:ascii="Arial" w:hAnsi="Arial" w:cs="Arial"/>
          <w:lang w:val="es-CO"/>
        </w:rPr>
        <w:br/>
      </w:r>
      <w:r w:rsidRPr="00BD0704">
        <w:rPr>
          <w:rFonts w:ascii="Arial" w:hAnsi="Arial" w:cs="Arial"/>
          <w:lang w:val="es-CO"/>
        </w:rPr>
        <w:br/>
      </w:r>
    </w:p>
    <w:p w14:paraId="5C9DA29A" w14:textId="2E390E15" w:rsidR="002B28C3" w:rsidRDefault="00BD0704" w:rsidP="004F21AB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BD0704">
        <w:rPr>
          <w:rFonts w:ascii="Arial" w:hAnsi="Arial" w:cs="Arial"/>
          <w:b/>
          <w:lang w:val="es-CO"/>
        </w:rPr>
        <w:t>CALIDAD EN LA QUE ACTÚA:</w:t>
      </w:r>
    </w:p>
    <w:p w14:paraId="5DDE10E5" w14:textId="77777777" w:rsidR="00BD0704" w:rsidRPr="00BD0704" w:rsidRDefault="00BD0704" w:rsidP="004F21AB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2BB40E66" w14:textId="77777777" w:rsidR="002B28C3" w:rsidRPr="00BD0704" w:rsidRDefault="002B4130" w:rsidP="004F21AB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BD0704">
        <w:rPr>
          <w:rFonts w:ascii="Segoe UI Symbol" w:hAnsi="Segoe UI Symbol" w:cs="Segoe UI Symbol"/>
          <w:lang w:val="es-CO"/>
        </w:rPr>
        <w:t>☐</w:t>
      </w:r>
      <w:r w:rsidR="002B28C3" w:rsidRPr="00BD0704">
        <w:rPr>
          <w:rFonts w:ascii="Arial" w:hAnsi="Arial" w:cs="Arial"/>
          <w:lang w:val="es-CO"/>
        </w:rPr>
        <w:tab/>
      </w:r>
      <w:r w:rsidR="002B28C3" w:rsidRPr="00BD0704">
        <w:rPr>
          <w:rFonts w:ascii="Arial" w:hAnsi="Arial" w:cs="Arial"/>
          <w:lang w:val="es-CO"/>
        </w:rPr>
        <w:tab/>
      </w:r>
      <w:r w:rsidRPr="00BD0704">
        <w:rPr>
          <w:rFonts w:ascii="Arial" w:hAnsi="Arial" w:cs="Arial"/>
          <w:lang w:val="es-CO"/>
        </w:rPr>
        <w:t>Fabricante</w:t>
      </w:r>
      <w:r w:rsidRPr="00BD0704">
        <w:rPr>
          <w:rFonts w:ascii="Arial" w:hAnsi="Arial" w:cs="Arial"/>
          <w:lang w:val="es-CO"/>
        </w:rPr>
        <w:br/>
      </w:r>
      <w:r w:rsidRPr="00BD0704">
        <w:rPr>
          <w:rFonts w:ascii="Segoe UI Symbol" w:hAnsi="Segoe UI Symbol" w:cs="Segoe UI Symbol"/>
          <w:lang w:val="es-CO"/>
        </w:rPr>
        <w:t>☐</w:t>
      </w:r>
      <w:r w:rsidR="002B28C3" w:rsidRPr="00BD0704">
        <w:rPr>
          <w:rFonts w:ascii="Arial" w:hAnsi="Arial" w:cs="Arial"/>
          <w:lang w:val="es-CO"/>
        </w:rPr>
        <w:tab/>
      </w:r>
      <w:r w:rsidR="002B28C3" w:rsidRPr="00BD0704">
        <w:rPr>
          <w:rFonts w:ascii="Arial" w:hAnsi="Arial" w:cs="Arial"/>
          <w:lang w:val="es-CO"/>
        </w:rPr>
        <w:tab/>
        <w:t>Representante autorizado en Colombia</w:t>
      </w:r>
    </w:p>
    <w:p w14:paraId="7725C6EB" w14:textId="63E6C61B" w:rsidR="00BD0704" w:rsidRPr="00BD0704" w:rsidRDefault="002B4130" w:rsidP="004F21AB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BD0704">
        <w:rPr>
          <w:rFonts w:ascii="Segoe UI Symbol" w:hAnsi="Segoe UI Symbol" w:cs="Segoe UI Symbol"/>
          <w:lang w:val="es-CO"/>
        </w:rPr>
        <w:t>☐</w:t>
      </w:r>
      <w:r w:rsidR="002B28C3" w:rsidRPr="00BD0704">
        <w:rPr>
          <w:rFonts w:ascii="Arial" w:hAnsi="Arial" w:cs="Arial"/>
          <w:lang w:val="es-CO"/>
        </w:rPr>
        <w:tab/>
      </w:r>
      <w:r w:rsidR="002B28C3" w:rsidRPr="00BD0704">
        <w:rPr>
          <w:rFonts w:ascii="Arial" w:hAnsi="Arial" w:cs="Arial"/>
          <w:lang w:val="es-CO"/>
        </w:rPr>
        <w:tab/>
        <w:t>Distribuidor autorizado en Colombia</w:t>
      </w:r>
    </w:p>
    <w:p w14:paraId="133CE799" w14:textId="77777777" w:rsidR="00BD0704" w:rsidRPr="00BD0704" w:rsidRDefault="00BD0704" w:rsidP="00BD0704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BD0704">
        <w:rPr>
          <w:rFonts w:ascii="Segoe UI Symbol" w:hAnsi="Segoe UI Symbol" w:cs="Segoe UI Symbol"/>
          <w:lang w:val="es-CO"/>
        </w:rPr>
        <w:t>☐</w:t>
      </w:r>
      <w:r w:rsidRPr="00BD0704">
        <w:rPr>
          <w:rFonts w:ascii="Segoe UI Symbol" w:hAnsi="Segoe UI Symbol" w:cs="Segoe UI Symbol"/>
          <w:lang w:val="es-CO"/>
        </w:rPr>
        <w:tab/>
      </w:r>
      <w:r w:rsidRPr="00BD0704">
        <w:rPr>
          <w:rFonts w:ascii="Segoe UI Symbol" w:hAnsi="Segoe UI Symbol" w:cs="Segoe UI Symbol"/>
          <w:lang w:val="es-CO"/>
        </w:rPr>
        <w:tab/>
      </w:r>
      <w:r w:rsidRPr="00BD0704">
        <w:rPr>
          <w:rFonts w:ascii="Arial" w:hAnsi="Arial" w:cs="Arial"/>
          <w:lang w:val="es-CO"/>
        </w:rPr>
        <w:t>Concesionario autorizado en Colombia</w:t>
      </w:r>
    </w:p>
    <w:p w14:paraId="22652997" w14:textId="63B9FC50" w:rsidR="00E45C7D" w:rsidRPr="00BD0704" w:rsidRDefault="00E45C7D" w:rsidP="004F21AB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354627D8" w14:textId="77777777" w:rsidR="00BD0704" w:rsidRDefault="00BD0704" w:rsidP="004F21AB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1DF951AF" w14:textId="04C9B2C6" w:rsidR="00E45C7D" w:rsidRPr="008F12E1" w:rsidRDefault="002B4130" w:rsidP="004F21AB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8F12E1">
        <w:rPr>
          <w:rFonts w:ascii="Arial" w:hAnsi="Arial" w:cs="Arial"/>
          <w:b/>
          <w:lang w:val="es-CO"/>
        </w:rPr>
        <w:t>DESTINATARIO</w:t>
      </w:r>
      <w:r w:rsidR="008F12E1">
        <w:rPr>
          <w:rFonts w:ascii="Arial" w:hAnsi="Arial" w:cs="Arial"/>
          <w:b/>
          <w:lang w:val="es-CO"/>
        </w:rPr>
        <w:t>:</w:t>
      </w:r>
    </w:p>
    <w:p w14:paraId="671D71BC" w14:textId="77777777" w:rsidR="00BD0704" w:rsidRPr="00BD0704" w:rsidRDefault="00BD0704" w:rsidP="004F21AB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00BF7986" w14:textId="6FA11C6D" w:rsidR="00E45C7D" w:rsidRDefault="002B4130" w:rsidP="004F21AB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BD0704">
        <w:rPr>
          <w:rFonts w:ascii="Arial" w:hAnsi="Arial" w:cs="Arial"/>
          <w:lang w:val="es-CO"/>
        </w:rPr>
        <w:t>Fuerza Aeroespacial Colombiana – FAC</w:t>
      </w:r>
    </w:p>
    <w:p w14:paraId="12CC675A" w14:textId="46A5B4F2" w:rsidR="00BD0704" w:rsidRDefault="00BD0704" w:rsidP="004F21AB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1B016846" w14:textId="200A0CEA" w:rsidR="00BD0704" w:rsidRDefault="00BD0704" w:rsidP="004F21AB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3C9E2B6C" w14:textId="77777777" w:rsidR="00BD0704" w:rsidRPr="00BD0704" w:rsidRDefault="00BD0704" w:rsidP="004F21AB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4CA5C014" w14:textId="0BD1FFA5" w:rsidR="00E45C7D" w:rsidRPr="00BD0704" w:rsidRDefault="002B4130" w:rsidP="00BD0704">
      <w:pPr>
        <w:spacing w:after="0" w:line="240" w:lineRule="auto"/>
        <w:jc w:val="center"/>
        <w:rPr>
          <w:rFonts w:ascii="Arial" w:hAnsi="Arial" w:cs="Arial"/>
          <w:b/>
          <w:lang w:val="es-CO"/>
        </w:rPr>
      </w:pPr>
      <w:r w:rsidRPr="00BD0704">
        <w:rPr>
          <w:rFonts w:ascii="Arial" w:hAnsi="Arial" w:cs="Arial"/>
          <w:b/>
          <w:lang w:val="es-CO"/>
        </w:rPr>
        <w:t>CERTIFICACIÓN</w:t>
      </w:r>
    </w:p>
    <w:p w14:paraId="7C736935" w14:textId="7298188D" w:rsidR="00BD0704" w:rsidRDefault="00BD0704" w:rsidP="004F21AB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4FF2D4A1" w14:textId="77777777" w:rsidR="00BD0704" w:rsidRPr="00BD0704" w:rsidRDefault="00BD0704" w:rsidP="004F21AB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0DC6942A" w14:textId="6CBDEB57" w:rsidR="00E45C7D" w:rsidRDefault="002B4130" w:rsidP="004F21AB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BD0704">
        <w:rPr>
          <w:rFonts w:ascii="Arial" w:hAnsi="Arial" w:cs="Arial"/>
          <w:lang w:val="es-CO"/>
        </w:rPr>
        <w:t xml:space="preserve">El suscrito </w:t>
      </w:r>
      <w:r w:rsidR="00E26BB7" w:rsidRPr="00E26BB7">
        <w:rPr>
          <w:rFonts w:ascii="Arial" w:hAnsi="Arial" w:cs="Arial"/>
          <w:color w:val="FF0000"/>
          <w:sz w:val="18"/>
          <w:szCs w:val="18"/>
          <w:lang w:val="es-CO"/>
        </w:rPr>
        <w:t>(Fabricante, representante autorizado en Colombia, distribuidor autorizado en Colombia, concesionario autorizado en Colombia)</w:t>
      </w:r>
      <w:r w:rsidRPr="00BD0704">
        <w:rPr>
          <w:rFonts w:ascii="Arial" w:hAnsi="Arial" w:cs="Arial"/>
          <w:lang w:val="es-CO"/>
        </w:rPr>
        <w:t>____________________________, identificado como aparece al pie de mi firma, en calidad de representante legal de ____________________________, bajo la gravedad de juramento, certifica para efectos del proceso contractual adelantado por la Fuerza Aeroespacial Colombiana, lo siguiente:</w:t>
      </w:r>
    </w:p>
    <w:p w14:paraId="71B98BCE" w14:textId="1F071AB7" w:rsidR="00BD0704" w:rsidRDefault="00BD0704" w:rsidP="004F21AB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6E98982C" w14:textId="77777777" w:rsidR="002876AA" w:rsidRPr="00BD0704" w:rsidRDefault="002876AA" w:rsidP="004F21AB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162EC67C" w14:textId="19FD8271" w:rsidR="00E45C7D" w:rsidRPr="002876AA" w:rsidRDefault="002B4130" w:rsidP="00BD0704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lang w:val="es-CO"/>
        </w:rPr>
      </w:pPr>
      <w:r w:rsidRPr="00BD0704">
        <w:rPr>
          <w:rFonts w:ascii="Arial" w:hAnsi="Arial" w:cs="Arial"/>
          <w:b/>
          <w:lang w:val="es-CO"/>
        </w:rPr>
        <w:t>GARANTÍA TÉCNICA DE LOS VEHÍCULOS</w:t>
      </w:r>
    </w:p>
    <w:p w14:paraId="2D81D975" w14:textId="77777777" w:rsidR="002876AA" w:rsidRPr="002876AA" w:rsidRDefault="002876AA" w:rsidP="002876AA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2863EC3E" w14:textId="4C67B549" w:rsidR="00BD0704" w:rsidRDefault="002B4130" w:rsidP="00BD0704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BD0704">
        <w:rPr>
          <w:rFonts w:ascii="Arial" w:hAnsi="Arial" w:cs="Arial"/>
          <w:lang w:val="es-CO"/>
        </w:rPr>
        <w:t>Que los vehículos de la marca ________________________, ofertados dentro del proceso, cuentan con garantía técnica de fábrica en las siguientes condiciones:</w:t>
      </w:r>
      <w:r w:rsidRPr="00BD0704">
        <w:rPr>
          <w:rFonts w:ascii="Arial" w:hAnsi="Arial" w:cs="Arial"/>
          <w:lang w:val="es-CO"/>
        </w:rPr>
        <w:br/>
      </w:r>
    </w:p>
    <w:p w14:paraId="41A294BA" w14:textId="153069EE" w:rsidR="00BD0704" w:rsidRDefault="00BD0704" w:rsidP="00BD0704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7D5C9870" w14:textId="6D3D85EF" w:rsidR="00BD0704" w:rsidRDefault="00BD0704" w:rsidP="00BD0704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lang w:val="es-CO"/>
        </w:rPr>
      </w:pPr>
      <w:r w:rsidRPr="00BD0704">
        <w:rPr>
          <w:rFonts w:ascii="Arial" w:hAnsi="Arial" w:cs="Arial"/>
          <w:lang w:val="es-CO"/>
        </w:rPr>
        <w:t>Cubre defectos de fabricación, fallas de diseño y deficiencias en materiales.</w:t>
      </w:r>
    </w:p>
    <w:p w14:paraId="58D22DC2" w14:textId="270CA95E" w:rsidR="00BD0704" w:rsidRPr="002876AA" w:rsidRDefault="00BD0704" w:rsidP="002876AA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lang w:val="es-CO"/>
        </w:rPr>
      </w:pPr>
      <w:r w:rsidRPr="00BD0704">
        <w:rPr>
          <w:rFonts w:ascii="Arial" w:hAnsi="Arial" w:cs="Arial"/>
          <w:lang w:val="es-CO"/>
        </w:rPr>
        <w:t>Se otorga sin costo adicional para la Fuerza Aeroespacial Colombiana.</w:t>
      </w:r>
    </w:p>
    <w:p w14:paraId="55136D8E" w14:textId="0D8A79A1" w:rsidR="00BD0704" w:rsidRDefault="00BD0704" w:rsidP="00BD0704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lang w:val="es-CO"/>
        </w:rPr>
      </w:pPr>
      <w:r w:rsidRPr="00BD0704">
        <w:rPr>
          <w:rFonts w:ascii="Arial" w:hAnsi="Arial" w:cs="Arial"/>
          <w:lang w:val="es-CO"/>
        </w:rPr>
        <w:t>Vigencia: dos (2) años o cincuenta mil (50.000) kilómetros, lo que primero ocurra.</w:t>
      </w:r>
    </w:p>
    <w:p w14:paraId="1468C1EC" w14:textId="6F4E9435" w:rsidR="00BD0704" w:rsidRDefault="00BD0704" w:rsidP="00BD0704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lang w:val="es-CO"/>
        </w:rPr>
      </w:pPr>
      <w:r w:rsidRPr="00BD0704">
        <w:rPr>
          <w:rFonts w:ascii="Arial" w:hAnsi="Arial" w:cs="Arial"/>
          <w:lang w:val="es-CO"/>
        </w:rPr>
        <w:t>El término inicia con el acta de recibo a satisfacción.</w:t>
      </w:r>
    </w:p>
    <w:p w14:paraId="6FA4C676" w14:textId="77777777" w:rsidR="00BD0704" w:rsidRPr="00BD0704" w:rsidRDefault="00BD0704" w:rsidP="00BD0704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lang w:val="es-CO"/>
        </w:rPr>
      </w:pPr>
      <w:r w:rsidRPr="00BD0704">
        <w:rPr>
          <w:rFonts w:ascii="Arial" w:hAnsi="Arial" w:cs="Arial"/>
          <w:lang w:val="es-CO"/>
        </w:rPr>
        <w:t>Incluye mantenimiento correctivo, repuestos, mano de obra y soporte técnico sin costo.</w:t>
      </w:r>
    </w:p>
    <w:p w14:paraId="73EA8AE7" w14:textId="5AC4B16F" w:rsidR="00BD0704" w:rsidRPr="00BD0704" w:rsidRDefault="00BD0704" w:rsidP="00BD0704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4654ED04" w14:textId="20C2D35F" w:rsidR="00E45C7D" w:rsidRPr="00BD0704" w:rsidRDefault="002B4130" w:rsidP="00BD0704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lang w:val="es-CO"/>
        </w:rPr>
      </w:pPr>
      <w:r w:rsidRPr="00BD0704">
        <w:rPr>
          <w:rFonts w:ascii="Arial" w:hAnsi="Arial" w:cs="Arial"/>
          <w:b/>
          <w:lang w:val="es-CO"/>
        </w:rPr>
        <w:t>SOPORTE TÉCNICO Y SUMINISTRO DE REPUESTOS</w:t>
      </w:r>
    </w:p>
    <w:p w14:paraId="0CCFCEB1" w14:textId="77777777" w:rsidR="00BD0704" w:rsidRPr="00BD0704" w:rsidRDefault="00BD0704" w:rsidP="004F21AB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43159369" w14:textId="1B39012B" w:rsidR="00E45C7D" w:rsidRDefault="002B4130" w:rsidP="004F21AB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BD0704">
        <w:rPr>
          <w:rFonts w:ascii="Arial" w:hAnsi="Arial" w:cs="Arial"/>
          <w:lang w:val="es-CO"/>
        </w:rPr>
        <w:t>Se garantiza la disponibilidad de soporte técnico especializado en Colombia y suministro de repuestos originales por un período mínimo de diez (10) años contados desde la entrega de los vehículos, incluyendo mantenimiento preventivo y correctivo, personal técnico certificado y diagnóstico especializado.</w:t>
      </w:r>
    </w:p>
    <w:p w14:paraId="74EE902E" w14:textId="77777777" w:rsidR="00BD0704" w:rsidRPr="00BD0704" w:rsidRDefault="00BD0704" w:rsidP="004F21AB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2DC4FEA2" w14:textId="6F3373B3" w:rsidR="00090283" w:rsidRPr="00BD0704" w:rsidRDefault="00090283" w:rsidP="00BD0704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eastAsiaTheme="majorEastAsia" w:hAnsi="Arial" w:cs="Arial"/>
          <w:b/>
          <w:bCs/>
          <w:lang w:val="es-CO"/>
        </w:rPr>
      </w:pPr>
      <w:r w:rsidRPr="00BD0704">
        <w:rPr>
          <w:rFonts w:ascii="Arial" w:eastAsiaTheme="majorEastAsia" w:hAnsi="Arial" w:cs="Arial"/>
          <w:b/>
          <w:bCs/>
          <w:lang w:val="es-CO"/>
        </w:rPr>
        <w:t>DISPONIBILIDAD DE ENTREGA</w:t>
      </w:r>
    </w:p>
    <w:p w14:paraId="4481EB19" w14:textId="77777777" w:rsidR="00BD0704" w:rsidRPr="00BD0704" w:rsidRDefault="00BD0704" w:rsidP="004F21AB">
      <w:pPr>
        <w:spacing w:after="0" w:line="240" w:lineRule="auto"/>
        <w:jc w:val="both"/>
        <w:rPr>
          <w:rFonts w:ascii="Arial" w:eastAsiaTheme="majorEastAsia" w:hAnsi="Arial" w:cs="Arial"/>
          <w:b/>
          <w:bCs/>
          <w:color w:val="365F91" w:themeColor="accent1" w:themeShade="BF"/>
          <w:lang w:val="es-CO"/>
        </w:rPr>
      </w:pPr>
    </w:p>
    <w:p w14:paraId="79695E5F" w14:textId="2010EFCC" w:rsidR="00090283" w:rsidRPr="00BD0704" w:rsidRDefault="00090283" w:rsidP="004F21AB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BD0704">
        <w:rPr>
          <w:rFonts w:ascii="Arial" w:hAnsi="Arial" w:cs="Arial"/>
          <w:lang w:val="es-CO"/>
        </w:rPr>
        <w:t xml:space="preserve">El suscrito certifica que se dispone de la capacidad técnica, operativa y de medios logísticos suficientes, incluyendo inventario, canales de suministro, transporte y coordinación con </w:t>
      </w:r>
      <w:r w:rsidR="002876AA">
        <w:rPr>
          <w:rFonts w:ascii="Arial" w:hAnsi="Arial" w:cs="Arial"/>
          <w:lang w:val="es-CO"/>
        </w:rPr>
        <w:t>el importador</w:t>
      </w:r>
      <w:r w:rsidRPr="00BD0704">
        <w:rPr>
          <w:rFonts w:ascii="Arial" w:hAnsi="Arial" w:cs="Arial"/>
          <w:lang w:val="es-CO"/>
        </w:rPr>
        <w:t xml:space="preserve"> y/o </w:t>
      </w:r>
      <w:r w:rsidR="002876AA">
        <w:rPr>
          <w:rFonts w:ascii="Arial" w:hAnsi="Arial" w:cs="Arial"/>
          <w:lang w:val="es-CO"/>
        </w:rPr>
        <w:t>distribuidor autorizado en Colombia</w:t>
      </w:r>
      <w:r w:rsidRPr="00BD0704">
        <w:rPr>
          <w:rFonts w:ascii="Arial" w:hAnsi="Arial" w:cs="Arial"/>
          <w:lang w:val="es-CO"/>
        </w:rPr>
        <w:t xml:space="preserve">, que permiten garantizar el cumplimiento oportuno y efectivo del plazo de ejecución del contrato, sin generar retrasos imputables a limitaciones de disponibilidad o logística. En tal sentido, asume la responsabilidad directa frente a la Fuerza Aeroespacial Colombiana por el cumplimiento de los </w:t>
      </w:r>
      <w:r w:rsidR="002876AA" w:rsidRPr="00BD0704">
        <w:rPr>
          <w:rFonts w:ascii="Arial" w:hAnsi="Arial" w:cs="Arial"/>
          <w:lang w:val="es-CO"/>
        </w:rPr>
        <w:t>tiempos</w:t>
      </w:r>
      <w:r w:rsidRPr="00BD0704">
        <w:rPr>
          <w:rFonts w:ascii="Arial" w:hAnsi="Arial" w:cs="Arial"/>
          <w:lang w:val="es-CO"/>
        </w:rPr>
        <w:t xml:space="preserve"> de entrega establecidos.</w:t>
      </w:r>
    </w:p>
    <w:p w14:paraId="5A565454" w14:textId="77777777" w:rsidR="003B58D7" w:rsidRPr="00BD0704" w:rsidRDefault="00090283" w:rsidP="004F21AB">
      <w:pPr>
        <w:spacing w:after="0" w:line="240" w:lineRule="auto"/>
        <w:jc w:val="both"/>
        <w:rPr>
          <w:rFonts w:ascii="Arial" w:eastAsiaTheme="majorEastAsia" w:hAnsi="Arial" w:cs="Arial"/>
          <w:b/>
          <w:bCs/>
          <w:color w:val="365F91" w:themeColor="accent1" w:themeShade="BF"/>
          <w:lang w:val="es-CO"/>
        </w:rPr>
      </w:pPr>
      <w:r w:rsidRPr="00BD0704">
        <w:rPr>
          <w:rFonts w:ascii="Arial" w:eastAsiaTheme="majorEastAsia" w:hAnsi="Arial" w:cs="Arial"/>
          <w:b/>
          <w:bCs/>
          <w:color w:val="365F91" w:themeColor="accent1" w:themeShade="BF"/>
          <w:lang w:val="es-CO"/>
        </w:rPr>
        <w:t xml:space="preserve"> </w:t>
      </w:r>
    </w:p>
    <w:p w14:paraId="3CEDF10F" w14:textId="3FE78097" w:rsidR="00E45C7D" w:rsidRPr="00BD0704" w:rsidRDefault="002B4130" w:rsidP="00BD0704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eastAsiaTheme="majorEastAsia" w:hAnsi="Arial" w:cs="Arial"/>
          <w:b/>
          <w:bCs/>
          <w:lang w:val="es-CO"/>
        </w:rPr>
      </w:pPr>
      <w:r w:rsidRPr="00BD0704">
        <w:rPr>
          <w:rFonts w:ascii="Arial" w:eastAsiaTheme="majorEastAsia" w:hAnsi="Arial" w:cs="Arial"/>
          <w:b/>
          <w:bCs/>
          <w:lang w:val="es-CO"/>
        </w:rPr>
        <w:t>OBLIGATORIEDAD DEL COMPROMISO</w:t>
      </w:r>
    </w:p>
    <w:p w14:paraId="5CBC53CB" w14:textId="77777777" w:rsidR="00BD0704" w:rsidRPr="00BD0704" w:rsidRDefault="00BD0704" w:rsidP="00BD0704">
      <w:pPr>
        <w:spacing w:after="0" w:line="240" w:lineRule="auto"/>
        <w:jc w:val="both"/>
        <w:rPr>
          <w:rFonts w:ascii="Arial" w:eastAsiaTheme="majorEastAsia" w:hAnsi="Arial" w:cs="Arial"/>
          <w:b/>
          <w:bCs/>
          <w:color w:val="365F91" w:themeColor="accent1" w:themeShade="BF"/>
          <w:lang w:val="es-CO"/>
        </w:rPr>
      </w:pPr>
    </w:p>
    <w:p w14:paraId="0F459E6D" w14:textId="2DEE6632" w:rsidR="00E45C7D" w:rsidRDefault="002B4130" w:rsidP="004F21AB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BD0704">
        <w:rPr>
          <w:rFonts w:ascii="Arial" w:hAnsi="Arial" w:cs="Arial"/>
          <w:lang w:val="es-CO"/>
        </w:rPr>
        <w:t>La presente certificación es emitida por un actor autorizado y vincula directamente al emisor frente a la Fuerza Aeroespacial Colombiana. Hace parte integral de la oferta y del contrato. Su incumplimiento dará lugar a sanciones, ejecución de garantías y acciones legales correspondientes</w:t>
      </w:r>
      <w:r w:rsidR="00BD0704">
        <w:rPr>
          <w:rFonts w:ascii="Arial" w:hAnsi="Arial" w:cs="Arial"/>
          <w:lang w:val="es-CO"/>
        </w:rPr>
        <w:t>.</w:t>
      </w:r>
    </w:p>
    <w:p w14:paraId="2DD3694D" w14:textId="77777777" w:rsidR="00BD0704" w:rsidRPr="00BD0704" w:rsidRDefault="00BD0704" w:rsidP="004F21AB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7CDB6421" w14:textId="12EFCA8B" w:rsidR="00E45C7D" w:rsidRPr="00BD0704" w:rsidRDefault="002B4130" w:rsidP="00BD0704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BD0704">
        <w:rPr>
          <w:rFonts w:ascii="Arial" w:hAnsi="Arial" w:cs="Arial"/>
          <w:b/>
          <w:lang w:val="es-CO"/>
        </w:rPr>
        <w:t>VIGENCIA</w:t>
      </w:r>
    </w:p>
    <w:p w14:paraId="76F793D8" w14:textId="77777777" w:rsidR="00BD0704" w:rsidRPr="00BD0704" w:rsidRDefault="00BD0704" w:rsidP="00BD0704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079D5076" w14:textId="43103985" w:rsidR="00E45C7D" w:rsidRDefault="002B4130" w:rsidP="004F21AB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BD0704">
        <w:rPr>
          <w:rFonts w:ascii="Arial" w:hAnsi="Arial" w:cs="Arial"/>
          <w:lang w:val="es-CO"/>
        </w:rPr>
        <w:t>La certificación aplica durante el proceso contractual, ejecución del contrato, período de garantía y el período de soporte técnico y repuestos.</w:t>
      </w:r>
    </w:p>
    <w:p w14:paraId="607B78E2" w14:textId="7BD96092" w:rsidR="00BD0704" w:rsidRDefault="00BD0704" w:rsidP="004F21AB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5D5AC583" w14:textId="77777777" w:rsidR="00BD0704" w:rsidRPr="00BD0704" w:rsidRDefault="00BD0704" w:rsidP="004F21AB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392465C1" w14:textId="01C01D01" w:rsidR="00E45C7D" w:rsidRPr="00BD0704" w:rsidRDefault="002B4130" w:rsidP="004F21AB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BD0704">
        <w:rPr>
          <w:rFonts w:ascii="Arial" w:hAnsi="Arial" w:cs="Arial"/>
          <w:b/>
          <w:lang w:val="es-CO"/>
        </w:rPr>
        <w:t>FIRMA</w:t>
      </w:r>
      <w:r w:rsidR="00BD0704" w:rsidRPr="00BD0704">
        <w:rPr>
          <w:rFonts w:ascii="Arial" w:hAnsi="Arial" w:cs="Arial"/>
          <w:b/>
          <w:lang w:val="es-CO"/>
        </w:rPr>
        <w:t>,</w:t>
      </w:r>
    </w:p>
    <w:p w14:paraId="42257054" w14:textId="16B3AE4A" w:rsidR="00BD0704" w:rsidRDefault="00E26BB7" w:rsidP="004F21AB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E26BB7">
        <w:rPr>
          <w:rFonts w:ascii="Arial" w:hAnsi="Arial" w:cs="Arial"/>
          <w:color w:val="FF0000"/>
          <w:sz w:val="18"/>
          <w:szCs w:val="18"/>
          <w:lang w:val="es-CO"/>
        </w:rPr>
        <w:t>(Fabricante, representante autorizado en Colombia, distribuidor autorizado en Colombia, concesionario autorizado en Colombia)</w:t>
      </w:r>
    </w:p>
    <w:p w14:paraId="5A136E01" w14:textId="77777777" w:rsidR="00BD0704" w:rsidRPr="00BD0704" w:rsidRDefault="00BD0704" w:rsidP="004F21AB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3CD2731C" w14:textId="37E07E24" w:rsidR="002876AA" w:rsidRDefault="002B4130" w:rsidP="004F21AB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BD0704">
        <w:rPr>
          <w:rFonts w:ascii="Arial" w:hAnsi="Arial" w:cs="Arial"/>
          <w:lang w:val="es-CO"/>
        </w:rPr>
        <w:t xml:space="preserve">Se expide en ____________________, a los ____ días del mes de ____________ </w:t>
      </w:r>
      <w:proofErr w:type="spellStart"/>
      <w:r w:rsidRPr="00BD0704">
        <w:rPr>
          <w:rFonts w:ascii="Arial" w:hAnsi="Arial" w:cs="Arial"/>
          <w:lang w:val="es-CO"/>
        </w:rPr>
        <w:t>de</w:t>
      </w:r>
      <w:proofErr w:type="spellEnd"/>
      <w:r w:rsidRPr="00BD0704">
        <w:rPr>
          <w:rFonts w:ascii="Arial" w:hAnsi="Arial" w:cs="Arial"/>
          <w:lang w:val="es-CO"/>
        </w:rPr>
        <w:t xml:space="preserve"> 20__.</w:t>
      </w:r>
      <w:r w:rsidRPr="00BD0704">
        <w:rPr>
          <w:rFonts w:ascii="Arial" w:hAnsi="Arial" w:cs="Arial"/>
          <w:lang w:val="es-CO"/>
        </w:rPr>
        <w:br/>
      </w:r>
    </w:p>
    <w:p w14:paraId="4460815E" w14:textId="06321079" w:rsidR="00E45C7D" w:rsidRDefault="002B4130" w:rsidP="004F21AB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BD0704">
        <w:rPr>
          <w:rFonts w:ascii="Arial" w:hAnsi="Arial" w:cs="Arial"/>
          <w:lang w:val="es-CO"/>
        </w:rPr>
        <w:t>Firma:____________________________</w:t>
      </w:r>
      <w:r w:rsidRPr="00BD0704">
        <w:rPr>
          <w:rFonts w:ascii="Arial" w:hAnsi="Arial" w:cs="Arial"/>
          <w:lang w:val="es-CO"/>
        </w:rPr>
        <w:br/>
        <w:t>Nombre:__________________________</w:t>
      </w:r>
      <w:r w:rsidRPr="00BD0704">
        <w:rPr>
          <w:rFonts w:ascii="Arial" w:hAnsi="Arial" w:cs="Arial"/>
          <w:lang w:val="es-CO"/>
        </w:rPr>
        <w:br/>
        <w:t>Cargo:___________________________</w:t>
      </w:r>
      <w:bookmarkStart w:id="1" w:name="_GoBack"/>
      <w:bookmarkEnd w:id="1"/>
      <w:r w:rsidRPr="00BD0704">
        <w:rPr>
          <w:rFonts w:ascii="Arial" w:hAnsi="Arial" w:cs="Arial"/>
          <w:lang w:val="es-CO"/>
        </w:rPr>
        <w:br/>
        <w:t>Cédula: __________________________</w:t>
      </w:r>
    </w:p>
    <w:p w14:paraId="49AE9F4A" w14:textId="4B21AF9A" w:rsidR="00E26BB7" w:rsidRDefault="00E26BB7" w:rsidP="004F21AB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665A78FD" w14:textId="114D381D" w:rsidR="00E26BB7" w:rsidRPr="00BD0704" w:rsidRDefault="00E26BB7" w:rsidP="004F21AB">
      <w:pPr>
        <w:spacing w:after="0" w:line="240" w:lineRule="auto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NOTA: Esta información será verificada y avalada por el comité evaluador.</w:t>
      </w:r>
    </w:p>
    <w:sectPr w:rsidR="00E26BB7" w:rsidRPr="00BD0704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B9F5A5E"/>
    <w:multiLevelType w:val="hybridMultilevel"/>
    <w:tmpl w:val="458C75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19088F"/>
    <w:multiLevelType w:val="hybridMultilevel"/>
    <w:tmpl w:val="E43C51D6"/>
    <w:lvl w:ilvl="0" w:tplc="FFCAB68C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5E48AF"/>
    <w:multiLevelType w:val="hybridMultilevel"/>
    <w:tmpl w:val="3064CF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501223"/>
    <w:multiLevelType w:val="hybridMultilevel"/>
    <w:tmpl w:val="DB4EC8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570DF1"/>
    <w:multiLevelType w:val="hybridMultilevel"/>
    <w:tmpl w:val="350215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205F3D"/>
    <w:multiLevelType w:val="hybridMultilevel"/>
    <w:tmpl w:val="08E823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11"/>
  </w:num>
  <w:num w:numId="12">
    <w:abstractNumId w:val="14"/>
  </w:num>
  <w:num w:numId="13">
    <w:abstractNumId w:val="9"/>
  </w:num>
  <w:num w:numId="14">
    <w:abstractNumId w:val="1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90283"/>
    <w:rsid w:val="0015074B"/>
    <w:rsid w:val="0017066E"/>
    <w:rsid w:val="002876AA"/>
    <w:rsid w:val="0029639D"/>
    <w:rsid w:val="002B28C3"/>
    <w:rsid w:val="002B4130"/>
    <w:rsid w:val="00326F90"/>
    <w:rsid w:val="003B58D7"/>
    <w:rsid w:val="004F21AB"/>
    <w:rsid w:val="00687682"/>
    <w:rsid w:val="008F12E1"/>
    <w:rsid w:val="00AA1D8D"/>
    <w:rsid w:val="00B47730"/>
    <w:rsid w:val="00BD0704"/>
    <w:rsid w:val="00CB0664"/>
    <w:rsid w:val="00DE7C63"/>
    <w:rsid w:val="00E26BB7"/>
    <w:rsid w:val="00E45C7D"/>
    <w:rsid w:val="00EA4F1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8DCFF7E"/>
  <w14:defaultImageDpi w14:val="300"/>
  <w15:docId w15:val="{2B00CEA1-1E04-43D8-AC7F-044275D92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normaltextrun">
    <w:name w:val="normaltextrun"/>
    <w:basedOn w:val="Fuentedeprrafopredeter"/>
    <w:rsid w:val="00DE7C63"/>
  </w:style>
  <w:style w:type="character" w:customStyle="1" w:styleId="eop">
    <w:name w:val="eop"/>
    <w:basedOn w:val="Fuentedeprrafopredeter"/>
    <w:rsid w:val="00DE7C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2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48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0E2AE1F0E3994ABF904B99EEB71848" ma:contentTypeVersion="14" ma:contentTypeDescription="Create a new document." ma:contentTypeScope="" ma:versionID="3ddaaf24b2d6722d3982729917cc282a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c6b3b77b53ce791503874543fc50e561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a95545c8-ea11-4e08-a45a-87bf5a6f947e" xsi:nil="true"/>
    <_ip_UnifiedCompliancePolicyProperties xmlns="http://schemas.microsoft.com/sharepoint/v3" xsi:nil="true"/>
    <lcf76f155ced4ddcb4097134ff3c332f xmlns="2add2ae9-9ac7-4b92-a563-faf84d09f8b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9560692-68C5-41A9-BB5C-4FE6283A626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6963A1-2D20-4931-A946-04F45B155E48}"/>
</file>

<file path=customXml/itemProps3.xml><?xml version="1.0" encoding="utf-8"?>
<ds:datastoreItem xmlns:ds="http://schemas.openxmlformats.org/officeDocument/2006/customXml" ds:itemID="{5F2F21D6-B6CE-4197-86B6-3C863BDD60DB}">
  <ds:schemaRefs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79dc0f25-f108-41d9-bc4f-d4c790fb814f"/>
    <ds:schemaRef ds:uri="http://purl.org/dc/dcmitype/"/>
    <ds:schemaRef ds:uri="http://purl.org/dc/terms/"/>
    <ds:schemaRef ds:uri="http://www.w3.org/XML/1998/namespace"/>
    <ds:schemaRef ds:uri="http://schemas.microsoft.com/office/infopath/2007/PartnerControls"/>
    <ds:schemaRef ds:uri="838b62a7-0b9a-40e8-81b0-91035a0d6398"/>
  </ds:schemaRefs>
</ds:datastoreItem>
</file>

<file path=customXml/itemProps4.xml><?xml version="1.0" encoding="utf-8"?>
<ds:datastoreItem xmlns:ds="http://schemas.openxmlformats.org/officeDocument/2006/customXml" ds:itemID="{22E0494F-B7DB-46E8-8641-240A8C73B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549</Words>
  <Characters>3024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3566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T1. NELSON ROLANDO ZAMUDIO PRIETO</cp:lastModifiedBy>
  <cp:revision>3</cp:revision>
  <dcterms:created xsi:type="dcterms:W3CDTF">2026-06-26T20:08:00Z</dcterms:created>
  <dcterms:modified xsi:type="dcterms:W3CDTF">2026-07-08T19:35:00Z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</Properties>
</file>