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533F9F" w14:textId="1BCF0473" w:rsidR="007A33DA" w:rsidRPr="007A33DA" w:rsidRDefault="00FA4A90" w:rsidP="007A33DA">
      <w:pPr>
        <w:spacing w:after="0" w:line="240" w:lineRule="auto"/>
        <w:jc w:val="center"/>
        <w:rPr>
          <w:rStyle w:val="Textoennegrita"/>
          <w:rFonts w:ascii="Arial" w:hAnsi="Arial" w:cs="Arial"/>
          <w:lang w:val="es-CO"/>
        </w:rPr>
      </w:pPr>
      <w:bookmarkStart w:id="0" w:name="_GoBack"/>
      <w:bookmarkEnd w:id="0"/>
      <w:r w:rsidRPr="007A33DA">
        <w:rPr>
          <w:rStyle w:val="Textoennegrita"/>
          <w:rFonts w:ascii="Arial" w:hAnsi="Arial" w:cs="Arial"/>
          <w:lang w:val="es-CO"/>
        </w:rPr>
        <w:t>ANEXO</w:t>
      </w:r>
      <w:r w:rsidR="007A33DA" w:rsidRPr="007A33DA">
        <w:rPr>
          <w:rStyle w:val="Textoennegrita"/>
          <w:rFonts w:ascii="Arial" w:hAnsi="Arial" w:cs="Arial"/>
          <w:lang w:val="es-CO"/>
        </w:rPr>
        <w:t xml:space="preserve"> No.</w:t>
      </w:r>
      <w:r w:rsidRPr="007A33DA">
        <w:rPr>
          <w:rStyle w:val="Textoennegrita"/>
          <w:rFonts w:ascii="Arial" w:hAnsi="Arial" w:cs="Arial"/>
          <w:lang w:val="es-CO"/>
        </w:rPr>
        <w:t>3</w:t>
      </w:r>
    </w:p>
    <w:p w14:paraId="62CD6C90" w14:textId="77777777" w:rsidR="007A33DA" w:rsidRP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07EB65F0" w14:textId="7DCABC22" w:rsidR="00C93D4C" w:rsidRPr="007A33DA" w:rsidRDefault="00964CD0" w:rsidP="007A33DA">
      <w:pPr>
        <w:spacing w:after="0" w:line="240" w:lineRule="auto"/>
        <w:jc w:val="center"/>
        <w:rPr>
          <w:rStyle w:val="Textoennegrita"/>
          <w:rFonts w:ascii="Arial" w:hAnsi="Arial" w:cs="Arial"/>
          <w:b w:val="0"/>
          <w:lang w:val="es-CO"/>
        </w:rPr>
      </w:pPr>
      <w:r w:rsidRPr="007A33DA">
        <w:rPr>
          <w:rStyle w:val="Textoennegrita"/>
          <w:rFonts w:ascii="Arial" w:hAnsi="Arial" w:cs="Arial"/>
          <w:b w:val="0"/>
          <w:lang w:val="es-CO"/>
        </w:rPr>
        <w:t>CERTIFICACIÓN DEL SISTEMA DE BLINDAJE, COMPATIBILIDAD CON GARANTÍA Y MATERIALES BALÍSTICOS</w:t>
      </w:r>
    </w:p>
    <w:p w14:paraId="65A04CCD" w14:textId="70F5A5E0" w:rsidR="007A33DA" w:rsidRP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1AE97910" w14:textId="77777777" w:rsidR="007A33DA" w:rsidRP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3F369DBD" w14:textId="77777777" w:rsidR="007A33DA" w:rsidRPr="007A33DA" w:rsidRDefault="00346D7F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  <w:bookmarkStart w:id="1" w:name="_Hlk233294371"/>
      <w:r w:rsidRPr="007A33DA">
        <w:rPr>
          <w:rStyle w:val="Textoennegrita"/>
          <w:rFonts w:ascii="Arial" w:hAnsi="Arial" w:cs="Arial"/>
          <w:b w:val="0"/>
          <w:lang w:val="es-CO"/>
        </w:rPr>
        <w:t>ADQUISICIÓN DE CAMIONETAS 4X4 BLINDADAS PARA LOS ESQUEMAS DE SEGURIDAD DE LA FAC DE ACUERDO CON ESPECIFICACIONES TÉCNICAS ANEXAS</w:t>
      </w:r>
      <w:bookmarkEnd w:id="1"/>
    </w:p>
    <w:p w14:paraId="6CB258AA" w14:textId="37E09EBE" w:rsidR="00C93D4C" w:rsidRPr="007A33DA" w:rsidRDefault="00964CD0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  <w:r w:rsidRPr="007A33DA">
        <w:rPr>
          <w:rStyle w:val="Textoennegrita"/>
          <w:rFonts w:ascii="Arial" w:hAnsi="Arial" w:cs="Arial"/>
          <w:b w:val="0"/>
          <w:lang w:val="es-CO"/>
        </w:rPr>
        <w:br/>
      </w:r>
    </w:p>
    <w:p w14:paraId="11005F9B" w14:textId="0ACC620C" w:rsidR="00C93D4C" w:rsidRPr="007A33DA" w:rsidRDefault="00964CD0" w:rsidP="007A33DA">
      <w:pPr>
        <w:spacing w:after="0" w:line="240" w:lineRule="auto"/>
        <w:jc w:val="both"/>
        <w:rPr>
          <w:rStyle w:val="Textoennegrita"/>
          <w:rFonts w:ascii="Arial" w:hAnsi="Arial" w:cs="Arial"/>
          <w:lang w:val="es-CO"/>
        </w:rPr>
      </w:pPr>
      <w:r w:rsidRPr="007A33DA">
        <w:rPr>
          <w:rStyle w:val="Textoennegrita"/>
          <w:rFonts w:ascii="Arial" w:hAnsi="Arial" w:cs="Arial"/>
          <w:lang w:val="es-CO"/>
        </w:rPr>
        <w:t>IDENTIFICACIÓN DEL EMISOR</w:t>
      </w:r>
      <w:r w:rsidR="007A33DA" w:rsidRPr="007A33DA">
        <w:rPr>
          <w:rStyle w:val="Textoennegrita"/>
          <w:rFonts w:ascii="Arial" w:hAnsi="Arial" w:cs="Arial"/>
          <w:lang w:val="es-CO"/>
        </w:rPr>
        <w:t>:</w:t>
      </w:r>
    </w:p>
    <w:p w14:paraId="5DDA09E0" w14:textId="77777777" w:rsidR="007A33DA" w:rsidRP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7B88C011" w14:textId="73DDC8F3" w:rsidR="005C08D1" w:rsidRDefault="00614384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  <w:r>
        <w:rPr>
          <w:rStyle w:val="Textoennegrita"/>
          <w:rFonts w:ascii="Arial" w:hAnsi="Arial" w:cs="Arial"/>
          <w:b w:val="0"/>
          <w:lang w:val="es-CO"/>
        </w:rPr>
        <w:t>(Nombre de la empresa blindadora)</w:t>
      </w:r>
    </w:p>
    <w:p w14:paraId="56607BDF" w14:textId="1E81FB0C" w:rsidR="00C93D4C" w:rsidRPr="007A33DA" w:rsidRDefault="00964CD0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  <w:r w:rsidRPr="007A33DA">
        <w:rPr>
          <w:rStyle w:val="Textoennegrita"/>
          <w:rFonts w:ascii="Arial" w:hAnsi="Arial" w:cs="Arial"/>
          <w:b w:val="0"/>
          <w:lang w:val="es-CO"/>
        </w:rPr>
        <w:t>NIT:______________________________</w:t>
      </w:r>
      <w:r w:rsidRPr="007A33DA">
        <w:rPr>
          <w:rStyle w:val="Textoennegrita"/>
          <w:rFonts w:ascii="Arial" w:hAnsi="Arial" w:cs="Arial"/>
          <w:b w:val="0"/>
          <w:lang w:val="es-CO"/>
        </w:rPr>
        <w:br/>
        <w:t>Dirección:_________________________</w:t>
      </w:r>
      <w:r w:rsidRPr="007A33DA">
        <w:rPr>
          <w:rStyle w:val="Textoennegrita"/>
          <w:rFonts w:ascii="Arial" w:hAnsi="Arial" w:cs="Arial"/>
          <w:b w:val="0"/>
          <w:lang w:val="es-CO"/>
        </w:rPr>
        <w:br/>
        <w:t>Teléfono:__________________________</w:t>
      </w:r>
      <w:r w:rsidRPr="007A33DA">
        <w:rPr>
          <w:rStyle w:val="Textoennegrita"/>
          <w:rFonts w:ascii="Arial" w:hAnsi="Arial" w:cs="Arial"/>
          <w:b w:val="0"/>
          <w:lang w:val="es-CO"/>
        </w:rPr>
        <w:br/>
        <w:t>Correo:___________________________</w:t>
      </w:r>
    </w:p>
    <w:p w14:paraId="139D5D0E" w14:textId="77777777" w:rsidR="007A33DA" w:rsidRP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17C27558" w14:textId="77777777" w:rsidR="007A33DA" w:rsidRP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4E7D0D8D" w14:textId="321F65CC" w:rsidR="00C93D4C" w:rsidRDefault="00964CD0" w:rsidP="007A33DA">
      <w:pPr>
        <w:spacing w:after="0" w:line="240" w:lineRule="auto"/>
        <w:jc w:val="both"/>
        <w:rPr>
          <w:rStyle w:val="Textoennegrita"/>
          <w:rFonts w:ascii="Arial" w:hAnsi="Arial" w:cs="Arial"/>
          <w:lang w:val="es-CO"/>
        </w:rPr>
      </w:pPr>
      <w:r w:rsidRPr="007A33DA">
        <w:rPr>
          <w:rStyle w:val="Textoennegrita"/>
          <w:rFonts w:ascii="Arial" w:hAnsi="Arial" w:cs="Arial"/>
          <w:lang w:val="es-CO"/>
        </w:rPr>
        <w:t>DESTINATARIO</w:t>
      </w:r>
      <w:r w:rsidR="007A33DA" w:rsidRPr="007A33DA">
        <w:rPr>
          <w:rStyle w:val="Textoennegrita"/>
          <w:rFonts w:ascii="Arial" w:hAnsi="Arial" w:cs="Arial"/>
          <w:lang w:val="es-CO"/>
        </w:rPr>
        <w:t>:</w:t>
      </w:r>
    </w:p>
    <w:p w14:paraId="79911B39" w14:textId="77777777" w:rsidR="0040564D" w:rsidRPr="007A33DA" w:rsidRDefault="0040564D" w:rsidP="007A33DA">
      <w:pPr>
        <w:spacing w:after="0" w:line="240" w:lineRule="auto"/>
        <w:jc w:val="both"/>
        <w:rPr>
          <w:rStyle w:val="Textoennegrita"/>
          <w:rFonts w:ascii="Arial" w:hAnsi="Arial" w:cs="Arial"/>
          <w:lang w:val="es-CO"/>
        </w:rPr>
      </w:pPr>
    </w:p>
    <w:p w14:paraId="2E7DB783" w14:textId="58FE62C1" w:rsidR="00C93D4C" w:rsidRPr="0040564D" w:rsidRDefault="0040564D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  <w:r w:rsidRPr="0040564D">
        <w:rPr>
          <w:rStyle w:val="Textoennegrita"/>
          <w:rFonts w:ascii="Arial" w:hAnsi="Arial" w:cs="Arial"/>
          <w:b w:val="0"/>
          <w:lang w:val="es-CO"/>
        </w:rPr>
        <w:t>FUERZA AEROESPACIAL COLOMBIANA</w:t>
      </w:r>
    </w:p>
    <w:p w14:paraId="3FF3BB38" w14:textId="7224047C" w:rsid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1E7E4EFF" w14:textId="77777777" w:rsid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434A0E51" w14:textId="77777777" w:rsid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27F5D58A" w14:textId="04621EF3" w:rsidR="00C93D4C" w:rsidRPr="007A33DA" w:rsidRDefault="00964CD0" w:rsidP="007A33DA">
      <w:pPr>
        <w:spacing w:after="0" w:line="240" w:lineRule="auto"/>
        <w:jc w:val="center"/>
        <w:rPr>
          <w:rStyle w:val="Textoennegrita"/>
          <w:rFonts w:ascii="Arial" w:hAnsi="Arial" w:cs="Arial"/>
          <w:lang w:val="es-CO"/>
        </w:rPr>
      </w:pPr>
      <w:r w:rsidRPr="007A33DA">
        <w:rPr>
          <w:rStyle w:val="Textoennegrita"/>
          <w:rFonts w:ascii="Arial" w:hAnsi="Arial" w:cs="Arial"/>
          <w:lang w:val="es-CO"/>
        </w:rPr>
        <w:t>CERTIFICACIÓN</w:t>
      </w:r>
    </w:p>
    <w:p w14:paraId="57502957" w14:textId="77777777" w:rsid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202CFAEA" w14:textId="77777777" w:rsid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1D0DC469" w14:textId="144C03F4" w:rsidR="00C93D4C" w:rsidRDefault="00964CD0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  <w:r w:rsidRPr="007A33DA">
        <w:rPr>
          <w:rStyle w:val="Textoennegrita"/>
          <w:rFonts w:ascii="Arial" w:hAnsi="Arial" w:cs="Arial"/>
          <w:b w:val="0"/>
          <w:lang w:val="es-CO"/>
        </w:rPr>
        <w:t>El suscrito ____________________________, identificado como aparece al pie de mi firma, en calidad de representante legal de ____________________________, bajo la gravedad de juramento, certifica lo siguiente:</w:t>
      </w:r>
    </w:p>
    <w:p w14:paraId="43405379" w14:textId="77777777" w:rsidR="007A33DA" w:rsidRP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3434A93E" w14:textId="646DA66F" w:rsidR="00C93D4C" w:rsidRPr="007A33DA" w:rsidRDefault="00964CD0" w:rsidP="007A33D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Style w:val="Textoennegrita"/>
          <w:rFonts w:ascii="Arial" w:hAnsi="Arial" w:cs="Arial"/>
          <w:lang w:val="es-CO"/>
        </w:rPr>
      </w:pPr>
      <w:r w:rsidRPr="007A33DA">
        <w:rPr>
          <w:rStyle w:val="Textoennegrita"/>
          <w:rFonts w:ascii="Arial" w:hAnsi="Arial" w:cs="Arial"/>
          <w:lang w:val="es-CO"/>
        </w:rPr>
        <w:t>NIVEL DE PROTECCIÓN Y MATERIALES BALÍSTICOS</w:t>
      </w:r>
    </w:p>
    <w:p w14:paraId="5D96CB23" w14:textId="77777777" w:rsidR="007A33DA" w:rsidRP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634D72BB" w14:textId="1A4748C3" w:rsidR="00C93D4C" w:rsidRDefault="00964CD0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  <w:r w:rsidRPr="007A33DA">
        <w:rPr>
          <w:rStyle w:val="Textoennegrita"/>
          <w:rFonts w:ascii="Arial" w:hAnsi="Arial" w:cs="Arial"/>
          <w:b w:val="0"/>
          <w:lang w:val="es-CO"/>
        </w:rPr>
        <w:t>Que el blindaje corresponde al nivel: ____________________. Cumple estándares NIJ, VPAM u otros aplicables. Los materiales balísticos son nuevos, certificados y cumplen con las especificaciones técnicas exigidas.</w:t>
      </w:r>
    </w:p>
    <w:p w14:paraId="3BBF2F97" w14:textId="77777777" w:rsidR="007A33DA" w:rsidRP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2D376D84" w14:textId="5AB4F3C9" w:rsidR="006100A9" w:rsidRPr="007A33DA" w:rsidRDefault="00964CD0" w:rsidP="007A33D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Style w:val="Textoennegrita"/>
          <w:rFonts w:ascii="Arial" w:hAnsi="Arial" w:cs="Arial"/>
          <w:lang w:val="es-CO"/>
        </w:rPr>
      </w:pPr>
      <w:r w:rsidRPr="007A33DA">
        <w:rPr>
          <w:rStyle w:val="Textoennegrita"/>
          <w:rFonts w:ascii="Arial" w:hAnsi="Arial" w:cs="Arial"/>
          <w:lang w:val="es-CO"/>
        </w:rPr>
        <w:t>CERTIFICACIÓN DEL ACRISTALAMIENTO BLINDADO</w:t>
      </w:r>
    </w:p>
    <w:p w14:paraId="6AF94447" w14:textId="77777777" w:rsidR="007A33DA" w:rsidRP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427124EA" w14:textId="070E756B" w:rsidR="006100A9" w:rsidRDefault="006100A9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  <w:r w:rsidRPr="007A33DA">
        <w:rPr>
          <w:rStyle w:val="Textoennegrita"/>
          <w:rFonts w:ascii="Arial" w:hAnsi="Arial" w:cs="Arial"/>
          <w:b w:val="0"/>
          <w:lang w:val="es-CO"/>
        </w:rPr>
        <w:t>El acristalamiento blindado instalado corresponde al nivel de protección balística exigido en el proceso. Los vidrios utilizados son nuevos, cuentan con certificaciones vigentes emitidas por organismos o laboratorios competentes y son compatibles con el nivel de blindaje ofertado.</w:t>
      </w:r>
    </w:p>
    <w:p w14:paraId="10FDB03A" w14:textId="77777777" w:rsidR="007A33DA" w:rsidRP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lang w:val="es-CO"/>
        </w:rPr>
      </w:pPr>
    </w:p>
    <w:p w14:paraId="09A1F52F" w14:textId="635B25DD" w:rsidR="00C93D4C" w:rsidRPr="007A33DA" w:rsidRDefault="00964CD0" w:rsidP="007A33D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Style w:val="Textoennegrita"/>
          <w:rFonts w:ascii="Arial" w:hAnsi="Arial" w:cs="Arial"/>
          <w:lang w:val="es-CO"/>
        </w:rPr>
      </w:pPr>
      <w:r w:rsidRPr="007A33DA">
        <w:rPr>
          <w:rStyle w:val="Textoennegrita"/>
          <w:rFonts w:ascii="Arial" w:hAnsi="Arial" w:cs="Arial"/>
          <w:lang w:val="es-CO"/>
        </w:rPr>
        <w:t>RESPONSABILIDAD Y OBLIGATORIEDAD</w:t>
      </w:r>
    </w:p>
    <w:p w14:paraId="3AC888AB" w14:textId="77777777" w:rsidR="007A33DA" w:rsidRP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2547CD30" w14:textId="77777777" w:rsidR="00C93D4C" w:rsidRPr="007A33DA" w:rsidRDefault="00964CD0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  <w:r w:rsidRPr="007A33DA">
        <w:rPr>
          <w:rStyle w:val="Textoennegrita"/>
          <w:rFonts w:ascii="Arial" w:hAnsi="Arial" w:cs="Arial"/>
          <w:b w:val="0"/>
          <w:lang w:val="es-CO"/>
        </w:rPr>
        <w:t>La certificación vincula jurídicamente al emisor frente a la FAC, hace parte integral de la oferta y del contrato. Su incumplimiento genera sanciones, ejecución de garantías y acciones legales.</w:t>
      </w:r>
    </w:p>
    <w:p w14:paraId="4E977E5B" w14:textId="793C980E" w:rsidR="00C93D4C" w:rsidRPr="007A33DA" w:rsidRDefault="00964CD0" w:rsidP="007A33D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Style w:val="Textoennegrita"/>
          <w:rFonts w:ascii="Arial" w:hAnsi="Arial" w:cs="Arial"/>
          <w:lang w:val="es-CO"/>
        </w:rPr>
      </w:pPr>
      <w:r w:rsidRPr="007A33DA">
        <w:rPr>
          <w:rStyle w:val="Textoennegrita"/>
          <w:rFonts w:ascii="Arial" w:hAnsi="Arial" w:cs="Arial"/>
          <w:lang w:val="es-CO"/>
        </w:rPr>
        <w:lastRenderedPageBreak/>
        <w:t>VIGENCIA</w:t>
      </w:r>
    </w:p>
    <w:p w14:paraId="24A23E55" w14:textId="77777777" w:rsidR="007A33DA" w:rsidRP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24D753AF" w14:textId="77777777" w:rsidR="00C93D4C" w:rsidRPr="007A33DA" w:rsidRDefault="00964CD0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  <w:r w:rsidRPr="007A33DA">
        <w:rPr>
          <w:rStyle w:val="Textoennegrita"/>
          <w:rFonts w:ascii="Arial" w:hAnsi="Arial" w:cs="Arial"/>
          <w:b w:val="0"/>
          <w:lang w:val="es-CO"/>
        </w:rPr>
        <w:t>Aplica durante el proceso de selección, ejecución del contrato y período de garantía.</w:t>
      </w:r>
    </w:p>
    <w:p w14:paraId="22D0CBC3" w14:textId="662E2E16" w:rsid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253DDC2D" w14:textId="77777777" w:rsid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61A9D1B1" w14:textId="77777777" w:rsid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73B22641" w14:textId="79EB6A1C" w:rsidR="00C93D4C" w:rsidRPr="00117824" w:rsidRDefault="00964CD0" w:rsidP="007A33DA">
      <w:pPr>
        <w:spacing w:after="0" w:line="240" w:lineRule="auto"/>
        <w:jc w:val="both"/>
        <w:rPr>
          <w:rStyle w:val="Textoennegrita"/>
          <w:rFonts w:ascii="Arial" w:hAnsi="Arial" w:cs="Arial"/>
          <w:lang w:val="es-CO"/>
        </w:rPr>
      </w:pPr>
      <w:r w:rsidRPr="00117824">
        <w:rPr>
          <w:rStyle w:val="Textoennegrita"/>
          <w:rFonts w:ascii="Arial" w:hAnsi="Arial" w:cs="Arial"/>
          <w:lang w:val="es-CO"/>
        </w:rPr>
        <w:t>FIRMA</w:t>
      </w:r>
      <w:r w:rsidR="007A33DA" w:rsidRPr="00117824">
        <w:rPr>
          <w:rStyle w:val="Textoennegrita"/>
          <w:rFonts w:ascii="Arial" w:hAnsi="Arial" w:cs="Arial"/>
          <w:lang w:val="es-CO"/>
        </w:rPr>
        <w:t>,</w:t>
      </w:r>
    </w:p>
    <w:p w14:paraId="57529C79" w14:textId="1749A1CE" w:rsid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7ED11920" w14:textId="36BDD0CB" w:rsid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2AFFD271" w14:textId="77777777" w:rsidR="007A33DA" w:rsidRP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2ABF9E3E" w14:textId="77777777" w:rsidR="007A33DA" w:rsidRDefault="00964CD0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  <w:r w:rsidRPr="007A33DA">
        <w:rPr>
          <w:rStyle w:val="Textoennegrita"/>
          <w:rFonts w:ascii="Arial" w:hAnsi="Arial" w:cs="Arial"/>
          <w:b w:val="0"/>
          <w:lang w:val="es-CO"/>
        </w:rPr>
        <w:t xml:space="preserve">Se expide en ____________________, a los ____ días del mes de ____________ </w:t>
      </w:r>
      <w:proofErr w:type="spellStart"/>
      <w:r w:rsidRPr="007A33DA">
        <w:rPr>
          <w:rStyle w:val="Textoennegrita"/>
          <w:rFonts w:ascii="Arial" w:hAnsi="Arial" w:cs="Arial"/>
          <w:b w:val="0"/>
          <w:lang w:val="es-CO"/>
        </w:rPr>
        <w:t>de</w:t>
      </w:r>
      <w:proofErr w:type="spellEnd"/>
      <w:r w:rsidRPr="007A33DA">
        <w:rPr>
          <w:rStyle w:val="Textoennegrita"/>
          <w:rFonts w:ascii="Arial" w:hAnsi="Arial" w:cs="Arial"/>
          <w:b w:val="0"/>
          <w:lang w:val="es-CO"/>
        </w:rPr>
        <w:t xml:space="preserve"> 20__.</w:t>
      </w:r>
      <w:r w:rsidRPr="007A33DA">
        <w:rPr>
          <w:rStyle w:val="Textoennegrita"/>
          <w:rFonts w:ascii="Arial" w:hAnsi="Arial" w:cs="Arial"/>
          <w:b w:val="0"/>
          <w:lang w:val="es-CO"/>
        </w:rPr>
        <w:br/>
      </w:r>
    </w:p>
    <w:p w14:paraId="217DB2AA" w14:textId="77777777" w:rsid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09DF3D69" w14:textId="77777777" w:rsidR="007A33DA" w:rsidRDefault="007A33DA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p w14:paraId="147288F9" w14:textId="70C3CFF3" w:rsidR="00C93D4C" w:rsidRPr="007A33DA" w:rsidRDefault="00964CD0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  <w:r w:rsidRPr="007A33DA">
        <w:rPr>
          <w:rStyle w:val="Textoennegrita"/>
          <w:rFonts w:ascii="Arial" w:hAnsi="Arial" w:cs="Arial"/>
          <w:b w:val="0"/>
          <w:lang w:val="es-CO"/>
        </w:rPr>
        <w:br/>
        <w:t>Firma:____________________________</w:t>
      </w:r>
      <w:r w:rsidRPr="007A33DA">
        <w:rPr>
          <w:rStyle w:val="Textoennegrita"/>
          <w:rFonts w:ascii="Arial" w:hAnsi="Arial" w:cs="Arial"/>
          <w:b w:val="0"/>
          <w:lang w:val="es-CO"/>
        </w:rPr>
        <w:br/>
        <w:t>Nombre:__________________________</w:t>
      </w:r>
      <w:r w:rsidRPr="007A33DA">
        <w:rPr>
          <w:rStyle w:val="Textoennegrita"/>
          <w:rFonts w:ascii="Arial" w:hAnsi="Arial" w:cs="Arial"/>
          <w:b w:val="0"/>
          <w:lang w:val="es-CO"/>
        </w:rPr>
        <w:br/>
        <w:t>Cargo:___________________________</w:t>
      </w:r>
      <w:r w:rsidRPr="007A33DA">
        <w:rPr>
          <w:rStyle w:val="Textoennegrita"/>
          <w:rFonts w:ascii="Arial" w:hAnsi="Arial" w:cs="Arial"/>
          <w:b w:val="0"/>
          <w:lang w:val="es-CO"/>
        </w:rPr>
        <w:br/>
        <w:t>Cédula:__________________________</w:t>
      </w:r>
    </w:p>
    <w:p w14:paraId="08FD6797" w14:textId="77777777" w:rsidR="00964CD0" w:rsidRPr="007A33DA" w:rsidRDefault="00964CD0" w:rsidP="007A33DA">
      <w:pPr>
        <w:spacing w:after="0" w:line="240" w:lineRule="auto"/>
        <w:jc w:val="both"/>
        <w:rPr>
          <w:rStyle w:val="Textoennegrita"/>
          <w:rFonts w:ascii="Arial" w:hAnsi="Arial" w:cs="Arial"/>
          <w:b w:val="0"/>
          <w:lang w:val="es-CO"/>
        </w:rPr>
      </w:pPr>
    </w:p>
    <w:sectPr w:rsidR="00964CD0" w:rsidRPr="007A33D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67F3B75"/>
    <w:multiLevelType w:val="hybridMultilevel"/>
    <w:tmpl w:val="AA76EE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7824"/>
    <w:rsid w:val="0015074B"/>
    <w:rsid w:val="0029639D"/>
    <w:rsid w:val="00326F90"/>
    <w:rsid w:val="00346D7F"/>
    <w:rsid w:val="0040564D"/>
    <w:rsid w:val="00552864"/>
    <w:rsid w:val="005C08D1"/>
    <w:rsid w:val="006100A9"/>
    <w:rsid w:val="00614384"/>
    <w:rsid w:val="007A33DA"/>
    <w:rsid w:val="00964CD0"/>
    <w:rsid w:val="00AA1D8D"/>
    <w:rsid w:val="00AE4449"/>
    <w:rsid w:val="00B47730"/>
    <w:rsid w:val="00C93D4C"/>
    <w:rsid w:val="00CB0664"/>
    <w:rsid w:val="00E9048A"/>
    <w:rsid w:val="00FA4A9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DDE336"/>
  <w14:defaultImageDpi w14:val="300"/>
  <w15:docId w15:val="{2B00CEA1-1E04-43D8-AC7F-044275D92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normaltextrun">
    <w:name w:val="normaltextrun"/>
    <w:basedOn w:val="Fuentedeprrafopredeter"/>
    <w:rsid w:val="00346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a95545c8-ea11-4e08-a45a-87bf5a6f947e" xsi:nil="true"/>
    <_ip_UnifiedCompliancePolicyProperties xmlns="http://schemas.microsoft.com/sharepoint/v3" xsi:nil="true"/>
    <lcf76f155ced4ddcb4097134ff3c332f xmlns="2add2ae9-9ac7-4b92-a563-faf84d09f8b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9768D4C-F2A1-4399-977B-5F0FD83BB4A6}"/>
</file>

<file path=customXml/itemProps2.xml><?xml version="1.0" encoding="utf-8"?>
<ds:datastoreItem xmlns:ds="http://schemas.openxmlformats.org/officeDocument/2006/customXml" ds:itemID="{FA61E5C2-4A6A-4B64-B1FC-9A60AF85B1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3581F1-3BB2-4F42-9730-5A81264186BF}">
  <ds:schemaRefs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838b62a7-0b9a-40e8-81b0-91035a0d6398"/>
    <ds:schemaRef ds:uri="http://schemas.microsoft.com/office/2006/documentManagement/types"/>
    <ds:schemaRef ds:uri="http://schemas.openxmlformats.org/package/2006/metadata/core-properties"/>
    <ds:schemaRef ds:uri="79dc0f25-f108-41d9-bc4f-d4c790fb814f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A1A32D49-1134-48A8-AB5A-4D608BA29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1580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T1. NELSON ROLANDO ZAMUDIO PRIETO</cp:lastModifiedBy>
  <cp:revision>2</cp:revision>
  <dcterms:created xsi:type="dcterms:W3CDTF">2026-06-26T20:09:00Z</dcterms:created>
  <dcterms:modified xsi:type="dcterms:W3CDTF">2026-06-26T20:09:00Z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</Properties>
</file>