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C20DD" w14:textId="77777777" w:rsidR="00574AA3" w:rsidRPr="00350C65" w:rsidRDefault="00F80D43" w:rsidP="00F80D43">
      <w:pPr>
        <w:pStyle w:val="Ttulo1"/>
        <w:jc w:val="center"/>
        <w:rPr>
          <w:rFonts w:ascii="Arial" w:hAnsi="Arial" w:cs="Arial"/>
          <w:color w:val="auto"/>
          <w:sz w:val="22"/>
          <w:szCs w:val="22"/>
        </w:rPr>
      </w:pPr>
      <w:r w:rsidRPr="00350C65">
        <w:rPr>
          <w:rFonts w:ascii="Arial" w:hAnsi="Arial" w:cs="Arial"/>
          <w:color w:val="auto"/>
          <w:sz w:val="22"/>
          <w:szCs w:val="22"/>
        </w:rPr>
        <w:t>COMPROMISO ANTICORRUPCIÓN</w:t>
      </w:r>
    </w:p>
    <w:p w14:paraId="5E037200" w14:textId="77777777" w:rsidR="00F80D43" w:rsidRPr="00350C65" w:rsidRDefault="00F80D43" w:rsidP="00F80D43">
      <w:pPr>
        <w:rPr>
          <w:rFonts w:ascii="Arial" w:hAnsi="Arial" w:cs="Arial"/>
        </w:rPr>
      </w:pPr>
    </w:p>
    <w:p w14:paraId="206223A6" w14:textId="200AC3A1" w:rsidR="00F80D43" w:rsidRPr="00350C65" w:rsidRDefault="00F80D43" w:rsidP="00F80D43">
      <w:pPr>
        <w:rPr>
          <w:rFonts w:ascii="Arial" w:hAnsi="Arial" w:cs="Arial"/>
        </w:rPr>
      </w:pPr>
      <w:r w:rsidRPr="00350C65">
        <w:rPr>
          <w:rFonts w:ascii="Arial" w:hAnsi="Arial" w:cs="Arial"/>
        </w:rPr>
        <w:t xml:space="preserve">Lugar y fecha Señores: </w:t>
      </w:r>
    </w:p>
    <w:p w14:paraId="6FFE4AB4" w14:textId="77777777" w:rsidR="00F80D43" w:rsidRPr="00350C65" w:rsidRDefault="00F80D43" w:rsidP="00F80D43">
      <w:pPr>
        <w:rPr>
          <w:rFonts w:ascii="Arial" w:hAnsi="Arial" w:cs="Arial"/>
        </w:rPr>
      </w:pPr>
      <w:r w:rsidRPr="00350C65">
        <w:rPr>
          <w:rFonts w:ascii="Arial" w:hAnsi="Arial" w:cs="Arial"/>
        </w:rPr>
        <w:t xml:space="preserve">[Nombre de la Entidad Estatal] </w:t>
      </w:r>
    </w:p>
    <w:p w14:paraId="237B76B3" w14:textId="77777777" w:rsidR="00F80D43" w:rsidRPr="00350C65" w:rsidRDefault="00F80D43" w:rsidP="00F80D43">
      <w:pPr>
        <w:rPr>
          <w:rFonts w:ascii="Arial" w:hAnsi="Arial" w:cs="Arial"/>
        </w:rPr>
      </w:pPr>
    </w:p>
    <w:p w14:paraId="3BAD04AF" w14:textId="4C6BC3C2" w:rsidR="00F80D43" w:rsidRPr="006F4C17" w:rsidRDefault="00F80D43" w:rsidP="006F4C17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350C65">
        <w:rPr>
          <w:rFonts w:ascii="Arial" w:hAnsi="Arial" w:cs="Arial"/>
          <w:sz w:val="22"/>
          <w:szCs w:val="22"/>
        </w:rPr>
        <w:t>OBJETO:</w:t>
      </w:r>
      <w:r w:rsidRPr="00350C65">
        <w:rPr>
          <w:rFonts w:ascii="Arial" w:hAnsi="Arial" w:cs="Arial"/>
          <w:b/>
          <w:bCs/>
          <w:sz w:val="22"/>
          <w:szCs w:val="22"/>
        </w:rPr>
        <w:t xml:space="preserve"> “</w:t>
      </w:r>
      <w:r w:rsidR="006F4C17" w:rsidRPr="006F4C17">
        <w:rPr>
          <w:rFonts w:ascii="Arial" w:hAnsi="Arial" w:cs="Arial"/>
          <w:b/>
          <w:bCs/>
          <w:sz w:val="22"/>
          <w:szCs w:val="22"/>
        </w:rPr>
        <w:t>MANTENIMIENTO PREVENTIVO Y CORRECTIVO DEL SISTEMA DE CCTV, CON ADQUISICIÓN E</w:t>
      </w:r>
      <w:r w:rsidR="006F4C17">
        <w:rPr>
          <w:rFonts w:ascii="Arial" w:hAnsi="Arial" w:cs="Arial"/>
          <w:b/>
          <w:bCs/>
          <w:sz w:val="22"/>
          <w:szCs w:val="22"/>
        </w:rPr>
        <w:t xml:space="preserve"> </w:t>
      </w:r>
      <w:r w:rsidR="006F4C17" w:rsidRPr="006F4C17">
        <w:rPr>
          <w:rFonts w:ascii="Arial" w:hAnsi="Arial" w:cs="Arial"/>
          <w:b/>
          <w:bCs/>
          <w:sz w:val="22"/>
          <w:szCs w:val="22"/>
        </w:rPr>
        <w:t>INSTALACIÓN DE LOS ELEMENTOS REQUERIDOS PARA SU CORRECTO FUNCIONAMIENTO,DESTINADO A LA SEGURIDAD CIUDADANA DEL MUNICIPIO DE DOSQUEBRADAS</w:t>
      </w:r>
      <w:r w:rsidRPr="00350C65">
        <w:rPr>
          <w:rFonts w:ascii="Arial" w:hAnsi="Arial" w:cs="Arial"/>
          <w:b/>
          <w:bCs/>
          <w:sz w:val="22"/>
          <w:szCs w:val="22"/>
        </w:rPr>
        <w:t xml:space="preserve">” </w:t>
      </w:r>
    </w:p>
    <w:p w14:paraId="0B0AE2D7" w14:textId="77777777" w:rsidR="00F80D43" w:rsidRPr="00350C65" w:rsidRDefault="00F80D43" w:rsidP="00F80D43">
      <w:pPr>
        <w:rPr>
          <w:rFonts w:ascii="Arial" w:hAnsi="Arial" w:cs="Arial"/>
        </w:rPr>
      </w:pPr>
    </w:p>
    <w:p w14:paraId="60336874" w14:textId="33C6FC0E" w:rsidR="00F80D43" w:rsidRPr="00350C65" w:rsidRDefault="00F80D43" w:rsidP="00F80D43">
      <w:pPr>
        <w:jc w:val="both"/>
        <w:rPr>
          <w:rFonts w:ascii="Arial" w:hAnsi="Arial" w:cs="Arial"/>
        </w:rPr>
      </w:pPr>
      <w:r w:rsidRPr="00350C65">
        <w:rPr>
          <w:rFonts w:ascii="Arial" w:hAnsi="Arial" w:cs="Arial"/>
        </w:rPr>
        <w:t xml:space="preserve">Yo, [Nombre del Proponente o Contratista], identificado(a) con NIT/CC No. _______________, actuando en nombre propio o en representación de la empresa ________________, en calidad de proponente dentro del proceso de </w:t>
      </w:r>
      <w:r w:rsidR="00952E32" w:rsidRPr="00350C65">
        <w:rPr>
          <w:rFonts w:ascii="Arial" w:hAnsi="Arial" w:cs="Arial"/>
        </w:rPr>
        <w:t>contracción</w:t>
      </w:r>
      <w:r w:rsidRPr="00350C65">
        <w:rPr>
          <w:rFonts w:ascii="Arial" w:hAnsi="Arial" w:cs="Arial"/>
        </w:rPr>
        <w:t xml:space="preserve"> No</w:t>
      </w:r>
      <w:r w:rsidRPr="00350C65">
        <w:rPr>
          <w:rFonts w:ascii="Arial" w:hAnsi="Arial" w:cs="Arial"/>
          <w:b/>
          <w:bCs/>
        </w:rPr>
        <w:t xml:space="preserve"> </w:t>
      </w:r>
      <w:r w:rsidR="00640EA6">
        <w:rPr>
          <w:rFonts w:ascii="Arial" w:hAnsi="Arial" w:cs="Arial"/>
          <w:b/>
          <w:bCs/>
        </w:rPr>
        <w:t>SAMC</w:t>
      </w:r>
      <w:r w:rsidRPr="00350C65">
        <w:rPr>
          <w:rFonts w:ascii="Arial" w:hAnsi="Arial" w:cs="Arial"/>
          <w:b/>
          <w:bCs/>
        </w:rPr>
        <w:t>-0</w:t>
      </w:r>
      <w:r w:rsidR="00640EA6">
        <w:rPr>
          <w:rFonts w:ascii="Arial" w:hAnsi="Arial" w:cs="Arial"/>
          <w:b/>
          <w:bCs/>
        </w:rPr>
        <w:t>45</w:t>
      </w:r>
      <w:r w:rsidRPr="00350C65">
        <w:rPr>
          <w:rFonts w:ascii="Arial" w:hAnsi="Arial" w:cs="Arial"/>
          <w:b/>
          <w:bCs/>
        </w:rPr>
        <w:t>-202</w:t>
      </w:r>
      <w:r w:rsidR="00460C07">
        <w:rPr>
          <w:rFonts w:ascii="Arial" w:hAnsi="Arial" w:cs="Arial"/>
          <w:b/>
          <w:bCs/>
        </w:rPr>
        <w:t xml:space="preserve">6 </w:t>
      </w:r>
      <w:r w:rsidRPr="00350C65">
        <w:rPr>
          <w:rFonts w:ascii="Arial" w:hAnsi="Arial" w:cs="Arial"/>
        </w:rPr>
        <w:t>adelantado, Por la Entidad [Nombre de la Entidad Contratante], manifiesto bajo la gravedad del juramento, lo siguiente:</w:t>
      </w:r>
    </w:p>
    <w:p w14:paraId="5B67AAEF" w14:textId="317B3F2D" w:rsidR="00F80D43" w:rsidRPr="00350C65" w:rsidRDefault="00F80D43" w:rsidP="00F80D43">
      <w:pPr>
        <w:jc w:val="both"/>
        <w:rPr>
          <w:rFonts w:ascii="Arial" w:hAnsi="Arial" w:cs="Arial"/>
        </w:rPr>
      </w:pPr>
      <w:r w:rsidRPr="00350C65">
        <w:rPr>
          <w:rFonts w:ascii="Arial" w:hAnsi="Arial" w:cs="Arial"/>
        </w:rPr>
        <w:br/>
        <w:t xml:space="preserve">1. Apoyamos la acción del Estado colombiano y de [Nombre de la Entidad Estatal] para fortalecer la transparencia y la rendición de cuentas de la administración pública. </w:t>
      </w:r>
    </w:p>
    <w:p w14:paraId="33158744" w14:textId="77777777" w:rsidR="00F80D43" w:rsidRPr="00350C65" w:rsidRDefault="00F80D43" w:rsidP="00F80D43">
      <w:pPr>
        <w:jc w:val="both"/>
        <w:rPr>
          <w:rFonts w:ascii="Arial" w:hAnsi="Arial" w:cs="Arial"/>
        </w:rPr>
      </w:pPr>
      <w:r w:rsidRPr="00350C65">
        <w:rPr>
          <w:rFonts w:ascii="Arial" w:hAnsi="Arial" w:cs="Arial"/>
        </w:rPr>
        <w:t xml:space="preserve">2. No estamos en causal de inhabilidad alguna para celebrar el contrato objeto del Proceso de Contratación [Insertar información]. </w:t>
      </w:r>
    </w:p>
    <w:p w14:paraId="5BF2F985" w14:textId="77777777" w:rsidR="00F80D43" w:rsidRPr="00350C65" w:rsidRDefault="00F80D43" w:rsidP="00F80D43">
      <w:pPr>
        <w:jc w:val="both"/>
        <w:rPr>
          <w:rFonts w:ascii="Arial" w:hAnsi="Arial" w:cs="Arial"/>
        </w:rPr>
      </w:pPr>
      <w:r w:rsidRPr="00350C65">
        <w:rPr>
          <w:rFonts w:ascii="Arial" w:hAnsi="Arial" w:cs="Arial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35B378A" w14:textId="77777777" w:rsidR="00F80D43" w:rsidRPr="00350C65" w:rsidRDefault="00F80D43" w:rsidP="00F80D43">
      <w:pPr>
        <w:jc w:val="both"/>
        <w:rPr>
          <w:rFonts w:ascii="Arial" w:hAnsi="Arial" w:cs="Arial"/>
        </w:rPr>
      </w:pPr>
      <w:r w:rsidRPr="00350C65">
        <w:rPr>
          <w:rFonts w:ascii="Arial" w:hAnsi="Arial" w:cs="Arial"/>
        </w:rPr>
        <w:t xml:space="preserve">4. Nos comprometemos a no efectuar acuerdos, o realizar actos o conductas que tengan por objeto o efecto la colusión en el Proceso de Contratación [Insertar información]. </w:t>
      </w:r>
    </w:p>
    <w:p w14:paraId="2D6E62E7" w14:textId="77777777" w:rsidR="00F80D43" w:rsidRPr="00350C65" w:rsidRDefault="00F80D43" w:rsidP="00F80D43">
      <w:pPr>
        <w:jc w:val="both"/>
        <w:rPr>
          <w:rFonts w:ascii="Arial" w:hAnsi="Arial" w:cs="Arial"/>
        </w:rPr>
      </w:pPr>
      <w:r w:rsidRPr="00350C65">
        <w:rPr>
          <w:rFonts w:ascii="Arial" w:hAnsi="Arial" w:cs="Arial"/>
        </w:rPr>
        <w:t xml:space="preserve">5. Nos comprometemos a revelar la información que sobre el Proceso de Contratación [Insertar información] nos soliciten los organismos de control de la República de Colombia. </w:t>
      </w:r>
    </w:p>
    <w:p w14:paraId="7ED5137A" w14:textId="77777777" w:rsidR="00F80D43" w:rsidRPr="00350C65" w:rsidRDefault="00F80D43" w:rsidP="00F80D43">
      <w:pPr>
        <w:jc w:val="both"/>
        <w:rPr>
          <w:rFonts w:ascii="Arial" w:hAnsi="Arial" w:cs="Arial"/>
        </w:rPr>
      </w:pPr>
      <w:r w:rsidRPr="00350C65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4F592E2C" w14:textId="77777777" w:rsidR="00F80D43" w:rsidRPr="00350C65" w:rsidRDefault="00F80D43" w:rsidP="00F80D43">
      <w:pPr>
        <w:jc w:val="both"/>
        <w:rPr>
          <w:rFonts w:ascii="Arial" w:hAnsi="Arial" w:cs="Arial"/>
        </w:rPr>
      </w:pPr>
      <w:r w:rsidRPr="00350C65">
        <w:rPr>
          <w:rFonts w:ascii="Arial" w:hAnsi="Arial" w:cs="Arial"/>
        </w:rPr>
        <w:t xml:space="preserve">7. Conocemos las consecuencias derivadas del incumplimiento del presente compromiso anticorrupción. </w:t>
      </w:r>
    </w:p>
    <w:p w14:paraId="4E2911B5" w14:textId="599E85AE" w:rsidR="00574AA3" w:rsidRPr="00350C65" w:rsidRDefault="00F80D43" w:rsidP="00F80D43">
      <w:pPr>
        <w:jc w:val="both"/>
        <w:rPr>
          <w:rFonts w:ascii="Arial" w:hAnsi="Arial" w:cs="Arial"/>
        </w:rPr>
      </w:pPr>
      <w:r w:rsidRPr="00350C65">
        <w:rPr>
          <w:rFonts w:ascii="Arial" w:hAnsi="Arial" w:cs="Arial"/>
        </w:rPr>
        <w:lastRenderedPageBreak/>
        <w:t>8. Cumplimiento de Normativa</w:t>
      </w:r>
      <w:r w:rsidRPr="00350C65">
        <w:rPr>
          <w:rFonts w:ascii="Arial" w:hAnsi="Arial" w:cs="Arial"/>
        </w:rPr>
        <w:br/>
        <w:t>Declaro conocer y acatar lo dispuesto en la Ley 1474 de 2011 (Estatuto Anticorrupción), la Ley 80 de 1993, la Ley 1150 de 2007, la Ley 2195 de 2022 y demás normas concordantes y aplicables en materia de contratación estatal en Colombia.</w:t>
      </w:r>
      <w:r w:rsidRPr="00350C65">
        <w:rPr>
          <w:rFonts w:ascii="Arial" w:hAnsi="Arial" w:cs="Arial"/>
        </w:rPr>
        <w:br/>
      </w:r>
    </w:p>
    <w:p w14:paraId="18991C55" w14:textId="77777777" w:rsidR="00574AA3" w:rsidRPr="00350C65" w:rsidRDefault="00F80D43" w:rsidP="00F80D43">
      <w:pPr>
        <w:jc w:val="both"/>
        <w:rPr>
          <w:rFonts w:ascii="Arial" w:hAnsi="Arial" w:cs="Arial"/>
        </w:rPr>
      </w:pPr>
      <w:r w:rsidRPr="00350C65">
        <w:rPr>
          <w:rFonts w:ascii="Arial" w:hAnsi="Arial" w:cs="Arial"/>
        </w:rPr>
        <w:t>5. Sanciones por Incumplimiento</w:t>
      </w:r>
      <w:r w:rsidRPr="00350C65">
        <w:rPr>
          <w:rFonts w:ascii="Arial" w:hAnsi="Arial" w:cs="Arial"/>
        </w:rPr>
        <w:br/>
        <w:t>Soy consciente de que cualquier incumplimiento de los principios aquí señalados podrá dar lugar a la imposición de sanciones legales, administrativas o contractuales, incluyendo la inhabilidad para contratar con el Estado colombiano.</w:t>
      </w:r>
      <w:r w:rsidRPr="00350C65">
        <w:rPr>
          <w:rFonts w:ascii="Arial" w:hAnsi="Arial" w:cs="Arial"/>
        </w:rPr>
        <w:br/>
      </w:r>
    </w:p>
    <w:p w14:paraId="44E0AF9C" w14:textId="77777777" w:rsidR="00574AA3" w:rsidRPr="00350C65" w:rsidRDefault="00F80D43">
      <w:pPr>
        <w:rPr>
          <w:rFonts w:ascii="Arial" w:hAnsi="Arial" w:cs="Arial"/>
        </w:rPr>
      </w:pPr>
      <w:r w:rsidRPr="00350C65">
        <w:rPr>
          <w:rFonts w:ascii="Arial" w:hAnsi="Arial" w:cs="Arial"/>
        </w:rPr>
        <w:t>En constancia de lo anterior, firmo el presente documento:</w:t>
      </w:r>
      <w:r w:rsidRPr="00350C65">
        <w:rPr>
          <w:rFonts w:ascii="Arial" w:hAnsi="Arial" w:cs="Arial"/>
        </w:rPr>
        <w:br/>
      </w:r>
      <w:r w:rsidRPr="00350C65">
        <w:rPr>
          <w:rFonts w:ascii="Arial" w:hAnsi="Arial" w:cs="Arial"/>
        </w:rPr>
        <w:br/>
      </w:r>
    </w:p>
    <w:p w14:paraId="7ABDDF7E" w14:textId="645A446B" w:rsidR="00574AA3" w:rsidRPr="00350C65" w:rsidRDefault="00F80D43">
      <w:pPr>
        <w:rPr>
          <w:rFonts w:ascii="Arial" w:hAnsi="Arial" w:cs="Arial"/>
        </w:rPr>
      </w:pPr>
      <w:r w:rsidRPr="00350C65">
        <w:rPr>
          <w:rFonts w:ascii="Arial" w:hAnsi="Arial" w:cs="Arial"/>
        </w:rPr>
        <w:t>Firma: ___________________________</w:t>
      </w:r>
      <w:r w:rsidRPr="00350C65">
        <w:rPr>
          <w:rFonts w:ascii="Arial" w:hAnsi="Arial" w:cs="Arial"/>
        </w:rPr>
        <w:br/>
        <w:t>Nombre: __________________________</w:t>
      </w:r>
      <w:r w:rsidRPr="00350C65">
        <w:rPr>
          <w:rFonts w:ascii="Arial" w:hAnsi="Arial" w:cs="Arial"/>
        </w:rPr>
        <w:br/>
        <w:t>Identificación: ____________________</w:t>
      </w:r>
      <w:r w:rsidRPr="00350C65">
        <w:rPr>
          <w:rFonts w:ascii="Arial" w:hAnsi="Arial" w:cs="Arial"/>
        </w:rPr>
        <w:br/>
        <w:t>Cargo: ___________________________</w:t>
      </w:r>
      <w:r w:rsidRPr="00350C65">
        <w:rPr>
          <w:rFonts w:ascii="Arial" w:hAnsi="Arial" w:cs="Arial"/>
        </w:rPr>
        <w:br/>
        <w:t xml:space="preserve">Fecha: </w:t>
      </w:r>
      <w:r w:rsidR="00952E32" w:rsidRPr="00350C65">
        <w:rPr>
          <w:rFonts w:ascii="Arial" w:hAnsi="Arial" w:cs="Arial"/>
        </w:rPr>
        <w:t>00</w:t>
      </w:r>
      <w:r w:rsidRPr="00350C65">
        <w:rPr>
          <w:rFonts w:ascii="Arial" w:hAnsi="Arial" w:cs="Arial"/>
        </w:rPr>
        <w:t>/0</w:t>
      </w:r>
      <w:r w:rsidR="00952E32" w:rsidRPr="00350C65">
        <w:rPr>
          <w:rFonts w:ascii="Arial" w:hAnsi="Arial" w:cs="Arial"/>
        </w:rPr>
        <w:t>0</w:t>
      </w:r>
      <w:r w:rsidRPr="00350C65">
        <w:rPr>
          <w:rFonts w:ascii="Arial" w:hAnsi="Arial" w:cs="Arial"/>
        </w:rPr>
        <w:t>/202</w:t>
      </w:r>
      <w:r w:rsidR="00D97C64">
        <w:rPr>
          <w:rFonts w:ascii="Arial" w:hAnsi="Arial" w:cs="Arial"/>
        </w:rPr>
        <w:t>6</w:t>
      </w:r>
      <w:r w:rsidRPr="00350C65">
        <w:rPr>
          <w:rFonts w:ascii="Arial" w:hAnsi="Arial" w:cs="Arial"/>
        </w:rPr>
        <w:br/>
      </w:r>
    </w:p>
    <w:sectPr w:rsidR="00574AA3" w:rsidRPr="00350C6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DCA292D"/>
    <w:multiLevelType w:val="hybridMultilevel"/>
    <w:tmpl w:val="625E39E0"/>
    <w:lvl w:ilvl="0" w:tplc="9024564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301734">
    <w:abstractNumId w:val="8"/>
  </w:num>
  <w:num w:numId="2" w16cid:durableId="599990125">
    <w:abstractNumId w:val="6"/>
  </w:num>
  <w:num w:numId="3" w16cid:durableId="184904911">
    <w:abstractNumId w:val="5"/>
  </w:num>
  <w:num w:numId="4" w16cid:durableId="310404632">
    <w:abstractNumId w:val="4"/>
  </w:num>
  <w:num w:numId="5" w16cid:durableId="560019340">
    <w:abstractNumId w:val="7"/>
  </w:num>
  <w:num w:numId="6" w16cid:durableId="2005812373">
    <w:abstractNumId w:val="3"/>
  </w:num>
  <w:num w:numId="7" w16cid:durableId="1968119599">
    <w:abstractNumId w:val="2"/>
  </w:num>
  <w:num w:numId="8" w16cid:durableId="1173646232">
    <w:abstractNumId w:val="1"/>
  </w:num>
  <w:num w:numId="9" w16cid:durableId="1633362851">
    <w:abstractNumId w:val="0"/>
  </w:num>
  <w:num w:numId="10" w16cid:durableId="4834018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AF9"/>
    <w:rsid w:val="00034616"/>
    <w:rsid w:val="0006063C"/>
    <w:rsid w:val="001059B3"/>
    <w:rsid w:val="0015074B"/>
    <w:rsid w:val="0029639D"/>
    <w:rsid w:val="00326F90"/>
    <w:rsid w:val="00350C65"/>
    <w:rsid w:val="003E3D57"/>
    <w:rsid w:val="00460C07"/>
    <w:rsid w:val="00574AA3"/>
    <w:rsid w:val="00640EA6"/>
    <w:rsid w:val="006F4C17"/>
    <w:rsid w:val="00952E32"/>
    <w:rsid w:val="009F3E2A"/>
    <w:rsid w:val="00A55B08"/>
    <w:rsid w:val="00AA1D8D"/>
    <w:rsid w:val="00AB33A3"/>
    <w:rsid w:val="00B47730"/>
    <w:rsid w:val="00BD37D3"/>
    <w:rsid w:val="00CB0664"/>
    <w:rsid w:val="00D97C64"/>
    <w:rsid w:val="00E55F49"/>
    <w:rsid w:val="00EB470A"/>
    <w:rsid w:val="00F80D43"/>
    <w:rsid w:val="00F94AC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2F87FE"/>
  <w14:defaultImageDpi w14:val="300"/>
  <w15:docId w15:val="{7DBA52FE-9205-461A-AF91-5550C0EF9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F80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2257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2662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SEBASTIAN CAMILO GOMEZ GOMEZ</cp:lastModifiedBy>
  <cp:revision>2</cp:revision>
  <dcterms:created xsi:type="dcterms:W3CDTF">2026-07-31T02:37:00Z</dcterms:created>
  <dcterms:modified xsi:type="dcterms:W3CDTF">2026-07-31T02:37:00Z</dcterms:modified>
  <cp:category/>
</cp:coreProperties>
</file>