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5EF58" w14:textId="77777777" w:rsidR="005B5FF2" w:rsidRPr="00EF02D4" w:rsidRDefault="00B01750" w:rsidP="00EF02D4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EF02D4">
        <w:rPr>
          <w:b/>
          <w:sz w:val="21"/>
          <w:szCs w:val="21"/>
          <w:lang w:val="es-CO"/>
        </w:rPr>
        <w:t>MUNICIPIO DE PALMAR, SANTANDER</w:t>
      </w:r>
    </w:p>
    <w:p w14:paraId="21B4349E" w14:textId="77777777" w:rsidR="00EF02D4" w:rsidRPr="00EF02D4" w:rsidRDefault="00EF02D4" w:rsidP="00EF02D4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756BC042" w14:textId="77777777" w:rsidR="005B5FF2" w:rsidRPr="00EF02D4" w:rsidRDefault="00B01750" w:rsidP="00EF02D4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EF02D4">
        <w:rPr>
          <w:b/>
          <w:sz w:val="21"/>
          <w:szCs w:val="21"/>
          <w:lang w:val="es-CO"/>
        </w:rPr>
        <w:t xml:space="preserve">PROCESO DE RÉGIMEN ESPECIAL No. </w:t>
      </w:r>
      <w:r w:rsidRPr="00CF3A29">
        <w:rPr>
          <w:b/>
          <w:sz w:val="21"/>
          <w:szCs w:val="21"/>
          <w:highlight w:val="yellow"/>
          <w:lang w:val="es-CO"/>
        </w:rPr>
        <w:t>MP-RE-0XX-2026</w:t>
      </w:r>
    </w:p>
    <w:p w14:paraId="2E576B14" w14:textId="77777777" w:rsidR="00EF02D4" w:rsidRPr="00EF02D4" w:rsidRDefault="00EF02D4" w:rsidP="00EF02D4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41BB9425" w14:textId="77777777" w:rsidR="005B5FF2" w:rsidRPr="00EF02D4" w:rsidRDefault="00B01750" w:rsidP="00EF02D4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EF02D4">
        <w:rPr>
          <w:b/>
          <w:sz w:val="21"/>
          <w:szCs w:val="21"/>
          <w:lang w:val="es-CO"/>
        </w:rPr>
        <w:t>FORMATO 9 – APOYO A LA INDUSTRIA NACIONAL</w:t>
      </w:r>
    </w:p>
    <w:p w14:paraId="089718EB" w14:textId="77777777" w:rsidR="00EF02D4" w:rsidRPr="00EF02D4" w:rsidRDefault="00EF02D4" w:rsidP="00EF02D4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542F2622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b/>
          <w:sz w:val="21"/>
          <w:szCs w:val="21"/>
          <w:lang w:val="es-CO"/>
        </w:rPr>
        <w:t xml:space="preserve">Objeto: </w:t>
      </w:r>
      <w:r w:rsidRPr="00EF02D4">
        <w:rPr>
          <w:sz w:val="21"/>
          <w:szCs w:val="21"/>
          <w:lang w:val="es-CO"/>
        </w:rPr>
        <w:t>AUNAR ESFUERZOS ADMINISTRATIVOS, TÉCNICOS, FINANCIEROS PARA EL DESARROLLO DE ACTIVIDADES AGROPECUARIAS, CULTURALES, DEPORTIVAS Y RECREATIVAS EN EL MUNICIPIO DE PALMAR, SANTANDER.</w:t>
      </w:r>
    </w:p>
    <w:p w14:paraId="4E181492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2FD6C643" w14:textId="77777777" w:rsidR="005B5FF2" w:rsidRPr="00EF02D4" w:rsidRDefault="00B01750" w:rsidP="00EF02D4">
      <w:pPr>
        <w:spacing w:after="0" w:line="240" w:lineRule="auto"/>
        <w:rPr>
          <w:b/>
          <w:sz w:val="21"/>
          <w:szCs w:val="21"/>
          <w:lang w:val="es-CO"/>
        </w:rPr>
      </w:pPr>
      <w:r w:rsidRPr="00EF02D4">
        <w:rPr>
          <w:b/>
          <w:sz w:val="21"/>
          <w:szCs w:val="21"/>
          <w:lang w:val="es-CO"/>
        </w:rPr>
        <w:t>FORMATO 9A – PROMOCIÓN DE SERVICIOS NACIONALES O CON TRATO NACIONAL</w:t>
      </w:r>
    </w:p>
    <w:p w14:paraId="20D79DA3" w14:textId="77777777" w:rsidR="00EF02D4" w:rsidRPr="00EF02D4" w:rsidRDefault="00EF02D4" w:rsidP="00EF02D4">
      <w:pPr>
        <w:spacing w:after="0" w:line="240" w:lineRule="auto"/>
        <w:rPr>
          <w:sz w:val="21"/>
          <w:szCs w:val="21"/>
          <w:lang w:val="es-CO"/>
        </w:rPr>
      </w:pPr>
    </w:p>
    <w:p w14:paraId="5D80BEFF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CF3A29">
        <w:rPr>
          <w:sz w:val="21"/>
          <w:szCs w:val="21"/>
          <w:highlight w:val="lightGray"/>
          <w:lang w:val="es-CO"/>
        </w:rPr>
        <w:t>[Nombre del representante legal o representante del proponente plural],</w:t>
      </w:r>
      <w:r w:rsidRPr="00EF02D4">
        <w:rPr>
          <w:sz w:val="21"/>
          <w:szCs w:val="21"/>
          <w:lang w:val="es-CO"/>
        </w:rPr>
        <w:t xml:space="preserve"> actuando en nombre de </w:t>
      </w:r>
      <w:r w:rsidRPr="00CF3A29">
        <w:rPr>
          <w:sz w:val="21"/>
          <w:szCs w:val="21"/>
          <w:highlight w:val="lightGray"/>
          <w:lang w:val="es-CO"/>
        </w:rPr>
        <w:t>[Proponente],</w:t>
      </w:r>
      <w:r w:rsidRPr="00EF02D4">
        <w:rPr>
          <w:sz w:val="21"/>
          <w:szCs w:val="21"/>
          <w:lang w:val="es-CO"/>
        </w:rPr>
        <w:t xml:space="preserve"> manifiesto que los servicios ofrecidos tienen la condición de:</w:t>
      </w:r>
    </w:p>
    <w:p w14:paraId="1A3787B1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112"/>
        <w:gridCol w:w="5112"/>
      </w:tblGrid>
      <w:tr w:rsidR="005B5FF2" w:rsidRPr="00EF02D4" w14:paraId="657F1297" w14:textId="77777777" w:rsidTr="00EF02D4">
        <w:trPr>
          <w:jc w:val="center"/>
        </w:trPr>
        <w:tc>
          <w:tcPr>
            <w:tcW w:w="5112" w:type="dxa"/>
            <w:shd w:val="clear" w:color="auto" w:fill="BFBFBF" w:themeFill="background1" w:themeFillShade="BF"/>
            <w:vAlign w:val="center"/>
          </w:tcPr>
          <w:p w14:paraId="2F2C217E" w14:textId="77777777" w:rsidR="005B5FF2" w:rsidRPr="00EF02D4" w:rsidRDefault="00B01750" w:rsidP="00EF02D4">
            <w:pPr>
              <w:jc w:val="center"/>
              <w:rPr>
                <w:sz w:val="21"/>
                <w:szCs w:val="21"/>
                <w:lang w:val="es-CO"/>
              </w:rPr>
            </w:pPr>
            <w:r w:rsidRPr="00EF02D4">
              <w:rPr>
                <w:b/>
                <w:sz w:val="21"/>
                <w:szCs w:val="21"/>
                <w:lang w:val="es-CO"/>
              </w:rPr>
              <w:t>Condición</w:t>
            </w:r>
          </w:p>
        </w:tc>
        <w:tc>
          <w:tcPr>
            <w:tcW w:w="5112" w:type="dxa"/>
            <w:shd w:val="clear" w:color="auto" w:fill="BFBFBF" w:themeFill="background1" w:themeFillShade="BF"/>
            <w:vAlign w:val="center"/>
          </w:tcPr>
          <w:p w14:paraId="4B0DA4FB" w14:textId="77777777" w:rsidR="005B5FF2" w:rsidRPr="00EF02D4" w:rsidRDefault="00B01750" w:rsidP="00EF02D4">
            <w:pPr>
              <w:jc w:val="center"/>
              <w:rPr>
                <w:sz w:val="21"/>
                <w:szCs w:val="21"/>
                <w:lang w:val="es-CO"/>
              </w:rPr>
            </w:pPr>
            <w:r w:rsidRPr="00EF02D4">
              <w:rPr>
                <w:b/>
                <w:sz w:val="21"/>
                <w:szCs w:val="21"/>
                <w:lang w:val="es-CO"/>
              </w:rPr>
              <w:t>Marcar X</w:t>
            </w:r>
          </w:p>
        </w:tc>
      </w:tr>
      <w:tr w:rsidR="005B5FF2" w:rsidRPr="00EF02D4" w14:paraId="3D52C732" w14:textId="77777777">
        <w:trPr>
          <w:jc w:val="center"/>
        </w:trPr>
        <w:tc>
          <w:tcPr>
            <w:tcW w:w="5112" w:type="dxa"/>
            <w:vAlign w:val="center"/>
          </w:tcPr>
          <w:p w14:paraId="56F909CA" w14:textId="77777777" w:rsidR="005B5FF2" w:rsidRPr="00EF02D4" w:rsidRDefault="00B01750" w:rsidP="00EF02D4">
            <w:pPr>
              <w:jc w:val="center"/>
              <w:rPr>
                <w:sz w:val="21"/>
                <w:szCs w:val="21"/>
                <w:lang w:val="es-CO"/>
              </w:rPr>
            </w:pPr>
            <w:r w:rsidRPr="00EF02D4">
              <w:rPr>
                <w:sz w:val="21"/>
                <w:szCs w:val="21"/>
                <w:lang w:val="es-CO"/>
              </w:rPr>
              <w:t>Servicio nacional</w:t>
            </w:r>
          </w:p>
        </w:tc>
        <w:tc>
          <w:tcPr>
            <w:tcW w:w="5112" w:type="dxa"/>
            <w:vAlign w:val="center"/>
          </w:tcPr>
          <w:p w14:paraId="2AF9698B" w14:textId="77777777" w:rsidR="005B5FF2" w:rsidRPr="00EF02D4" w:rsidRDefault="005B5FF2" w:rsidP="00EF02D4">
            <w:pPr>
              <w:jc w:val="center"/>
              <w:rPr>
                <w:sz w:val="21"/>
                <w:szCs w:val="21"/>
                <w:lang w:val="es-CO"/>
              </w:rPr>
            </w:pPr>
          </w:p>
        </w:tc>
      </w:tr>
      <w:tr w:rsidR="005B5FF2" w:rsidRPr="00EF02D4" w14:paraId="5F7DCB6E" w14:textId="77777777">
        <w:trPr>
          <w:jc w:val="center"/>
        </w:trPr>
        <w:tc>
          <w:tcPr>
            <w:tcW w:w="5112" w:type="dxa"/>
            <w:vAlign w:val="center"/>
          </w:tcPr>
          <w:p w14:paraId="2BB0B0DE" w14:textId="77777777" w:rsidR="005B5FF2" w:rsidRPr="00EF02D4" w:rsidRDefault="00B01750" w:rsidP="00EF02D4">
            <w:pPr>
              <w:jc w:val="center"/>
              <w:rPr>
                <w:sz w:val="21"/>
                <w:szCs w:val="21"/>
                <w:lang w:val="es-CO"/>
              </w:rPr>
            </w:pPr>
            <w:r w:rsidRPr="00EF02D4">
              <w:rPr>
                <w:sz w:val="21"/>
                <w:szCs w:val="21"/>
                <w:lang w:val="es-CO"/>
              </w:rPr>
              <w:t>Servicio con trato nacional</w:t>
            </w:r>
          </w:p>
        </w:tc>
        <w:tc>
          <w:tcPr>
            <w:tcW w:w="5112" w:type="dxa"/>
            <w:vAlign w:val="center"/>
          </w:tcPr>
          <w:p w14:paraId="347DF71C" w14:textId="77777777" w:rsidR="005B5FF2" w:rsidRPr="00EF02D4" w:rsidRDefault="005B5FF2" w:rsidP="00EF02D4">
            <w:pPr>
              <w:jc w:val="center"/>
              <w:rPr>
                <w:sz w:val="21"/>
                <w:szCs w:val="21"/>
                <w:lang w:val="es-CO"/>
              </w:rPr>
            </w:pPr>
          </w:p>
        </w:tc>
      </w:tr>
    </w:tbl>
    <w:p w14:paraId="1C576799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77F22821" w14:textId="5F5D60CC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>Cuando se invoque trato nacional, indicar país de origen y fundamento jurídico: País: ____________________. Instrumento aplicable (Acuerdo Comercial, reciprocidad o Comunidad Andina): ________________________________.</w:t>
      </w:r>
    </w:p>
    <w:p w14:paraId="663D3752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1FFA6CC8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>Se anexan los documentos requeridos para acreditar la condición invocada. Tratándose de proponente plural, se identificará la condición de cada integrante y se aplicarán las reglas previstas en la invitación.</w:t>
      </w:r>
    </w:p>
    <w:p w14:paraId="30DE843F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652BF29F" w14:textId="77777777" w:rsidR="005B5FF2" w:rsidRPr="00EF02D4" w:rsidRDefault="005B5FF2" w:rsidP="00EF02D4">
      <w:pPr>
        <w:spacing w:after="0" w:line="240" w:lineRule="auto"/>
        <w:rPr>
          <w:sz w:val="21"/>
          <w:szCs w:val="21"/>
          <w:lang w:val="es-CO"/>
        </w:rPr>
      </w:pPr>
    </w:p>
    <w:p w14:paraId="62079FEB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EF02D4">
        <w:rPr>
          <w:sz w:val="21"/>
          <w:szCs w:val="21"/>
          <w:lang w:val="es-CO"/>
        </w:rPr>
        <w:t>de</w:t>
      </w:r>
      <w:proofErr w:type="spellEnd"/>
      <w:r w:rsidRPr="00EF02D4">
        <w:rPr>
          <w:sz w:val="21"/>
          <w:szCs w:val="21"/>
          <w:lang w:val="es-CO"/>
        </w:rPr>
        <w:t xml:space="preserve"> 2026.</w:t>
      </w:r>
    </w:p>
    <w:p w14:paraId="6036DBF8" w14:textId="77777777" w:rsid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7499EB29" w14:textId="77777777" w:rsid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4D402060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598ED243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>________________________________________</w:t>
      </w:r>
    </w:p>
    <w:p w14:paraId="572530A7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>Nombre y firma del representante legal / representante del proponente plural</w:t>
      </w:r>
    </w:p>
    <w:p w14:paraId="48C8481D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>C.C. No. ______________________________</w:t>
      </w:r>
    </w:p>
    <w:p w14:paraId="5B68CBA5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27D465C6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46836B62" w14:textId="77777777" w:rsidR="005B5FF2" w:rsidRPr="00EF02D4" w:rsidRDefault="00B01750" w:rsidP="00EF02D4">
      <w:pPr>
        <w:spacing w:after="0" w:line="240" w:lineRule="auto"/>
        <w:rPr>
          <w:sz w:val="21"/>
          <w:szCs w:val="21"/>
          <w:lang w:val="es-CO"/>
        </w:rPr>
      </w:pPr>
      <w:r w:rsidRPr="00EF02D4">
        <w:rPr>
          <w:b/>
          <w:sz w:val="21"/>
          <w:szCs w:val="21"/>
          <w:lang w:val="es-CO"/>
        </w:rPr>
        <w:t>FORMATO 9B – INCORPORACIÓN DE COMPONENTE NACIONAL EN SERVICIOS EXTRANJEROS</w:t>
      </w:r>
    </w:p>
    <w:p w14:paraId="34C0E281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3ABB6931" w14:textId="1A511C8C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 xml:space="preserve">Este formato será diligenciado únicamente por proponentes extranjeros sin derecho a trato nacional, o por proponentes plurales en los cuales resulte aplicable este </w:t>
      </w:r>
      <w:proofErr w:type="spellStart"/>
      <w:r w:rsidRPr="00EF02D4">
        <w:rPr>
          <w:sz w:val="21"/>
          <w:szCs w:val="21"/>
          <w:lang w:val="es-CO"/>
        </w:rPr>
        <w:t>subfactor</w:t>
      </w:r>
      <w:proofErr w:type="spellEnd"/>
      <w:r w:rsidRPr="00EF02D4">
        <w:rPr>
          <w:sz w:val="21"/>
          <w:szCs w:val="21"/>
          <w:lang w:val="es-CO"/>
        </w:rPr>
        <w:t>.</w:t>
      </w:r>
    </w:p>
    <w:p w14:paraId="2A968E7B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42BF476E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>Manifiesto bajo la gravedad de juramento que, en caso de resultar seleccionado, incorporaré a la ejecución del convenio más del noventa por ciento (90 %) del personal técnico, operativo y profesional de origen colombiano, de conformidad con las condiciones previstas en los documentos del proceso.</w:t>
      </w:r>
    </w:p>
    <w:p w14:paraId="21DADC22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3F241D81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>El cumplimiento de este ofrecimiento será verificado durante la ejecución mediante los documentos de identificación y vinculación correspondientes y hará parte integral de las obligaciones del convenio.</w:t>
      </w:r>
    </w:p>
    <w:p w14:paraId="62920B7A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678CAFD5" w14:textId="77777777" w:rsidR="005B5FF2" w:rsidRPr="00EF02D4" w:rsidRDefault="005B5FF2" w:rsidP="00EF02D4">
      <w:pPr>
        <w:spacing w:after="0" w:line="240" w:lineRule="auto"/>
        <w:rPr>
          <w:sz w:val="21"/>
          <w:szCs w:val="21"/>
          <w:lang w:val="es-CO"/>
        </w:rPr>
      </w:pPr>
    </w:p>
    <w:p w14:paraId="1B4273A5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EF02D4">
        <w:rPr>
          <w:sz w:val="21"/>
          <w:szCs w:val="21"/>
          <w:lang w:val="es-CO"/>
        </w:rPr>
        <w:t>de</w:t>
      </w:r>
      <w:proofErr w:type="spellEnd"/>
      <w:r w:rsidRPr="00EF02D4">
        <w:rPr>
          <w:sz w:val="21"/>
          <w:szCs w:val="21"/>
          <w:lang w:val="es-CO"/>
        </w:rPr>
        <w:t xml:space="preserve"> 2026.</w:t>
      </w:r>
    </w:p>
    <w:p w14:paraId="3F99BB0D" w14:textId="77777777" w:rsid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32A906AA" w14:textId="77777777" w:rsid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319CC6BB" w14:textId="77777777" w:rsidR="00EF02D4" w:rsidRPr="00EF02D4" w:rsidRDefault="00EF02D4" w:rsidP="00EF02D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05007C7A" w14:textId="6BAACAC9" w:rsidR="00EF02D4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>________________________________________</w:t>
      </w:r>
    </w:p>
    <w:p w14:paraId="4A808CD3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>Nombre y firma del representante legal / representante del proponente plural</w:t>
      </w:r>
    </w:p>
    <w:p w14:paraId="40A75EE8" w14:textId="77777777" w:rsidR="005B5FF2" w:rsidRPr="00EF02D4" w:rsidRDefault="00B01750" w:rsidP="00EF02D4">
      <w:pPr>
        <w:spacing w:after="0" w:line="240" w:lineRule="auto"/>
        <w:jc w:val="both"/>
        <w:rPr>
          <w:sz w:val="21"/>
          <w:szCs w:val="21"/>
          <w:lang w:val="es-CO"/>
        </w:rPr>
      </w:pPr>
      <w:r w:rsidRPr="00EF02D4">
        <w:rPr>
          <w:sz w:val="21"/>
          <w:szCs w:val="21"/>
          <w:lang w:val="es-CO"/>
        </w:rPr>
        <w:t>C.C. No. ______________________________</w:t>
      </w:r>
    </w:p>
    <w:sectPr w:rsidR="005B5FF2" w:rsidRPr="00EF02D4" w:rsidSect="00034616"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45908182">
    <w:abstractNumId w:val="8"/>
  </w:num>
  <w:num w:numId="2" w16cid:durableId="588272156">
    <w:abstractNumId w:val="6"/>
  </w:num>
  <w:num w:numId="3" w16cid:durableId="655570078">
    <w:abstractNumId w:val="5"/>
  </w:num>
  <w:num w:numId="4" w16cid:durableId="1259489123">
    <w:abstractNumId w:val="4"/>
  </w:num>
  <w:num w:numId="5" w16cid:durableId="347567071">
    <w:abstractNumId w:val="7"/>
  </w:num>
  <w:num w:numId="6" w16cid:durableId="1639918802">
    <w:abstractNumId w:val="3"/>
  </w:num>
  <w:num w:numId="7" w16cid:durableId="1866482975">
    <w:abstractNumId w:val="2"/>
  </w:num>
  <w:num w:numId="8" w16cid:durableId="43066987">
    <w:abstractNumId w:val="1"/>
  </w:num>
  <w:num w:numId="9" w16cid:durableId="178930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B5FF2"/>
    <w:rsid w:val="00AA1D8D"/>
    <w:rsid w:val="00B01750"/>
    <w:rsid w:val="00B47730"/>
    <w:rsid w:val="00C6080B"/>
    <w:rsid w:val="00CB0664"/>
    <w:rsid w:val="00CF3A29"/>
    <w:rsid w:val="00EF02D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B8D6969A-4E8B-4690-86E1-E3505F698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Asesoría Uno</cp:lastModifiedBy>
  <cp:revision>3</cp:revision>
  <dcterms:created xsi:type="dcterms:W3CDTF">2013-12-23T23:15:00Z</dcterms:created>
  <dcterms:modified xsi:type="dcterms:W3CDTF">2026-09-16T16:21:00Z</dcterms:modified>
  <cp:category/>
</cp:coreProperties>
</file>