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C7C96" w14:textId="77777777" w:rsidR="001B31E6" w:rsidRPr="00FD16E3" w:rsidRDefault="006279D6" w:rsidP="00FD16E3">
      <w:pPr>
        <w:spacing w:after="0" w:line="240" w:lineRule="auto"/>
        <w:jc w:val="center"/>
        <w:rPr>
          <w:b/>
          <w:sz w:val="21"/>
          <w:szCs w:val="21"/>
          <w:lang w:val="es-CO"/>
        </w:rPr>
      </w:pPr>
      <w:r w:rsidRPr="00FD16E3">
        <w:rPr>
          <w:b/>
          <w:sz w:val="21"/>
          <w:szCs w:val="21"/>
          <w:lang w:val="es-CO"/>
        </w:rPr>
        <w:t>MUNICIPIO DE PALMAR, SANTANDER</w:t>
      </w:r>
    </w:p>
    <w:p w14:paraId="73BEAF99" w14:textId="77777777" w:rsidR="00FD16E3" w:rsidRPr="00FD16E3" w:rsidRDefault="00FD16E3" w:rsidP="00FD16E3">
      <w:pPr>
        <w:spacing w:after="0" w:line="240" w:lineRule="auto"/>
        <w:jc w:val="center"/>
        <w:rPr>
          <w:sz w:val="21"/>
          <w:szCs w:val="21"/>
          <w:lang w:val="es-CO"/>
        </w:rPr>
      </w:pPr>
    </w:p>
    <w:p w14:paraId="3A74886B" w14:textId="77777777" w:rsidR="001B31E6" w:rsidRPr="00FD16E3" w:rsidRDefault="006279D6" w:rsidP="00FD16E3">
      <w:pPr>
        <w:spacing w:after="0" w:line="240" w:lineRule="auto"/>
        <w:jc w:val="center"/>
        <w:rPr>
          <w:b/>
          <w:sz w:val="21"/>
          <w:szCs w:val="21"/>
          <w:lang w:val="es-CO"/>
        </w:rPr>
      </w:pPr>
      <w:r w:rsidRPr="00FD16E3">
        <w:rPr>
          <w:b/>
          <w:sz w:val="21"/>
          <w:szCs w:val="21"/>
          <w:lang w:val="es-CO"/>
        </w:rPr>
        <w:t xml:space="preserve">PROCESO DE RÉGIMEN ESPECIAL No. </w:t>
      </w:r>
      <w:r w:rsidRPr="00FD16E3">
        <w:rPr>
          <w:b/>
          <w:sz w:val="21"/>
          <w:szCs w:val="21"/>
          <w:highlight w:val="yellow"/>
          <w:lang w:val="es-CO"/>
        </w:rPr>
        <w:t>MP-RE-0XX-2026</w:t>
      </w:r>
    </w:p>
    <w:p w14:paraId="0589EE2F" w14:textId="77777777" w:rsidR="00FD16E3" w:rsidRPr="00FD16E3" w:rsidRDefault="00FD16E3" w:rsidP="00FD16E3">
      <w:pPr>
        <w:spacing w:after="0" w:line="240" w:lineRule="auto"/>
        <w:jc w:val="center"/>
        <w:rPr>
          <w:sz w:val="21"/>
          <w:szCs w:val="21"/>
          <w:lang w:val="es-CO"/>
        </w:rPr>
      </w:pPr>
    </w:p>
    <w:p w14:paraId="23A24983" w14:textId="77777777" w:rsidR="001B31E6" w:rsidRPr="00FD16E3" w:rsidRDefault="006279D6" w:rsidP="00FD16E3">
      <w:pPr>
        <w:spacing w:after="0" w:line="240" w:lineRule="auto"/>
        <w:jc w:val="center"/>
        <w:rPr>
          <w:b/>
          <w:sz w:val="21"/>
          <w:szCs w:val="21"/>
          <w:lang w:val="es-CO"/>
        </w:rPr>
      </w:pPr>
      <w:r w:rsidRPr="00FD16E3">
        <w:rPr>
          <w:b/>
          <w:sz w:val="21"/>
          <w:szCs w:val="21"/>
          <w:lang w:val="es-CO"/>
        </w:rPr>
        <w:t>FORMATO 8 – AUTORIZACIÓN PARA EL TRATAMIENTO DE DATOS PERSONALES</w:t>
      </w:r>
    </w:p>
    <w:p w14:paraId="1FA65558" w14:textId="77777777" w:rsidR="00FD16E3" w:rsidRPr="00FD16E3" w:rsidRDefault="00FD16E3" w:rsidP="00FD16E3">
      <w:pPr>
        <w:spacing w:after="0" w:line="240" w:lineRule="auto"/>
        <w:jc w:val="center"/>
        <w:rPr>
          <w:sz w:val="21"/>
          <w:szCs w:val="21"/>
          <w:lang w:val="es-CO"/>
        </w:rPr>
      </w:pPr>
    </w:p>
    <w:p w14:paraId="23EAFBDC" w14:textId="77777777" w:rsidR="001B31E6" w:rsidRPr="00FD16E3" w:rsidRDefault="006279D6" w:rsidP="00FD16E3">
      <w:pPr>
        <w:spacing w:after="0" w:line="240" w:lineRule="auto"/>
        <w:jc w:val="both"/>
        <w:rPr>
          <w:sz w:val="21"/>
          <w:szCs w:val="21"/>
          <w:lang w:val="es-CO"/>
        </w:rPr>
      </w:pPr>
      <w:r w:rsidRPr="00FD16E3">
        <w:rPr>
          <w:b/>
          <w:sz w:val="21"/>
          <w:szCs w:val="21"/>
          <w:lang w:val="es-CO"/>
        </w:rPr>
        <w:t xml:space="preserve">Objeto: </w:t>
      </w:r>
      <w:r w:rsidRPr="00FD16E3">
        <w:rPr>
          <w:sz w:val="21"/>
          <w:szCs w:val="21"/>
          <w:lang w:val="es-CO"/>
        </w:rPr>
        <w:t>AUNAR ESFUERZOS ADMINISTRATIVOS, TÉCNICOS, FINANCIEROS PARA EL DESARROLLO DE ACTIVIDADES AGROPECUARIAS, CULTURALES, DEPORTIVAS Y RECREATIVAS EN EL MUNICIPIO DE PALMAR, SANTANDER.</w:t>
      </w:r>
    </w:p>
    <w:p w14:paraId="60962CC9" w14:textId="77777777" w:rsidR="00FD16E3" w:rsidRPr="00FD16E3" w:rsidRDefault="00FD16E3" w:rsidP="00FD16E3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08CCF586" w14:textId="77777777" w:rsidR="001B31E6" w:rsidRPr="00FD16E3" w:rsidRDefault="006279D6" w:rsidP="00FD16E3">
      <w:pPr>
        <w:spacing w:after="0" w:line="240" w:lineRule="auto"/>
        <w:jc w:val="both"/>
        <w:rPr>
          <w:sz w:val="21"/>
          <w:szCs w:val="21"/>
          <w:lang w:val="es-CO"/>
        </w:rPr>
      </w:pPr>
      <w:r w:rsidRPr="00FD16E3">
        <w:rPr>
          <w:sz w:val="21"/>
          <w:szCs w:val="21"/>
          <w:lang w:val="es-CO"/>
        </w:rPr>
        <w:t xml:space="preserve">Yo, </w:t>
      </w:r>
      <w:r w:rsidRPr="00FD16E3">
        <w:rPr>
          <w:sz w:val="21"/>
          <w:szCs w:val="21"/>
          <w:highlight w:val="lightGray"/>
          <w:lang w:val="es-CO"/>
        </w:rPr>
        <w:t>[nombre completo],</w:t>
      </w:r>
      <w:r w:rsidRPr="00FD16E3">
        <w:rPr>
          <w:sz w:val="21"/>
          <w:szCs w:val="21"/>
          <w:lang w:val="es-CO"/>
        </w:rPr>
        <w:t xml:space="preserve"> identificado(a) con </w:t>
      </w:r>
      <w:r w:rsidRPr="00FD16E3">
        <w:rPr>
          <w:sz w:val="21"/>
          <w:szCs w:val="21"/>
          <w:highlight w:val="lightGray"/>
          <w:lang w:val="es-CO"/>
        </w:rPr>
        <w:t>[tipo y número de documento]</w:t>
      </w:r>
      <w:r w:rsidRPr="00FD16E3">
        <w:rPr>
          <w:sz w:val="21"/>
          <w:szCs w:val="21"/>
          <w:lang w:val="es-CO"/>
        </w:rPr>
        <w:t>, autorizo de manera previa, expresa e informada al Municipio de Palmar, Santander, para recolectar, almacenar, consultar, verificar, usar y, cuando sea estrictamente necesario, circular internamente mis datos personales y sensibles exclusivamente para la verificación de los requisitos, factores de desempate y demás condiciones legalmente aplicables al proceso de contratación de la referencia.</w:t>
      </w:r>
    </w:p>
    <w:p w14:paraId="660C4A6A" w14:textId="77777777" w:rsidR="00FD16E3" w:rsidRPr="00FD16E3" w:rsidRDefault="00FD16E3" w:rsidP="00FD16E3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39F3DDE9" w14:textId="77777777" w:rsidR="001B31E6" w:rsidRPr="00FD16E3" w:rsidRDefault="006279D6" w:rsidP="00FD16E3">
      <w:pPr>
        <w:spacing w:after="0" w:line="240" w:lineRule="auto"/>
        <w:jc w:val="both"/>
        <w:rPr>
          <w:sz w:val="21"/>
          <w:szCs w:val="21"/>
          <w:lang w:val="es-CO"/>
        </w:rPr>
      </w:pPr>
      <w:r w:rsidRPr="00FD16E3">
        <w:rPr>
          <w:sz w:val="21"/>
          <w:szCs w:val="21"/>
          <w:lang w:val="es-CO"/>
        </w:rPr>
        <w:t>La autorización comprende, cuando corresponda, información relacionada con discapacidad o salud, condición de mujer víctima de violencia intrafamiliar, pertenencia étnica, condición de persona en proceso de reintegración o reincorporación, calidad de joven egresado del Sistema de Protección del ICBF y demás datos sensibles cuya acreditación sea necesaria para aplicar una regla legal del proceso.</w:t>
      </w:r>
    </w:p>
    <w:p w14:paraId="252CDACB" w14:textId="77777777" w:rsidR="00FD16E3" w:rsidRPr="00FD16E3" w:rsidRDefault="00FD16E3" w:rsidP="00FD16E3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5B951161" w14:textId="77777777" w:rsidR="001B31E6" w:rsidRPr="00FD16E3" w:rsidRDefault="006279D6" w:rsidP="00FD16E3">
      <w:pPr>
        <w:spacing w:after="0" w:line="240" w:lineRule="auto"/>
        <w:jc w:val="both"/>
        <w:rPr>
          <w:sz w:val="21"/>
          <w:szCs w:val="21"/>
          <w:lang w:val="es-CO"/>
        </w:rPr>
      </w:pPr>
      <w:r w:rsidRPr="00FD16E3">
        <w:rPr>
          <w:sz w:val="21"/>
          <w:szCs w:val="21"/>
          <w:lang w:val="es-CO"/>
        </w:rPr>
        <w:t>Declaro haber sido informado(a) de que: (i) el suministro de datos sensibles es facultativo, salvo cuando su entrega sea necesaria para invocar voluntariamente un beneficio o factor legal; (</w:t>
      </w:r>
      <w:proofErr w:type="spellStart"/>
      <w:r w:rsidRPr="00FD16E3">
        <w:rPr>
          <w:sz w:val="21"/>
          <w:szCs w:val="21"/>
          <w:lang w:val="es-CO"/>
        </w:rPr>
        <w:t>ii</w:t>
      </w:r>
      <w:proofErr w:type="spellEnd"/>
      <w:r w:rsidRPr="00FD16E3">
        <w:rPr>
          <w:sz w:val="21"/>
          <w:szCs w:val="21"/>
          <w:lang w:val="es-CO"/>
        </w:rPr>
        <w:t>) la información sometida a reserva no será publicada en SECOP II; (</w:t>
      </w:r>
      <w:proofErr w:type="spellStart"/>
      <w:r w:rsidRPr="00FD16E3">
        <w:rPr>
          <w:sz w:val="21"/>
          <w:szCs w:val="21"/>
          <w:lang w:val="es-CO"/>
        </w:rPr>
        <w:t>iii</w:t>
      </w:r>
      <w:proofErr w:type="spellEnd"/>
      <w:r w:rsidRPr="00FD16E3">
        <w:rPr>
          <w:sz w:val="21"/>
          <w:szCs w:val="21"/>
          <w:lang w:val="es-CO"/>
        </w:rPr>
        <w:t>) podré conocer, actualizar, rectificar, solicitar prueba de la autorización, presentar consultas o reclamos y ejercer los demás derechos previstos en la Ley 1581 de 2012 y normas reglamentarias; y (</w:t>
      </w:r>
      <w:proofErr w:type="spellStart"/>
      <w:r w:rsidRPr="00FD16E3">
        <w:rPr>
          <w:sz w:val="21"/>
          <w:szCs w:val="21"/>
          <w:lang w:val="es-CO"/>
        </w:rPr>
        <w:t>iv</w:t>
      </w:r>
      <w:proofErr w:type="spellEnd"/>
      <w:r w:rsidRPr="00FD16E3">
        <w:rPr>
          <w:sz w:val="21"/>
          <w:szCs w:val="21"/>
          <w:lang w:val="es-CO"/>
        </w:rPr>
        <w:t>) la Entidad aplicará su política institucional de tratamiento de datos personales.</w:t>
      </w:r>
    </w:p>
    <w:p w14:paraId="5617F722" w14:textId="77777777" w:rsidR="00FD16E3" w:rsidRPr="00FD16E3" w:rsidRDefault="00FD16E3" w:rsidP="00FD16E3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00C898FF" w14:textId="77777777" w:rsidR="001B31E6" w:rsidRPr="00FD16E3" w:rsidRDefault="006279D6" w:rsidP="00FD16E3">
      <w:pPr>
        <w:spacing w:after="0" w:line="240" w:lineRule="auto"/>
        <w:jc w:val="both"/>
        <w:rPr>
          <w:sz w:val="21"/>
          <w:szCs w:val="21"/>
          <w:lang w:val="es-CO"/>
        </w:rPr>
      </w:pPr>
      <w:r w:rsidRPr="00FD16E3">
        <w:rPr>
          <w:sz w:val="21"/>
          <w:szCs w:val="21"/>
          <w:lang w:val="es-CO"/>
        </w:rPr>
        <w:t>Finalidad autorizada: verificación de condiciones legales de participación, acreditación de factores de desempate, prevención de fraude y cumplimiento de obligaciones de transparencia y control relacionadas con el proceso.</w:t>
      </w:r>
    </w:p>
    <w:p w14:paraId="317F76A2" w14:textId="77777777" w:rsidR="00FD16E3" w:rsidRPr="00FD16E3" w:rsidRDefault="00FD16E3" w:rsidP="00FD16E3">
      <w:pPr>
        <w:spacing w:after="0" w:line="240" w:lineRule="auto"/>
        <w:jc w:val="both"/>
        <w:rPr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121"/>
        <w:gridCol w:w="2960"/>
        <w:gridCol w:w="2973"/>
      </w:tblGrid>
      <w:tr w:rsidR="001B31E6" w:rsidRPr="00FD16E3" w14:paraId="79075415" w14:textId="77777777" w:rsidTr="00FD16E3">
        <w:trPr>
          <w:jc w:val="center"/>
        </w:trPr>
        <w:tc>
          <w:tcPr>
            <w:tcW w:w="3408" w:type="dxa"/>
            <w:shd w:val="clear" w:color="auto" w:fill="BFBFBF" w:themeFill="background1" w:themeFillShade="BF"/>
            <w:vAlign w:val="center"/>
          </w:tcPr>
          <w:p w14:paraId="2AA2318D" w14:textId="77777777" w:rsidR="001B31E6" w:rsidRPr="00FD16E3" w:rsidRDefault="006279D6" w:rsidP="00FD16E3">
            <w:pPr>
              <w:jc w:val="center"/>
              <w:rPr>
                <w:sz w:val="21"/>
                <w:szCs w:val="21"/>
                <w:lang w:val="es-CO"/>
              </w:rPr>
            </w:pPr>
            <w:r w:rsidRPr="00FD16E3">
              <w:rPr>
                <w:b/>
                <w:sz w:val="21"/>
                <w:szCs w:val="21"/>
                <w:lang w:val="es-CO"/>
              </w:rPr>
              <w:t>Autorización</w:t>
            </w:r>
          </w:p>
        </w:tc>
        <w:tc>
          <w:tcPr>
            <w:tcW w:w="3408" w:type="dxa"/>
            <w:shd w:val="clear" w:color="auto" w:fill="BFBFBF" w:themeFill="background1" w:themeFillShade="BF"/>
            <w:vAlign w:val="center"/>
          </w:tcPr>
          <w:p w14:paraId="2B53A992" w14:textId="77777777" w:rsidR="001B31E6" w:rsidRPr="00FD16E3" w:rsidRDefault="006279D6" w:rsidP="00FD16E3">
            <w:pPr>
              <w:jc w:val="center"/>
              <w:rPr>
                <w:sz w:val="21"/>
                <w:szCs w:val="21"/>
                <w:lang w:val="es-CO"/>
              </w:rPr>
            </w:pPr>
            <w:r w:rsidRPr="00FD16E3">
              <w:rPr>
                <w:b/>
                <w:sz w:val="21"/>
                <w:szCs w:val="21"/>
                <w:lang w:val="es-CO"/>
              </w:rPr>
              <w:t>Sí</w:t>
            </w:r>
          </w:p>
        </w:tc>
        <w:tc>
          <w:tcPr>
            <w:tcW w:w="3408" w:type="dxa"/>
            <w:shd w:val="clear" w:color="auto" w:fill="BFBFBF" w:themeFill="background1" w:themeFillShade="BF"/>
            <w:vAlign w:val="center"/>
          </w:tcPr>
          <w:p w14:paraId="439CFF9F" w14:textId="77777777" w:rsidR="001B31E6" w:rsidRPr="00FD16E3" w:rsidRDefault="006279D6" w:rsidP="00FD16E3">
            <w:pPr>
              <w:jc w:val="center"/>
              <w:rPr>
                <w:sz w:val="21"/>
                <w:szCs w:val="21"/>
                <w:lang w:val="es-CO"/>
              </w:rPr>
            </w:pPr>
            <w:r w:rsidRPr="00FD16E3">
              <w:rPr>
                <w:b/>
                <w:sz w:val="21"/>
                <w:szCs w:val="21"/>
                <w:lang w:val="es-CO"/>
              </w:rPr>
              <w:t>No</w:t>
            </w:r>
          </w:p>
        </w:tc>
      </w:tr>
      <w:tr w:rsidR="001B31E6" w:rsidRPr="00FD16E3" w14:paraId="0018DCEB" w14:textId="77777777">
        <w:trPr>
          <w:jc w:val="center"/>
        </w:trPr>
        <w:tc>
          <w:tcPr>
            <w:tcW w:w="3408" w:type="dxa"/>
            <w:vAlign w:val="center"/>
          </w:tcPr>
          <w:p w14:paraId="29319F91" w14:textId="77777777" w:rsidR="001B31E6" w:rsidRPr="00FD16E3" w:rsidRDefault="006279D6" w:rsidP="00FD16E3">
            <w:pPr>
              <w:jc w:val="center"/>
              <w:rPr>
                <w:sz w:val="21"/>
                <w:szCs w:val="21"/>
                <w:lang w:val="es-CO"/>
              </w:rPr>
            </w:pPr>
            <w:r w:rsidRPr="00FD16E3">
              <w:rPr>
                <w:sz w:val="21"/>
                <w:szCs w:val="21"/>
                <w:lang w:val="es-CO"/>
              </w:rPr>
              <w:t>Autorizo el tratamiento de los datos personales y sensibles estrictamente necesarios para las finalidades indicadas.</w:t>
            </w:r>
          </w:p>
        </w:tc>
        <w:tc>
          <w:tcPr>
            <w:tcW w:w="3408" w:type="dxa"/>
            <w:vAlign w:val="center"/>
          </w:tcPr>
          <w:p w14:paraId="6FC353EA" w14:textId="77777777" w:rsidR="001B31E6" w:rsidRPr="00FD16E3" w:rsidRDefault="001B31E6" w:rsidP="00FD16E3">
            <w:pPr>
              <w:jc w:val="center"/>
              <w:rPr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33773AD5" w14:textId="77777777" w:rsidR="001B31E6" w:rsidRPr="00FD16E3" w:rsidRDefault="001B31E6" w:rsidP="00FD16E3">
            <w:pPr>
              <w:jc w:val="center"/>
              <w:rPr>
                <w:sz w:val="21"/>
                <w:szCs w:val="21"/>
                <w:lang w:val="es-CO"/>
              </w:rPr>
            </w:pPr>
          </w:p>
        </w:tc>
      </w:tr>
    </w:tbl>
    <w:p w14:paraId="7922FA2A" w14:textId="77777777" w:rsidR="00FD16E3" w:rsidRPr="00FD16E3" w:rsidRDefault="00FD16E3" w:rsidP="00FD16E3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54DFC730" w14:textId="01F6EE5C" w:rsidR="001B31E6" w:rsidRPr="00FD16E3" w:rsidRDefault="006279D6" w:rsidP="00FD16E3">
      <w:pPr>
        <w:spacing w:after="0" w:line="240" w:lineRule="auto"/>
        <w:jc w:val="both"/>
        <w:rPr>
          <w:sz w:val="21"/>
          <w:szCs w:val="21"/>
          <w:lang w:val="es-CO"/>
        </w:rPr>
      </w:pPr>
      <w:r w:rsidRPr="00FD16E3">
        <w:rPr>
          <w:sz w:val="21"/>
          <w:szCs w:val="21"/>
          <w:lang w:val="es-CO"/>
        </w:rPr>
        <w:t>Canales para ejercer derechos: los establecidos por el Municipio de Palmar en su política de tratamiento de datos personales y en sus canales oficiales de atención.</w:t>
      </w:r>
    </w:p>
    <w:p w14:paraId="3FE147DB" w14:textId="77777777" w:rsidR="00FD16E3" w:rsidRPr="00FD16E3" w:rsidRDefault="00FD16E3" w:rsidP="00FD16E3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27E94F89" w14:textId="77777777" w:rsidR="001B31E6" w:rsidRPr="00FD16E3" w:rsidRDefault="006279D6" w:rsidP="00FD16E3">
      <w:pPr>
        <w:spacing w:after="0" w:line="240" w:lineRule="auto"/>
        <w:jc w:val="both"/>
        <w:rPr>
          <w:sz w:val="21"/>
          <w:szCs w:val="21"/>
          <w:lang w:val="es-CO"/>
        </w:rPr>
      </w:pPr>
      <w:r w:rsidRPr="00FD16E3">
        <w:rPr>
          <w:sz w:val="21"/>
          <w:szCs w:val="21"/>
          <w:lang w:val="es-CO"/>
        </w:rPr>
        <w:t>Nombre: _________________________</w:t>
      </w:r>
      <w:proofErr w:type="gramStart"/>
      <w:r w:rsidRPr="00FD16E3">
        <w:rPr>
          <w:sz w:val="21"/>
          <w:szCs w:val="21"/>
          <w:lang w:val="es-CO"/>
        </w:rPr>
        <w:t>_  Identificación</w:t>
      </w:r>
      <w:proofErr w:type="gramEnd"/>
      <w:r w:rsidRPr="00FD16E3">
        <w:rPr>
          <w:sz w:val="21"/>
          <w:szCs w:val="21"/>
          <w:lang w:val="es-CO"/>
        </w:rPr>
        <w:t>: __________________________</w:t>
      </w:r>
    </w:p>
    <w:p w14:paraId="3C9D0CBE" w14:textId="77777777" w:rsidR="001B31E6" w:rsidRPr="00FD16E3" w:rsidRDefault="006279D6" w:rsidP="00FD16E3">
      <w:pPr>
        <w:spacing w:after="0" w:line="240" w:lineRule="auto"/>
        <w:jc w:val="both"/>
        <w:rPr>
          <w:sz w:val="21"/>
          <w:szCs w:val="21"/>
          <w:lang w:val="es-CO"/>
        </w:rPr>
      </w:pPr>
      <w:r w:rsidRPr="00FD16E3">
        <w:rPr>
          <w:sz w:val="21"/>
          <w:szCs w:val="21"/>
          <w:lang w:val="es-CO"/>
        </w:rPr>
        <w:t>Firma: ___________________________</w:t>
      </w:r>
      <w:proofErr w:type="gramStart"/>
      <w:r w:rsidRPr="00FD16E3">
        <w:rPr>
          <w:sz w:val="21"/>
          <w:szCs w:val="21"/>
          <w:lang w:val="es-CO"/>
        </w:rPr>
        <w:t>_  Fecha</w:t>
      </w:r>
      <w:proofErr w:type="gramEnd"/>
      <w:r w:rsidRPr="00FD16E3">
        <w:rPr>
          <w:sz w:val="21"/>
          <w:szCs w:val="21"/>
          <w:lang w:val="es-CO"/>
        </w:rPr>
        <w:t>: _________________________________</w:t>
      </w:r>
    </w:p>
    <w:sectPr w:rsidR="001B31E6" w:rsidRPr="00FD16E3" w:rsidSect="00FD16E3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94569102">
    <w:abstractNumId w:val="8"/>
  </w:num>
  <w:num w:numId="2" w16cid:durableId="920606711">
    <w:abstractNumId w:val="6"/>
  </w:num>
  <w:num w:numId="3" w16cid:durableId="1459880819">
    <w:abstractNumId w:val="5"/>
  </w:num>
  <w:num w:numId="4" w16cid:durableId="1753505108">
    <w:abstractNumId w:val="4"/>
  </w:num>
  <w:num w:numId="5" w16cid:durableId="1817794675">
    <w:abstractNumId w:val="7"/>
  </w:num>
  <w:num w:numId="6" w16cid:durableId="1070925949">
    <w:abstractNumId w:val="3"/>
  </w:num>
  <w:num w:numId="7" w16cid:durableId="701905131">
    <w:abstractNumId w:val="2"/>
  </w:num>
  <w:num w:numId="8" w16cid:durableId="1440367457">
    <w:abstractNumId w:val="1"/>
  </w:num>
  <w:num w:numId="9" w16cid:durableId="330957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B31E6"/>
    <w:rsid w:val="0029639D"/>
    <w:rsid w:val="00326F90"/>
    <w:rsid w:val="004A4D2B"/>
    <w:rsid w:val="006279D6"/>
    <w:rsid w:val="00AA1D8D"/>
    <w:rsid w:val="00B47730"/>
    <w:rsid w:val="00CB0664"/>
    <w:rsid w:val="00FC693F"/>
    <w:rsid w:val="00FD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5EB8D7DF-3F7F-4837-9858-A8280C77E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Asesoría Uno</cp:lastModifiedBy>
  <cp:revision>2</cp:revision>
  <dcterms:created xsi:type="dcterms:W3CDTF">2013-12-23T23:15:00Z</dcterms:created>
  <dcterms:modified xsi:type="dcterms:W3CDTF">2026-09-16T16:19:00Z</dcterms:modified>
  <cp:category/>
</cp:coreProperties>
</file>