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9A493" w14:textId="77777777" w:rsidR="00977789" w:rsidRDefault="00000000" w:rsidP="00D401DE">
      <w:pPr>
        <w:spacing w:after="0" w:line="240" w:lineRule="auto"/>
        <w:jc w:val="center"/>
        <w:rPr>
          <w:rFonts w:cs="Arial"/>
          <w:b/>
          <w:sz w:val="21"/>
          <w:szCs w:val="21"/>
          <w:lang w:val="es-CO"/>
        </w:rPr>
      </w:pPr>
      <w:r w:rsidRPr="00D401DE">
        <w:rPr>
          <w:rFonts w:cs="Arial"/>
          <w:b/>
          <w:sz w:val="21"/>
          <w:szCs w:val="21"/>
          <w:lang w:val="es-CO"/>
        </w:rPr>
        <w:t>MUNICIPIO DE PALMAR, SANTANDER</w:t>
      </w:r>
    </w:p>
    <w:p w14:paraId="50AB97AB" w14:textId="77777777" w:rsidR="007C7004" w:rsidRDefault="007C7004" w:rsidP="00D401DE">
      <w:pPr>
        <w:spacing w:after="0" w:line="240" w:lineRule="auto"/>
        <w:jc w:val="center"/>
        <w:rPr>
          <w:rFonts w:cs="Arial"/>
          <w:b/>
          <w:sz w:val="21"/>
          <w:szCs w:val="21"/>
          <w:lang w:val="es-CO"/>
        </w:rPr>
      </w:pPr>
    </w:p>
    <w:p w14:paraId="5D2249DB" w14:textId="77777777" w:rsidR="007C7004" w:rsidRPr="00D401DE" w:rsidRDefault="007C7004" w:rsidP="00D401DE">
      <w:pPr>
        <w:spacing w:after="0" w:line="240" w:lineRule="auto"/>
        <w:jc w:val="center"/>
        <w:rPr>
          <w:rFonts w:cs="Arial"/>
          <w:b/>
          <w:sz w:val="21"/>
          <w:szCs w:val="21"/>
          <w:lang w:val="es-CO"/>
        </w:rPr>
      </w:pPr>
    </w:p>
    <w:p w14:paraId="21BB6A27" w14:textId="77777777" w:rsidR="00977789" w:rsidRPr="00D401DE" w:rsidRDefault="00000000" w:rsidP="00D401DE">
      <w:pPr>
        <w:spacing w:after="0" w:line="240" w:lineRule="auto"/>
        <w:jc w:val="center"/>
        <w:rPr>
          <w:rFonts w:cs="Arial"/>
          <w:b/>
          <w:sz w:val="21"/>
          <w:szCs w:val="21"/>
          <w:lang w:val="es-CO"/>
        </w:rPr>
      </w:pPr>
      <w:r w:rsidRPr="00D401DE">
        <w:rPr>
          <w:rFonts w:cs="Arial"/>
          <w:b/>
          <w:sz w:val="21"/>
          <w:szCs w:val="21"/>
          <w:lang w:val="es-CO"/>
        </w:rPr>
        <w:t xml:space="preserve">PROCESO DE RÉGIMEN ESPECIAL No. </w:t>
      </w:r>
      <w:r w:rsidRPr="00D401DE">
        <w:rPr>
          <w:rFonts w:cs="Arial"/>
          <w:b/>
          <w:sz w:val="21"/>
          <w:szCs w:val="21"/>
          <w:highlight w:val="yellow"/>
          <w:lang w:val="es-CO"/>
        </w:rPr>
        <w:t>MP-RE-0XX-2026</w:t>
      </w:r>
    </w:p>
    <w:p w14:paraId="21A49618" w14:textId="77777777" w:rsidR="00D401DE" w:rsidRPr="00D401DE" w:rsidRDefault="00D401DE" w:rsidP="00D401DE">
      <w:pPr>
        <w:spacing w:after="0" w:line="240" w:lineRule="auto"/>
        <w:jc w:val="center"/>
        <w:rPr>
          <w:rFonts w:cs="Arial"/>
          <w:sz w:val="21"/>
          <w:szCs w:val="21"/>
          <w:lang w:val="es-CO"/>
        </w:rPr>
      </w:pPr>
    </w:p>
    <w:p w14:paraId="7E75CC02" w14:textId="77777777" w:rsidR="00D401DE" w:rsidRPr="00D401DE" w:rsidRDefault="00D401DE" w:rsidP="00D401DE">
      <w:pPr>
        <w:spacing w:after="0" w:line="240" w:lineRule="auto"/>
        <w:jc w:val="center"/>
        <w:rPr>
          <w:rFonts w:cs="Arial"/>
          <w:sz w:val="21"/>
          <w:szCs w:val="21"/>
          <w:lang w:val="es-CO"/>
        </w:rPr>
      </w:pPr>
    </w:p>
    <w:p w14:paraId="2DE43056" w14:textId="77777777" w:rsidR="00977789" w:rsidRPr="00D401DE" w:rsidRDefault="00000000" w:rsidP="00D401DE">
      <w:pPr>
        <w:spacing w:after="0" w:line="240" w:lineRule="auto"/>
        <w:jc w:val="center"/>
        <w:rPr>
          <w:rFonts w:cs="Arial"/>
          <w:b/>
          <w:sz w:val="21"/>
          <w:szCs w:val="21"/>
          <w:lang w:val="es-CO"/>
        </w:rPr>
      </w:pPr>
      <w:r w:rsidRPr="00D401DE">
        <w:rPr>
          <w:rFonts w:cs="Arial"/>
          <w:b/>
          <w:sz w:val="21"/>
          <w:szCs w:val="21"/>
          <w:lang w:val="es-CO"/>
        </w:rPr>
        <w:t>FORMATO 7 – FACTORES DE DESEMPATE</w:t>
      </w:r>
    </w:p>
    <w:p w14:paraId="5F57B958" w14:textId="77777777" w:rsidR="00D401DE" w:rsidRPr="00D401DE" w:rsidRDefault="00D401DE" w:rsidP="00D401DE">
      <w:pPr>
        <w:spacing w:after="0" w:line="240" w:lineRule="auto"/>
        <w:jc w:val="center"/>
        <w:rPr>
          <w:rFonts w:cs="Arial"/>
          <w:sz w:val="21"/>
          <w:szCs w:val="21"/>
          <w:lang w:val="es-CO"/>
        </w:rPr>
      </w:pPr>
    </w:p>
    <w:p w14:paraId="7843F32B" w14:textId="77777777" w:rsidR="00D401DE" w:rsidRPr="00D401DE" w:rsidRDefault="00D401DE" w:rsidP="00D401DE">
      <w:pPr>
        <w:spacing w:after="0" w:line="240" w:lineRule="auto"/>
        <w:jc w:val="center"/>
        <w:rPr>
          <w:rFonts w:cs="Arial"/>
          <w:sz w:val="21"/>
          <w:szCs w:val="21"/>
          <w:lang w:val="es-CO"/>
        </w:rPr>
      </w:pPr>
    </w:p>
    <w:p w14:paraId="261F28BD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b/>
          <w:sz w:val="21"/>
          <w:szCs w:val="21"/>
          <w:lang w:val="es-CO"/>
        </w:rPr>
        <w:t xml:space="preserve">Objeto: </w:t>
      </w:r>
      <w:r w:rsidRPr="00D401DE">
        <w:rPr>
          <w:rFonts w:cs="Arial"/>
          <w:sz w:val="21"/>
          <w:szCs w:val="21"/>
          <w:lang w:val="es-CO"/>
        </w:rPr>
        <w:t>AUNAR ESFUERZOS ADMINISTRATIVOS, TÉCNICOS, FINANCIEROS PARA EL DESARROLLO DE ACTIVIDADES AGROPECUARIAS, CULTURALES, DEPORTIVAS Y RECREATIVAS EN EL MUNICIPIO DE PALMAR, SANTANDER.</w:t>
      </w:r>
    </w:p>
    <w:p w14:paraId="38C32DAD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146A97CE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 xml:space="preserve">Los siguientes </w:t>
      </w:r>
      <w:proofErr w:type="spellStart"/>
      <w:r w:rsidRPr="00D401DE">
        <w:rPr>
          <w:rFonts w:cs="Arial"/>
          <w:sz w:val="21"/>
          <w:szCs w:val="21"/>
          <w:lang w:val="es-CO"/>
        </w:rPr>
        <w:t>subformatos</w:t>
      </w:r>
      <w:proofErr w:type="spellEnd"/>
      <w:r w:rsidRPr="00D401DE">
        <w:rPr>
          <w:rFonts w:cs="Arial"/>
          <w:sz w:val="21"/>
          <w:szCs w:val="21"/>
          <w:lang w:val="es-CO"/>
        </w:rPr>
        <w:t xml:space="preserve"> se diligenciarán únicamente cuando el Proponente pretenda acreditar el factor de desempate correspondiente. La información sensible se someterá a reserva y deberá acompañarse del Formato 8 – Autorización para el tratamiento de datos personales, cuando resulte aplicable.</w:t>
      </w:r>
    </w:p>
    <w:p w14:paraId="73AE7069" w14:textId="77777777" w:rsid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2AF952CE" w14:textId="77777777" w:rsidR="007C7004" w:rsidRDefault="007C7004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6F8DD31A" w14:textId="77777777" w:rsidR="007C7004" w:rsidRPr="00D401DE" w:rsidRDefault="007C7004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584E75B4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b/>
          <w:sz w:val="21"/>
          <w:szCs w:val="21"/>
          <w:lang w:val="es-CO"/>
        </w:rPr>
      </w:pPr>
      <w:r w:rsidRPr="00D401DE">
        <w:rPr>
          <w:rFonts w:cs="Arial"/>
          <w:b/>
          <w:sz w:val="21"/>
          <w:szCs w:val="21"/>
          <w:lang w:val="es-CO"/>
        </w:rPr>
        <w:t>FORMATO 7A – Participación mayoritaria de mujeres cabeza de familia y/o mujeres víctimas de violencia intrafamiliar</w:t>
      </w:r>
    </w:p>
    <w:p w14:paraId="6593FE97" w14:textId="77777777" w:rsidR="00D401DE" w:rsidRPr="00D401DE" w:rsidRDefault="00D401DE" w:rsidP="00D401DE">
      <w:pPr>
        <w:spacing w:after="0" w:line="240" w:lineRule="auto"/>
        <w:rPr>
          <w:rFonts w:cs="Arial"/>
          <w:sz w:val="21"/>
          <w:szCs w:val="21"/>
          <w:lang w:val="es-CO"/>
        </w:rPr>
      </w:pPr>
    </w:p>
    <w:p w14:paraId="55065940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Certifico bajo la gravedad de juramento que la participación mayoritaria en la ESAL corresponde a mujeres cabeza de familia y/o mujeres víctimas de violencia intrafamiliar, en los términos exigidos por la normativa aplicable. Se relacionan las personas y la naturaleza o alcance de su participación, junto con los documentos de acreditación exigidos en la invitación.</w:t>
      </w:r>
    </w:p>
    <w:p w14:paraId="45152DD7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23"/>
        <w:gridCol w:w="2260"/>
        <w:gridCol w:w="2265"/>
        <w:gridCol w:w="2206"/>
      </w:tblGrid>
      <w:tr w:rsidR="00977789" w:rsidRPr="00D401DE" w14:paraId="67F0C681" w14:textId="77777777" w:rsidTr="00D401DE">
        <w:trPr>
          <w:jc w:val="center"/>
        </w:trPr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6F9AC470" w14:textId="77777777" w:rsidR="00977789" w:rsidRPr="00D401DE" w:rsidRDefault="00000000" w:rsidP="00D401DE">
            <w:pPr>
              <w:jc w:val="center"/>
              <w:rPr>
                <w:rFonts w:cs="Arial"/>
                <w:szCs w:val="20"/>
                <w:lang w:val="es-CO"/>
              </w:rPr>
            </w:pPr>
            <w:r w:rsidRPr="00D401DE">
              <w:rPr>
                <w:rFonts w:cs="Arial"/>
                <w:b/>
                <w:szCs w:val="20"/>
                <w:lang w:val="es-CO"/>
              </w:rPr>
              <w:t>Nombre / identificación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1F6EF4E0" w14:textId="77777777" w:rsidR="00977789" w:rsidRPr="00D401DE" w:rsidRDefault="00000000" w:rsidP="00D401DE">
            <w:pPr>
              <w:jc w:val="center"/>
              <w:rPr>
                <w:rFonts w:cs="Arial"/>
                <w:szCs w:val="20"/>
                <w:lang w:val="es-CO"/>
              </w:rPr>
            </w:pPr>
            <w:r w:rsidRPr="00D401DE">
              <w:rPr>
                <w:rFonts w:cs="Arial"/>
                <w:b/>
                <w:szCs w:val="20"/>
                <w:lang w:val="es-CO"/>
              </w:rPr>
              <w:t>Condición acreditada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7EB4F656" w14:textId="77777777" w:rsidR="00977789" w:rsidRPr="00D401DE" w:rsidRDefault="00000000" w:rsidP="00D401DE">
            <w:pPr>
              <w:jc w:val="center"/>
              <w:rPr>
                <w:rFonts w:cs="Arial"/>
                <w:szCs w:val="20"/>
                <w:lang w:val="es-CO"/>
              </w:rPr>
            </w:pPr>
            <w:r w:rsidRPr="00D401DE">
              <w:rPr>
                <w:rFonts w:cs="Arial"/>
                <w:b/>
                <w:szCs w:val="20"/>
                <w:lang w:val="es-CO"/>
              </w:rPr>
              <w:t>Porcentaje o dato relevante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7F5B2D96" w14:textId="77777777" w:rsidR="00977789" w:rsidRPr="00D401DE" w:rsidRDefault="00000000" w:rsidP="00D401DE">
            <w:pPr>
              <w:jc w:val="center"/>
              <w:rPr>
                <w:rFonts w:cs="Arial"/>
                <w:szCs w:val="20"/>
                <w:lang w:val="es-CO"/>
              </w:rPr>
            </w:pPr>
            <w:r w:rsidRPr="00D401DE">
              <w:rPr>
                <w:rFonts w:cs="Arial"/>
                <w:b/>
                <w:szCs w:val="20"/>
                <w:lang w:val="es-CO"/>
              </w:rPr>
              <w:t>Soporte</w:t>
            </w:r>
          </w:p>
        </w:tc>
      </w:tr>
      <w:tr w:rsidR="00977789" w:rsidRPr="00D401DE" w14:paraId="481580A1" w14:textId="77777777">
        <w:trPr>
          <w:jc w:val="center"/>
        </w:trPr>
        <w:tc>
          <w:tcPr>
            <w:tcW w:w="2556" w:type="dxa"/>
            <w:vAlign w:val="center"/>
          </w:tcPr>
          <w:p w14:paraId="1AFC3C2D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599D40BF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00C9B449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55160047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</w:tr>
      <w:tr w:rsidR="00977789" w:rsidRPr="00D401DE" w14:paraId="0A4B1B5A" w14:textId="77777777">
        <w:trPr>
          <w:jc w:val="center"/>
        </w:trPr>
        <w:tc>
          <w:tcPr>
            <w:tcW w:w="2556" w:type="dxa"/>
            <w:vAlign w:val="center"/>
          </w:tcPr>
          <w:p w14:paraId="7BF487D0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6F0B22E8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1947114D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566F638E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</w:tr>
    </w:tbl>
    <w:p w14:paraId="1FEFA3D5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7E64FA39" w14:textId="0BE9B5C9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Declaro que la información suministrada es cierta y autorizo su verificación en los términos legalmente procedentes.</w:t>
      </w:r>
    </w:p>
    <w:p w14:paraId="02E05532" w14:textId="77777777" w:rsidR="00977789" w:rsidRPr="00D401DE" w:rsidRDefault="00977789" w:rsidP="00D401DE">
      <w:pPr>
        <w:spacing w:after="0" w:line="240" w:lineRule="auto"/>
        <w:rPr>
          <w:rFonts w:cs="Arial"/>
          <w:sz w:val="21"/>
          <w:szCs w:val="21"/>
          <w:lang w:val="es-CO"/>
        </w:rPr>
      </w:pPr>
    </w:p>
    <w:p w14:paraId="733115A2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 xml:space="preserve">En constancia, se firma en ____________________, a los ____ días del mes de __________ </w:t>
      </w:r>
      <w:proofErr w:type="spellStart"/>
      <w:r w:rsidRPr="00D401DE">
        <w:rPr>
          <w:rFonts w:cs="Arial"/>
          <w:sz w:val="21"/>
          <w:szCs w:val="21"/>
          <w:lang w:val="es-CO"/>
        </w:rPr>
        <w:t>de</w:t>
      </w:r>
      <w:proofErr w:type="spellEnd"/>
      <w:r w:rsidRPr="00D401DE">
        <w:rPr>
          <w:rFonts w:cs="Arial"/>
          <w:sz w:val="21"/>
          <w:szCs w:val="21"/>
          <w:lang w:val="es-CO"/>
        </w:rPr>
        <w:t xml:space="preserve"> 2026.</w:t>
      </w:r>
    </w:p>
    <w:p w14:paraId="378B4AC1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12B8AF6E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3D17EA14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________________________________________</w:t>
      </w:r>
    </w:p>
    <w:p w14:paraId="597BE658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Nombre y firma del representante legal / representante del proponente plural</w:t>
      </w:r>
    </w:p>
    <w:p w14:paraId="01409916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C.C. No. ______________________________</w:t>
      </w:r>
    </w:p>
    <w:p w14:paraId="16B92131" w14:textId="5C42BCA9" w:rsid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15F25B85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263D8FAD" w14:textId="77777777" w:rsidR="00977789" w:rsidRPr="00D401DE" w:rsidRDefault="00000000" w:rsidP="00D401DE">
      <w:pPr>
        <w:spacing w:after="0" w:line="240" w:lineRule="auto"/>
        <w:rPr>
          <w:rFonts w:cs="Arial"/>
          <w:b/>
          <w:sz w:val="21"/>
          <w:szCs w:val="21"/>
          <w:lang w:val="es-CO"/>
        </w:rPr>
      </w:pPr>
      <w:r w:rsidRPr="00D401DE">
        <w:rPr>
          <w:rFonts w:cs="Arial"/>
          <w:b/>
          <w:sz w:val="21"/>
          <w:szCs w:val="21"/>
          <w:lang w:val="es-CO"/>
        </w:rPr>
        <w:t>FORMATO 7B – Vinculación de personas en condición de discapacidad</w:t>
      </w:r>
    </w:p>
    <w:p w14:paraId="3633B8A0" w14:textId="77777777" w:rsidR="00D401DE" w:rsidRPr="00D401DE" w:rsidRDefault="00D401DE" w:rsidP="00D401DE">
      <w:pPr>
        <w:spacing w:after="0" w:line="240" w:lineRule="auto"/>
        <w:rPr>
          <w:rFonts w:cs="Arial"/>
          <w:sz w:val="21"/>
          <w:szCs w:val="21"/>
          <w:lang w:val="es-CO"/>
        </w:rPr>
      </w:pPr>
    </w:p>
    <w:p w14:paraId="22BD998C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Certifico que el Proponente tiene vinculadas en su planta de personal personas en condición de discapacidad en el porcentaje y con la antigüedad exigidos para el factor de desempate. Tratándose de proponente plural, la acreditación corresponderá al integrante que cumpla las condiciones de participación y aporte de experiencia previstas en la norma.</w:t>
      </w:r>
    </w:p>
    <w:p w14:paraId="4FA229DE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23"/>
        <w:gridCol w:w="2260"/>
        <w:gridCol w:w="2265"/>
        <w:gridCol w:w="2206"/>
      </w:tblGrid>
      <w:tr w:rsidR="00977789" w:rsidRPr="00D401DE" w14:paraId="2FEDEC47" w14:textId="77777777" w:rsidTr="00D401DE">
        <w:trPr>
          <w:jc w:val="center"/>
        </w:trPr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5EB84997" w14:textId="77777777" w:rsidR="00977789" w:rsidRPr="00D401DE" w:rsidRDefault="00000000" w:rsidP="00D401DE">
            <w:pPr>
              <w:jc w:val="center"/>
              <w:rPr>
                <w:rFonts w:cs="Arial"/>
                <w:szCs w:val="20"/>
                <w:lang w:val="es-CO"/>
              </w:rPr>
            </w:pPr>
            <w:r w:rsidRPr="00D401DE">
              <w:rPr>
                <w:rFonts w:cs="Arial"/>
                <w:b/>
                <w:szCs w:val="20"/>
                <w:lang w:val="es-CO"/>
              </w:rPr>
              <w:lastRenderedPageBreak/>
              <w:t>Nombre / identificación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5EEC111D" w14:textId="77777777" w:rsidR="00977789" w:rsidRPr="00D401DE" w:rsidRDefault="00000000" w:rsidP="00D401DE">
            <w:pPr>
              <w:jc w:val="center"/>
              <w:rPr>
                <w:rFonts w:cs="Arial"/>
                <w:szCs w:val="20"/>
                <w:lang w:val="es-CO"/>
              </w:rPr>
            </w:pPr>
            <w:r w:rsidRPr="00D401DE">
              <w:rPr>
                <w:rFonts w:cs="Arial"/>
                <w:b/>
                <w:szCs w:val="20"/>
                <w:lang w:val="es-CO"/>
              </w:rPr>
              <w:t>Condición acreditada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2159733B" w14:textId="77777777" w:rsidR="00977789" w:rsidRPr="00D401DE" w:rsidRDefault="00000000" w:rsidP="00D401DE">
            <w:pPr>
              <w:jc w:val="center"/>
              <w:rPr>
                <w:rFonts w:cs="Arial"/>
                <w:szCs w:val="20"/>
                <w:lang w:val="es-CO"/>
              </w:rPr>
            </w:pPr>
            <w:r w:rsidRPr="00D401DE">
              <w:rPr>
                <w:rFonts w:cs="Arial"/>
                <w:b/>
                <w:szCs w:val="20"/>
                <w:lang w:val="es-CO"/>
              </w:rPr>
              <w:t>Porcentaje o dato relevante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7FA67546" w14:textId="77777777" w:rsidR="00977789" w:rsidRPr="00D401DE" w:rsidRDefault="00000000" w:rsidP="00D401DE">
            <w:pPr>
              <w:jc w:val="center"/>
              <w:rPr>
                <w:rFonts w:cs="Arial"/>
                <w:szCs w:val="20"/>
                <w:lang w:val="es-CO"/>
              </w:rPr>
            </w:pPr>
            <w:r w:rsidRPr="00D401DE">
              <w:rPr>
                <w:rFonts w:cs="Arial"/>
                <w:b/>
                <w:szCs w:val="20"/>
                <w:lang w:val="es-CO"/>
              </w:rPr>
              <w:t>Soporte</w:t>
            </w:r>
          </w:p>
        </w:tc>
      </w:tr>
      <w:tr w:rsidR="00977789" w:rsidRPr="00D401DE" w14:paraId="7B2F4FA3" w14:textId="77777777">
        <w:trPr>
          <w:jc w:val="center"/>
        </w:trPr>
        <w:tc>
          <w:tcPr>
            <w:tcW w:w="2556" w:type="dxa"/>
            <w:vAlign w:val="center"/>
          </w:tcPr>
          <w:p w14:paraId="558E1E5B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482F7C99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60CBD6DE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06FEE1F6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</w:tr>
      <w:tr w:rsidR="00977789" w:rsidRPr="00D401DE" w14:paraId="36508C22" w14:textId="77777777">
        <w:trPr>
          <w:jc w:val="center"/>
        </w:trPr>
        <w:tc>
          <w:tcPr>
            <w:tcW w:w="2556" w:type="dxa"/>
            <w:vAlign w:val="center"/>
          </w:tcPr>
          <w:p w14:paraId="610F2609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1D3310FF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4B1FC56D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1CE5C8AE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</w:tr>
    </w:tbl>
    <w:p w14:paraId="2930A0FB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4B1CD4C9" w14:textId="1B2D054A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Declaro que la información suministrada es cierta y autorizo su verificación en los términos legalmente procedentes.</w:t>
      </w:r>
    </w:p>
    <w:p w14:paraId="2C1BF418" w14:textId="77777777" w:rsidR="00977789" w:rsidRPr="00D401DE" w:rsidRDefault="00977789" w:rsidP="00D401DE">
      <w:pPr>
        <w:spacing w:after="0" w:line="240" w:lineRule="auto"/>
        <w:rPr>
          <w:rFonts w:cs="Arial"/>
          <w:sz w:val="21"/>
          <w:szCs w:val="21"/>
          <w:lang w:val="es-CO"/>
        </w:rPr>
      </w:pPr>
    </w:p>
    <w:p w14:paraId="477004BA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 xml:space="preserve">En constancia, se firma en ____________________, a los ____ días del mes de __________ </w:t>
      </w:r>
      <w:proofErr w:type="spellStart"/>
      <w:r w:rsidRPr="00D401DE">
        <w:rPr>
          <w:rFonts w:cs="Arial"/>
          <w:sz w:val="21"/>
          <w:szCs w:val="21"/>
          <w:lang w:val="es-CO"/>
        </w:rPr>
        <w:t>de</w:t>
      </w:r>
      <w:proofErr w:type="spellEnd"/>
      <w:r w:rsidRPr="00D401DE">
        <w:rPr>
          <w:rFonts w:cs="Arial"/>
          <w:sz w:val="21"/>
          <w:szCs w:val="21"/>
          <w:lang w:val="es-CO"/>
        </w:rPr>
        <w:t xml:space="preserve"> 2026.</w:t>
      </w:r>
    </w:p>
    <w:p w14:paraId="13F679E9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7A24417B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2F721C67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________________________________________</w:t>
      </w:r>
    </w:p>
    <w:p w14:paraId="47B8642C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Nombre y firma del representante legal / representante del proponente plural</w:t>
      </w:r>
    </w:p>
    <w:p w14:paraId="07E7D423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C.C. No. ______________________________</w:t>
      </w:r>
    </w:p>
    <w:p w14:paraId="45B2FFA1" w14:textId="77777777" w:rsid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5A981699" w14:textId="77777777" w:rsid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28660521" w14:textId="77777777" w:rsidR="007C7004" w:rsidRPr="00D401DE" w:rsidRDefault="007C7004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63C2089F" w14:textId="77777777" w:rsidR="00977789" w:rsidRPr="00D401DE" w:rsidRDefault="00000000" w:rsidP="00D401DE">
      <w:pPr>
        <w:spacing w:after="0" w:line="240" w:lineRule="auto"/>
        <w:rPr>
          <w:rFonts w:cs="Arial"/>
          <w:b/>
          <w:sz w:val="21"/>
          <w:szCs w:val="21"/>
          <w:lang w:val="es-CO"/>
        </w:rPr>
      </w:pPr>
      <w:r w:rsidRPr="00D401DE">
        <w:rPr>
          <w:rFonts w:cs="Arial"/>
          <w:b/>
          <w:sz w:val="21"/>
          <w:szCs w:val="21"/>
          <w:lang w:val="es-CO"/>
        </w:rPr>
        <w:t>FORMATO 7C – Vinculación de personas mayores no beneficiarias de pensión de vejez, familiar o de sobrevivencia</w:t>
      </w:r>
    </w:p>
    <w:p w14:paraId="5B1D3D2D" w14:textId="77777777" w:rsidR="00D401DE" w:rsidRPr="00D401DE" w:rsidRDefault="00D401DE" w:rsidP="00D401DE">
      <w:pPr>
        <w:spacing w:after="0" w:line="240" w:lineRule="auto"/>
        <w:rPr>
          <w:rFonts w:cs="Arial"/>
          <w:sz w:val="21"/>
          <w:szCs w:val="21"/>
          <w:lang w:val="es-CO"/>
        </w:rPr>
      </w:pPr>
    </w:p>
    <w:p w14:paraId="25D1A7A9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Certifico el número total de trabajadores vinculados a la planta de personal y el número de personas mayores que cumplen las condiciones legales para este factor de desempate. Se anexan las declaraciones individuales y soportes requeridos.</w:t>
      </w:r>
    </w:p>
    <w:p w14:paraId="771E43AA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23"/>
        <w:gridCol w:w="2260"/>
        <w:gridCol w:w="2265"/>
        <w:gridCol w:w="2206"/>
      </w:tblGrid>
      <w:tr w:rsidR="00977789" w:rsidRPr="00D401DE" w14:paraId="17BE5CF6" w14:textId="77777777" w:rsidTr="00D401DE">
        <w:trPr>
          <w:jc w:val="center"/>
        </w:trPr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7719C772" w14:textId="77777777" w:rsidR="00977789" w:rsidRPr="00D401DE" w:rsidRDefault="00000000" w:rsidP="00D401DE">
            <w:pPr>
              <w:jc w:val="center"/>
              <w:rPr>
                <w:rFonts w:cs="Arial"/>
                <w:szCs w:val="20"/>
                <w:lang w:val="es-CO"/>
              </w:rPr>
            </w:pPr>
            <w:r w:rsidRPr="00D401DE">
              <w:rPr>
                <w:rFonts w:cs="Arial"/>
                <w:b/>
                <w:szCs w:val="20"/>
                <w:lang w:val="es-CO"/>
              </w:rPr>
              <w:t>Nombre / identificación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33056470" w14:textId="77777777" w:rsidR="00977789" w:rsidRPr="00D401DE" w:rsidRDefault="00000000" w:rsidP="00D401DE">
            <w:pPr>
              <w:jc w:val="center"/>
              <w:rPr>
                <w:rFonts w:cs="Arial"/>
                <w:szCs w:val="20"/>
                <w:lang w:val="es-CO"/>
              </w:rPr>
            </w:pPr>
            <w:r w:rsidRPr="00D401DE">
              <w:rPr>
                <w:rFonts w:cs="Arial"/>
                <w:b/>
                <w:szCs w:val="20"/>
                <w:lang w:val="es-CO"/>
              </w:rPr>
              <w:t>Condición acreditada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70EAF89F" w14:textId="77777777" w:rsidR="00977789" w:rsidRPr="00D401DE" w:rsidRDefault="00000000" w:rsidP="00D401DE">
            <w:pPr>
              <w:jc w:val="center"/>
              <w:rPr>
                <w:rFonts w:cs="Arial"/>
                <w:szCs w:val="20"/>
                <w:lang w:val="es-CO"/>
              </w:rPr>
            </w:pPr>
            <w:r w:rsidRPr="00D401DE">
              <w:rPr>
                <w:rFonts w:cs="Arial"/>
                <w:b/>
                <w:szCs w:val="20"/>
                <w:lang w:val="es-CO"/>
              </w:rPr>
              <w:t>Porcentaje o dato relevante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0150E719" w14:textId="77777777" w:rsidR="00977789" w:rsidRPr="00D401DE" w:rsidRDefault="00000000" w:rsidP="00D401DE">
            <w:pPr>
              <w:jc w:val="center"/>
              <w:rPr>
                <w:rFonts w:cs="Arial"/>
                <w:szCs w:val="20"/>
                <w:lang w:val="es-CO"/>
              </w:rPr>
            </w:pPr>
            <w:r w:rsidRPr="00D401DE">
              <w:rPr>
                <w:rFonts w:cs="Arial"/>
                <w:b/>
                <w:szCs w:val="20"/>
                <w:lang w:val="es-CO"/>
              </w:rPr>
              <w:t>Soporte</w:t>
            </w:r>
          </w:p>
        </w:tc>
      </w:tr>
      <w:tr w:rsidR="00977789" w:rsidRPr="00D401DE" w14:paraId="27F9351A" w14:textId="77777777">
        <w:trPr>
          <w:jc w:val="center"/>
        </w:trPr>
        <w:tc>
          <w:tcPr>
            <w:tcW w:w="2556" w:type="dxa"/>
            <w:vAlign w:val="center"/>
          </w:tcPr>
          <w:p w14:paraId="7D0109A7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2BDC5187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3E308208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65F94C83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</w:tr>
      <w:tr w:rsidR="00977789" w:rsidRPr="00D401DE" w14:paraId="251EECCB" w14:textId="77777777">
        <w:trPr>
          <w:jc w:val="center"/>
        </w:trPr>
        <w:tc>
          <w:tcPr>
            <w:tcW w:w="2556" w:type="dxa"/>
            <w:vAlign w:val="center"/>
          </w:tcPr>
          <w:p w14:paraId="1E76F56C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54B1F4F1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4A0EB10B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30AAD7A0" w14:textId="77777777" w:rsidR="00977789" w:rsidRPr="00D401DE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</w:tr>
    </w:tbl>
    <w:p w14:paraId="07FC8EE5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2E6EEF27" w14:textId="5F16C7D1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Declaro que la información suministrada es cierta y autorizo su verificación en los términos legalmente procedentes.</w:t>
      </w:r>
    </w:p>
    <w:p w14:paraId="70D988FA" w14:textId="77777777" w:rsidR="00977789" w:rsidRPr="00D401DE" w:rsidRDefault="00977789" w:rsidP="00D401DE">
      <w:pPr>
        <w:spacing w:after="0" w:line="240" w:lineRule="auto"/>
        <w:rPr>
          <w:rFonts w:cs="Arial"/>
          <w:sz w:val="21"/>
          <w:szCs w:val="21"/>
          <w:lang w:val="es-CO"/>
        </w:rPr>
      </w:pPr>
    </w:p>
    <w:p w14:paraId="6468C88B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 xml:space="preserve">En constancia, se firma en ____________________, a los ____ días del mes de __________ </w:t>
      </w:r>
      <w:proofErr w:type="spellStart"/>
      <w:r w:rsidRPr="00D401DE">
        <w:rPr>
          <w:rFonts w:cs="Arial"/>
          <w:sz w:val="21"/>
          <w:szCs w:val="21"/>
          <w:lang w:val="es-CO"/>
        </w:rPr>
        <w:t>de</w:t>
      </w:r>
      <w:proofErr w:type="spellEnd"/>
      <w:r w:rsidRPr="00D401DE">
        <w:rPr>
          <w:rFonts w:cs="Arial"/>
          <w:sz w:val="21"/>
          <w:szCs w:val="21"/>
          <w:lang w:val="es-CO"/>
        </w:rPr>
        <w:t xml:space="preserve"> 2026.</w:t>
      </w:r>
    </w:p>
    <w:p w14:paraId="2389B18F" w14:textId="77777777" w:rsid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6E89559C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22E261BA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________________________________________</w:t>
      </w:r>
    </w:p>
    <w:p w14:paraId="61CBDF41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Nombre y firma del representante legal / representante del proponente plural</w:t>
      </w:r>
    </w:p>
    <w:p w14:paraId="6540B3C7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C.C. No. ______________________________</w:t>
      </w:r>
    </w:p>
    <w:p w14:paraId="2A0BE567" w14:textId="77777777" w:rsid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550F968C" w14:textId="77777777" w:rsidR="007C7004" w:rsidRDefault="007C7004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31462A4E" w14:textId="77777777" w:rsidR="007C7004" w:rsidRPr="00D401DE" w:rsidRDefault="007C7004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7E3DBA19" w14:textId="77777777" w:rsidR="00977789" w:rsidRPr="00D401DE" w:rsidRDefault="00000000" w:rsidP="007C7004">
      <w:pPr>
        <w:spacing w:after="0" w:line="240" w:lineRule="auto"/>
        <w:jc w:val="both"/>
        <w:rPr>
          <w:rFonts w:cs="Arial"/>
          <w:b/>
          <w:sz w:val="21"/>
          <w:szCs w:val="21"/>
          <w:lang w:val="es-CO"/>
        </w:rPr>
      </w:pPr>
      <w:r w:rsidRPr="00D401DE">
        <w:rPr>
          <w:rFonts w:cs="Arial"/>
          <w:b/>
          <w:sz w:val="21"/>
          <w:szCs w:val="21"/>
          <w:lang w:val="es-CO"/>
        </w:rPr>
        <w:t xml:space="preserve">FORMATO 7D – Vinculación de población indígena, negra, afrocolombiana, raizal, palenquera, </w:t>
      </w:r>
      <w:proofErr w:type="spellStart"/>
      <w:r w:rsidRPr="00D401DE">
        <w:rPr>
          <w:rFonts w:cs="Arial"/>
          <w:b/>
          <w:sz w:val="21"/>
          <w:szCs w:val="21"/>
          <w:lang w:val="es-CO"/>
        </w:rPr>
        <w:t>Rrom</w:t>
      </w:r>
      <w:proofErr w:type="spellEnd"/>
      <w:r w:rsidRPr="00D401DE">
        <w:rPr>
          <w:rFonts w:cs="Arial"/>
          <w:b/>
          <w:sz w:val="21"/>
          <w:szCs w:val="21"/>
          <w:lang w:val="es-CO"/>
        </w:rPr>
        <w:t xml:space="preserve"> o gitana</w:t>
      </w:r>
    </w:p>
    <w:p w14:paraId="4B39A311" w14:textId="77777777" w:rsidR="00D401DE" w:rsidRPr="00D401DE" w:rsidRDefault="00D401DE" w:rsidP="00D401DE">
      <w:pPr>
        <w:spacing w:after="0" w:line="240" w:lineRule="auto"/>
        <w:rPr>
          <w:rFonts w:cs="Arial"/>
          <w:sz w:val="21"/>
          <w:szCs w:val="21"/>
          <w:lang w:val="es-CO"/>
        </w:rPr>
      </w:pPr>
    </w:p>
    <w:p w14:paraId="21194500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Certifico el número total de trabajadores vinculados a la nómina y relaciono las personas pertenecientes a los grupos poblacionales previstos legalmente, con la antigüedad y soportes exigidos.</w:t>
      </w:r>
    </w:p>
    <w:p w14:paraId="7202C3E6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23"/>
        <w:gridCol w:w="2260"/>
        <w:gridCol w:w="2265"/>
        <w:gridCol w:w="2206"/>
      </w:tblGrid>
      <w:tr w:rsidR="00977789" w:rsidRPr="005D60B0" w14:paraId="073CAC40" w14:textId="77777777" w:rsidTr="00D401DE">
        <w:trPr>
          <w:jc w:val="center"/>
        </w:trPr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6178C479" w14:textId="77777777" w:rsidR="00977789" w:rsidRPr="005D60B0" w:rsidRDefault="00000000" w:rsidP="00D401DE">
            <w:pPr>
              <w:jc w:val="center"/>
              <w:rPr>
                <w:rFonts w:cs="Arial"/>
                <w:szCs w:val="20"/>
                <w:lang w:val="es-CO"/>
              </w:rPr>
            </w:pPr>
            <w:r w:rsidRPr="005D60B0">
              <w:rPr>
                <w:rFonts w:cs="Arial"/>
                <w:b/>
                <w:szCs w:val="20"/>
                <w:lang w:val="es-CO"/>
              </w:rPr>
              <w:t>Nombre / identificación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71164DFD" w14:textId="77777777" w:rsidR="00977789" w:rsidRPr="005D60B0" w:rsidRDefault="00000000" w:rsidP="00D401DE">
            <w:pPr>
              <w:jc w:val="center"/>
              <w:rPr>
                <w:rFonts w:cs="Arial"/>
                <w:szCs w:val="20"/>
                <w:lang w:val="es-CO"/>
              </w:rPr>
            </w:pPr>
            <w:r w:rsidRPr="005D60B0">
              <w:rPr>
                <w:rFonts w:cs="Arial"/>
                <w:b/>
                <w:szCs w:val="20"/>
                <w:lang w:val="es-CO"/>
              </w:rPr>
              <w:t>Condición acreditada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7FBAE2A9" w14:textId="77777777" w:rsidR="00977789" w:rsidRPr="005D60B0" w:rsidRDefault="00000000" w:rsidP="00D401DE">
            <w:pPr>
              <w:jc w:val="center"/>
              <w:rPr>
                <w:rFonts w:cs="Arial"/>
                <w:szCs w:val="20"/>
                <w:lang w:val="es-CO"/>
              </w:rPr>
            </w:pPr>
            <w:r w:rsidRPr="005D60B0">
              <w:rPr>
                <w:rFonts w:cs="Arial"/>
                <w:b/>
                <w:szCs w:val="20"/>
                <w:lang w:val="es-CO"/>
              </w:rPr>
              <w:t>Porcentaje o dato relevante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3F96620F" w14:textId="77777777" w:rsidR="00977789" w:rsidRPr="005D60B0" w:rsidRDefault="00000000" w:rsidP="00D401DE">
            <w:pPr>
              <w:jc w:val="center"/>
              <w:rPr>
                <w:rFonts w:cs="Arial"/>
                <w:szCs w:val="20"/>
                <w:lang w:val="es-CO"/>
              </w:rPr>
            </w:pPr>
            <w:r w:rsidRPr="005D60B0">
              <w:rPr>
                <w:rFonts w:cs="Arial"/>
                <w:b/>
                <w:szCs w:val="20"/>
                <w:lang w:val="es-CO"/>
              </w:rPr>
              <w:t>Soporte</w:t>
            </w:r>
          </w:p>
        </w:tc>
      </w:tr>
      <w:tr w:rsidR="00977789" w:rsidRPr="005D60B0" w14:paraId="34F7B762" w14:textId="77777777">
        <w:trPr>
          <w:jc w:val="center"/>
        </w:trPr>
        <w:tc>
          <w:tcPr>
            <w:tcW w:w="2556" w:type="dxa"/>
            <w:vAlign w:val="center"/>
          </w:tcPr>
          <w:p w14:paraId="3DA8BBB6" w14:textId="77777777" w:rsidR="00977789" w:rsidRPr="005D60B0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0D361242" w14:textId="77777777" w:rsidR="00977789" w:rsidRPr="005D60B0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6E6718FC" w14:textId="77777777" w:rsidR="00977789" w:rsidRPr="005D60B0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04365F6E" w14:textId="77777777" w:rsidR="00977789" w:rsidRPr="005D60B0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</w:tr>
      <w:tr w:rsidR="00977789" w:rsidRPr="005D60B0" w14:paraId="3033A685" w14:textId="77777777">
        <w:trPr>
          <w:jc w:val="center"/>
        </w:trPr>
        <w:tc>
          <w:tcPr>
            <w:tcW w:w="2556" w:type="dxa"/>
            <w:vAlign w:val="center"/>
          </w:tcPr>
          <w:p w14:paraId="1E42FBD4" w14:textId="77777777" w:rsidR="00977789" w:rsidRPr="005D60B0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0AC3A399" w14:textId="77777777" w:rsidR="00977789" w:rsidRPr="005D60B0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0E67E52C" w14:textId="77777777" w:rsidR="00977789" w:rsidRPr="005D60B0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42CF927D" w14:textId="77777777" w:rsidR="00977789" w:rsidRPr="005D60B0" w:rsidRDefault="00977789" w:rsidP="00D401DE">
            <w:pPr>
              <w:jc w:val="center"/>
              <w:rPr>
                <w:rFonts w:cs="Arial"/>
                <w:szCs w:val="20"/>
                <w:lang w:val="es-CO"/>
              </w:rPr>
            </w:pPr>
          </w:p>
        </w:tc>
      </w:tr>
    </w:tbl>
    <w:p w14:paraId="7FBBA911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4887FF61" w14:textId="1A385FB0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Declaro que la información suministrada es cierta y autorizo su verificación en los términos legalmente procedentes.</w:t>
      </w:r>
    </w:p>
    <w:p w14:paraId="245CF585" w14:textId="77777777" w:rsidR="00977789" w:rsidRPr="00D401DE" w:rsidRDefault="00977789" w:rsidP="00D401DE">
      <w:pPr>
        <w:spacing w:after="0" w:line="240" w:lineRule="auto"/>
        <w:rPr>
          <w:rFonts w:cs="Arial"/>
          <w:sz w:val="21"/>
          <w:szCs w:val="21"/>
          <w:lang w:val="es-CO"/>
        </w:rPr>
      </w:pPr>
    </w:p>
    <w:p w14:paraId="1D43BB85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 xml:space="preserve">En constancia, se firma en ____________________, a los ____ días del mes de __________ </w:t>
      </w:r>
      <w:proofErr w:type="spellStart"/>
      <w:r w:rsidRPr="00D401DE">
        <w:rPr>
          <w:rFonts w:cs="Arial"/>
          <w:sz w:val="21"/>
          <w:szCs w:val="21"/>
          <w:lang w:val="es-CO"/>
        </w:rPr>
        <w:t>de</w:t>
      </w:r>
      <w:proofErr w:type="spellEnd"/>
      <w:r w:rsidRPr="00D401DE">
        <w:rPr>
          <w:rFonts w:cs="Arial"/>
          <w:sz w:val="21"/>
          <w:szCs w:val="21"/>
          <w:lang w:val="es-CO"/>
        </w:rPr>
        <w:t xml:space="preserve"> 2026.</w:t>
      </w:r>
    </w:p>
    <w:p w14:paraId="2BBCE6F4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34F6A602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4A7DACBD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________________________________________</w:t>
      </w:r>
    </w:p>
    <w:p w14:paraId="5258BD2E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Nombre y firma del representante legal / representante del proponente plural</w:t>
      </w:r>
    </w:p>
    <w:p w14:paraId="315E647B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C.C. No. ______________________________</w:t>
      </w:r>
    </w:p>
    <w:p w14:paraId="6A3C966C" w14:textId="77777777" w:rsid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25DD5579" w14:textId="77777777" w:rsidR="00DA1AAC" w:rsidRDefault="00DA1AAC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17018BCB" w14:textId="77777777" w:rsidR="00DA1AAC" w:rsidRPr="00D401DE" w:rsidRDefault="00DA1AAC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0D418333" w14:textId="77777777" w:rsidR="00977789" w:rsidRDefault="00000000" w:rsidP="00B04498">
      <w:pPr>
        <w:spacing w:after="0" w:line="240" w:lineRule="auto"/>
        <w:jc w:val="both"/>
        <w:rPr>
          <w:rFonts w:cs="Arial"/>
          <w:b/>
          <w:sz w:val="21"/>
          <w:szCs w:val="21"/>
          <w:lang w:val="es-CO"/>
        </w:rPr>
      </w:pPr>
      <w:r w:rsidRPr="00D401DE">
        <w:rPr>
          <w:rFonts w:cs="Arial"/>
          <w:b/>
          <w:sz w:val="21"/>
          <w:szCs w:val="21"/>
          <w:lang w:val="es-CO"/>
        </w:rPr>
        <w:t>FORMATO 7E – Participación mayoritaria de personas en proceso de reincorporación y/o reintegración</w:t>
      </w:r>
    </w:p>
    <w:p w14:paraId="583AF0C6" w14:textId="77777777" w:rsidR="00D401DE" w:rsidRPr="00D401DE" w:rsidRDefault="00D401DE" w:rsidP="00D401DE">
      <w:pPr>
        <w:spacing w:after="0" w:line="240" w:lineRule="auto"/>
        <w:rPr>
          <w:rFonts w:cs="Arial"/>
          <w:sz w:val="21"/>
          <w:szCs w:val="21"/>
          <w:lang w:val="es-CO"/>
        </w:rPr>
      </w:pPr>
    </w:p>
    <w:p w14:paraId="2552FE11" w14:textId="77777777" w:rsidR="00977789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Certifico bajo la gravedad de juramento que la participación mayoritaria en la persona jurídica corresponde a personas en proceso de reincorporación y/o reintegración, conforme a los soportes expedidos por las autoridades competentes.</w:t>
      </w:r>
    </w:p>
    <w:p w14:paraId="21E562D8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29"/>
        <w:gridCol w:w="2260"/>
        <w:gridCol w:w="2265"/>
        <w:gridCol w:w="2200"/>
      </w:tblGrid>
      <w:tr w:rsidR="00977789" w:rsidRPr="00D401DE" w14:paraId="3B2D510F" w14:textId="77777777" w:rsidTr="00D401DE">
        <w:trPr>
          <w:jc w:val="center"/>
        </w:trPr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7BE9910A" w14:textId="77777777" w:rsidR="00977789" w:rsidRPr="00D401DE" w:rsidRDefault="00000000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D401DE">
              <w:rPr>
                <w:rFonts w:cs="Arial"/>
                <w:b/>
                <w:sz w:val="21"/>
                <w:szCs w:val="21"/>
                <w:lang w:val="es-CO"/>
              </w:rPr>
              <w:t>Nombre / identificación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4A6E15AF" w14:textId="77777777" w:rsidR="00977789" w:rsidRPr="00D401DE" w:rsidRDefault="00000000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D401DE">
              <w:rPr>
                <w:rFonts w:cs="Arial"/>
                <w:b/>
                <w:sz w:val="21"/>
                <w:szCs w:val="21"/>
                <w:lang w:val="es-CO"/>
              </w:rPr>
              <w:t>Condición acreditada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7C42A786" w14:textId="77777777" w:rsidR="00977789" w:rsidRPr="00D401DE" w:rsidRDefault="00000000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D401DE">
              <w:rPr>
                <w:rFonts w:cs="Arial"/>
                <w:b/>
                <w:sz w:val="21"/>
                <w:szCs w:val="21"/>
                <w:lang w:val="es-CO"/>
              </w:rPr>
              <w:t>Porcentaje o dato relevante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2421AE6D" w14:textId="77777777" w:rsidR="00977789" w:rsidRPr="00D401DE" w:rsidRDefault="00000000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D401DE">
              <w:rPr>
                <w:rFonts w:cs="Arial"/>
                <w:b/>
                <w:sz w:val="21"/>
                <w:szCs w:val="21"/>
                <w:lang w:val="es-CO"/>
              </w:rPr>
              <w:t>Soporte</w:t>
            </w:r>
          </w:p>
        </w:tc>
      </w:tr>
      <w:tr w:rsidR="00977789" w:rsidRPr="00D401DE" w14:paraId="725A0723" w14:textId="77777777">
        <w:trPr>
          <w:jc w:val="center"/>
        </w:trPr>
        <w:tc>
          <w:tcPr>
            <w:tcW w:w="2556" w:type="dxa"/>
            <w:vAlign w:val="center"/>
          </w:tcPr>
          <w:p w14:paraId="548B6E89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041C5F8E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4F8A7FA2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0F4F5AC6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977789" w:rsidRPr="00D401DE" w14:paraId="643B6C9A" w14:textId="77777777">
        <w:trPr>
          <w:jc w:val="center"/>
        </w:trPr>
        <w:tc>
          <w:tcPr>
            <w:tcW w:w="2556" w:type="dxa"/>
            <w:vAlign w:val="center"/>
          </w:tcPr>
          <w:p w14:paraId="02D0C62D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1E4F5496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646CC6B9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3C109BF2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</w:tbl>
    <w:p w14:paraId="441EFFD2" w14:textId="77777777" w:rsid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56C23A0B" w14:textId="780DCA83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Declaro que la información suministrada es cierta y autorizo su verificación en los términos legalmente procedentes.</w:t>
      </w:r>
    </w:p>
    <w:p w14:paraId="743999A0" w14:textId="77777777" w:rsidR="00977789" w:rsidRPr="00D401DE" w:rsidRDefault="00977789" w:rsidP="00D401DE">
      <w:pPr>
        <w:spacing w:after="0" w:line="240" w:lineRule="auto"/>
        <w:rPr>
          <w:rFonts w:cs="Arial"/>
          <w:sz w:val="21"/>
          <w:szCs w:val="21"/>
          <w:lang w:val="es-CO"/>
        </w:rPr>
      </w:pPr>
    </w:p>
    <w:p w14:paraId="60C782F6" w14:textId="77777777" w:rsidR="00977789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 xml:space="preserve">En constancia, se firma en ____________________, a los ____ días del mes de __________ </w:t>
      </w:r>
      <w:proofErr w:type="spellStart"/>
      <w:r w:rsidRPr="00D401DE">
        <w:rPr>
          <w:rFonts w:cs="Arial"/>
          <w:sz w:val="21"/>
          <w:szCs w:val="21"/>
          <w:lang w:val="es-CO"/>
        </w:rPr>
        <w:t>de</w:t>
      </w:r>
      <w:proofErr w:type="spellEnd"/>
      <w:r w:rsidRPr="00D401DE">
        <w:rPr>
          <w:rFonts w:cs="Arial"/>
          <w:sz w:val="21"/>
          <w:szCs w:val="21"/>
          <w:lang w:val="es-CO"/>
        </w:rPr>
        <w:t xml:space="preserve"> 2026.</w:t>
      </w:r>
    </w:p>
    <w:p w14:paraId="2EE239CC" w14:textId="77777777" w:rsid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465EDE05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60F810AD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________________________________________</w:t>
      </w:r>
    </w:p>
    <w:p w14:paraId="27A4999C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Nombre y firma del representante legal / representante del proponente plural</w:t>
      </w:r>
    </w:p>
    <w:p w14:paraId="70A5CA90" w14:textId="77777777" w:rsidR="00977789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C.C. No. ______________________________</w:t>
      </w:r>
    </w:p>
    <w:p w14:paraId="5E7FB51A" w14:textId="77777777" w:rsid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7302BB77" w14:textId="77777777" w:rsid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61B7FB44" w14:textId="77777777" w:rsidR="00F33F63" w:rsidRPr="00D401DE" w:rsidRDefault="00F33F63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2358EECD" w14:textId="77777777" w:rsidR="00977789" w:rsidRDefault="00000000" w:rsidP="00D401DE">
      <w:pPr>
        <w:spacing w:after="0" w:line="240" w:lineRule="auto"/>
        <w:jc w:val="both"/>
        <w:rPr>
          <w:rFonts w:cs="Arial"/>
          <w:b/>
          <w:sz w:val="21"/>
          <w:szCs w:val="21"/>
          <w:lang w:val="es-CO"/>
        </w:rPr>
      </w:pPr>
      <w:r w:rsidRPr="00D401DE">
        <w:rPr>
          <w:rFonts w:cs="Arial"/>
          <w:b/>
          <w:sz w:val="21"/>
          <w:szCs w:val="21"/>
          <w:lang w:val="es-CO"/>
        </w:rPr>
        <w:t>FORMATO 7F – Factor aplicable a proponente plural integrado por mujeres cabeza de familia y/o personas en reincorporación o reintegración</w:t>
      </w:r>
    </w:p>
    <w:p w14:paraId="5BB30FA5" w14:textId="77777777" w:rsidR="00D401DE" w:rsidRPr="00D401DE" w:rsidRDefault="00D401DE" w:rsidP="00D401DE">
      <w:pPr>
        <w:spacing w:after="0" w:line="240" w:lineRule="auto"/>
        <w:rPr>
          <w:rFonts w:cs="Arial"/>
          <w:sz w:val="21"/>
          <w:szCs w:val="21"/>
          <w:lang w:val="es-CO"/>
        </w:rPr>
      </w:pPr>
    </w:p>
    <w:p w14:paraId="25CDE4F3" w14:textId="77777777" w:rsidR="00977789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Tratándose de proponente plural, el integrante que invoque este factor deberá acreditar el porcentaje mínimo de participación y de experiencia exigido en la normativa aplicable, así como las condiciones sustanciales del criterio de desempate.</w:t>
      </w:r>
    </w:p>
    <w:p w14:paraId="74B311B5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29"/>
        <w:gridCol w:w="2260"/>
        <w:gridCol w:w="2265"/>
        <w:gridCol w:w="2200"/>
      </w:tblGrid>
      <w:tr w:rsidR="00977789" w:rsidRPr="00D401DE" w14:paraId="25090B3B" w14:textId="77777777" w:rsidTr="00D401DE">
        <w:trPr>
          <w:jc w:val="center"/>
        </w:trPr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66D4F3C6" w14:textId="77777777" w:rsidR="00977789" w:rsidRPr="00D401DE" w:rsidRDefault="00000000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D401DE">
              <w:rPr>
                <w:rFonts w:cs="Arial"/>
                <w:b/>
                <w:sz w:val="21"/>
                <w:szCs w:val="21"/>
                <w:lang w:val="es-CO"/>
              </w:rPr>
              <w:t>Nombre / identificación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1298E74C" w14:textId="77777777" w:rsidR="00977789" w:rsidRPr="00D401DE" w:rsidRDefault="00000000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D401DE">
              <w:rPr>
                <w:rFonts w:cs="Arial"/>
                <w:b/>
                <w:sz w:val="21"/>
                <w:szCs w:val="21"/>
                <w:lang w:val="es-CO"/>
              </w:rPr>
              <w:t>Condición acreditada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0EEE0576" w14:textId="77777777" w:rsidR="00977789" w:rsidRPr="00D401DE" w:rsidRDefault="00000000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D401DE">
              <w:rPr>
                <w:rFonts w:cs="Arial"/>
                <w:b/>
                <w:sz w:val="21"/>
                <w:szCs w:val="21"/>
                <w:lang w:val="es-CO"/>
              </w:rPr>
              <w:t>Porcentaje o dato relevante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5C5431D8" w14:textId="77777777" w:rsidR="00977789" w:rsidRPr="00D401DE" w:rsidRDefault="00000000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D401DE">
              <w:rPr>
                <w:rFonts w:cs="Arial"/>
                <w:b/>
                <w:sz w:val="21"/>
                <w:szCs w:val="21"/>
                <w:lang w:val="es-CO"/>
              </w:rPr>
              <w:t>Soporte</w:t>
            </w:r>
          </w:p>
        </w:tc>
      </w:tr>
      <w:tr w:rsidR="00977789" w:rsidRPr="00D401DE" w14:paraId="48DC88C0" w14:textId="77777777">
        <w:trPr>
          <w:jc w:val="center"/>
        </w:trPr>
        <w:tc>
          <w:tcPr>
            <w:tcW w:w="2556" w:type="dxa"/>
            <w:vAlign w:val="center"/>
          </w:tcPr>
          <w:p w14:paraId="67008F27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1B80B844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3429CE2A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42D6E358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977789" w:rsidRPr="00D401DE" w14:paraId="5620ECB9" w14:textId="77777777">
        <w:trPr>
          <w:jc w:val="center"/>
        </w:trPr>
        <w:tc>
          <w:tcPr>
            <w:tcW w:w="2556" w:type="dxa"/>
            <w:vAlign w:val="center"/>
          </w:tcPr>
          <w:p w14:paraId="4F770929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24A75AD0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4353AD23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7C25EDCE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</w:tbl>
    <w:p w14:paraId="6F3F5370" w14:textId="77777777" w:rsid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48265CD5" w14:textId="14BB447E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lastRenderedPageBreak/>
        <w:t>Declaro que la información suministrada es cierta y autorizo su verificación en los términos legalmente procedentes.</w:t>
      </w:r>
    </w:p>
    <w:p w14:paraId="02C4393D" w14:textId="77777777" w:rsidR="00977789" w:rsidRPr="00D401DE" w:rsidRDefault="00977789" w:rsidP="00D401DE">
      <w:pPr>
        <w:spacing w:after="0" w:line="240" w:lineRule="auto"/>
        <w:rPr>
          <w:rFonts w:cs="Arial"/>
          <w:sz w:val="21"/>
          <w:szCs w:val="21"/>
          <w:lang w:val="es-CO"/>
        </w:rPr>
      </w:pPr>
    </w:p>
    <w:p w14:paraId="3CD4952E" w14:textId="77777777" w:rsidR="00977789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 xml:space="preserve">En constancia, se firma en ____________________, a los ____ días del mes de __________ </w:t>
      </w:r>
      <w:proofErr w:type="spellStart"/>
      <w:r w:rsidRPr="00D401DE">
        <w:rPr>
          <w:rFonts w:cs="Arial"/>
          <w:sz w:val="21"/>
          <w:szCs w:val="21"/>
          <w:lang w:val="es-CO"/>
        </w:rPr>
        <w:t>de</w:t>
      </w:r>
      <w:proofErr w:type="spellEnd"/>
      <w:r w:rsidRPr="00D401DE">
        <w:rPr>
          <w:rFonts w:cs="Arial"/>
          <w:sz w:val="21"/>
          <w:szCs w:val="21"/>
          <w:lang w:val="es-CO"/>
        </w:rPr>
        <w:t xml:space="preserve"> 2026.</w:t>
      </w:r>
    </w:p>
    <w:p w14:paraId="63C19167" w14:textId="77777777" w:rsid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1379F9C9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426BCC25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________________________________________</w:t>
      </w:r>
    </w:p>
    <w:p w14:paraId="3C838E65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Nombre y firma del representante legal / representante del proponente plural</w:t>
      </w:r>
    </w:p>
    <w:p w14:paraId="1DFA8233" w14:textId="77777777" w:rsidR="00977789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C.C. No. ______________________________</w:t>
      </w:r>
    </w:p>
    <w:p w14:paraId="76594371" w14:textId="77777777" w:rsid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4E682398" w14:textId="77777777" w:rsidR="00F33F63" w:rsidRDefault="00F33F63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4E9553BA" w14:textId="77777777" w:rsidR="00F33F63" w:rsidRPr="00D401DE" w:rsidRDefault="00F33F63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2E619946" w14:textId="77777777" w:rsidR="00977789" w:rsidRPr="00D401DE" w:rsidRDefault="00000000" w:rsidP="00D401DE">
      <w:pPr>
        <w:spacing w:after="0" w:line="240" w:lineRule="auto"/>
        <w:rPr>
          <w:rFonts w:cs="Arial"/>
          <w:sz w:val="21"/>
          <w:szCs w:val="21"/>
          <w:lang w:val="es-CO"/>
        </w:rPr>
      </w:pPr>
      <w:r w:rsidRPr="00D401DE">
        <w:rPr>
          <w:rFonts w:cs="Arial"/>
          <w:b/>
          <w:sz w:val="21"/>
          <w:szCs w:val="21"/>
          <w:lang w:val="es-CO"/>
        </w:rPr>
        <w:t xml:space="preserve">FORMATO 7G – Pagos realizados a </w:t>
      </w:r>
      <w:proofErr w:type="spellStart"/>
      <w:r w:rsidRPr="00D401DE">
        <w:rPr>
          <w:rFonts w:cs="Arial"/>
          <w:b/>
          <w:sz w:val="21"/>
          <w:szCs w:val="21"/>
          <w:lang w:val="es-CO"/>
        </w:rPr>
        <w:t>Mipymes</w:t>
      </w:r>
      <w:proofErr w:type="spellEnd"/>
      <w:r w:rsidRPr="00D401DE">
        <w:rPr>
          <w:rFonts w:cs="Arial"/>
          <w:b/>
          <w:sz w:val="21"/>
          <w:szCs w:val="21"/>
          <w:lang w:val="es-CO"/>
        </w:rPr>
        <w:t>, cooperativas o asociaciones mutuales</w:t>
      </w:r>
    </w:p>
    <w:p w14:paraId="1B71C3A5" w14:textId="77777777" w:rsidR="00F33F63" w:rsidRDefault="00F33F63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7141D57D" w14:textId="59012192" w:rsidR="00977789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 xml:space="preserve">El representante legal y el revisor fiscal o contador, según corresponda, certifican que, de acuerdo con los estados financieros o información contable con corte al 31 de diciembre del año anterior, por lo menos el veinticinco por ciento (25 %) del total de pagos del Proponente fueron realizados a </w:t>
      </w:r>
      <w:proofErr w:type="spellStart"/>
      <w:r w:rsidRPr="00D401DE">
        <w:rPr>
          <w:rFonts w:cs="Arial"/>
          <w:sz w:val="21"/>
          <w:szCs w:val="21"/>
          <w:lang w:val="es-CO"/>
        </w:rPr>
        <w:t>Mipymes</w:t>
      </w:r>
      <w:proofErr w:type="spellEnd"/>
      <w:r w:rsidRPr="00D401DE">
        <w:rPr>
          <w:rFonts w:cs="Arial"/>
          <w:sz w:val="21"/>
          <w:szCs w:val="21"/>
          <w:lang w:val="es-CO"/>
        </w:rPr>
        <w:t>, cooperativas o asociaciones mutuales por concepto de proveeduría.</w:t>
      </w:r>
    </w:p>
    <w:p w14:paraId="31CFAD78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29"/>
        <w:gridCol w:w="2260"/>
        <w:gridCol w:w="2265"/>
        <w:gridCol w:w="2200"/>
      </w:tblGrid>
      <w:tr w:rsidR="00977789" w:rsidRPr="00D401DE" w14:paraId="49F589BB" w14:textId="77777777" w:rsidTr="00D401DE">
        <w:trPr>
          <w:jc w:val="center"/>
        </w:trPr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05A80C0F" w14:textId="77777777" w:rsidR="00977789" w:rsidRPr="00D401DE" w:rsidRDefault="00000000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D401DE">
              <w:rPr>
                <w:rFonts w:cs="Arial"/>
                <w:b/>
                <w:sz w:val="21"/>
                <w:szCs w:val="21"/>
                <w:lang w:val="es-CO"/>
              </w:rPr>
              <w:t>Nombre / identificación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1AE34171" w14:textId="77777777" w:rsidR="00977789" w:rsidRPr="00D401DE" w:rsidRDefault="00000000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D401DE">
              <w:rPr>
                <w:rFonts w:cs="Arial"/>
                <w:b/>
                <w:sz w:val="21"/>
                <w:szCs w:val="21"/>
                <w:lang w:val="es-CO"/>
              </w:rPr>
              <w:t>Condición acreditada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1B52430D" w14:textId="77777777" w:rsidR="00977789" w:rsidRPr="00D401DE" w:rsidRDefault="00000000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D401DE">
              <w:rPr>
                <w:rFonts w:cs="Arial"/>
                <w:b/>
                <w:sz w:val="21"/>
                <w:szCs w:val="21"/>
                <w:lang w:val="es-CO"/>
              </w:rPr>
              <w:t>Porcentaje o dato relevante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3DE309A3" w14:textId="77777777" w:rsidR="00977789" w:rsidRPr="00D401DE" w:rsidRDefault="00000000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D401DE">
              <w:rPr>
                <w:rFonts w:cs="Arial"/>
                <w:b/>
                <w:sz w:val="21"/>
                <w:szCs w:val="21"/>
                <w:lang w:val="es-CO"/>
              </w:rPr>
              <w:t>Soporte</w:t>
            </w:r>
          </w:p>
        </w:tc>
      </w:tr>
      <w:tr w:rsidR="00977789" w:rsidRPr="00D401DE" w14:paraId="00379FA7" w14:textId="77777777">
        <w:trPr>
          <w:jc w:val="center"/>
        </w:trPr>
        <w:tc>
          <w:tcPr>
            <w:tcW w:w="2556" w:type="dxa"/>
            <w:vAlign w:val="center"/>
          </w:tcPr>
          <w:p w14:paraId="6BB1AAC4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19F10742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4EB031BD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5870F36E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977789" w:rsidRPr="00D401DE" w14:paraId="6A9B4E00" w14:textId="77777777">
        <w:trPr>
          <w:jc w:val="center"/>
        </w:trPr>
        <w:tc>
          <w:tcPr>
            <w:tcW w:w="2556" w:type="dxa"/>
            <w:vAlign w:val="center"/>
          </w:tcPr>
          <w:p w14:paraId="70F4713A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6CA8BAAD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200E69C6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63FC8C32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</w:tbl>
    <w:p w14:paraId="0B774156" w14:textId="77777777" w:rsid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630C4F28" w14:textId="073EB375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Declaro que la información suministrada es cierta y autorizo su verificación en los términos legalmente procedentes.</w:t>
      </w:r>
    </w:p>
    <w:p w14:paraId="6A45A6B8" w14:textId="77777777" w:rsidR="00977789" w:rsidRPr="00D401DE" w:rsidRDefault="00977789" w:rsidP="00D401DE">
      <w:pPr>
        <w:spacing w:after="0" w:line="240" w:lineRule="auto"/>
        <w:rPr>
          <w:rFonts w:cs="Arial"/>
          <w:sz w:val="21"/>
          <w:szCs w:val="21"/>
          <w:lang w:val="es-CO"/>
        </w:rPr>
      </w:pPr>
    </w:p>
    <w:p w14:paraId="0D19BDFC" w14:textId="77777777" w:rsidR="00977789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 xml:space="preserve">En constancia, se firma en ____________________, a los ____ días del mes de __________ </w:t>
      </w:r>
      <w:proofErr w:type="spellStart"/>
      <w:r w:rsidRPr="00D401DE">
        <w:rPr>
          <w:rFonts w:cs="Arial"/>
          <w:sz w:val="21"/>
          <w:szCs w:val="21"/>
          <w:lang w:val="es-CO"/>
        </w:rPr>
        <w:t>de</w:t>
      </w:r>
      <w:proofErr w:type="spellEnd"/>
      <w:r w:rsidRPr="00D401DE">
        <w:rPr>
          <w:rFonts w:cs="Arial"/>
          <w:sz w:val="21"/>
          <w:szCs w:val="21"/>
          <w:lang w:val="es-CO"/>
        </w:rPr>
        <w:t xml:space="preserve"> 2026.</w:t>
      </w:r>
    </w:p>
    <w:p w14:paraId="4923595A" w14:textId="77777777" w:rsid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4BB5585E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2F9A178F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________________________________________</w:t>
      </w:r>
    </w:p>
    <w:p w14:paraId="45868677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Nombre y firma del representante legal / representante del proponente plural</w:t>
      </w:r>
    </w:p>
    <w:p w14:paraId="54E161F0" w14:textId="77777777" w:rsidR="00977789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C.C. No. ______________________________</w:t>
      </w:r>
    </w:p>
    <w:p w14:paraId="70D50F4D" w14:textId="77777777" w:rsid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31AB1090" w14:textId="77777777" w:rsidR="00F33F63" w:rsidRDefault="00F33F63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4E10A3F1" w14:textId="77777777" w:rsidR="00F33F63" w:rsidRPr="00D401DE" w:rsidRDefault="00F33F63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657724CE" w14:textId="77777777" w:rsidR="00977789" w:rsidRPr="00D401DE" w:rsidRDefault="00000000" w:rsidP="00D401DE">
      <w:pPr>
        <w:spacing w:after="0" w:line="240" w:lineRule="auto"/>
        <w:rPr>
          <w:rFonts w:cs="Arial"/>
          <w:sz w:val="21"/>
          <w:szCs w:val="21"/>
          <w:lang w:val="es-CO"/>
        </w:rPr>
      </w:pPr>
      <w:r w:rsidRPr="00D401DE">
        <w:rPr>
          <w:rFonts w:cs="Arial"/>
          <w:b/>
          <w:sz w:val="21"/>
          <w:szCs w:val="21"/>
          <w:lang w:val="es-CO"/>
        </w:rPr>
        <w:t>FORMATO 7H – Jóvenes egresados del Sistema de Protección del ICBF</w:t>
      </w:r>
    </w:p>
    <w:p w14:paraId="29D5D01E" w14:textId="77777777" w:rsid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26CBCCE7" w14:textId="38B8EFD7" w:rsidR="00977789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 xml:space="preserve">El Proponente acredita la condición prevista en el artículo 22 de la Ley 2479 de 2025: </w:t>
      </w:r>
      <w:r w:rsidRPr="00F33F63">
        <w:rPr>
          <w:rFonts w:cs="Arial"/>
          <w:sz w:val="21"/>
          <w:szCs w:val="21"/>
          <w:highlight w:val="lightGray"/>
          <w:lang w:val="es-CO"/>
        </w:rPr>
        <w:t>[indicar el supuesto aplicable]</w:t>
      </w:r>
      <w:r w:rsidRPr="00D401DE">
        <w:rPr>
          <w:rFonts w:cs="Arial"/>
          <w:sz w:val="21"/>
          <w:szCs w:val="21"/>
          <w:lang w:val="es-CO"/>
        </w:rPr>
        <w:t>. Se anexan los documentos idóneos que permiten verificar objetivamente la calidad de joven egresado del Sistema de Protección del ICBF y, cuando corresponda, su participación en la persona jurídica o en el proponente plural.</w:t>
      </w:r>
    </w:p>
    <w:p w14:paraId="62E2FB47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29"/>
        <w:gridCol w:w="2260"/>
        <w:gridCol w:w="2265"/>
        <w:gridCol w:w="2200"/>
      </w:tblGrid>
      <w:tr w:rsidR="00977789" w:rsidRPr="00D401DE" w14:paraId="562045E2" w14:textId="77777777" w:rsidTr="00D401DE">
        <w:trPr>
          <w:jc w:val="center"/>
        </w:trPr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73807A21" w14:textId="77777777" w:rsidR="00977789" w:rsidRPr="00D401DE" w:rsidRDefault="00000000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D401DE">
              <w:rPr>
                <w:rFonts w:cs="Arial"/>
                <w:b/>
                <w:sz w:val="21"/>
                <w:szCs w:val="21"/>
                <w:lang w:val="es-CO"/>
              </w:rPr>
              <w:t>Nombre / identificación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22DA3761" w14:textId="77777777" w:rsidR="00977789" w:rsidRPr="00D401DE" w:rsidRDefault="00000000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D401DE">
              <w:rPr>
                <w:rFonts w:cs="Arial"/>
                <w:b/>
                <w:sz w:val="21"/>
                <w:szCs w:val="21"/>
                <w:lang w:val="es-CO"/>
              </w:rPr>
              <w:t>Condición acreditada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288B5397" w14:textId="77777777" w:rsidR="00977789" w:rsidRPr="00D401DE" w:rsidRDefault="00000000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D401DE">
              <w:rPr>
                <w:rFonts w:cs="Arial"/>
                <w:b/>
                <w:sz w:val="21"/>
                <w:szCs w:val="21"/>
                <w:lang w:val="es-CO"/>
              </w:rPr>
              <w:t>Porcentaje o dato relevante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0412890C" w14:textId="77777777" w:rsidR="00977789" w:rsidRPr="00D401DE" w:rsidRDefault="00000000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D401DE">
              <w:rPr>
                <w:rFonts w:cs="Arial"/>
                <w:b/>
                <w:sz w:val="21"/>
                <w:szCs w:val="21"/>
                <w:lang w:val="es-CO"/>
              </w:rPr>
              <w:t>Soporte</w:t>
            </w:r>
          </w:p>
        </w:tc>
      </w:tr>
      <w:tr w:rsidR="00977789" w:rsidRPr="00D401DE" w14:paraId="60D47FCF" w14:textId="77777777">
        <w:trPr>
          <w:jc w:val="center"/>
        </w:trPr>
        <w:tc>
          <w:tcPr>
            <w:tcW w:w="2556" w:type="dxa"/>
            <w:vAlign w:val="center"/>
          </w:tcPr>
          <w:p w14:paraId="2F25D59B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5980615E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2D24269F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5EEA6293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977789" w:rsidRPr="00D401DE" w14:paraId="4F1586B2" w14:textId="77777777">
        <w:trPr>
          <w:jc w:val="center"/>
        </w:trPr>
        <w:tc>
          <w:tcPr>
            <w:tcW w:w="2556" w:type="dxa"/>
            <w:vAlign w:val="center"/>
          </w:tcPr>
          <w:p w14:paraId="5338234E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2BAF51E3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7FE5302D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16762FD4" w14:textId="77777777" w:rsidR="00977789" w:rsidRPr="00D401DE" w:rsidRDefault="00977789" w:rsidP="00D401D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</w:tbl>
    <w:p w14:paraId="6BA7B5AF" w14:textId="77777777" w:rsid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07DD3ABA" w14:textId="38CEABF5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Declaro que la información suministrada es cierta y autorizo su verificación en los términos legalmente procedentes.</w:t>
      </w:r>
    </w:p>
    <w:p w14:paraId="4D229FCD" w14:textId="77777777" w:rsidR="00977789" w:rsidRPr="00D401DE" w:rsidRDefault="00977789" w:rsidP="00D401DE">
      <w:pPr>
        <w:spacing w:after="0" w:line="240" w:lineRule="auto"/>
        <w:rPr>
          <w:rFonts w:cs="Arial"/>
          <w:sz w:val="21"/>
          <w:szCs w:val="21"/>
          <w:lang w:val="es-CO"/>
        </w:rPr>
      </w:pPr>
    </w:p>
    <w:p w14:paraId="44595816" w14:textId="77777777" w:rsidR="00977789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 xml:space="preserve">En constancia, se firma en ____________________, a los ____ días del mes de __________ </w:t>
      </w:r>
      <w:proofErr w:type="spellStart"/>
      <w:r w:rsidRPr="00D401DE">
        <w:rPr>
          <w:rFonts w:cs="Arial"/>
          <w:sz w:val="21"/>
          <w:szCs w:val="21"/>
          <w:lang w:val="es-CO"/>
        </w:rPr>
        <w:t>de</w:t>
      </w:r>
      <w:proofErr w:type="spellEnd"/>
      <w:r w:rsidRPr="00D401DE">
        <w:rPr>
          <w:rFonts w:cs="Arial"/>
          <w:sz w:val="21"/>
          <w:szCs w:val="21"/>
          <w:lang w:val="es-CO"/>
        </w:rPr>
        <w:t xml:space="preserve"> 2026.</w:t>
      </w:r>
    </w:p>
    <w:p w14:paraId="2CEC58F1" w14:textId="77777777" w:rsid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27FC64D3" w14:textId="77777777" w:rsidR="00D401DE" w:rsidRPr="00D401DE" w:rsidRDefault="00D401DE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32950AF3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________________________________________</w:t>
      </w:r>
    </w:p>
    <w:p w14:paraId="1AD1E6A5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Nombre y firma del representante legal / representante del proponente plural</w:t>
      </w:r>
    </w:p>
    <w:p w14:paraId="0189FDAB" w14:textId="77777777" w:rsidR="00977789" w:rsidRPr="00D401DE" w:rsidRDefault="00000000" w:rsidP="00D401D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D401DE">
        <w:rPr>
          <w:rFonts w:cs="Arial"/>
          <w:sz w:val="21"/>
          <w:szCs w:val="21"/>
          <w:lang w:val="es-CO"/>
        </w:rPr>
        <w:t>C.C. No. ______________________________</w:t>
      </w:r>
    </w:p>
    <w:sectPr w:rsidR="00977789" w:rsidRPr="00D401DE" w:rsidSect="00D401DE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7671803">
    <w:abstractNumId w:val="8"/>
  </w:num>
  <w:num w:numId="2" w16cid:durableId="1091043448">
    <w:abstractNumId w:val="6"/>
  </w:num>
  <w:num w:numId="3" w16cid:durableId="1739134519">
    <w:abstractNumId w:val="5"/>
  </w:num>
  <w:num w:numId="4" w16cid:durableId="535434155">
    <w:abstractNumId w:val="4"/>
  </w:num>
  <w:num w:numId="5" w16cid:durableId="1249193230">
    <w:abstractNumId w:val="7"/>
  </w:num>
  <w:num w:numId="6" w16cid:durableId="1398085764">
    <w:abstractNumId w:val="3"/>
  </w:num>
  <w:num w:numId="7" w16cid:durableId="1734112545">
    <w:abstractNumId w:val="2"/>
  </w:num>
  <w:num w:numId="8" w16cid:durableId="1034886306">
    <w:abstractNumId w:val="1"/>
  </w:num>
  <w:num w:numId="9" w16cid:durableId="126822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D60B0"/>
    <w:rsid w:val="007C7004"/>
    <w:rsid w:val="00944D57"/>
    <w:rsid w:val="00977789"/>
    <w:rsid w:val="00AA1D8D"/>
    <w:rsid w:val="00B04498"/>
    <w:rsid w:val="00B32E01"/>
    <w:rsid w:val="00B47730"/>
    <w:rsid w:val="00CB0664"/>
    <w:rsid w:val="00D401DE"/>
    <w:rsid w:val="00DA1AAC"/>
    <w:rsid w:val="00F33F6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87226DBC-5853-4F2C-B68D-5D5C33BBD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1154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7492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Asesoría Uno</cp:lastModifiedBy>
  <cp:revision>7</cp:revision>
  <dcterms:created xsi:type="dcterms:W3CDTF">2013-12-23T23:15:00Z</dcterms:created>
  <dcterms:modified xsi:type="dcterms:W3CDTF">2026-09-16T16:47:00Z</dcterms:modified>
  <cp:category/>
</cp:coreProperties>
</file>