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8ABAD" w14:textId="77777777" w:rsidR="008A1EE8" w:rsidRPr="00D27D58" w:rsidRDefault="00B34DB9" w:rsidP="00D27D58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D27D58">
        <w:rPr>
          <w:b/>
          <w:sz w:val="21"/>
          <w:szCs w:val="21"/>
          <w:lang w:val="es-CO"/>
        </w:rPr>
        <w:t>MUNICIPIO DE PALMAR, SANTANDER</w:t>
      </w:r>
    </w:p>
    <w:p w14:paraId="617C417B" w14:textId="77777777" w:rsidR="00D27D58" w:rsidRPr="00D27D58" w:rsidRDefault="00D27D58" w:rsidP="00D27D58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5F6EE3E3" w14:textId="77777777" w:rsidR="008A1EE8" w:rsidRPr="00D27D58" w:rsidRDefault="00B34DB9" w:rsidP="00D27D58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D27D58">
        <w:rPr>
          <w:b/>
          <w:sz w:val="21"/>
          <w:szCs w:val="21"/>
          <w:lang w:val="es-CO"/>
        </w:rPr>
        <w:t>PROCESO DE RÉGIMEN ESPECIAL No</w:t>
      </w:r>
      <w:r w:rsidRPr="00D27D58">
        <w:rPr>
          <w:b/>
          <w:sz w:val="21"/>
          <w:szCs w:val="21"/>
          <w:highlight w:val="yellow"/>
          <w:lang w:val="es-CO"/>
        </w:rPr>
        <w:t>. MP-RE-0XX-2026</w:t>
      </w:r>
    </w:p>
    <w:p w14:paraId="63D62804" w14:textId="77777777" w:rsidR="00D27D58" w:rsidRPr="00D27D58" w:rsidRDefault="00D27D58" w:rsidP="00D27D58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3C2965B7" w14:textId="77777777" w:rsidR="008A1EE8" w:rsidRPr="00D27D58" w:rsidRDefault="00B34DB9" w:rsidP="00D27D58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D27D58">
        <w:rPr>
          <w:b/>
          <w:sz w:val="21"/>
          <w:szCs w:val="21"/>
          <w:lang w:val="es-CO"/>
        </w:rPr>
        <w:t>FORMATO 6 – EXPERIENCIA ADICIONAL</w:t>
      </w:r>
    </w:p>
    <w:p w14:paraId="4897116E" w14:textId="77777777" w:rsidR="00D27D58" w:rsidRPr="00D27D58" w:rsidRDefault="00D27D58" w:rsidP="00D27D58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1B2FE6B0" w14:textId="77777777" w:rsidR="008A1EE8" w:rsidRPr="00D27D58" w:rsidRDefault="00B34DB9" w:rsidP="00D27D58">
      <w:pPr>
        <w:spacing w:after="0" w:line="240" w:lineRule="auto"/>
        <w:jc w:val="both"/>
        <w:rPr>
          <w:sz w:val="21"/>
          <w:szCs w:val="21"/>
          <w:lang w:val="es-CO"/>
        </w:rPr>
      </w:pPr>
      <w:r w:rsidRPr="00D27D58">
        <w:rPr>
          <w:b/>
          <w:sz w:val="21"/>
          <w:szCs w:val="21"/>
          <w:lang w:val="es-CO"/>
        </w:rPr>
        <w:t xml:space="preserve">Objeto: </w:t>
      </w:r>
      <w:r w:rsidRPr="00D27D58">
        <w:rPr>
          <w:sz w:val="21"/>
          <w:szCs w:val="21"/>
          <w:lang w:val="es-CO"/>
        </w:rPr>
        <w:t>AUNAR ESFUERZOS ADMINISTRATIVOS, TÉCNICOS, FINANCIEROS PARA EL DESARROLLO DE ACTIVIDADES AGROPECUARIAS, CULTURALES, DEPORTIVAS Y RECREATIVAS EN EL MUNICIPIO DE PALMAR, SANTANDER.</w:t>
      </w:r>
    </w:p>
    <w:p w14:paraId="04CE81D2" w14:textId="77777777" w:rsidR="00D27D58" w:rsidRPr="00D27D58" w:rsidRDefault="00D27D58" w:rsidP="00D27D58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17B1B32D" w14:textId="77777777" w:rsidR="008A1EE8" w:rsidRPr="00D27D58" w:rsidRDefault="00B34DB9" w:rsidP="00D27D58">
      <w:pPr>
        <w:spacing w:after="0" w:line="240" w:lineRule="auto"/>
        <w:jc w:val="both"/>
        <w:rPr>
          <w:sz w:val="21"/>
          <w:szCs w:val="21"/>
          <w:lang w:val="es-CO"/>
        </w:rPr>
      </w:pPr>
      <w:r w:rsidRPr="00D27D58">
        <w:rPr>
          <w:sz w:val="21"/>
          <w:szCs w:val="21"/>
          <w:lang w:val="es-CO"/>
        </w:rPr>
        <w:t>El Proponente relaciona las experiencias adicionales que solicita sean tenidas en cuenta para la asignación de puntaje. Estas experiencias deberán ser distintas de las utilizadas para acreditar la experiencia mínima habilitante y cumplir las condiciones documentales previstas en la invitación.</w:t>
      </w:r>
    </w:p>
    <w:p w14:paraId="03489542" w14:textId="77777777" w:rsidR="00D27D58" w:rsidRPr="00D27D58" w:rsidRDefault="00D27D58" w:rsidP="00D27D58">
      <w:pPr>
        <w:spacing w:after="0" w:line="240" w:lineRule="auto"/>
        <w:jc w:val="both"/>
        <w:rPr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266"/>
        <w:gridCol w:w="1488"/>
        <w:gridCol w:w="1586"/>
        <w:gridCol w:w="1626"/>
        <w:gridCol w:w="1511"/>
        <w:gridCol w:w="1577"/>
      </w:tblGrid>
      <w:tr w:rsidR="008A1EE8" w:rsidRPr="00D27D58" w14:paraId="48D537E0" w14:textId="77777777" w:rsidTr="00D27D58">
        <w:trPr>
          <w:jc w:val="center"/>
        </w:trPr>
        <w:tc>
          <w:tcPr>
            <w:tcW w:w="1704" w:type="dxa"/>
            <w:shd w:val="clear" w:color="auto" w:fill="BFBFBF" w:themeFill="background1" w:themeFillShade="BF"/>
            <w:vAlign w:val="center"/>
          </w:tcPr>
          <w:p w14:paraId="17337288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b/>
                <w:sz w:val="21"/>
                <w:szCs w:val="21"/>
                <w:lang w:val="es-CO"/>
              </w:rPr>
              <w:t>No.</w:t>
            </w:r>
          </w:p>
        </w:tc>
        <w:tc>
          <w:tcPr>
            <w:tcW w:w="1704" w:type="dxa"/>
            <w:shd w:val="clear" w:color="auto" w:fill="BFBFBF" w:themeFill="background1" w:themeFillShade="BF"/>
            <w:vAlign w:val="center"/>
          </w:tcPr>
          <w:p w14:paraId="2BBD9330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b/>
                <w:sz w:val="21"/>
                <w:szCs w:val="21"/>
                <w:lang w:val="es-CO"/>
              </w:rPr>
              <w:t>Contrato / convenio</w:t>
            </w:r>
          </w:p>
        </w:tc>
        <w:tc>
          <w:tcPr>
            <w:tcW w:w="1704" w:type="dxa"/>
            <w:shd w:val="clear" w:color="auto" w:fill="BFBFBF" w:themeFill="background1" w:themeFillShade="BF"/>
            <w:vAlign w:val="center"/>
          </w:tcPr>
          <w:p w14:paraId="22C472BA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b/>
                <w:sz w:val="21"/>
                <w:szCs w:val="21"/>
                <w:lang w:val="es-CO"/>
              </w:rPr>
              <w:t>Contratante</w:t>
            </w:r>
          </w:p>
        </w:tc>
        <w:tc>
          <w:tcPr>
            <w:tcW w:w="1704" w:type="dxa"/>
            <w:shd w:val="clear" w:color="auto" w:fill="BFBFBF" w:themeFill="background1" w:themeFillShade="BF"/>
            <w:vAlign w:val="center"/>
          </w:tcPr>
          <w:p w14:paraId="65721EB0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b/>
                <w:sz w:val="21"/>
                <w:szCs w:val="21"/>
                <w:lang w:val="es-CO"/>
              </w:rPr>
              <w:t>Objeto o actividades relacionadas</w:t>
            </w:r>
          </w:p>
        </w:tc>
        <w:tc>
          <w:tcPr>
            <w:tcW w:w="1704" w:type="dxa"/>
            <w:shd w:val="clear" w:color="auto" w:fill="BFBFBF" w:themeFill="background1" w:themeFillShade="BF"/>
            <w:vAlign w:val="center"/>
          </w:tcPr>
          <w:p w14:paraId="66102CF6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b/>
                <w:sz w:val="21"/>
                <w:szCs w:val="21"/>
                <w:lang w:val="es-CO"/>
              </w:rPr>
              <w:t>Valor ejecutado</w:t>
            </w:r>
          </w:p>
        </w:tc>
        <w:tc>
          <w:tcPr>
            <w:tcW w:w="1704" w:type="dxa"/>
            <w:shd w:val="clear" w:color="auto" w:fill="BFBFBF" w:themeFill="background1" w:themeFillShade="BF"/>
            <w:vAlign w:val="center"/>
          </w:tcPr>
          <w:p w14:paraId="1599D035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b/>
                <w:sz w:val="21"/>
                <w:szCs w:val="21"/>
                <w:lang w:val="es-CO"/>
              </w:rPr>
              <w:t>Integrante que aporta la experiencia (si es plural)</w:t>
            </w:r>
          </w:p>
        </w:tc>
      </w:tr>
      <w:tr w:rsidR="008A1EE8" w:rsidRPr="00D27D58" w14:paraId="7E3970D1" w14:textId="77777777">
        <w:trPr>
          <w:jc w:val="center"/>
        </w:trPr>
        <w:tc>
          <w:tcPr>
            <w:tcW w:w="1704" w:type="dxa"/>
            <w:vAlign w:val="center"/>
          </w:tcPr>
          <w:p w14:paraId="36CD762D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sz w:val="21"/>
                <w:szCs w:val="21"/>
                <w:lang w:val="es-CO"/>
              </w:rPr>
              <w:t>1</w:t>
            </w:r>
          </w:p>
        </w:tc>
        <w:tc>
          <w:tcPr>
            <w:tcW w:w="1704" w:type="dxa"/>
            <w:vAlign w:val="center"/>
          </w:tcPr>
          <w:p w14:paraId="033B621C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182F83C5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71DEEDDD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10582B34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217E1D5E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</w:tr>
      <w:tr w:rsidR="008A1EE8" w:rsidRPr="00D27D58" w14:paraId="4DD7A6D1" w14:textId="77777777">
        <w:trPr>
          <w:jc w:val="center"/>
        </w:trPr>
        <w:tc>
          <w:tcPr>
            <w:tcW w:w="1704" w:type="dxa"/>
            <w:vAlign w:val="center"/>
          </w:tcPr>
          <w:p w14:paraId="7CAA01AD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sz w:val="21"/>
                <w:szCs w:val="21"/>
                <w:lang w:val="es-CO"/>
              </w:rPr>
              <w:t>2</w:t>
            </w:r>
          </w:p>
        </w:tc>
        <w:tc>
          <w:tcPr>
            <w:tcW w:w="1704" w:type="dxa"/>
            <w:vAlign w:val="center"/>
          </w:tcPr>
          <w:p w14:paraId="210F3E83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60DDFA62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3EDB76CA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04690086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4B45BFB0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</w:tr>
      <w:tr w:rsidR="008A1EE8" w:rsidRPr="00D27D58" w14:paraId="52B5F66D" w14:textId="77777777">
        <w:trPr>
          <w:jc w:val="center"/>
        </w:trPr>
        <w:tc>
          <w:tcPr>
            <w:tcW w:w="1704" w:type="dxa"/>
            <w:vAlign w:val="center"/>
          </w:tcPr>
          <w:p w14:paraId="65277EA2" w14:textId="77777777" w:rsidR="008A1EE8" w:rsidRPr="00D27D58" w:rsidRDefault="00B34DB9" w:rsidP="00D27D58">
            <w:pPr>
              <w:jc w:val="center"/>
              <w:rPr>
                <w:sz w:val="21"/>
                <w:szCs w:val="21"/>
                <w:lang w:val="es-CO"/>
              </w:rPr>
            </w:pPr>
            <w:r w:rsidRPr="00D27D58">
              <w:rPr>
                <w:sz w:val="21"/>
                <w:szCs w:val="21"/>
                <w:lang w:val="es-CO"/>
              </w:rPr>
              <w:t>3</w:t>
            </w:r>
          </w:p>
        </w:tc>
        <w:tc>
          <w:tcPr>
            <w:tcW w:w="1704" w:type="dxa"/>
            <w:vAlign w:val="center"/>
          </w:tcPr>
          <w:p w14:paraId="3731FD78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13D5BEA9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0A00199D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40E342B3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  <w:tc>
          <w:tcPr>
            <w:tcW w:w="1704" w:type="dxa"/>
            <w:vAlign w:val="center"/>
          </w:tcPr>
          <w:p w14:paraId="69829C60" w14:textId="77777777" w:rsidR="008A1EE8" w:rsidRPr="00D27D58" w:rsidRDefault="008A1EE8" w:rsidP="00D27D58">
            <w:pPr>
              <w:jc w:val="center"/>
              <w:rPr>
                <w:sz w:val="21"/>
                <w:szCs w:val="21"/>
                <w:lang w:val="es-CO"/>
              </w:rPr>
            </w:pPr>
          </w:p>
        </w:tc>
      </w:tr>
    </w:tbl>
    <w:p w14:paraId="3683064A" w14:textId="77777777" w:rsidR="00D27D58" w:rsidRPr="00D27D58" w:rsidRDefault="00D27D58" w:rsidP="00D27D58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29BB8E7D" w14:textId="31A8DF15" w:rsidR="008A1EE8" w:rsidRPr="00D27D58" w:rsidRDefault="00B34DB9" w:rsidP="00D27D58">
      <w:pPr>
        <w:spacing w:after="0" w:line="240" w:lineRule="auto"/>
        <w:jc w:val="both"/>
        <w:rPr>
          <w:sz w:val="21"/>
          <w:szCs w:val="21"/>
          <w:lang w:val="es-CO"/>
        </w:rPr>
      </w:pPr>
      <w:r w:rsidRPr="00D27D58">
        <w:rPr>
          <w:sz w:val="21"/>
          <w:szCs w:val="21"/>
          <w:lang w:val="es-CO"/>
        </w:rPr>
        <w:t>Cuando la experiencia haya sido ejecutada mediante consorcio, unión temporal u otra figura asociativa, deberá acreditarse el porcentaje de participación del integrante y se tendrá en cuenta el valor ejecutado que le corresponda conforme a dicho porcentaje.</w:t>
      </w:r>
    </w:p>
    <w:p w14:paraId="03132D85" w14:textId="77777777" w:rsidR="00D27D58" w:rsidRPr="00D27D58" w:rsidRDefault="00D27D58" w:rsidP="00D27D58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1B56118D" w14:textId="77777777" w:rsidR="008A1EE8" w:rsidRPr="00D27D58" w:rsidRDefault="00B34DB9" w:rsidP="00D27D58">
      <w:pPr>
        <w:spacing w:after="0" w:line="240" w:lineRule="auto"/>
        <w:jc w:val="both"/>
        <w:rPr>
          <w:sz w:val="21"/>
          <w:szCs w:val="21"/>
          <w:lang w:val="es-CO"/>
        </w:rPr>
      </w:pPr>
      <w:r w:rsidRPr="00D27D58">
        <w:rPr>
          <w:sz w:val="21"/>
          <w:szCs w:val="21"/>
          <w:lang w:val="es-CO"/>
        </w:rPr>
        <w:t>El Proponente manifiesta bajo la gravedad de juramento que las experiencias relacionadas no fueron utilizadas para acreditar la experiencia habilitante y que los soportes aportados corresponden a la información aquí registrada.</w:t>
      </w:r>
    </w:p>
    <w:p w14:paraId="7452827C" w14:textId="77777777" w:rsidR="00D27D58" w:rsidRPr="00D27D58" w:rsidRDefault="00D27D58" w:rsidP="00D27D58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4FEC1448" w14:textId="77777777" w:rsidR="008A1EE8" w:rsidRPr="00D27D58" w:rsidRDefault="008A1EE8" w:rsidP="00D27D58">
      <w:pPr>
        <w:spacing w:after="0" w:line="240" w:lineRule="auto"/>
        <w:rPr>
          <w:sz w:val="21"/>
          <w:szCs w:val="21"/>
          <w:lang w:val="es-CO"/>
        </w:rPr>
      </w:pPr>
    </w:p>
    <w:p w14:paraId="2ED2E1A1" w14:textId="77777777" w:rsidR="008A1EE8" w:rsidRPr="00D27D58" w:rsidRDefault="00B34DB9" w:rsidP="00D27D58">
      <w:pPr>
        <w:spacing w:after="0" w:line="240" w:lineRule="auto"/>
        <w:jc w:val="both"/>
        <w:rPr>
          <w:sz w:val="21"/>
          <w:szCs w:val="21"/>
          <w:lang w:val="es-CO"/>
        </w:rPr>
      </w:pPr>
      <w:r w:rsidRPr="00D27D58">
        <w:rPr>
          <w:sz w:val="21"/>
          <w:szCs w:val="21"/>
          <w:lang w:val="es-CO"/>
        </w:rPr>
        <w:t xml:space="preserve">En constancia, se firma en ____________________, a los ____ días del mes de __________ </w:t>
      </w:r>
      <w:proofErr w:type="spellStart"/>
      <w:r w:rsidRPr="00D27D58">
        <w:rPr>
          <w:sz w:val="21"/>
          <w:szCs w:val="21"/>
          <w:lang w:val="es-CO"/>
        </w:rPr>
        <w:t>de</w:t>
      </w:r>
      <w:proofErr w:type="spellEnd"/>
      <w:r w:rsidRPr="00D27D58">
        <w:rPr>
          <w:sz w:val="21"/>
          <w:szCs w:val="21"/>
          <w:lang w:val="es-CO"/>
        </w:rPr>
        <w:t xml:space="preserve"> 2026.</w:t>
      </w:r>
    </w:p>
    <w:p w14:paraId="618C8623" w14:textId="77777777" w:rsidR="00D27D58" w:rsidRPr="00D27D58" w:rsidRDefault="00D27D58" w:rsidP="00D27D58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734287D4" w14:textId="77777777" w:rsidR="00D27D58" w:rsidRPr="00D27D58" w:rsidRDefault="00D27D58" w:rsidP="00D27D58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74D42DA5" w14:textId="77777777" w:rsidR="00D27D58" w:rsidRPr="00D27D58" w:rsidRDefault="00D27D58" w:rsidP="00D27D58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6B269E4D" w14:textId="77777777" w:rsidR="008A1EE8" w:rsidRPr="00D27D58" w:rsidRDefault="00B34DB9" w:rsidP="00D27D58">
      <w:pPr>
        <w:spacing w:after="0" w:line="240" w:lineRule="auto"/>
        <w:jc w:val="both"/>
        <w:rPr>
          <w:sz w:val="21"/>
          <w:szCs w:val="21"/>
          <w:lang w:val="es-CO"/>
        </w:rPr>
      </w:pPr>
      <w:r w:rsidRPr="00D27D58">
        <w:rPr>
          <w:sz w:val="21"/>
          <w:szCs w:val="21"/>
          <w:lang w:val="es-CO"/>
        </w:rPr>
        <w:t>________________________________________</w:t>
      </w:r>
    </w:p>
    <w:p w14:paraId="4393CE62" w14:textId="77777777" w:rsidR="008A1EE8" w:rsidRPr="00D27D58" w:rsidRDefault="00B34DB9" w:rsidP="00D27D58">
      <w:pPr>
        <w:spacing w:after="0" w:line="240" w:lineRule="auto"/>
        <w:jc w:val="both"/>
        <w:rPr>
          <w:sz w:val="21"/>
          <w:szCs w:val="21"/>
          <w:lang w:val="es-CO"/>
        </w:rPr>
      </w:pPr>
      <w:r w:rsidRPr="00D27D58">
        <w:rPr>
          <w:sz w:val="21"/>
          <w:szCs w:val="21"/>
          <w:lang w:val="es-CO"/>
        </w:rPr>
        <w:t>Nombre y firma del representante legal / representante del proponente plural</w:t>
      </w:r>
    </w:p>
    <w:p w14:paraId="18615A59" w14:textId="77777777" w:rsidR="008A1EE8" w:rsidRPr="00D27D58" w:rsidRDefault="00B34DB9" w:rsidP="00D27D58">
      <w:pPr>
        <w:spacing w:after="0" w:line="240" w:lineRule="auto"/>
        <w:jc w:val="both"/>
        <w:rPr>
          <w:sz w:val="21"/>
          <w:szCs w:val="21"/>
          <w:lang w:val="es-CO"/>
        </w:rPr>
      </w:pPr>
      <w:r w:rsidRPr="00D27D58">
        <w:rPr>
          <w:sz w:val="21"/>
          <w:szCs w:val="21"/>
          <w:lang w:val="es-CO"/>
        </w:rPr>
        <w:t>C.C. No. ______________________________</w:t>
      </w:r>
    </w:p>
    <w:sectPr w:rsidR="008A1EE8" w:rsidRPr="00D27D58" w:rsidSect="00D27D58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02619963">
    <w:abstractNumId w:val="8"/>
  </w:num>
  <w:num w:numId="2" w16cid:durableId="883105005">
    <w:abstractNumId w:val="6"/>
  </w:num>
  <w:num w:numId="3" w16cid:durableId="1230578441">
    <w:abstractNumId w:val="5"/>
  </w:num>
  <w:num w:numId="4" w16cid:durableId="98062674">
    <w:abstractNumId w:val="4"/>
  </w:num>
  <w:num w:numId="5" w16cid:durableId="1993170551">
    <w:abstractNumId w:val="7"/>
  </w:num>
  <w:num w:numId="6" w16cid:durableId="410928935">
    <w:abstractNumId w:val="3"/>
  </w:num>
  <w:num w:numId="7" w16cid:durableId="1271165519">
    <w:abstractNumId w:val="2"/>
  </w:num>
  <w:num w:numId="8" w16cid:durableId="985015947">
    <w:abstractNumId w:val="1"/>
  </w:num>
  <w:num w:numId="9" w16cid:durableId="1820682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17E7D"/>
    <w:rsid w:val="00326F90"/>
    <w:rsid w:val="008A1EE8"/>
    <w:rsid w:val="00AA1D8D"/>
    <w:rsid w:val="00B34DB9"/>
    <w:rsid w:val="00B47730"/>
    <w:rsid w:val="00CB0664"/>
    <w:rsid w:val="00D27D5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35900561-4758-49FF-BA78-3A248663A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2</cp:revision>
  <dcterms:created xsi:type="dcterms:W3CDTF">2013-12-23T23:15:00Z</dcterms:created>
  <dcterms:modified xsi:type="dcterms:W3CDTF">2026-09-16T16:02:00Z</dcterms:modified>
  <cp:category/>
</cp:coreProperties>
</file>