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95E75" w14:textId="77777777" w:rsidR="00536587" w:rsidRPr="00AA403D" w:rsidRDefault="00AE33B8" w:rsidP="00AA403D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>MUNICIPIO DE PALMAR, SANTANDER</w:t>
      </w:r>
    </w:p>
    <w:p w14:paraId="34F951F1" w14:textId="77777777" w:rsidR="00AA403D" w:rsidRPr="00AA403D" w:rsidRDefault="00AA403D" w:rsidP="00AA403D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176979CF" w14:textId="77777777" w:rsidR="00536587" w:rsidRPr="00AA403D" w:rsidRDefault="00AE33B8" w:rsidP="00AA403D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 xml:space="preserve">PROCESO DE RÉGIMEN ESPECIAL No. </w:t>
      </w:r>
      <w:r w:rsidRPr="00AA403D">
        <w:rPr>
          <w:rFonts w:cs="Arial"/>
          <w:b/>
          <w:sz w:val="21"/>
          <w:szCs w:val="21"/>
          <w:highlight w:val="yellow"/>
          <w:lang w:val="es-CO"/>
        </w:rPr>
        <w:t>MP-RE-0XX-2026</w:t>
      </w:r>
    </w:p>
    <w:p w14:paraId="55B03DEF" w14:textId="77777777" w:rsidR="00AA403D" w:rsidRPr="00AA403D" w:rsidRDefault="00AA403D" w:rsidP="00AA403D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4472C2BB" w14:textId="77777777" w:rsidR="00536587" w:rsidRPr="00AA403D" w:rsidRDefault="00AE33B8" w:rsidP="00AA403D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>FORMATO 1 – CARTA DE PRESENTACIÓN DE LA PROPUESTA</w:t>
      </w:r>
    </w:p>
    <w:p w14:paraId="1D92A5C2" w14:textId="77777777" w:rsidR="00AA403D" w:rsidRPr="00AA403D" w:rsidRDefault="00AA403D" w:rsidP="00AA403D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01A5532F" w14:textId="7777777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 xml:space="preserve">Objeto: </w:t>
      </w:r>
      <w:r w:rsidRPr="00AA403D">
        <w:rPr>
          <w:rFonts w:cs="Arial"/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4636E1CB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08C962FD" w14:textId="77777777" w:rsidR="00AA403D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Señores</w:t>
      </w:r>
    </w:p>
    <w:p w14:paraId="6A58E546" w14:textId="77777777" w:rsidR="00AA403D" w:rsidRPr="00F8556F" w:rsidRDefault="00AE33B8" w:rsidP="00AA403D">
      <w:pPr>
        <w:spacing w:after="0" w:line="240" w:lineRule="auto"/>
        <w:jc w:val="both"/>
        <w:rPr>
          <w:rFonts w:cs="Arial"/>
          <w:b/>
          <w:bCs/>
          <w:sz w:val="21"/>
          <w:szCs w:val="21"/>
          <w:lang w:val="es-CO"/>
        </w:rPr>
      </w:pPr>
      <w:r w:rsidRPr="00F8556F">
        <w:rPr>
          <w:rFonts w:cs="Arial"/>
          <w:b/>
          <w:bCs/>
          <w:sz w:val="21"/>
          <w:szCs w:val="21"/>
          <w:lang w:val="es-CO"/>
        </w:rPr>
        <w:t>MUNICIPIO DE PALMAR, SANTANDER</w:t>
      </w:r>
    </w:p>
    <w:p w14:paraId="3E74DDFC" w14:textId="30954A8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Palmar, Santander.</w:t>
      </w:r>
    </w:p>
    <w:p w14:paraId="65EE0A03" w14:textId="77777777" w:rsid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0890D28E" w14:textId="77777777" w:rsidR="00F8556F" w:rsidRPr="00AA403D" w:rsidRDefault="00F8556F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474D0F6" w14:textId="530C7822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F8556F">
        <w:rPr>
          <w:rFonts w:cs="Arial"/>
          <w:sz w:val="21"/>
          <w:szCs w:val="21"/>
          <w:highlight w:val="lightGray"/>
          <w:lang w:val="es-CO"/>
        </w:rPr>
        <w:t>[Nombre del representante legal o del representante del proponente plural]</w:t>
      </w:r>
      <w:r w:rsidRPr="00AA403D">
        <w:rPr>
          <w:rFonts w:cs="Arial"/>
          <w:sz w:val="21"/>
          <w:szCs w:val="21"/>
          <w:lang w:val="es-CO"/>
        </w:rPr>
        <w:t xml:space="preserve">, identificado con </w:t>
      </w:r>
      <w:proofErr w:type="gramStart"/>
      <w:r w:rsidRPr="00F8556F">
        <w:rPr>
          <w:rFonts w:cs="Arial"/>
          <w:sz w:val="21"/>
          <w:szCs w:val="21"/>
          <w:highlight w:val="lightGray"/>
          <w:lang w:val="es-CO"/>
        </w:rPr>
        <w:t>[</w:t>
      </w:r>
      <w:r w:rsidR="00F8556F" w:rsidRPr="00F8556F">
        <w:rPr>
          <w:rFonts w:cs="Arial"/>
          <w:sz w:val="21"/>
          <w:szCs w:val="21"/>
          <w:highlight w:val="lightGray"/>
          <w:lang w:val="es-CO"/>
        </w:rPr>
        <w:t xml:space="preserve"> </w:t>
      </w:r>
      <w:r w:rsidRPr="00F8556F">
        <w:rPr>
          <w:rFonts w:cs="Arial"/>
          <w:sz w:val="21"/>
          <w:szCs w:val="21"/>
          <w:highlight w:val="lightGray"/>
          <w:lang w:val="es-CO"/>
        </w:rPr>
        <w:t>]</w:t>
      </w:r>
      <w:proofErr w:type="gramEnd"/>
      <w:r w:rsidRPr="00F8556F">
        <w:rPr>
          <w:rFonts w:cs="Arial"/>
          <w:sz w:val="21"/>
          <w:szCs w:val="21"/>
          <w:highlight w:val="lightGray"/>
          <w:lang w:val="es-CO"/>
        </w:rPr>
        <w:t>,</w:t>
      </w:r>
      <w:r w:rsidRPr="00AA403D">
        <w:rPr>
          <w:rFonts w:cs="Arial"/>
          <w:sz w:val="21"/>
          <w:szCs w:val="21"/>
          <w:lang w:val="es-CO"/>
        </w:rPr>
        <w:t xml:space="preserve"> actuando en nombre y representación de </w:t>
      </w:r>
      <w:r w:rsidRPr="00F8556F">
        <w:rPr>
          <w:rFonts w:cs="Arial"/>
          <w:sz w:val="21"/>
          <w:szCs w:val="21"/>
          <w:highlight w:val="lightGray"/>
          <w:lang w:val="es-CO"/>
        </w:rPr>
        <w:t>[nombre de la ESAL / consorcio / unión temporal]</w:t>
      </w:r>
      <w:r w:rsidRPr="00AA403D">
        <w:rPr>
          <w:rFonts w:cs="Arial"/>
          <w:sz w:val="21"/>
          <w:szCs w:val="21"/>
          <w:lang w:val="es-CO"/>
        </w:rPr>
        <w:t>, manifiesto bajo la gravedad de juramento que:</w:t>
      </w:r>
    </w:p>
    <w:p w14:paraId="25EAD73C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0812617" w14:textId="46A5AA7B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Estoy debidamente facultado para presentar la propuesta, obligar al Proponente y suscribir el convenio en caso de resultar seleccionado.</w:t>
      </w:r>
    </w:p>
    <w:p w14:paraId="659F0716" w14:textId="1258544E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Conozco y acepto los documentos del proceso, sus anexos, formatos, formularios, matrices y adendas.</w:t>
      </w:r>
    </w:p>
    <w:p w14:paraId="20DFC2D1" w14:textId="1C8FD11D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Conozco la normativa colombiana aplicable al proceso y al convenio de asociación.</w:t>
      </w:r>
    </w:p>
    <w:p w14:paraId="43418E03" w14:textId="536825AF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La propuesta se elaboró considerando el objeto, alcance, plazo, presupuesto, actividades, aportes, riesgos, obligaciones y demás condiciones del proceso.</w:t>
      </w:r>
    </w:p>
    <w:p w14:paraId="44F1EADF" w14:textId="74F38D58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La información y documentos aportados son veraces, completos y corresponden a la realidad jurídica, técnica, financiera y organizacional del Proponente.</w:t>
      </w:r>
    </w:p>
    <w:p w14:paraId="0FCC486D" w14:textId="364B49B1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 xml:space="preserve">El Proponente y, cuando corresponda, cada integrante del proponente </w:t>
      </w:r>
      <w:r w:rsidR="00DA4A22" w:rsidRPr="00AA403D">
        <w:rPr>
          <w:rFonts w:cs="Arial"/>
          <w:sz w:val="21"/>
          <w:szCs w:val="21"/>
          <w:lang w:val="es-CO"/>
        </w:rPr>
        <w:t>plural</w:t>
      </w:r>
      <w:r w:rsidRPr="00AA403D">
        <w:rPr>
          <w:rFonts w:cs="Arial"/>
          <w:sz w:val="21"/>
          <w:szCs w:val="21"/>
          <w:lang w:val="es-CO"/>
        </w:rPr>
        <w:t xml:space="preserve"> tiene la calidad de entidad privada sin ánimo de lucro – ESAL y su objeto estatutario permite desarrollar las actividades relacionadas con el objeto del convenio.</w:t>
      </w:r>
    </w:p>
    <w:p w14:paraId="2B034827" w14:textId="7A3F6037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Ni el Proponente, su representante legal, ni los integrantes del proponente plural se encuentran incursos en inhabilidades, incompatibilidades, prohibiciones o conflictos de interés que impidan participar o celebrar el convenio.</w:t>
      </w:r>
    </w:p>
    <w:p w14:paraId="37F3CFBE" w14:textId="14981ABB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Informaré inmediatamente cualquier inhabilidad, incompatibilidad, prohibición o conflicto de interés sobreviniente.</w:t>
      </w:r>
    </w:p>
    <w:p w14:paraId="1F75821E" w14:textId="2931746D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Los recursos destinados a la propuesta y a la ejecución del convenio tienen origen lícito.</w:t>
      </w:r>
    </w:p>
    <w:p w14:paraId="7A0D876C" w14:textId="6C43F66F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Conozco y acepto la Matriz de Riesgos y las obligaciones a cargo de la ESAL asociada.</w:t>
      </w:r>
    </w:p>
    <w:p w14:paraId="741121DB" w14:textId="6C1C2E75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Conozco el Pacto de Transparencia y me comprometo a cumplirlo.</w:t>
      </w:r>
    </w:p>
    <w:p w14:paraId="504CD6DA" w14:textId="18949686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En caso de resultar seleccionado, constituiré las garantías exigidas y cumpliré los requisitos de ejecución dentro de los términos previstos.</w:t>
      </w:r>
    </w:p>
    <w:p w14:paraId="2EDB529F" w14:textId="7A431ECE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La propuesta incluye todos los costos, tributos, tasas, contribuciones, garantías y demás erogaciones que legalmente correspondan.</w:t>
      </w:r>
    </w:p>
    <w:p w14:paraId="2EFD670B" w14:textId="79C8E36B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Me comprometo a ejecutar la totalidad de las actividades y componentes del Formulario 1 – Presupuesto Oficial y a efectuar el aporte ofrecido por la ESAL.</w:t>
      </w:r>
    </w:p>
    <w:p w14:paraId="4A66DD33" w14:textId="2303200C" w:rsidR="00536587" w:rsidRPr="00AA403D" w:rsidRDefault="00AE33B8" w:rsidP="00AA403D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Autorizo a la Entidad a realizar las verificaciones y consultas legalmente procedentes sobre la información aportada, respetando la reserva y protección de datos personales.</w:t>
      </w:r>
    </w:p>
    <w:p w14:paraId="3D16C02A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740BCF3" w14:textId="77777777" w:rsidR="00536587" w:rsidRPr="00AA403D" w:rsidRDefault="00AE33B8" w:rsidP="00AA403D">
      <w:pPr>
        <w:spacing w:after="0" w:line="240" w:lineRule="auto"/>
        <w:rPr>
          <w:rFonts w:cs="Arial"/>
          <w:b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>Identificación del Proponente</w:t>
      </w:r>
    </w:p>
    <w:p w14:paraId="4C424450" w14:textId="77777777" w:rsidR="00AA403D" w:rsidRPr="00AA403D" w:rsidRDefault="00AA403D" w:rsidP="00AA403D">
      <w:pPr>
        <w:spacing w:after="0" w:line="240" w:lineRule="auto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85"/>
        <w:gridCol w:w="4469"/>
      </w:tblGrid>
      <w:tr w:rsidR="00536587" w:rsidRPr="00AA403D" w14:paraId="663D0440" w14:textId="77777777" w:rsidTr="00AA403D">
        <w:trPr>
          <w:jc w:val="center"/>
        </w:trPr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399DA4CC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b/>
                <w:sz w:val="21"/>
                <w:szCs w:val="21"/>
                <w:lang w:val="es-CO"/>
              </w:rPr>
              <w:lastRenderedPageBreak/>
              <w:t>Condición</w:t>
            </w:r>
          </w:p>
        </w:tc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6FC7FCE0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b/>
                <w:sz w:val="21"/>
                <w:szCs w:val="21"/>
                <w:lang w:val="es-CO"/>
              </w:rPr>
              <w:t>Marcar X</w:t>
            </w:r>
          </w:p>
        </w:tc>
      </w:tr>
      <w:tr w:rsidR="00536587" w:rsidRPr="00AA403D" w14:paraId="78FAF4D8" w14:textId="77777777">
        <w:trPr>
          <w:jc w:val="center"/>
        </w:trPr>
        <w:tc>
          <w:tcPr>
            <w:tcW w:w="5112" w:type="dxa"/>
            <w:vAlign w:val="center"/>
          </w:tcPr>
          <w:p w14:paraId="4DD8F439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ESAL individual</w:t>
            </w:r>
          </w:p>
        </w:tc>
        <w:tc>
          <w:tcPr>
            <w:tcW w:w="5112" w:type="dxa"/>
            <w:vAlign w:val="center"/>
          </w:tcPr>
          <w:p w14:paraId="171E1AE8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536587" w:rsidRPr="00AA403D" w14:paraId="64BD7A23" w14:textId="77777777">
        <w:trPr>
          <w:jc w:val="center"/>
        </w:trPr>
        <w:tc>
          <w:tcPr>
            <w:tcW w:w="5112" w:type="dxa"/>
            <w:vAlign w:val="center"/>
          </w:tcPr>
          <w:p w14:paraId="4E8FF602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Consorcio integrado exclusivamente por ESAL</w:t>
            </w:r>
          </w:p>
        </w:tc>
        <w:tc>
          <w:tcPr>
            <w:tcW w:w="5112" w:type="dxa"/>
            <w:vAlign w:val="center"/>
          </w:tcPr>
          <w:p w14:paraId="03DD882B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536587" w:rsidRPr="00AA403D" w14:paraId="194C41CB" w14:textId="77777777">
        <w:trPr>
          <w:jc w:val="center"/>
        </w:trPr>
        <w:tc>
          <w:tcPr>
            <w:tcW w:w="5112" w:type="dxa"/>
            <w:vAlign w:val="center"/>
          </w:tcPr>
          <w:p w14:paraId="54038A79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Unión temporal integrada exclusivamente por ESAL</w:t>
            </w:r>
          </w:p>
        </w:tc>
        <w:tc>
          <w:tcPr>
            <w:tcW w:w="5112" w:type="dxa"/>
            <w:vAlign w:val="center"/>
          </w:tcPr>
          <w:p w14:paraId="26E4242B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536587" w:rsidRPr="00AA403D" w14:paraId="1B75389D" w14:textId="77777777">
        <w:trPr>
          <w:jc w:val="center"/>
        </w:trPr>
        <w:tc>
          <w:tcPr>
            <w:tcW w:w="5112" w:type="dxa"/>
            <w:vAlign w:val="center"/>
          </w:tcPr>
          <w:p w14:paraId="1D84B6C1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ESAL extranjera habilitada para participar</w:t>
            </w:r>
          </w:p>
        </w:tc>
        <w:tc>
          <w:tcPr>
            <w:tcW w:w="5112" w:type="dxa"/>
            <w:vAlign w:val="center"/>
          </w:tcPr>
          <w:p w14:paraId="0763D1D3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7E6908A1" w14:textId="77777777" w:rsidR="00AA403D" w:rsidRPr="00AA403D" w:rsidRDefault="00AA403D" w:rsidP="00AA403D">
      <w:pPr>
        <w:spacing w:after="0" w:line="240" w:lineRule="auto"/>
        <w:rPr>
          <w:rFonts w:cs="Arial"/>
          <w:b/>
          <w:sz w:val="21"/>
          <w:szCs w:val="21"/>
          <w:lang w:val="es-CO"/>
        </w:rPr>
      </w:pPr>
    </w:p>
    <w:p w14:paraId="7B0991E8" w14:textId="0D7C8E3A" w:rsidR="00536587" w:rsidRPr="00AA403D" w:rsidRDefault="00AE33B8" w:rsidP="00AA403D">
      <w:pPr>
        <w:spacing w:after="0" w:line="240" w:lineRule="auto"/>
        <w:rPr>
          <w:rFonts w:cs="Arial"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>Información reservada</w:t>
      </w:r>
    </w:p>
    <w:p w14:paraId="392F7E4C" w14:textId="7AF5468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La propuesta contiene información sometida a reserva legal: SÍ ___</w:t>
      </w:r>
      <w:r w:rsidRPr="00AA403D">
        <w:rPr>
          <w:rFonts w:cs="Arial"/>
          <w:sz w:val="21"/>
          <w:szCs w:val="21"/>
          <w:lang w:val="es-CO"/>
        </w:rPr>
        <w:t>NO ___. En caso afirmativo, indicar documento, folio o archivo y fundamento legal de la reserva: ________________________________________________.</w:t>
      </w:r>
    </w:p>
    <w:p w14:paraId="3D646464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E0CFDC0" w14:textId="77777777" w:rsidR="00536587" w:rsidRPr="00AA403D" w:rsidRDefault="00AE33B8" w:rsidP="00AA403D">
      <w:pPr>
        <w:spacing w:after="0" w:line="240" w:lineRule="auto"/>
        <w:rPr>
          <w:rFonts w:cs="Arial"/>
          <w:b/>
          <w:sz w:val="21"/>
          <w:szCs w:val="21"/>
          <w:lang w:val="es-CO"/>
        </w:rPr>
      </w:pPr>
      <w:r w:rsidRPr="00AA403D">
        <w:rPr>
          <w:rFonts w:cs="Arial"/>
          <w:b/>
          <w:sz w:val="21"/>
          <w:szCs w:val="21"/>
          <w:lang w:val="es-CO"/>
        </w:rPr>
        <w:t>Notificaciones</w:t>
      </w:r>
    </w:p>
    <w:p w14:paraId="03022C27" w14:textId="77777777" w:rsidR="00AA403D" w:rsidRPr="00AA403D" w:rsidRDefault="00AA403D" w:rsidP="00AA403D">
      <w:pPr>
        <w:spacing w:after="0" w:line="240" w:lineRule="auto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13"/>
        <w:gridCol w:w="4541"/>
      </w:tblGrid>
      <w:tr w:rsidR="00536587" w:rsidRPr="00AA403D" w14:paraId="6847152D" w14:textId="77777777" w:rsidTr="00AA403D">
        <w:trPr>
          <w:jc w:val="center"/>
        </w:trPr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036FAE48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b/>
                <w:sz w:val="21"/>
                <w:szCs w:val="21"/>
                <w:lang w:val="es-CO"/>
              </w:rPr>
              <w:t>Dato</w:t>
            </w:r>
          </w:p>
        </w:tc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6E7DB9A0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b/>
                <w:sz w:val="21"/>
                <w:szCs w:val="21"/>
                <w:lang w:val="es-CO"/>
              </w:rPr>
              <w:t>Información</w:t>
            </w:r>
          </w:p>
        </w:tc>
      </w:tr>
      <w:tr w:rsidR="00536587" w:rsidRPr="00AA403D" w14:paraId="4C4A4542" w14:textId="77777777">
        <w:trPr>
          <w:jc w:val="center"/>
        </w:trPr>
        <w:tc>
          <w:tcPr>
            <w:tcW w:w="5112" w:type="dxa"/>
            <w:vAlign w:val="center"/>
          </w:tcPr>
          <w:p w14:paraId="0A04487A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Persona de contacto</w:t>
            </w:r>
          </w:p>
        </w:tc>
        <w:tc>
          <w:tcPr>
            <w:tcW w:w="5112" w:type="dxa"/>
            <w:vAlign w:val="center"/>
          </w:tcPr>
          <w:p w14:paraId="615D1DBA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536587" w:rsidRPr="00AA403D" w14:paraId="7D61775A" w14:textId="77777777">
        <w:trPr>
          <w:jc w:val="center"/>
        </w:trPr>
        <w:tc>
          <w:tcPr>
            <w:tcW w:w="5112" w:type="dxa"/>
            <w:vAlign w:val="center"/>
          </w:tcPr>
          <w:p w14:paraId="584FC2E7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Dirección</w:t>
            </w:r>
          </w:p>
        </w:tc>
        <w:tc>
          <w:tcPr>
            <w:tcW w:w="5112" w:type="dxa"/>
            <w:vAlign w:val="center"/>
          </w:tcPr>
          <w:p w14:paraId="06F4EE2A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536587" w:rsidRPr="00AA403D" w14:paraId="66AD3A3D" w14:textId="77777777">
        <w:trPr>
          <w:jc w:val="center"/>
        </w:trPr>
        <w:tc>
          <w:tcPr>
            <w:tcW w:w="5112" w:type="dxa"/>
            <w:vAlign w:val="center"/>
          </w:tcPr>
          <w:p w14:paraId="1F2CBD72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Teléfono</w:t>
            </w:r>
          </w:p>
        </w:tc>
        <w:tc>
          <w:tcPr>
            <w:tcW w:w="5112" w:type="dxa"/>
            <w:vAlign w:val="center"/>
          </w:tcPr>
          <w:p w14:paraId="126C7ABC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536587" w:rsidRPr="00AA403D" w14:paraId="69534B61" w14:textId="77777777">
        <w:trPr>
          <w:jc w:val="center"/>
        </w:trPr>
        <w:tc>
          <w:tcPr>
            <w:tcW w:w="5112" w:type="dxa"/>
            <w:vAlign w:val="center"/>
          </w:tcPr>
          <w:p w14:paraId="1EA01BFD" w14:textId="77777777" w:rsidR="00536587" w:rsidRPr="00AA403D" w:rsidRDefault="00AE33B8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AA403D">
              <w:rPr>
                <w:rFonts w:cs="Arial"/>
                <w:sz w:val="21"/>
                <w:szCs w:val="21"/>
                <w:lang w:val="es-CO"/>
              </w:rPr>
              <w:t>Correo electrónico</w:t>
            </w:r>
          </w:p>
        </w:tc>
        <w:tc>
          <w:tcPr>
            <w:tcW w:w="5112" w:type="dxa"/>
            <w:vAlign w:val="center"/>
          </w:tcPr>
          <w:p w14:paraId="7F5E8CFA" w14:textId="77777777" w:rsidR="00536587" w:rsidRPr="00AA403D" w:rsidRDefault="00536587" w:rsidP="00AA403D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3B7FAC1E" w14:textId="77777777" w:rsidR="00536587" w:rsidRPr="00AA403D" w:rsidRDefault="00536587" w:rsidP="00AA403D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2BFAD99C" w14:textId="7777777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AA403D">
        <w:rPr>
          <w:rFonts w:cs="Arial"/>
          <w:sz w:val="21"/>
          <w:szCs w:val="21"/>
          <w:lang w:val="es-CO"/>
        </w:rPr>
        <w:t>de</w:t>
      </w:r>
      <w:proofErr w:type="spellEnd"/>
      <w:r w:rsidRPr="00AA403D">
        <w:rPr>
          <w:rFonts w:cs="Arial"/>
          <w:sz w:val="21"/>
          <w:szCs w:val="21"/>
          <w:lang w:val="es-CO"/>
        </w:rPr>
        <w:t xml:space="preserve"> 2026.</w:t>
      </w:r>
    </w:p>
    <w:p w14:paraId="517AFFED" w14:textId="7777777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________________________________________</w:t>
      </w:r>
    </w:p>
    <w:p w14:paraId="7AE00BB1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BDC2C9F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665EE50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9A063A5" w14:textId="77777777" w:rsidR="00AA403D" w:rsidRPr="00AA403D" w:rsidRDefault="00AA403D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6B90129" w14:textId="7777777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326E6879" w14:textId="77777777" w:rsidR="00536587" w:rsidRPr="00AA403D" w:rsidRDefault="00AE33B8" w:rsidP="00AA403D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AA403D">
        <w:rPr>
          <w:rFonts w:cs="Arial"/>
          <w:sz w:val="21"/>
          <w:szCs w:val="21"/>
          <w:lang w:val="es-CO"/>
        </w:rPr>
        <w:t>C.C. No. ______________________________</w:t>
      </w:r>
    </w:p>
    <w:sectPr w:rsidR="00536587" w:rsidRPr="00AA403D" w:rsidSect="00F8556F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3F704D9"/>
    <w:multiLevelType w:val="hybridMultilevel"/>
    <w:tmpl w:val="401AB5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65342"/>
    <w:multiLevelType w:val="hybridMultilevel"/>
    <w:tmpl w:val="D96EEB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361314">
    <w:abstractNumId w:val="8"/>
  </w:num>
  <w:num w:numId="2" w16cid:durableId="292566309">
    <w:abstractNumId w:val="6"/>
  </w:num>
  <w:num w:numId="3" w16cid:durableId="412549857">
    <w:abstractNumId w:val="5"/>
  </w:num>
  <w:num w:numId="4" w16cid:durableId="1663964944">
    <w:abstractNumId w:val="4"/>
  </w:num>
  <w:num w:numId="5" w16cid:durableId="202407502">
    <w:abstractNumId w:val="7"/>
  </w:num>
  <w:num w:numId="6" w16cid:durableId="1484932636">
    <w:abstractNumId w:val="3"/>
  </w:num>
  <w:num w:numId="7" w16cid:durableId="653460380">
    <w:abstractNumId w:val="2"/>
  </w:num>
  <w:num w:numId="8" w16cid:durableId="1067067663">
    <w:abstractNumId w:val="1"/>
  </w:num>
  <w:num w:numId="9" w16cid:durableId="1245719377">
    <w:abstractNumId w:val="0"/>
  </w:num>
  <w:num w:numId="10" w16cid:durableId="1948272925">
    <w:abstractNumId w:val="9"/>
  </w:num>
  <w:num w:numId="11" w16cid:durableId="14284546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36587"/>
    <w:rsid w:val="008F139F"/>
    <w:rsid w:val="00AA1D8D"/>
    <w:rsid w:val="00AA403D"/>
    <w:rsid w:val="00AE33B8"/>
    <w:rsid w:val="00B47730"/>
    <w:rsid w:val="00CB0664"/>
    <w:rsid w:val="00DA4A22"/>
    <w:rsid w:val="00F855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4B39EAF-FE67-4F48-8EC8-482F44139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4</cp:revision>
  <dcterms:created xsi:type="dcterms:W3CDTF">2013-12-23T23:15:00Z</dcterms:created>
  <dcterms:modified xsi:type="dcterms:W3CDTF">2026-09-16T15:52:00Z</dcterms:modified>
  <cp:category/>
</cp:coreProperties>
</file>