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16066" w14:textId="77777777" w:rsidR="00623403" w:rsidRPr="003573B4" w:rsidRDefault="002F2756" w:rsidP="003573B4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3573B4">
        <w:rPr>
          <w:b/>
          <w:sz w:val="21"/>
          <w:szCs w:val="21"/>
          <w:lang w:val="es-CO"/>
        </w:rPr>
        <w:t>MUNICIPIO DE PALMAR, SANTANDER</w:t>
      </w:r>
    </w:p>
    <w:p w14:paraId="2EB3D007" w14:textId="77777777" w:rsidR="003573B4" w:rsidRPr="003573B4" w:rsidRDefault="003573B4" w:rsidP="003573B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089BD14B" w14:textId="77777777" w:rsidR="00623403" w:rsidRPr="003573B4" w:rsidRDefault="002F2756" w:rsidP="003573B4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3573B4">
        <w:rPr>
          <w:b/>
          <w:sz w:val="21"/>
          <w:szCs w:val="21"/>
          <w:lang w:val="es-CO"/>
        </w:rPr>
        <w:t xml:space="preserve">PROCESO DE RÉGIMEN ESPECIAL No. </w:t>
      </w:r>
      <w:r w:rsidRPr="003573B4">
        <w:rPr>
          <w:b/>
          <w:sz w:val="21"/>
          <w:szCs w:val="21"/>
          <w:highlight w:val="yellow"/>
          <w:lang w:val="es-CO"/>
        </w:rPr>
        <w:t>MP-RE-0XX-2026</w:t>
      </w:r>
    </w:p>
    <w:p w14:paraId="17082D72" w14:textId="77777777" w:rsidR="003573B4" w:rsidRPr="003573B4" w:rsidRDefault="003573B4" w:rsidP="003573B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5CB8F27A" w14:textId="77777777" w:rsidR="00623403" w:rsidRPr="003573B4" w:rsidRDefault="002F2756" w:rsidP="003573B4">
      <w:pPr>
        <w:spacing w:after="0" w:line="240" w:lineRule="auto"/>
        <w:jc w:val="center"/>
        <w:rPr>
          <w:b/>
          <w:sz w:val="21"/>
          <w:szCs w:val="21"/>
          <w:lang w:val="es-CO"/>
        </w:rPr>
      </w:pPr>
      <w:r w:rsidRPr="003573B4">
        <w:rPr>
          <w:b/>
          <w:sz w:val="21"/>
          <w:szCs w:val="21"/>
          <w:lang w:val="es-CO"/>
        </w:rPr>
        <w:t>ANEXO 1 – PACTO DE TRANSPARENCIA</w:t>
      </w:r>
    </w:p>
    <w:p w14:paraId="14464321" w14:textId="77777777" w:rsidR="003573B4" w:rsidRDefault="003573B4" w:rsidP="003573B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57C429B0" w14:textId="77777777" w:rsidR="00874CB5" w:rsidRPr="003573B4" w:rsidRDefault="00874CB5" w:rsidP="003573B4">
      <w:pPr>
        <w:spacing w:after="0" w:line="240" w:lineRule="auto"/>
        <w:jc w:val="center"/>
        <w:rPr>
          <w:sz w:val="21"/>
          <w:szCs w:val="21"/>
          <w:lang w:val="es-CO"/>
        </w:rPr>
      </w:pPr>
    </w:p>
    <w:p w14:paraId="3E3B100E" w14:textId="77777777" w:rsidR="00623403" w:rsidRPr="003573B4" w:rsidRDefault="002F2756" w:rsidP="003573B4">
      <w:p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b/>
          <w:sz w:val="21"/>
          <w:szCs w:val="21"/>
          <w:lang w:val="es-CO"/>
        </w:rPr>
        <w:t xml:space="preserve">Objeto: </w:t>
      </w:r>
      <w:r w:rsidRPr="003573B4">
        <w:rPr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58FA3821" w14:textId="77777777" w:rsidR="003573B4" w:rsidRDefault="003573B4" w:rsidP="003573B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200968DC" w14:textId="77777777" w:rsidR="00874CB5" w:rsidRPr="003573B4" w:rsidRDefault="00874CB5" w:rsidP="003573B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7AE3CBD7" w14:textId="77777777" w:rsidR="00623403" w:rsidRPr="003573B4" w:rsidRDefault="002F2756" w:rsidP="003573B4">
      <w:p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El presente documento hace parte integral de los Documentos del Proceso. Con la presentación de la propuesta, el Proponente se compromete a:</w:t>
      </w:r>
    </w:p>
    <w:p w14:paraId="78E5FBE5" w14:textId="77777777" w:rsidR="003573B4" w:rsidRPr="003573B4" w:rsidRDefault="003573B4" w:rsidP="003573B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100FE062" w14:textId="7177DAD1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Cumplir estrictamente la Constitución, la ley y las reglas del proceso.</w:t>
      </w:r>
    </w:p>
    <w:p w14:paraId="4C1FCB05" w14:textId="38B61D1C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Actuar de buena fe, con transparencia, lealtad, responsabilidad y respeto por la libre competencia.</w:t>
      </w:r>
    </w:p>
    <w:p w14:paraId="7ABC5A3A" w14:textId="1D65DC6F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No incurrir en falsedad, alteración, ocultamiento o adulteración de documentos o información presentada.</w:t>
      </w:r>
    </w:p>
    <w:p w14:paraId="26DE53FD" w14:textId="37BDD2A4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Realizar una revisión diligente de los documentos del proceso, las condiciones técnicas, jurídicas, financieras y económicas y los riesgos asignados.</w:t>
      </w:r>
    </w:p>
    <w:p w14:paraId="3A48E08F" w14:textId="00D760B5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No realizar acuerdos, prácticas o actuaciones orientadas a manipular, direccionar o restringir la competencia del proceso.</w:t>
      </w:r>
    </w:p>
    <w:p w14:paraId="18DBAB03" w14:textId="68029F46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No concertar con otros proponentes precios, aportes, condiciones de participación, retiro de ofertas o cualquier actuación que afecte la selección objetiva.</w:t>
      </w:r>
    </w:p>
    <w:p w14:paraId="3E3C5C7E" w14:textId="4FE48B99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Canalizar las observaciones, solicitudes y comunicaciones a través de SECOP II y de los medios definidos en los documentos del proceso.</w:t>
      </w:r>
    </w:p>
    <w:p w14:paraId="2CB535C7" w14:textId="5F19BE3F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Abstenerse de presentar afirmaciones contra otros proponentes sin soporte objetivo y verificable.</w:t>
      </w:r>
    </w:p>
    <w:p w14:paraId="3EDCCB44" w14:textId="14E69418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No ofrecer, prometer, entregar o autorizar dádivas, pagos, favores, beneficios o ventajas indebidas a servidores públicos, contratistas, asesores o terceros vinculados al proceso.</w:t>
      </w:r>
    </w:p>
    <w:p w14:paraId="376EBD7B" w14:textId="08FA9C94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Informar oportunamente a la Entidad y a las autoridades competentes cualquier hecho que pueda constituir corrupción, fraude, colusión, soborno o conflicto de interés.</w:t>
      </w:r>
    </w:p>
    <w:p w14:paraId="2E67DFFE" w14:textId="10E73834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Exigir a su personal, proveedores y subcontratistas vinculados a la ejecución del convenio conductas de integridad y transparencia compatibles con este pacto.</w:t>
      </w:r>
    </w:p>
    <w:p w14:paraId="6208D19D" w14:textId="0CF92D98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Mantener la reserva de la información que tenga tal carácter y dar tratamiento adecuado a los datos personales y sensibles a los que tenga acceso.</w:t>
      </w:r>
    </w:p>
    <w:p w14:paraId="075E52AC" w14:textId="135907E4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En caso de resultar seleccionado, ejecutar el convenio con sujeción a los documentos del proceso, al aporte comprometido, a los planes ofrecidos y a las obligaciones asumidas.</w:t>
      </w:r>
    </w:p>
    <w:p w14:paraId="489653C5" w14:textId="65DF5956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Permitir y facilitar la supervisión y el control sobre la ejecución física, financiera, técnica y administrativa del convenio y la destinación de los recursos.</w:t>
      </w:r>
    </w:p>
    <w:p w14:paraId="4A188AC0" w14:textId="12101FA0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No utilizar influencias políticas, económicas, sociales o mediáticas para obtener decisiones favorables dentro del proceso o durante la ejecución del convenio.</w:t>
      </w:r>
    </w:p>
    <w:p w14:paraId="2A8FCDF4" w14:textId="7C829697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lastRenderedPageBreak/>
        <w:t>Informar cualquier conflicto de interés, inhabilidad o incompatibilidad sobreviniente que pueda afectar su participación o la ejecución del convenio.</w:t>
      </w:r>
    </w:p>
    <w:p w14:paraId="69DCDA30" w14:textId="373DCB99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Garantizar que los recursos utilizados para la ejecución del convenio tengan origen lícito y se destinen exclusivamente a las actividades previstas.</w:t>
      </w:r>
    </w:p>
    <w:p w14:paraId="58AB4764" w14:textId="0DCD30E4" w:rsidR="00623403" w:rsidRPr="003573B4" w:rsidRDefault="002F2756" w:rsidP="003573B4">
      <w:pPr>
        <w:pStyle w:val="Prrafodelista"/>
        <w:numPr>
          <w:ilvl w:val="0"/>
          <w:numId w:val="11"/>
        </w:num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Conservar y presentar los soportes técnicos, administrativos, contables y financieros requeridos para la verificación de la ejecución del convenio.</w:t>
      </w:r>
    </w:p>
    <w:p w14:paraId="4F3BC8AB" w14:textId="77777777" w:rsidR="003573B4" w:rsidRPr="003573B4" w:rsidRDefault="003573B4" w:rsidP="003573B4">
      <w:pPr>
        <w:spacing w:after="0" w:line="240" w:lineRule="auto"/>
        <w:jc w:val="both"/>
        <w:rPr>
          <w:sz w:val="21"/>
          <w:szCs w:val="21"/>
          <w:lang w:val="es-CO"/>
        </w:rPr>
      </w:pPr>
    </w:p>
    <w:p w14:paraId="3DDEAD02" w14:textId="6DAADF0C" w:rsidR="00623403" w:rsidRPr="003573B4" w:rsidRDefault="002F2756" w:rsidP="003573B4">
      <w:pPr>
        <w:spacing w:after="0" w:line="240" w:lineRule="auto"/>
        <w:jc w:val="both"/>
        <w:rPr>
          <w:sz w:val="21"/>
          <w:szCs w:val="21"/>
          <w:lang w:val="es-CO"/>
        </w:rPr>
      </w:pPr>
      <w:r w:rsidRPr="003573B4">
        <w:rPr>
          <w:sz w:val="21"/>
          <w:szCs w:val="21"/>
          <w:lang w:val="es-CO"/>
        </w:rPr>
        <w:t>Tratándose de proponente plural, las obligaciones anteriores comprometen al consorcio o unión temporal y a cada una de las ESAL que lo integran, en lo que resulte aplicable.</w:t>
      </w:r>
    </w:p>
    <w:p w14:paraId="229FEBDD" w14:textId="77777777" w:rsidR="00623403" w:rsidRPr="003573B4" w:rsidRDefault="00623403" w:rsidP="003573B4">
      <w:pPr>
        <w:spacing w:after="0" w:line="240" w:lineRule="auto"/>
        <w:rPr>
          <w:sz w:val="21"/>
          <w:szCs w:val="21"/>
          <w:lang w:val="es-CO"/>
        </w:rPr>
      </w:pPr>
    </w:p>
    <w:p w14:paraId="482FC8C6" w14:textId="578C3AE3" w:rsidR="00623403" w:rsidRPr="003573B4" w:rsidRDefault="00623403" w:rsidP="003573B4">
      <w:pPr>
        <w:spacing w:after="0" w:line="240" w:lineRule="auto"/>
        <w:jc w:val="both"/>
        <w:rPr>
          <w:sz w:val="21"/>
          <w:szCs w:val="21"/>
          <w:lang w:val="es-CO"/>
        </w:rPr>
      </w:pPr>
    </w:p>
    <w:sectPr w:rsidR="00623403" w:rsidRPr="003573B4" w:rsidSect="008406C7">
      <w:headerReference w:type="default" r:id="rId8"/>
      <w:footerReference w:type="default" r:id="rId9"/>
      <w:pgSz w:w="12240" w:h="15840"/>
      <w:pgMar w:top="1417" w:right="1701" w:bottom="1417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FC5C8" w14:textId="77777777" w:rsidR="008650A0" w:rsidRDefault="008650A0" w:rsidP="000C4036">
      <w:pPr>
        <w:spacing w:after="0" w:line="240" w:lineRule="auto"/>
      </w:pPr>
      <w:r>
        <w:separator/>
      </w:r>
    </w:p>
  </w:endnote>
  <w:endnote w:type="continuationSeparator" w:id="0">
    <w:p w14:paraId="75448837" w14:textId="77777777" w:rsidR="008650A0" w:rsidRDefault="008650A0" w:rsidP="000C4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D4611" w14:textId="77777777" w:rsidR="008406C7" w:rsidRPr="008406C7" w:rsidRDefault="008406C7" w:rsidP="008406C7">
    <w:pPr>
      <w:pBdr>
        <w:bottom w:val="single" w:sz="12" w:space="1" w:color="auto"/>
      </w:pBdr>
      <w:spacing w:after="0" w:line="240" w:lineRule="auto"/>
      <w:rPr>
        <w:rFonts w:ascii="Arial Narrow" w:eastAsia="Times New Roman" w:hAnsi="Arial Narrow" w:cs="Times New Roman"/>
        <w:b/>
        <w:i/>
        <w:sz w:val="2"/>
        <w:szCs w:val="2"/>
        <w:lang w:val="es-CO" w:eastAsia="es-ES"/>
      </w:rPr>
    </w:pPr>
    <w:bookmarkStart w:id="0" w:name="_Hlk92216946"/>
    <w:bookmarkStart w:id="1" w:name="_Hlk107910096"/>
    <w:bookmarkStart w:id="2" w:name="_Hlk107910097"/>
  </w:p>
  <w:p w14:paraId="1D15CC26" w14:textId="77777777" w:rsidR="008406C7" w:rsidRPr="008406C7" w:rsidRDefault="008406C7" w:rsidP="008406C7">
    <w:pPr>
      <w:spacing w:after="0" w:line="240" w:lineRule="auto"/>
      <w:jc w:val="center"/>
      <w:rPr>
        <w:rFonts w:ascii="Arial Narrow" w:eastAsia="Times New Roman" w:hAnsi="Arial Narrow" w:cs="Times New Roman"/>
        <w:b/>
        <w:i/>
        <w:sz w:val="4"/>
        <w:szCs w:val="4"/>
        <w:lang w:val="es-CO" w:eastAsia="es-ES"/>
      </w:rPr>
    </w:pPr>
  </w:p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942"/>
      <w:gridCol w:w="2943"/>
      <w:gridCol w:w="2943"/>
    </w:tblGrid>
    <w:tr w:rsidR="008406C7" w:rsidRPr="008406C7" w14:paraId="51FBAC38" w14:textId="77777777" w:rsidTr="008F3581">
      <w:trPr>
        <w:trHeight w:val="50"/>
        <w:jc w:val="center"/>
      </w:trPr>
      <w:tc>
        <w:tcPr>
          <w:tcW w:w="2942" w:type="dxa"/>
          <w:shd w:val="clear" w:color="auto" w:fill="FFFF00"/>
        </w:tcPr>
        <w:p w14:paraId="68459CB4" w14:textId="77777777" w:rsidR="008406C7" w:rsidRPr="008406C7" w:rsidRDefault="008406C7" w:rsidP="008406C7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entury Gothic" w:eastAsia="Times New Roman" w:hAnsi="Century Gothic" w:cs="Courier New"/>
              <w:b/>
              <w:color w:val="808080"/>
              <w:sz w:val="14"/>
              <w:szCs w:val="24"/>
              <w:lang w:val="es-CO" w:eastAsia="es-ES"/>
            </w:rPr>
          </w:pPr>
        </w:p>
      </w:tc>
      <w:tc>
        <w:tcPr>
          <w:tcW w:w="2943" w:type="dxa"/>
          <w:shd w:val="clear" w:color="auto" w:fill="00B050"/>
        </w:tcPr>
        <w:p w14:paraId="5199897E" w14:textId="77777777" w:rsidR="008406C7" w:rsidRPr="008406C7" w:rsidRDefault="008406C7" w:rsidP="008406C7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entury Gothic" w:eastAsia="Times New Roman" w:hAnsi="Century Gothic" w:cs="Courier New"/>
              <w:b/>
              <w:color w:val="808080"/>
              <w:sz w:val="14"/>
              <w:szCs w:val="24"/>
              <w:lang w:val="es-CO" w:eastAsia="es-ES"/>
            </w:rPr>
          </w:pPr>
        </w:p>
      </w:tc>
      <w:tc>
        <w:tcPr>
          <w:tcW w:w="2943" w:type="dxa"/>
          <w:shd w:val="clear" w:color="auto" w:fill="FFFF00"/>
        </w:tcPr>
        <w:p w14:paraId="0A3C9A64" w14:textId="77777777" w:rsidR="008406C7" w:rsidRPr="008406C7" w:rsidRDefault="008406C7" w:rsidP="008406C7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Century Gothic" w:eastAsia="Times New Roman" w:hAnsi="Century Gothic" w:cs="Courier New"/>
              <w:b/>
              <w:color w:val="808080"/>
              <w:sz w:val="14"/>
              <w:szCs w:val="24"/>
              <w:lang w:val="es-CO" w:eastAsia="es-ES"/>
            </w:rPr>
          </w:pPr>
        </w:p>
      </w:tc>
    </w:tr>
  </w:tbl>
  <w:p w14:paraId="3F0ABB88" w14:textId="77777777" w:rsidR="008406C7" w:rsidRPr="008406C7" w:rsidRDefault="008406C7" w:rsidP="008406C7">
    <w:pPr>
      <w:tabs>
        <w:tab w:val="left" w:pos="2640"/>
      </w:tabs>
      <w:spacing w:after="0" w:line="240" w:lineRule="auto"/>
      <w:jc w:val="center"/>
      <w:rPr>
        <w:rFonts w:ascii="Agency FB" w:eastAsia="Times New Roman" w:hAnsi="Agency FB" w:cs="Arial"/>
        <w:b/>
        <w:sz w:val="24"/>
        <w:szCs w:val="24"/>
        <w:lang w:val="es-CO" w:eastAsia="es-ES"/>
      </w:rPr>
    </w:pPr>
    <w:r w:rsidRPr="008406C7">
      <w:rPr>
        <w:rFonts w:ascii="Agency FB" w:eastAsia="Times New Roman" w:hAnsi="Agency FB" w:cs="Arial"/>
        <w:b/>
        <w:szCs w:val="24"/>
        <w:lang w:val="es-CO" w:eastAsia="es-ES"/>
      </w:rPr>
      <w:t xml:space="preserve">A D M I N I S T R A C I </w:t>
    </w:r>
    <w:proofErr w:type="spellStart"/>
    <w:r w:rsidRPr="008406C7">
      <w:rPr>
        <w:rFonts w:ascii="Agency FB" w:eastAsia="Times New Roman" w:hAnsi="Agency FB" w:cs="Arial"/>
        <w:b/>
        <w:szCs w:val="24"/>
        <w:lang w:val="es-CO" w:eastAsia="es-ES"/>
      </w:rPr>
      <w:t>Ó</w:t>
    </w:r>
    <w:proofErr w:type="spellEnd"/>
    <w:r w:rsidRPr="008406C7">
      <w:rPr>
        <w:rFonts w:ascii="Agency FB" w:eastAsia="Times New Roman" w:hAnsi="Agency FB" w:cs="Arial"/>
        <w:b/>
        <w:szCs w:val="24"/>
        <w:lang w:val="es-CO" w:eastAsia="es-ES"/>
      </w:rPr>
      <w:t xml:space="preserve"> N   M U N I C I P A L   2026 – 2027</w:t>
    </w:r>
  </w:p>
  <w:p w14:paraId="19C92C6C" w14:textId="77777777" w:rsidR="008406C7" w:rsidRPr="008406C7" w:rsidRDefault="008406C7" w:rsidP="008406C7">
    <w:pPr>
      <w:tabs>
        <w:tab w:val="center" w:pos="4419"/>
        <w:tab w:val="right" w:pos="8838"/>
      </w:tabs>
      <w:spacing w:after="0" w:line="240" w:lineRule="auto"/>
      <w:jc w:val="center"/>
      <w:rPr>
        <w:rFonts w:ascii="Agency FB" w:eastAsia="Times New Roman" w:hAnsi="Agency FB" w:cs="Arial"/>
        <w:sz w:val="14"/>
        <w:szCs w:val="24"/>
        <w:lang w:val="es-CO" w:eastAsia="es-ES"/>
      </w:rPr>
    </w:pP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71552" behindDoc="0" locked="0" layoutInCell="1" allowOverlap="1" wp14:anchorId="25AE5CB6" wp14:editId="2D278AD5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47" name="Grupo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48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9DB4AB" id="Grupo 24" o:spid="_x0000_s1026" style="position:absolute;margin-left:58.5pt;margin-top:723.8pt;width:494.95pt;height:5.9pt;z-index:251671552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70528" behindDoc="0" locked="0" layoutInCell="1" allowOverlap="1" wp14:anchorId="6105E99D" wp14:editId="3AE01CE1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42" name="Grup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43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6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F2AC5AB" id="Grupo 23" o:spid="_x0000_s1026" style="position:absolute;margin-left:58.5pt;margin-top:723.8pt;width:494.95pt;height:5.9pt;z-index:251670528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42C0AC58" wp14:editId="74A0862E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36" name="Grupo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38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CF2E634" id="Grupo 22" o:spid="_x0000_s1026" style="position:absolute;margin-left:58.5pt;margin-top:723.8pt;width:494.95pt;height:5.9pt;z-index:251669504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D488739" wp14:editId="727880ED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30" name="Grup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31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3FFA1B6" id="Grupo 21" o:spid="_x0000_s1026" style="position:absolute;margin-left:58.5pt;margin-top:723.8pt;width:494.95pt;height:5.9pt;z-index:251668480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13F70188" wp14:editId="06027495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25" name="Grup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26" name="Rectángulo 46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Rectángulo 47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Rectángulo 48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1530D3C" id="Grupo 20" o:spid="_x0000_s1026" style="position:absolute;margin-left:58.5pt;margin-top:723.8pt;width:494.95pt;height:5.9pt;z-index:251667456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">
              <v:rect id="Rectángulo 46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" fillcolor="window" strokecolor="windowText" strokeweight="1pt"/>
              <v:rect id="Rectángulo 47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" fillcolor="#00b050" strokecolor="windowText" strokeweight="1pt"/>
              <v:rect id="Rectángulo 48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Agency FB" w:eastAsia="Times New Roman" w:hAnsi="Agency FB" w:cs="Arial"/>
        <w:b/>
        <w:sz w:val="14"/>
        <w:szCs w:val="24"/>
        <w:lang w:val="es-CO" w:eastAsia="es-ES"/>
      </w:rPr>
      <w:t>Dirección:</w:t>
    </w:r>
    <w:r w:rsidRPr="008406C7">
      <w:rPr>
        <w:rFonts w:ascii="Agency FB" w:eastAsia="Times New Roman" w:hAnsi="Agency FB" w:cs="Arial"/>
        <w:sz w:val="14"/>
        <w:szCs w:val="24"/>
        <w:lang w:val="es-CO" w:eastAsia="es-ES"/>
      </w:rPr>
      <w:t xml:space="preserve"> Calle 5# 3-21 Centro, </w:t>
    </w:r>
    <w:r w:rsidRPr="008406C7">
      <w:rPr>
        <w:rFonts w:ascii="Agency FB" w:eastAsia="Times New Roman" w:hAnsi="Agency FB" w:cs="Arial"/>
        <w:b/>
        <w:sz w:val="14"/>
        <w:szCs w:val="24"/>
        <w:lang w:val="es-CO" w:eastAsia="es-ES"/>
      </w:rPr>
      <w:t>Código Postal:</w:t>
    </w:r>
    <w:r w:rsidRPr="008406C7">
      <w:rPr>
        <w:rFonts w:ascii="Agency FB" w:eastAsia="Times New Roman" w:hAnsi="Agency FB" w:cs="Arial"/>
        <w:sz w:val="14"/>
        <w:szCs w:val="24"/>
        <w:lang w:val="es-CO" w:eastAsia="es-ES"/>
      </w:rPr>
      <w:t xml:space="preserve"> 683581, </w:t>
    </w:r>
    <w:r w:rsidRPr="008406C7">
      <w:rPr>
        <w:rFonts w:ascii="Agency FB" w:eastAsia="Times New Roman" w:hAnsi="Agency FB" w:cs="Arial"/>
        <w:b/>
        <w:sz w:val="14"/>
        <w:szCs w:val="24"/>
        <w:lang w:val="es-CO" w:eastAsia="es-ES"/>
      </w:rPr>
      <w:t>Teléfono de Contacto</w:t>
    </w:r>
    <w:r w:rsidRPr="008406C7">
      <w:rPr>
        <w:rFonts w:ascii="Agency FB" w:eastAsia="Times New Roman" w:hAnsi="Agency FB" w:cs="Arial"/>
        <w:sz w:val="14"/>
        <w:szCs w:val="24"/>
        <w:lang w:val="es-CO" w:eastAsia="es-ES"/>
      </w:rPr>
      <w:t>: 3102655083</w:t>
    </w:r>
  </w:p>
  <w:p w14:paraId="55B9E0CF" w14:textId="77777777" w:rsidR="008406C7" w:rsidRPr="008406C7" w:rsidRDefault="008406C7" w:rsidP="008406C7">
    <w:pPr>
      <w:tabs>
        <w:tab w:val="center" w:pos="4419"/>
        <w:tab w:val="right" w:pos="8838"/>
      </w:tabs>
      <w:spacing w:after="0" w:line="240" w:lineRule="auto"/>
      <w:jc w:val="center"/>
      <w:rPr>
        <w:rFonts w:ascii="Agency FB" w:eastAsia="Times New Roman" w:hAnsi="Agency FB" w:cs="Arial"/>
        <w:sz w:val="14"/>
        <w:szCs w:val="24"/>
        <w:lang w:val="es-CO" w:eastAsia="es-ES"/>
      </w:rPr>
    </w:pPr>
    <w:r w:rsidRPr="008406C7">
      <w:rPr>
        <w:rFonts w:ascii="Agency FB" w:eastAsia="Times New Roman" w:hAnsi="Agency FB" w:cs="Arial"/>
        <w:b/>
        <w:sz w:val="14"/>
        <w:szCs w:val="24"/>
        <w:lang w:val="es-CO" w:eastAsia="es-ES"/>
      </w:rPr>
      <w:t>Página web:</w:t>
    </w:r>
    <w:r w:rsidRPr="008406C7">
      <w:rPr>
        <w:rFonts w:ascii="Agency FB" w:eastAsia="Times New Roman" w:hAnsi="Agency FB" w:cs="Arial"/>
        <w:sz w:val="14"/>
        <w:szCs w:val="24"/>
        <w:lang w:val="es-CO" w:eastAsia="es-ES"/>
      </w:rPr>
      <w:t xml:space="preserve"> www.palmar-santander.gov.co</w:t>
    </w:r>
  </w:p>
  <w:p w14:paraId="34294657" w14:textId="549F598C" w:rsidR="000C4036" w:rsidRPr="008406C7" w:rsidRDefault="008406C7" w:rsidP="008406C7">
    <w:pPr>
      <w:tabs>
        <w:tab w:val="center" w:pos="4419"/>
        <w:tab w:val="right" w:pos="8838"/>
      </w:tabs>
      <w:spacing w:after="0" w:line="240" w:lineRule="auto"/>
      <w:jc w:val="center"/>
      <w:rPr>
        <w:rFonts w:ascii="Agency FB" w:eastAsia="Times New Roman" w:hAnsi="Agency FB" w:cs="Times New Roman"/>
        <w:color w:val="0000FF"/>
        <w:sz w:val="12"/>
        <w:szCs w:val="24"/>
        <w:u w:val="single"/>
        <w:lang w:val="es-CO" w:eastAsia="es-ES"/>
      </w:rPr>
    </w:pPr>
    <w:r w:rsidRPr="008406C7">
      <w:rPr>
        <w:rFonts w:ascii="Agency FB" w:eastAsia="Times New Roman" w:hAnsi="Agency FB" w:cs="Arial"/>
        <w:b/>
        <w:sz w:val="12"/>
        <w:szCs w:val="24"/>
        <w:lang w:val="es-CO" w:eastAsia="es-ES"/>
      </w:rPr>
      <w:t>e-mail:</w:t>
    </w:r>
    <w:r w:rsidRPr="008406C7">
      <w:rPr>
        <w:rFonts w:ascii="Agency FB" w:eastAsia="Times New Roman" w:hAnsi="Agency FB" w:cs="Arial"/>
        <w:sz w:val="12"/>
        <w:szCs w:val="24"/>
        <w:lang w:val="es-CO" w:eastAsia="es-ES"/>
      </w:rPr>
      <w:t xml:space="preserve"> </w:t>
    </w:r>
    <w:hyperlink r:id="rId1" w:history="1">
      <w:r w:rsidRPr="008406C7">
        <w:rPr>
          <w:rFonts w:ascii="Agency FB" w:eastAsia="Times New Roman" w:hAnsi="Agency FB" w:cs="Times New Roman"/>
          <w:color w:val="0000FF"/>
          <w:sz w:val="12"/>
          <w:szCs w:val="24"/>
          <w:u w:val="single"/>
          <w:lang w:val="es-CO" w:eastAsia="es-ES"/>
        </w:rPr>
        <w:t>alcaldia@palmar-santander.gov.co</w:t>
      </w:r>
    </w:hyperlink>
    <w:r w:rsidRPr="008406C7">
      <w:rPr>
        <w:rFonts w:ascii="Agency FB" w:eastAsia="Times New Roman" w:hAnsi="Agency FB" w:cs="Arial"/>
        <w:sz w:val="12"/>
        <w:szCs w:val="24"/>
        <w:lang w:val="es-CO" w:eastAsia="es-ES"/>
      </w:rPr>
      <w:t xml:space="preserve">, </w: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273F381F" wp14:editId="3F58B562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21" name="Grup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22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A7B2B4" id="Grupo 16" o:spid="_x0000_s1026" style="position:absolute;margin-left:58.5pt;margin-top:723.8pt;width:494.95pt;height:5.9pt;z-index:251666432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49334C50" wp14:editId="50037F7D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17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18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CFBD328" id="Grupo 12" o:spid="_x0000_s1026" style="position:absolute;margin-left:58.5pt;margin-top:723.8pt;width:494.95pt;height:5.9pt;z-index:251665408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13EC3DD" wp14:editId="4FECCCE0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4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5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A4D1756" id="Grupo 8" o:spid="_x0000_s1026" style="position:absolute;margin-left:58.5pt;margin-top:723.8pt;width:494.95pt;height:5.9pt;z-index:251664384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A7C942D" wp14:editId="284D6448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9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10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80ECBE0" id="Grupo 5" o:spid="_x0000_s1026" style="position:absolute;margin-left:58.5pt;margin-top:723.8pt;width:494.95pt;height:5.9pt;z-index:251663360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" fillcolor="yellow" strokecolor="windowText" strokeweight="1pt"/>
              <w10:wrap anchorx="margin"/>
            </v:group>
          </w:pict>
        </mc:Fallback>
      </mc:AlternateContent>
    </w:r>
    <w:r w:rsidRPr="008406C7">
      <w:rPr>
        <w:rFonts w:ascii="Times New Roman" w:eastAsia="Times New Roman" w:hAnsi="Times New Roman" w:cs="Times New Roman"/>
        <w:noProof/>
        <w:sz w:val="24"/>
        <w:szCs w:val="24"/>
        <w:lang w:val="es-CO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C0CE125" wp14:editId="55260AC1">
              <wp:simplePos x="0" y="0"/>
              <wp:positionH relativeFrom="margin">
                <wp:posOffset>742950</wp:posOffset>
              </wp:positionH>
              <wp:positionV relativeFrom="paragraph">
                <wp:posOffset>9192260</wp:posOffset>
              </wp:positionV>
              <wp:extent cx="6285865" cy="74930"/>
              <wp:effectExtent l="0" t="0" r="635" b="1270"/>
              <wp:wrapNone/>
              <wp:docPr id="8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285865" cy="74930"/>
                        <a:chOff x="0" y="0"/>
                        <a:chExt cx="7469406" cy="94615"/>
                      </a:xfrm>
                    </wpg:grpSpPr>
                    <wps:wsp>
                      <wps:cNvPr id="13" name="Rectángulo 29"/>
                      <wps:cNvSpPr/>
                      <wps:spPr>
                        <a:xfrm>
                          <a:off x="2505693" y="0"/>
                          <a:ext cx="2493818" cy="94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Rectángulo 30"/>
                      <wps:cNvSpPr/>
                      <wps:spPr>
                        <a:xfrm>
                          <a:off x="4975761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Rectángulo 31"/>
                      <wps:cNvSpPr/>
                      <wps:spPr>
                        <a:xfrm>
                          <a:off x="0" y="0"/>
                          <a:ext cx="2493645" cy="9461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78BE30F" id="Grupo 4" o:spid="_x0000_s1026" style="position:absolute;margin-left:58.5pt;margin-top:723.8pt;width:494.95pt;height:5.9pt;z-index:251662336;mso-position-horizontal-relative:margin;mso-width-relative:margin;mso-height-relative:margin" coordsize="74694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">
              <v:rect id="Rectángulo 29" o:spid="_x0000_s1027" style="position:absolute;left:25056;width:24939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" fillcolor="window" strokecolor="windowText" strokeweight="1pt"/>
              <v:rect id="Rectángulo 30" o:spid="_x0000_s1028" style="position:absolute;left:49757;width:24937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" fillcolor="#00b050" strokecolor="windowText" strokeweight="1pt"/>
              <v:rect id="Rectángulo 31" o:spid="_x0000_s1029" style="position:absolute;width:24936;height:9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" fillcolor="yellow" strokecolor="windowText" strokeweight="1pt"/>
              <w10:wrap anchorx="margin"/>
            </v:group>
          </w:pict>
        </mc:Fallback>
      </mc:AlternateContent>
    </w:r>
    <w:hyperlink r:id="rId2" w:history="1">
      <w:r w:rsidRPr="008406C7">
        <w:rPr>
          <w:rFonts w:ascii="Agency FB" w:eastAsia="Times New Roman" w:hAnsi="Agency FB" w:cs="Times New Roman"/>
          <w:color w:val="0000FF"/>
          <w:sz w:val="12"/>
          <w:szCs w:val="24"/>
          <w:u w:val="single"/>
          <w:lang w:val="es-CO" w:eastAsia="es-ES"/>
        </w:rPr>
        <w:t>contactenos@palmar-santander.gov.co</w:t>
      </w:r>
    </w:hyperlink>
    <w:bookmarkEnd w:id="0"/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076A7" w14:textId="77777777" w:rsidR="008650A0" w:rsidRDefault="008650A0" w:rsidP="000C4036">
      <w:pPr>
        <w:spacing w:after="0" w:line="240" w:lineRule="auto"/>
      </w:pPr>
      <w:r>
        <w:separator/>
      </w:r>
    </w:p>
  </w:footnote>
  <w:footnote w:type="continuationSeparator" w:id="0">
    <w:p w14:paraId="088767A7" w14:textId="77777777" w:rsidR="008650A0" w:rsidRDefault="008650A0" w:rsidP="000C4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thickThinLargeGap" w:sz="24" w:space="0" w:color="auto"/>
        <w:left w:val="thickThinLargeGap" w:sz="24" w:space="0" w:color="auto"/>
        <w:bottom w:val="thickThinLargeGap" w:sz="24" w:space="0" w:color="auto"/>
        <w:right w:val="thickThinLargeGap" w:sz="24" w:space="0" w:color="auto"/>
        <w:insideH w:val="thickThinLargeGap" w:sz="24" w:space="0" w:color="auto"/>
        <w:insideV w:val="thickThinLargeGap" w:sz="24" w:space="0" w:color="auto"/>
      </w:tblBorders>
      <w:tblLook w:val="01E0" w:firstRow="1" w:lastRow="1" w:firstColumn="1" w:lastColumn="1" w:noHBand="0" w:noVBand="0"/>
    </w:tblPr>
    <w:tblGrid>
      <w:gridCol w:w="2224"/>
      <w:gridCol w:w="1192"/>
      <w:gridCol w:w="1193"/>
      <w:gridCol w:w="1190"/>
      <w:gridCol w:w="1039"/>
      <w:gridCol w:w="2216"/>
    </w:tblGrid>
    <w:tr w:rsidR="000C4036" w:rsidRPr="000C4036" w14:paraId="19CEDB6B" w14:textId="77777777" w:rsidTr="008F3581">
      <w:trPr>
        <w:trHeight w:val="892"/>
        <w:jc w:val="center"/>
      </w:trPr>
      <w:tc>
        <w:tcPr>
          <w:tcW w:w="1228" w:type="pct"/>
          <w:vMerge w:val="restart"/>
          <w:tcBorders>
            <w:top w:val="thickThinLargeGap" w:sz="24" w:space="0" w:color="auto"/>
            <w:left w:val="thickThinLargeGap" w:sz="24" w:space="0" w:color="auto"/>
            <w:bottom w:val="thickThinLargeGap" w:sz="24" w:space="0" w:color="auto"/>
            <w:right w:val="thickThinLargeGap" w:sz="24" w:space="0" w:color="auto"/>
          </w:tcBorders>
          <w:vAlign w:val="center"/>
        </w:tcPr>
        <w:p w14:paraId="212A9573" w14:textId="77777777" w:rsidR="000C4036" w:rsidRPr="000C4036" w:rsidRDefault="000C4036" w:rsidP="000C4036">
          <w:pPr>
            <w:tabs>
              <w:tab w:val="center" w:pos="4419"/>
              <w:tab w:val="right" w:pos="8838"/>
            </w:tabs>
            <w:suppressAutoHyphens/>
            <w:autoSpaceDN w:val="0"/>
            <w:spacing w:after="0" w:line="240" w:lineRule="auto"/>
            <w:jc w:val="center"/>
            <w:textAlignment w:val="baseline"/>
            <w:rPr>
              <w:rFonts w:ascii="Arial Narrow" w:eastAsia="Times New Roman" w:hAnsi="Arial Narrow" w:cs="Calibri"/>
              <w:sz w:val="12"/>
              <w:szCs w:val="12"/>
              <w:lang w:val="es-CO" w:eastAsia="es-ES"/>
            </w:rPr>
          </w:pPr>
          <w:r w:rsidRPr="000C4036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/>
            </w:rPr>
            <w:drawing>
              <wp:anchor distT="0" distB="0" distL="114300" distR="114300" simplePos="0" relativeHeight="251659264" behindDoc="0" locked="0" layoutInCell="1" allowOverlap="1" wp14:anchorId="5A7C38FD" wp14:editId="6AA333E0">
                <wp:simplePos x="0" y="0"/>
                <wp:positionH relativeFrom="column">
                  <wp:posOffset>294640</wp:posOffset>
                </wp:positionH>
                <wp:positionV relativeFrom="paragraph">
                  <wp:posOffset>-33655</wp:posOffset>
                </wp:positionV>
                <wp:extent cx="718185" cy="873760"/>
                <wp:effectExtent l="0" t="0" r="5715" b="2540"/>
                <wp:wrapNone/>
                <wp:docPr id="505359716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8185" cy="873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48" w:type="pct"/>
          <w:gridSpan w:val="4"/>
          <w:tcBorders>
            <w:top w:val="thickThinLargeGap" w:sz="24" w:space="0" w:color="auto"/>
            <w:left w:val="thickThinLargeGap" w:sz="24" w:space="0" w:color="auto"/>
            <w:bottom w:val="thickThinLargeGap" w:sz="24" w:space="0" w:color="auto"/>
            <w:right w:val="thickThinLargeGap" w:sz="24" w:space="0" w:color="auto"/>
          </w:tcBorders>
          <w:vAlign w:val="center"/>
        </w:tcPr>
        <w:p w14:paraId="79B4107A" w14:textId="77777777" w:rsidR="000C4036" w:rsidRPr="000C4036" w:rsidRDefault="000C4036" w:rsidP="000C403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gency FB" w:eastAsia="Times New Roman" w:hAnsi="Agency FB" w:cs="Times New Roman"/>
              <w:b/>
              <w:color w:val="000000"/>
              <w:sz w:val="24"/>
              <w:szCs w:val="72"/>
              <w:lang w:val="es-CO" w:eastAsia="es-ES"/>
            </w:rPr>
          </w:pPr>
          <w:r w:rsidRPr="000C4036">
            <w:rPr>
              <w:rFonts w:ascii="Agency FB" w:eastAsia="Times New Roman" w:hAnsi="Agency FB" w:cs="Times New Roman"/>
              <w:b/>
              <w:color w:val="000000"/>
              <w:sz w:val="24"/>
              <w:szCs w:val="72"/>
              <w:lang w:val="es-CO" w:eastAsia="es-ES"/>
            </w:rPr>
            <w:t>ALCALDÍA MUNICIPAL DE PALMAR</w:t>
          </w:r>
        </w:p>
        <w:p w14:paraId="0BE8FEE7" w14:textId="77777777" w:rsidR="000C4036" w:rsidRPr="000C4036" w:rsidRDefault="000C4036" w:rsidP="000C403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gency FB" w:eastAsia="Times New Roman" w:hAnsi="Agency FB" w:cs="Arial"/>
              <w:sz w:val="14"/>
              <w:szCs w:val="12"/>
              <w:lang w:val="es-CO" w:eastAsia="es-ES"/>
            </w:rPr>
          </w:pPr>
          <w:r w:rsidRPr="000C4036">
            <w:rPr>
              <w:rFonts w:ascii="Agency FB" w:eastAsia="Times New Roman" w:hAnsi="Agency FB" w:cs="Arial"/>
              <w:sz w:val="18"/>
              <w:szCs w:val="12"/>
              <w:lang w:val="es-CO" w:eastAsia="es-ES"/>
            </w:rPr>
            <w:t>NIT. 800.099.818-5</w:t>
          </w:r>
        </w:p>
        <w:p w14:paraId="04878AA9" w14:textId="77777777" w:rsidR="000C4036" w:rsidRPr="000C4036" w:rsidRDefault="000C4036" w:rsidP="000C403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Britannic Bold" w:eastAsia="Times New Roman" w:hAnsi="Britannic Bold" w:cs="Times New Roman"/>
              <w:color w:val="7F7F7F"/>
              <w:sz w:val="6"/>
              <w:szCs w:val="72"/>
              <w:lang w:val="es-CO" w:eastAsia="es-ES"/>
            </w:rPr>
          </w:pPr>
        </w:p>
        <w:p w14:paraId="5EDF2559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Times New Roman" w:eastAsia="Times New Roman" w:hAnsi="Times New Roman" w:cs="Calibri"/>
              <w:b/>
              <w:szCs w:val="20"/>
              <w:lang w:val="es-CO" w:eastAsia="es-ES"/>
            </w:rPr>
          </w:pPr>
          <w:r w:rsidRPr="000C4036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/>
            </w:rPr>
            <mc:AlternateContent>
              <mc:Choice Requires="wps">
                <w:drawing>
                  <wp:inline distT="0" distB="0" distL="0" distR="0" wp14:anchorId="120A083F" wp14:editId="25EB13A2">
                    <wp:extent cx="2221230" cy="254000"/>
                    <wp:effectExtent l="0" t="0" r="7620" b="0"/>
                    <wp:docPr id="52" name="Cuadro de texto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21230" cy="254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ysClr val="windowText" lastClr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D5F3FB" w14:textId="77777777" w:rsidR="000C4036" w:rsidRPr="00AA6B8F" w:rsidRDefault="000C4036" w:rsidP="000C4036">
                                <w:pPr>
                                  <w:jc w:val="center"/>
                                  <w:rPr>
                                    <w:rFonts w:ascii="Candara" w:hAnsi="Candara"/>
                                    <w:b/>
                                  </w:rPr>
                                </w:pPr>
                                <w:r w:rsidRPr="00AA6B8F">
                                  <w:rPr>
                                    <w:rFonts w:ascii="Candara" w:hAnsi="Candara"/>
                                    <w:b/>
                                  </w:rPr>
                                  <w:t>AVISO CONVOCATORIO PÚBLICA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w14:anchorId="120A083F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2" o:spid="_x0000_s1026" type="#_x0000_t202" style="width:174.9pt;height: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" filled="f" strokecolor="windowText">
                    <v:textbox>
                      <w:txbxContent>
                        <w:p w14:paraId="55D5F3FB" w14:textId="77777777" w:rsidR="000C4036" w:rsidRPr="00AA6B8F" w:rsidRDefault="000C4036" w:rsidP="000C4036">
                          <w:pPr>
                            <w:jc w:val="center"/>
                            <w:rPr>
                              <w:rFonts w:ascii="Candara" w:hAnsi="Candara"/>
                              <w:b/>
                            </w:rPr>
                          </w:pPr>
                          <w:r w:rsidRPr="00AA6B8F">
                            <w:rPr>
                              <w:rFonts w:ascii="Candara" w:hAnsi="Candara"/>
                              <w:b/>
                            </w:rPr>
                            <w:t>AVISO CONVOCATORIO PÚBLICA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31A8AAC3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Times New Roman" w:eastAsia="Times New Roman" w:hAnsi="Times New Roman" w:cs="Calibri"/>
              <w:b/>
              <w:sz w:val="6"/>
              <w:szCs w:val="20"/>
              <w:lang w:val="es-CO" w:eastAsia="es-ES"/>
            </w:rPr>
          </w:pPr>
        </w:p>
        <w:p w14:paraId="2EABD61B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Times New Roman" w:eastAsia="Times New Roman" w:hAnsi="Times New Roman" w:cs="Calibri"/>
              <w:b/>
              <w:sz w:val="4"/>
              <w:szCs w:val="20"/>
              <w:lang w:val="es-CO" w:eastAsia="es-ES"/>
            </w:rPr>
          </w:pPr>
        </w:p>
      </w:tc>
      <w:tc>
        <w:tcPr>
          <w:tcW w:w="1224" w:type="pct"/>
          <w:vMerge w:val="restart"/>
          <w:tcBorders>
            <w:top w:val="thickThinLargeGap" w:sz="24" w:space="0" w:color="auto"/>
            <w:left w:val="thickThinLargeGap" w:sz="24" w:space="0" w:color="auto"/>
            <w:right w:val="thickThinLargeGap" w:sz="24" w:space="0" w:color="auto"/>
          </w:tcBorders>
          <w:vAlign w:val="center"/>
        </w:tcPr>
        <w:p w14:paraId="1141866E" w14:textId="77777777" w:rsidR="000C4036" w:rsidRPr="000C4036" w:rsidRDefault="000C4036" w:rsidP="000C403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eastAsia="Times New Roman" w:cs="Arial"/>
              <w:sz w:val="16"/>
              <w:szCs w:val="16"/>
              <w:lang w:val="es-CO" w:eastAsia="es-ES"/>
            </w:rPr>
          </w:pPr>
          <w:r w:rsidRPr="000C4036">
            <w:rPr>
              <w:rFonts w:ascii="Times New Roman" w:eastAsia="Times New Roman" w:hAnsi="Times New Roman" w:cs="Times New Roman"/>
              <w:noProof/>
              <w:sz w:val="24"/>
              <w:szCs w:val="24"/>
              <w:lang w:val="es-CO"/>
            </w:rPr>
            <w:drawing>
              <wp:anchor distT="0" distB="0" distL="114300" distR="114300" simplePos="0" relativeHeight="251660288" behindDoc="0" locked="0" layoutInCell="1" allowOverlap="1" wp14:anchorId="465CF0EA" wp14:editId="76930A49">
                <wp:simplePos x="0" y="0"/>
                <wp:positionH relativeFrom="margin">
                  <wp:posOffset>78105</wp:posOffset>
                </wp:positionH>
                <wp:positionV relativeFrom="margin">
                  <wp:posOffset>91440</wp:posOffset>
                </wp:positionV>
                <wp:extent cx="1123950" cy="685800"/>
                <wp:effectExtent l="0" t="0" r="0" b="0"/>
                <wp:wrapSquare wrapText="bothSides"/>
                <wp:docPr id="433116804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9731" b="1758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0C4036" w:rsidRPr="000C4036" w14:paraId="00BC7FB7" w14:textId="77777777" w:rsidTr="008F3581">
      <w:trPr>
        <w:trHeight w:val="20"/>
        <w:jc w:val="center"/>
      </w:trPr>
      <w:tc>
        <w:tcPr>
          <w:tcW w:w="1228" w:type="pct"/>
          <w:vMerge/>
          <w:tcBorders>
            <w:top w:val="thickThinLargeGap" w:sz="24" w:space="0" w:color="auto"/>
            <w:left w:val="thickThinLargeGap" w:sz="24" w:space="0" w:color="auto"/>
            <w:bottom w:val="thickThinLargeGap" w:sz="24" w:space="0" w:color="auto"/>
            <w:right w:val="thickThinLargeGap" w:sz="24" w:space="0" w:color="auto"/>
          </w:tcBorders>
          <w:vAlign w:val="center"/>
        </w:tcPr>
        <w:p w14:paraId="2FC446DA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Arial Narrow" w:eastAsia="Times New Roman" w:hAnsi="Arial Narrow" w:cs="Calibri"/>
              <w:sz w:val="12"/>
              <w:szCs w:val="12"/>
              <w:lang w:val="es-CO" w:eastAsia="es-ES"/>
            </w:rPr>
          </w:pPr>
        </w:p>
      </w:tc>
      <w:tc>
        <w:tcPr>
          <w:tcW w:w="658" w:type="pct"/>
          <w:tcBorders>
            <w:top w:val="single" w:sz="6" w:space="0" w:color="auto"/>
            <w:left w:val="thickThinLargeGap" w:sz="24" w:space="0" w:color="auto"/>
            <w:bottom w:val="thickThinLargeGap" w:sz="24" w:space="0" w:color="auto"/>
            <w:right w:val="single" w:sz="6" w:space="0" w:color="auto"/>
          </w:tcBorders>
          <w:vAlign w:val="center"/>
        </w:tcPr>
        <w:p w14:paraId="17DEEEC4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</w:pP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CÓDIGO</w:t>
          </w:r>
        </w:p>
        <w:p w14:paraId="5E7A9950" w14:textId="77777777" w:rsidR="000C4036" w:rsidRPr="000C4036" w:rsidRDefault="000C4036" w:rsidP="000C4036">
          <w:pPr>
            <w:spacing w:after="0" w:line="240" w:lineRule="auto"/>
            <w:jc w:val="center"/>
            <w:rPr>
              <w:rFonts w:eastAsia="Times New Roman" w:cs="Arial"/>
              <w:sz w:val="12"/>
              <w:szCs w:val="12"/>
              <w:lang w:val="es-CO" w:eastAsia="es-ES"/>
            </w:rPr>
          </w:pP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F-GC-02</w:t>
          </w:r>
        </w:p>
      </w:tc>
      <w:tc>
        <w:tcPr>
          <w:tcW w:w="659" w:type="pct"/>
          <w:tcBorders>
            <w:top w:val="single" w:sz="6" w:space="0" w:color="auto"/>
            <w:left w:val="single" w:sz="6" w:space="0" w:color="auto"/>
            <w:bottom w:val="thickThinLargeGap" w:sz="24" w:space="0" w:color="auto"/>
            <w:right w:val="single" w:sz="4" w:space="0" w:color="auto"/>
          </w:tcBorders>
          <w:vAlign w:val="center"/>
        </w:tcPr>
        <w:p w14:paraId="2058702D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</w:pP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VERSIÓN</w:t>
          </w:r>
        </w:p>
        <w:p w14:paraId="7BD42737" w14:textId="77777777" w:rsidR="000C4036" w:rsidRPr="000C4036" w:rsidRDefault="000C4036" w:rsidP="000C4036">
          <w:pPr>
            <w:spacing w:after="0" w:line="240" w:lineRule="auto"/>
            <w:jc w:val="center"/>
            <w:rPr>
              <w:rFonts w:eastAsia="Times New Roman" w:cs="Arial"/>
              <w:b/>
              <w:sz w:val="12"/>
              <w:szCs w:val="12"/>
              <w:lang w:val="es-CO" w:eastAsia="es-ES"/>
            </w:rPr>
          </w:pPr>
          <w:r w:rsidRPr="000C4036">
            <w:rPr>
              <w:rFonts w:eastAsia="Times New Roman" w:cs="Arial"/>
              <w:b/>
              <w:sz w:val="12"/>
              <w:szCs w:val="12"/>
              <w:lang w:val="es-CO" w:eastAsia="es-ES"/>
            </w:rPr>
            <w:t>1</w:t>
          </w:r>
        </w:p>
      </w:tc>
      <w:tc>
        <w:tcPr>
          <w:tcW w:w="657" w:type="pct"/>
          <w:tcBorders>
            <w:top w:val="single" w:sz="6" w:space="0" w:color="auto"/>
            <w:left w:val="single" w:sz="4" w:space="0" w:color="auto"/>
            <w:bottom w:val="thickThinLargeGap" w:sz="24" w:space="0" w:color="auto"/>
            <w:right w:val="single" w:sz="6" w:space="0" w:color="auto"/>
          </w:tcBorders>
          <w:vAlign w:val="center"/>
        </w:tcPr>
        <w:p w14:paraId="14F16404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</w:pP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FECHA</w:t>
          </w:r>
        </w:p>
        <w:p w14:paraId="0B96AAD3" w14:textId="77777777" w:rsidR="000C4036" w:rsidRPr="000C4036" w:rsidRDefault="000C4036" w:rsidP="000C4036">
          <w:pPr>
            <w:spacing w:after="0" w:line="240" w:lineRule="auto"/>
            <w:jc w:val="center"/>
            <w:rPr>
              <w:rFonts w:eastAsia="Times New Roman" w:cs="Arial"/>
              <w:b/>
              <w:sz w:val="12"/>
              <w:szCs w:val="12"/>
              <w:lang w:val="es-CO" w:eastAsia="es-ES"/>
            </w:rPr>
          </w:pPr>
          <w:r w:rsidRPr="000C4036">
            <w:rPr>
              <w:rFonts w:eastAsia="Times New Roman" w:cs="Arial"/>
              <w:b/>
              <w:sz w:val="12"/>
              <w:szCs w:val="12"/>
              <w:lang w:val="es-CO" w:eastAsia="es-ES"/>
            </w:rPr>
            <w:t>10/11/2014</w:t>
          </w:r>
        </w:p>
      </w:tc>
      <w:tc>
        <w:tcPr>
          <w:tcW w:w="574" w:type="pct"/>
          <w:tcBorders>
            <w:top w:val="single" w:sz="6" w:space="0" w:color="auto"/>
            <w:left w:val="single" w:sz="6" w:space="0" w:color="auto"/>
            <w:bottom w:val="thickThinLargeGap" w:sz="24" w:space="0" w:color="auto"/>
            <w:right w:val="thickThinLargeGap" w:sz="24" w:space="0" w:color="auto"/>
          </w:tcBorders>
          <w:vAlign w:val="center"/>
        </w:tcPr>
        <w:p w14:paraId="2E240B10" w14:textId="77777777" w:rsidR="000C4036" w:rsidRPr="000C4036" w:rsidRDefault="000C4036" w:rsidP="000C4036">
          <w:pPr>
            <w:spacing w:after="0" w:line="240" w:lineRule="auto"/>
            <w:jc w:val="center"/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</w:pP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PÁGINA</w:t>
          </w:r>
        </w:p>
        <w:p w14:paraId="37C9374F" w14:textId="77777777" w:rsidR="000C4036" w:rsidRPr="000C4036" w:rsidRDefault="000C4036" w:rsidP="000C4036">
          <w:pPr>
            <w:spacing w:after="0" w:line="240" w:lineRule="auto"/>
            <w:jc w:val="center"/>
            <w:rPr>
              <w:rFonts w:eastAsia="Times New Roman" w:cs="Arial"/>
              <w:sz w:val="12"/>
              <w:szCs w:val="12"/>
              <w:lang w:val="es-CO" w:eastAsia="es-ES"/>
            </w:rPr>
          </w:pP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fldChar w:fldCharType="begin"/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instrText xml:space="preserve"> PAGE </w:instrText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fldChar w:fldCharType="separate"/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1</w:t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fldChar w:fldCharType="end"/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 xml:space="preserve"> de </w:t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fldChar w:fldCharType="begin"/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instrText xml:space="preserve"> NUMPAGES  </w:instrText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fldChar w:fldCharType="separate"/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t>1</w:t>
          </w:r>
          <w:r w:rsidRPr="000C4036">
            <w:rPr>
              <w:rFonts w:ascii="Berlin Sans FB Demi" w:eastAsia="Times New Roman" w:hAnsi="Berlin Sans FB Demi" w:cs="Arial"/>
              <w:b/>
              <w:sz w:val="12"/>
              <w:szCs w:val="12"/>
              <w:lang w:val="es-CO" w:eastAsia="es-ES"/>
            </w:rPr>
            <w:fldChar w:fldCharType="end"/>
          </w:r>
        </w:p>
      </w:tc>
      <w:tc>
        <w:tcPr>
          <w:tcW w:w="1224" w:type="pct"/>
          <w:vMerge/>
          <w:tcBorders>
            <w:left w:val="thickThinLargeGap" w:sz="24" w:space="0" w:color="auto"/>
            <w:bottom w:val="thickThinLargeGap" w:sz="24" w:space="0" w:color="auto"/>
            <w:right w:val="thickThinLargeGap" w:sz="24" w:space="0" w:color="auto"/>
          </w:tcBorders>
        </w:tcPr>
        <w:p w14:paraId="3D5BAB04" w14:textId="77777777" w:rsidR="000C4036" w:rsidRPr="000C4036" w:rsidRDefault="000C4036" w:rsidP="000C4036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eastAsia="Times New Roman" w:cs="Arial"/>
              <w:sz w:val="12"/>
              <w:szCs w:val="16"/>
              <w:lang w:val="es-CO" w:eastAsia="es-ES"/>
            </w:rPr>
          </w:pPr>
        </w:p>
      </w:tc>
    </w:tr>
  </w:tbl>
  <w:p w14:paraId="33146B90" w14:textId="77777777" w:rsidR="000C4036" w:rsidRDefault="000C40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0EA354F"/>
    <w:multiLevelType w:val="hybridMultilevel"/>
    <w:tmpl w:val="5BC64A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3F6C1D"/>
    <w:multiLevelType w:val="hybridMultilevel"/>
    <w:tmpl w:val="B26665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326294">
    <w:abstractNumId w:val="8"/>
  </w:num>
  <w:num w:numId="2" w16cid:durableId="1633709946">
    <w:abstractNumId w:val="6"/>
  </w:num>
  <w:num w:numId="3" w16cid:durableId="519857695">
    <w:abstractNumId w:val="5"/>
  </w:num>
  <w:num w:numId="4" w16cid:durableId="1988897337">
    <w:abstractNumId w:val="4"/>
  </w:num>
  <w:num w:numId="5" w16cid:durableId="716658525">
    <w:abstractNumId w:val="7"/>
  </w:num>
  <w:num w:numId="6" w16cid:durableId="912860510">
    <w:abstractNumId w:val="3"/>
  </w:num>
  <w:num w:numId="7" w16cid:durableId="262111214">
    <w:abstractNumId w:val="2"/>
  </w:num>
  <w:num w:numId="8" w16cid:durableId="994650929">
    <w:abstractNumId w:val="1"/>
  </w:num>
  <w:num w:numId="9" w16cid:durableId="1513958424">
    <w:abstractNumId w:val="0"/>
  </w:num>
  <w:num w:numId="10" w16cid:durableId="1662418708">
    <w:abstractNumId w:val="10"/>
  </w:num>
  <w:num w:numId="11" w16cid:durableId="1450997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4036"/>
    <w:rsid w:val="0015074B"/>
    <w:rsid w:val="0029639D"/>
    <w:rsid w:val="00296E86"/>
    <w:rsid w:val="002F2756"/>
    <w:rsid w:val="00326F90"/>
    <w:rsid w:val="003573B4"/>
    <w:rsid w:val="003A05C9"/>
    <w:rsid w:val="00623403"/>
    <w:rsid w:val="008406C7"/>
    <w:rsid w:val="008650A0"/>
    <w:rsid w:val="00874CB5"/>
    <w:rsid w:val="00AA1D8D"/>
    <w:rsid w:val="00B32E01"/>
    <w:rsid w:val="00B47730"/>
    <w:rsid w:val="00B80B0D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AE848CD8-FC4F-4333-8ACF-60A65DB71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palmar-santander.gov.co" TargetMode="External"/><Relationship Id="rId1" Type="http://schemas.openxmlformats.org/officeDocument/2006/relationships/hyperlink" Target="mailto:alcaldia@palmar-santande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6</cp:revision>
  <dcterms:created xsi:type="dcterms:W3CDTF">2013-12-23T23:15:00Z</dcterms:created>
  <dcterms:modified xsi:type="dcterms:W3CDTF">2026-09-16T16:33:00Z</dcterms:modified>
  <cp:category/>
</cp:coreProperties>
</file>