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1CF3F" w14:textId="345AB9A4" w:rsidR="00CE7AF5" w:rsidRPr="003C2796" w:rsidRDefault="00336700" w:rsidP="00D04539">
      <w:pPr>
        <w:pStyle w:val="Ttulo2"/>
        <w:jc w:val="center"/>
        <w:rPr>
          <w:rFonts w:ascii="Arial" w:hAnsi="Arial" w:cs="Arial"/>
          <w:color w:val="auto"/>
          <w:sz w:val="20"/>
          <w:szCs w:val="20"/>
          <w:lang w:val="es-CO"/>
        </w:rPr>
      </w:pPr>
      <w:r w:rsidRPr="003C2796">
        <w:rPr>
          <w:rFonts w:ascii="Arial" w:hAnsi="Arial" w:cs="Arial"/>
          <w:color w:val="auto"/>
          <w:sz w:val="20"/>
          <w:szCs w:val="20"/>
          <w:lang w:val="es-CO"/>
        </w:rPr>
        <w:t>AUTORIZACIÓN EXPRESA PARA EL TRATAMIENTO DE DATOS PERSONALES</w:t>
      </w:r>
    </w:p>
    <w:p w14:paraId="3AD87C01" w14:textId="77777777" w:rsidR="00CE7AF5" w:rsidRPr="003C2796" w:rsidRDefault="00336700" w:rsidP="004A13D3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3C2796">
        <w:rPr>
          <w:rFonts w:ascii="Arial" w:hAnsi="Arial" w:cs="Arial"/>
          <w:sz w:val="20"/>
          <w:szCs w:val="20"/>
          <w:lang w:val="es-CO"/>
        </w:rPr>
        <w:t>(Ley 1581 de 2012 y normativa complementaria)</w:t>
      </w:r>
    </w:p>
    <w:p w14:paraId="1FECC76D" w14:textId="2049B05A" w:rsidR="00FC38A2" w:rsidRPr="003C2796" w:rsidRDefault="00336700" w:rsidP="00FC38A2">
      <w:pPr>
        <w:pStyle w:val="Ttulo3"/>
        <w:rPr>
          <w:rFonts w:ascii="Arial" w:hAnsi="Arial" w:cs="Arial"/>
          <w:color w:val="auto"/>
          <w:sz w:val="20"/>
          <w:szCs w:val="20"/>
          <w:lang w:val="es-CO"/>
        </w:rPr>
      </w:pPr>
      <w:r w:rsidRPr="003C2796">
        <w:rPr>
          <w:rFonts w:ascii="Arial" w:hAnsi="Arial" w:cs="Arial"/>
          <w:sz w:val="20"/>
          <w:szCs w:val="20"/>
          <w:lang w:val="es-CO"/>
        </w:rPr>
        <w:br/>
      </w:r>
      <w:r w:rsidR="00FC38A2" w:rsidRPr="003C2796">
        <w:rPr>
          <w:rFonts w:ascii="Arial" w:hAnsi="Arial" w:cs="Arial"/>
          <w:color w:val="auto"/>
          <w:sz w:val="20"/>
          <w:szCs w:val="20"/>
          <w:lang w:val="es-CO"/>
        </w:rPr>
        <w:t>1. AUTORIZACIÓN GENERAL</w:t>
      </w:r>
    </w:p>
    <w:p w14:paraId="1BDD9672" w14:textId="77777777" w:rsidR="001A2F16" w:rsidRDefault="001A2F16" w:rsidP="00550319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78448998" w14:textId="17C5D734" w:rsidR="00550319" w:rsidRPr="00F032E9" w:rsidRDefault="00550319" w:rsidP="00550319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 xml:space="preserve">Autorizo de manera libre, previa, expresa, informada e inequívoca a la Secretaría General de la Alcaldía Mayor de Bogotá para realizar el tratamiento de mis datos personales conforme a las finalidades definidas en la Política General para el Tratamiento de Datos Personales de la entidad, disponible en su sitio web institucional. </w:t>
      </w:r>
    </w:p>
    <w:p w14:paraId="043C0154" w14:textId="2760B52E" w:rsidR="00550319" w:rsidRDefault="00550319" w:rsidP="00550319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 xml:space="preserve">Estas finalidades incluyen, entre otras, las relacionadas con el cumplimiento de obligaciones legales y contractuales, la gestión administrativa, el control de accesos físicos y digitales, la seguridad de la información, el desarrollo de actividades institucionales, así como la atención de requerimientos de autoridades competentes. </w:t>
      </w:r>
    </w:p>
    <w:p w14:paraId="47743BF1" w14:textId="77777777" w:rsidR="001A2F16" w:rsidRDefault="001A2F16" w:rsidP="00550319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37CAB0D4" w14:textId="1363AF06" w:rsidR="00CE7AF5" w:rsidRPr="003C2796" w:rsidRDefault="00336700" w:rsidP="00550319">
      <w:pPr>
        <w:pStyle w:val="Ttulo3"/>
        <w:rPr>
          <w:rFonts w:ascii="Arial" w:hAnsi="Arial" w:cs="Arial"/>
          <w:color w:val="auto"/>
          <w:sz w:val="20"/>
          <w:szCs w:val="20"/>
          <w:lang w:val="es-CO"/>
        </w:rPr>
      </w:pPr>
      <w:r w:rsidRPr="003C2796">
        <w:rPr>
          <w:rFonts w:ascii="Arial" w:hAnsi="Arial" w:cs="Arial"/>
          <w:color w:val="auto"/>
          <w:sz w:val="20"/>
          <w:szCs w:val="20"/>
          <w:lang w:val="es-CO"/>
        </w:rPr>
        <w:t>2. DECLARACIONES DEL TITULAR</w:t>
      </w:r>
    </w:p>
    <w:p w14:paraId="2986D68A" w14:textId="5F2BB151" w:rsidR="00550319" w:rsidRPr="00F032E9" w:rsidRDefault="00336700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3C2796">
        <w:rPr>
          <w:rFonts w:ascii="Arial" w:hAnsi="Arial" w:cs="Arial"/>
          <w:sz w:val="20"/>
          <w:szCs w:val="20"/>
          <w:lang w:val="es-CO"/>
        </w:rPr>
        <w:br/>
      </w:r>
      <w:r w:rsidR="00550319" w:rsidRPr="00F032E9">
        <w:rPr>
          <w:rFonts w:ascii="Arial" w:hAnsi="Arial" w:cs="Arial"/>
          <w:sz w:val="20"/>
          <w:szCs w:val="20"/>
          <w:lang w:val="es-CO"/>
        </w:rPr>
        <w:t>Declaro que he sido informado(a) sobre mis derechos como titular sobre:</w:t>
      </w:r>
    </w:p>
    <w:p w14:paraId="4AFAAC10" w14:textId="77777777" w:rsidR="00F65224" w:rsidRDefault="00336700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- Mis derechos como titular de datos incluyen conocer, actualizar, rectificar, suprimir mis datos y revocar esta autorización.</w:t>
      </w:r>
    </w:p>
    <w:p w14:paraId="2440D456" w14:textId="77777777" w:rsidR="00F65224" w:rsidRDefault="00336700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- En caso de tratamiento de datos sensibles (por ejemplo, biométricos), tengo derecho a no responder ni entregar dicha información.</w:t>
      </w:r>
    </w:p>
    <w:p w14:paraId="0B9245B9" w14:textId="77777777" w:rsidR="00F65224" w:rsidRDefault="00336700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- Para ejercer mis derechos puedo acudir a los canales de atención establecidos por la Secretaría General en su sitio web oficial.</w:t>
      </w:r>
    </w:p>
    <w:p w14:paraId="32636A5B" w14:textId="77777777" w:rsidR="00F65224" w:rsidRDefault="00336700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- La Secretaría General garantiza la confidencialidad, integridad y seguridad de la información suministrada.</w:t>
      </w:r>
    </w:p>
    <w:p w14:paraId="2587511E" w14:textId="6BBC505A" w:rsidR="00F65224" w:rsidRDefault="00336700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 xml:space="preserve">- La información será conservada mientras se mantenga la relación </w:t>
      </w:r>
      <w:r w:rsidR="00902C7E" w:rsidRPr="00F032E9">
        <w:rPr>
          <w:rFonts w:ascii="Arial" w:hAnsi="Arial" w:cs="Arial"/>
          <w:sz w:val="20"/>
          <w:szCs w:val="20"/>
          <w:lang w:val="es-CO"/>
        </w:rPr>
        <w:t xml:space="preserve">laboral y/o </w:t>
      </w:r>
      <w:r w:rsidRPr="00F032E9">
        <w:rPr>
          <w:rFonts w:ascii="Arial" w:hAnsi="Arial" w:cs="Arial"/>
          <w:sz w:val="20"/>
          <w:szCs w:val="20"/>
          <w:lang w:val="es-CO"/>
        </w:rPr>
        <w:t>contractual con el Titular de la información o mientras no se solicite su supresión por el interesado, y siempre que no exista un deber legal de conservarlos.</w:t>
      </w:r>
    </w:p>
    <w:p w14:paraId="3423D3D3" w14:textId="67FDA418" w:rsidR="00550319" w:rsidRDefault="00550319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Por otra parte, entiendo que el tratamiento se realizará conforme a lo previsto en la Ley 1581 de 2012 y demás normas vigentes sobre protección de datos personales</w:t>
      </w:r>
      <w:r w:rsidR="00CF5418" w:rsidRPr="00F032E9">
        <w:rPr>
          <w:rFonts w:ascii="Arial" w:hAnsi="Arial" w:cs="Arial"/>
          <w:sz w:val="20"/>
          <w:szCs w:val="20"/>
          <w:lang w:val="es-CO"/>
        </w:rPr>
        <w:t>.</w:t>
      </w:r>
    </w:p>
    <w:p w14:paraId="088D14B9" w14:textId="77777777" w:rsidR="00033C8B" w:rsidRPr="00F032E9" w:rsidRDefault="00033C8B" w:rsidP="00F65224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5881608B" w14:textId="29F196F3" w:rsidR="00CE7AF5" w:rsidRPr="00571270" w:rsidRDefault="00184C57">
      <w:pPr>
        <w:pStyle w:val="Ttulo3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3</w:t>
      </w:r>
      <w:r w:rsidR="00336700" w:rsidRPr="00571270">
        <w:rPr>
          <w:rFonts w:ascii="Arial" w:hAnsi="Arial" w:cs="Arial"/>
          <w:color w:val="auto"/>
          <w:sz w:val="20"/>
          <w:szCs w:val="20"/>
        </w:rPr>
        <w:t>. DATOS DEL TITULAR</w:t>
      </w:r>
      <w:r w:rsidR="00AF3C7A">
        <w:rPr>
          <w:rFonts w:ascii="Arial" w:hAnsi="Arial" w:cs="Arial"/>
          <w:color w:val="auto"/>
          <w:sz w:val="20"/>
          <w:szCs w:val="20"/>
        </w:rPr>
        <w:t xml:space="preserve"> – PERSONA NATURAL </w:t>
      </w:r>
    </w:p>
    <w:p w14:paraId="2C09954C" w14:textId="77777777" w:rsidR="00184C57" w:rsidRDefault="00336700">
      <w:pPr>
        <w:rPr>
          <w:rFonts w:ascii="Arial" w:hAnsi="Arial" w:cs="Arial"/>
          <w:sz w:val="20"/>
          <w:szCs w:val="20"/>
          <w:lang w:val="es-CO"/>
        </w:rPr>
      </w:pPr>
      <w:r w:rsidRPr="003C2796">
        <w:rPr>
          <w:rFonts w:ascii="Arial" w:hAnsi="Arial" w:cs="Arial"/>
          <w:sz w:val="20"/>
          <w:szCs w:val="20"/>
          <w:lang w:val="es-CO"/>
        </w:rPr>
        <w:br/>
      </w:r>
      <w:r w:rsidRPr="00F032E9">
        <w:rPr>
          <w:rFonts w:ascii="Arial" w:hAnsi="Arial" w:cs="Arial"/>
          <w:sz w:val="20"/>
          <w:szCs w:val="20"/>
          <w:lang w:val="es-CO"/>
        </w:rPr>
        <w:t>Nombre completo: _________________________________________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 xml:space="preserve">Tipo de documento: </w:t>
      </w:r>
      <w:proofErr w:type="gramStart"/>
      <w:r w:rsidRPr="00F032E9">
        <w:rPr>
          <w:rFonts w:ascii="Arial" w:hAnsi="Arial" w:cs="Arial"/>
          <w:sz w:val="20"/>
          <w:szCs w:val="20"/>
          <w:lang w:val="es-CO"/>
        </w:rPr>
        <w:t>[</w:t>
      </w:r>
      <w:r w:rsidR="00665CB9" w:rsidRPr="00F032E9">
        <w:rPr>
          <w:rFonts w:ascii="Arial" w:hAnsi="Arial" w:cs="Arial"/>
          <w:sz w:val="20"/>
          <w:szCs w:val="20"/>
          <w:lang w:val="es-CO"/>
        </w:rPr>
        <w:t xml:space="preserve"> </w:t>
      </w:r>
      <w:r w:rsidRPr="00F032E9">
        <w:rPr>
          <w:rFonts w:ascii="Arial" w:hAnsi="Arial" w:cs="Arial"/>
          <w:sz w:val="20"/>
          <w:szCs w:val="20"/>
          <w:lang w:val="es-CO"/>
        </w:rPr>
        <w:t xml:space="preserve"> ]</w:t>
      </w:r>
      <w:proofErr w:type="gramEnd"/>
      <w:r w:rsidRPr="00F032E9">
        <w:rPr>
          <w:rFonts w:ascii="Arial" w:hAnsi="Arial" w:cs="Arial"/>
          <w:sz w:val="20"/>
          <w:szCs w:val="20"/>
          <w:lang w:val="es-CO"/>
        </w:rPr>
        <w:t xml:space="preserve"> C.C. </w:t>
      </w:r>
      <w:proofErr w:type="gramStart"/>
      <w:r w:rsidRPr="00F032E9">
        <w:rPr>
          <w:rFonts w:ascii="Arial" w:hAnsi="Arial" w:cs="Arial"/>
          <w:sz w:val="20"/>
          <w:szCs w:val="20"/>
          <w:lang w:val="es-CO"/>
        </w:rPr>
        <w:t>[</w:t>
      </w:r>
      <w:r w:rsidR="00665CB9" w:rsidRPr="00F032E9">
        <w:rPr>
          <w:rFonts w:ascii="Arial" w:hAnsi="Arial" w:cs="Arial"/>
          <w:sz w:val="20"/>
          <w:szCs w:val="20"/>
          <w:lang w:val="es-CO"/>
        </w:rPr>
        <w:t xml:space="preserve"> </w:t>
      </w:r>
      <w:r w:rsidRPr="00F032E9">
        <w:rPr>
          <w:rFonts w:ascii="Arial" w:hAnsi="Arial" w:cs="Arial"/>
          <w:sz w:val="20"/>
          <w:szCs w:val="20"/>
          <w:lang w:val="es-CO"/>
        </w:rPr>
        <w:t xml:space="preserve"> ]</w:t>
      </w:r>
      <w:proofErr w:type="gramEnd"/>
      <w:r w:rsidRPr="00F032E9">
        <w:rPr>
          <w:rFonts w:ascii="Arial" w:hAnsi="Arial" w:cs="Arial"/>
          <w:sz w:val="20"/>
          <w:szCs w:val="20"/>
          <w:lang w:val="es-CO"/>
        </w:rPr>
        <w:t xml:space="preserve"> C.E. </w:t>
      </w:r>
      <w:proofErr w:type="gramStart"/>
      <w:r w:rsidRPr="00F032E9">
        <w:rPr>
          <w:rFonts w:ascii="Arial" w:hAnsi="Arial" w:cs="Arial"/>
          <w:sz w:val="20"/>
          <w:szCs w:val="20"/>
          <w:lang w:val="es-CO"/>
        </w:rPr>
        <w:t>[</w:t>
      </w:r>
      <w:r w:rsidR="00665CB9" w:rsidRPr="00F032E9">
        <w:rPr>
          <w:rFonts w:ascii="Arial" w:hAnsi="Arial" w:cs="Arial"/>
          <w:sz w:val="20"/>
          <w:szCs w:val="20"/>
          <w:lang w:val="es-CO"/>
        </w:rPr>
        <w:t xml:space="preserve"> </w:t>
      </w:r>
      <w:r w:rsidRPr="00F032E9">
        <w:rPr>
          <w:rFonts w:ascii="Arial" w:hAnsi="Arial" w:cs="Arial"/>
          <w:sz w:val="20"/>
          <w:szCs w:val="20"/>
          <w:lang w:val="es-CO"/>
        </w:rPr>
        <w:t xml:space="preserve"> ]</w:t>
      </w:r>
      <w:proofErr w:type="gramEnd"/>
      <w:r w:rsidRPr="00F032E9">
        <w:rPr>
          <w:rFonts w:ascii="Arial" w:hAnsi="Arial" w:cs="Arial"/>
          <w:sz w:val="20"/>
          <w:szCs w:val="20"/>
          <w:lang w:val="es-CO"/>
        </w:rPr>
        <w:t xml:space="preserve"> Otro: 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</w:r>
      <w:r w:rsidRPr="00F032E9">
        <w:rPr>
          <w:rFonts w:ascii="Arial" w:hAnsi="Arial" w:cs="Arial"/>
          <w:sz w:val="20"/>
          <w:szCs w:val="20"/>
          <w:lang w:val="es-CO"/>
        </w:rPr>
        <w:lastRenderedPageBreak/>
        <w:t>Número</w:t>
      </w:r>
      <w:r w:rsidR="00184C57" w:rsidRPr="00F032E9">
        <w:rPr>
          <w:rFonts w:ascii="Arial" w:hAnsi="Arial" w:cs="Arial"/>
          <w:sz w:val="20"/>
          <w:szCs w:val="20"/>
          <w:lang w:val="es-CO"/>
        </w:rPr>
        <w:t xml:space="preserve"> de documento</w:t>
      </w:r>
      <w:r w:rsidRPr="00F032E9">
        <w:rPr>
          <w:rFonts w:ascii="Arial" w:hAnsi="Arial" w:cs="Arial"/>
          <w:sz w:val="20"/>
          <w:szCs w:val="20"/>
          <w:lang w:val="es-CO"/>
        </w:rPr>
        <w:t>: 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Correo electrónico: _______________________________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Teléfono de contacto: _____________________________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</w:r>
    </w:p>
    <w:p w14:paraId="48C20109" w14:textId="443AEF7B" w:rsidR="00AF3C7A" w:rsidRPr="003C2796" w:rsidRDefault="00AF3C7A" w:rsidP="00AF3C7A">
      <w:pPr>
        <w:pStyle w:val="Ttulo3"/>
        <w:rPr>
          <w:rFonts w:ascii="Arial" w:hAnsi="Arial" w:cs="Arial"/>
          <w:color w:val="auto"/>
          <w:sz w:val="20"/>
          <w:szCs w:val="20"/>
          <w:lang w:val="es-CO"/>
        </w:rPr>
      </w:pPr>
      <w:r w:rsidRPr="003C2796">
        <w:rPr>
          <w:rFonts w:ascii="Arial" w:hAnsi="Arial" w:cs="Arial"/>
          <w:color w:val="auto"/>
          <w:sz w:val="20"/>
          <w:szCs w:val="20"/>
          <w:lang w:val="es-CO"/>
        </w:rPr>
        <w:t>DATOS DEL TITULAR – PERSONA JURÍDICA</w:t>
      </w:r>
    </w:p>
    <w:p w14:paraId="3760AFB1" w14:textId="57B70BF7" w:rsidR="00AF3C7A" w:rsidRDefault="00AF3C7A" w:rsidP="00AF3C7A">
      <w:pPr>
        <w:rPr>
          <w:rFonts w:ascii="Arial" w:hAnsi="Arial" w:cs="Arial"/>
          <w:sz w:val="20"/>
          <w:szCs w:val="20"/>
          <w:lang w:val="es-CO"/>
        </w:rPr>
      </w:pPr>
      <w:r w:rsidRPr="003C2796">
        <w:rPr>
          <w:rFonts w:ascii="Arial" w:hAnsi="Arial" w:cs="Arial"/>
          <w:sz w:val="20"/>
          <w:szCs w:val="20"/>
          <w:lang w:val="es-CO"/>
        </w:rPr>
        <w:br/>
      </w:r>
      <w:r>
        <w:rPr>
          <w:rFonts w:ascii="Arial" w:hAnsi="Arial" w:cs="Arial"/>
          <w:sz w:val="20"/>
          <w:szCs w:val="20"/>
          <w:lang w:val="es-CO"/>
        </w:rPr>
        <w:t>Nombre del Contratista:</w:t>
      </w:r>
    </w:p>
    <w:p w14:paraId="76E910C4" w14:textId="76DA7FAB" w:rsidR="00AF3C7A" w:rsidRDefault="00AF3C7A" w:rsidP="00AF3C7A">
      <w:pPr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Nombre completo</w:t>
      </w:r>
      <w:r>
        <w:rPr>
          <w:rFonts w:ascii="Arial" w:hAnsi="Arial" w:cs="Arial"/>
          <w:sz w:val="20"/>
          <w:szCs w:val="20"/>
          <w:lang w:val="es-CO"/>
        </w:rPr>
        <w:t xml:space="preserve"> del Representante Legal</w:t>
      </w:r>
      <w:r w:rsidRPr="00F032E9">
        <w:rPr>
          <w:rFonts w:ascii="Arial" w:hAnsi="Arial" w:cs="Arial"/>
          <w:sz w:val="20"/>
          <w:szCs w:val="20"/>
          <w:lang w:val="es-CO"/>
        </w:rPr>
        <w:t>: 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 xml:space="preserve">Tipo de documento: </w:t>
      </w:r>
      <w:proofErr w:type="gramStart"/>
      <w:r w:rsidRPr="00F032E9">
        <w:rPr>
          <w:rFonts w:ascii="Arial" w:hAnsi="Arial" w:cs="Arial"/>
          <w:sz w:val="20"/>
          <w:szCs w:val="20"/>
          <w:lang w:val="es-CO"/>
        </w:rPr>
        <w:t>[  ]</w:t>
      </w:r>
      <w:proofErr w:type="gramEnd"/>
      <w:r w:rsidRPr="00F032E9">
        <w:rPr>
          <w:rFonts w:ascii="Arial" w:hAnsi="Arial" w:cs="Arial"/>
          <w:sz w:val="20"/>
          <w:szCs w:val="20"/>
          <w:lang w:val="es-CO"/>
        </w:rPr>
        <w:t xml:space="preserve"> C.C. </w:t>
      </w:r>
      <w:proofErr w:type="gramStart"/>
      <w:r w:rsidRPr="00F032E9">
        <w:rPr>
          <w:rFonts w:ascii="Arial" w:hAnsi="Arial" w:cs="Arial"/>
          <w:sz w:val="20"/>
          <w:szCs w:val="20"/>
          <w:lang w:val="es-CO"/>
        </w:rPr>
        <w:t>[  ]</w:t>
      </w:r>
      <w:proofErr w:type="gramEnd"/>
      <w:r w:rsidRPr="00F032E9">
        <w:rPr>
          <w:rFonts w:ascii="Arial" w:hAnsi="Arial" w:cs="Arial"/>
          <w:sz w:val="20"/>
          <w:szCs w:val="20"/>
          <w:lang w:val="es-CO"/>
        </w:rPr>
        <w:t xml:space="preserve"> C.E. </w:t>
      </w:r>
      <w:proofErr w:type="gramStart"/>
      <w:r w:rsidRPr="00F032E9">
        <w:rPr>
          <w:rFonts w:ascii="Arial" w:hAnsi="Arial" w:cs="Arial"/>
          <w:sz w:val="20"/>
          <w:szCs w:val="20"/>
          <w:lang w:val="es-CO"/>
        </w:rPr>
        <w:t>[  ]</w:t>
      </w:r>
      <w:proofErr w:type="gramEnd"/>
      <w:r w:rsidRPr="00F032E9">
        <w:rPr>
          <w:rFonts w:ascii="Arial" w:hAnsi="Arial" w:cs="Arial"/>
          <w:sz w:val="20"/>
          <w:szCs w:val="20"/>
          <w:lang w:val="es-CO"/>
        </w:rPr>
        <w:t xml:space="preserve"> Otro: 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Número de documento: 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Correo electrónico: _______________________________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Teléfono de contacto: _____________________________</w:t>
      </w:r>
    </w:p>
    <w:p w14:paraId="1399BF8C" w14:textId="77777777" w:rsidR="00AF3C7A" w:rsidRPr="00F032E9" w:rsidRDefault="00AF3C7A">
      <w:pPr>
        <w:rPr>
          <w:rFonts w:ascii="Arial" w:hAnsi="Arial" w:cs="Arial"/>
          <w:sz w:val="20"/>
          <w:szCs w:val="20"/>
          <w:lang w:val="es-CO"/>
        </w:rPr>
      </w:pPr>
    </w:p>
    <w:p w14:paraId="5C114400" w14:textId="35540E73" w:rsidR="00184C57" w:rsidRPr="003C2796" w:rsidRDefault="00184C57" w:rsidP="00184C57">
      <w:pPr>
        <w:pStyle w:val="Ttulo3"/>
        <w:rPr>
          <w:rFonts w:ascii="Arial" w:hAnsi="Arial" w:cs="Arial"/>
          <w:color w:val="auto"/>
          <w:sz w:val="20"/>
          <w:szCs w:val="20"/>
          <w:lang w:val="es-CO"/>
        </w:rPr>
      </w:pPr>
      <w:r w:rsidRPr="003C2796">
        <w:rPr>
          <w:rFonts w:ascii="Arial" w:hAnsi="Arial" w:cs="Arial"/>
          <w:color w:val="auto"/>
          <w:sz w:val="20"/>
          <w:szCs w:val="20"/>
          <w:lang w:val="es-CO"/>
        </w:rPr>
        <w:t>4. FIRMA Y FECHA</w:t>
      </w:r>
    </w:p>
    <w:p w14:paraId="51E577E3" w14:textId="77777777" w:rsidR="00336700" w:rsidRPr="003C2796" w:rsidRDefault="00336700" w:rsidP="00336700">
      <w:pPr>
        <w:rPr>
          <w:lang w:val="es-CO"/>
        </w:rPr>
      </w:pPr>
    </w:p>
    <w:p w14:paraId="7661A735" w14:textId="06B154DD" w:rsidR="00CE7AF5" w:rsidRPr="003C2796" w:rsidRDefault="00336700">
      <w:pPr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Firma: _________________________________________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Fecha: ________</w:t>
      </w:r>
      <w:r w:rsidRPr="003C2796">
        <w:rPr>
          <w:rFonts w:ascii="Arial" w:hAnsi="Arial" w:cs="Arial"/>
          <w:sz w:val="20"/>
          <w:szCs w:val="20"/>
          <w:lang w:val="es-CO"/>
        </w:rPr>
        <w:t xml:space="preserve"> de ________________ de 20____</w:t>
      </w:r>
      <w:r w:rsidRPr="003C2796">
        <w:rPr>
          <w:rFonts w:ascii="Arial" w:hAnsi="Arial" w:cs="Arial"/>
          <w:sz w:val="20"/>
          <w:szCs w:val="20"/>
          <w:lang w:val="es-CO"/>
        </w:rPr>
        <w:br/>
      </w:r>
    </w:p>
    <w:p w14:paraId="1B589FFB" w14:textId="4443C40D" w:rsidR="00CE7AF5" w:rsidRPr="003C2796" w:rsidRDefault="00CE7AF5">
      <w:pPr>
        <w:rPr>
          <w:rFonts w:ascii="Arial" w:hAnsi="Arial" w:cs="Arial"/>
          <w:sz w:val="20"/>
          <w:szCs w:val="20"/>
          <w:lang w:val="es-CO"/>
        </w:rPr>
      </w:pPr>
    </w:p>
    <w:sectPr w:rsidR="00CE7AF5" w:rsidRPr="003C2796" w:rsidSect="00280957">
      <w:headerReference w:type="default" r:id="rId11"/>
      <w:footerReference w:type="defaul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7BD5F" w14:textId="77777777" w:rsidR="00514272" w:rsidRDefault="00514272" w:rsidP="00D04539">
      <w:pPr>
        <w:spacing w:after="0" w:line="240" w:lineRule="auto"/>
      </w:pPr>
      <w:r>
        <w:separator/>
      </w:r>
    </w:p>
  </w:endnote>
  <w:endnote w:type="continuationSeparator" w:id="0">
    <w:p w14:paraId="096F076A" w14:textId="77777777" w:rsidR="00514272" w:rsidRDefault="00514272" w:rsidP="00D04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1BC4" w14:textId="0AC3B149" w:rsidR="00B40998" w:rsidRPr="00B40998" w:rsidRDefault="00280957" w:rsidP="00280957">
    <w:pPr>
      <w:pStyle w:val="Piedepgina"/>
      <w:jc w:val="center"/>
      <w:rPr>
        <w:lang w:val="es-CO"/>
      </w:rPr>
    </w:pPr>
    <w:r>
      <w:rPr>
        <w:noProof/>
        <w:lang w:val="es-CO"/>
      </w:rPr>
      <w:drawing>
        <wp:anchor distT="0" distB="0" distL="114300" distR="114300" simplePos="0" relativeHeight="251662336" behindDoc="0" locked="0" layoutInCell="1" allowOverlap="1" wp14:anchorId="1074F784" wp14:editId="1E61C2D0">
          <wp:simplePos x="0" y="0"/>
          <wp:positionH relativeFrom="margin">
            <wp:posOffset>-104775</wp:posOffset>
          </wp:positionH>
          <wp:positionV relativeFrom="paragraph">
            <wp:posOffset>-78740</wp:posOffset>
          </wp:positionV>
          <wp:extent cx="5486400" cy="761365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6400" cy="761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1BF4B64" w14:textId="5070AF23" w:rsidR="00B40998" w:rsidRDefault="00B40998">
    <w:pPr>
      <w:pStyle w:val="Piedepgina"/>
    </w:pPr>
  </w:p>
  <w:p w14:paraId="6BEF6DFA" w14:textId="04815021" w:rsidR="00B40998" w:rsidRDefault="00280957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 wp14:anchorId="6FEBA2F4" wp14:editId="244CE886">
              <wp:simplePos x="0" y="0"/>
              <wp:positionH relativeFrom="margin">
                <wp:align>center</wp:align>
              </wp:positionH>
              <wp:positionV relativeFrom="paragraph">
                <wp:posOffset>274320</wp:posOffset>
              </wp:positionV>
              <wp:extent cx="1714500" cy="23368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6072C3" w14:textId="4FB9BDE3" w:rsidR="00280957" w:rsidRPr="00F032E9" w:rsidRDefault="00280957" w:rsidP="0028095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bookmarkStart w:id="0" w:name="_Hlk211529444"/>
                          <w:r w:rsidRPr="00F03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4204000-FT-</w:t>
                          </w:r>
                          <w:bookmarkEnd w:id="0"/>
                          <w:r w:rsidR="00F032E9" w:rsidRPr="00F03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942</w:t>
                          </w:r>
                          <w:r w:rsidRPr="00F03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032E9">
                            <w:rPr>
                              <w:rFonts w:ascii="Arial" w:hAnsi="Arial" w:cs="Arial"/>
                              <w:sz w:val="16"/>
                              <w:szCs w:val="16"/>
                              <w:lang w:val="es-CO"/>
                            </w:rPr>
                            <w:t>Versión</w:t>
                          </w:r>
                          <w:r w:rsidRPr="00F03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0</w:t>
                          </w:r>
                          <w:r w:rsidR="007519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EBA2F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0;margin-top:21.6pt;width:135pt;height:18.4pt;z-index:2516597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" stroked="f">
              <v:textbox>
                <w:txbxContent>
                  <w:p w14:paraId="246072C3" w14:textId="4FB9BDE3" w:rsidR="00280957" w:rsidRPr="00F032E9" w:rsidRDefault="00280957" w:rsidP="00280957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bookmarkStart w:id="1" w:name="_Hlk211529444"/>
                    <w:r w:rsidRPr="00F032E9">
                      <w:rPr>
                        <w:rFonts w:ascii="Arial" w:hAnsi="Arial" w:cs="Arial"/>
                        <w:sz w:val="16"/>
                        <w:szCs w:val="16"/>
                      </w:rPr>
                      <w:t>4204000-FT-</w:t>
                    </w:r>
                    <w:bookmarkEnd w:id="1"/>
                    <w:r w:rsidR="00F032E9" w:rsidRPr="00F032E9">
                      <w:rPr>
                        <w:rFonts w:ascii="Arial" w:hAnsi="Arial" w:cs="Arial"/>
                        <w:sz w:val="16"/>
                        <w:szCs w:val="16"/>
                      </w:rPr>
                      <w:t>942</w:t>
                    </w:r>
                    <w:r w:rsidRPr="00F032E9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F032E9">
                      <w:rPr>
                        <w:rFonts w:ascii="Arial" w:hAnsi="Arial" w:cs="Arial"/>
                        <w:sz w:val="16"/>
                        <w:szCs w:val="16"/>
                        <w:lang w:val="es-CO"/>
                      </w:rPr>
                      <w:t>Versión</w:t>
                    </w:r>
                    <w:r w:rsidRPr="00F032E9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0</w:t>
                    </w:r>
                    <w:r w:rsidR="007519DD">
                      <w:rPr>
                        <w:rFonts w:ascii="Arial" w:hAnsi="Arial" w:cs="Arial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54D77" w14:textId="77777777" w:rsidR="00514272" w:rsidRDefault="00514272" w:rsidP="00D04539">
      <w:pPr>
        <w:spacing w:after="0" w:line="240" w:lineRule="auto"/>
      </w:pPr>
      <w:r>
        <w:separator/>
      </w:r>
    </w:p>
  </w:footnote>
  <w:footnote w:type="continuationSeparator" w:id="0">
    <w:p w14:paraId="66C5332D" w14:textId="77777777" w:rsidR="00514272" w:rsidRDefault="00514272" w:rsidP="00D04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878F3" w14:textId="36F62D79" w:rsidR="00D04539" w:rsidRPr="00D04539" w:rsidRDefault="00D04539" w:rsidP="00D04539">
    <w:pPr>
      <w:pStyle w:val="Encabezado"/>
      <w:jc w:val="center"/>
      <w:rPr>
        <w:lang w:val="es-CO"/>
      </w:rPr>
    </w:pPr>
    <w:r w:rsidRPr="00D04539">
      <w:rPr>
        <w:noProof/>
        <w:lang w:val="es-CO"/>
      </w:rPr>
      <w:drawing>
        <wp:inline distT="0" distB="0" distL="0" distR="0" wp14:anchorId="7D6D404B" wp14:editId="783D64EC">
          <wp:extent cx="1543050" cy="838614"/>
          <wp:effectExtent l="0" t="0" r="0" b="0"/>
          <wp:docPr id="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0714" cy="8482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C8CF3A" w14:textId="77777777" w:rsidR="00D04539" w:rsidRDefault="00D045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3D25654"/>
    <w:multiLevelType w:val="hybridMultilevel"/>
    <w:tmpl w:val="41361C7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23953413">
    <w:abstractNumId w:val="8"/>
  </w:num>
  <w:num w:numId="2" w16cid:durableId="1922447741">
    <w:abstractNumId w:val="6"/>
  </w:num>
  <w:num w:numId="3" w16cid:durableId="308676585">
    <w:abstractNumId w:val="5"/>
  </w:num>
  <w:num w:numId="4" w16cid:durableId="1357804775">
    <w:abstractNumId w:val="4"/>
  </w:num>
  <w:num w:numId="5" w16cid:durableId="280890715">
    <w:abstractNumId w:val="7"/>
  </w:num>
  <w:num w:numId="6" w16cid:durableId="153113250">
    <w:abstractNumId w:val="3"/>
  </w:num>
  <w:num w:numId="7" w16cid:durableId="110978281">
    <w:abstractNumId w:val="2"/>
  </w:num>
  <w:num w:numId="8" w16cid:durableId="1851988615">
    <w:abstractNumId w:val="1"/>
  </w:num>
  <w:num w:numId="9" w16cid:durableId="694578831">
    <w:abstractNumId w:val="0"/>
  </w:num>
  <w:num w:numId="10" w16cid:durableId="10803240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3C8B"/>
    <w:rsid w:val="00034616"/>
    <w:rsid w:val="000438EE"/>
    <w:rsid w:val="0006063C"/>
    <w:rsid w:val="00077D6F"/>
    <w:rsid w:val="0015074B"/>
    <w:rsid w:val="00184C57"/>
    <w:rsid w:val="001A2F16"/>
    <w:rsid w:val="001E0B9A"/>
    <w:rsid w:val="001F30AF"/>
    <w:rsid w:val="00213DBD"/>
    <w:rsid w:val="00280957"/>
    <w:rsid w:val="0029639D"/>
    <w:rsid w:val="002B60D9"/>
    <w:rsid w:val="00326F90"/>
    <w:rsid w:val="003354CE"/>
    <w:rsid w:val="00336700"/>
    <w:rsid w:val="00386717"/>
    <w:rsid w:val="003C2796"/>
    <w:rsid w:val="00447788"/>
    <w:rsid w:val="004A13D3"/>
    <w:rsid w:val="005075AE"/>
    <w:rsid w:val="00514272"/>
    <w:rsid w:val="00523EBE"/>
    <w:rsid w:val="00550319"/>
    <w:rsid w:val="00571270"/>
    <w:rsid w:val="00600CB0"/>
    <w:rsid w:val="006140D2"/>
    <w:rsid w:val="00665CB9"/>
    <w:rsid w:val="0067302E"/>
    <w:rsid w:val="006E535A"/>
    <w:rsid w:val="006F503B"/>
    <w:rsid w:val="007152A4"/>
    <w:rsid w:val="007519DD"/>
    <w:rsid w:val="00794D4A"/>
    <w:rsid w:val="00841598"/>
    <w:rsid w:val="00902C7E"/>
    <w:rsid w:val="00924239"/>
    <w:rsid w:val="009A6190"/>
    <w:rsid w:val="00A22401"/>
    <w:rsid w:val="00AA1D8D"/>
    <w:rsid w:val="00AF3C7A"/>
    <w:rsid w:val="00B40998"/>
    <w:rsid w:val="00B47730"/>
    <w:rsid w:val="00CB0664"/>
    <w:rsid w:val="00CE7AF5"/>
    <w:rsid w:val="00CF40F7"/>
    <w:rsid w:val="00CF5418"/>
    <w:rsid w:val="00D04539"/>
    <w:rsid w:val="00D10851"/>
    <w:rsid w:val="00D52259"/>
    <w:rsid w:val="00D72BD5"/>
    <w:rsid w:val="00DE35F6"/>
    <w:rsid w:val="00E46F7F"/>
    <w:rsid w:val="00E81DB0"/>
    <w:rsid w:val="00F032E9"/>
    <w:rsid w:val="00F65224"/>
    <w:rsid w:val="00FA4F68"/>
    <w:rsid w:val="00FC38A2"/>
    <w:rsid w:val="00FC693F"/>
    <w:rsid w:val="00FD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223F33"/>
  <w14:defaultImageDpi w14:val="300"/>
  <w15:docId w15:val="{978FA9D7-1E10-46BB-B409-D4F510FA4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D04539"/>
    <w:rPr>
      <w:rFonts w:ascii="Times New Roman" w:hAnsi="Times New Roman" w:cs="Times New Roman"/>
      <w:sz w:val="24"/>
      <w:szCs w:val="24"/>
    </w:rPr>
  </w:style>
  <w:style w:type="paragraph" w:styleId="Revisin">
    <w:name w:val="Revision"/>
    <w:hidden/>
    <w:uiPriority w:val="99"/>
    <w:semiHidden/>
    <w:rsid w:val="00AF3C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2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92147fd-ae8f-4d90-87d5-6118ca937616" xsi:nil="true"/>
    <Fecha xmlns="4c2e166a-d089-46aa-bd27-0dcb6bb0ddd3" xsi:nil="true"/>
    <lcf76f155ced4ddcb4097134ff3c332f xmlns="4c2e166a-d089-46aa-bd27-0dcb6bb0ddd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EEDBAEA9B263B41AD85BCF4C355495D" ma:contentTypeVersion="17" ma:contentTypeDescription="Crear nuevo documento." ma:contentTypeScope="" ma:versionID="1305fcfa6b69015328bb3db64dfe1853">
  <xsd:schema xmlns:xsd="http://www.w3.org/2001/XMLSchema" xmlns:xs="http://www.w3.org/2001/XMLSchema" xmlns:p="http://schemas.microsoft.com/office/2006/metadata/properties" xmlns:ns2="292147fd-ae8f-4d90-87d5-6118ca937616" xmlns:ns3="4c2e166a-d089-46aa-bd27-0dcb6bb0ddd3" targetNamespace="http://schemas.microsoft.com/office/2006/metadata/properties" ma:root="true" ma:fieldsID="057c11214b1f67a1efe6c51d6e31bdf5" ns2:_="" ns3:_="">
    <xsd:import namespace="292147fd-ae8f-4d90-87d5-6118ca937616"/>
    <xsd:import namespace="4c2e166a-d089-46aa-bd27-0dcb6bb0ddd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Fecha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2147fd-ae8f-4d90-87d5-6118ca93761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63e9f37-d19c-4929-800e-ce770d729ba3}" ma:internalName="TaxCatchAll" ma:showField="CatchAllData" ma:web="292147fd-ae8f-4d90-87d5-6118ca9376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e166a-d089-46aa-bd27-0dcb6bb0dd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Fecha" ma:index="22" nillable="true" ma:displayName="Fecha" ma:format="DateTime" ma:internalName="Fecha">
      <xsd:simpleType>
        <xsd:restriction base="dms:DateTim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3703410-DBC1-4DB5-B5DA-E851E859CC45}">
  <ds:schemaRefs>
    <ds:schemaRef ds:uri="http://schemas.microsoft.com/office/2006/metadata/properties"/>
    <ds:schemaRef ds:uri="http://schemas.microsoft.com/office/infopath/2007/PartnerControls"/>
    <ds:schemaRef ds:uri="292147fd-ae8f-4d90-87d5-6118ca937616"/>
    <ds:schemaRef ds:uri="4c2e166a-d089-46aa-bd27-0dcb6bb0ddd3"/>
  </ds:schemaRefs>
</ds:datastoreItem>
</file>

<file path=customXml/itemProps2.xml><?xml version="1.0" encoding="utf-8"?>
<ds:datastoreItem xmlns:ds="http://schemas.openxmlformats.org/officeDocument/2006/customXml" ds:itemID="{2BC4F0FD-2F85-4126-89E8-3CD3112145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6AD369-723A-4EF5-949E-C95F29BDD4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2147fd-ae8f-4d90-87d5-6118ca937616"/>
    <ds:schemaRef ds:uri="4c2e166a-d089-46aa-bd27-0dcb6bb0dd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396</Words>
  <Characters>2180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2571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Laura Marcela Olarte Gelvez</cp:lastModifiedBy>
  <cp:revision>7</cp:revision>
  <dcterms:created xsi:type="dcterms:W3CDTF">2025-10-16T23:13:00Z</dcterms:created>
  <dcterms:modified xsi:type="dcterms:W3CDTF">2026-09-16T23:20:00Z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1d363c2-bc6a-4ed6-a6e0-b9259d7e39c7_Enabled">
    <vt:lpwstr>true</vt:lpwstr>
  </property>
  <property fmtid="{D5CDD505-2E9C-101B-9397-08002B2CF9AE}" pid="3" name="MSIP_Label_61d363c2-bc6a-4ed6-a6e0-b9259d7e39c7_SetDate">
    <vt:lpwstr>2025-06-16T15:08:49Z</vt:lpwstr>
  </property>
  <property fmtid="{D5CDD505-2E9C-101B-9397-08002B2CF9AE}" pid="4" name="MSIP_Label_61d363c2-bc6a-4ed6-a6e0-b9259d7e39c7_Method">
    <vt:lpwstr>Privileged</vt:lpwstr>
  </property>
  <property fmtid="{D5CDD505-2E9C-101B-9397-08002B2CF9AE}" pid="5" name="MSIP_Label_61d363c2-bc6a-4ed6-a6e0-b9259d7e39c7_Name">
    <vt:lpwstr>InfoPublica</vt:lpwstr>
  </property>
  <property fmtid="{D5CDD505-2E9C-101B-9397-08002B2CF9AE}" pid="6" name="MSIP_Label_61d363c2-bc6a-4ed6-a6e0-b9259d7e39c7_SiteId">
    <vt:lpwstr>f351a7cb-f94a-4df0-9627-ae030ccef7c4</vt:lpwstr>
  </property>
  <property fmtid="{D5CDD505-2E9C-101B-9397-08002B2CF9AE}" pid="7" name="MSIP_Label_61d363c2-bc6a-4ed6-a6e0-b9259d7e39c7_ActionId">
    <vt:lpwstr>d669dff9-f28d-49c8-ab26-6dc73ecdb053</vt:lpwstr>
  </property>
  <property fmtid="{D5CDD505-2E9C-101B-9397-08002B2CF9AE}" pid="8" name="MSIP_Label_61d363c2-bc6a-4ed6-a6e0-b9259d7e39c7_ContentBits">
    <vt:lpwstr>0</vt:lpwstr>
  </property>
  <property fmtid="{D5CDD505-2E9C-101B-9397-08002B2CF9AE}" pid="9" name="MSIP_Label_61d363c2-bc6a-4ed6-a6e0-b9259d7e39c7_Tag">
    <vt:lpwstr>10, 0, 1, 1</vt:lpwstr>
  </property>
  <property fmtid="{D5CDD505-2E9C-101B-9397-08002B2CF9AE}" pid="10" name="ContentTypeId">
    <vt:lpwstr>0x0101009EEDBAEA9B263B41AD85BCF4C355495D</vt:lpwstr>
  </property>
  <property fmtid="{D5CDD505-2E9C-101B-9397-08002B2CF9AE}" pid="11" name="MediaServiceImageTags">
    <vt:lpwstr/>
  </property>
</Properties>
</file>