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jc w:val="center"/>
        <w:tblLayout w:type="fixed"/>
        <w:tblLook w:val="04A0" w:firstRow="1" w:lastRow="0" w:firstColumn="1" w:lastColumn="0" w:noHBand="0" w:noVBand="1"/>
      </w:tblPr>
      <w:tblGrid>
        <w:gridCol w:w="3168"/>
        <w:gridCol w:w="6192"/>
      </w:tblGrid>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ENTIDAD COMPRADORA:</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INSTITUTO NACIONAL PENITENCIARIO Y CARCELARIO – INPEC</w:t>
            </w:r>
            <w:r>
              <w:rPr>
                <w:color w:val="1E1E1E"/>
                <w:sz w:val="19"/>
              </w:rPr>
              <w:br/>
            </w:r>
            <w:proofErr w:type="spellStart"/>
            <w:r>
              <w:rPr>
                <w:color w:val="1E1E1E"/>
                <w:sz w:val="19"/>
              </w:rPr>
              <w:t>Complejo</w:t>
            </w:r>
            <w:proofErr w:type="spellEnd"/>
            <w:r>
              <w:rPr>
                <w:color w:val="1E1E1E"/>
                <w:sz w:val="19"/>
              </w:rPr>
              <w:t xml:space="preserve"> </w:t>
            </w:r>
            <w:proofErr w:type="spellStart"/>
            <w:r>
              <w:rPr>
                <w:color w:val="1E1E1E"/>
                <w:sz w:val="19"/>
              </w:rPr>
              <w:t>Carcelario</w:t>
            </w:r>
            <w:proofErr w:type="spellEnd"/>
            <w:r>
              <w:rPr>
                <w:color w:val="1E1E1E"/>
                <w:sz w:val="19"/>
              </w:rPr>
              <w:t xml:space="preserve"> y </w:t>
            </w:r>
            <w:proofErr w:type="spellStart"/>
            <w:r>
              <w:rPr>
                <w:color w:val="1E1E1E"/>
                <w:sz w:val="19"/>
              </w:rPr>
              <w:t>Penitenciario</w:t>
            </w:r>
            <w:proofErr w:type="spellEnd"/>
            <w:r>
              <w:rPr>
                <w:color w:val="1E1E1E"/>
                <w:sz w:val="19"/>
              </w:rPr>
              <w:t xml:space="preserve"> de </w:t>
            </w:r>
            <w:proofErr w:type="spellStart"/>
            <w:r>
              <w:rPr>
                <w:color w:val="1E1E1E"/>
                <w:sz w:val="19"/>
              </w:rPr>
              <w:t>Jamundí</w:t>
            </w:r>
            <w:proofErr w:type="spellEnd"/>
            <w:r>
              <w:rPr>
                <w:color w:val="1E1E1E"/>
                <w:sz w:val="19"/>
              </w:rPr>
              <w:t xml:space="preserve"> – COJAM (NIT 900577346-4)</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PROCESO / INSTRUMENTO:</w:t>
            </w:r>
          </w:p>
        </w:tc>
        <w:tc>
          <w:tcPr>
            <w:tcW w:w="6192" w:type="dxa"/>
            <w:shd w:val="clear" w:color="auto" w:fill="F2F2F2"/>
            <w:tcMar>
              <w:top w:w="80" w:type="dxa"/>
              <w:left w:w="120" w:type="dxa"/>
              <w:bottom w:w="80" w:type="dxa"/>
              <w:right w:w="120" w:type="dxa"/>
            </w:tcMar>
          </w:tcPr>
          <w:p w:rsidR="003302BA" w:rsidRDefault="00DA3584">
            <w:pPr>
              <w:spacing w:before="40" w:after="40"/>
            </w:pPr>
            <w:proofErr w:type="spellStart"/>
            <w:r>
              <w:rPr>
                <w:color w:val="1E1E1E"/>
                <w:sz w:val="19"/>
              </w:rPr>
              <w:t>Mínima</w:t>
            </w:r>
            <w:proofErr w:type="spellEnd"/>
            <w:r>
              <w:rPr>
                <w:color w:val="1E1E1E"/>
                <w:sz w:val="19"/>
              </w:rPr>
              <w:t xml:space="preserve"> </w:t>
            </w:r>
            <w:proofErr w:type="spellStart"/>
            <w:r>
              <w:rPr>
                <w:color w:val="1E1E1E"/>
                <w:sz w:val="19"/>
              </w:rPr>
              <w:t>Cuantía</w:t>
            </w:r>
            <w:proofErr w:type="spellEnd"/>
            <w:r>
              <w:rPr>
                <w:color w:val="1E1E1E"/>
                <w:sz w:val="19"/>
              </w:rPr>
              <w:t xml:space="preserve"> No. MC-INV-017</w:t>
            </w:r>
            <w:r w:rsidR="00F84DF2">
              <w:rPr>
                <w:color w:val="1E1E1E"/>
                <w:sz w:val="19"/>
              </w:rPr>
              <w:t xml:space="preserve"> DE 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PRESUPUESTO / REGISTRO:</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 xml:space="preserve">$22.884.000,00 M/CTE </w:t>
            </w:r>
            <w:r>
              <w:rPr>
                <w:color w:val="1E1E1E"/>
                <w:sz w:val="19"/>
              </w:rPr>
              <w:t>(</w:t>
            </w:r>
            <w:proofErr w:type="spellStart"/>
            <w:r>
              <w:rPr>
                <w:color w:val="1E1E1E"/>
                <w:sz w:val="19"/>
              </w:rPr>
              <w:t>Excluido</w:t>
            </w:r>
            <w:proofErr w:type="spellEnd"/>
            <w:r>
              <w:rPr>
                <w:color w:val="1E1E1E"/>
                <w:sz w:val="19"/>
              </w:rPr>
              <w:t xml:space="preserve"> de IVA) - CDP No. 8226 de 21/09/2026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DOCUMENTO VINCULANTE:</w:t>
            </w:r>
          </w:p>
        </w:tc>
        <w:tc>
          <w:tcPr>
            <w:tcW w:w="6192" w:type="dxa"/>
            <w:shd w:val="clear" w:color="auto" w:fill="F2F2F2"/>
            <w:tcMar>
              <w:top w:w="80" w:type="dxa"/>
              <w:left w:w="120" w:type="dxa"/>
              <w:bottom w:w="80" w:type="dxa"/>
              <w:right w:w="120" w:type="dxa"/>
            </w:tcMar>
          </w:tcPr>
          <w:p w:rsidR="003302BA" w:rsidRDefault="00F84DF2">
            <w:pPr>
              <w:spacing w:before="40" w:after="40"/>
            </w:pPr>
            <w:r>
              <w:rPr>
                <w:b/>
                <w:color w:val="002060"/>
                <w:sz w:val="19"/>
              </w:rPr>
              <w:t>ANEXO No. 1: CARTA DE PRESENTACIÓN DE LA PROPUESTA</w:t>
            </w:r>
          </w:p>
        </w:tc>
      </w:tr>
    </w:tbl>
    <w:p w:rsidR="003302BA" w:rsidRDefault="003302BA">
      <w:pPr>
        <w:spacing w:after="120"/>
      </w:pPr>
    </w:p>
    <w:p w:rsidR="003302BA" w:rsidRDefault="00F84DF2">
      <w:pPr>
        <w:spacing w:after="80"/>
      </w:pPr>
      <w:r>
        <w:t xml:space="preserve">Santiago de Cali / </w:t>
      </w:r>
      <w:proofErr w:type="spellStart"/>
      <w:r>
        <w:t>Jamundí</w:t>
      </w:r>
      <w:proofErr w:type="spellEnd"/>
      <w:r>
        <w:t xml:space="preserve">, </w:t>
      </w:r>
      <w:r>
        <w:rPr>
          <w:i/>
        </w:rPr>
        <w:t>(</w:t>
      </w:r>
      <w:proofErr w:type="spellStart"/>
      <w:r>
        <w:rPr>
          <w:i/>
        </w:rPr>
        <w:t>Fecha</w:t>
      </w:r>
      <w:proofErr w:type="spellEnd"/>
      <w:r>
        <w:rPr>
          <w:i/>
        </w:rPr>
        <w:t xml:space="preserve"> de </w:t>
      </w:r>
      <w:proofErr w:type="spellStart"/>
      <w:r>
        <w:rPr>
          <w:i/>
        </w:rPr>
        <w:t>presentación</w:t>
      </w:r>
      <w:proofErr w:type="spellEnd"/>
      <w:r>
        <w:rPr>
          <w:i/>
        </w:rPr>
        <w:t>)</w:t>
      </w:r>
    </w:p>
    <w:p w:rsidR="003302BA" w:rsidRDefault="00F84DF2">
      <w:pPr>
        <w:spacing w:after="80"/>
      </w:pPr>
      <w:proofErr w:type="spellStart"/>
      <w:r>
        <w:rPr>
          <w:b/>
        </w:rPr>
        <w:t>Señores</w:t>
      </w:r>
      <w:proofErr w:type="spellEnd"/>
      <w:r>
        <w:rPr>
          <w:b/>
        </w:rPr>
        <w:t>:</w:t>
      </w:r>
      <w:r>
        <w:rPr>
          <w:b/>
        </w:rPr>
        <w:br/>
        <w:t>INSTITUTO NACIONAL PENITENCIARIO Y CARCELARIO – INPEC</w:t>
      </w:r>
      <w:r>
        <w:rPr>
          <w:b/>
        </w:rPr>
        <w:br/>
        <w:t>COMPLEJO CARCELARI</w:t>
      </w:r>
      <w:r>
        <w:rPr>
          <w:b/>
        </w:rPr>
        <w:t>O Y PENITENCIARIO CON MEDIANA SEGURIDAD DE JAMUNDÍ – COJAM</w:t>
      </w:r>
      <w:r>
        <w:rPr>
          <w:b/>
        </w:rPr>
        <w:br/>
      </w:r>
      <w:r>
        <w:t xml:space="preserve">Km 2.7 </w:t>
      </w:r>
      <w:proofErr w:type="spellStart"/>
      <w:r>
        <w:t>Vía</w:t>
      </w:r>
      <w:proofErr w:type="spellEnd"/>
      <w:r>
        <w:t xml:space="preserve"> Bocas del Palo, </w:t>
      </w:r>
      <w:proofErr w:type="spellStart"/>
      <w:r>
        <w:t>Jamundí</w:t>
      </w:r>
      <w:proofErr w:type="spellEnd"/>
      <w:r>
        <w:t xml:space="preserve"> (Valle del Cauca)</w:t>
      </w:r>
      <w:r>
        <w:br/>
      </w:r>
      <w:r>
        <w:rPr>
          <w:b/>
        </w:rPr>
        <w:t xml:space="preserve">Ref.: </w:t>
      </w:r>
      <w:proofErr w:type="spellStart"/>
      <w:r>
        <w:t>Proceso</w:t>
      </w:r>
      <w:proofErr w:type="spellEnd"/>
      <w:r>
        <w:t xml:space="preserve"> de </w:t>
      </w:r>
      <w:proofErr w:type="spellStart"/>
      <w:r>
        <w:t>Selección</w:t>
      </w:r>
      <w:proofErr w:type="spellEnd"/>
      <w:r>
        <w:t xml:space="preserve"> </w:t>
      </w:r>
      <w:r w:rsidR="00DA3584">
        <w:t xml:space="preserve">de </w:t>
      </w:r>
      <w:proofErr w:type="spellStart"/>
      <w:r w:rsidR="00DA3584">
        <w:t>Mínima</w:t>
      </w:r>
      <w:proofErr w:type="spellEnd"/>
      <w:r w:rsidR="00DA3584">
        <w:t xml:space="preserve"> </w:t>
      </w:r>
      <w:proofErr w:type="spellStart"/>
      <w:r w:rsidR="00DA3584">
        <w:t>Cuantía</w:t>
      </w:r>
      <w:proofErr w:type="spellEnd"/>
      <w:r w:rsidR="00DA3584">
        <w:t xml:space="preserve"> No. MC-INV-017</w:t>
      </w:r>
      <w:r>
        <w:t xml:space="preserve"> DE 2026</w:t>
      </w:r>
    </w:p>
    <w:p w:rsidR="003302BA" w:rsidRDefault="00F84DF2">
      <w:pPr>
        <w:spacing w:before="120" w:after="120"/>
      </w:pPr>
      <w:r>
        <w:rPr>
          <w:b/>
        </w:rPr>
        <w:t>OBJETO CONTRACTUAL: ADQUISICIÓN DE ELEMENTOS DE SEGURIDAD INDUSTRIAL, DOTACI</w:t>
      </w:r>
      <w:r>
        <w:rPr>
          <w:b/>
        </w:rPr>
        <w:t>ÓN Y DEMÁS MATERIALES DE SUMINISTROS PARA EL PROYECTO COMERCIAL EXPENDIO Y LOS PROYECTOS PRODUCTIVOS DE PANADERÍA, ASADERO Y RECICLAJE DEL COJAM.</w:t>
      </w:r>
    </w:p>
    <w:p w:rsidR="003302BA" w:rsidRDefault="00F84DF2">
      <w:pPr>
        <w:spacing w:after="120"/>
      </w:pPr>
      <w:r>
        <w:t xml:space="preserve">El </w:t>
      </w:r>
      <w:proofErr w:type="spellStart"/>
      <w:r>
        <w:t>suscrito</w:t>
      </w:r>
      <w:proofErr w:type="spellEnd"/>
      <w:r>
        <w:t xml:space="preserve">, </w:t>
      </w:r>
      <w:proofErr w:type="spellStart"/>
      <w:r>
        <w:t>actuando</w:t>
      </w:r>
      <w:proofErr w:type="spellEnd"/>
      <w:r>
        <w:t xml:space="preserve"> </w:t>
      </w:r>
      <w:proofErr w:type="spellStart"/>
      <w:r>
        <w:t>en</w:t>
      </w:r>
      <w:proofErr w:type="spellEnd"/>
      <w:r>
        <w:t xml:space="preserve"> </w:t>
      </w:r>
      <w:proofErr w:type="spellStart"/>
      <w:r>
        <w:t>calidad</w:t>
      </w:r>
      <w:proofErr w:type="spellEnd"/>
      <w:r>
        <w:t xml:space="preserve"> de persona natural / </w:t>
      </w:r>
      <w:proofErr w:type="spellStart"/>
      <w:r>
        <w:t>Representante</w:t>
      </w:r>
      <w:proofErr w:type="spellEnd"/>
      <w:r>
        <w:t xml:space="preserve"> Legal de la </w:t>
      </w:r>
      <w:proofErr w:type="spellStart"/>
      <w:r>
        <w:t>sociedad</w:t>
      </w:r>
      <w:proofErr w:type="spellEnd"/>
      <w:r>
        <w:t xml:space="preserve"> </w:t>
      </w:r>
      <w:proofErr w:type="spellStart"/>
      <w:r>
        <w:t>proponente</w:t>
      </w:r>
      <w:proofErr w:type="spellEnd"/>
      <w:r>
        <w:t xml:space="preserve"> (o </w:t>
      </w:r>
      <w:proofErr w:type="spellStart"/>
      <w:r>
        <w:t>Estruct</w:t>
      </w:r>
      <w:r>
        <w:t>ura</w:t>
      </w:r>
      <w:proofErr w:type="spellEnd"/>
      <w:r>
        <w:t xml:space="preserve"> Plural </w:t>
      </w:r>
      <w:proofErr w:type="spellStart"/>
      <w:r>
        <w:t>Consorcio</w:t>
      </w:r>
      <w:proofErr w:type="spellEnd"/>
      <w:r>
        <w:t xml:space="preserve"> / Unión Temporal), de </w:t>
      </w:r>
      <w:proofErr w:type="spellStart"/>
      <w:r>
        <w:t>acuerdo</w:t>
      </w:r>
      <w:proofErr w:type="spellEnd"/>
      <w:r>
        <w:t xml:space="preserve"> con las </w:t>
      </w:r>
      <w:proofErr w:type="spellStart"/>
      <w:r>
        <w:t>condiciones</w:t>
      </w:r>
      <w:proofErr w:type="spellEnd"/>
      <w:r>
        <w:t xml:space="preserve"> y </w:t>
      </w:r>
      <w:proofErr w:type="spellStart"/>
      <w:r>
        <w:t>requisitos</w:t>
      </w:r>
      <w:proofErr w:type="spellEnd"/>
      <w:r>
        <w:t xml:space="preserve"> </w:t>
      </w:r>
      <w:proofErr w:type="spellStart"/>
      <w:r>
        <w:t>estipulados</w:t>
      </w:r>
      <w:proofErr w:type="spellEnd"/>
      <w:r>
        <w:t xml:space="preserve"> </w:t>
      </w:r>
      <w:proofErr w:type="spellStart"/>
      <w:r>
        <w:t>en</w:t>
      </w:r>
      <w:proofErr w:type="spellEnd"/>
      <w:r>
        <w:t xml:space="preserve"> </w:t>
      </w:r>
      <w:proofErr w:type="spellStart"/>
      <w:r>
        <w:t>los</w:t>
      </w:r>
      <w:proofErr w:type="spellEnd"/>
      <w:r>
        <w:t xml:space="preserve"> </w:t>
      </w:r>
      <w:proofErr w:type="spellStart"/>
      <w:r>
        <w:t>Documentos</w:t>
      </w:r>
      <w:proofErr w:type="spellEnd"/>
      <w:r>
        <w:t xml:space="preserve"> del </w:t>
      </w:r>
      <w:proofErr w:type="spellStart"/>
      <w:r>
        <w:t>Proceso</w:t>
      </w:r>
      <w:proofErr w:type="spellEnd"/>
      <w:r>
        <w:t xml:space="preserve"> de la </w:t>
      </w:r>
      <w:proofErr w:type="spellStart"/>
      <w:r>
        <w:t>referencia</w:t>
      </w:r>
      <w:proofErr w:type="spellEnd"/>
      <w:r>
        <w:t xml:space="preserve">, </w:t>
      </w:r>
      <w:proofErr w:type="spellStart"/>
      <w:r>
        <w:t>cordialmente</w:t>
      </w:r>
      <w:proofErr w:type="spellEnd"/>
      <w:r>
        <w:t xml:space="preserve"> me </w:t>
      </w:r>
      <w:proofErr w:type="spellStart"/>
      <w:r>
        <w:t>permito</w:t>
      </w:r>
      <w:proofErr w:type="spellEnd"/>
      <w:r>
        <w:t xml:space="preserve"> </w:t>
      </w:r>
      <w:proofErr w:type="spellStart"/>
      <w:r>
        <w:t>presentar</w:t>
      </w:r>
      <w:proofErr w:type="spellEnd"/>
      <w:r>
        <w:t xml:space="preserve"> </w:t>
      </w:r>
      <w:proofErr w:type="spellStart"/>
      <w:r>
        <w:t>propuesta</w:t>
      </w:r>
      <w:proofErr w:type="spellEnd"/>
      <w:r>
        <w:t xml:space="preserve"> formal para </w:t>
      </w:r>
      <w:proofErr w:type="spellStart"/>
      <w:r>
        <w:t>participar</w:t>
      </w:r>
      <w:proofErr w:type="spellEnd"/>
      <w:r>
        <w:t xml:space="preserve"> </w:t>
      </w:r>
      <w:proofErr w:type="spellStart"/>
      <w:r>
        <w:t>en</w:t>
      </w:r>
      <w:proofErr w:type="spellEnd"/>
      <w:r>
        <w:t xml:space="preserve"> la </w:t>
      </w:r>
      <w:proofErr w:type="spellStart"/>
      <w:r>
        <w:t>Invitación</w:t>
      </w:r>
      <w:proofErr w:type="spellEnd"/>
      <w:r>
        <w:t xml:space="preserve"> </w:t>
      </w:r>
      <w:proofErr w:type="spellStart"/>
      <w:r>
        <w:t>Pública</w:t>
      </w:r>
      <w:proofErr w:type="spellEnd"/>
      <w:r>
        <w:t xml:space="preserve"> de </w:t>
      </w:r>
      <w:proofErr w:type="spellStart"/>
      <w:r>
        <w:t>Mínima</w:t>
      </w:r>
      <w:proofErr w:type="spellEnd"/>
      <w:r>
        <w:t xml:space="preserve"> </w:t>
      </w:r>
      <w:proofErr w:type="spellStart"/>
      <w:r>
        <w:t>Cuantía</w:t>
      </w:r>
      <w:proofErr w:type="spellEnd"/>
      <w:r>
        <w:t xml:space="preserve"> No</w:t>
      </w:r>
      <w:r w:rsidR="00DA3584">
        <w:t>. MC-INV-017</w:t>
      </w:r>
      <w:r>
        <w:t xml:space="preserve"> DE 2026.</w:t>
      </w:r>
      <w:r>
        <w:br/>
      </w:r>
      <w:r>
        <w:br/>
      </w:r>
      <w:proofErr w:type="spellStart"/>
      <w:r>
        <w:t>En</w:t>
      </w:r>
      <w:proofErr w:type="spellEnd"/>
      <w:r>
        <w:t xml:space="preserve"> </w:t>
      </w:r>
      <w:proofErr w:type="spellStart"/>
      <w:r>
        <w:t>caso</w:t>
      </w:r>
      <w:proofErr w:type="spellEnd"/>
      <w:r>
        <w:t xml:space="preserve"> de que </w:t>
      </w:r>
      <w:proofErr w:type="spellStart"/>
      <w:r>
        <w:t>esa</w:t>
      </w:r>
      <w:proofErr w:type="spellEnd"/>
      <w:r>
        <w:t xml:space="preserve"> </w:t>
      </w:r>
      <w:proofErr w:type="spellStart"/>
      <w:r>
        <w:t>Entidad</w:t>
      </w:r>
      <w:proofErr w:type="spellEnd"/>
      <w:r>
        <w:t xml:space="preserve"> </w:t>
      </w:r>
      <w:proofErr w:type="spellStart"/>
      <w:r>
        <w:t>adjudique</w:t>
      </w:r>
      <w:proofErr w:type="spellEnd"/>
      <w:r>
        <w:t xml:space="preserve"> o </w:t>
      </w:r>
      <w:proofErr w:type="spellStart"/>
      <w:r>
        <w:t>acepte</w:t>
      </w:r>
      <w:proofErr w:type="spellEnd"/>
      <w:r>
        <w:t xml:space="preserve"> la </w:t>
      </w:r>
      <w:proofErr w:type="spellStart"/>
      <w:r>
        <w:t>presente</w:t>
      </w:r>
      <w:proofErr w:type="spellEnd"/>
      <w:r>
        <w:t xml:space="preserve"> </w:t>
      </w:r>
      <w:proofErr w:type="spellStart"/>
      <w:r>
        <w:t>propuesta</w:t>
      </w:r>
      <w:proofErr w:type="spellEnd"/>
      <w:r>
        <w:t xml:space="preserve">, me </w:t>
      </w:r>
      <w:proofErr w:type="spellStart"/>
      <w:r>
        <w:t>comprometo</w:t>
      </w:r>
      <w:proofErr w:type="spellEnd"/>
      <w:r>
        <w:t xml:space="preserve"> a </w:t>
      </w:r>
      <w:proofErr w:type="spellStart"/>
      <w:r>
        <w:t>suscribir</w:t>
      </w:r>
      <w:proofErr w:type="spellEnd"/>
      <w:r>
        <w:t xml:space="preserve"> el </w:t>
      </w:r>
      <w:proofErr w:type="spellStart"/>
      <w:r>
        <w:t>contrato</w:t>
      </w:r>
      <w:proofErr w:type="spellEnd"/>
      <w:r>
        <w:t xml:space="preserve">, </w:t>
      </w:r>
      <w:proofErr w:type="spellStart"/>
      <w:r>
        <w:t>efectuar</w:t>
      </w:r>
      <w:proofErr w:type="spellEnd"/>
      <w:r>
        <w:t xml:space="preserve"> </w:t>
      </w:r>
      <w:proofErr w:type="spellStart"/>
      <w:r>
        <w:t>los</w:t>
      </w:r>
      <w:proofErr w:type="spellEnd"/>
      <w:r>
        <w:t xml:space="preserve"> </w:t>
      </w:r>
      <w:proofErr w:type="spellStart"/>
      <w:r>
        <w:t>trámites</w:t>
      </w:r>
      <w:proofErr w:type="spellEnd"/>
      <w:r>
        <w:t xml:space="preserve"> de </w:t>
      </w:r>
      <w:proofErr w:type="spellStart"/>
      <w:r>
        <w:t>legalización</w:t>
      </w:r>
      <w:proofErr w:type="spellEnd"/>
      <w:r>
        <w:t xml:space="preserve">, </w:t>
      </w:r>
      <w:proofErr w:type="spellStart"/>
      <w:r>
        <w:t>constituir</w:t>
      </w:r>
      <w:proofErr w:type="spellEnd"/>
      <w:r>
        <w:t xml:space="preserve"> las </w:t>
      </w:r>
      <w:proofErr w:type="spellStart"/>
      <w:r>
        <w:t>garantías</w:t>
      </w:r>
      <w:proofErr w:type="spellEnd"/>
      <w:r>
        <w:t xml:space="preserve"> </w:t>
      </w:r>
      <w:proofErr w:type="spellStart"/>
      <w:r>
        <w:t>requeridas</w:t>
      </w:r>
      <w:proofErr w:type="spellEnd"/>
      <w:r>
        <w:t xml:space="preserve"> y </w:t>
      </w:r>
      <w:proofErr w:type="spellStart"/>
      <w:r>
        <w:t>dar</w:t>
      </w:r>
      <w:proofErr w:type="spellEnd"/>
      <w:r>
        <w:t xml:space="preserve"> </w:t>
      </w:r>
      <w:proofErr w:type="spellStart"/>
      <w:r>
        <w:t>cumplimiento</w:t>
      </w:r>
      <w:proofErr w:type="spellEnd"/>
      <w:r>
        <w:t xml:space="preserve"> </w:t>
      </w:r>
      <w:proofErr w:type="spellStart"/>
      <w:r>
        <w:t>estricto</w:t>
      </w:r>
      <w:proofErr w:type="spellEnd"/>
      <w:r>
        <w:t xml:space="preserve"> a la </w:t>
      </w:r>
      <w:proofErr w:type="spellStart"/>
      <w:r>
        <w:t>ejecución</w:t>
      </w:r>
      <w:proofErr w:type="spellEnd"/>
      <w:r>
        <w:t xml:space="preserve"> </w:t>
      </w:r>
      <w:proofErr w:type="spellStart"/>
      <w:r>
        <w:t>dentro</w:t>
      </w:r>
      <w:proofErr w:type="spellEnd"/>
      <w:r>
        <w:t xml:space="preserve"> </w:t>
      </w:r>
      <w:r>
        <w:t xml:space="preserve">de </w:t>
      </w:r>
      <w:proofErr w:type="spellStart"/>
      <w:r>
        <w:t>los</w:t>
      </w:r>
      <w:proofErr w:type="spellEnd"/>
      <w:r>
        <w:t xml:space="preserve"> </w:t>
      </w:r>
      <w:proofErr w:type="spellStart"/>
      <w:r>
        <w:t>plazos</w:t>
      </w:r>
      <w:proofErr w:type="spellEnd"/>
      <w:r>
        <w:t xml:space="preserve"> y </w:t>
      </w:r>
      <w:proofErr w:type="spellStart"/>
      <w:r>
        <w:t>condiciones</w:t>
      </w:r>
      <w:proofErr w:type="spellEnd"/>
      <w:r>
        <w:t xml:space="preserve"> </w:t>
      </w:r>
      <w:proofErr w:type="spellStart"/>
      <w:r>
        <w:t>fijados</w:t>
      </w:r>
      <w:proofErr w:type="spellEnd"/>
      <w:r>
        <w:t xml:space="preserve"> </w:t>
      </w:r>
      <w:proofErr w:type="spellStart"/>
      <w:r>
        <w:t>en</w:t>
      </w:r>
      <w:proofErr w:type="spellEnd"/>
      <w:r>
        <w:t xml:space="preserve"> la </w:t>
      </w:r>
      <w:proofErr w:type="spellStart"/>
      <w:r>
        <w:t>Invitación</w:t>
      </w:r>
      <w:proofErr w:type="spellEnd"/>
      <w:r>
        <w:t xml:space="preserve"> </w:t>
      </w:r>
      <w:proofErr w:type="spellStart"/>
      <w:r>
        <w:t>Pública</w:t>
      </w:r>
      <w:proofErr w:type="spellEnd"/>
      <w:r>
        <w:t xml:space="preserve"> y </w:t>
      </w:r>
      <w:proofErr w:type="spellStart"/>
      <w:r>
        <w:t>los</w:t>
      </w:r>
      <w:proofErr w:type="spellEnd"/>
      <w:r>
        <w:t xml:space="preserve"> </w:t>
      </w:r>
      <w:proofErr w:type="spellStart"/>
      <w:r>
        <w:t>Estudios</w:t>
      </w:r>
      <w:proofErr w:type="spellEnd"/>
      <w:r>
        <w:t xml:space="preserve"> </w:t>
      </w:r>
      <w:proofErr w:type="spellStart"/>
      <w:r>
        <w:t>Previos</w:t>
      </w:r>
      <w:proofErr w:type="spellEnd"/>
      <w:r>
        <w:t xml:space="preserve">. </w:t>
      </w:r>
      <w:proofErr w:type="spellStart"/>
      <w:r>
        <w:t>Asimismo</w:t>
      </w:r>
      <w:proofErr w:type="spellEnd"/>
      <w:r>
        <w:t xml:space="preserve">, </w:t>
      </w:r>
      <w:proofErr w:type="spellStart"/>
      <w:r>
        <w:t>declaro</w:t>
      </w:r>
      <w:proofErr w:type="spellEnd"/>
      <w:r>
        <w:t xml:space="preserve"> </w:t>
      </w:r>
      <w:proofErr w:type="spellStart"/>
      <w:r>
        <w:t>bajo</w:t>
      </w:r>
      <w:proofErr w:type="spellEnd"/>
      <w:r>
        <w:t xml:space="preserve"> la </w:t>
      </w:r>
      <w:proofErr w:type="spellStart"/>
      <w:r>
        <w:t>gravedad</w:t>
      </w:r>
      <w:proofErr w:type="spellEnd"/>
      <w:r>
        <w:t xml:space="preserve"> </w:t>
      </w:r>
      <w:proofErr w:type="gramStart"/>
      <w:r>
        <w:t>del</w:t>
      </w:r>
      <w:proofErr w:type="gramEnd"/>
      <w:r>
        <w:t xml:space="preserve"> </w:t>
      </w:r>
      <w:proofErr w:type="spellStart"/>
      <w:r>
        <w:t>juramento</w:t>
      </w:r>
      <w:proofErr w:type="spellEnd"/>
      <w:r>
        <w:t xml:space="preserve"> que:</w:t>
      </w:r>
    </w:p>
    <w:p w:rsidR="003302BA" w:rsidRDefault="00F84DF2">
      <w:pPr>
        <w:spacing w:after="80"/>
        <w:ind w:left="360"/>
      </w:pPr>
      <w:r>
        <w:rPr>
          <w:b/>
        </w:rPr>
        <w:t xml:space="preserve">1.1 </w:t>
      </w:r>
      <w:r>
        <w:t xml:space="preserve">Que </w:t>
      </w:r>
      <w:proofErr w:type="spellStart"/>
      <w:r>
        <w:t>esta</w:t>
      </w:r>
      <w:proofErr w:type="spellEnd"/>
      <w:r>
        <w:t xml:space="preserve"> </w:t>
      </w:r>
      <w:proofErr w:type="spellStart"/>
      <w:r>
        <w:t>propuesta</w:t>
      </w:r>
      <w:proofErr w:type="spellEnd"/>
      <w:r>
        <w:t xml:space="preserve"> y el </w:t>
      </w:r>
      <w:proofErr w:type="spellStart"/>
      <w:r>
        <w:t>contrato</w:t>
      </w:r>
      <w:proofErr w:type="spellEnd"/>
      <w:r>
        <w:t xml:space="preserve"> que </w:t>
      </w:r>
      <w:proofErr w:type="spellStart"/>
      <w:r>
        <w:t>llegare</w:t>
      </w:r>
      <w:proofErr w:type="spellEnd"/>
      <w:r>
        <w:t xml:space="preserve"> a </w:t>
      </w:r>
      <w:proofErr w:type="spellStart"/>
      <w:r>
        <w:t>celebrarse</w:t>
      </w:r>
      <w:proofErr w:type="spellEnd"/>
      <w:r>
        <w:t xml:space="preserve"> </w:t>
      </w:r>
      <w:proofErr w:type="spellStart"/>
      <w:r>
        <w:t>sólo</w:t>
      </w:r>
      <w:proofErr w:type="spellEnd"/>
      <w:r>
        <w:t xml:space="preserve"> </w:t>
      </w:r>
      <w:proofErr w:type="spellStart"/>
      <w:r>
        <w:t>comprometen</w:t>
      </w:r>
      <w:proofErr w:type="spellEnd"/>
      <w:r>
        <w:t xml:space="preserve"> al </w:t>
      </w:r>
      <w:proofErr w:type="spellStart"/>
      <w:r>
        <w:t>oferente</w:t>
      </w:r>
      <w:proofErr w:type="spellEnd"/>
      <w:r>
        <w:t xml:space="preserve"> y no </w:t>
      </w:r>
      <w:proofErr w:type="spellStart"/>
      <w:r>
        <w:t>existen</w:t>
      </w:r>
      <w:proofErr w:type="spellEnd"/>
      <w:r>
        <w:t xml:space="preserve"> </w:t>
      </w:r>
      <w:proofErr w:type="spellStart"/>
      <w:r>
        <w:t>terceros</w:t>
      </w:r>
      <w:proofErr w:type="spellEnd"/>
      <w:r>
        <w:t xml:space="preserve"> con </w:t>
      </w:r>
      <w:proofErr w:type="spellStart"/>
      <w:r>
        <w:t>interés</w:t>
      </w:r>
      <w:proofErr w:type="spellEnd"/>
      <w:r>
        <w:t xml:space="preserve"> </w:t>
      </w:r>
      <w:proofErr w:type="spellStart"/>
      <w:r>
        <w:t>comercial</w:t>
      </w:r>
      <w:proofErr w:type="spellEnd"/>
      <w:r>
        <w:t xml:space="preserve"> </w:t>
      </w:r>
      <w:proofErr w:type="spellStart"/>
      <w:r>
        <w:t>directo</w:t>
      </w:r>
      <w:proofErr w:type="spellEnd"/>
      <w:r>
        <w:t xml:space="preserve"> no </w:t>
      </w:r>
      <w:proofErr w:type="spellStart"/>
      <w:r>
        <w:t>declarado</w:t>
      </w:r>
      <w:proofErr w:type="spellEnd"/>
      <w:r>
        <w:t>.</w:t>
      </w:r>
    </w:p>
    <w:p w:rsidR="003302BA" w:rsidRDefault="00F84DF2">
      <w:pPr>
        <w:spacing w:after="80"/>
        <w:ind w:left="360"/>
      </w:pPr>
      <w:r>
        <w:rPr>
          <w:b/>
        </w:rPr>
        <w:t xml:space="preserve">1.2 </w:t>
      </w:r>
      <w:r>
        <w:t xml:space="preserve">Que </w:t>
      </w:r>
      <w:proofErr w:type="spellStart"/>
      <w:r>
        <w:t>acepto</w:t>
      </w:r>
      <w:proofErr w:type="spellEnd"/>
      <w:r>
        <w:t xml:space="preserve"> de </w:t>
      </w:r>
      <w:proofErr w:type="spellStart"/>
      <w:r>
        <w:t>manera</w:t>
      </w:r>
      <w:proofErr w:type="spellEnd"/>
      <w:r>
        <w:t xml:space="preserve"> </w:t>
      </w:r>
      <w:proofErr w:type="spellStart"/>
      <w:r>
        <w:t>expresa</w:t>
      </w:r>
      <w:proofErr w:type="spellEnd"/>
      <w:r>
        <w:t xml:space="preserve"> e </w:t>
      </w:r>
      <w:proofErr w:type="spellStart"/>
      <w:r>
        <w:t>incondicional</w:t>
      </w:r>
      <w:proofErr w:type="spellEnd"/>
      <w:r>
        <w:t xml:space="preserve"> </w:t>
      </w:r>
      <w:proofErr w:type="spellStart"/>
      <w:r>
        <w:t>los</w:t>
      </w:r>
      <w:proofErr w:type="spellEnd"/>
      <w:r>
        <w:t xml:space="preserve"> </w:t>
      </w:r>
      <w:proofErr w:type="spellStart"/>
      <w:r>
        <w:t>riesgos</w:t>
      </w:r>
      <w:proofErr w:type="spellEnd"/>
      <w:r>
        <w:t xml:space="preserve"> </w:t>
      </w:r>
      <w:proofErr w:type="spellStart"/>
      <w:r>
        <w:t>analizados</w:t>
      </w:r>
      <w:proofErr w:type="spellEnd"/>
      <w:r>
        <w:t xml:space="preserve">, </w:t>
      </w:r>
      <w:proofErr w:type="spellStart"/>
      <w:r>
        <w:t>tipificados</w:t>
      </w:r>
      <w:proofErr w:type="spellEnd"/>
      <w:r>
        <w:t xml:space="preserve"> y </w:t>
      </w:r>
      <w:proofErr w:type="spellStart"/>
      <w:r>
        <w:t>asignados</w:t>
      </w:r>
      <w:proofErr w:type="spellEnd"/>
      <w:r>
        <w:t xml:space="preserve"> </w:t>
      </w:r>
      <w:proofErr w:type="spellStart"/>
      <w:r>
        <w:t>por</w:t>
      </w:r>
      <w:proofErr w:type="spellEnd"/>
      <w:r>
        <w:t xml:space="preserve"> la </w:t>
      </w:r>
      <w:proofErr w:type="spellStart"/>
      <w:r>
        <w:t>Entidad</w:t>
      </w:r>
      <w:proofErr w:type="spellEnd"/>
      <w:r>
        <w:t xml:space="preserve"> </w:t>
      </w:r>
      <w:proofErr w:type="spellStart"/>
      <w:r>
        <w:t>en</w:t>
      </w:r>
      <w:proofErr w:type="spellEnd"/>
      <w:r>
        <w:t xml:space="preserve"> la </w:t>
      </w:r>
      <w:proofErr w:type="spellStart"/>
      <w:r>
        <w:t>Matriz</w:t>
      </w:r>
      <w:proofErr w:type="spellEnd"/>
      <w:r>
        <w:t xml:space="preserve"> de </w:t>
      </w:r>
      <w:proofErr w:type="spellStart"/>
      <w:r>
        <w:t>Riesgos</w:t>
      </w:r>
      <w:proofErr w:type="spellEnd"/>
      <w:r>
        <w:t xml:space="preserve"> de </w:t>
      </w:r>
      <w:proofErr w:type="spellStart"/>
      <w:r>
        <w:t>los</w:t>
      </w:r>
      <w:proofErr w:type="spellEnd"/>
      <w:r>
        <w:t xml:space="preserve"> </w:t>
      </w:r>
      <w:proofErr w:type="spellStart"/>
      <w:r>
        <w:t>Estudios</w:t>
      </w:r>
      <w:proofErr w:type="spellEnd"/>
      <w:r>
        <w:t xml:space="preserve"> </w:t>
      </w:r>
      <w:proofErr w:type="spellStart"/>
      <w:r>
        <w:t>Previos</w:t>
      </w:r>
      <w:proofErr w:type="spellEnd"/>
      <w:r>
        <w:t xml:space="preserve"> e </w:t>
      </w:r>
      <w:proofErr w:type="spellStart"/>
      <w:r>
        <w:t>Invitación</w:t>
      </w:r>
      <w:proofErr w:type="spellEnd"/>
      <w:r>
        <w:t xml:space="preserve"> </w:t>
      </w:r>
      <w:proofErr w:type="spellStart"/>
      <w:r>
        <w:t>Pública</w:t>
      </w:r>
      <w:proofErr w:type="spellEnd"/>
      <w:r>
        <w:t>.</w:t>
      </w:r>
    </w:p>
    <w:p w:rsidR="003302BA" w:rsidRDefault="00F84DF2">
      <w:pPr>
        <w:spacing w:after="80"/>
        <w:ind w:left="360"/>
      </w:pPr>
      <w:r>
        <w:rPr>
          <w:b/>
        </w:rPr>
        <w:t xml:space="preserve">1.3 </w:t>
      </w:r>
      <w:r>
        <w:t xml:space="preserve">Que </w:t>
      </w:r>
      <w:proofErr w:type="spellStart"/>
      <w:r>
        <w:t>conozco</w:t>
      </w:r>
      <w:proofErr w:type="spellEnd"/>
      <w:r>
        <w:t xml:space="preserve"> </w:t>
      </w:r>
      <w:proofErr w:type="spellStart"/>
      <w:r>
        <w:t>en</w:t>
      </w:r>
      <w:proofErr w:type="spellEnd"/>
      <w:r>
        <w:t xml:space="preserve"> </w:t>
      </w:r>
      <w:proofErr w:type="spellStart"/>
      <w:r>
        <w:t>su</w:t>
      </w:r>
      <w:proofErr w:type="spellEnd"/>
      <w:r>
        <w:t xml:space="preserve"> </w:t>
      </w:r>
      <w:proofErr w:type="spellStart"/>
      <w:r>
        <w:t>totalidad</w:t>
      </w:r>
      <w:proofErr w:type="spellEnd"/>
      <w:r>
        <w:t xml:space="preserve"> </w:t>
      </w:r>
      <w:proofErr w:type="spellStart"/>
      <w:r>
        <w:t>los</w:t>
      </w:r>
      <w:proofErr w:type="spellEnd"/>
      <w:r>
        <w:t xml:space="preserve"> </w:t>
      </w:r>
      <w:proofErr w:type="spellStart"/>
      <w:r>
        <w:t>pliegos</w:t>
      </w:r>
      <w:proofErr w:type="spellEnd"/>
      <w:r>
        <w:t xml:space="preserve">, </w:t>
      </w:r>
      <w:proofErr w:type="spellStart"/>
      <w:r>
        <w:t>fichas</w:t>
      </w:r>
      <w:proofErr w:type="spellEnd"/>
      <w:r>
        <w:t xml:space="preserve"> </w:t>
      </w:r>
      <w:proofErr w:type="spellStart"/>
      <w:r>
        <w:t>técnicas</w:t>
      </w:r>
      <w:proofErr w:type="spellEnd"/>
      <w:r>
        <w:t xml:space="preserve">, </w:t>
      </w:r>
      <w:proofErr w:type="spellStart"/>
      <w:r>
        <w:t>adendas</w:t>
      </w:r>
      <w:proofErr w:type="spellEnd"/>
      <w:r>
        <w:t xml:space="preserve"> </w:t>
      </w:r>
      <w:proofErr w:type="spellStart"/>
      <w:r>
        <w:t>publicadas</w:t>
      </w:r>
      <w:proofErr w:type="spellEnd"/>
      <w:r>
        <w:t xml:space="preserve"> </w:t>
      </w:r>
      <w:proofErr w:type="spellStart"/>
      <w:r>
        <w:t>en</w:t>
      </w:r>
      <w:proofErr w:type="spellEnd"/>
      <w:r>
        <w:t xml:space="preserve"> la </w:t>
      </w:r>
      <w:proofErr w:type="spellStart"/>
      <w:r>
        <w:t>plataforma</w:t>
      </w:r>
      <w:proofErr w:type="spellEnd"/>
      <w:r>
        <w:t xml:space="preserve"> SECOP II y </w:t>
      </w:r>
      <w:proofErr w:type="spellStart"/>
      <w:r>
        <w:t>acepto</w:t>
      </w:r>
      <w:proofErr w:type="spellEnd"/>
      <w:r>
        <w:t xml:space="preserve"> </w:t>
      </w:r>
      <w:proofErr w:type="spellStart"/>
      <w:r>
        <w:t>integralmente</w:t>
      </w:r>
      <w:proofErr w:type="spellEnd"/>
      <w:r>
        <w:t xml:space="preserve"> </w:t>
      </w:r>
      <w:proofErr w:type="spellStart"/>
      <w:r>
        <w:t>los</w:t>
      </w:r>
      <w:proofErr w:type="spellEnd"/>
      <w:r>
        <w:t xml:space="preserve"> </w:t>
      </w:r>
      <w:proofErr w:type="spellStart"/>
      <w:r>
        <w:t>requisitos</w:t>
      </w:r>
      <w:proofErr w:type="spellEnd"/>
      <w:r>
        <w:t xml:space="preserve"> </w:t>
      </w:r>
      <w:proofErr w:type="spellStart"/>
      <w:r>
        <w:t>en</w:t>
      </w:r>
      <w:proofErr w:type="spellEnd"/>
      <w:r>
        <w:t xml:space="preserve"> </w:t>
      </w:r>
      <w:proofErr w:type="spellStart"/>
      <w:r>
        <w:t>ellos</w:t>
      </w:r>
      <w:proofErr w:type="spellEnd"/>
      <w:r>
        <w:t xml:space="preserve"> </w:t>
      </w:r>
      <w:proofErr w:type="spellStart"/>
      <w:r>
        <w:t>contenidos</w:t>
      </w:r>
      <w:proofErr w:type="spellEnd"/>
      <w:r>
        <w:t>.</w:t>
      </w:r>
    </w:p>
    <w:p w:rsidR="003302BA" w:rsidRDefault="00F84DF2">
      <w:pPr>
        <w:spacing w:after="80"/>
        <w:ind w:left="360"/>
      </w:pPr>
      <w:r>
        <w:rPr>
          <w:b/>
        </w:rPr>
        <w:t xml:space="preserve">1.4 </w:t>
      </w:r>
      <w:r>
        <w:t xml:space="preserve">Que </w:t>
      </w:r>
      <w:proofErr w:type="spellStart"/>
      <w:r>
        <w:t>afirmo</w:t>
      </w:r>
      <w:proofErr w:type="spellEnd"/>
      <w:r>
        <w:t xml:space="preserve"> </w:t>
      </w:r>
      <w:proofErr w:type="spellStart"/>
      <w:r>
        <w:t>bajo</w:t>
      </w:r>
      <w:proofErr w:type="spellEnd"/>
      <w:r>
        <w:t xml:space="preserve"> la </w:t>
      </w:r>
      <w:proofErr w:type="spellStart"/>
      <w:r>
        <w:t>gravedad</w:t>
      </w:r>
      <w:proofErr w:type="spellEnd"/>
      <w:r>
        <w:t xml:space="preserve"> del </w:t>
      </w:r>
      <w:proofErr w:type="spellStart"/>
      <w:r>
        <w:t>juramento</w:t>
      </w:r>
      <w:proofErr w:type="spellEnd"/>
      <w:r>
        <w:t xml:space="preserve"> que no me </w:t>
      </w:r>
      <w:proofErr w:type="spellStart"/>
      <w:r>
        <w:t>encuentro</w:t>
      </w:r>
      <w:proofErr w:type="spellEnd"/>
      <w:r>
        <w:t xml:space="preserve"> </w:t>
      </w:r>
      <w:proofErr w:type="spellStart"/>
      <w:r>
        <w:t>incurso</w:t>
      </w:r>
      <w:proofErr w:type="spellEnd"/>
      <w:r>
        <w:t xml:space="preserve"> </w:t>
      </w:r>
      <w:proofErr w:type="spellStart"/>
      <w:r>
        <w:t>ni</w:t>
      </w:r>
      <w:proofErr w:type="spellEnd"/>
      <w:r>
        <w:t xml:space="preserve"> la </w:t>
      </w:r>
      <w:proofErr w:type="spellStart"/>
      <w:r>
        <w:t>empresa</w:t>
      </w:r>
      <w:proofErr w:type="spellEnd"/>
      <w:r>
        <w:t xml:space="preserve"> que </w:t>
      </w:r>
      <w:proofErr w:type="spellStart"/>
      <w:r>
        <w:t>represento</w:t>
      </w:r>
      <w:proofErr w:type="spellEnd"/>
      <w:r>
        <w:t xml:space="preserve"> </w:t>
      </w:r>
      <w:proofErr w:type="spellStart"/>
      <w:r>
        <w:t>en</w:t>
      </w:r>
      <w:proofErr w:type="spellEnd"/>
      <w:r>
        <w:t xml:space="preserve"> </w:t>
      </w:r>
      <w:proofErr w:type="spellStart"/>
      <w:r>
        <w:t>ninguna</w:t>
      </w:r>
      <w:proofErr w:type="spellEnd"/>
      <w:r>
        <w:t xml:space="preserve"> causal d</w:t>
      </w:r>
      <w:r>
        <w:t xml:space="preserve">e </w:t>
      </w:r>
      <w:proofErr w:type="spellStart"/>
      <w:r>
        <w:t>inhabilidad</w:t>
      </w:r>
      <w:proofErr w:type="spellEnd"/>
      <w:r>
        <w:t xml:space="preserve">, </w:t>
      </w:r>
      <w:proofErr w:type="spellStart"/>
      <w:r>
        <w:t>incompatibilidad</w:t>
      </w:r>
      <w:proofErr w:type="spellEnd"/>
      <w:r>
        <w:t xml:space="preserve"> o </w:t>
      </w:r>
      <w:proofErr w:type="spellStart"/>
      <w:r>
        <w:t>conflicto</w:t>
      </w:r>
      <w:proofErr w:type="spellEnd"/>
      <w:r>
        <w:t xml:space="preserve"> de </w:t>
      </w:r>
      <w:proofErr w:type="spellStart"/>
      <w:r>
        <w:t>intereses</w:t>
      </w:r>
      <w:proofErr w:type="spellEnd"/>
      <w:r>
        <w:t xml:space="preserve"> </w:t>
      </w:r>
      <w:proofErr w:type="spellStart"/>
      <w:r>
        <w:t>señalados</w:t>
      </w:r>
      <w:proofErr w:type="spellEnd"/>
      <w:r>
        <w:t xml:space="preserve"> </w:t>
      </w:r>
      <w:proofErr w:type="spellStart"/>
      <w:r>
        <w:t>en</w:t>
      </w:r>
      <w:proofErr w:type="spellEnd"/>
      <w:r>
        <w:t xml:space="preserve"> la </w:t>
      </w:r>
      <w:proofErr w:type="spellStart"/>
      <w:r>
        <w:t>Constitución</w:t>
      </w:r>
      <w:proofErr w:type="spellEnd"/>
      <w:r>
        <w:t xml:space="preserve"> </w:t>
      </w:r>
      <w:proofErr w:type="spellStart"/>
      <w:r>
        <w:t>Política</w:t>
      </w:r>
      <w:proofErr w:type="spellEnd"/>
      <w:r>
        <w:t xml:space="preserve">, el </w:t>
      </w:r>
      <w:proofErr w:type="spellStart"/>
      <w:r>
        <w:t>artículo</w:t>
      </w:r>
      <w:proofErr w:type="spellEnd"/>
      <w:r>
        <w:t xml:space="preserve"> 8° de la Ley 80 de 1993, la Ley 1150 de 2007, Ley 1474 de 2011, Ley 2195 de 2022 y </w:t>
      </w:r>
      <w:proofErr w:type="spellStart"/>
      <w:r>
        <w:t>demás</w:t>
      </w:r>
      <w:proofErr w:type="spellEnd"/>
      <w:r>
        <w:t xml:space="preserve"> </w:t>
      </w:r>
      <w:proofErr w:type="spellStart"/>
      <w:r>
        <w:t>normas</w:t>
      </w:r>
      <w:proofErr w:type="spellEnd"/>
      <w:r>
        <w:t xml:space="preserve"> </w:t>
      </w:r>
      <w:proofErr w:type="spellStart"/>
      <w:r>
        <w:t>concordantes</w:t>
      </w:r>
      <w:proofErr w:type="spellEnd"/>
      <w:r>
        <w:t>.</w:t>
      </w:r>
    </w:p>
    <w:p w:rsidR="003302BA" w:rsidRDefault="00F84DF2">
      <w:pPr>
        <w:spacing w:after="80"/>
        <w:ind w:left="360"/>
      </w:pPr>
      <w:r>
        <w:rPr>
          <w:b/>
        </w:rPr>
        <w:t xml:space="preserve">1.5 </w:t>
      </w:r>
      <w:r>
        <w:t xml:space="preserve">Que </w:t>
      </w:r>
      <w:proofErr w:type="spellStart"/>
      <w:r>
        <w:t>certifico</w:t>
      </w:r>
      <w:proofErr w:type="spellEnd"/>
      <w:r>
        <w:t xml:space="preserve"> no </w:t>
      </w:r>
      <w:proofErr w:type="spellStart"/>
      <w:r>
        <w:t>figurar</w:t>
      </w:r>
      <w:proofErr w:type="spellEnd"/>
      <w:r>
        <w:t xml:space="preserve"> </w:t>
      </w:r>
      <w:proofErr w:type="spellStart"/>
      <w:r>
        <w:t>ni</w:t>
      </w:r>
      <w:proofErr w:type="spellEnd"/>
      <w:r>
        <w:t xml:space="preserve"> la </w:t>
      </w:r>
      <w:proofErr w:type="spellStart"/>
      <w:r>
        <w:t>emp</w:t>
      </w:r>
      <w:r>
        <w:t>resa</w:t>
      </w:r>
      <w:proofErr w:type="spellEnd"/>
      <w:r>
        <w:t xml:space="preserve">, </w:t>
      </w:r>
      <w:proofErr w:type="spellStart"/>
      <w:r>
        <w:t>ni</w:t>
      </w:r>
      <w:proofErr w:type="spellEnd"/>
      <w:r>
        <w:t xml:space="preserve"> </w:t>
      </w:r>
      <w:proofErr w:type="spellStart"/>
      <w:r>
        <w:t>sus</w:t>
      </w:r>
      <w:proofErr w:type="spellEnd"/>
      <w:r>
        <w:t xml:space="preserve"> </w:t>
      </w:r>
      <w:proofErr w:type="spellStart"/>
      <w:r>
        <w:t>socios</w:t>
      </w:r>
      <w:proofErr w:type="spellEnd"/>
      <w:r>
        <w:t xml:space="preserve"> o </w:t>
      </w:r>
      <w:proofErr w:type="spellStart"/>
      <w:r>
        <w:t>directivos</w:t>
      </w:r>
      <w:proofErr w:type="spellEnd"/>
      <w:r>
        <w:t xml:space="preserve"> </w:t>
      </w:r>
      <w:proofErr w:type="spellStart"/>
      <w:r>
        <w:t>en</w:t>
      </w:r>
      <w:proofErr w:type="spellEnd"/>
      <w:r>
        <w:t xml:space="preserve"> el </w:t>
      </w:r>
      <w:proofErr w:type="spellStart"/>
      <w:r>
        <w:t>Boletín</w:t>
      </w:r>
      <w:proofErr w:type="spellEnd"/>
      <w:r>
        <w:t xml:space="preserve"> de </w:t>
      </w:r>
      <w:proofErr w:type="spellStart"/>
      <w:r>
        <w:t>Responsables</w:t>
      </w:r>
      <w:proofErr w:type="spellEnd"/>
      <w:r>
        <w:t xml:space="preserve"> </w:t>
      </w:r>
      <w:proofErr w:type="spellStart"/>
      <w:r>
        <w:t>Fiscales</w:t>
      </w:r>
      <w:proofErr w:type="spellEnd"/>
      <w:r>
        <w:t xml:space="preserve"> de la </w:t>
      </w:r>
      <w:proofErr w:type="spellStart"/>
      <w:r>
        <w:t>Contraloría</w:t>
      </w:r>
      <w:proofErr w:type="spellEnd"/>
      <w:r>
        <w:t xml:space="preserve"> General de la </w:t>
      </w:r>
      <w:proofErr w:type="spellStart"/>
      <w:r>
        <w:t>República</w:t>
      </w:r>
      <w:proofErr w:type="spellEnd"/>
      <w:r>
        <w:t xml:space="preserve"> </w:t>
      </w:r>
      <w:proofErr w:type="spellStart"/>
      <w:r>
        <w:t>ni</w:t>
      </w:r>
      <w:proofErr w:type="spellEnd"/>
      <w:r>
        <w:t xml:space="preserve"> </w:t>
      </w:r>
      <w:proofErr w:type="spellStart"/>
      <w:r>
        <w:t>en</w:t>
      </w:r>
      <w:proofErr w:type="spellEnd"/>
      <w:r>
        <w:t xml:space="preserve"> el </w:t>
      </w:r>
      <w:proofErr w:type="spellStart"/>
      <w:r>
        <w:t>Registro</w:t>
      </w:r>
      <w:proofErr w:type="spellEnd"/>
      <w:r>
        <w:t xml:space="preserve"> de </w:t>
      </w:r>
      <w:proofErr w:type="spellStart"/>
      <w:r>
        <w:t>Sanciones</w:t>
      </w:r>
      <w:proofErr w:type="spellEnd"/>
      <w:r>
        <w:t xml:space="preserve"> de la </w:t>
      </w:r>
      <w:proofErr w:type="spellStart"/>
      <w:r>
        <w:t>Procuraduría</w:t>
      </w:r>
      <w:proofErr w:type="spellEnd"/>
      <w:r>
        <w:t xml:space="preserve"> General de la </w:t>
      </w:r>
      <w:proofErr w:type="spellStart"/>
      <w:r>
        <w:t>Nación</w:t>
      </w:r>
      <w:proofErr w:type="spellEnd"/>
      <w:r>
        <w:t xml:space="preserve"> (SIRI).</w:t>
      </w:r>
    </w:p>
    <w:p w:rsidR="003302BA" w:rsidRDefault="00F84DF2">
      <w:pPr>
        <w:spacing w:after="80"/>
        <w:ind w:left="360"/>
      </w:pPr>
      <w:r>
        <w:rPr>
          <w:b/>
        </w:rPr>
        <w:t xml:space="preserve">1.6 </w:t>
      </w:r>
      <w:r>
        <w:t xml:space="preserve">Que no </w:t>
      </w:r>
      <w:proofErr w:type="spellStart"/>
      <w:r>
        <w:t>hemos</w:t>
      </w:r>
      <w:proofErr w:type="spellEnd"/>
      <w:r>
        <w:t xml:space="preserve"> </w:t>
      </w:r>
      <w:proofErr w:type="spellStart"/>
      <w:r>
        <w:t>sido</w:t>
      </w:r>
      <w:proofErr w:type="spellEnd"/>
      <w:r>
        <w:t xml:space="preserve"> </w:t>
      </w:r>
      <w:proofErr w:type="spellStart"/>
      <w:r>
        <w:t>sancionados</w:t>
      </w:r>
      <w:proofErr w:type="spellEnd"/>
      <w:r>
        <w:t xml:space="preserve"> o </w:t>
      </w:r>
      <w:proofErr w:type="spellStart"/>
      <w:r>
        <w:t>multados</w:t>
      </w:r>
      <w:proofErr w:type="spellEnd"/>
      <w:r>
        <w:t xml:space="preserve"> con </w:t>
      </w:r>
      <w:proofErr w:type="spellStart"/>
      <w:r>
        <w:t>declaratoria</w:t>
      </w:r>
      <w:proofErr w:type="spellEnd"/>
      <w:r>
        <w:t xml:space="preserve"> d</w:t>
      </w:r>
      <w:r>
        <w:t xml:space="preserve">e </w:t>
      </w:r>
      <w:proofErr w:type="spellStart"/>
      <w:r>
        <w:t>incumplimiento</w:t>
      </w:r>
      <w:proofErr w:type="spellEnd"/>
      <w:r>
        <w:t xml:space="preserve"> </w:t>
      </w:r>
      <w:proofErr w:type="spellStart"/>
      <w:r>
        <w:t>ejecutoriada</w:t>
      </w:r>
      <w:proofErr w:type="spellEnd"/>
      <w:r>
        <w:t xml:space="preserve"> </w:t>
      </w:r>
      <w:proofErr w:type="spellStart"/>
      <w:r>
        <w:t>por</w:t>
      </w:r>
      <w:proofErr w:type="spellEnd"/>
      <w:r>
        <w:t xml:space="preserve"> </w:t>
      </w:r>
      <w:proofErr w:type="spellStart"/>
      <w:r>
        <w:t>entidades</w:t>
      </w:r>
      <w:proofErr w:type="spellEnd"/>
      <w:r>
        <w:t xml:space="preserve"> </w:t>
      </w:r>
      <w:proofErr w:type="spellStart"/>
      <w:r>
        <w:t>estatales</w:t>
      </w:r>
      <w:proofErr w:type="spellEnd"/>
      <w:r>
        <w:t xml:space="preserve"> </w:t>
      </w:r>
      <w:proofErr w:type="spellStart"/>
      <w:r>
        <w:t>dentro</w:t>
      </w:r>
      <w:proofErr w:type="spellEnd"/>
      <w:r>
        <w:t xml:space="preserve"> de </w:t>
      </w:r>
      <w:proofErr w:type="spellStart"/>
      <w:r>
        <w:t>los</w:t>
      </w:r>
      <w:proofErr w:type="spellEnd"/>
      <w:r>
        <w:t xml:space="preserve"> </w:t>
      </w:r>
      <w:proofErr w:type="spellStart"/>
      <w:r>
        <w:t>últimos</w:t>
      </w:r>
      <w:proofErr w:type="spellEnd"/>
      <w:r>
        <w:t xml:space="preserve"> dos (2) </w:t>
      </w:r>
      <w:proofErr w:type="spellStart"/>
      <w:r>
        <w:t>años</w:t>
      </w:r>
      <w:proofErr w:type="spellEnd"/>
      <w:r>
        <w:t xml:space="preserve"> </w:t>
      </w:r>
      <w:proofErr w:type="spellStart"/>
      <w:r>
        <w:t>anteriores</w:t>
      </w:r>
      <w:proofErr w:type="spellEnd"/>
      <w:r>
        <w:t xml:space="preserve"> al </w:t>
      </w:r>
      <w:proofErr w:type="spellStart"/>
      <w:r>
        <w:t>cierre</w:t>
      </w:r>
      <w:proofErr w:type="spellEnd"/>
      <w:r>
        <w:t>.</w:t>
      </w:r>
    </w:p>
    <w:p w:rsidR="003302BA" w:rsidRPr="00DA3584" w:rsidRDefault="00F84DF2">
      <w:pPr>
        <w:spacing w:after="80"/>
        <w:ind w:left="360"/>
      </w:pPr>
      <w:proofErr w:type="gramStart"/>
      <w:r w:rsidRPr="00DA3584">
        <w:rPr>
          <w:b/>
        </w:rPr>
        <w:lastRenderedPageBreak/>
        <w:t xml:space="preserve">1.7 </w:t>
      </w:r>
      <w:r w:rsidRPr="00DA3584">
        <w:rPr>
          <w:b/>
          <w:color w:val="002060"/>
        </w:rPr>
        <w:t xml:space="preserve"> DECLARACIÓN JURAMENTADA DE VERIFICACIÓN DE LISTAS RESTRICTIVAS INTERNACIONALES (DECRETO 0997 DE 2026):</w:t>
      </w:r>
      <w:r w:rsidRPr="00DA3584">
        <w:rPr>
          <w:b/>
          <w:color w:val="002060"/>
        </w:rPr>
        <w:t xml:space="preserve"> </w:t>
      </w:r>
      <w:proofErr w:type="spellStart"/>
      <w:r w:rsidRPr="00DA3584">
        <w:rPr>
          <w:b/>
          <w:color w:val="002060"/>
        </w:rPr>
        <w:t>Declaro</w:t>
      </w:r>
      <w:proofErr w:type="spellEnd"/>
      <w:r w:rsidRPr="00DA3584">
        <w:rPr>
          <w:b/>
          <w:color w:val="002060"/>
        </w:rPr>
        <w:t xml:space="preserve"> </w:t>
      </w:r>
      <w:proofErr w:type="spellStart"/>
      <w:r w:rsidRPr="00DA3584">
        <w:rPr>
          <w:b/>
          <w:color w:val="002060"/>
        </w:rPr>
        <w:t>bajo</w:t>
      </w:r>
      <w:proofErr w:type="spellEnd"/>
      <w:r w:rsidRPr="00DA3584">
        <w:rPr>
          <w:b/>
          <w:color w:val="002060"/>
        </w:rPr>
        <w:t xml:space="preserve"> la </w:t>
      </w:r>
      <w:proofErr w:type="spellStart"/>
      <w:r w:rsidRPr="00DA3584">
        <w:rPr>
          <w:b/>
          <w:color w:val="002060"/>
        </w:rPr>
        <w:t>gravedad</w:t>
      </w:r>
      <w:proofErr w:type="spellEnd"/>
      <w:r w:rsidRPr="00DA3584">
        <w:rPr>
          <w:b/>
          <w:color w:val="002060"/>
        </w:rPr>
        <w:t xml:space="preserve"> del </w:t>
      </w:r>
      <w:proofErr w:type="spellStart"/>
      <w:r w:rsidRPr="00DA3584">
        <w:rPr>
          <w:b/>
          <w:color w:val="002060"/>
        </w:rPr>
        <w:t>juramento</w:t>
      </w:r>
      <w:proofErr w:type="spellEnd"/>
      <w:r w:rsidRPr="00DA3584">
        <w:rPr>
          <w:b/>
          <w:color w:val="002060"/>
        </w:rPr>
        <w:t xml:space="preserve"> que la persona natural, la </w:t>
      </w:r>
      <w:proofErr w:type="spellStart"/>
      <w:r w:rsidRPr="00DA3584">
        <w:rPr>
          <w:b/>
          <w:color w:val="002060"/>
        </w:rPr>
        <w:t>sociedad</w:t>
      </w:r>
      <w:proofErr w:type="spellEnd"/>
      <w:r w:rsidRPr="00DA3584">
        <w:rPr>
          <w:b/>
          <w:color w:val="002060"/>
        </w:rPr>
        <w:t xml:space="preserve"> </w:t>
      </w:r>
      <w:proofErr w:type="spellStart"/>
      <w:r w:rsidRPr="00DA3584">
        <w:rPr>
          <w:b/>
          <w:color w:val="002060"/>
        </w:rPr>
        <w:t>proponente</w:t>
      </w:r>
      <w:proofErr w:type="spellEnd"/>
      <w:r w:rsidRPr="00DA3584">
        <w:rPr>
          <w:b/>
          <w:color w:val="002060"/>
        </w:rPr>
        <w:t xml:space="preserve">, </w:t>
      </w:r>
      <w:proofErr w:type="spellStart"/>
      <w:r w:rsidRPr="00DA3584">
        <w:rPr>
          <w:b/>
          <w:color w:val="002060"/>
        </w:rPr>
        <w:t>sus</w:t>
      </w:r>
      <w:proofErr w:type="spellEnd"/>
      <w:r w:rsidRPr="00DA3584">
        <w:rPr>
          <w:b/>
          <w:color w:val="002060"/>
        </w:rPr>
        <w:t xml:space="preserve"> </w:t>
      </w:r>
      <w:proofErr w:type="spellStart"/>
      <w:r w:rsidRPr="00DA3584">
        <w:rPr>
          <w:b/>
          <w:color w:val="002060"/>
        </w:rPr>
        <w:t>administradores</w:t>
      </w:r>
      <w:proofErr w:type="spellEnd"/>
      <w:r w:rsidRPr="00DA3584">
        <w:rPr>
          <w:b/>
          <w:color w:val="002060"/>
        </w:rPr>
        <w:t xml:space="preserve">, </w:t>
      </w:r>
      <w:proofErr w:type="spellStart"/>
      <w:r w:rsidRPr="00DA3584">
        <w:rPr>
          <w:b/>
          <w:color w:val="002060"/>
        </w:rPr>
        <w:t>representantes</w:t>
      </w:r>
      <w:proofErr w:type="spellEnd"/>
      <w:r w:rsidRPr="00DA3584">
        <w:rPr>
          <w:b/>
          <w:color w:val="002060"/>
        </w:rPr>
        <w:t xml:space="preserve"> </w:t>
      </w:r>
      <w:proofErr w:type="spellStart"/>
      <w:r w:rsidRPr="00DA3584">
        <w:rPr>
          <w:b/>
          <w:color w:val="002060"/>
        </w:rPr>
        <w:t>legales</w:t>
      </w:r>
      <w:proofErr w:type="spellEnd"/>
      <w:r w:rsidRPr="00DA3584">
        <w:rPr>
          <w:b/>
          <w:color w:val="002060"/>
        </w:rPr>
        <w:t xml:space="preserve"> y </w:t>
      </w:r>
      <w:proofErr w:type="spellStart"/>
      <w:r w:rsidRPr="00DA3584">
        <w:rPr>
          <w:b/>
          <w:color w:val="002060"/>
        </w:rPr>
        <w:t>socios</w:t>
      </w:r>
      <w:proofErr w:type="spellEnd"/>
      <w:r w:rsidRPr="00DA3584">
        <w:rPr>
          <w:b/>
          <w:color w:val="002060"/>
        </w:rPr>
        <w:t xml:space="preserve"> de control NO NOS ENCONTRAMOS REPORTADOS EN LISTAS RESTRICTIVAS INTERNACIONALES DE INHABILITACIÓN O SANCIÓN DE BANC</w:t>
      </w:r>
      <w:r w:rsidRPr="00DA3584">
        <w:rPr>
          <w:b/>
          <w:color w:val="002060"/>
        </w:rPr>
        <w:t xml:space="preserve">OS MULTILATERALES (tales </w:t>
      </w:r>
      <w:proofErr w:type="spellStart"/>
      <w:r w:rsidRPr="00DA3584">
        <w:rPr>
          <w:b/>
          <w:color w:val="002060"/>
        </w:rPr>
        <w:t>como</w:t>
      </w:r>
      <w:proofErr w:type="spellEnd"/>
      <w:r w:rsidRPr="00DA3584">
        <w:rPr>
          <w:b/>
          <w:color w:val="002060"/>
        </w:rPr>
        <w:t xml:space="preserve"> las </w:t>
      </w:r>
      <w:proofErr w:type="spellStart"/>
      <w:r w:rsidRPr="00DA3584">
        <w:rPr>
          <w:b/>
          <w:color w:val="002060"/>
        </w:rPr>
        <w:t>listas</w:t>
      </w:r>
      <w:proofErr w:type="spellEnd"/>
      <w:r w:rsidRPr="00DA3584">
        <w:rPr>
          <w:b/>
          <w:color w:val="002060"/>
        </w:rPr>
        <w:t xml:space="preserve"> de </w:t>
      </w:r>
      <w:proofErr w:type="spellStart"/>
      <w:r w:rsidRPr="00DA3584">
        <w:rPr>
          <w:b/>
          <w:color w:val="002060"/>
        </w:rPr>
        <w:t>inhabilitación</w:t>
      </w:r>
      <w:proofErr w:type="spellEnd"/>
      <w:r w:rsidRPr="00DA3584">
        <w:rPr>
          <w:b/>
          <w:color w:val="002060"/>
        </w:rPr>
        <w:t xml:space="preserve"> del Banco Mundial, Banco </w:t>
      </w:r>
      <w:proofErr w:type="spellStart"/>
      <w:r w:rsidRPr="00DA3584">
        <w:rPr>
          <w:b/>
          <w:color w:val="002060"/>
        </w:rPr>
        <w:t>Interamericano</w:t>
      </w:r>
      <w:proofErr w:type="spellEnd"/>
      <w:r w:rsidRPr="00DA3584">
        <w:rPr>
          <w:b/>
          <w:color w:val="002060"/>
        </w:rPr>
        <w:t xml:space="preserve"> de </w:t>
      </w:r>
      <w:proofErr w:type="spellStart"/>
      <w:r w:rsidRPr="00DA3584">
        <w:rPr>
          <w:b/>
          <w:color w:val="002060"/>
        </w:rPr>
        <w:t>Desarrollo</w:t>
      </w:r>
      <w:proofErr w:type="spellEnd"/>
      <w:r w:rsidRPr="00DA3584">
        <w:rPr>
          <w:b/>
          <w:color w:val="002060"/>
        </w:rPr>
        <w:t xml:space="preserve"> - BID, OFAC, ONU), </w:t>
      </w:r>
      <w:proofErr w:type="spellStart"/>
      <w:r w:rsidRPr="00DA3584">
        <w:rPr>
          <w:b/>
          <w:color w:val="002060"/>
        </w:rPr>
        <w:t>aceptando</w:t>
      </w:r>
      <w:proofErr w:type="spellEnd"/>
      <w:r w:rsidRPr="00DA3584">
        <w:rPr>
          <w:b/>
          <w:color w:val="002060"/>
        </w:rPr>
        <w:t xml:space="preserve"> la </w:t>
      </w:r>
      <w:proofErr w:type="spellStart"/>
      <w:r w:rsidRPr="00DA3584">
        <w:rPr>
          <w:b/>
          <w:color w:val="002060"/>
        </w:rPr>
        <w:t>verificación</w:t>
      </w:r>
      <w:proofErr w:type="spellEnd"/>
      <w:r w:rsidRPr="00DA3584">
        <w:rPr>
          <w:b/>
          <w:color w:val="002060"/>
        </w:rPr>
        <w:t xml:space="preserve"> </w:t>
      </w:r>
      <w:proofErr w:type="spellStart"/>
      <w:r w:rsidRPr="00DA3584">
        <w:rPr>
          <w:b/>
          <w:color w:val="002060"/>
        </w:rPr>
        <w:t>previa</w:t>
      </w:r>
      <w:proofErr w:type="spellEnd"/>
      <w:r w:rsidRPr="00DA3584">
        <w:rPr>
          <w:b/>
          <w:color w:val="002060"/>
        </w:rPr>
        <w:t xml:space="preserve"> que </w:t>
      </w:r>
      <w:proofErr w:type="spellStart"/>
      <w:r w:rsidRPr="00DA3584">
        <w:rPr>
          <w:b/>
          <w:color w:val="002060"/>
        </w:rPr>
        <w:t>adelantará</w:t>
      </w:r>
      <w:proofErr w:type="spellEnd"/>
      <w:r w:rsidRPr="00DA3584">
        <w:rPr>
          <w:b/>
          <w:color w:val="002060"/>
        </w:rPr>
        <w:t xml:space="preserve"> el COJAM de </w:t>
      </w:r>
      <w:proofErr w:type="spellStart"/>
      <w:r w:rsidRPr="00DA3584">
        <w:rPr>
          <w:b/>
          <w:color w:val="002060"/>
        </w:rPr>
        <w:t>conformidad</w:t>
      </w:r>
      <w:proofErr w:type="spellEnd"/>
      <w:r w:rsidRPr="00DA3584">
        <w:rPr>
          <w:b/>
          <w:color w:val="002060"/>
        </w:rPr>
        <w:t xml:space="preserve"> con el </w:t>
      </w:r>
      <w:proofErr w:type="spellStart"/>
      <w:r w:rsidRPr="00DA3584">
        <w:rPr>
          <w:b/>
          <w:color w:val="002060"/>
        </w:rPr>
        <w:t>artículo</w:t>
      </w:r>
      <w:proofErr w:type="spellEnd"/>
      <w:r w:rsidRPr="00DA3584">
        <w:rPr>
          <w:b/>
          <w:color w:val="002060"/>
        </w:rPr>
        <w:t xml:space="preserve"> 2.2.1.1.2.2.10 del </w:t>
      </w:r>
      <w:proofErr w:type="spellStart"/>
      <w:r w:rsidRPr="00DA3584">
        <w:rPr>
          <w:b/>
          <w:color w:val="002060"/>
        </w:rPr>
        <w:t>Decreto</w:t>
      </w:r>
      <w:proofErr w:type="spellEnd"/>
      <w:r w:rsidRPr="00DA3584">
        <w:rPr>
          <w:b/>
          <w:color w:val="002060"/>
        </w:rPr>
        <w:t xml:space="preserve"> 1082 de 2</w:t>
      </w:r>
      <w:r w:rsidRPr="00DA3584">
        <w:rPr>
          <w:b/>
          <w:color w:val="002060"/>
        </w:rPr>
        <w:t>015 (</w:t>
      </w:r>
      <w:proofErr w:type="spellStart"/>
      <w:r w:rsidRPr="00DA3584">
        <w:rPr>
          <w:b/>
          <w:color w:val="002060"/>
        </w:rPr>
        <w:t>adicionado</w:t>
      </w:r>
      <w:proofErr w:type="spellEnd"/>
      <w:r w:rsidRPr="00DA3584">
        <w:rPr>
          <w:b/>
          <w:color w:val="002060"/>
        </w:rPr>
        <w:t xml:space="preserve"> </w:t>
      </w:r>
      <w:proofErr w:type="spellStart"/>
      <w:r w:rsidRPr="00DA3584">
        <w:rPr>
          <w:b/>
          <w:color w:val="002060"/>
        </w:rPr>
        <w:t>por</w:t>
      </w:r>
      <w:proofErr w:type="spellEnd"/>
      <w:r w:rsidRPr="00DA3584">
        <w:rPr>
          <w:b/>
          <w:color w:val="002060"/>
        </w:rPr>
        <w:t xml:space="preserve"> el </w:t>
      </w:r>
      <w:proofErr w:type="spellStart"/>
      <w:r w:rsidRPr="00DA3584">
        <w:rPr>
          <w:b/>
          <w:color w:val="002060"/>
        </w:rPr>
        <w:t>Decreto</w:t>
      </w:r>
      <w:proofErr w:type="spellEnd"/>
      <w:r w:rsidRPr="00DA3584">
        <w:rPr>
          <w:b/>
          <w:color w:val="002060"/>
        </w:rPr>
        <w:t xml:space="preserve"> 0997 de 2026).</w:t>
      </w:r>
      <w:proofErr w:type="gramEnd"/>
    </w:p>
    <w:p w:rsidR="003302BA" w:rsidRDefault="00DA3584">
      <w:pPr>
        <w:spacing w:after="80"/>
        <w:ind w:left="360"/>
      </w:pPr>
      <w:proofErr w:type="gramStart"/>
      <w:r w:rsidRPr="00DA3584">
        <w:rPr>
          <w:b/>
        </w:rPr>
        <w:t>1.8</w:t>
      </w:r>
      <w:r w:rsidR="00F84DF2" w:rsidRPr="00DA3584">
        <w:rPr>
          <w:b/>
          <w:color w:val="002060"/>
        </w:rPr>
        <w:t xml:space="preserve">COMPROMISO DE COMPRA PÚBLICA SOSTENIBLE, ECONOMÍA CIRCULAR Y ACCESIBILIDAD (DECRETOS 0997 Y 0287 DE 2026): Nos </w:t>
      </w:r>
      <w:proofErr w:type="spellStart"/>
      <w:r w:rsidR="00F84DF2" w:rsidRPr="00DA3584">
        <w:rPr>
          <w:b/>
          <w:color w:val="002060"/>
        </w:rPr>
        <w:t>comprometemos</w:t>
      </w:r>
      <w:proofErr w:type="spellEnd"/>
      <w:r w:rsidR="00F84DF2" w:rsidRPr="00DA3584">
        <w:rPr>
          <w:b/>
          <w:color w:val="002060"/>
        </w:rPr>
        <w:t xml:space="preserve"> </w:t>
      </w:r>
      <w:proofErr w:type="spellStart"/>
      <w:r w:rsidR="00F84DF2" w:rsidRPr="00DA3584">
        <w:rPr>
          <w:b/>
          <w:color w:val="002060"/>
        </w:rPr>
        <w:t>formalmente</w:t>
      </w:r>
      <w:proofErr w:type="spellEnd"/>
      <w:r w:rsidR="00F84DF2" w:rsidRPr="00DA3584">
        <w:rPr>
          <w:b/>
          <w:color w:val="002060"/>
        </w:rPr>
        <w:t xml:space="preserve"> a: 1) </w:t>
      </w:r>
      <w:proofErr w:type="spellStart"/>
      <w:r w:rsidR="00F84DF2" w:rsidRPr="00DA3584">
        <w:rPr>
          <w:b/>
          <w:color w:val="002060"/>
        </w:rPr>
        <w:t>Entregar</w:t>
      </w:r>
      <w:proofErr w:type="spellEnd"/>
      <w:r w:rsidR="00F84DF2" w:rsidRPr="00DA3584">
        <w:rPr>
          <w:b/>
          <w:color w:val="002060"/>
        </w:rPr>
        <w:t xml:space="preserve"> </w:t>
      </w:r>
      <w:proofErr w:type="spellStart"/>
      <w:r w:rsidR="00F84DF2" w:rsidRPr="00DA3584">
        <w:rPr>
          <w:b/>
          <w:color w:val="002060"/>
        </w:rPr>
        <w:t>los</w:t>
      </w:r>
      <w:proofErr w:type="spellEnd"/>
      <w:r w:rsidR="00F84DF2" w:rsidRPr="00DA3584">
        <w:rPr>
          <w:b/>
          <w:color w:val="002060"/>
        </w:rPr>
        <w:t xml:space="preserve"> 33 </w:t>
      </w:r>
      <w:proofErr w:type="spellStart"/>
      <w:r w:rsidR="00F84DF2" w:rsidRPr="00DA3584">
        <w:rPr>
          <w:b/>
          <w:color w:val="002060"/>
        </w:rPr>
        <w:t>ítems</w:t>
      </w:r>
      <w:proofErr w:type="spellEnd"/>
      <w:r w:rsidR="00F84DF2" w:rsidRPr="00DA3584">
        <w:rPr>
          <w:b/>
          <w:color w:val="002060"/>
        </w:rPr>
        <w:t xml:space="preserve"> de</w:t>
      </w:r>
      <w:r w:rsidR="00F84DF2" w:rsidRPr="00DA3584">
        <w:rPr>
          <w:b/>
          <w:color w:val="002060"/>
        </w:rPr>
        <w:t xml:space="preserve"> </w:t>
      </w:r>
      <w:proofErr w:type="spellStart"/>
      <w:r w:rsidR="00F84DF2" w:rsidRPr="00DA3584">
        <w:rPr>
          <w:b/>
          <w:color w:val="002060"/>
        </w:rPr>
        <w:t>dotación</w:t>
      </w:r>
      <w:proofErr w:type="spellEnd"/>
      <w:r w:rsidR="00F84DF2" w:rsidRPr="00DA3584">
        <w:rPr>
          <w:b/>
          <w:color w:val="002060"/>
        </w:rPr>
        <w:t xml:space="preserve"> </w:t>
      </w:r>
      <w:proofErr w:type="spellStart"/>
      <w:r w:rsidR="00F84DF2" w:rsidRPr="00DA3584">
        <w:rPr>
          <w:b/>
          <w:color w:val="002060"/>
        </w:rPr>
        <w:t>en</w:t>
      </w:r>
      <w:proofErr w:type="spellEnd"/>
      <w:r w:rsidR="00F84DF2" w:rsidRPr="00DA3584">
        <w:rPr>
          <w:b/>
          <w:color w:val="002060"/>
        </w:rPr>
        <w:t xml:space="preserve"> </w:t>
      </w:r>
      <w:proofErr w:type="spellStart"/>
      <w:r w:rsidR="00F84DF2" w:rsidRPr="00DA3584">
        <w:rPr>
          <w:b/>
          <w:color w:val="002060"/>
        </w:rPr>
        <w:t>empaques</w:t>
      </w:r>
      <w:proofErr w:type="spellEnd"/>
      <w:r w:rsidR="00F84DF2" w:rsidRPr="00DA3584">
        <w:rPr>
          <w:b/>
          <w:color w:val="002060"/>
        </w:rPr>
        <w:t xml:space="preserve"> biodegradables o de </w:t>
      </w:r>
      <w:proofErr w:type="spellStart"/>
      <w:r w:rsidR="00F84DF2" w:rsidRPr="00DA3584">
        <w:rPr>
          <w:b/>
          <w:color w:val="002060"/>
        </w:rPr>
        <w:t>cartón</w:t>
      </w:r>
      <w:proofErr w:type="spellEnd"/>
      <w:r w:rsidR="00F84DF2" w:rsidRPr="00DA3584">
        <w:rPr>
          <w:b/>
          <w:color w:val="002060"/>
        </w:rPr>
        <w:t xml:space="preserve"> </w:t>
      </w:r>
      <w:proofErr w:type="spellStart"/>
      <w:r w:rsidR="00F84DF2" w:rsidRPr="00DA3584">
        <w:rPr>
          <w:b/>
          <w:color w:val="002060"/>
        </w:rPr>
        <w:t>reciclado</w:t>
      </w:r>
      <w:proofErr w:type="spellEnd"/>
      <w:r w:rsidR="00F84DF2" w:rsidRPr="00DA3584">
        <w:rPr>
          <w:b/>
          <w:color w:val="002060"/>
        </w:rPr>
        <w:t xml:space="preserve">, </w:t>
      </w:r>
      <w:proofErr w:type="spellStart"/>
      <w:r w:rsidR="00F84DF2" w:rsidRPr="00DA3584">
        <w:rPr>
          <w:b/>
          <w:color w:val="002060"/>
        </w:rPr>
        <w:t>eliminando</w:t>
      </w:r>
      <w:proofErr w:type="spellEnd"/>
      <w:r w:rsidR="00F84DF2" w:rsidRPr="00DA3584">
        <w:rPr>
          <w:b/>
          <w:color w:val="002060"/>
        </w:rPr>
        <w:t xml:space="preserve"> </w:t>
      </w:r>
      <w:proofErr w:type="spellStart"/>
      <w:r w:rsidR="00F84DF2" w:rsidRPr="00DA3584">
        <w:rPr>
          <w:b/>
          <w:color w:val="002060"/>
        </w:rPr>
        <w:t>plásticos</w:t>
      </w:r>
      <w:proofErr w:type="spellEnd"/>
      <w:r w:rsidR="00F84DF2" w:rsidRPr="00DA3584">
        <w:rPr>
          <w:b/>
          <w:color w:val="002060"/>
        </w:rPr>
        <w:t xml:space="preserve"> no </w:t>
      </w:r>
      <w:proofErr w:type="spellStart"/>
      <w:r w:rsidR="00F84DF2" w:rsidRPr="00DA3584">
        <w:rPr>
          <w:b/>
          <w:color w:val="002060"/>
        </w:rPr>
        <w:t>reciclables</w:t>
      </w:r>
      <w:proofErr w:type="spellEnd"/>
      <w:r w:rsidR="00F84DF2" w:rsidRPr="00DA3584">
        <w:rPr>
          <w:b/>
          <w:color w:val="002060"/>
        </w:rPr>
        <w:t xml:space="preserve"> de un solo </w:t>
      </w:r>
      <w:proofErr w:type="spellStart"/>
      <w:r w:rsidR="00F84DF2" w:rsidRPr="00DA3584">
        <w:rPr>
          <w:b/>
          <w:color w:val="002060"/>
        </w:rPr>
        <w:t>uso</w:t>
      </w:r>
      <w:proofErr w:type="spellEnd"/>
      <w:r w:rsidR="00F84DF2" w:rsidRPr="00DA3584">
        <w:rPr>
          <w:b/>
          <w:color w:val="002060"/>
        </w:rPr>
        <w:t xml:space="preserve">; 2) Articular la </w:t>
      </w:r>
      <w:proofErr w:type="spellStart"/>
      <w:r w:rsidR="00F84DF2" w:rsidRPr="00DA3584">
        <w:rPr>
          <w:b/>
          <w:color w:val="002060"/>
        </w:rPr>
        <w:t>entrega</w:t>
      </w:r>
      <w:proofErr w:type="spellEnd"/>
      <w:r w:rsidR="00F84DF2" w:rsidRPr="00DA3584">
        <w:rPr>
          <w:b/>
          <w:color w:val="002060"/>
        </w:rPr>
        <w:t xml:space="preserve"> con el Proyecto </w:t>
      </w:r>
      <w:proofErr w:type="spellStart"/>
      <w:r w:rsidR="00F84DF2" w:rsidRPr="00DA3584">
        <w:rPr>
          <w:b/>
          <w:color w:val="002060"/>
        </w:rPr>
        <w:t>Productivo</w:t>
      </w:r>
      <w:proofErr w:type="spellEnd"/>
      <w:r w:rsidR="00F84DF2" w:rsidRPr="00DA3584">
        <w:rPr>
          <w:b/>
          <w:color w:val="002060"/>
        </w:rPr>
        <w:t xml:space="preserve"> de </w:t>
      </w:r>
      <w:proofErr w:type="spellStart"/>
      <w:r w:rsidR="00F84DF2" w:rsidRPr="00DA3584">
        <w:rPr>
          <w:b/>
          <w:color w:val="002060"/>
        </w:rPr>
        <w:t>Reciclaje</w:t>
      </w:r>
      <w:proofErr w:type="spellEnd"/>
      <w:r w:rsidR="00F84DF2" w:rsidRPr="00DA3584">
        <w:rPr>
          <w:b/>
          <w:color w:val="002060"/>
        </w:rPr>
        <w:t xml:space="preserve"> del COJAM para el </w:t>
      </w:r>
      <w:proofErr w:type="spellStart"/>
      <w:r w:rsidR="00F84DF2" w:rsidRPr="00DA3584">
        <w:rPr>
          <w:b/>
          <w:color w:val="002060"/>
        </w:rPr>
        <w:t>retorno</w:t>
      </w:r>
      <w:proofErr w:type="spellEnd"/>
      <w:r w:rsidR="00F84DF2" w:rsidRPr="00DA3584">
        <w:rPr>
          <w:b/>
          <w:color w:val="002060"/>
        </w:rPr>
        <w:t xml:space="preserve"> y </w:t>
      </w:r>
      <w:proofErr w:type="spellStart"/>
      <w:r w:rsidR="00F84DF2" w:rsidRPr="00DA3584">
        <w:rPr>
          <w:b/>
          <w:color w:val="002060"/>
        </w:rPr>
        <w:t>reaprovechamiento</w:t>
      </w:r>
      <w:proofErr w:type="spellEnd"/>
      <w:r w:rsidR="00F84DF2" w:rsidRPr="00DA3584">
        <w:rPr>
          <w:b/>
          <w:color w:val="002060"/>
        </w:rPr>
        <w:t xml:space="preserve"> de </w:t>
      </w:r>
      <w:proofErr w:type="spellStart"/>
      <w:r w:rsidR="00F84DF2" w:rsidRPr="00DA3584">
        <w:rPr>
          <w:b/>
          <w:color w:val="002060"/>
        </w:rPr>
        <w:t>empaques</w:t>
      </w:r>
      <w:proofErr w:type="spellEnd"/>
      <w:r w:rsidR="00F84DF2" w:rsidRPr="00DA3584">
        <w:rPr>
          <w:b/>
          <w:color w:val="002060"/>
        </w:rPr>
        <w:t xml:space="preserve"> y </w:t>
      </w:r>
      <w:proofErr w:type="spellStart"/>
      <w:r w:rsidR="00F84DF2" w:rsidRPr="00DA3584">
        <w:rPr>
          <w:b/>
          <w:color w:val="002060"/>
        </w:rPr>
        <w:t>residuos</w:t>
      </w:r>
      <w:proofErr w:type="spellEnd"/>
      <w:r w:rsidR="00F84DF2" w:rsidRPr="00DA3584">
        <w:rPr>
          <w:b/>
          <w:color w:val="002060"/>
        </w:rPr>
        <w:t xml:space="preserve"> textiles; y</w:t>
      </w:r>
      <w:r w:rsidR="00F84DF2" w:rsidRPr="00DA3584">
        <w:rPr>
          <w:b/>
          <w:color w:val="002060"/>
        </w:rPr>
        <w:t xml:space="preserve"> 3) </w:t>
      </w:r>
      <w:proofErr w:type="spellStart"/>
      <w:r w:rsidR="00F84DF2" w:rsidRPr="00DA3584">
        <w:rPr>
          <w:b/>
          <w:color w:val="002060"/>
        </w:rPr>
        <w:t>Suministrar</w:t>
      </w:r>
      <w:proofErr w:type="spellEnd"/>
      <w:r w:rsidR="00F84DF2" w:rsidRPr="00DA3584">
        <w:rPr>
          <w:b/>
          <w:color w:val="002060"/>
        </w:rPr>
        <w:t xml:space="preserve"> </w:t>
      </w:r>
      <w:proofErr w:type="spellStart"/>
      <w:r w:rsidR="00F84DF2" w:rsidRPr="00DA3584">
        <w:rPr>
          <w:b/>
          <w:color w:val="002060"/>
        </w:rPr>
        <w:t>vestuario</w:t>
      </w:r>
      <w:proofErr w:type="spellEnd"/>
      <w:r w:rsidR="00F84DF2" w:rsidRPr="00DA3584">
        <w:rPr>
          <w:b/>
          <w:color w:val="002060"/>
        </w:rPr>
        <w:t xml:space="preserve">, </w:t>
      </w:r>
      <w:proofErr w:type="spellStart"/>
      <w:r w:rsidR="00F84DF2" w:rsidRPr="00DA3584">
        <w:rPr>
          <w:b/>
          <w:color w:val="002060"/>
        </w:rPr>
        <w:t>fajas</w:t>
      </w:r>
      <w:proofErr w:type="spellEnd"/>
      <w:r w:rsidR="00F84DF2" w:rsidRPr="00DA3584">
        <w:rPr>
          <w:b/>
          <w:color w:val="002060"/>
        </w:rPr>
        <w:t xml:space="preserve"> y </w:t>
      </w:r>
      <w:proofErr w:type="spellStart"/>
      <w:r w:rsidR="00F84DF2" w:rsidRPr="00DA3584">
        <w:rPr>
          <w:b/>
          <w:color w:val="002060"/>
        </w:rPr>
        <w:t>calzado</w:t>
      </w:r>
      <w:proofErr w:type="spellEnd"/>
      <w:r w:rsidR="00F84DF2" w:rsidRPr="00DA3584">
        <w:rPr>
          <w:b/>
          <w:color w:val="002060"/>
        </w:rPr>
        <w:t xml:space="preserve"> con </w:t>
      </w:r>
      <w:proofErr w:type="spellStart"/>
      <w:r w:rsidR="00F84DF2" w:rsidRPr="00DA3584">
        <w:rPr>
          <w:b/>
          <w:color w:val="002060"/>
        </w:rPr>
        <w:t>estándares</w:t>
      </w:r>
      <w:proofErr w:type="spellEnd"/>
      <w:r w:rsidR="00F84DF2" w:rsidRPr="00DA3584">
        <w:rPr>
          <w:b/>
          <w:color w:val="002060"/>
        </w:rPr>
        <w:t xml:space="preserve"> de </w:t>
      </w:r>
      <w:proofErr w:type="spellStart"/>
      <w:r w:rsidR="00F84DF2" w:rsidRPr="00DA3584">
        <w:rPr>
          <w:b/>
          <w:color w:val="002060"/>
        </w:rPr>
        <w:t>confección</w:t>
      </w:r>
      <w:proofErr w:type="spellEnd"/>
      <w:r w:rsidR="00F84DF2" w:rsidRPr="00DA3584">
        <w:rPr>
          <w:b/>
          <w:color w:val="002060"/>
        </w:rPr>
        <w:t xml:space="preserve"> </w:t>
      </w:r>
      <w:proofErr w:type="spellStart"/>
      <w:r w:rsidR="00F84DF2" w:rsidRPr="00DA3584">
        <w:rPr>
          <w:b/>
          <w:color w:val="002060"/>
        </w:rPr>
        <w:t>ergonómica</w:t>
      </w:r>
      <w:proofErr w:type="spellEnd"/>
      <w:r w:rsidR="00F84DF2" w:rsidRPr="00DA3584">
        <w:rPr>
          <w:b/>
          <w:color w:val="002060"/>
        </w:rPr>
        <w:t xml:space="preserve"> y adaptable para personas con </w:t>
      </w:r>
      <w:proofErr w:type="spellStart"/>
      <w:r w:rsidR="00F84DF2" w:rsidRPr="00DA3584">
        <w:rPr>
          <w:b/>
          <w:color w:val="002060"/>
        </w:rPr>
        <w:t>discapacidad</w:t>
      </w:r>
      <w:proofErr w:type="spellEnd"/>
      <w:r w:rsidR="00F84DF2" w:rsidRPr="00DA3584">
        <w:rPr>
          <w:b/>
          <w:color w:val="002060"/>
        </w:rPr>
        <w:t xml:space="preserve"> o </w:t>
      </w:r>
      <w:proofErr w:type="spellStart"/>
      <w:r w:rsidR="00F84DF2" w:rsidRPr="00DA3584">
        <w:rPr>
          <w:b/>
          <w:color w:val="002060"/>
        </w:rPr>
        <w:t>capacidades</w:t>
      </w:r>
      <w:proofErr w:type="spellEnd"/>
      <w:r w:rsidR="00F84DF2" w:rsidRPr="00DA3584">
        <w:rPr>
          <w:b/>
          <w:color w:val="002060"/>
        </w:rPr>
        <w:t xml:space="preserve"> </w:t>
      </w:r>
      <w:proofErr w:type="spellStart"/>
      <w:r w:rsidR="00F84DF2" w:rsidRPr="00DA3584">
        <w:rPr>
          <w:b/>
          <w:color w:val="002060"/>
        </w:rPr>
        <w:t>diversas</w:t>
      </w:r>
      <w:proofErr w:type="spellEnd"/>
      <w:r w:rsidR="00F84DF2" w:rsidRPr="00DA3584">
        <w:rPr>
          <w:b/>
          <w:color w:val="002060"/>
        </w:rPr>
        <w:t>.</w:t>
      </w:r>
      <w:proofErr w:type="gramEnd"/>
    </w:p>
    <w:p w:rsidR="003302BA" w:rsidRDefault="00F84DF2">
      <w:pPr>
        <w:spacing w:after="80"/>
        <w:ind w:left="360"/>
      </w:pPr>
      <w:r>
        <w:rPr>
          <w:b/>
        </w:rPr>
        <w:t xml:space="preserve">1.9 </w:t>
      </w:r>
      <w:r>
        <w:t xml:space="preserve">Que la </w:t>
      </w:r>
      <w:proofErr w:type="spellStart"/>
      <w:r>
        <w:t>presente</w:t>
      </w:r>
      <w:proofErr w:type="spellEnd"/>
      <w:r>
        <w:t xml:space="preserve"> </w:t>
      </w:r>
      <w:proofErr w:type="spellStart"/>
      <w:r>
        <w:t>propuesta</w:t>
      </w:r>
      <w:proofErr w:type="spellEnd"/>
      <w:r>
        <w:t xml:space="preserve"> </w:t>
      </w:r>
      <w:proofErr w:type="spellStart"/>
      <w:r>
        <w:t>económica</w:t>
      </w:r>
      <w:proofErr w:type="spellEnd"/>
      <w:r>
        <w:t xml:space="preserve"> </w:t>
      </w:r>
      <w:proofErr w:type="spellStart"/>
      <w:r>
        <w:t>tiene</w:t>
      </w:r>
      <w:proofErr w:type="spellEnd"/>
      <w:r>
        <w:t xml:space="preserve"> </w:t>
      </w:r>
      <w:proofErr w:type="spellStart"/>
      <w:r>
        <w:t>una</w:t>
      </w:r>
      <w:proofErr w:type="spellEnd"/>
      <w:r>
        <w:t xml:space="preserve"> </w:t>
      </w:r>
      <w:proofErr w:type="spellStart"/>
      <w:r>
        <w:t>validez</w:t>
      </w:r>
      <w:proofErr w:type="spellEnd"/>
      <w:r>
        <w:t xml:space="preserve"> y </w:t>
      </w:r>
      <w:proofErr w:type="spellStart"/>
      <w:r>
        <w:t>firmeza</w:t>
      </w:r>
      <w:proofErr w:type="spellEnd"/>
      <w:r>
        <w:t xml:space="preserve"> de </w:t>
      </w:r>
      <w:proofErr w:type="spellStart"/>
      <w:r>
        <w:t>noventa</w:t>
      </w:r>
      <w:proofErr w:type="spellEnd"/>
      <w:r>
        <w:t xml:space="preserve"> (90) </w:t>
      </w:r>
      <w:proofErr w:type="spellStart"/>
      <w:r>
        <w:t>días</w:t>
      </w:r>
      <w:proofErr w:type="spellEnd"/>
      <w:r>
        <w:t xml:space="preserve"> </w:t>
      </w:r>
      <w:proofErr w:type="spellStart"/>
      <w:r>
        <w:t>calendario</w:t>
      </w:r>
      <w:proofErr w:type="spellEnd"/>
      <w:r>
        <w:t xml:space="preserve"> </w:t>
      </w:r>
      <w:proofErr w:type="spellStart"/>
      <w:r>
        <w:t>contad</w:t>
      </w:r>
      <w:r>
        <w:t>os</w:t>
      </w:r>
      <w:proofErr w:type="spellEnd"/>
      <w:r>
        <w:t xml:space="preserve"> a </w:t>
      </w:r>
      <w:proofErr w:type="spellStart"/>
      <w:r>
        <w:t>partir</w:t>
      </w:r>
      <w:proofErr w:type="spellEnd"/>
      <w:r>
        <w:t xml:space="preserve"> de la </w:t>
      </w:r>
      <w:proofErr w:type="spellStart"/>
      <w:r>
        <w:t>fecha</w:t>
      </w:r>
      <w:proofErr w:type="spellEnd"/>
      <w:r>
        <w:t xml:space="preserve"> de </w:t>
      </w:r>
      <w:proofErr w:type="spellStart"/>
      <w:r>
        <w:t>cierre</w:t>
      </w:r>
      <w:proofErr w:type="spellEnd"/>
      <w:r>
        <w:t>.</w:t>
      </w:r>
    </w:p>
    <w:p w:rsidR="003302BA" w:rsidRDefault="003302BA">
      <w:pPr>
        <w:spacing w:before="240" w:after="80"/>
      </w:pPr>
    </w:p>
    <w:tbl>
      <w:tblPr>
        <w:tblStyle w:val="Tablaconcuadrcula"/>
        <w:tblW w:w="0" w:type="auto"/>
        <w:jc w:val="center"/>
        <w:tblLayout w:type="fixed"/>
        <w:tblLook w:val="04A0" w:firstRow="1" w:lastRow="0" w:firstColumn="1" w:lastColumn="0" w:noHBand="0" w:noVBand="1"/>
      </w:tblPr>
      <w:tblGrid>
        <w:gridCol w:w="3600"/>
        <w:gridCol w:w="5760"/>
      </w:tblGrid>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NOMBRE DEL PROPONENTE / RAZÓN SOCIAL:</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NIT / REGISTRO ÚNICO DE PROPONENTES:</w:t>
            </w:r>
          </w:p>
        </w:tc>
        <w:tc>
          <w:tcPr>
            <w:tcW w:w="5760" w:type="dxa"/>
            <w:tcMar>
              <w:top w:w="60" w:type="dxa"/>
              <w:left w:w="100" w:type="dxa"/>
              <w:bottom w:w="60" w:type="dxa"/>
              <w:right w:w="100" w:type="dxa"/>
            </w:tcMar>
          </w:tcPr>
          <w:p w:rsidR="003302BA" w:rsidRDefault="00F84DF2">
            <w:pPr>
              <w:spacing w:after="40"/>
            </w:pPr>
            <w:r>
              <w:rPr>
                <w:sz w:val="18"/>
              </w:rPr>
              <w:t xml:space="preserve">No. _____________________ | RUP </w:t>
            </w:r>
            <w:proofErr w:type="spellStart"/>
            <w:r>
              <w:rPr>
                <w:sz w:val="18"/>
              </w:rPr>
              <w:t>Vigente</w:t>
            </w:r>
            <w:proofErr w:type="spellEnd"/>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REPRESENTANTE LEGAL / CONTACTO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CÉDULA DE CIUDADANÍA REPRESENTANTE:</w:t>
            </w:r>
          </w:p>
        </w:tc>
        <w:tc>
          <w:tcPr>
            <w:tcW w:w="5760" w:type="dxa"/>
            <w:tcMar>
              <w:top w:w="60" w:type="dxa"/>
              <w:left w:w="100" w:type="dxa"/>
              <w:bottom w:w="60" w:type="dxa"/>
              <w:right w:w="100" w:type="dxa"/>
            </w:tcMar>
          </w:tcPr>
          <w:p w:rsidR="003302BA" w:rsidRDefault="00F84DF2">
            <w:pPr>
              <w:spacing w:after="40"/>
            </w:pPr>
            <w:r>
              <w:rPr>
                <w:sz w:val="18"/>
              </w:rPr>
              <w:t>No. ___________________</w:t>
            </w:r>
            <w:r>
              <w:rPr>
                <w:sz w:val="18"/>
              </w:rPr>
              <w:t xml:space="preserve">__ </w:t>
            </w:r>
            <w:proofErr w:type="spellStart"/>
            <w:r>
              <w:rPr>
                <w:sz w:val="18"/>
              </w:rPr>
              <w:t>expedida</w:t>
            </w:r>
            <w:proofErr w:type="spellEnd"/>
            <w:r>
              <w:rPr>
                <w:sz w:val="18"/>
              </w:rPr>
              <w:t xml:space="preserve"> </w:t>
            </w:r>
            <w:proofErr w:type="spellStart"/>
            <w:r>
              <w:rPr>
                <w:sz w:val="18"/>
              </w:rPr>
              <w:t>en</w:t>
            </w:r>
            <w:proofErr w:type="spellEnd"/>
            <w:r>
              <w:rPr>
                <w:sz w:val="18"/>
              </w:rPr>
              <w:t xml:space="preserve"> ______________</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DIRECCIÓN FÍSICA DE NOTIFICACIONES:</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TELÉFONO / CELULAR DE CONTACTO:</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CORREO ELECTRÓNICO OFICIAL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PROCESO CONTRACTUAL VINCULADO:</w:t>
            </w:r>
          </w:p>
        </w:tc>
        <w:tc>
          <w:tcPr>
            <w:tcW w:w="5760" w:type="dxa"/>
            <w:tcMar>
              <w:top w:w="60" w:type="dxa"/>
              <w:left w:w="100" w:type="dxa"/>
              <w:bottom w:w="60" w:type="dxa"/>
              <w:right w:w="100" w:type="dxa"/>
            </w:tcMar>
          </w:tcPr>
          <w:p w:rsidR="003302BA" w:rsidRDefault="00F84DF2">
            <w:pPr>
              <w:spacing w:after="40"/>
            </w:pPr>
            <w:r>
              <w:rPr>
                <w:sz w:val="18"/>
              </w:rPr>
              <w:t>INVITACIÓN PÚBLICA DE MÍNIMA CUANTÍA No. MC-INV-015 DE 2026</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 xml:space="preserve">VALOR TOTAL OFERTADO </w:t>
            </w:r>
            <w:r>
              <w:rPr>
                <w:b/>
                <w:color w:val="002060"/>
                <w:sz w:val="18"/>
              </w:rPr>
              <w:t>(EXCLUIDO IVA):</w:t>
            </w:r>
          </w:p>
        </w:tc>
        <w:tc>
          <w:tcPr>
            <w:tcW w:w="5760" w:type="dxa"/>
            <w:tcMar>
              <w:top w:w="60" w:type="dxa"/>
              <w:left w:w="100" w:type="dxa"/>
              <w:bottom w:w="60" w:type="dxa"/>
              <w:right w:w="100" w:type="dxa"/>
            </w:tcMar>
          </w:tcPr>
          <w:p w:rsidR="003302BA" w:rsidRDefault="00FC043B">
            <w:pPr>
              <w:spacing w:after="40"/>
            </w:pPr>
            <w:r>
              <w:rPr>
                <w:sz w:val="18"/>
              </w:rPr>
              <w:t>$</w:t>
            </w:r>
          </w:p>
        </w:tc>
      </w:tr>
    </w:tbl>
    <w:p w:rsidR="003302BA" w:rsidRDefault="00F84DF2">
      <w:pPr>
        <w:spacing w:before="360" w:after="40"/>
      </w:pPr>
      <w:r>
        <w:rPr>
          <w:b/>
        </w:rPr>
        <w:t>_____________________________________________________</w:t>
      </w:r>
      <w:r>
        <w:rPr>
          <w:b/>
        </w:rPr>
        <w:br/>
        <w:t>FIRMA Y ACEPTACIÓN DEL PROPONENTE / REPRESENTANTE LEGAL</w:t>
      </w:r>
      <w:r>
        <w:rPr>
          <w:b/>
        </w:rPr>
        <w:br/>
      </w:r>
      <w:proofErr w:type="spellStart"/>
      <w:r>
        <w:t>Nombre</w:t>
      </w:r>
      <w:proofErr w:type="spellEnd"/>
      <w:r>
        <w:t>: _____________________________________________</w:t>
      </w:r>
      <w:r>
        <w:br/>
        <w:t xml:space="preserve">C.C. No. ____________________ </w:t>
      </w:r>
      <w:proofErr w:type="gramStart"/>
      <w:r>
        <w:t>de</w:t>
      </w:r>
      <w:proofErr w:type="gramEnd"/>
      <w:r>
        <w:t xml:space="preserve"> _____________________</w:t>
      </w:r>
      <w:r>
        <w:br/>
      </w:r>
      <w:proofErr w:type="spellStart"/>
      <w:r>
        <w:t>Pr</w:t>
      </w:r>
      <w:r w:rsidR="00FC043B">
        <w:t>oceso</w:t>
      </w:r>
      <w:proofErr w:type="spellEnd"/>
      <w:r w:rsidR="00FC043B">
        <w:t xml:space="preserve">: </w:t>
      </w:r>
      <w:proofErr w:type="spellStart"/>
      <w:r w:rsidR="00FC043B">
        <w:t>Mínima</w:t>
      </w:r>
      <w:proofErr w:type="spellEnd"/>
      <w:r w:rsidR="00FC043B">
        <w:t xml:space="preserve"> </w:t>
      </w:r>
      <w:proofErr w:type="spellStart"/>
      <w:r w:rsidR="00FC043B">
        <w:t>Cuantía</w:t>
      </w:r>
      <w:proofErr w:type="spellEnd"/>
      <w:r w:rsidR="00FC043B">
        <w:t xml:space="preserve"> MC-INV-017</w:t>
      </w:r>
      <w:r>
        <w:t xml:space="preserve"> DE 2026 - COJAM</w:t>
      </w:r>
      <w:r>
        <w:br/>
      </w:r>
      <w:proofErr w:type="spellStart"/>
      <w:r>
        <w:t>Fecha</w:t>
      </w:r>
      <w:proofErr w:type="spellEnd"/>
      <w:r>
        <w:t xml:space="preserve"> de </w:t>
      </w:r>
      <w:proofErr w:type="spellStart"/>
      <w:r>
        <w:t>Suscripción</w:t>
      </w:r>
      <w:proofErr w:type="spellEnd"/>
      <w:r>
        <w:t xml:space="preserve">: _____ de _________________ </w:t>
      </w:r>
      <w:proofErr w:type="spellStart"/>
      <w:r>
        <w:t>de</w:t>
      </w:r>
      <w:proofErr w:type="spellEnd"/>
      <w:r>
        <w:t xml:space="preserve"> 2026</w:t>
      </w:r>
    </w:p>
    <w:tbl>
      <w:tblPr>
        <w:tblStyle w:val="Tablaconcuadrcula"/>
        <w:tblW w:w="0" w:type="auto"/>
        <w:jc w:val="center"/>
        <w:tblLayout w:type="fixed"/>
        <w:tblLook w:val="04A0" w:firstRow="1" w:lastRow="0" w:firstColumn="1" w:lastColumn="0" w:noHBand="0" w:noVBand="1"/>
      </w:tblPr>
      <w:tblGrid>
        <w:gridCol w:w="3168"/>
        <w:gridCol w:w="6192"/>
      </w:tblGrid>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lastRenderedPageBreak/>
              <w:t>ENTIDAD COMPRADORA:</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INSTITUTO NACIONAL PENITENCIARIO Y CARCELARIO – INPEC</w:t>
            </w:r>
            <w:r>
              <w:rPr>
                <w:color w:val="1E1E1E"/>
                <w:sz w:val="19"/>
              </w:rPr>
              <w:br/>
            </w:r>
            <w:proofErr w:type="spellStart"/>
            <w:r>
              <w:rPr>
                <w:color w:val="1E1E1E"/>
                <w:sz w:val="19"/>
              </w:rPr>
              <w:t>Complejo</w:t>
            </w:r>
            <w:proofErr w:type="spellEnd"/>
            <w:r>
              <w:rPr>
                <w:color w:val="1E1E1E"/>
                <w:sz w:val="19"/>
              </w:rPr>
              <w:t xml:space="preserve"> </w:t>
            </w:r>
            <w:proofErr w:type="spellStart"/>
            <w:r>
              <w:rPr>
                <w:color w:val="1E1E1E"/>
                <w:sz w:val="19"/>
              </w:rPr>
              <w:t>Carcelario</w:t>
            </w:r>
            <w:proofErr w:type="spellEnd"/>
            <w:r>
              <w:rPr>
                <w:color w:val="1E1E1E"/>
                <w:sz w:val="19"/>
              </w:rPr>
              <w:t xml:space="preserve"> y </w:t>
            </w:r>
            <w:proofErr w:type="spellStart"/>
            <w:r>
              <w:rPr>
                <w:color w:val="1E1E1E"/>
                <w:sz w:val="19"/>
              </w:rPr>
              <w:t>Penitenciario</w:t>
            </w:r>
            <w:proofErr w:type="spellEnd"/>
            <w:r>
              <w:rPr>
                <w:color w:val="1E1E1E"/>
                <w:sz w:val="19"/>
              </w:rPr>
              <w:t xml:space="preserve"> de </w:t>
            </w:r>
            <w:proofErr w:type="spellStart"/>
            <w:r>
              <w:rPr>
                <w:color w:val="1E1E1E"/>
                <w:sz w:val="19"/>
              </w:rPr>
              <w:t>Jamundí</w:t>
            </w:r>
            <w:proofErr w:type="spellEnd"/>
            <w:r>
              <w:rPr>
                <w:color w:val="1E1E1E"/>
                <w:sz w:val="19"/>
              </w:rPr>
              <w:t xml:space="preserve"> – COJAM (NIT </w:t>
            </w:r>
            <w:r>
              <w:rPr>
                <w:color w:val="1E1E1E"/>
                <w:sz w:val="19"/>
              </w:rPr>
              <w:t>900577346-4)</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PROCESO / INSTRUMENTO:</w:t>
            </w:r>
          </w:p>
        </w:tc>
        <w:tc>
          <w:tcPr>
            <w:tcW w:w="6192" w:type="dxa"/>
            <w:shd w:val="clear" w:color="auto" w:fill="F2F2F2"/>
            <w:tcMar>
              <w:top w:w="80" w:type="dxa"/>
              <w:left w:w="120" w:type="dxa"/>
              <w:bottom w:w="80" w:type="dxa"/>
              <w:right w:w="120" w:type="dxa"/>
            </w:tcMar>
          </w:tcPr>
          <w:p w:rsidR="003302BA" w:rsidRDefault="008426E7">
            <w:pPr>
              <w:spacing w:before="40" w:after="40"/>
            </w:pPr>
            <w:proofErr w:type="spellStart"/>
            <w:r>
              <w:rPr>
                <w:color w:val="1E1E1E"/>
                <w:sz w:val="19"/>
              </w:rPr>
              <w:t>Mínima</w:t>
            </w:r>
            <w:proofErr w:type="spellEnd"/>
            <w:r>
              <w:rPr>
                <w:color w:val="1E1E1E"/>
                <w:sz w:val="19"/>
              </w:rPr>
              <w:t xml:space="preserve"> </w:t>
            </w:r>
            <w:proofErr w:type="spellStart"/>
            <w:r>
              <w:rPr>
                <w:color w:val="1E1E1E"/>
                <w:sz w:val="19"/>
              </w:rPr>
              <w:t>Cuantía</w:t>
            </w:r>
            <w:proofErr w:type="spellEnd"/>
            <w:r>
              <w:rPr>
                <w:color w:val="1E1E1E"/>
                <w:sz w:val="19"/>
              </w:rPr>
              <w:t xml:space="preserve"> No. MC-INV-017</w:t>
            </w:r>
            <w:r w:rsidR="00F84DF2">
              <w:rPr>
                <w:color w:val="1E1E1E"/>
                <w:sz w:val="19"/>
              </w:rPr>
              <w:t xml:space="preserve"> DE 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PRESUPUESTO / REGISTRO:</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$22.884.000,00 M/CTE (</w:t>
            </w:r>
            <w:proofErr w:type="spellStart"/>
            <w:r>
              <w:rPr>
                <w:color w:val="1E1E1E"/>
                <w:sz w:val="19"/>
              </w:rPr>
              <w:t>Excluido</w:t>
            </w:r>
            <w:proofErr w:type="spellEnd"/>
            <w:r>
              <w:rPr>
                <w:color w:val="1E1E1E"/>
                <w:sz w:val="19"/>
              </w:rPr>
              <w:t xml:space="preserve"> de IVA) - CDP No. 8226 de 21/09/2026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DOCUMENTO VINCULANTE:</w:t>
            </w:r>
          </w:p>
        </w:tc>
        <w:tc>
          <w:tcPr>
            <w:tcW w:w="6192" w:type="dxa"/>
            <w:shd w:val="clear" w:color="auto" w:fill="F2F2F2"/>
            <w:tcMar>
              <w:top w:w="80" w:type="dxa"/>
              <w:left w:w="120" w:type="dxa"/>
              <w:bottom w:w="80" w:type="dxa"/>
              <w:right w:w="120" w:type="dxa"/>
            </w:tcMar>
          </w:tcPr>
          <w:p w:rsidR="003302BA" w:rsidRDefault="00F84DF2">
            <w:pPr>
              <w:spacing w:before="40" w:after="40"/>
            </w:pPr>
            <w:r>
              <w:rPr>
                <w:b/>
                <w:color w:val="002060"/>
                <w:sz w:val="19"/>
              </w:rPr>
              <w:t>ANEXO No. 2: OFERTA ECONÓMICA Y CUADRO DE MARCAS</w:t>
            </w:r>
          </w:p>
        </w:tc>
      </w:tr>
    </w:tbl>
    <w:p w:rsidR="003302BA" w:rsidRDefault="003302BA">
      <w:pPr>
        <w:spacing w:after="120"/>
      </w:pPr>
    </w:p>
    <w:p w:rsidR="003302BA" w:rsidRDefault="00F84DF2">
      <w:pPr>
        <w:spacing w:after="80"/>
      </w:pPr>
      <w:r>
        <w:rPr>
          <w:b/>
        </w:rPr>
        <w:t>PRESUPUESTO OF</w:t>
      </w:r>
      <w:r>
        <w:rPr>
          <w:b/>
        </w:rPr>
        <w:t xml:space="preserve">ICIAL ESTIMADO: </w:t>
      </w:r>
      <w:r>
        <w:t xml:space="preserve">Hasta VEINTIDÓS MILLONES OCHOCIENTOS OCHENTA Y CUATRO MIL PESOS M/CTE ($22.884.000,00) EXCLUIDO DE IVA (Art. 130 Ley 633 de 2000), </w:t>
      </w:r>
      <w:proofErr w:type="spellStart"/>
      <w:r>
        <w:t>respaldado</w:t>
      </w:r>
      <w:proofErr w:type="spellEnd"/>
      <w:r>
        <w:t xml:space="preserve"> con el </w:t>
      </w:r>
      <w:proofErr w:type="spellStart"/>
      <w:r>
        <w:t>Certificado</w:t>
      </w:r>
      <w:proofErr w:type="spellEnd"/>
      <w:r>
        <w:t xml:space="preserve"> de </w:t>
      </w:r>
      <w:proofErr w:type="spellStart"/>
      <w:r>
        <w:t>Disponibilidad</w:t>
      </w:r>
      <w:proofErr w:type="spellEnd"/>
      <w:r>
        <w:t xml:space="preserve"> </w:t>
      </w:r>
      <w:proofErr w:type="spellStart"/>
      <w:r>
        <w:t>Presupuestal</w:t>
      </w:r>
      <w:proofErr w:type="spellEnd"/>
      <w:r>
        <w:t xml:space="preserve"> (CDP) No. 8226 del 21 de </w:t>
      </w:r>
      <w:proofErr w:type="spellStart"/>
      <w:r>
        <w:t>septiembre</w:t>
      </w:r>
      <w:proofErr w:type="spellEnd"/>
      <w:r>
        <w:t xml:space="preserve"> de 2026.</w:t>
      </w:r>
    </w:p>
    <w:p w:rsidR="003302BA" w:rsidRDefault="00F84DF2">
      <w:pPr>
        <w:spacing w:after="120"/>
      </w:pPr>
      <w:r>
        <w:rPr>
          <w:b/>
          <w:color w:val="002060"/>
        </w:rPr>
        <w:t>DET</w:t>
      </w:r>
      <w:r>
        <w:rPr>
          <w:b/>
          <w:color w:val="002060"/>
        </w:rPr>
        <w:t xml:space="preserve">ALLE DE LA OFERTA </w:t>
      </w:r>
      <w:proofErr w:type="gramStart"/>
      <w:r>
        <w:rPr>
          <w:b/>
          <w:color w:val="002060"/>
        </w:rPr>
        <w:t xml:space="preserve">ECONÓMICA </w:t>
      </w:r>
      <w:r w:rsidR="008426E7">
        <w:rPr>
          <w:b/>
          <w:color w:val="002060"/>
        </w:rPr>
        <w:t xml:space="preserve"> (</w:t>
      </w:r>
      <w:proofErr w:type="spellStart"/>
      <w:proofErr w:type="gramEnd"/>
      <w:r w:rsidR="008426E7">
        <w:rPr>
          <w:b/>
          <w:color w:val="002060"/>
        </w:rPr>
        <w:t>Modelo</w:t>
      </w:r>
      <w:proofErr w:type="spellEnd"/>
      <w:r w:rsidR="008426E7">
        <w:rPr>
          <w:b/>
          <w:color w:val="002060"/>
        </w:rPr>
        <w:t>)</w:t>
      </w:r>
    </w:p>
    <w:tbl>
      <w:tblPr>
        <w:tblStyle w:val="Tablaconcuadrcula"/>
        <w:tblW w:w="0" w:type="auto"/>
        <w:jc w:val="center"/>
        <w:tblLayout w:type="fixed"/>
        <w:tblLook w:val="04A0" w:firstRow="1" w:lastRow="0" w:firstColumn="1" w:lastColumn="0" w:noHBand="0" w:noVBand="1"/>
      </w:tblPr>
      <w:tblGrid>
        <w:gridCol w:w="576"/>
        <w:gridCol w:w="3312"/>
        <w:gridCol w:w="720"/>
        <w:gridCol w:w="864"/>
        <w:gridCol w:w="1584"/>
        <w:gridCol w:w="1152"/>
        <w:gridCol w:w="1152"/>
      </w:tblGrid>
      <w:tr w:rsidR="003302BA">
        <w:trPr>
          <w:jc w:val="center"/>
        </w:trPr>
        <w:tc>
          <w:tcPr>
            <w:tcW w:w="576" w:type="dxa"/>
            <w:shd w:val="clear" w:color="auto" w:fill="1F4E78"/>
            <w:tcMar>
              <w:top w:w="60" w:type="dxa"/>
              <w:left w:w="40" w:type="dxa"/>
              <w:bottom w:w="60" w:type="dxa"/>
              <w:right w:w="40" w:type="dxa"/>
            </w:tcMar>
          </w:tcPr>
          <w:p w:rsidR="003302BA" w:rsidRDefault="00F84DF2">
            <w:pPr>
              <w:spacing w:after="40"/>
              <w:jc w:val="center"/>
            </w:pPr>
            <w:r>
              <w:rPr>
                <w:b/>
                <w:color w:val="FFFFFF"/>
                <w:sz w:val="16"/>
              </w:rPr>
              <w:t>ÍTEM</w:t>
            </w:r>
          </w:p>
        </w:tc>
        <w:tc>
          <w:tcPr>
            <w:tcW w:w="3312" w:type="dxa"/>
            <w:shd w:val="clear" w:color="auto" w:fill="1F4E78"/>
            <w:tcMar>
              <w:top w:w="60" w:type="dxa"/>
              <w:left w:w="40" w:type="dxa"/>
              <w:bottom w:w="60" w:type="dxa"/>
              <w:right w:w="40" w:type="dxa"/>
            </w:tcMar>
          </w:tcPr>
          <w:p w:rsidR="003302BA" w:rsidRDefault="00F84DF2">
            <w:pPr>
              <w:spacing w:after="40"/>
              <w:jc w:val="center"/>
            </w:pPr>
            <w:r>
              <w:rPr>
                <w:b/>
                <w:color w:val="FFFFFF"/>
                <w:sz w:val="16"/>
              </w:rPr>
              <w:t>DESCRIPCIÓN TÉCNICA DEL PRODUCTO</w:t>
            </w:r>
          </w:p>
        </w:tc>
        <w:tc>
          <w:tcPr>
            <w:tcW w:w="720" w:type="dxa"/>
            <w:shd w:val="clear" w:color="auto" w:fill="1F4E78"/>
            <w:tcMar>
              <w:top w:w="60" w:type="dxa"/>
              <w:left w:w="40" w:type="dxa"/>
              <w:bottom w:w="60" w:type="dxa"/>
              <w:right w:w="40" w:type="dxa"/>
            </w:tcMar>
          </w:tcPr>
          <w:p w:rsidR="003302BA" w:rsidRDefault="00F84DF2">
            <w:pPr>
              <w:spacing w:after="40"/>
              <w:jc w:val="center"/>
            </w:pPr>
            <w:r>
              <w:rPr>
                <w:b/>
                <w:color w:val="FFFFFF"/>
                <w:sz w:val="16"/>
              </w:rPr>
              <w:t>CANT.</w:t>
            </w:r>
          </w:p>
        </w:tc>
        <w:tc>
          <w:tcPr>
            <w:tcW w:w="864" w:type="dxa"/>
            <w:shd w:val="clear" w:color="auto" w:fill="1F4E78"/>
            <w:tcMar>
              <w:top w:w="60" w:type="dxa"/>
              <w:left w:w="40" w:type="dxa"/>
              <w:bottom w:w="60" w:type="dxa"/>
              <w:right w:w="40" w:type="dxa"/>
            </w:tcMar>
          </w:tcPr>
          <w:p w:rsidR="003302BA" w:rsidRDefault="00F84DF2">
            <w:pPr>
              <w:spacing w:after="40"/>
              <w:jc w:val="center"/>
            </w:pPr>
            <w:r>
              <w:rPr>
                <w:b/>
                <w:color w:val="FFFFFF"/>
                <w:sz w:val="16"/>
              </w:rPr>
              <w:t>UNIDAD</w:t>
            </w:r>
          </w:p>
        </w:tc>
        <w:tc>
          <w:tcPr>
            <w:tcW w:w="1584" w:type="dxa"/>
            <w:shd w:val="clear" w:color="auto" w:fill="1F4E78"/>
            <w:tcMar>
              <w:top w:w="60" w:type="dxa"/>
              <w:left w:w="40" w:type="dxa"/>
              <w:bottom w:w="60" w:type="dxa"/>
              <w:right w:w="40" w:type="dxa"/>
            </w:tcMar>
          </w:tcPr>
          <w:p w:rsidR="003302BA" w:rsidRDefault="00F84DF2">
            <w:pPr>
              <w:spacing w:after="40"/>
              <w:jc w:val="center"/>
            </w:pPr>
            <w:r>
              <w:rPr>
                <w:b/>
                <w:color w:val="FFFFFF"/>
                <w:sz w:val="16"/>
              </w:rPr>
              <w:t>MARCA OFERTADA*</w:t>
            </w:r>
          </w:p>
        </w:tc>
        <w:tc>
          <w:tcPr>
            <w:tcW w:w="1152" w:type="dxa"/>
            <w:shd w:val="clear" w:color="auto" w:fill="1F4E78"/>
            <w:tcMar>
              <w:top w:w="60" w:type="dxa"/>
              <w:left w:w="40" w:type="dxa"/>
              <w:bottom w:w="60" w:type="dxa"/>
              <w:right w:w="40" w:type="dxa"/>
            </w:tcMar>
          </w:tcPr>
          <w:p w:rsidR="003302BA" w:rsidRDefault="00F84DF2">
            <w:pPr>
              <w:spacing w:after="40"/>
              <w:jc w:val="center"/>
            </w:pPr>
            <w:r>
              <w:rPr>
                <w:b/>
                <w:color w:val="FFFFFF"/>
                <w:sz w:val="16"/>
              </w:rPr>
              <w:t>VALOR UNIT.</w:t>
            </w:r>
          </w:p>
        </w:tc>
        <w:tc>
          <w:tcPr>
            <w:tcW w:w="1152" w:type="dxa"/>
            <w:shd w:val="clear" w:color="auto" w:fill="1F4E78"/>
            <w:tcMar>
              <w:top w:w="60" w:type="dxa"/>
              <w:left w:w="40" w:type="dxa"/>
              <w:bottom w:w="60" w:type="dxa"/>
              <w:right w:w="40" w:type="dxa"/>
            </w:tcMar>
          </w:tcPr>
          <w:p w:rsidR="003302BA" w:rsidRDefault="00F84DF2">
            <w:pPr>
              <w:spacing w:after="40"/>
              <w:jc w:val="center"/>
            </w:pPr>
            <w:r>
              <w:rPr>
                <w:b/>
                <w:color w:val="FFFFFF"/>
                <w:sz w:val="16"/>
              </w:rPr>
              <w:t>VALOR TOTAL</w:t>
            </w:r>
          </w:p>
        </w:tc>
      </w:tr>
      <w:tr w:rsidR="003302BA">
        <w:trPr>
          <w:jc w:val="center"/>
        </w:trPr>
        <w:tc>
          <w:tcPr>
            <w:tcW w:w="576" w:type="dxa"/>
            <w:shd w:val="clear" w:color="auto" w:fill="FFFFFF"/>
            <w:tcMar>
              <w:top w:w="40" w:type="dxa"/>
              <w:left w:w="30" w:type="dxa"/>
              <w:bottom w:w="40" w:type="dxa"/>
              <w:right w:w="30" w:type="dxa"/>
            </w:tcMar>
          </w:tcPr>
          <w:p w:rsidR="003302BA" w:rsidRDefault="003302BA">
            <w:pPr>
              <w:spacing w:after="20"/>
              <w:jc w:val="center"/>
            </w:pPr>
          </w:p>
        </w:tc>
        <w:tc>
          <w:tcPr>
            <w:tcW w:w="3312" w:type="dxa"/>
            <w:shd w:val="clear" w:color="auto" w:fill="FFFFFF"/>
            <w:tcMar>
              <w:top w:w="40" w:type="dxa"/>
              <w:left w:w="30" w:type="dxa"/>
              <w:bottom w:w="40" w:type="dxa"/>
              <w:right w:w="30" w:type="dxa"/>
            </w:tcMar>
          </w:tcPr>
          <w:p w:rsidR="003302BA" w:rsidRDefault="003302BA">
            <w:pPr>
              <w:spacing w:after="20"/>
            </w:pPr>
          </w:p>
        </w:tc>
        <w:tc>
          <w:tcPr>
            <w:tcW w:w="720" w:type="dxa"/>
            <w:shd w:val="clear" w:color="auto" w:fill="FFFFFF"/>
            <w:tcMar>
              <w:top w:w="40" w:type="dxa"/>
              <w:left w:w="30" w:type="dxa"/>
              <w:bottom w:w="40" w:type="dxa"/>
              <w:right w:w="30" w:type="dxa"/>
            </w:tcMar>
          </w:tcPr>
          <w:p w:rsidR="003302BA" w:rsidRDefault="003302BA">
            <w:pPr>
              <w:spacing w:after="20"/>
              <w:jc w:val="center"/>
            </w:pPr>
          </w:p>
        </w:tc>
        <w:tc>
          <w:tcPr>
            <w:tcW w:w="864" w:type="dxa"/>
            <w:shd w:val="clear" w:color="auto" w:fill="FFFFFF"/>
            <w:tcMar>
              <w:top w:w="40" w:type="dxa"/>
              <w:left w:w="30" w:type="dxa"/>
              <w:bottom w:w="40" w:type="dxa"/>
              <w:right w:w="30" w:type="dxa"/>
            </w:tcMar>
          </w:tcPr>
          <w:p w:rsidR="003302BA" w:rsidRDefault="003302BA">
            <w:pPr>
              <w:spacing w:after="20"/>
              <w:jc w:val="center"/>
            </w:pPr>
          </w:p>
        </w:tc>
        <w:tc>
          <w:tcPr>
            <w:tcW w:w="1584" w:type="dxa"/>
            <w:shd w:val="clear" w:color="auto" w:fill="FFFFFF"/>
            <w:tcMar>
              <w:top w:w="40" w:type="dxa"/>
              <w:left w:w="30" w:type="dxa"/>
              <w:bottom w:w="40" w:type="dxa"/>
              <w:right w:w="30" w:type="dxa"/>
            </w:tcMar>
          </w:tcPr>
          <w:p w:rsidR="003302BA" w:rsidRDefault="003302BA">
            <w:pPr>
              <w:spacing w:after="20"/>
            </w:pPr>
          </w:p>
        </w:tc>
        <w:tc>
          <w:tcPr>
            <w:tcW w:w="1152" w:type="dxa"/>
            <w:shd w:val="clear" w:color="auto" w:fill="FFFFFF"/>
            <w:tcMar>
              <w:top w:w="40" w:type="dxa"/>
              <w:left w:w="30" w:type="dxa"/>
              <w:bottom w:w="40" w:type="dxa"/>
              <w:right w:w="30" w:type="dxa"/>
            </w:tcMar>
          </w:tcPr>
          <w:p w:rsidR="003302BA" w:rsidRDefault="003302BA">
            <w:pPr>
              <w:spacing w:after="20"/>
              <w:jc w:val="right"/>
            </w:pPr>
          </w:p>
        </w:tc>
        <w:tc>
          <w:tcPr>
            <w:tcW w:w="1152" w:type="dxa"/>
            <w:shd w:val="clear" w:color="auto" w:fill="FFFFFF"/>
            <w:tcMar>
              <w:top w:w="40" w:type="dxa"/>
              <w:left w:w="30" w:type="dxa"/>
              <w:bottom w:w="40" w:type="dxa"/>
              <w:right w:w="30" w:type="dxa"/>
            </w:tcMar>
          </w:tcPr>
          <w:p w:rsidR="003302BA" w:rsidRDefault="003302BA">
            <w:pPr>
              <w:spacing w:after="20"/>
              <w:jc w:val="right"/>
            </w:pPr>
          </w:p>
        </w:tc>
      </w:tr>
    </w:tbl>
    <w:p w:rsidR="003302BA" w:rsidRDefault="00F84DF2">
      <w:pPr>
        <w:spacing w:before="120" w:after="80"/>
      </w:pPr>
      <w:r>
        <w:rPr>
          <w:b/>
        </w:rPr>
        <w:t xml:space="preserve">*NOTA 1 - EXIGENCIA DE MARCA: </w:t>
      </w:r>
      <w:r>
        <w:t xml:space="preserve">El proponente deberá relacionar la MARCA comercial </w:t>
      </w:r>
      <w:r w:rsidR="008426E7">
        <w:t xml:space="preserve">ofertada para cada </w:t>
      </w:r>
      <w:proofErr w:type="spellStart"/>
      <w:r w:rsidR="008426E7">
        <w:t>uno</w:t>
      </w:r>
      <w:proofErr w:type="spellEnd"/>
      <w:r w:rsidR="008426E7">
        <w:t xml:space="preserve"> de </w:t>
      </w:r>
      <w:proofErr w:type="spellStart"/>
      <w:proofErr w:type="gramStart"/>
      <w:r w:rsidR="008426E7">
        <w:t>los</w:t>
      </w:r>
      <w:proofErr w:type="spellEnd"/>
      <w:r w:rsidR="008426E7">
        <w:t xml:space="preserve"> </w:t>
      </w:r>
      <w:r w:rsidR="005A7823">
        <w:t xml:space="preserve"> </w:t>
      </w:r>
      <w:proofErr w:type="spellStart"/>
      <w:r w:rsidR="005A7823">
        <w:t>ítems</w:t>
      </w:r>
      <w:proofErr w:type="spellEnd"/>
      <w:proofErr w:type="gramEnd"/>
      <w:r w:rsidR="005A7823">
        <w:t>.</w:t>
      </w:r>
      <w:r>
        <w:br/>
      </w:r>
    </w:p>
    <w:p w:rsidR="003302BA" w:rsidRDefault="008426E7">
      <w:pPr>
        <w:spacing w:after="120"/>
        <w:rPr>
          <w:sz w:val="17"/>
        </w:rPr>
      </w:pPr>
      <w:r>
        <w:rPr>
          <w:b/>
          <w:color w:val="002060"/>
          <w:highlight w:val="yellow"/>
        </w:rPr>
        <w:t xml:space="preserve"> NOTA 2</w:t>
      </w:r>
      <w:r w:rsidR="00F84DF2">
        <w:rPr>
          <w:b/>
          <w:color w:val="002060"/>
          <w:highlight w:val="yellow"/>
        </w:rPr>
        <w:t xml:space="preserve"> - COMPROMISO DE EMPAQUES SOSTENIBLES Y ACCESIBI</w:t>
      </w:r>
      <w:r w:rsidR="00F84DF2">
        <w:rPr>
          <w:b/>
          <w:color w:val="002060"/>
          <w:highlight w:val="yellow"/>
        </w:rPr>
        <w:t xml:space="preserve">LIDAD: </w:t>
      </w:r>
      <w:r w:rsidR="00F84DF2">
        <w:rPr>
          <w:sz w:val="17"/>
        </w:rPr>
        <w:t xml:space="preserve">Garantizamos que todos los ítems serán entregados en empaques biodegradables/reciclables (Decreto 0997/2026), se entregarán residuos al Proyecto de Reciclaje COJAM y las prendas contarán con diseño ergonómico adaptable </w:t>
      </w:r>
      <w:proofErr w:type="gramStart"/>
      <w:r w:rsidR="00F84DF2">
        <w:rPr>
          <w:sz w:val="17"/>
        </w:rPr>
        <w:t>a</w:t>
      </w:r>
      <w:proofErr w:type="gramEnd"/>
      <w:r w:rsidR="00F84DF2">
        <w:rPr>
          <w:sz w:val="17"/>
        </w:rPr>
        <w:t xml:space="preserve"> operarios con </w:t>
      </w:r>
      <w:proofErr w:type="spellStart"/>
      <w:r w:rsidR="00F84DF2">
        <w:rPr>
          <w:sz w:val="17"/>
        </w:rPr>
        <w:t>discapacidad</w:t>
      </w:r>
      <w:proofErr w:type="spellEnd"/>
      <w:r w:rsidR="00F84DF2">
        <w:rPr>
          <w:sz w:val="17"/>
        </w:rPr>
        <w:t xml:space="preserve"> (</w:t>
      </w:r>
      <w:proofErr w:type="spellStart"/>
      <w:r w:rsidR="00F84DF2">
        <w:rPr>
          <w:sz w:val="17"/>
        </w:rPr>
        <w:t>Decreto</w:t>
      </w:r>
      <w:proofErr w:type="spellEnd"/>
      <w:r w:rsidR="00F84DF2">
        <w:rPr>
          <w:sz w:val="17"/>
        </w:rPr>
        <w:t xml:space="preserve"> 0287/2026).</w:t>
      </w:r>
    </w:p>
    <w:p w:rsidR="008426E7" w:rsidRDefault="008426E7" w:rsidP="008426E7">
      <w:pPr>
        <w:rPr>
          <w:rFonts w:ascii="Arial Narrow" w:hAnsi="Arial Narrow" w:cs="Arial"/>
          <w:color w:val="auto"/>
          <w:sz w:val="22"/>
        </w:rPr>
      </w:pPr>
      <w:r>
        <w:rPr>
          <w:rFonts w:ascii="Arial Narrow" w:hAnsi="Arial Narrow" w:cs="Arial"/>
          <w:sz w:val="22"/>
        </w:rPr>
        <w:t xml:space="preserve">El valor total </w:t>
      </w:r>
      <w:proofErr w:type="spellStart"/>
      <w:r>
        <w:rPr>
          <w:rFonts w:ascii="Arial Narrow" w:hAnsi="Arial Narrow" w:cs="Arial"/>
          <w:sz w:val="22"/>
        </w:rPr>
        <w:t>ofertado</w:t>
      </w:r>
      <w:proofErr w:type="spellEnd"/>
      <w:r>
        <w:rPr>
          <w:rFonts w:ascii="Arial Narrow" w:hAnsi="Arial Narrow" w:cs="Arial"/>
          <w:sz w:val="22"/>
        </w:rPr>
        <w:t xml:space="preserve"> no </w:t>
      </w:r>
      <w:proofErr w:type="spellStart"/>
      <w:r>
        <w:rPr>
          <w:rFonts w:ascii="Arial Narrow" w:hAnsi="Arial Narrow" w:cs="Arial"/>
          <w:sz w:val="22"/>
        </w:rPr>
        <w:t>puede</w:t>
      </w:r>
      <w:proofErr w:type="spellEnd"/>
      <w:r>
        <w:rPr>
          <w:rFonts w:ascii="Arial Narrow" w:hAnsi="Arial Narrow" w:cs="Arial"/>
          <w:sz w:val="22"/>
        </w:rPr>
        <w:t xml:space="preserve"> </w:t>
      </w:r>
      <w:proofErr w:type="spellStart"/>
      <w:r>
        <w:rPr>
          <w:rFonts w:ascii="Arial Narrow" w:hAnsi="Arial Narrow" w:cs="Arial"/>
          <w:sz w:val="22"/>
        </w:rPr>
        <w:t>superar</w:t>
      </w:r>
      <w:proofErr w:type="spellEnd"/>
      <w:r>
        <w:rPr>
          <w:rFonts w:ascii="Arial Narrow" w:hAnsi="Arial Narrow" w:cs="Arial"/>
          <w:sz w:val="22"/>
        </w:rPr>
        <w:t xml:space="preserve"> el valor </w:t>
      </w:r>
      <w:proofErr w:type="spellStart"/>
      <w:r>
        <w:rPr>
          <w:rFonts w:ascii="Arial Narrow" w:hAnsi="Arial Narrow" w:cs="Arial"/>
          <w:sz w:val="22"/>
        </w:rPr>
        <w:t>promedio</w:t>
      </w:r>
      <w:proofErr w:type="spellEnd"/>
      <w:r>
        <w:rPr>
          <w:rFonts w:ascii="Arial Narrow" w:hAnsi="Arial Narrow" w:cs="Arial"/>
          <w:sz w:val="22"/>
        </w:rPr>
        <w:t xml:space="preserve"> </w:t>
      </w:r>
      <w:proofErr w:type="spellStart"/>
      <w:r>
        <w:rPr>
          <w:rFonts w:ascii="Arial Narrow" w:hAnsi="Arial Narrow" w:cs="Arial"/>
          <w:sz w:val="22"/>
        </w:rPr>
        <w:t>estimado</w:t>
      </w:r>
      <w:proofErr w:type="spellEnd"/>
      <w:r>
        <w:rPr>
          <w:rFonts w:ascii="Arial Narrow" w:hAnsi="Arial Narrow" w:cs="Arial"/>
          <w:sz w:val="22"/>
        </w:rPr>
        <w:t xml:space="preserve"> de </w:t>
      </w:r>
      <w:proofErr w:type="spellStart"/>
      <w:r>
        <w:rPr>
          <w:rFonts w:ascii="Arial Narrow" w:hAnsi="Arial Narrow" w:cs="Arial"/>
          <w:sz w:val="22"/>
        </w:rPr>
        <w:t>acuerdo</w:t>
      </w:r>
      <w:proofErr w:type="spellEnd"/>
      <w:r>
        <w:rPr>
          <w:rFonts w:ascii="Arial Narrow" w:hAnsi="Arial Narrow" w:cs="Arial"/>
          <w:sz w:val="22"/>
        </w:rPr>
        <w:t xml:space="preserve"> al </w:t>
      </w:r>
      <w:proofErr w:type="spellStart"/>
      <w:r>
        <w:rPr>
          <w:rFonts w:ascii="Arial Narrow" w:hAnsi="Arial Narrow" w:cs="Arial"/>
          <w:sz w:val="22"/>
        </w:rPr>
        <w:t>estudio</w:t>
      </w:r>
      <w:proofErr w:type="spellEnd"/>
      <w:r>
        <w:rPr>
          <w:rFonts w:ascii="Arial Narrow" w:hAnsi="Arial Narrow" w:cs="Arial"/>
          <w:sz w:val="22"/>
        </w:rPr>
        <w:t xml:space="preserve"> de </w:t>
      </w:r>
      <w:proofErr w:type="spellStart"/>
      <w:r>
        <w:rPr>
          <w:rFonts w:ascii="Arial Narrow" w:hAnsi="Arial Narrow" w:cs="Arial"/>
          <w:sz w:val="22"/>
        </w:rPr>
        <w:t>mercado</w:t>
      </w:r>
      <w:proofErr w:type="spellEnd"/>
      <w:r>
        <w:rPr>
          <w:rFonts w:ascii="Arial Narrow" w:hAnsi="Arial Narrow" w:cs="Arial"/>
          <w:sz w:val="22"/>
        </w:rPr>
        <w:t xml:space="preserve"> y </w:t>
      </w:r>
      <w:proofErr w:type="spellStart"/>
      <w:r>
        <w:rPr>
          <w:rFonts w:ascii="Arial Narrow" w:hAnsi="Arial Narrow" w:cs="Arial"/>
          <w:sz w:val="22"/>
        </w:rPr>
        <w:t>según</w:t>
      </w:r>
      <w:proofErr w:type="spellEnd"/>
      <w:r>
        <w:rPr>
          <w:rFonts w:ascii="Arial Narrow" w:hAnsi="Arial Narrow" w:cs="Arial"/>
          <w:sz w:val="22"/>
        </w:rPr>
        <w:t xml:space="preserve"> las </w:t>
      </w:r>
      <w:proofErr w:type="spellStart"/>
      <w:r>
        <w:rPr>
          <w:rFonts w:ascii="Arial Narrow" w:hAnsi="Arial Narrow" w:cs="Arial"/>
          <w:sz w:val="22"/>
        </w:rPr>
        <w:t>especificaciones</w:t>
      </w:r>
      <w:proofErr w:type="spellEnd"/>
      <w:r>
        <w:rPr>
          <w:rFonts w:ascii="Arial Narrow" w:hAnsi="Arial Narrow" w:cs="Arial"/>
          <w:sz w:val="22"/>
        </w:rPr>
        <w:t xml:space="preserve"> </w:t>
      </w:r>
      <w:proofErr w:type="spellStart"/>
      <w:r>
        <w:rPr>
          <w:rFonts w:ascii="Arial Narrow" w:hAnsi="Arial Narrow" w:cs="Arial"/>
          <w:sz w:val="22"/>
        </w:rPr>
        <w:t>técnicas</w:t>
      </w:r>
      <w:proofErr w:type="spellEnd"/>
      <w:r>
        <w:rPr>
          <w:rFonts w:ascii="Arial Narrow" w:hAnsi="Arial Narrow" w:cs="Arial"/>
          <w:sz w:val="22"/>
        </w:rPr>
        <w:t xml:space="preserve"> </w:t>
      </w:r>
      <w:proofErr w:type="spellStart"/>
      <w:r>
        <w:rPr>
          <w:rFonts w:ascii="Arial Narrow" w:hAnsi="Arial Narrow" w:cs="Arial"/>
          <w:sz w:val="22"/>
        </w:rPr>
        <w:t>descritas</w:t>
      </w:r>
      <w:proofErr w:type="spellEnd"/>
      <w:r>
        <w:rPr>
          <w:rFonts w:ascii="Arial Narrow" w:hAnsi="Arial Narrow" w:cs="Arial"/>
          <w:sz w:val="22"/>
        </w:rPr>
        <w:t xml:space="preserve"> </w:t>
      </w:r>
      <w:proofErr w:type="spellStart"/>
      <w:r>
        <w:rPr>
          <w:rFonts w:ascii="Arial Narrow" w:hAnsi="Arial Narrow" w:cs="Arial"/>
          <w:sz w:val="22"/>
        </w:rPr>
        <w:t>en</w:t>
      </w:r>
      <w:proofErr w:type="spellEnd"/>
      <w:r>
        <w:rPr>
          <w:rFonts w:ascii="Arial Narrow" w:hAnsi="Arial Narrow" w:cs="Arial"/>
          <w:sz w:val="22"/>
        </w:rPr>
        <w:t xml:space="preserve"> el </w:t>
      </w:r>
      <w:proofErr w:type="spellStart"/>
      <w:r>
        <w:rPr>
          <w:rFonts w:ascii="Arial Narrow" w:hAnsi="Arial Narrow" w:cs="Arial"/>
          <w:sz w:val="22"/>
        </w:rPr>
        <w:t>anexo</w:t>
      </w:r>
      <w:proofErr w:type="spellEnd"/>
      <w:r>
        <w:rPr>
          <w:rFonts w:ascii="Arial Narrow" w:hAnsi="Arial Narrow" w:cs="Arial"/>
          <w:sz w:val="22"/>
        </w:rPr>
        <w:t xml:space="preserve"> No. 3 </w:t>
      </w:r>
    </w:p>
    <w:p w:rsidR="008426E7" w:rsidRDefault="008426E7" w:rsidP="008426E7">
      <w:pPr>
        <w:rPr>
          <w:rFonts w:ascii="Arial Narrow" w:hAnsi="Arial Narrow" w:cs="Arial"/>
          <w:sz w:val="22"/>
        </w:rPr>
      </w:pPr>
      <w:proofErr w:type="spellStart"/>
      <w:r>
        <w:rPr>
          <w:rFonts w:ascii="Arial Narrow" w:hAnsi="Arial Narrow" w:cs="Arial"/>
          <w:sz w:val="22"/>
        </w:rPr>
        <w:t>Certifico</w:t>
      </w:r>
      <w:proofErr w:type="spellEnd"/>
      <w:r>
        <w:rPr>
          <w:rFonts w:ascii="Arial Narrow" w:hAnsi="Arial Narrow" w:cs="Arial"/>
          <w:sz w:val="22"/>
        </w:rPr>
        <w:t xml:space="preserve"> que </w:t>
      </w:r>
      <w:proofErr w:type="spellStart"/>
      <w:r>
        <w:rPr>
          <w:rFonts w:ascii="Arial Narrow" w:hAnsi="Arial Narrow" w:cs="Arial"/>
          <w:sz w:val="22"/>
        </w:rPr>
        <w:t>toda</w:t>
      </w:r>
      <w:proofErr w:type="spellEnd"/>
      <w:r>
        <w:rPr>
          <w:rFonts w:ascii="Arial Narrow" w:hAnsi="Arial Narrow" w:cs="Arial"/>
          <w:sz w:val="22"/>
        </w:rPr>
        <w:t xml:space="preserve"> la </w:t>
      </w:r>
      <w:proofErr w:type="spellStart"/>
      <w:r>
        <w:rPr>
          <w:rFonts w:ascii="Arial Narrow" w:hAnsi="Arial Narrow" w:cs="Arial"/>
          <w:sz w:val="22"/>
        </w:rPr>
        <w:t>información</w:t>
      </w:r>
      <w:proofErr w:type="spellEnd"/>
      <w:r>
        <w:rPr>
          <w:rFonts w:ascii="Arial Narrow" w:hAnsi="Arial Narrow" w:cs="Arial"/>
          <w:sz w:val="22"/>
        </w:rPr>
        <w:t xml:space="preserve"> </w:t>
      </w:r>
      <w:proofErr w:type="spellStart"/>
      <w:r>
        <w:rPr>
          <w:rFonts w:ascii="Arial Narrow" w:hAnsi="Arial Narrow" w:cs="Arial"/>
          <w:sz w:val="22"/>
        </w:rPr>
        <w:t>aquí</w:t>
      </w:r>
      <w:proofErr w:type="spellEnd"/>
      <w:r>
        <w:rPr>
          <w:rFonts w:ascii="Arial Narrow" w:hAnsi="Arial Narrow" w:cs="Arial"/>
          <w:sz w:val="22"/>
        </w:rPr>
        <w:t xml:space="preserve"> </w:t>
      </w:r>
      <w:proofErr w:type="spellStart"/>
      <w:r>
        <w:rPr>
          <w:rFonts w:ascii="Arial Narrow" w:hAnsi="Arial Narrow" w:cs="Arial"/>
          <w:sz w:val="22"/>
        </w:rPr>
        <w:t>contenida</w:t>
      </w:r>
      <w:proofErr w:type="spellEnd"/>
      <w:r>
        <w:rPr>
          <w:rFonts w:ascii="Arial Narrow" w:hAnsi="Arial Narrow" w:cs="Arial"/>
          <w:sz w:val="22"/>
        </w:rPr>
        <w:t xml:space="preserve"> </w:t>
      </w:r>
      <w:proofErr w:type="spellStart"/>
      <w:r>
        <w:rPr>
          <w:rFonts w:ascii="Arial Narrow" w:hAnsi="Arial Narrow" w:cs="Arial"/>
          <w:sz w:val="22"/>
        </w:rPr>
        <w:t>es</w:t>
      </w:r>
      <w:proofErr w:type="spellEnd"/>
      <w:r>
        <w:rPr>
          <w:rFonts w:ascii="Arial Narrow" w:hAnsi="Arial Narrow" w:cs="Arial"/>
          <w:sz w:val="22"/>
        </w:rPr>
        <w:t xml:space="preserve"> </w:t>
      </w:r>
      <w:proofErr w:type="spellStart"/>
      <w:r>
        <w:rPr>
          <w:rFonts w:ascii="Arial Narrow" w:hAnsi="Arial Narrow" w:cs="Arial"/>
          <w:sz w:val="22"/>
        </w:rPr>
        <w:t>veraz</w:t>
      </w:r>
      <w:proofErr w:type="spellEnd"/>
      <w:r>
        <w:rPr>
          <w:rFonts w:ascii="Arial Narrow" w:hAnsi="Arial Narrow" w:cs="Arial"/>
          <w:sz w:val="22"/>
        </w:rPr>
        <w:t xml:space="preserve">. </w:t>
      </w:r>
    </w:p>
    <w:p w:rsidR="003302BA" w:rsidRDefault="003302BA">
      <w:pPr>
        <w:spacing w:before="240" w:after="80"/>
      </w:pPr>
    </w:p>
    <w:tbl>
      <w:tblPr>
        <w:tblStyle w:val="Tablaconcuadrcula"/>
        <w:tblW w:w="0" w:type="auto"/>
        <w:jc w:val="center"/>
        <w:tblLayout w:type="fixed"/>
        <w:tblLook w:val="04A0" w:firstRow="1" w:lastRow="0" w:firstColumn="1" w:lastColumn="0" w:noHBand="0" w:noVBand="1"/>
      </w:tblPr>
      <w:tblGrid>
        <w:gridCol w:w="3600"/>
        <w:gridCol w:w="5760"/>
      </w:tblGrid>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NOMBRE DEL PROPONENTE / RAZÓN SOCIAL:</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NIT / REGISTRO ÚNICO DE PROPONENTES:</w:t>
            </w:r>
          </w:p>
        </w:tc>
        <w:tc>
          <w:tcPr>
            <w:tcW w:w="5760" w:type="dxa"/>
            <w:tcMar>
              <w:top w:w="60" w:type="dxa"/>
              <w:left w:w="100" w:type="dxa"/>
              <w:bottom w:w="60" w:type="dxa"/>
              <w:right w:w="100" w:type="dxa"/>
            </w:tcMar>
          </w:tcPr>
          <w:p w:rsidR="003302BA" w:rsidRDefault="00F84DF2">
            <w:pPr>
              <w:spacing w:after="40"/>
            </w:pPr>
            <w:r>
              <w:rPr>
                <w:sz w:val="18"/>
              </w:rPr>
              <w:t>No. _____________________ | RUP Vigente</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REPRESENTANTE LEGAL / CONTACTO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CÉDULA DE CIUDADANÍA REPRESENTANTE:</w:t>
            </w:r>
          </w:p>
        </w:tc>
        <w:tc>
          <w:tcPr>
            <w:tcW w:w="5760" w:type="dxa"/>
            <w:tcMar>
              <w:top w:w="60" w:type="dxa"/>
              <w:left w:w="100" w:type="dxa"/>
              <w:bottom w:w="60" w:type="dxa"/>
              <w:right w:w="100" w:type="dxa"/>
            </w:tcMar>
          </w:tcPr>
          <w:p w:rsidR="003302BA" w:rsidRDefault="00F84DF2">
            <w:pPr>
              <w:spacing w:after="40"/>
            </w:pPr>
            <w:r>
              <w:rPr>
                <w:sz w:val="18"/>
              </w:rPr>
              <w:t xml:space="preserve">No. _____________________ expedida en </w:t>
            </w:r>
            <w:r>
              <w:rPr>
                <w:sz w:val="18"/>
              </w:rPr>
              <w:t>______________</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DIRECCIÓN FÍSICA DE NOTIFICACIONES:</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TELÉFONO / CELULAR DE CONTACTO:</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lastRenderedPageBreak/>
              <w:t>CORREO ELECTRÓNICO OFICIAL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PROCESO CONTRACTUAL VINCULADO:</w:t>
            </w:r>
          </w:p>
        </w:tc>
        <w:tc>
          <w:tcPr>
            <w:tcW w:w="5760" w:type="dxa"/>
            <w:tcMar>
              <w:top w:w="60" w:type="dxa"/>
              <w:left w:w="100" w:type="dxa"/>
              <w:bottom w:w="60" w:type="dxa"/>
              <w:right w:w="100" w:type="dxa"/>
            </w:tcMar>
          </w:tcPr>
          <w:p w:rsidR="003302BA" w:rsidRDefault="00F84DF2">
            <w:pPr>
              <w:spacing w:after="40"/>
            </w:pPr>
            <w:r>
              <w:rPr>
                <w:sz w:val="18"/>
              </w:rPr>
              <w:t xml:space="preserve">INVITACIÓN PÚBLICA </w:t>
            </w:r>
            <w:r w:rsidR="008426E7">
              <w:rPr>
                <w:sz w:val="18"/>
              </w:rPr>
              <w:t>DE MÍNIMA CUANTÍA No. MC-INV-017</w:t>
            </w:r>
            <w:r>
              <w:rPr>
                <w:sz w:val="18"/>
              </w:rPr>
              <w:t xml:space="preserve"> DE 2026</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VALOR TOTAL OFERTADO (EXCLUIDO IVA):</w:t>
            </w:r>
          </w:p>
        </w:tc>
        <w:tc>
          <w:tcPr>
            <w:tcW w:w="5760" w:type="dxa"/>
            <w:tcMar>
              <w:top w:w="60" w:type="dxa"/>
              <w:left w:w="100" w:type="dxa"/>
              <w:bottom w:w="60" w:type="dxa"/>
              <w:right w:w="100" w:type="dxa"/>
            </w:tcMar>
          </w:tcPr>
          <w:p w:rsidR="003302BA" w:rsidRDefault="008426E7">
            <w:pPr>
              <w:spacing w:after="40"/>
            </w:pPr>
            <w:r>
              <w:rPr>
                <w:sz w:val="18"/>
              </w:rPr>
              <w:t>$</w:t>
            </w:r>
          </w:p>
        </w:tc>
      </w:tr>
    </w:tbl>
    <w:p w:rsidR="003302BA" w:rsidRDefault="00F84DF2">
      <w:pPr>
        <w:spacing w:before="360" w:after="40"/>
      </w:pPr>
      <w:r>
        <w:rPr>
          <w:b/>
        </w:rPr>
        <w:t>_____________________________________________________</w:t>
      </w:r>
      <w:r>
        <w:rPr>
          <w:b/>
        </w:rPr>
        <w:br/>
        <w:t>FIRMA Y ACEPTACIÓN DEL PROPONENTE / REPRESENTANTE LEGAL</w:t>
      </w:r>
      <w:r>
        <w:rPr>
          <w:b/>
        </w:rPr>
        <w:br/>
      </w:r>
      <w:r>
        <w:t>Nombre: _____________________________________________</w:t>
      </w:r>
      <w:r>
        <w:br/>
        <w:t xml:space="preserve">C.C. No. ____________________ </w:t>
      </w:r>
      <w:proofErr w:type="gramStart"/>
      <w:r>
        <w:t>de</w:t>
      </w:r>
      <w:proofErr w:type="gramEnd"/>
      <w:r>
        <w:t xml:space="preserve"> _____________________</w:t>
      </w:r>
      <w:r>
        <w:br/>
      </w:r>
      <w:proofErr w:type="spellStart"/>
      <w:r>
        <w:t>Proceso</w:t>
      </w:r>
      <w:proofErr w:type="spellEnd"/>
      <w:r>
        <w:t xml:space="preserve">: </w:t>
      </w:r>
      <w:proofErr w:type="spellStart"/>
      <w:r>
        <w:t>Mínima</w:t>
      </w:r>
      <w:proofErr w:type="spellEnd"/>
      <w:r w:rsidR="008426E7">
        <w:t xml:space="preserve"> </w:t>
      </w:r>
      <w:proofErr w:type="spellStart"/>
      <w:r w:rsidR="008426E7">
        <w:t>Cuantía</w:t>
      </w:r>
      <w:proofErr w:type="spellEnd"/>
      <w:r w:rsidR="008426E7">
        <w:t xml:space="preserve"> MC-INV-017</w:t>
      </w:r>
      <w:r>
        <w:t xml:space="preserve"> DE 2026 - COJAM</w:t>
      </w:r>
      <w:r>
        <w:br/>
        <w:t>Fecha de Suscripción: _____ de _________________ de 2026</w:t>
      </w:r>
    </w:p>
    <w:p w:rsidR="003302BA" w:rsidRDefault="00F84DF2">
      <w:r>
        <w:br w:type="page"/>
      </w:r>
    </w:p>
    <w:tbl>
      <w:tblPr>
        <w:tblStyle w:val="Tablaconcuadrcula"/>
        <w:tblW w:w="0" w:type="auto"/>
        <w:jc w:val="center"/>
        <w:tblLayout w:type="fixed"/>
        <w:tblLook w:val="04A0" w:firstRow="1" w:lastRow="0" w:firstColumn="1" w:lastColumn="0" w:noHBand="0" w:noVBand="1"/>
      </w:tblPr>
      <w:tblGrid>
        <w:gridCol w:w="3168"/>
        <w:gridCol w:w="6192"/>
      </w:tblGrid>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lastRenderedPageBreak/>
              <w:t>ENTIDAD COMPRADORA:</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INSTITUTO NACIONAL PENITENCIARIO Y CARCELARIO – INPEC</w:t>
            </w:r>
            <w:r>
              <w:rPr>
                <w:color w:val="1E1E1E"/>
                <w:sz w:val="19"/>
              </w:rPr>
              <w:br/>
              <w:t>Complejo Carcelario y Penitenciario de Jamundí – COJAM (NIT 900577346-4)</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PROCESO / INS</w:t>
            </w:r>
            <w:r>
              <w:rPr>
                <w:b/>
                <w:color w:val="FFFFFF"/>
                <w:sz w:val="19"/>
              </w:rPr>
              <w:t>TRUMENTO:</w:t>
            </w:r>
          </w:p>
        </w:tc>
        <w:tc>
          <w:tcPr>
            <w:tcW w:w="6192" w:type="dxa"/>
            <w:shd w:val="clear" w:color="auto" w:fill="F2F2F2"/>
            <w:tcMar>
              <w:top w:w="80" w:type="dxa"/>
              <w:left w:w="120" w:type="dxa"/>
              <w:bottom w:w="80" w:type="dxa"/>
              <w:right w:w="120" w:type="dxa"/>
            </w:tcMar>
          </w:tcPr>
          <w:p w:rsidR="003302BA" w:rsidRDefault="006052A2">
            <w:pPr>
              <w:spacing w:before="40" w:after="40"/>
            </w:pPr>
            <w:r>
              <w:rPr>
                <w:color w:val="1E1E1E"/>
                <w:sz w:val="19"/>
              </w:rPr>
              <w:t>Mínima Cuantía No. MC-INV-017</w:t>
            </w:r>
            <w:r w:rsidR="00F84DF2">
              <w:rPr>
                <w:color w:val="1E1E1E"/>
                <w:sz w:val="19"/>
              </w:rPr>
              <w:t xml:space="preserve"> DE 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PRESUPUESTO / REGISTRO:</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$22.884.000,00 M/CTE (Excluido de IVA) - CDP No. 8226 de 21/09/2026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DOCUMENTO VINCULANTE:</w:t>
            </w:r>
          </w:p>
        </w:tc>
        <w:tc>
          <w:tcPr>
            <w:tcW w:w="6192" w:type="dxa"/>
            <w:shd w:val="clear" w:color="auto" w:fill="F2F2F2"/>
            <w:tcMar>
              <w:top w:w="80" w:type="dxa"/>
              <w:left w:w="120" w:type="dxa"/>
              <w:bottom w:w="80" w:type="dxa"/>
              <w:right w:w="120" w:type="dxa"/>
            </w:tcMar>
          </w:tcPr>
          <w:p w:rsidR="003302BA" w:rsidRDefault="00F84DF2">
            <w:pPr>
              <w:spacing w:before="40" w:after="40"/>
            </w:pPr>
            <w:r>
              <w:rPr>
                <w:b/>
                <w:color w:val="002060"/>
                <w:sz w:val="19"/>
              </w:rPr>
              <w:t>ANEXO No. 3: ACEPTACIÓN DE LAS CONDICIONES TÉCNICAS MÍNIMAS OBLIGATORIAS</w:t>
            </w:r>
          </w:p>
        </w:tc>
      </w:tr>
    </w:tbl>
    <w:p w:rsidR="003302BA" w:rsidRDefault="003302BA">
      <w:pPr>
        <w:spacing w:after="120"/>
      </w:pPr>
    </w:p>
    <w:p w:rsidR="003302BA" w:rsidRDefault="00F84DF2">
      <w:pPr>
        <w:spacing w:after="120"/>
      </w:pPr>
      <w:r>
        <w:t xml:space="preserve">Santiago de Cali / Jamundí, </w:t>
      </w:r>
      <w:r>
        <w:rPr>
          <w:i/>
        </w:rPr>
        <w:t>(Fecha de presentación)</w:t>
      </w:r>
    </w:p>
    <w:p w:rsidR="003302BA" w:rsidRDefault="00F84DF2">
      <w:pPr>
        <w:spacing w:after="120"/>
      </w:pPr>
      <w:r>
        <w:rPr>
          <w:b/>
        </w:rPr>
        <w:t>Señores</w:t>
      </w:r>
      <w:proofErr w:type="gramStart"/>
      <w:r>
        <w:rPr>
          <w:b/>
        </w:rPr>
        <w:t>:</w:t>
      </w:r>
      <w:proofErr w:type="gramEnd"/>
      <w:r>
        <w:rPr>
          <w:b/>
        </w:rPr>
        <w:br/>
        <w:t>INSTITUTO NACIONAL PENITENCIARIO Y CARCELARIO – INPEC / COJAM</w:t>
      </w:r>
      <w:r>
        <w:rPr>
          <w:b/>
        </w:rPr>
        <w:br/>
        <w:t>Asunto: Certificación de Aceptación Técnica</w:t>
      </w:r>
      <w:r w:rsidR="006052A2">
        <w:rPr>
          <w:b/>
        </w:rPr>
        <w:t xml:space="preserve"> - </w:t>
      </w:r>
      <w:proofErr w:type="spellStart"/>
      <w:r w:rsidR="006052A2">
        <w:rPr>
          <w:b/>
        </w:rPr>
        <w:t>Invitación</w:t>
      </w:r>
      <w:proofErr w:type="spellEnd"/>
      <w:r w:rsidR="006052A2">
        <w:rPr>
          <w:b/>
        </w:rPr>
        <w:t xml:space="preserve"> </w:t>
      </w:r>
      <w:proofErr w:type="spellStart"/>
      <w:r w:rsidR="006052A2">
        <w:rPr>
          <w:b/>
        </w:rPr>
        <w:t>Pública</w:t>
      </w:r>
      <w:proofErr w:type="spellEnd"/>
      <w:r w:rsidR="006052A2">
        <w:rPr>
          <w:b/>
        </w:rPr>
        <w:t xml:space="preserve"> MC-INV-017</w:t>
      </w:r>
      <w:r>
        <w:rPr>
          <w:b/>
        </w:rPr>
        <w:t xml:space="preserve"> DE 2026</w:t>
      </w:r>
      <w:r>
        <w:rPr>
          <w:b/>
        </w:rPr>
        <w:br/>
      </w:r>
    </w:p>
    <w:p w:rsidR="003302BA" w:rsidRDefault="00F84DF2">
      <w:pPr>
        <w:spacing w:after="160"/>
      </w:pPr>
      <w:r>
        <w:t>En mi condición de Representante Legal / Propone</w:t>
      </w:r>
      <w:r>
        <w:t xml:space="preserve">nte en el proceso </w:t>
      </w:r>
      <w:r w:rsidR="006052A2">
        <w:t xml:space="preserve">de Mínima Cuantía No. </w:t>
      </w:r>
      <w:proofErr w:type="gramStart"/>
      <w:r w:rsidR="006052A2">
        <w:t>MC-INV-017</w:t>
      </w:r>
      <w:r>
        <w:t xml:space="preserve"> DE 2026, </w:t>
      </w:r>
      <w:proofErr w:type="spellStart"/>
      <w:r>
        <w:t>cuyo</w:t>
      </w:r>
      <w:proofErr w:type="spellEnd"/>
      <w:r>
        <w:t xml:space="preserve"> objeto es la 'ADQUISICIÓN DE ELEMENTOS DE SEGURIDAD INDUSTRIAL, DOTACIÓN Y DEMÁS MATERIALES DE SUMINISTROS PARA EL PROYECTO COMERCIAL EXPENDIO Y LOS PROYECTOS PRODUCTIVOS DE PANADERÍA, ASADER</w:t>
      </w:r>
      <w:r>
        <w:t>O Y RECICLAJE DEL COJAM', bajo la gravedad del juramento CERTIFICO Y GARANTIZO Y ACEPTO QUE:</w:t>
      </w:r>
      <w:r>
        <w:br/>
      </w:r>
      <w:r>
        <w:br/>
        <w:t>1. Conocemos y aceptamos integralmente las especificaciones técnicas mínimas obligatorias de los 33 ítems requeridos para los cuatro proyectos productivos del COJ</w:t>
      </w:r>
      <w:r>
        <w:t>AM, cumpliendo con los bordados institucionales, telas de primera calidad (dril, algodón, cuero, PVC) y tallaje solicitado por la Entidad.</w:t>
      </w:r>
      <w:r>
        <w:br/>
      </w:r>
      <w:proofErr w:type="gramEnd"/>
      <w:r>
        <w:t>2. Nuestra oferta contempla la totalidad de las condiciones técnicas, es irrevocable e incondicional, y se obliga a s</w:t>
      </w:r>
      <w:r>
        <w:t>uministrar productos 100% nuevos, de primera calidad y con garantía de reemplazo en un término no mayor a 24 horas en caso de defectos o no conformidad.</w:t>
      </w:r>
      <w:r>
        <w:br/>
        <w:t>3. Nos obligamos a efectuar la entrega logística directa en el Almacén General del COJAM en Jamundí (Va</w:t>
      </w:r>
      <w:r>
        <w:t>lle del Cauca) asumiendo todos los costos de fletes, empaque, cargue, descargue y transporte a nuestra entera cuenta y riesgo.</w:t>
      </w:r>
      <w:r>
        <w:br/>
      </w:r>
      <w:proofErr w:type="gramStart"/>
      <w:r w:rsidR="006052A2" w:rsidRPr="006052A2">
        <w:rPr>
          <w:b/>
          <w:color w:val="002060"/>
        </w:rPr>
        <w:t xml:space="preserve">4. </w:t>
      </w:r>
      <w:r w:rsidRPr="006052A2">
        <w:rPr>
          <w:b/>
          <w:color w:val="002060"/>
        </w:rPr>
        <w:t xml:space="preserve"> CERTIFICACIÓN DE CUMPLIMIENTO REGULATORIO DE SOSTENIBILIDAD Y ACCESIBILIDAD: Garantizam</w:t>
      </w:r>
      <w:r w:rsidRPr="006052A2">
        <w:rPr>
          <w:b/>
          <w:color w:val="002060"/>
        </w:rPr>
        <w:t>os expresamente que: a) Las fajas lumbares de doble banda, el calzado con puntera de policarbonato no metálico y los overoles incorporan criterios de Diseño Universal y Ergonomía Adaptable (Decreto 0287 de 2026) para facilitar la inclusión segura de person</w:t>
      </w:r>
      <w:r w:rsidRPr="006052A2">
        <w:rPr>
          <w:b/>
          <w:color w:val="002060"/>
        </w:rPr>
        <w:t>as privadas de la libertad con capacidades diversas; b) Todos los elementos serán entregados en empaques biodegradables o de cartón reciclado (Decreto 0997 de 2026); y c) Nos comprometemos a entregar los residuos textiles y empaques secundarios al Proyecto</w:t>
      </w:r>
      <w:r w:rsidRPr="006052A2">
        <w:rPr>
          <w:b/>
          <w:color w:val="002060"/>
        </w:rPr>
        <w:t xml:space="preserve"> Productivo de Reciclaje del COJAM para promover la Economía Circular.</w:t>
      </w:r>
      <w:r w:rsidRPr="006052A2">
        <w:rPr>
          <w:b/>
          <w:color w:val="002060"/>
        </w:rPr>
        <w:br/>
      </w:r>
      <w:proofErr w:type="gramEnd"/>
    </w:p>
    <w:p w:rsidR="003302BA" w:rsidRDefault="003302BA">
      <w:pPr>
        <w:spacing w:before="240" w:after="80"/>
      </w:pPr>
    </w:p>
    <w:tbl>
      <w:tblPr>
        <w:tblStyle w:val="Tablaconcuadrcula"/>
        <w:tblW w:w="0" w:type="auto"/>
        <w:jc w:val="center"/>
        <w:tblLayout w:type="fixed"/>
        <w:tblLook w:val="04A0" w:firstRow="1" w:lastRow="0" w:firstColumn="1" w:lastColumn="0" w:noHBand="0" w:noVBand="1"/>
      </w:tblPr>
      <w:tblGrid>
        <w:gridCol w:w="3600"/>
        <w:gridCol w:w="5760"/>
      </w:tblGrid>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NOMBRE DEL PROPONENTE / RAZÓN SOCIAL:</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NIT / REGISTRO ÚNICO DE PROPONENTES:</w:t>
            </w:r>
          </w:p>
        </w:tc>
        <w:tc>
          <w:tcPr>
            <w:tcW w:w="5760" w:type="dxa"/>
            <w:tcMar>
              <w:top w:w="60" w:type="dxa"/>
              <w:left w:w="100" w:type="dxa"/>
              <w:bottom w:w="60" w:type="dxa"/>
              <w:right w:w="100" w:type="dxa"/>
            </w:tcMar>
          </w:tcPr>
          <w:p w:rsidR="003302BA" w:rsidRDefault="00F84DF2">
            <w:pPr>
              <w:spacing w:after="40"/>
            </w:pPr>
            <w:r>
              <w:rPr>
                <w:sz w:val="18"/>
              </w:rPr>
              <w:t>No. _____________________ | RUP Vigente</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lastRenderedPageBreak/>
              <w:t>REPRESENTANTE LEGAL / CONTACTO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 xml:space="preserve">CÉDULA DE CIUDADANÍA </w:t>
            </w:r>
            <w:r>
              <w:rPr>
                <w:b/>
                <w:color w:val="002060"/>
                <w:sz w:val="18"/>
              </w:rPr>
              <w:t>REPRESENTANTE:</w:t>
            </w:r>
          </w:p>
        </w:tc>
        <w:tc>
          <w:tcPr>
            <w:tcW w:w="5760" w:type="dxa"/>
            <w:tcMar>
              <w:top w:w="60" w:type="dxa"/>
              <w:left w:w="100" w:type="dxa"/>
              <w:bottom w:w="60" w:type="dxa"/>
              <w:right w:w="100" w:type="dxa"/>
            </w:tcMar>
          </w:tcPr>
          <w:p w:rsidR="003302BA" w:rsidRDefault="00F84DF2">
            <w:pPr>
              <w:spacing w:after="40"/>
            </w:pPr>
            <w:r>
              <w:rPr>
                <w:sz w:val="18"/>
              </w:rPr>
              <w:t>No. _____________________ expedida en ______________</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DIRECCIÓN FÍSICA DE NOTIFICACIONES:</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TELÉFONO / CELULAR DE CONTACTO:</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CORREO ELECTRÓNICO OFICIAL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PROCESO CONTRACTUAL VINCULADO:</w:t>
            </w:r>
          </w:p>
        </w:tc>
        <w:tc>
          <w:tcPr>
            <w:tcW w:w="5760" w:type="dxa"/>
            <w:tcMar>
              <w:top w:w="60" w:type="dxa"/>
              <w:left w:w="100" w:type="dxa"/>
              <w:bottom w:w="60" w:type="dxa"/>
              <w:right w:w="100" w:type="dxa"/>
            </w:tcMar>
          </w:tcPr>
          <w:p w:rsidR="003302BA" w:rsidRDefault="00F84DF2">
            <w:pPr>
              <w:spacing w:after="40"/>
            </w:pPr>
            <w:r>
              <w:rPr>
                <w:sz w:val="18"/>
              </w:rPr>
              <w:t>INVITACIÓN PÚBLICA DE MÍNIMA CUANTÍA No. MC-I</w:t>
            </w:r>
            <w:r w:rsidR="007C0501">
              <w:rPr>
                <w:sz w:val="18"/>
              </w:rPr>
              <w:t>NV-017</w:t>
            </w:r>
            <w:r>
              <w:rPr>
                <w:sz w:val="18"/>
              </w:rPr>
              <w:t xml:space="preserve"> DE 2026</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VALOR TOTAL OFERTADO (EXCLUIDO IVA):</w:t>
            </w:r>
          </w:p>
        </w:tc>
        <w:tc>
          <w:tcPr>
            <w:tcW w:w="5760" w:type="dxa"/>
            <w:tcMar>
              <w:top w:w="60" w:type="dxa"/>
              <w:left w:w="100" w:type="dxa"/>
              <w:bottom w:w="60" w:type="dxa"/>
              <w:right w:w="100" w:type="dxa"/>
            </w:tcMar>
          </w:tcPr>
          <w:p w:rsidR="003302BA" w:rsidRDefault="007C0501">
            <w:pPr>
              <w:spacing w:after="40"/>
            </w:pPr>
            <w:r>
              <w:rPr>
                <w:sz w:val="18"/>
              </w:rPr>
              <w:t>$</w:t>
            </w:r>
          </w:p>
        </w:tc>
      </w:tr>
    </w:tbl>
    <w:p w:rsidR="003302BA" w:rsidRDefault="00F84DF2">
      <w:pPr>
        <w:spacing w:before="360" w:after="40"/>
      </w:pPr>
      <w:r>
        <w:rPr>
          <w:b/>
        </w:rPr>
        <w:t>_____________________________________________________</w:t>
      </w:r>
      <w:r>
        <w:rPr>
          <w:b/>
        </w:rPr>
        <w:br/>
        <w:t>FIRMA Y ACEPTACIÓN DEL PROPONENTE / REPRESENTANTE LEGAL</w:t>
      </w:r>
      <w:r>
        <w:rPr>
          <w:b/>
        </w:rPr>
        <w:br/>
      </w:r>
      <w:r>
        <w:t>Nombre: _____________________________________________</w:t>
      </w:r>
      <w:r>
        <w:br/>
        <w:t>C.C. No. ________</w:t>
      </w:r>
      <w:r>
        <w:t xml:space="preserve">____________ </w:t>
      </w:r>
      <w:proofErr w:type="gramStart"/>
      <w:r>
        <w:t>de</w:t>
      </w:r>
      <w:proofErr w:type="gramEnd"/>
      <w:r>
        <w:t xml:space="preserve"> _____________________</w:t>
      </w:r>
      <w:r>
        <w:br/>
      </w:r>
      <w:proofErr w:type="spellStart"/>
      <w:r>
        <w:t>Pr</w:t>
      </w:r>
      <w:r w:rsidR="007C0501">
        <w:t>oceso</w:t>
      </w:r>
      <w:proofErr w:type="spellEnd"/>
      <w:r w:rsidR="007C0501">
        <w:t xml:space="preserve">: </w:t>
      </w:r>
      <w:proofErr w:type="spellStart"/>
      <w:r w:rsidR="007C0501">
        <w:t>Mínima</w:t>
      </w:r>
      <w:proofErr w:type="spellEnd"/>
      <w:r w:rsidR="007C0501">
        <w:t xml:space="preserve"> </w:t>
      </w:r>
      <w:proofErr w:type="spellStart"/>
      <w:r w:rsidR="007C0501">
        <w:t>Cuantía</w:t>
      </w:r>
      <w:proofErr w:type="spellEnd"/>
      <w:r w:rsidR="007C0501">
        <w:t xml:space="preserve"> MC-INV-017</w:t>
      </w:r>
      <w:r>
        <w:t xml:space="preserve"> DE 2026 - COJAM</w:t>
      </w:r>
      <w:r>
        <w:br/>
        <w:t>Fecha de Suscripción: _____ de _________________ de 2026</w:t>
      </w:r>
    </w:p>
    <w:p w:rsidR="003302BA" w:rsidRDefault="00F84DF2">
      <w:r>
        <w:br w:type="page"/>
      </w:r>
    </w:p>
    <w:tbl>
      <w:tblPr>
        <w:tblStyle w:val="Tablaconcuadrcula"/>
        <w:tblW w:w="0" w:type="auto"/>
        <w:jc w:val="center"/>
        <w:tblLayout w:type="fixed"/>
        <w:tblLook w:val="04A0" w:firstRow="1" w:lastRow="0" w:firstColumn="1" w:lastColumn="0" w:noHBand="0" w:noVBand="1"/>
      </w:tblPr>
      <w:tblGrid>
        <w:gridCol w:w="3168"/>
        <w:gridCol w:w="6192"/>
      </w:tblGrid>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lastRenderedPageBreak/>
              <w:t>ENTIDAD COMPRADORA:</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INSTITUTO NACIONAL PENITENCIARIO Y CARCELARIO – INPEC</w:t>
            </w:r>
            <w:r>
              <w:rPr>
                <w:color w:val="1E1E1E"/>
                <w:sz w:val="19"/>
              </w:rPr>
              <w:br/>
              <w:t xml:space="preserve">Complejo Carcelario y </w:t>
            </w:r>
            <w:r>
              <w:rPr>
                <w:color w:val="1E1E1E"/>
                <w:sz w:val="19"/>
              </w:rPr>
              <w:t>Penitenciario de Jamundí – COJAM (NIT 900577346-4)</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PROCESO / INSTRUMENTO:</w:t>
            </w:r>
          </w:p>
        </w:tc>
        <w:tc>
          <w:tcPr>
            <w:tcW w:w="6192" w:type="dxa"/>
            <w:shd w:val="clear" w:color="auto" w:fill="F2F2F2"/>
            <w:tcMar>
              <w:top w:w="80" w:type="dxa"/>
              <w:left w:w="120" w:type="dxa"/>
              <w:bottom w:w="80" w:type="dxa"/>
              <w:right w:w="120" w:type="dxa"/>
            </w:tcMar>
          </w:tcPr>
          <w:p w:rsidR="003302BA" w:rsidRDefault="00514EFB">
            <w:pPr>
              <w:spacing w:before="40" w:after="40"/>
            </w:pPr>
            <w:r>
              <w:rPr>
                <w:color w:val="1E1E1E"/>
                <w:sz w:val="19"/>
              </w:rPr>
              <w:t>Mínima Cuantía No. MC-INV-017</w:t>
            </w:r>
            <w:r w:rsidR="00F84DF2">
              <w:rPr>
                <w:color w:val="1E1E1E"/>
                <w:sz w:val="19"/>
              </w:rPr>
              <w:t xml:space="preserve"> DE 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PRESUPUESTO / REGISTRO:</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$22.884.000,00 M/CTE (Excluido de IVA) - CDP No. 8226 de 21/09/2026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DOCUMENTO VINCULANTE:</w:t>
            </w:r>
          </w:p>
        </w:tc>
        <w:tc>
          <w:tcPr>
            <w:tcW w:w="6192" w:type="dxa"/>
            <w:shd w:val="clear" w:color="auto" w:fill="F2F2F2"/>
            <w:tcMar>
              <w:top w:w="80" w:type="dxa"/>
              <w:left w:w="120" w:type="dxa"/>
              <w:bottom w:w="80" w:type="dxa"/>
              <w:right w:w="120" w:type="dxa"/>
            </w:tcMar>
          </w:tcPr>
          <w:p w:rsidR="003302BA" w:rsidRDefault="00F84DF2">
            <w:pPr>
              <w:spacing w:before="40" w:after="40"/>
            </w:pPr>
            <w:r>
              <w:rPr>
                <w:b/>
                <w:color w:val="002060"/>
                <w:sz w:val="19"/>
              </w:rPr>
              <w:t>ANEXO No. 4: MODELO DE ACUE</w:t>
            </w:r>
            <w:r>
              <w:rPr>
                <w:b/>
                <w:color w:val="002060"/>
                <w:sz w:val="19"/>
              </w:rPr>
              <w:t>RDO DE CONFORMACIÓN DE CONSORCIO O UNIÓN TEMPORAL</w:t>
            </w:r>
          </w:p>
        </w:tc>
      </w:tr>
    </w:tbl>
    <w:p w:rsidR="003302BA" w:rsidRDefault="003302BA">
      <w:pPr>
        <w:spacing w:after="120"/>
      </w:pPr>
    </w:p>
    <w:p w:rsidR="003302BA" w:rsidRDefault="00F84DF2">
      <w:pPr>
        <w:spacing w:after="120"/>
      </w:pPr>
      <w:r>
        <w:rPr>
          <w:b/>
          <w:color w:val="002060"/>
        </w:rPr>
        <w:t>ACUERDO DE CONSTITUCIÓN DE PROPONENT</w:t>
      </w:r>
      <w:r w:rsidR="00514EFB">
        <w:rPr>
          <w:b/>
          <w:color w:val="002060"/>
        </w:rPr>
        <w:t>E PLURAL - INVITACIÓN MC-INV-017</w:t>
      </w:r>
      <w:r>
        <w:rPr>
          <w:b/>
          <w:color w:val="002060"/>
        </w:rPr>
        <w:t xml:space="preserve"> DE 2026</w:t>
      </w:r>
    </w:p>
    <w:p w:rsidR="003302BA" w:rsidRDefault="00F84DF2">
      <w:pPr>
        <w:spacing w:after="160"/>
      </w:pPr>
      <w:r>
        <w:t xml:space="preserve">Entre los suscritos, ____________________________, identificado con C.C. No. ______________, actuando como Representante Legal </w:t>
      </w:r>
      <w:r>
        <w:t>de la sociedad ____________________________ (NIT ____________), y ____________________________, identificado con C.C. No. ______________, Representante Legal de ____________________________ (NIT ____________), hemos convenido celebrar el presente ACUERDO D</w:t>
      </w:r>
      <w:r>
        <w:t>E CONSTITUCIÓN DE (CONSORCIO / UNIÓN TEMPORAL) denominado '__________________________________________', el cual se regirá por las siguientes cláusulas:</w:t>
      </w:r>
      <w:r>
        <w:br/>
      </w:r>
      <w:r>
        <w:br/>
        <w:t>CLÁUSULA PRIMERA: OBJETO.- Conformar el proponente plural para presentar propuesta, celebrar y ejecutar</w:t>
      </w:r>
      <w:r>
        <w:t xml:space="preserve"> el contrato resultante de la Invitación Pública </w:t>
      </w:r>
      <w:r w:rsidR="00514EFB">
        <w:t>de Mínima Cuantía No. MC-INV-017</w:t>
      </w:r>
      <w:r>
        <w:t xml:space="preserve"> DE 2026 </w:t>
      </w:r>
      <w:proofErr w:type="spellStart"/>
      <w:r>
        <w:t>cuyo</w:t>
      </w:r>
      <w:proofErr w:type="spellEnd"/>
      <w:r>
        <w:t xml:space="preserve"> objeto es la 'ADQUISICIÓN DE ELEMENTOS DE SEGURIDAD INDUSTRIAL, DOTACIÓN Y DEMÁS MATERIALES DE SUMINISTROS PARA EL PROYECTO COMERCIAL EXPENDIO Y LOS PROYECTOS PR</w:t>
      </w:r>
      <w:r>
        <w:t>ODUCTIVOS DE PANADERÍA, ASADERO Y RECICLAJE DEL COJAM'.</w:t>
      </w:r>
      <w:r>
        <w:br/>
      </w:r>
      <w:r>
        <w:br/>
        <w:t>CLÁUSULA SEGUNDA: PARTICIPACIÓN</w:t>
      </w:r>
      <w:proofErr w:type="gramStart"/>
      <w:r>
        <w:t>.-</w:t>
      </w:r>
      <w:proofErr w:type="gramEnd"/>
      <w:r>
        <w:t xml:space="preserve"> La participación de los integrantes se distribuye así:</w:t>
      </w:r>
      <w:r>
        <w:br/>
        <w:t>1. [Nombre Integrante 1]: _____% de participación.</w:t>
      </w:r>
      <w:r>
        <w:br/>
        <w:t>2. [Nombre Integrante 2]: _____% de participación.</w:t>
      </w:r>
      <w:r>
        <w:br/>
      </w:r>
      <w:r>
        <w:br/>
        <w:t>CLÁUSUL</w:t>
      </w:r>
      <w:r>
        <w:t>A TERCERA: RESPONSABILIDAD.- Los integrantes responderán en forma solidaria y mancomunada por el cumplimiento total de la propuesta y del contrato ejecutado ante el INPEC - COJAM.</w:t>
      </w:r>
      <w:r>
        <w:br/>
      </w:r>
      <w:r>
        <w:br/>
        <w:t>CLÁUSULA CUARTA: REPRESENTACIÓN.- Designamos como Representante Legal del p</w:t>
      </w:r>
      <w:r>
        <w:t>roponente plural al señor(a) ____________________________, identificado con C.C. No. ______________, facultado ampliamente para suscribir la propuesta, el contrato, las adendas, compromisos anticorrupción y efectuar los cobros y facturación.</w:t>
      </w:r>
      <w:r>
        <w:br/>
      </w:r>
      <w:r>
        <w:br/>
        <w:t>CLÁUSULA QUIN</w:t>
      </w:r>
      <w:r>
        <w:t>TA: FACTURACIÓN</w:t>
      </w:r>
      <w:proofErr w:type="gramStart"/>
      <w:r>
        <w:t>.-</w:t>
      </w:r>
      <w:proofErr w:type="gramEnd"/>
      <w:r>
        <w:t xml:space="preserve"> Para efectos tributarios la facturación se realizará a través de (el Consorcio/Unión Temporal con NIT propio / o por el integrante _____________________).</w:t>
      </w:r>
      <w:r>
        <w:br/>
      </w:r>
      <w:r>
        <w:br/>
      </w:r>
      <w:r w:rsidRPr="00514EFB">
        <w:rPr>
          <w:b/>
          <w:color w:val="002060"/>
        </w:rPr>
        <w:t>CLÁUSULA SEXTA: COMPROMISO CUMPLIMIENTO REG</w:t>
      </w:r>
      <w:r w:rsidRPr="00514EFB">
        <w:rPr>
          <w:b/>
          <w:color w:val="002060"/>
        </w:rPr>
        <w:t>ULATORIO 2026.- Los integrantes del proponente plural declaramos conjuntamente bajo la gravedad del juramento que ninguno se encuentra reportado en Listas Restrictivas Internacionales de Inhabilitación de Bancos Multilaterales (Decreto 0997 de 2026) y asum</w:t>
      </w:r>
      <w:r w:rsidRPr="00514EFB">
        <w:rPr>
          <w:b/>
          <w:color w:val="002060"/>
        </w:rPr>
        <w:t xml:space="preserve">imos solidariamente las obligaciones de empaques biodegradables, economía circular con el Proyecto de Reciclaje COJAM y confección ergonómica </w:t>
      </w:r>
      <w:r w:rsidRPr="00514EFB">
        <w:rPr>
          <w:b/>
          <w:color w:val="002060"/>
        </w:rPr>
        <w:lastRenderedPageBreak/>
        <w:t>adaptable (Decreto 0287 de 2026).</w:t>
      </w:r>
      <w:r>
        <w:rPr>
          <w:b/>
          <w:color w:val="002060"/>
          <w:highlight w:val="yellow"/>
        </w:rPr>
        <w:br/>
      </w:r>
    </w:p>
    <w:p w:rsidR="003302BA" w:rsidRDefault="003302BA">
      <w:pPr>
        <w:spacing w:before="240" w:after="80"/>
      </w:pPr>
    </w:p>
    <w:tbl>
      <w:tblPr>
        <w:tblStyle w:val="Tablaconcuadrcula"/>
        <w:tblW w:w="0" w:type="auto"/>
        <w:jc w:val="center"/>
        <w:tblLayout w:type="fixed"/>
        <w:tblLook w:val="04A0" w:firstRow="1" w:lastRow="0" w:firstColumn="1" w:lastColumn="0" w:noHBand="0" w:noVBand="1"/>
      </w:tblPr>
      <w:tblGrid>
        <w:gridCol w:w="3600"/>
        <w:gridCol w:w="5760"/>
      </w:tblGrid>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NOMBRE DEL PROPONENTE / RAZÓN SOCIAL:</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NIT / REGISTRO ÚNICO DE PROPONENTES:</w:t>
            </w:r>
          </w:p>
        </w:tc>
        <w:tc>
          <w:tcPr>
            <w:tcW w:w="5760" w:type="dxa"/>
            <w:tcMar>
              <w:top w:w="60" w:type="dxa"/>
              <w:left w:w="100" w:type="dxa"/>
              <w:bottom w:w="60" w:type="dxa"/>
              <w:right w:w="100" w:type="dxa"/>
            </w:tcMar>
          </w:tcPr>
          <w:p w:rsidR="003302BA" w:rsidRDefault="00F84DF2">
            <w:pPr>
              <w:spacing w:after="40"/>
            </w:pPr>
            <w:r>
              <w:rPr>
                <w:sz w:val="18"/>
              </w:rPr>
              <w:t>No. _____________________ | RUP Vigente</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REPRESENTANTE LEGAL / CONTACTO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CÉDULA DE CIUDADANÍA REPRESENTANTE:</w:t>
            </w:r>
          </w:p>
        </w:tc>
        <w:tc>
          <w:tcPr>
            <w:tcW w:w="5760" w:type="dxa"/>
            <w:tcMar>
              <w:top w:w="60" w:type="dxa"/>
              <w:left w:w="100" w:type="dxa"/>
              <w:bottom w:w="60" w:type="dxa"/>
              <w:right w:w="100" w:type="dxa"/>
            </w:tcMar>
          </w:tcPr>
          <w:p w:rsidR="003302BA" w:rsidRDefault="00F84DF2">
            <w:pPr>
              <w:spacing w:after="40"/>
            </w:pPr>
            <w:r>
              <w:rPr>
                <w:sz w:val="18"/>
              </w:rPr>
              <w:t>No. _____________________ expedida en ______________</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DIRECCIÓN FÍSICA DE NOTIFICACIONES:</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TELÉFONO / CELULAR DE CONTACTO:</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 xml:space="preserve">CORREO </w:t>
            </w:r>
            <w:r>
              <w:rPr>
                <w:b/>
                <w:color w:val="002060"/>
                <w:sz w:val="18"/>
              </w:rPr>
              <w:t>ELECTRÓNICO OFICIAL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PROCESO CONTRACTUAL VINCULADO:</w:t>
            </w:r>
          </w:p>
        </w:tc>
        <w:tc>
          <w:tcPr>
            <w:tcW w:w="5760" w:type="dxa"/>
            <w:tcMar>
              <w:top w:w="60" w:type="dxa"/>
              <w:left w:w="100" w:type="dxa"/>
              <w:bottom w:w="60" w:type="dxa"/>
              <w:right w:w="100" w:type="dxa"/>
            </w:tcMar>
          </w:tcPr>
          <w:p w:rsidR="003302BA" w:rsidRDefault="00F84DF2">
            <w:pPr>
              <w:spacing w:after="40"/>
            </w:pPr>
            <w:r>
              <w:rPr>
                <w:sz w:val="18"/>
              </w:rPr>
              <w:t xml:space="preserve">INVITACIÓN PÚBLICA </w:t>
            </w:r>
            <w:r w:rsidR="008D0BCD">
              <w:rPr>
                <w:sz w:val="18"/>
              </w:rPr>
              <w:t>DE MÍNIMA CUANTÍA No. MC-INV-017</w:t>
            </w:r>
            <w:r>
              <w:rPr>
                <w:sz w:val="18"/>
              </w:rPr>
              <w:t xml:space="preserve"> DE 2026</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VALOR TOTAL OFERTADO (EXCLUIDO IVA):</w:t>
            </w:r>
          </w:p>
        </w:tc>
        <w:tc>
          <w:tcPr>
            <w:tcW w:w="5760" w:type="dxa"/>
            <w:tcMar>
              <w:top w:w="60" w:type="dxa"/>
              <w:left w:w="100" w:type="dxa"/>
              <w:bottom w:w="60" w:type="dxa"/>
              <w:right w:w="100" w:type="dxa"/>
            </w:tcMar>
          </w:tcPr>
          <w:p w:rsidR="003302BA" w:rsidRDefault="008D0BCD">
            <w:pPr>
              <w:spacing w:after="40"/>
            </w:pPr>
            <w:r>
              <w:rPr>
                <w:sz w:val="18"/>
              </w:rPr>
              <w:t>$</w:t>
            </w:r>
          </w:p>
        </w:tc>
      </w:tr>
    </w:tbl>
    <w:p w:rsidR="003302BA" w:rsidRDefault="00F84DF2">
      <w:pPr>
        <w:spacing w:before="360" w:after="40"/>
      </w:pPr>
      <w:r>
        <w:rPr>
          <w:b/>
        </w:rPr>
        <w:t>_____________________________________________________</w:t>
      </w:r>
      <w:r>
        <w:rPr>
          <w:b/>
        </w:rPr>
        <w:br/>
        <w:t xml:space="preserve">FIRMA Y ACEPTACIÓN </w:t>
      </w:r>
      <w:r>
        <w:rPr>
          <w:b/>
        </w:rPr>
        <w:t>DEL PROPONENTE / REPRESENTANTE LEGAL</w:t>
      </w:r>
      <w:r>
        <w:rPr>
          <w:b/>
        </w:rPr>
        <w:br/>
      </w:r>
      <w:r>
        <w:t>Nombre: _____________________________________________</w:t>
      </w:r>
      <w:r>
        <w:br/>
        <w:t xml:space="preserve">C.C. No. ____________________ </w:t>
      </w:r>
      <w:proofErr w:type="gramStart"/>
      <w:r>
        <w:t>de</w:t>
      </w:r>
      <w:proofErr w:type="gramEnd"/>
      <w:r>
        <w:t xml:space="preserve"> _____________________</w:t>
      </w:r>
      <w:r>
        <w:br/>
      </w:r>
      <w:proofErr w:type="spellStart"/>
      <w:r>
        <w:t>Pr</w:t>
      </w:r>
      <w:r w:rsidR="00582A26">
        <w:t>oceso</w:t>
      </w:r>
      <w:proofErr w:type="spellEnd"/>
      <w:r w:rsidR="00582A26">
        <w:t xml:space="preserve">: </w:t>
      </w:r>
      <w:proofErr w:type="spellStart"/>
      <w:r w:rsidR="00582A26">
        <w:t>Mínima</w:t>
      </w:r>
      <w:proofErr w:type="spellEnd"/>
      <w:r w:rsidR="00582A26">
        <w:t xml:space="preserve"> </w:t>
      </w:r>
      <w:proofErr w:type="spellStart"/>
      <w:r w:rsidR="00582A26">
        <w:t>Cuantía</w:t>
      </w:r>
      <w:proofErr w:type="spellEnd"/>
      <w:r w:rsidR="00582A26">
        <w:t xml:space="preserve"> MC-INV-017</w:t>
      </w:r>
      <w:r>
        <w:t xml:space="preserve"> DE 2026 - COJAM</w:t>
      </w:r>
      <w:r>
        <w:br/>
        <w:t>Fecha de Suscripción: _____ de _________________ de 2026</w:t>
      </w:r>
    </w:p>
    <w:p w:rsidR="003302BA" w:rsidRDefault="00F84DF2">
      <w:r>
        <w:br w:type="page"/>
      </w:r>
    </w:p>
    <w:tbl>
      <w:tblPr>
        <w:tblStyle w:val="Tablaconcuadrcula"/>
        <w:tblW w:w="0" w:type="auto"/>
        <w:jc w:val="center"/>
        <w:tblLayout w:type="fixed"/>
        <w:tblLook w:val="04A0" w:firstRow="1" w:lastRow="0" w:firstColumn="1" w:lastColumn="0" w:noHBand="0" w:noVBand="1"/>
      </w:tblPr>
      <w:tblGrid>
        <w:gridCol w:w="3168"/>
        <w:gridCol w:w="6192"/>
      </w:tblGrid>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lastRenderedPageBreak/>
              <w:t>ENTIDAD COMPRADORA:</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INSTITUTO NACIONAL PENITENCIARIO Y CARCELARIO – INPEC</w:t>
            </w:r>
            <w:r>
              <w:rPr>
                <w:color w:val="1E1E1E"/>
                <w:sz w:val="19"/>
              </w:rPr>
              <w:br/>
              <w:t>Complejo Carcelario y Penitenciario de Jamundí – COJAM (NIT 900577346-4)</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PROCESO / INSTRUMENTO:</w:t>
            </w:r>
          </w:p>
        </w:tc>
        <w:tc>
          <w:tcPr>
            <w:tcW w:w="6192" w:type="dxa"/>
            <w:shd w:val="clear" w:color="auto" w:fill="F2F2F2"/>
            <w:tcMar>
              <w:top w:w="80" w:type="dxa"/>
              <w:left w:w="120" w:type="dxa"/>
              <w:bottom w:w="80" w:type="dxa"/>
              <w:right w:w="120" w:type="dxa"/>
            </w:tcMar>
          </w:tcPr>
          <w:p w:rsidR="003302BA" w:rsidRDefault="00582A26">
            <w:pPr>
              <w:spacing w:before="40" w:after="40"/>
            </w:pPr>
            <w:r>
              <w:rPr>
                <w:color w:val="1E1E1E"/>
                <w:sz w:val="19"/>
              </w:rPr>
              <w:t>Mínima Cuantía No. MC-INV-017</w:t>
            </w:r>
            <w:r w:rsidR="00F84DF2">
              <w:rPr>
                <w:color w:val="1E1E1E"/>
                <w:sz w:val="19"/>
              </w:rPr>
              <w:t xml:space="preserve"> DE 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PRESUPUESTO / REGISTRO:</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 xml:space="preserve">$22.884.000,00 M/CTE </w:t>
            </w:r>
            <w:r>
              <w:rPr>
                <w:color w:val="1E1E1E"/>
                <w:sz w:val="19"/>
              </w:rPr>
              <w:t>(Excluido de IVA) - CDP No. 8226 de 21/09/2026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DOCUMENTO VINCULANTE:</w:t>
            </w:r>
          </w:p>
        </w:tc>
        <w:tc>
          <w:tcPr>
            <w:tcW w:w="6192" w:type="dxa"/>
            <w:shd w:val="clear" w:color="auto" w:fill="F2F2F2"/>
            <w:tcMar>
              <w:top w:w="80" w:type="dxa"/>
              <w:left w:w="120" w:type="dxa"/>
              <w:bottom w:w="80" w:type="dxa"/>
              <w:right w:w="120" w:type="dxa"/>
            </w:tcMar>
          </w:tcPr>
          <w:p w:rsidR="003302BA" w:rsidRDefault="00F84DF2">
            <w:pPr>
              <w:spacing w:before="40" w:after="40"/>
            </w:pPr>
            <w:r>
              <w:rPr>
                <w:b/>
                <w:color w:val="002060"/>
                <w:sz w:val="19"/>
              </w:rPr>
              <w:t>ANEXO No. 5: FORMATO DE INFORMACIÓN BENEFICIARIOS SIIF NACIÓN</w:t>
            </w:r>
          </w:p>
        </w:tc>
      </w:tr>
    </w:tbl>
    <w:p w:rsidR="003302BA" w:rsidRDefault="003302BA">
      <w:pPr>
        <w:spacing w:after="120"/>
      </w:pPr>
    </w:p>
    <w:p w:rsidR="003302BA" w:rsidRDefault="00F84DF2">
      <w:pPr>
        <w:spacing w:after="120"/>
      </w:pPr>
      <w:r>
        <w:rPr>
          <w:b/>
        </w:rPr>
        <w:t>IDENTIFICACIÓN DEL BENEFICIARIO PARA PAGO POR ABONO EN CUENTA (SISTEMA SIIF NACIÓN)</w:t>
      </w:r>
    </w:p>
    <w:tbl>
      <w:tblPr>
        <w:tblStyle w:val="Tablaconcuadrcula"/>
        <w:tblW w:w="0" w:type="auto"/>
        <w:jc w:val="center"/>
        <w:tblLayout w:type="fixed"/>
        <w:tblLook w:val="04A0" w:firstRow="1" w:lastRow="0" w:firstColumn="1" w:lastColumn="0" w:noHBand="0" w:noVBand="1"/>
      </w:tblPr>
      <w:tblGrid>
        <w:gridCol w:w="4032"/>
        <w:gridCol w:w="5328"/>
      </w:tblGrid>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NOMBRE O RAZÓN SOCIAL DEL BENEFICIARIO</w:t>
            </w:r>
            <w:r>
              <w:rPr>
                <w:b/>
                <w:color w:val="002060"/>
                <w:sz w:val="17"/>
              </w:rPr>
              <w:t>:</w:t>
            </w:r>
          </w:p>
        </w:tc>
        <w:tc>
          <w:tcPr>
            <w:tcW w:w="5328" w:type="dxa"/>
            <w:tcMar>
              <w:top w:w="50" w:type="dxa"/>
              <w:left w:w="80" w:type="dxa"/>
              <w:bottom w:w="50" w:type="dxa"/>
              <w:right w:w="80" w:type="dxa"/>
            </w:tcMar>
          </w:tcPr>
          <w:p w:rsidR="003302BA" w:rsidRDefault="003302BA">
            <w:pPr>
              <w:spacing w:after="40"/>
            </w:pP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NIT / CÉDULA DE CIUDADANÍA:</w:t>
            </w:r>
          </w:p>
        </w:tc>
        <w:tc>
          <w:tcPr>
            <w:tcW w:w="5328" w:type="dxa"/>
            <w:tcMar>
              <w:top w:w="50" w:type="dxa"/>
              <w:left w:w="80" w:type="dxa"/>
              <w:bottom w:w="50" w:type="dxa"/>
              <w:right w:w="80" w:type="dxa"/>
            </w:tcMar>
          </w:tcPr>
          <w:p w:rsidR="003302BA" w:rsidRDefault="003302BA">
            <w:pPr>
              <w:spacing w:after="40"/>
            </w:pP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ENTIDAD BANCARIA / FINANCIERA:</w:t>
            </w:r>
          </w:p>
        </w:tc>
        <w:tc>
          <w:tcPr>
            <w:tcW w:w="5328" w:type="dxa"/>
            <w:tcMar>
              <w:top w:w="50" w:type="dxa"/>
              <w:left w:w="80" w:type="dxa"/>
              <w:bottom w:w="50" w:type="dxa"/>
              <w:right w:w="80" w:type="dxa"/>
            </w:tcMar>
          </w:tcPr>
          <w:p w:rsidR="003302BA" w:rsidRDefault="003302BA">
            <w:pPr>
              <w:spacing w:after="40"/>
            </w:pP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TIPO DE CUENTA BANCARIA:</w:t>
            </w:r>
          </w:p>
        </w:tc>
        <w:tc>
          <w:tcPr>
            <w:tcW w:w="5328" w:type="dxa"/>
            <w:tcMar>
              <w:top w:w="50" w:type="dxa"/>
              <w:left w:w="80" w:type="dxa"/>
              <w:bottom w:w="50" w:type="dxa"/>
              <w:right w:w="80" w:type="dxa"/>
            </w:tcMar>
          </w:tcPr>
          <w:p w:rsidR="003302BA" w:rsidRDefault="00F84DF2">
            <w:pPr>
              <w:spacing w:after="40"/>
            </w:pPr>
            <w:r>
              <w:rPr>
                <w:sz w:val="17"/>
              </w:rPr>
              <w:t>[  ] AHORROS    [  ] CORRIENTE</w:t>
            </w: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NÚMERO DE CUENTA BANCARIA:</w:t>
            </w:r>
          </w:p>
        </w:tc>
        <w:tc>
          <w:tcPr>
            <w:tcW w:w="5328" w:type="dxa"/>
            <w:tcMar>
              <w:top w:w="50" w:type="dxa"/>
              <w:left w:w="80" w:type="dxa"/>
              <w:bottom w:w="50" w:type="dxa"/>
              <w:right w:w="80" w:type="dxa"/>
            </w:tcMar>
          </w:tcPr>
          <w:p w:rsidR="003302BA" w:rsidRDefault="003302BA">
            <w:pPr>
              <w:spacing w:after="40"/>
            </w:pP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CERTIFICACIÓN BANCARIA ANEXA:</w:t>
            </w:r>
          </w:p>
        </w:tc>
        <w:tc>
          <w:tcPr>
            <w:tcW w:w="5328" w:type="dxa"/>
            <w:tcMar>
              <w:top w:w="50" w:type="dxa"/>
              <w:left w:w="80" w:type="dxa"/>
              <w:bottom w:w="50" w:type="dxa"/>
              <w:right w:w="80" w:type="dxa"/>
            </w:tcMar>
          </w:tcPr>
          <w:p w:rsidR="003302BA" w:rsidRDefault="00F84DF2">
            <w:pPr>
              <w:spacing w:after="40"/>
            </w:pPr>
            <w:r>
              <w:rPr>
                <w:sz w:val="17"/>
              </w:rPr>
              <w:t>[  ] SI (Con fecha de expedición no mayor a 30 días)</w:t>
            </w: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 xml:space="preserve">CORREO ELECTRÓNICO </w:t>
            </w:r>
            <w:r>
              <w:rPr>
                <w:b/>
                <w:color w:val="002060"/>
                <w:sz w:val="17"/>
              </w:rPr>
              <w:t>PARA RECEPCIÓN FACTURA ELECTRONICA:</w:t>
            </w:r>
          </w:p>
        </w:tc>
        <w:tc>
          <w:tcPr>
            <w:tcW w:w="5328" w:type="dxa"/>
            <w:tcMar>
              <w:top w:w="50" w:type="dxa"/>
              <w:left w:w="80" w:type="dxa"/>
              <w:bottom w:w="50" w:type="dxa"/>
              <w:right w:w="80" w:type="dxa"/>
            </w:tcMar>
          </w:tcPr>
          <w:p w:rsidR="003302BA" w:rsidRDefault="00F84DF2">
            <w:pPr>
              <w:spacing w:after="40"/>
            </w:pPr>
            <w:r>
              <w:rPr>
                <w:sz w:val="17"/>
              </w:rPr>
              <w:t>siifnacion.facturaelectronica@minhacienda.gov.co</w:t>
            </w: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OBSERVACIÓN EN FACTURA ELECTRÓNICA:</w:t>
            </w:r>
          </w:p>
        </w:tc>
        <w:tc>
          <w:tcPr>
            <w:tcW w:w="5328" w:type="dxa"/>
            <w:tcMar>
              <w:top w:w="50" w:type="dxa"/>
              <w:left w:w="80" w:type="dxa"/>
              <w:bottom w:w="50" w:type="dxa"/>
              <w:right w:w="80" w:type="dxa"/>
            </w:tcMar>
          </w:tcPr>
          <w:p w:rsidR="003302BA" w:rsidRDefault="00F84DF2">
            <w:pPr>
              <w:spacing w:after="40"/>
            </w:pPr>
            <w:r>
              <w:rPr>
                <w:sz w:val="17"/>
              </w:rPr>
              <w:t>#$12-08-00-242; Contrato MC-INV-015-2026; expendio.cojamundi@inpec.gov.co#$</w:t>
            </w:r>
          </w:p>
        </w:tc>
      </w:tr>
    </w:tbl>
    <w:p w:rsidR="003302BA" w:rsidRDefault="00F84DF2">
      <w:pPr>
        <w:spacing w:before="160" w:after="80"/>
      </w:pPr>
      <w:r>
        <w:rPr>
          <w:b/>
        </w:rPr>
        <w:t>ADVERTENCIAS LEGALES:</w:t>
      </w:r>
      <w:r>
        <w:rPr>
          <w:b/>
        </w:rPr>
        <w:br/>
      </w:r>
      <w:r>
        <w:t>• El INPEC se abstendrá de efectuar</w:t>
      </w:r>
      <w:r>
        <w:t xml:space="preserve"> pagos a cuentas que no correspondan al titular adjudicatario o a proponentes reportados en el Boletín de Responsables Fiscales de la Contraloría (Ley 610 de 2000).</w:t>
      </w:r>
      <w:r>
        <w:br/>
        <w:t>• Para la autorización de cada pago, el contratista deberá acreditar el cumplimiento del pa</w:t>
      </w:r>
      <w:r>
        <w:t>go de aportes al Sistema de Seguridad Social Integral y Parafiscales (Art. 50 Ley 789 de 2002 / Ley 1150 de 2007).</w:t>
      </w:r>
      <w:r>
        <w:br/>
        <w:t>• Los pagos se realizarán mediante abono en cuenta para eximir el Gravamen a los Movimientos Financieros (GMF).</w:t>
      </w:r>
    </w:p>
    <w:p w:rsidR="003302BA" w:rsidRDefault="003302BA">
      <w:pPr>
        <w:spacing w:before="240" w:after="80"/>
      </w:pPr>
    </w:p>
    <w:tbl>
      <w:tblPr>
        <w:tblStyle w:val="Tablaconcuadrcula"/>
        <w:tblW w:w="0" w:type="auto"/>
        <w:jc w:val="center"/>
        <w:tblLayout w:type="fixed"/>
        <w:tblLook w:val="04A0" w:firstRow="1" w:lastRow="0" w:firstColumn="1" w:lastColumn="0" w:noHBand="0" w:noVBand="1"/>
      </w:tblPr>
      <w:tblGrid>
        <w:gridCol w:w="3600"/>
        <w:gridCol w:w="5760"/>
      </w:tblGrid>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 xml:space="preserve">NOMBRE DEL PROPONENTE / </w:t>
            </w:r>
            <w:r>
              <w:rPr>
                <w:b/>
                <w:color w:val="002060"/>
                <w:sz w:val="18"/>
              </w:rPr>
              <w:t>RAZÓN SOCIAL:</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NIT / REGISTRO ÚNICO DE PROPONENTES:</w:t>
            </w:r>
          </w:p>
        </w:tc>
        <w:tc>
          <w:tcPr>
            <w:tcW w:w="5760" w:type="dxa"/>
            <w:tcMar>
              <w:top w:w="60" w:type="dxa"/>
              <w:left w:w="100" w:type="dxa"/>
              <w:bottom w:w="60" w:type="dxa"/>
              <w:right w:w="100" w:type="dxa"/>
            </w:tcMar>
          </w:tcPr>
          <w:p w:rsidR="003302BA" w:rsidRDefault="00F84DF2">
            <w:pPr>
              <w:spacing w:after="40"/>
            </w:pPr>
            <w:r>
              <w:rPr>
                <w:sz w:val="18"/>
              </w:rPr>
              <w:t>No. _____________________ | RUP Vigente</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REPRESENTANTE LEGAL / CONTACTO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CÉDULA DE CIUDADANÍA REPRESENTANTE:</w:t>
            </w:r>
          </w:p>
        </w:tc>
        <w:tc>
          <w:tcPr>
            <w:tcW w:w="5760" w:type="dxa"/>
            <w:tcMar>
              <w:top w:w="60" w:type="dxa"/>
              <w:left w:w="100" w:type="dxa"/>
              <w:bottom w:w="60" w:type="dxa"/>
              <w:right w:w="100" w:type="dxa"/>
            </w:tcMar>
          </w:tcPr>
          <w:p w:rsidR="003302BA" w:rsidRDefault="00F84DF2">
            <w:pPr>
              <w:spacing w:after="40"/>
            </w:pPr>
            <w:r>
              <w:rPr>
                <w:sz w:val="18"/>
              </w:rPr>
              <w:t>No. _____________________ expedida en ______________</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 xml:space="preserve">DIRECCIÓN FÍSICA DE </w:t>
            </w:r>
            <w:r>
              <w:rPr>
                <w:b/>
                <w:color w:val="002060"/>
                <w:sz w:val="18"/>
              </w:rPr>
              <w:t>NOTIFICACIONES:</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lastRenderedPageBreak/>
              <w:t>TELÉFONO / CELULAR DE CONTACTO:</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CORREO ELECTRÓNICO OFICIAL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PROCESO CONTRACTUAL VINCULADO:</w:t>
            </w:r>
          </w:p>
        </w:tc>
        <w:tc>
          <w:tcPr>
            <w:tcW w:w="5760" w:type="dxa"/>
            <w:tcMar>
              <w:top w:w="60" w:type="dxa"/>
              <w:left w:w="100" w:type="dxa"/>
              <w:bottom w:w="60" w:type="dxa"/>
              <w:right w:w="100" w:type="dxa"/>
            </w:tcMar>
          </w:tcPr>
          <w:p w:rsidR="003302BA" w:rsidRDefault="00F84DF2">
            <w:pPr>
              <w:spacing w:after="40"/>
            </w:pPr>
            <w:r>
              <w:rPr>
                <w:sz w:val="18"/>
              </w:rPr>
              <w:t xml:space="preserve">INVITACIÓN PÚBLICA </w:t>
            </w:r>
            <w:r w:rsidR="00582A26">
              <w:rPr>
                <w:sz w:val="18"/>
              </w:rPr>
              <w:t>DE MÍNIMA CUANTÍA No. MC-INV-017</w:t>
            </w:r>
            <w:r>
              <w:rPr>
                <w:sz w:val="18"/>
              </w:rPr>
              <w:t xml:space="preserve"> DE 2026</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VALOR TOTAL OFERTADO (EXCLUIDO IVA):</w:t>
            </w:r>
          </w:p>
        </w:tc>
        <w:tc>
          <w:tcPr>
            <w:tcW w:w="5760" w:type="dxa"/>
            <w:tcMar>
              <w:top w:w="60" w:type="dxa"/>
              <w:left w:w="100" w:type="dxa"/>
              <w:bottom w:w="60" w:type="dxa"/>
              <w:right w:w="100" w:type="dxa"/>
            </w:tcMar>
          </w:tcPr>
          <w:p w:rsidR="003302BA" w:rsidRDefault="00582A26">
            <w:pPr>
              <w:spacing w:after="40"/>
            </w:pPr>
            <w:r>
              <w:rPr>
                <w:sz w:val="18"/>
              </w:rPr>
              <w:t>$</w:t>
            </w:r>
          </w:p>
        </w:tc>
      </w:tr>
    </w:tbl>
    <w:p w:rsidR="003302BA" w:rsidRDefault="00F84DF2">
      <w:pPr>
        <w:spacing w:before="360" w:after="40"/>
      </w:pPr>
      <w:r>
        <w:rPr>
          <w:b/>
        </w:rPr>
        <w:t>_____________________________________________________</w:t>
      </w:r>
      <w:r>
        <w:rPr>
          <w:b/>
        </w:rPr>
        <w:br/>
        <w:t>FIRMA Y ACEPTACIÓN DEL PROPONENTE / REPRESENTANTE LEGAL</w:t>
      </w:r>
      <w:r>
        <w:rPr>
          <w:b/>
        </w:rPr>
        <w:br/>
      </w:r>
      <w:r>
        <w:t>Nombre: _____________________________________________</w:t>
      </w:r>
      <w:r>
        <w:br/>
        <w:t xml:space="preserve">C.C. No. ____________________ </w:t>
      </w:r>
      <w:proofErr w:type="gramStart"/>
      <w:r>
        <w:t>de</w:t>
      </w:r>
      <w:proofErr w:type="gramEnd"/>
      <w:r>
        <w:t xml:space="preserve"> _____________________</w:t>
      </w:r>
      <w:r>
        <w:br/>
      </w:r>
      <w:proofErr w:type="spellStart"/>
      <w:r>
        <w:t>Pr</w:t>
      </w:r>
      <w:r w:rsidR="00582A26">
        <w:t>oceso</w:t>
      </w:r>
      <w:proofErr w:type="spellEnd"/>
      <w:r w:rsidR="00582A26">
        <w:t xml:space="preserve">: </w:t>
      </w:r>
      <w:proofErr w:type="spellStart"/>
      <w:r w:rsidR="00582A26">
        <w:t>Mínima</w:t>
      </w:r>
      <w:proofErr w:type="spellEnd"/>
      <w:r w:rsidR="00582A26">
        <w:t xml:space="preserve"> </w:t>
      </w:r>
      <w:proofErr w:type="spellStart"/>
      <w:r w:rsidR="00582A26">
        <w:t>Cuantía</w:t>
      </w:r>
      <w:proofErr w:type="spellEnd"/>
      <w:r w:rsidR="00582A26">
        <w:t xml:space="preserve"> MC-INV-017</w:t>
      </w:r>
      <w:r>
        <w:t xml:space="preserve"> DE</w:t>
      </w:r>
      <w:r>
        <w:t xml:space="preserve"> 2026 - COJAM</w:t>
      </w:r>
      <w:r>
        <w:br/>
        <w:t>Fecha de Suscripción: _____ de _________________ de 2026</w:t>
      </w:r>
    </w:p>
    <w:p w:rsidR="003302BA" w:rsidRDefault="00F84DF2">
      <w:r>
        <w:br w:type="page"/>
      </w:r>
    </w:p>
    <w:tbl>
      <w:tblPr>
        <w:tblStyle w:val="Tablaconcuadrcula"/>
        <w:tblW w:w="0" w:type="auto"/>
        <w:jc w:val="center"/>
        <w:tblLayout w:type="fixed"/>
        <w:tblLook w:val="04A0" w:firstRow="1" w:lastRow="0" w:firstColumn="1" w:lastColumn="0" w:noHBand="0" w:noVBand="1"/>
      </w:tblPr>
      <w:tblGrid>
        <w:gridCol w:w="3168"/>
        <w:gridCol w:w="6192"/>
      </w:tblGrid>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lastRenderedPageBreak/>
              <w:t>ENTIDAD COMPRADORA:</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INSTITUTO NACIONAL PENITENCIARIO Y CARCELARIO – INPEC</w:t>
            </w:r>
            <w:r>
              <w:rPr>
                <w:color w:val="1E1E1E"/>
                <w:sz w:val="19"/>
              </w:rPr>
              <w:br/>
              <w:t>Complejo Carcelario y Penitenciario de Jamundí – COJAM (NIT 900577346-4)</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PROCESO / INSTRUMENTO:</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Mínima Cuant</w:t>
            </w:r>
            <w:r>
              <w:rPr>
                <w:color w:val="1E1E1E"/>
                <w:sz w:val="19"/>
              </w:rPr>
              <w:t>ía No. MC-INV-015 DE 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PRESUPUESTO / REGISTRO:</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$22.884.000,00 M/CTE (Excluido de IVA) - CDP No. 8226 de 21/09/2026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DOCUMENTO VINCULANTE:</w:t>
            </w:r>
          </w:p>
        </w:tc>
        <w:tc>
          <w:tcPr>
            <w:tcW w:w="6192" w:type="dxa"/>
            <w:shd w:val="clear" w:color="auto" w:fill="F2F2F2"/>
            <w:tcMar>
              <w:top w:w="80" w:type="dxa"/>
              <w:left w:w="120" w:type="dxa"/>
              <w:bottom w:w="80" w:type="dxa"/>
              <w:right w:w="120" w:type="dxa"/>
            </w:tcMar>
          </w:tcPr>
          <w:p w:rsidR="003302BA" w:rsidRDefault="00F84DF2">
            <w:pPr>
              <w:spacing w:before="40" w:after="40"/>
            </w:pPr>
            <w:r>
              <w:rPr>
                <w:b/>
                <w:color w:val="002060"/>
                <w:sz w:val="19"/>
              </w:rPr>
              <w:t>ANEXO No. 6: EXPERIENCIA DEL PROPONENTE</w:t>
            </w:r>
          </w:p>
        </w:tc>
      </w:tr>
    </w:tbl>
    <w:p w:rsidR="003302BA" w:rsidRDefault="003302BA">
      <w:pPr>
        <w:spacing w:after="120"/>
      </w:pPr>
    </w:p>
    <w:p w:rsidR="003302BA" w:rsidRDefault="00F84DF2">
      <w:pPr>
        <w:spacing w:after="120"/>
      </w:pPr>
      <w:r>
        <w:rPr>
          <w:b/>
        </w:rPr>
        <w:t>RELACIÓN DE CONTRATOS EJECUTADOS DE SIMILAR OBJETO CONTRACTUAL</w:t>
      </w:r>
    </w:p>
    <w:tbl>
      <w:tblPr>
        <w:tblStyle w:val="Tablaconcuadrcula"/>
        <w:tblW w:w="0" w:type="auto"/>
        <w:jc w:val="center"/>
        <w:tblLayout w:type="fixed"/>
        <w:tblLook w:val="04A0" w:firstRow="1" w:lastRow="0" w:firstColumn="1" w:lastColumn="0" w:noHBand="0" w:noVBand="1"/>
      </w:tblPr>
      <w:tblGrid>
        <w:gridCol w:w="4032"/>
        <w:gridCol w:w="5328"/>
      </w:tblGrid>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 xml:space="preserve">NOMBRE </w:t>
            </w:r>
            <w:r>
              <w:rPr>
                <w:b/>
                <w:color w:val="002060"/>
                <w:sz w:val="17"/>
              </w:rPr>
              <w:t>DEL CLIENTE / ENTIDAD CONTRATANTE:</w:t>
            </w:r>
          </w:p>
        </w:tc>
        <w:tc>
          <w:tcPr>
            <w:tcW w:w="5328" w:type="dxa"/>
            <w:tcMar>
              <w:top w:w="50" w:type="dxa"/>
              <w:left w:w="80" w:type="dxa"/>
              <w:bottom w:w="50" w:type="dxa"/>
              <w:right w:w="80" w:type="dxa"/>
            </w:tcMar>
          </w:tcPr>
          <w:p w:rsidR="003302BA" w:rsidRDefault="003302BA">
            <w:pPr>
              <w:spacing w:after="40"/>
            </w:pP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NOMBRE DEL CONTRATISTA (PROPONENTE):</w:t>
            </w:r>
          </w:p>
        </w:tc>
        <w:tc>
          <w:tcPr>
            <w:tcW w:w="5328" w:type="dxa"/>
            <w:tcMar>
              <w:top w:w="50" w:type="dxa"/>
              <w:left w:w="80" w:type="dxa"/>
              <w:bottom w:w="50" w:type="dxa"/>
              <w:right w:w="80" w:type="dxa"/>
            </w:tcMar>
          </w:tcPr>
          <w:p w:rsidR="003302BA" w:rsidRDefault="003302BA">
            <w:pPr>
              <w:spacing w:after="40"/>
            </w:pP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PROPONENTE PLURAL (SI/NO - % PARTICIPACIÓN):</w:t>
            </w:r>
          </w:p>
        </w:tc>
        <w:tc>
          <w:tcPr>
            <w:tcW w:w="5328" w:type="dxa"/>
            <w:tcMar>
              <w:top w:w="50" w:type="dxa"/>
              <w:left w:w="80" w:type="dxa"/>
              <w:bottom w:w="50" w:type="dxa"/>
              <w:right w:w="80" w:type="dxa"/>
            </w:tcMar>
          </w:tcPr>
          <w:p w:rsidR="003302BA" w:rsidRDefault="003302BA">
            <w:pPr>
              <w:spacing w:after="40"/>
            </w:pP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NÚMERO Y FECHA DEL CONTRATO:</w:t>
            </w:r>
          </w:p>
        </w:tc>
        <w:tc>
          <w:tcPr>
            <w:tcW w:w="5328" w:type="dxa"/>
            <w:tcMar>
              <w:top w:w="50" w:type="dxa"/>
              <w:left w:w="80" w:type="dxa"/>
              <w:bottom w:w="50" w:type="dxa"/>
              <w:right w:w="80" w:type="dxa"/>
            </w:tcMar>
          </w:tcPr>
          <w:p w:rsidR="003302BA" w:rsidRDefault="003302BA">
            <w:pPr>
              <w:spacing w:after="40"/>
            </w:pP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FECHA DE INICIO Y FECHA DE TERMINACIÓN:</w:t>
            </w:r>
          </w:p>
        </w:tc>
        <w:tc>
          <w:tcPr>
            <w:tcW w:w="5328" w:type="dxa"/>
            <w:tcMar>
              <w:top w:w="50" w:type="dxa"/>
              <w:left w:w="80" w:type="dxa"/>
              <w:bottom w:w="50" w:type="dxa"/>
              <w:right w:w="80" w:type="dxa"/>
            </w:tcMar>
          </w:tcPr>
          <w:p w:rsidR="003302BA" w:rsidRDefault="003302BA">
            <w:pPr>
              <w:spacing w:after="40"/>
            </w:pP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VALOR TOTAL EJECUTADO ($ M/CTE):</w:t>
            </w:r>
          </w:p>
        </w:tc>
        <w:tc>
          <w:tcPr>
            <w:tcW w:w="5328" w:type="dxa"/>
            <w:tcMar>
              <w:top w:w="50" w:type="dxa"/>
              <w:left w:w="80" w:type="dxa"/>
              <w:bottom w:w="50" w:type="dxa"/>
              <w:right w:w="80" w:type="dxa"/>
            </w:tcMar>
          </w:tcPr>
          <w:p w:rsidR="003302BA" w:rsidRDefault="003302BA">
            <w:pPr>
              <w:spacing w:after="40"/>
            </w:pP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 xml:space="preserve">OBJETO CONTRACTUAL </w:t>
            </w:r>
            <w:r>
              <w:rPr>
                <w:b/>
                <w:color w:val="002060"/>
                <w:sz w:val="17"/>
              </w:rPr>
              <w:t>EJECUTADO:</w:t>
            </w:r>
          </w:p>
        </w:tc>
        <w:tc>
          <w:tcPr>
            <w:tcW w:w="5328" w:type="dxa"/>
            <w:tcMar>
              <w:top w:w="50" w:type="dxa"/>
              <w:left w:w="80" w:type="dxa"/>
              <w:bottom w:w="50" w:type="dxa"/>
              <w:right w:w="80" w:type="dxa"/>
            </w:tcMar>
          </w:tcPr>
          <w:p w:rsidR="003302BA" w:rsidRDefault="00F84DF2">
            <w:pPr>
              <w:spacing w:after="40"/>
            </w:pPr>
            <w:r>
              <w:rPr>
                <w:sz w:val="17"/>
              </w:rPr>
              <w:t>Suministro de dotación, prendas de vestir de trabajo, calzado industrial o elementos de protección personal.</w:t>
            </w: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PERSONA DE CONTACTO PARA VERIFICACIÓN:</w:t>
            </w:r>
          </w:p>
        </w:tc>
        <w:tc>
          <w:tcPr>
            <w:tcW w:w="5328" w:type="dxa"/>
            <w:tcMar>
              <w:top w:w="50" w:type="dxa"/>
              <w:left w:w="80" w:type="dxa"/>
              <w:bottom w:w="50" w:type="dxa"/>
              <w:right w:w="80" w:type="dxa"/>
            </w:tcMar>
          </w:tcPr>
          <w:p w:rsidR="003302BA" w:rsidRDefault="003302BA">
            <w:pPr>
              <w:spacing w:after="40"/>
            </w:pP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TELÉFONO / CELULAR / E-MAIL DE CONTACTO:</w:t>
            </w:r>
          </w:p>
        </w:tc>
        <w:tc>
          <w:tcPr>
            <w:tcW w:w="5328" w:type="dxa"/>
            <w:tcMar>
              <w:top w:w="50" w:type="dxa"/>
              <w:left w:w="80" w:type="dxa"/>
              <w:bottom w:w="50" w:type="dxa"/>
              <w:right w:w="80" w:type="dxa"/>
            </w:tcMar>
          </w:tcPr>
          <w:p w:rsidR="003302BA" w:rsidRDefault="003302BA">
            <w:pPr>
              <w:spacing w:after="40"/>
            </w:pPr>
          </w:p>
        </w:tc>
      </w:tr>
      <w:tr w:rsidR="003302BA">
        <w:trPr>
          <w:jc w:val="center"/>
        </w:trPr>
        <w:tc>
          <w:tcPr>
            <w:tcW w:w="4032" w:type="dxa"/>
            <w:shd w:val="clear" w:color="auto" w:fill="F2F2F2"/>
            <w:tcMar>
              <w:top w:w="50" w:type="dxa"/>
              <w:left w:w="80" w:type="dxa"/>
              <w:bottom w:w="50" w:type="dxa"/>
              <w:right w:w="80" w:type="dxa"/>
            </w:tcMar>
          </w:tcPr>
          <w:p w:rsidR="003302BA" w:rsidRDefault="00F84DF2">
            <w:pPr>
              <w:spacing w:after="40"/>
            </w:pPr>
            <w:r>
              <w:rPr>
                <w:b/>
                <w:color w:val="002060"/>
                <w:sz w:val="17"/>
              </w:rPr>
              <w:t>DOCUMENTO SOPORTE ADJUNTO:</w:t>
            </w:r>
          </w:p>
        </w:tc>
        <w:tc>
          <w:tcPr>
            <w:tcW w:w="5328" w:type="dxa"/>
            <w:tcMar>
              <w:top w:w="50" w:type="dxa"/>
              <w:left w:w="80" w:type="dxa"/>
              <w:bottom w:w="50" w:type="dxa"/>
              <w:right w:w="80" w:type="dxa"/>
            </w:tcMar>
          </w:tcPr>
          <w:p w:rsidR="003302BA" w:rsidRDefault="00F84DF2">
            <w:pPr>
              <w:spacing w:after="40"/>
            </w:pPr>
            <w:r>
              <w:rPr>
                <w:sz w:val="17"/>
              </w:rPr>
              <w:t xml:space="preserve">[  ] Certificación </w:t>
            </w:r>
            <w:r>
              <w:rPr>
                <w:sz w:val="17"/>
              </w:rPr>
              <w:t>Contratante   [  ] Acta de Liquidación   [  ] Copia de Contrato</w:t>
            </w:r>
          </w:p>
        </w:tc>
      </w:tr>
    </w:tbl>
    <w:p w:rsidR="003302BA" w:rsidRDefault="003302BA">
      <w:pPr>
        <w:spacing w:before="240" w:after="80"/>
      </w:pPr>
    </w:p>
    <w:tbl>
      <w:tblPr>
        <w:tblStyle w:val="Tablaconcuadrcula"/>
        <w:tblW w:w="0" w:type="auto"/>
        <w:jc w:val="center"/>
        <w:tblLayout w:type="fixed"/>
        <w:tblLook w:val="04A0" w:firstRow="1" w:lastRow="0" w:firstColumn="1" w:lastColumn="0" w:noHBand="0" w:noVBand="1"/>
      </w:tblPr>
      <w:tblGrid>
        <w:gridCol w:w="3600"/>
        <w:gridCol w:w="5760"/>
      </w:tblGrid>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NOMBRE DEL PROPONENTE / RAZÓN SOCIAL:</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NIT / REGISTRO ÚNICO DE PROPONENTES:</w:t>
            </w:r>
          </w:p>
        </w:tc>
        <w:tc>
          <w:tcPr>
            <w:tcW w:w="5760" w:type="dxa"/>
            <w:tcMar>
              <w:top w:w="60" w:type="dxa"/>
              <w:left w:w="100" w:type="dxa"/>
              <w:bottom w:w="60" w:type="dxa"/>
              <w:right w:w="100" w:type="dxa"/>
            </w:tcMar>
          </w:tcPr>
          <w:p w:rsidR="003302BA" w:rsidRDefault="00F84DF2">
            <w:pPr>
              <w:spacing w:after="40"/>
            </w:pPr>
            <w:r>
              <w:rPr>
                <w:sz w:val="18"/>
              </w:rPr>
              <w:t>No. _____________________ | RUP Vigente</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REPRESENTANTE LEGAL / CONTACTO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CÉDULA DE CIUDADANÍA REPRESEN</w:t>
            </w:r>
            <w:r>
              <w:rPr>
                <w:b/>
                <w:color w:val="002060"/>
                <w:sz w:val="18"/>
              </w:rPr>
              <w:t>TANTE:</w:t>
            </w:r>
          </w:p>
        </w:tc>
        <w:tc>
          <w:tcPr>
            <w:tcW w:w="5760" w:type="dxa"/>
            <w:tcMar>
              <w:top w:w="60" w:type="dxa"/>
              <w:left w:w="100" w:type="dxa"/>
              <w:bottom w:w="60" w:type="dxa"/>
              <w:right w:w="100" w:type="dxa"/>
            </w:tcMar>
          </w:tcPr>
          <w:p w:rsidR="003302BA" w:rsidRDefault="00F84DF2">
            <w:pPr>
              <w:spacing w:after="40"/>
            </w:pPr>
            <w:r>
              <w:rPr>
                <w:sz w:val="18"/>
              </w:rPr>
              <w:t>No. _____________________ expedida en ______________</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DIRECCIÓN FÍSICA DE NOTIFICACIONES:</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TELÉFONO / CELULAR DE CONTACTO:</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CORREO ELECTRÓNICO OFICIAL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lastRenderedPageBreak/>
              <w:t>PROCESO CONTRACTUAL VINCULADO:</w:t>
            </w:r>
          </w:p>
        </w:tc>
        <w:tc>
          <w:tcPr>
            <w:tcW w:w="5760" w:type="dxa"/>
            <w:tcMar>
              <w:top w:w="60" w:type="dxa"/>
              <w:left w:w="100" w:type="dxa"/>
              <w:bottom w:w="60" w:type="dxa"/>
              <w:right w:w="100" w:type="dxa"/>
            </w:tcMar>
          </w:tcPr>
          <w:p w:rsidR="003302BA" w:rsidRDefault="00F84DF2">
            <w:pPr>
              <w:spacing w:after="40"/>
            </w:pPr>
            <w:r>
              <w:rPr>
                <w:sz w:val="18"/>
              </w:rPr>
              <w:t xml:space="preserve">INVITACIÓN PÚBLICA </w:t>
            </w:r>
            <w:r w:rsidR="00E22F2F">
              <w:rPr>
                <w:sz w:val="18"/>
              </w:rPr>
              <w:t>DE MÍNIMA CUANTÍA No. MC-INV-017</w:t>
            </w:r>
            <w:r>
              <w:rPr>
                <w:sz w:val="18"/>
              </w:rPr>
              <w:t xml:space="preserve"> </w:t>
            </w:r>
            <w:r>
              <w:rPr>
                <w:sz w:val="18"/>
              </w:rPr>
              <w:t>DE 2026</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VALOR TOTAL OFERTADO (EXCLUIDO IVA):</w:t>
            </w:r>
          </w:p>
        </w:tc>
        <w:tc>
          <w:tcPr>
            <w:tcW w:w="5760" w:type="dxa"/>
            <w:tcMar>
              <w:top w:w="60" w:type="dxa"/>
              <w:left w:w="100" w:type="dxa"/>
              <w:bottom w:w="60" w:type="dxa"/>
              <w:right w:w="100" w:type="dxa"/>
            </w:tcMar>
          </w:tcPr>
          <w:p w:rsidR="003302BA" w:rsidRDefault="00E22F2F">
            <w:pPr>
              <w:spacing w:after="40"/>
            </w:pPr>
            <w:r>
              <w:rPr>
                <w:sz w:val="18"/>
              </w:rPr>
              <w:t>$</w:t>
            </w:r>
          </w:p>
        </w:tc>
      </w:tr>
    </w:tbl>
    <w:p w:rsidR="003302BA" w:rsidRDefault="00F84DF2">
      <w:pPr>
        <w:spacing w:before="360" w:after="40"/>
      </w:pPr>
      <w:r>
        <w:rPr>
          <w:b/>
        </w:rPr>
        <w:t>_____________________________________________________</w:t>
      </w:r>
      <w:r>
        <w:rPr>
          <w:b/>
        </w:rPr>
        <w:br/>
        <w:t>FIRMA Y ACEPTACIÓN DEL PROPONENTE / REPRESENTANTE LEGAL</w:t>
      </w:r>
      <w:r>
        <w:rPr>
          <w:b/>
        </w:rPr>
        <w:br/>
      </w:r>
      <w:r>
        <w:t>Nombre: _____________________________________________</w:t>
      </w:r>
      <w:r>
        <w:br/>
        <w:t>C.C. No. _______________</w:t>
      </w:r>
      <w:r>
        <w:t xml:space="preserve">_____ </w:t>
      </w:r>
      <w:proofErr w:type="gramStart"/>
      <w:r>
        <w:t>de</w:t>
      </w:r>
      <w:proofErr w:type="gramEnd"/>
      <w:r>
        <w:t xml:space="preserve"> _____________________</w:t>
      </w:r>
      <w:r>
        <w:br/>
      </w:r>
      <w:proofErr w:type="spellStart"/>
      <w:r>
        <w:t>Pr</w:t>
      </w:r>
      <w:r w:rsidR="00E22F2F">
        <w:t>oceso</w:t>
      </w:r>
      <w:proofErr w:type="spellEnd"/>
      <w:r w:rsidR="00E22F2F">
        <w:t xml:space="preserve">: </w:t>
      </w:r>
      <w:proofErr w:type="spellStart"/>
      <w:r w:rsidR="00E22F2F">
        <w:t>Mínima</w:t>
      </w:r>
      <w:proofErr w:type="spellEnd"/>
      <w:r w:rsidR="00E22F2F">
        <w:t xml:space="preserve"> </w:t>
      </w:r>
      <w:proofErr w:type="spellStart"/>
      <w:r w:rsidR="00E22F2F">
        <w:t>Cuantía</w:t>
      </w:r>
      <w:proofErr w:type="spellEnd"/>
      <w:r w:rsidR="00E22F2F">
        <w:t xml:space="preserve"> MC-INV-017</w:t>
      </w:r>
      <w:r>
        <w:t xml:space="preserve"> DE 2026 - COJAM</w:t>
      </w:r>
      <w:r>
        <w:br/>
        <w:t>Fecha de Suscripción: _____ de _________________ de 2026</w:t>
      </w:r>
    </w:p>
    <w:p w:rsidR="003302BA" w:rsidRDefault="00F84DF2">
      <w:r>
        <w:br w:type="page"/>
      </w:r>
    </w:p>
    <w:tbl>
      <w:tblPr>
        <w:tblStyle w:val="Tablaconcuadrcula"/>
        <w:tblW w:w="0" w:type="auto"/>
        <w:jc w:val="center"/>
        <w:tblLayout w:type="fixed"/>
        <w:tblLook w:val="04A0" w:firstRow="1" w:lastRow="0" w:firstColumn="1" w:lastColumn="0" w:noHBand="0" w:noVBand="1"/>
      </w:tblPr>
      <w:tblGrid>
        <w:gridCol w:w="3168"/>
        <w:gridCol w:w="6192"/>
      </w:tblGrid>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lastRenderedPageBreak/>
              <w:t>ENTIDAD COMPRADORA:</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INSTITUTO NACIONAL PENITENCIARIO Y CARCELARIO – INPEC</w:t>
            </w:r>
            <w:r>
              <w:rPr>
                <w:color w:val="1E1E1E"/>
                <w:sz w:val="19"/>
              </w:rPr>
              <w:br/>
              <w:t xml:space="preserve">Complejo Carcelario y Penitenciario de </w:t>
            </w:r>
            <w:r>
              <w:rPr>
                <w:color w:val="1E1E1E"/>
                <w:sz w:val="19"/>
              </w:rPr>
              <w:t>Jamundí – COJAM (NIT 900577346-4)</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PROCESO / INSTRUMENTO:</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Mínima Cuantía No. MC-INV-017</w:t>
            </w:r>
            <w:r>
              <w:rPr>
                <w:color w:val="1E1E1E"/>
                <w:sz w:val="19"/>
              </w:rPr>
              <w:t xml:space="preserve"> DE 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PRESUPUESTO / REGISTRO:</w:t>
            </w:r>
          </w:p>
        </w:tc>
        <w:tc>
          <w:tcPr>
            <w:tcW w:w="6192" w:type="dxa"/>
            <w:shd w:val="clear" w:color="auto" w:fill="F2F2F2"/>
            <w:tcMar>
              <w:top w:w="80" w:type="dxa"/>
              <w:left w:w="120" w:type="dxa"/>
              <w:bottom w:w="80" w:type="dxa"/>
              <w:right w:w="120" w:type="dxa"/>
            </w:tcMar>
          </w:tcPr>
          <w:p w:rsidR="003302BA" w:rsidRDefault="00F84DF2">
            <w:pPr>
              <w:spacing w:before="40" w:after="40"/>
            </w:pPr>
            <w:r>
              <w:rPr>
                <w:color w:val="1E1E1E"/>
                <w:sz w:val="19"/>
              </w:rPr>
              <w:t>$22.884.000,00 M/CTE (Excluido de IVA) - CDP No. 8226 de 21/09/2026</w:t>
            </w:r>
          </w:p>
        </w:tc>
      </w:tr>
      <w:tr w:rsidR="003302BA">
        <w:trPr>
          <w:jc w:val="center"/>
        </w:trPr>
        <w:tc>
          <w:tcPr>
            <w:tcW w:w="3168" w:type="dxa"/>
            <w:shd w:val="clear" w:color="auto" w:fill="1F4E78"/>
            <w:tcMar>
              <w:top w:w="80" w:type="dxa"/>
              <w:left w:w="120" w:type="dxa"/>
              <w:bottom w:w="80" w:type="dxa"/>
              <w:right w:w="120" w:type="dxa"/>
            </w:tcMar>
          </w:tcPr>
          <w:p w:rsidR="003302BA" w:rsidRDefault="00F84DF2">
            <w:pPr>
              <w:spacing w:before="40" w:after="40"/>
            </w:pPr>
            <w:r>
              <w:rPr>
                <w:b/>
                <w:color w:val="FFFFFF"/>
                <w:sz w:val="19"/>
              </w:rPr>
              <w:t>DOCUMENTO VINCULANTE:</w:t>
            </w:r>
          </w:p>
        </w:tc>
        <w:tc>
          <w:tcPr>
            <w:tcW w:w="6192" w:type="dxa"/>
            <w:shd w:val="clear" w:color="auto" w:fill="F2F2F2"/>
            <w:tcMar>
              <w:top w:w="80" w:type="dxa"/>
              <w:left w:w="120" w:type="dxa"/>
              <w:bottom w:w="80" w:type="dxa"/>
              <w:right w:w="120" w:type="dxa"/>
            </w:tcMar>
          </w:tcPr>
          <w:p w:rsidR="003302BA" w:rsidRDefault="00F84DF2">
            <w:pPr>
              <w:spacing w:before="40" w:after="40"/>
            </w:pPr>
            <w:r>
              <w:rPr>
                <w:b/>
                <w:color w:val="002060"/>
                <w:sz w:val="19"/>
              </w:rPr>
              <w:t>ANEXO No. 7: COMPROMISO ANTICORRUPCIÓN Y CLA</w:t>
            </w:r>
            <w:r>
              <w:rPr>
                <w:b/>
                <w:color w:val="002060"/>
                <w:sz w:val="19"/>
              </w:rPr>
              <w:t>USULADO DE INTEGRIDAD</w:t>
            </w:r>
          </w:p>
        </w:tc>
      </w:tr>
    </w:tbl>
    <w:p w:rsidR="003302BA" w:rsidRDefault="003302BA">
      <w:pPr>
        <w:spacing w:after="120"/>
      </w:pPr>
    </w:p>
    <w:p w:rsidR="003302BA" w:rsidRDefault="00F84DF2">
      <w:pPr>
        <w:spacing w:after="120"/>
      </w:pPr>
      <w:r>
        <w:rPr>
          <w:b/>
          <w:color w:val="002060"/>
        </w:rPr>
        <w:t>COMPROMISO ANTICORRUPCIÓN Y PACTO DE TRANSPARENCIA - INVITACIÓN MC-INV-017</w:t>
      </w:r>
      <w:r>
        <w:rPr>
          <w:b/>
          <w:color w:val="002060"/>
        </w:rPr>
        <w:t xml:space="preserve"> DE 2026</w:t>
      </w:r>
    </w:p>
    <w:p w:rsidR="003302BA" w:rsidRDefault="00F84DF2">
      <w:pPr>
        <w:spacing w:after="120"/>
      </w:pPr>
      <w:r>
        <w:t>El suscrito, ___________________________________, identificado con Cédula de Ciudadanía debidamente acreditada, obrando en mi condición de Representa</w:t>
      </w:r>
      <w:r>
        <w:t>nte Legal / Apoderado Autorizado de la Empresa ___________________________, sociedad comercial identificada con NIT No. ________________, con domicilio principal en _______________________________, en adelante denominado el 'CONTRATISTA / PROPONENTE', en d</w:t>
      </w:r>
      <w:r>
        <w:t xml:space="preserve">esarrollo </w:t>
      </w:r>
      <w:proofErr w:type="gramStart"/>
      <w:r>
        <w:t>del</w:t>
      </w:r>
      <w:proofErr w:type="gramEnd"/>
      <w:r>
        <w:t xml:space="preserve"> perfeccionamiento, formalización y ejecución de la </w:t>
      </w:r>
      <w:r w:rsidRPr="00F84DF2">
        <w:rPr>
          <w:b/>
        </w:rPr>
        <w:t>INVITACIÓN PÚBLICA No. MC-INV-017</w:t>
      </w:r>
      <w:r w:rsidRPr="00F84DF2">
        <w:rPr>
          <w:b/>
        </w:rPr>
        <w:t xml:space="preserve"> DE 2026</w:t>
      </w:r>
      <w:r>
        <w:t xml:space="preserve"> colocada a través de la plataforma transaccional SECOP II, en la modalidad de Mínima Cuantía y bajo la gravedad del juramento, formalizo y presento d</w:t>
      </w:r>
      <w:r>
        <w:t>e manera libre, explícita y vinculante el presente COMPROMISO ANTICORRUPCIÓN Y CLAUSULADO DE INTEGRIDAD. La presente declaración se expide en estricto cumplimiento de la Ley 80 de 1993, la Ley 1150 de 2007, la Ley 1474 de 2011, la Ley 2195 de 2022, el Decr</w:t>
      </w:r>
      <w:r>
        <w:t>eto 1082 de 2015, el Decreto 1860 de 2021, el Decreto 0287 de 2026, el DECRETO 0997 DE 2026 (por medio del cual se adoptan mandatos anticorrupción y recomendaciones del Grupo de Trabajo sobre Cohecho de la OCDE), y el Manual de Contratación del INPEC (Vers</w:t>
      </w:r>
      <w:r>
        <w:t>ión 09), obligándome incondicionalmente a acatar las siguientes cláusulas y compromisos de integridad contractual:</w:t>
      </w:r>
    </w:p>
    <w:p w:rsidR="003302BA" w:rsidRDefault="00F84DF2">
      <w:pPr>
        <w:spacing w:after="80"/>
        <w:ind w:left="288"/>
      </w:pPr>
      <w:r>
        <w:rPr>
          <w:b/>
        </w:rPr>
        <w:t xml:space="preserve">1. Apoyo Integral a la Transparencia, Buen Gobierno y Rendición de Cuentas: </w:t>
      </w:r>
      <w:r>
        <w:rPr>
          <w:sz w:val="19"/>
        </w:rPr>
        <w:t>Nos comprometemos a apoyar activamente todas las acciones, medida</w:t>
      </w:r>
      <w:r>
        <w:rPr>
          <w:sz w:val="19"/>
        </w:rPr>
        <w:t xml:space="preserve">s estratégicas y directrices dictadas por el Estado Colombiano, el Ministerio de Justicia y del Derecho y el Instituto Nacional Penitenciario y Carcelario (INPEC) orientadas a fortalecer la transparencia, la ética pública, la prevención de la corrupción y </w:t>
      </w:r>
      <w:r>
        <w:rPr>
          <w:sz w:val="19"/>
        </w:rPr>
        <w:t>la rendición de cuentas sistemática en la administración e inversión de los recursos públicos destinados a la resocialización y tratamiento de la Población Privada de la Libertad (PPL) del COJAM.</w:t>
      </w:r>
    </w:p>
    <w:p w:rsidR="003302BA" w:rsidRDefault="00F84DF2">
      <w:pPr>
        <w:spacing w:after="80"/>
        <w:ind w:left="288"/>
      </w:pPr>
      <w:proofErr w:type="gramStart"/>
      <w:r w:rsidRPr="00F84DF2">
        <w:rPr>
          <w:b/>
          <w:color w:val="002060"/>
        </w:rPr>
        <w:t>2. Inexistencia de Inhabilidades, Incompatibilidades y Verif</w:t>
      </w:r>
      <w:r w:rsidRPr="00F84DF2">
        <w:rPr>
          <w:b/>
          <w:color w:val="002060"/>
        </w:rPr>
        <w:t xml:space="preserve">icación Obligatoria de Listas Restrictivas Internacionales (Decreto 0997 de 2026): </w:t>
      </w:r>
      <w:r>
        <w:rPr>
          <w:sz w:val="19"/>
        </w:rPr>
        <w:t>Declaramos bajo la gravedad del juramento que la sociedad proponente, sus administradores, socios de control y directivos no se encuentran incursos en ninguna causal de inha</w:t>
      </w:r>
      <w:r>
        <w:rPr>
          <w:sz w:val="19"/>
        </w:rPr>
        <w:t xml:space="preserve">bilidad, incompatibilidad, prohibición o conflicto de interés de rango constitucional o legal para celebrar y ejecutar el contrato derivado de la </w:t>
      </w:r>
      <w:r w:rsidRPr="00F84DF2">
        <w:rPr>
          <w:b/>
          <w:sz w:val="19"/>
        </w:rPr>
        <w:t>Invitación MC-INV-017</w:t>
      </w:r>
      <w:r w:rsidRPr="00F84DF2">
        <w:rPr>
          <w:b/>
          <w:sz w:val="19"/>
        </w:rPr>
        <w:t xml:space="preserve"> DE 2026</w:t>
      </w:r>
      <w:r>
        <w:rPr>
          <w:sz w:val="19"/>
        </w:rPr>
        <w:t>.</w:t>
      </w:r>
      <w:proofErr w:type="gramEnd"/>
      <w:r>
        <w:rPr>
          <w:sz w:val="19"/>
        </w:rPr>
        <w:t xml:space="preserve"> Asimismo, certificamos y aceptamos la VERIFICACIÓN OBLIGATORIA EN LISTAS RESTRI</w:t>
      </w:r>
      <w:r>
        <w:rPr>
          <w:sz w:val="19"/>
        </w:rPr>
        <w:t>CTIVAS INTERNACIONALES DE ORGANISMOS MULTILATERALES (tales como las listas de sanción e inhabilitación del Banco Mundial, Banco Interamericano de Desarrollo - BID, OFAC, ONU, etc.) ordenada por el artículo 2.2.1.1.2.2.10 del Decreto 1082 de 2015 (adicionad</w:t>
      </w:r>
      <w:r>
        <w:rPr>
          <w:sz w:val="19"/>
        </w:rPr>
        <w:t>o por el Decreto 0997 de 2026), ratificando que no se configura la causal de inhabilidad del literal (j) del numeral 1 del artículo 8 de la Ley 80 de 1993.</w:t>
      </w:r>
    </w:p>
    <w:p w:rsidR="003302BA" w:rsidRDefault="00F84DF2">
      <w:pPr>
        <w:spacing w:after="80"/>
        <w:ind w:left="288"/>
      </w:pPr>
      <w:r>
        <w:rPr>
          <w:b/>
        </w:rPr>
        <w:t xml:space="preserve">3. Prohibición Absoluta de Soborno, Cohecho y Prácticas Corruptas: </w:t>
      </w:r>
      <w:r>
        <w:rPr>
          <w:sz w:val="19"/>
        </w:rPr>
        <w:t>Nos obligamos de manera solemne a</w:t>
      </w:r>
      <w:r>
        <w:rPr>
          <w:sz w:val="19"/>
        </w:rPr>
        <w:t xml:space="preserve"> abstenernos de ofrecer, prometer, solicitar, entregar o conceder, directa o indirectamente por conducto de empleados, representantes, asesores, comisionistas o terceros, dinero, dádivas, </w:t>
      </w:r>
      <w:r>
        <w:rPr>
          <w:sz w:val="19"/>
        </w:rPr>
        <w:lastRenderedPageBreak/>
        <w:t xml:space="preserve">gratificaciones, regalos, favores especiales, comisiones ilícitas o </w:t>
      </w:r>
      <w:r>
        <w:rPr>
          <w:sz w:val="19"/>
        </w:rPr>
        <w:t>cualquier prebenda a ningún servidor público, ordenador del gasto, supervisor del contrato o asesor del INPEC / COJAM interviniente en la estructuración precontractual, la evaluación en el SECOP II, la recepción logística o la gestión de pago del contrato.</w:t>
      </w:r>
    </w:p>
    <w:p w:rsidR="003302BA" w:rsidRDefault="00F84DF2">
      <w:pPr>
        <w:spacing w:after="80"/>
        <w:ind w:left="288"/>
      </w:pPr>
      <w:r>
        <w:rPr>
          <w:b/>
        </w:rPr>
        <w:t xml:space="preserve">4. Prohibición Absoluta de Prácticas Colusorias y Acuerdos Anticompetitivos: </w:t>
      </w:r>
      <w:r>
        <w:rPr>
          <w:sz w:val="19"/>
        </w:rPr>
        <w:t xml:space="preserve">Garantizamos que la oferta cotizada en el SECOP II </w:t>
      </w:r>
      <w:proofErr w:type="spellStart"/>
      <w:r>
        <w:rPr>
          <w:sz w:val="19"/>
        </w:rPr>
        <w:t>por</w:t>
      </w:r>
      <w:proofErr w:type="spellEnd"/>
      <w:r>
        <w:rPr>
          <w:sz w:val="19"/>
        </w:rPr>
        <w:t xml:space="preserve"> valor de $__________________________</w:t>
      </w:r>
      <w:r>
        <w:rPr>
          <w:sz w:val="19"/>
        </w:rPr>
        <w:t xml:space="preserve"> </w:t>
      </w:r>
      <w:proofErr w:type="spellStart"/>
      <w:r>
        <w:rPr>
          <w:sz w:val="19"/>
        </w:rPr>
        <w:t>fue</w:t>
      </w:r>
      <w:proofErr w:type="spellEnd"/>
      <w:r>
        <w:rPr>
          <w:sz w:val="19"/>
        </w:rPr>
        <w:t xml:space="preserve"> </w:t>
      </w:r>
      <w:proofErr w:type="spellStart"/>
      <w:r>
        <w:rPr>
          <w:sz w:val="19"/>
        </w:rPr>
        <w:t>estructurada</w:t>
      </w:r>
      <w:proofErr w:type="spellEnd"/>
      <w:r>
        <w:rPr>
          <w:sz w:val="19"/>
        </w:rPr>
        <w:t xml:space="preserve"> de forma autónoma e independiente, respondiendo a precios de mercado transpa</w:t>
      </w:r>
      <w:r>
        <w:rPr>
          <w:sz w:val="19"/>
        </w:rPr>
        <w:t>rentes. Declaramos que no realizamos acuerdos anticompetitivos, arreglos o pactos de fijación de precios, prácticas concertadas de colusión, distribución de mercado ni intercambio de información comercial confidencial con otros participantes.</w:t>
      </w:r>
    </w:p>
    <w:p w:rsidR="003302BA" w:rsidRDefault="00F84DF2">
      <w:pPr>
        <w:spacing w:after="80"/>
        <w:ind w:left="288"/>
      </w:pPr>
      <w:proofErr w:type="gramStart"/>
      <w:r>
        <w:rPr>
          <w:b/>
        </w:rPr>
        <w:t>5. Suministro</w:t>
      </w:r>
      <w:r>
        <w:rPr>
          <w:b/>
        </w:rPr>
        <w:t xml:space="preserve"> Transparente de Información y Deber de Cooperación: </w:t>
      </w:r>
      <w:r>
        <w:rPr>
          <w:sz w:val="19"/>
        </w:rPr>
        <w:t>Nos comprometemos a suministrar de manera transparente, veraz, oportuna, completa y sin reserva alguna toda la documentación técnica, comercial, tributaria y logística que nos sea requerida por la Superv</w:t>
      </w:r>
      <w:r>
        <w:rPr>
          <w:sz w:val="19"/>
        </w:rPr>
        <w:t>isión Contractual del INPEC (a cargo del Responsable del Área de Expendio / Proyectos Productivos del COJAM) o por los organismos de control del Estado (Procuraduría General de la Nación, Contraloría General de la República y Fiscalía General de la Nación)</w:t>
      </w:r>
      <w:r>
        <w:rPr>
          <w:sz w:val="19"/>
        </w:rPr>
        <w:t xml:space="preserve"> durante la ejecución y cierre del proceso</w:t>
      </w:r>
      <w:r w:rsidRPr="00F84DF2">
        <w:rPr>
          <w:b/>
          <w:sz w:val="19"/>
        </w:rPr>
        <w:t xml:space="preserve"> MC-INV-015 DE 2026.</w:t>
      </w:r>
      <w:proofErr w:type="gramEnd"/>
    </w:p>
    <w:p w:rsidR="003302BA" w:rsidRDefault="00F84DF2">
      <w:pPr>
        <w:spacing w:after="80"/>
        <w:ind w:left="288"/>
      </w:pPr>
      <w:r>
        <w:rPr>
          <w:b/>
          <w:color w:val="002060"/>
          <w:highlight w:val="yellow"/>
        </w:rPr>
        <w:t xml:space="preserve">6. Declaración Juramentada de No Sujeción a Investigaciones ni Condenas por Cohecho Transnacional (Convención OCDE / Decreto 0997 de 2026): </w:t>
      </w:r>
      <w:r>
        <w:rPr>
          <w:sz w:val="19"/>
        </w:rPr>
        <w:t xml:space="preserve">Declaramos bajo la gravedad del juramento que la </w:t>
      </w:r>
      <w:r>
        <w:rPr>
          <w:sz w:val="19"/>
        </w:rPr>
        <w:t>sociedad proponente, su Representante Legal, miembros de junta directiva, administradores y personal directivo clave no están sujetos a investigaciones en curso, formulaciones de imputación ni condenas penales o administrativas en firme dictadas por autori</w:t>
      </w:r>
      <w:r>
        <w:rPr>
          <w:sz w:val="19"/>
        </w:rPr>
        <w:t>dades nacionales o internacionales relacionadas con el cohecho de servidores públicos en transacciones comerciales internacionales, en cabal cumplimiento de las recomendaciones del Grupo de Trabajo sobre Cohecho de la OCDE incorporadas en el artículo 8 del</w:t>
      </w:r>
      <w:r>
        <w:rPr>
          <w:sz w:val="19"/>
        </w:rPr>
        <w:t xml:space="preserve"> Decreto 0997 de 2026.</w:t>
      </w:r>
    </w:p>
    <w:p w:rsidR="003302BA" w:rsidRDefault="00F84DF2">
      <w:pPr>
        <w:spacing w:after="80"/>
        <w:ind w:left="288"/>
      </w:pPr>
      <w:r>
        <w:rPr>
          <w:b/>
          <w:color w:val="002060"/>
          <w:highlight w:val="yellow"/>
        </w:rPr>
        <w:t xml:space="preserve">7. Adhesión Obligatoria a Políticas Corporativas Antisoborno, Antifraude y Prevención del LA/FT/FPADM (Decreto 0997 de 2026): </w:t>
      </w:r>
      <w:r>
        <w:rPr>
          <w:sz w:val="19"/>
        </w:rPr>
        <w:t>Nos obligamos a acatar y alinear nuestras operaciones comerciales a los programas y políticas institucional</w:t>
      </w:r>
      <w:r>
        <w:rPr>
          <w:sz w:val="19"/>
        </w:rPr>
        <w:t>es del INPEC en materia de Prevención del Lavado de Activos, Financiación del Terrorismo y Financiamiento de la Proliferación de Armas de Destrucción Masiva (LA/FT/FPADM), Antisoborno y Antifraude, en el marco de su Sistema de Gestión de Riesgos para la In</w:t>
      </w:r>
      <w:r>
        <w:rPr>
          <w:sz w:val="19"/>
        </w:rPr>
        <w:t>tegridad Pública y su Programa de Transparencia y Ética Pública (PTEP).</w:t>
      </w:r>
    </w:p>
    <w:p w:rsidR="003302BA" w:rsidRDefault="00F84DF2">
      <w:pPr>
        <w:spacing w:after="80"/>
        <w:ind w:left="288"/>
      </w:pPr>
      <w:r>
        <w:rPr>
          <w:b/>
        </w:rPr>
        <w:t xml:space="preserve">8. Extensión de los Estándares de Integridad a la Cadena de Valor y Suministro Logístico: </w:t>
      </w:r>
      <w:r>
        <w:rPr>
          <w:sz w:val="19"/>
        </w:rPr>
        <w:t>Nos comprometemos a extender la exigencia formal de cumplimiento de las presentes cláusulas de</w:t>
      </w:r>
      <w:r>
        <w:rPr>
          <w:sz w:val="19"/>
        </w:rPr>
        <w:t xml:space="preserve"> transparencia e integridad a toda la cadena de suministro vinculada a la entrega de los 33 ítems de dotación y seguridad industrial (confeccionistas, fabricantes de calzado, distribuidores de EPPs y transportadores), obligándolos a actuar bajo el Código d</w:t>
      </w:r>
      <w:r>
        <w:rPr>
          <w:sz w:val="19"/>
        </w:rPr>
        <w:t>e Integridad institucional, conforme al artículo 2.2.1.1.2.1.3 del Decreto 1082 de 2015.</w:t>
      </w:r>
    </w:p>
    <w:p w:rsidR="003302BA" w:rsidRDefault="00F84DF2">
      <w:pPr>
        <w:spacing w:after="80"/>
        <w:ind w:left="288"/>
      </w:pPr>
      <w:r>
        <w:rPr>
          <w:b/>
        </w:rPr>
        <w:t xml:space="preserve">9. Socialización Interna y Capacitación de Colaboradores: </w:t>
      </w:r>
      <w:r>
        <w:rPr>
          <w:sz w:val="19"/>
        </w:rPr>
        <w:t>Nos obligamos a divulgar, capacitar e instruir activamente a nuestros empleados, operarios de logística, cond</w:t>
      </w:r>
      <w:r>
        <w:rPr>
          <w:sz w:val="19"/>
        </w:rPr>
        <w:t>uctores y personal administrativo involucrado en el despacho y entrega de la mercancía en el Almacén General del COJAM sobre el contenido, la gravedad y la obligatoriedad ética de este Compromiso Anticorrupción, advirtiéndoles sobre las consecuencias legal</w:t>
      </w:r>
      <w:r>
        <w:rPr>
          <w:sz w:val="19"/>
        </w:rPr>
        <w:t>es de cualquier inobservancia.</w:t>
      </w:r>
    </w:p>
    <w:p w:rsidR="003302BA" w:rsidRDefault="00F84DF2">
      <w:pPr>
        <w:spacing w:after="80"/>
        <w:ind w:left="288"/>
      </w:pPr>
      <w:r>
        <w:rPr>
          <w:b/>
        </w:rPr>
        <w:t xml:space="preserve">10. Causal Objetiva de Terminación Unilateral, Caducidad y Sanciones por Incumplimiento </w:t>
      </w:r>
      <w:proofErr w:type="gramStart"/>
      <w:r>
        <w:rPr>
          <w:b/>
        </w:rPr>
        <w:t>del</w:t>
      </w:r>
      <w:proofErr w:type="gramEnd"/>
      <w:r>
        <w:rPr>
          <w:b/>
        </w:rPr>
        <w:t xml:space="preserve"> Compromiso Anticorrupción: </w:t>
      </w:r>
      <w:r>
        <w:rPr>
          <w:sz w:val="19"/>
        </w:rPr>
        <w:t>Aceptamos expresamente que el incumplimiento de cualquiera de las declaraciones, pactos o compromisos cont</w:t>
      </w:r>
      <w:r>
        <w:rPr>
          <w:sz w:val="19"/>
        </w:rPr>
        <w:t xml:space="preserve">enidos en este documento constituirá un INCUMPLIMIENTO GRAVE del contrato resultante de la </w:t>
      </w:r>
      <w:r w:rsidRPr="00F84DF2">
        <w:rPr>
          <w:b/>
          <w:sz w:val="19"/>
        </w:rPr>
        <w:t>Invitación MC-INV-015 DE 2026</w:t>
      </w:r>
      <w:r>
        <w:rPr>
          <w:sz w:val="19"/>
        </w:rPr>
        <w:t>. En consecuencia, facultamos de manera irrestricta al INPEC para proceder con la DECLARATORIA DE TERMINACIÓN UNILATERAL Y ANTICIPADA, l</w:t>
      </w:r>
      <w:r>
        <w:rPr>
          <w:sz w:val="19"/>
        </w:rPr>
        <w:t xml:space="preserve">a declaratoria de caducidad administrativa o la rescisión sin derecho a indemnización alguna, la efectividad inmediata de las cláusulas penales y multas, y el reporte obligatorio de la sanción </w:t>
      </w:r>
      <w:r>
        <w:rPr>
          <w:sz w:val="19"/>
        </w:rPr>
        <w:lastRenderedPageBreak/>
        <w:t>ante la plataforma SECOP, la Procuraduría General de la Nación,</w:t>
      </w:r>
      <w:r>
        <w:rPr>
          <w:sz w:val="19"/>
        </w:rPr>
        <w:t xml:space="preserve"> la Contraloría General de la República y la Cámara de Comercio.</w:t>
      </w:r>
    </w:p>
    <w:p w:rsidR="003302BA" w:rsidRDefault="003302BA">
      <w:pPr>
        <w:spacing w:before="240" w:after="80"/>
      </w:pPr>
    </w:p>
    <w:tbl>
      <w:tblPr>
        <w:tblStyle w:val="Tablaconcuadrcula"/>
        <w:tblW w:w="0" w:type="auto"/>
        <w:jc w:val="center"/>
        <w:tblLayout w:type="fixed"/>
        <w:tblLook w:val="04A0" w:firstRow="1" w:lastRow="0" w:firstColumn="1" w:lastColumn="0" w:noHBand="0" w:noVBand="1"/>
      </w:tblPr>
      <w:tblGrid>
        <w:gridCol w:w="3600"/>
        <w:gridCol w:w="5760"/>
      </w:tblGrid>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NOMBRE DEL PROPONENTE / RAZÓN SOCIAL:</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NIT / REGISTRO ÚNICO DE PROPONENTES:</w:t>
            </w:r>
          </w:p>
        </w:tc>
        <w:tc>
          <w:tcPr>
            <w:tcW w:w="5760" w:type="dxa"/>
            <w:tcMar>
              <w:top w:w="60" w:type="dxa"/>
              <w:left w:w="100" w:type="dxa"/>
              <w:bottom w:w="60" w:type="dxa"/>
              <w:right w:w="100" w:type="dxa"/>
            </w:tcMar>
          </w:tcPr>
          <w:p w:rsidR="003302BA" w:rsidRDefault="00F84DF2">
            <w:pPr>
              <w:spacing w:after="40"/>
            </w:pPr>
            <w:r>
              <w:rPr>
                <w:sz w:val="18"/>
              </w:rPr>
              <w:t>No. _____________________ | RUP Vigente</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REPRESENTANTE LEGAL / CONTACTO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 xml:space="preserve">CÉDULA DE CIUDADANÍA </w:t>
            </w:r>
            <w:r>
              <w:rPr>
                <w:b/>
                <w:color w:val="002060"/>
                <w:sz w:val="18"/>
              </w:rPr>
              <w:t>REPRESENTANTE:</w:t>
            </w:r>
          </w:p>
        </w:tc>
        <w:tc>
          <w:tcPr>
            <w:tcW w:w="5760" w:type="dxa"/>
            <w:tcMar>
              <w:top w:w="60" w:type="dxa"/>
              <w:left w:w="100" w:type="dxa"/>
              <w:bottom w:w="60" w:type="dxa"/>
              <w:right w:w="100" w:type="dxa"/>
            </w:tcMar>
          </w:tcPr>
          <w:p w:rsidR="003302BA" w:rsidRDefault="00F84DF2">
            <w:pPr>
              <w:spacing w:after="40"/>
            </w:pPr>
            <w:r>
              <w:rPr>
                <w:sz w:val="18"/>
              </w:rPr>
              <w:t>No. _____________________ expedida en ______________</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DIRECCIÓN FÍSICA DE NOTIFICACIONES:</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TELÉFONO / CELULAR DE CONTACTO:</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CORREO ELECTRÓNICO OFICIAL SECOP II:</w:t>
            </w:r>
          </w:p>
        </w:tc>
        <w:tc>
          <w:tcPr>
            <w:tcW w:w="5760" w:type="dxa"/>
            <w:tcMar>
              <w:top w:w="60" w:type="dxa"/>
              <w:left w:w="100" w:type="dxa"/>
              <w:bottom w:w="60" w:type="dxa"/>
              <w:right w:w="100" w:type="dxa"/>
            </w:tcMar>
          </w:tcPr>
          <w:p w:rsidR="003302BA" w:rsidRDefault="003302BA">
            <w:pPr>
              <w:spacing w:after="40"/>
            </w:pP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PROCESO CONTRACTUAL VINCULADO:</w:t>
            </w:r>
          </w:p>
        </w:tc>
        <w:tc>
          <w:tcPr>
            <w:tcW w:w="5760" w:type="dxa"/>
            <w:tcMar>
              <w:top w:w="60" w:type="dxa"/>
              <w:left w:w="100" w:type="dxa"/>
              <w:bottom w:w="60" w:type="dxa"/>
              <w:right w:w="100" w:type="dxa"/>
            </w:tcMar>
          </w:tcPr>
          <w:p w:rsidR="003302BA" w:rsidRDefault="00F84DF2">
            <w:pPr>
              <w:spacing w:after="40"/>
            </w:pPr>
            <w:r>
              <w:rPr>
                <w:sz w:val="18"/>
              </w:rPr>
              <w:t>INVITACIÓN PÚBLICA DE MÍNIMA CUANTÍA No. MC-INV-017</w:t>
            </w:r>
            <w:r>
              <w:rPr>
                <w:sz w:val="18"/>
              </w:rPr>
              <w:t xml:space="preserve"> DE 2026</w:t>
            </w:r>
          </w:p>
        </w:tc>
      </w:tr>
      <w:tr w:rsidR="003302BA">
        <w:trPr>
          <w:jc w:val="center"/>
        </w:trPr>
        <w:tc>
          <w:tcPr>
            <w:tcW w:w="3600" w:type="dxa"/>
            <w:shd w:val="clear" w:color="auto" w:fill="F2F2F2"/>
            <w:tcMar>
              <w:top w:w="60" w:type="dxa"/>
              <w:left w:w="100" w:type="dxa"/>
              <w:bottom w:w="60" w:type="dxa"/>
              <w:right w:w="100" w:type="dxa"/>
            </w:tcMar>
          </w:tcPr>
          <w:p w:rsidR="003302BA" w:rsidRDefault="00F84DF2">
            <w:pPr>
              <w:spacing w:after="40"/>
            </w:pPr>
            <w:r>
              <w:rPr>
                <w:b/>
                <w:color w:val="002060"/>
                <w:sz w:val="18"/>
              </w:rPr>
              <w:t>VALOR TOTAL OFERTADO (EXCLUIDO IVA):</w:t>
            </w:r>
          </w:p>
        </w:tc>
        <w:tc>
          <w:tcPr>
            <w:tcW w:w="5760" w:type="dxa"/>
            <w:tcMar>
              <w:top w:w="60" w:type="dxa"/>
              <w:left w:w="100" w:type="dxa"/>
              <w:bottom w:w="60" w:type="dxa"/>
              <w:right w:w="100" w:type="dxa"/>
            </w:tcMar>
          </w:tcPr>
          <w:p w:rsidR="003302BA" w:rsidRDefault="00F84DF2">
            <w:pPr>
              <w:spacing w:after="40"/>
            </w:pPr>
            <w:r>
              <w:rPr>
                <w:sz w:val="18"/>
              </w:rPr>
              <w:t>$</w:t>
            </w:r>
          </w:p>
        </w:tc>
      </w:tr>
    </w:tbl>
    <w:p w:rsidR="003302BA" w:rsidRDefault="00F84DF2">
      <w:pPr>
        <w:spacing w:before="360" w:after="40"/>
      </w:pPr>
      <w:r>
        <w:rPr>
          <w:b/>
        </w:rPr>
        <w:t>_____________________________________________________</w:t>
      </w:r>
      <w:r>
        <w:rPr>
          <w:b/>
        </w:rPr>
        <w:br/>
        <w:t>FIRMA Y ACEPTACIÓN DEL PROPONENTE / REPRESENTANTE LEGAL</w:t>
      </w:r>
      <w:r>
        <w:rPr>
          <w:b/>
        </w:rPr>
        <w:br/>
      </w:r>
      <w:r>
        <w:t>Nombre: _____________________________________________</w:t>
      </w:r>
      <w:r>
        <w:br/>
        <w:t>C.C. No. ____</w:t>
      </w:r>
      <w:r>
        <w:t xml:space="preserve">________________ </w:t>
      </w:r>
      <w:proofErr w:type="gramStart"/>
      <w:r>
        <w:t>de</w:t>
      </w:r>
      <w:proofErr w:type="gramEnd"/>
      <w:r>
        <w:t xml:space="preserve"> _____________________</w:t>
      </w:r>
      <w:r>
        <w:br/>
        <w:t>Proceso: Mínima Cuantía MC-INV-017</w:t>
      </w:r>
      <w:r>
        <w:t xml:space="preserve"> DE 2026 - COJAM</w:t>
      </w:r>
      <w:r>
        <w:br/>
        <w:t>Fecha de Suscripción: _____ de _________________ de 2026</w:t>
      </w:r>
      <w:bookmarkStart w:id="0" w:name="_GoBack"/>
      <w:bookmarkEnd w:id="0"/>
    </w:p>
    <w:sectPr w:rsidR="003302BA"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6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3302BA"/>
    <w:rsid w:val="00514EFB"/>
    <w:rsid w:val="00582A26"/>
    <w:rsid w:val="005A7823"/>
    <w:rsid w:val="006023D1"/>
    <w:rsid w:val="006052A2"/>
    <w:rsid w:val="007C0501"/>
    <w:rsid w:val="008426E7"/>
    <w:rsid w:val="008D0BCD"/>
    <w:rsid w:val="00AA1D8D"/>
    <w:rsid w:val="00B47730"/>
    <w:rsid w:val="00CB0664"/>
    <w:rsid w:val="00DA3584"/>
    <w:rsid w:val="00E22F2F"/>
    <w:rsid w:val="00F84DF2"/>
    <w:rsid w:val="00FC043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010FF0"/>
  <w14:defaultImageDpi w14:val="300"/>
  <w15:docId w15:val="{CF5557E7-F468-46B6-900B-3669E0E98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rial" w:hAnsi="Arial"/>
      <w:color w:val="282828"/>
      <w:sz w:val="20"/>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3577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FB3A1-39C3-4640-88C7-B16D3794A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4220</Words>
  <Characters>23215</Characters>
  <Application>Microsoft Office Word</Application>
  <DocSecurity>0</DocSecurity>
  <Lines>193</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27381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MANUEL ANTONIO RAMIREZ OSPINA</cp:lastModifiedBy>
  <cp:revision>7</cp:revision>
  <dcterms:created xsi:type="dcterms:W3CDTF">2026-09-23T15:05:00Z</dcterms:created>
  <dcterms:modified xsi:type="dcterms:W3CDTF">2026-09-23T15:09:00Z</dcterms:modified>
  <cp:category/>
</cp:coreProperties>
</file>