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6BB35" w14:textId="77777777" w:rsidR="0004482C" w:rsidRPr="00872F37" w:rsidRDefault="00872F37">
      <w:pPr>
        <w:pStyle w:val="Ttul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872F37">
        <w:rPr>
          <w:rFonts w:ascii="Arial" w:hAnsi="Arial" w:cs="Arial"/>
          <w:color w:val="000000" w:themeColor="text1"/>
          <w:sz w:val="22"/>
          <w:szCs w:val="22"/>
        </w:rPr>
        <w:t>FORMATO DE OFERTA ECONÓMICA</w:t>
      </w:r>
    </w:p>
    <w:p w14:paraId="4958E6AD" w14:textId="77777777" w:rsidR="0004482C" w:rsidRPr="00872F37" w:rsidRDefault="00872F37">
      <w:pPr>
        <w:jc w:val="center"/>
        <w:rPr>
          <w:rFonts w:cs="Arial"/>
          <w:color w:val="000000" w:themeColor="text1"/>
          <w:sz w:val="22"/>
        </w:rPr>
      </w:pPr>
      <w:r w:rsidRPr="00872F37">
        <w:rPr>
          <w:rFonts w:cs="Arial"/>
          <w:color w:val="000000" w:themeColor="text1"/>
          <w:sz w:val="22"/>
        </w:rPr>
        <w:t>Proceso de selección de mínima cuantía IMC-14-005-2026</w:t>
      </w:r>
    </w:p>
    <w:p w14:paraId="72964F97" w14:textId="77777777" w:rsidR="0004482C" w:rsidRPr="00872F37" w:rsidRDefault="00872F37">
      <w:pPr>
        <w:jc w:val="center"/>
        <w:rPr>
          <w:rFonts w:cs="Arial"/>
          <w:color w:val="000000" w:themeColor="text1"/>
          <w:sz w:val="22"/>
        </w:rPr>
      </w:pPr>
      <w:r w:rsidRPr="00872F37">
        <w:rPr>
          <w:rFonts w:cs="Arial"/>
          <w:color w:val="000000" w:themeColor="text1"/>
          <w:sz w:val="22"/>
        </w:rPr>
        <w:t>Servicio integral de fumigación, control de plagas y lavado de tanques de agua para la Dirección Seccional de Impuestos y Aduanas de Pasto</w:t>
      </w:r>
    </w:p>
    <w:p w14:paraId="0B783E68" w14:textId="3A10607D" w:rsidR="0004482C" w:rsidRPr="00872F37" w:rsidRDefault="00872F37">
      <w:pPr>
        <w:rPr>
          <w:rFonts w:cs="Arial"/>
          <w:color w:val="000000" w:themeColor="text1"/>
          <w:sz w:val="22"/>
        </w:rPr>
      </w:pPr>
      <w:r w:rsidRPr="00872F37">
        <w:rPr>
          <w:rFonts w:cs="Arial"/>
          <w:color w:val="000000" w:themeColor="text1"/>
          <w:sz w:val="22"/>
        </w:rPr>
        <w:t>Nombre o razón social del proponente: ____________________________________</w:t>
      </w:r>
      <w:r w:rsidRPr="00872F37">
        <w:rPr>
          <w:rFonts w:cs="Arial"/>
          <w:color w:val="000000" w:themeColor="text1"/>
          <w:sz w:val="22"/>
        </w:rPr>
        <w:t>_________________   NIT o docum</w:t>
      </w:r>
      <w:r w:rsidRPr="00872F37">
        <w:rPr>
          <w:rFonts w:cs="Arial"/>
          <w:color w:val="000000" w:themeColor="text1"/>
          <w:sz w:val="22"/>
        </w:rPr>
        <w:t>ento: ____________________</w:t>
      </w:r>
    </w:p>
    <w:p w14:paraId="1EFEDAA6" w14:textId="0B28D49A" w:rsidR="0004482C" w:rsidRPr="00872F37" w:rsidRDefault="00872F37">
      <w:pPr>
        <w:rPr>
          <w:rFonts w:cs="Arial"/>
          <w:color w:val="000000" w:themeColor="text1"/>
          <w:sz w:val="22"/>
        </w:rPr>
      </w:pPr>
      <w:r w:rsidRPr="00872F37">
        <w:rPr>
          <w:rFonts w:cs="Arial"/>
          <w:color w:val="000000" w:themeColor="text1"/>
          <w:sz w:val="22"/>
        </w:rPr>
        <w:t>Representante legal (si aplica): ________________________________________</w:t>
      </w:r>
      <w:r w:rsidRPr="00872F37">
        <w:rPr>
          <w:rFonts w:cs="Arial"/>
          <w:color w:val="000000" w:themeColor="text1"/>
          <w:sz w:val="22"/>
        </w:rPr>
        <w:t>________________   Fecha: ______________________________</w:t>
      </w:r>
    </w:p>
    <w:p w14:paraId="3216D4FE" w14:textId="77777777" w:rsidR="0004482C" w:rsidRPr="00872F37" w:rsidRDefault="00872F37">
      <w:pPr>
        <w:rPr>
          <w:rFonts w:cs="Arial"/>
          <w:color w:val="000000" w:themeColor="text1"/>
          <w:sz w:val="22"/>
        </w:rPr>
      </w:pPr>
      <w:r w:rsidRPr="00872F37">
        <w:rPr>
          <w:rFonts w:cs="Arial"/>
          <w:color w:val="000000" w:themeColor="text1"/>
          <w:sz w:val="22"/>
        </w:rPr>
        <w:t>El proponente diligenciará el precio unitario y el subtotal de cada ítem en pesos colombianos. Las cantidades se emplean para comparar las ofertas; durante la ejecución se pagarán únicamente los servicios autorizados, ejecutados y recibidos a satisfacción, hasta el monto contractual.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05"/>
        <w:gridCol w:w="6647"/>
        <w:gridCol w:w="1656"/>
        <w:gridCol w:w="2156"/>
        <w:gridCol w:w="2978"/>
      </w:tblGrid>
      <w:tr w:rsidR="00872F37" w:rsidRPr="00872F37" w14:paraId="71702029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CE6F1"/>
            <w:vAlign w:val="center"/>
          </w:tcPr>
          <w:p w14:paraId="30F5E114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b/>
                <w:color w:val="000000" w:themeColor="text1"/>
                <w:sz w:val="22"/>
              </w:rPr>
              <w:t>Ítem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CE6F1"/>
            <w:vAlign w:val="center"/>
          </w:tcPr>
          <w:p w14:paraId="63C876B5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b/>
                <w:color w:val="000000" w:themeColor="text1"/>
                <w:sz w:val="22"/>
              </w:rPr>
              <w:t>Descripción del servicio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CE6F1"/>
            <w:vAlign w:val="center"/>
          </w:tcPr>
          <w:p w14:paraId="1C7EF1AC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b/>
                <w:color w:val="000000" w:themeColor="text1"/>
                <w:sz w:val="22"/>
              </w:rPr>
              <w:t>Unidad de medida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CE6F1"/>
            <w:vAlign w:val="center"/>
          </w:tcPr>
          <w:p w14:paraId="14B6FD2C" w14:textId="3F24F793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Cantidades = 1 para revisión de precios unitarios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DCE6F1"/>
            <w:vAlign w:val="center"/>
          </w:tcPr>
          <w:p w14:paraId="4B1B3822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b/>
                <w:color w:val="000000" w:themeColor="text1"/>
                <w:sz w:val="22"/>
              </w:rPr>
              <w:t>Precio unitario ofertado, IVA incluido ($)</w:t>
            </w:r>
          </w:p>
        </w:tc>
      </w:tr>
      <w:tr w:rsidR="00872F37" w:rsidRPr="00872F37" w14:paraId="4C9A65D7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58ECBFD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23495EF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Fumigación y control de plagas de la sede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668B064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Servicio integral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6307E26" w14:textId="242DEE02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D647468" w14:textId="4AAFFAE8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</w:p>
        </w:tc>
      </w:tr>
      <w:tr w:rsidR="00872F37" w:rsidRPr="00872F37" w14:paraId="2257D52A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5A41D9A5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2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2B478867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Limpieza e higienización de cocinas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72489BC0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Unidad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2512BD27" w14:textId="11108198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5AEF3791" w14:textId="5C39645B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</w:p>
        </w:tc>
      </w:tr>
      <w:tr w:rsidR="00872F37" w:rsidRPr="00872F37" w14:paraId="5DB6A236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E9962BC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3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D6D7BCB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Limpieza de tuberías y desagües de sifones, lavamanos o lavaplatos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C330F1B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Unidad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FB4A1E3" w14:textId="414866E8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FB36425" w14:textId="20CBDB3D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</w:p>
        </w:tc>
      </w:tr>
      <w:tr w:rsidR="00872F37" w:rsidRPr="00872F37" w14:paraId="592D24C2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4279EC0D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4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5A618E8E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Limpieza e higienización del cuarto de residuos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6BA6C3A3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Servicio integral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234E76B6" w14:textId="11A09F16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142CE9BB" w14:textId="47A68761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</w:p>
        </w:tc>
      </w:tr>
      <w:tr w:rsidR="00872F37" w:rsidRPr="00872F37" w14:paraId="6C7A0389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3E802A4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5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6BA1116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Limpieza de cajas de inspección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B2E6C16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Unidad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0F73C43" w14:textId="5A03C96F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7CFD617" w14:textId="5AA4745F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</w:p>
        </w:tc>
      </w:tr>
      <w:tr w:rsidR="00872F37" w:rsidRPr="00872F37" w14:paraId="1CCF9150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1FE68CFE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6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6ABBA73D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Lavado y desinfección del tanque elevado de agua potable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3C0BCD7D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Tanque elevado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75B4AEA0" w14:textId="5E539B3D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2F9C1B59" w14:textId="72113C12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</w:p>
        </w:tc>
      </w:tr>
      <w:tr w:rsidR="00872F37" w:rsidRPr="00872F37" w14:paraId="156E95CF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2067E5B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7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E2A5029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Toma de muestra, análisis de laboratorio y concepto de calidad del agua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8520C56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Servicio integral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499ADFB" w14:textId="48774CED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6B45EDC" w14:textId="1A3A7D65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</w:p>
        </w:tc>
      </w:tr>
      <w:tr w:rsidR="00872F37" w:rsidRPr="00872F37" w14:paraId="47B072FD" w14:textId="77777777" w:rsidTr="00872F37">
        <w:trPr>
          <w:jc w:val="center"/>
        </w:trPr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4E75EDC1" w14:textId="77777777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8</w:t>
            </w:r>
          </w:p>
        </w:tc>
        <w:tc>
          <w:tcPr>
            <w:tcW w:w="664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1D2EF0DD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Lavado y limpieza de tanques subterráneos</w:t>
            </w:r>
          </w:p>
        </w:tc>
        <w:tc>
          <w:tcPr>
            <w:tcW w:w="16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2CDB0968" w14:textId="77777777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Tanque subterráneo</w:t>
            </w:r>
          </w:p>
        </w:tc>
        <w:tc>
          <w:tcPr>
            <w:tcW w:w="21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4DA116D4" w14:textId="23CEEACE" w:rsidR="00872F37" w:rsidRPr="00872F37" w:rsidRDefault="00872F37" w:rsidP="00872F37">
            <w:pPr>
              <w:spacing w:after="0"/>
              <w:jc w:val="center"/>
              <w:rPr>
                <w:rFonts w:cs="Arial"/>
                <w:color w:val="000000" w:themeColor="text1"/>
                <w:sz w:val="22"/>
              </w:rPr>
            </w:pPr>
            <w:r w:rsidRPr="00872F37">
              <w:rPr>
                <w:rFonts w:cs="Arial"/>
                <w:color w:val="000000" w:themeColor="text1"/>
                <w:sz w:val="22"/>
              </w:rPr>
              <w:t>1</w:t>
            </w:r>
          </w:p>
        </w:tc>
        <w:tc>
          <w:tcPr>
            <w:tcW w:w="29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5F7FA"/>
            <w:vAlign w:val="center"/>
          </w:tcPr>
          <w:p w14:paraId="37F59117" w14:textId="50E95319" w:rsidR="00872F37" w:rsidRPr="00872F37" w:rsidRDefault="00872F37" w:rsidP="00872F37">
            <w:pPr>
              <w:spacing w:after="0"/>
              <w:rPr>
                <w:rFonts w:cs="Arial"/>
                <w:color w:val="000000" w:themeColor="text1"/>
                <w:sz w:val="22"/>
              </w:rPr>
            </w:pPr>
          </w:p>
        </w:tc>
      </w:tr>
    </w:tbl>
    <w:p w14:paraId="36BDF626" w14:textId="77777777" w:rsidR="00872F37" w:rsidRPr="00872F37" w:rsidRDefault="00872F37">
      <w:pPr>
        <w:rPr>
          <w:rFonts w:cs="Arial"/>
          <w:color w:val="000000" w:themeColor="text1"/>
          <w:sz w:val="22"/>
        </w:rPr>
      </w:pPr>
    </w:p>
    <w:p w14:paraId="34609372" w14:textId="77777777" w:rsidR="0004482C" w:rsidRPr="00872F37" w:rsidRDefault="00872F37">
      <w:pPr>
        <w:rPr>
          <w:rFonts w:cs="Arial"/>
          <w:color w:val="000000" w:themeColor="text1"/>
          <w:sz w:val="22"/>
        </w:rPr>
      </w:pPr>
      <w:r w:rsidRPr="00872F37">
        <w:rPr>
          <w:rFonts w:cs="Arial"/>
          <w:color w:val="000000" w:themeColor="text1"/>
          <w:sz w:val="22"/>
        </w:rPr>
        <w:t>Los precios unitarios incluyen IVA y todos los costos directos e indirectos, personal, insumos, equipos, transporte, seguridad, informes, manejo de residuos y demás impuestos, tasas, contribuciones y estampillas a que haya lugar. Estos conceptos no se cobrarán por separado. La oferta comprende la totalidad de los servicios y obligaciones establecidos en la invitación y sus anexos.</w:t>
      </w:r>
    </w:p>
    <w:p w14:paraId="7D0A8CF7" w14:textId="77777777" w:rsidR="0004482C" w:rsidRPr="00872F37" w:rsidRDefault="00872F37">
      <w:pPr>
        <w:rPr>
          <w:rFonts w:cs="Arial"/>
          <w:color w:val="000000" w:themeColor="text1"/>
          <w:sz w:val="22"/>
        </w:rPr>
      </w:pPr>
      <w:r w:rsidRPr="00872F37">
        <w:rPr>
          <w:rFonts w:cs="Arial"/>
          <w:color w:val="000000" w:themeColor="text1"/>
          <w:sz w:val="22"/>
        </w:rPr>
        <w:t>Nombre y firma del proponente o representante legal: _________________________________________________________</w:t>
      </w:r>
    </w:p>
    <w:sectPr w:rsidR="0004482C" w:rsidRPr="00872F37" w:rsidSect="00034616">
      <w:footerReference w:type="even" r:id="rId8"/>
      <w:footerReference w:type="default" r:id="rId9"/>
      <w:footerReference w:type="first" r:id="rId10"/>
      <w:pgSz w:w="16848" w:h="11952" w:orient="landscape"/>
      <w:pgMar w:top="893" w:right="936" w:bottom="792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4EBDA" w14:textId="77777777" w:rsidR="00872F37" w:rsidRPr="00872F37" w:rsidRDefault="00872F37">
      <w:pPr>
        <w:spacing w:after="0" w:line="240" w:lineRule="auto"/>
      </w:pPr>
      <w:r w:rsidRPr="00872F37">
        <w:separator/>
      </w:r>
    </w:p>
  </w:endnote>
  <w:endnote w:type="continuationSeparator" w:id="0">
    <w:p w14:paraId="4744C704" w14:textId="77777777" w:rsidR="00872F37" w:rsidRPr="00872F37" w:rsidRDefault="00872F37">
      <w:pPr>
        <w:spacing w:after="0" w:line="240" w:lineRule="auto"/>
      </w:pPr>
      <w:r w:rsidRPr="00872F3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76570" w14:textId="708C7DA2" w:rsidR="00872F37" w:rsidRPr="00872F37" w:rsidRDefault="00872F37">
    <w:pPr>
      <w:pStyle w:val="Piedepgina"/>
    </w:pPr>
    <w:r w:rsidRPr="00872F37">
      <mc:AlternateContent>
        <mc:Choice Requires="wps">
          <w:drawing>
            <wp:anchor distT="0" distB="0" distL="0" distR="0" simplePos="0" relativeHeight="251659264" behindDoc="0" locked="0" layoutInCell="1" allowOverlap="1" wp14:anchorId="58BCA8C9" wp14:editId="5B504A5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68935"/>
              <wp:effectExtent l="0" t="0" r="0" b="0"/>
              <wp:wrapNone/>
              <wp:docPr id="1011775658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940BFC" w14:textId="599CB1BD" w:rsidR="00872F37" w:rsidRPr="00872F37" w:rsidRDefault="00872F37" w:rsidP="00872F37">
                          <w:pPr>
                            <w:spacing w:after="0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872F37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BCA8C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95.1pt;margin-top:0;width:146.3pt;height:29.0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B940BFC" w14:textId="599CB1BD" w:rsidR="00872F37" w:rsidRPr="00872F37" w:rsidRDefault="00872F37" w:rsidP="00872F37">
                    <w:pPr>
                      <w:spacing w:after="0"/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872F37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1AD4A" w14:textId="792000E0" w:rsidR="0004482C" w:rsidRPr="00872F37" w:rsidRDefault="00872F37">
    <w:pPr>
      <w:pStyle w:val="Piedepgina"/>
      <w:jc w:val="right"/>
    </w:pPr>
    <w:r w:rsidRPr="00872F37">
      <mc:AlternateContent>
        <mc:Choice Requires="wps">
          <w:drawing>
            <wp:anchor distT="0" distB="0" distL="0" distR="0" simplePos="0" relativeHeight="251660288" behindDoc="0" locked="0" layoutInCell="1" allowOverlap="1" wp14:anchorId="5BCE9CD1" wp14:editId="76FF4774">
              <wp:simplePos x="590550" y="700087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68935"/>
              <wp:effectExtent l="0" t="0" r="0" b="0"/>
              <wp:wrapNone/>
              <wp:docPr id="2135040309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EB1BCC" w14:textId="72963613" w:rsidR="00872F37" w:rsidRPr="00872F37" w:rsidRDefault="00872F37" w:rsidP="00872F37">
                          <w:pPr>
                            <w:spacing w:after="0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872F37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CE9CD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left:0;text-align:left;margin-left:95.1pt;margin-top:0;width:146.3pt;height:29.0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" filled="f" stroked="f">
              <v:fill o:detectmouseclick="t"/>
              <v:textbox style="mso-fit-shape-to-text:t" inset="0,0,20pt,15pt">
                <w:txbxContent>
                  <w:p w14:paraId="4CEB1BCC" w14:textId="72963613" w:rsidR="00872F37" w:rsidRPr="00872F37" w:rsidRDefault="00872F37" w:rsidP="00872F37">
                    <w:pPr>
                      <w:spacing w:after="0"/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872F37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872F37">
      <w:t>IMC-14-005-</w:t>
    </w:r>
    <w:proofErr w:type="gramStart"/>
    <w:r w:rsidRPr="00872F37">
      <w:t>2026  |</w:t>
    </w:r>
    <w:proofErr w:type="gramEnd"/>
    <w:r w:rsidRPr="00872F37">
      <w:t xml:space="preserve">  Formato de oferta económica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0EDF5" w14:textId="1E4FDF8D" w:rsidR="00872F37" w:rsidRPr="00872F37" w:rsidRDefault="00872F37">
    <w:pPr>
      <w:pStyle w:val="Piedepgina"/>
    </w:pPr>
    <w:r w:rsidRPr="00872F37">
      <mc:AlternateContent>
        <mc:Choice Requires="wps">
          <w:drawing>
            <wp:anchor distT="0" distB="0" distL="0" distR="0" simplePos="0" relativeHeight="251658240" behindDoc="0" locked="0" layoutInCell="1" allowOverlap="1" wp14:anchorId="793FE3C2" wp14:editId="7BECBB1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68935"/>
              <wp:effectExtent l="0" t="0" r="0" b="0"/>
              <wp:wrapNone/>
              <wp:docPr id="113352367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A9A9D" w14:textId="7E8A4948" w:rsidR="00872F37" w:rsidRPr="00872F37" w:rsidRDefault="00872F37" w:rsidP="00872F37">
                          <w:pPr>
                            <w:spacing w:after="0"/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872F37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3FE3C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95.1pt;margin-top:0;width:146.3pt;height:29.0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" filled="f" stroked="f">
              <v:fill o:detectmouseclick="t"/>
              <v:textbox style="mso-fit-shape-to-text:t" inset="0,0,20pt,15pt">
                <w:txbxContent>
                  <w:p w14:paraId="547A9A9D" w14:textId="7E8A4948" w:rsidR="00872F37" w:rsidRPr="00872F37" w:rsidRDefault="00872F37" w:rsidP="00872F37">
                    <w:pPr>
                      <w:spacing w:after="0"/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872F37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7D123" w14:textId="77777777" w:rsidR="00872F37" w:rsidRPr="00872F37" w:rsidRDefault="00872F37">
      <w:pPr>
        <w:spacing w:after="0" w:line="240" w:lineRule="auto"/>
      </w:pPr>
      <w:r w:rsidRPr="00872F37">
        <w:separator/>
      </w:r>
    </w:p>
  </w:footnote>
  <w:footnote w:type="continuationSeparator" w:id="0">
    <w:p w14:paraId="2E873D32" w14:textId="77777777" w:rsidR="00872F37" w:rsidRPr="00872F37" w:rsidRDefault="00872F37">
      <w:pPr>
        <w:spacing w:after="0" w:line="240" w:lineRule="auto"/>
      </w:pPr>
      <w:r w:rsidRPr="00872F3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32422961">
    <w:abstractNumId w:val="8"/>
  </w:num>
  <w:num w:numId="2" w16cid:durableId="1143891249">
    <w:abstractNumId w:val="6"/>
  </w:num>
  <w:num w:numId="3" w16cid:durableId="264071170">
    <w:abstractNumId w:val="5"/>
  </w:num>
  <w:num w:numId="4" w16cid:durableId="391150339">
    <w:abstractNumId w:val="4"/>
  </w:num>
  <w:num w:numId="5" w16cid:durableId="2003772872">
    <w:abstractNumId w:val="7"/>
  </w:num>
  <w:num w:numId="6" w16cid:durableId="1472357826">
    <w:abstractNumId w:val="3"/>
  </w:num>
  <w:num w:numId="7" w16cid:durableId="1568613824">
    <w:abstractNumId w:val="2"/>
  </w:num>
  <w:num w:numId="8" w16cid:durableId="1341082048">
    <w:abstractNumId w:val="1"/>
  </w:num>
  <w:num w:numId="9" w16cid:durableId="827751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482C"/>
    <w:rsid w:val="0006063C"/>
    <w:rsid w:val="0015074B"/>
    <w:rsid w:val="0029639D"/>
    <w:rsid w:val="00326F90"/>
    <w:rsid w:val="003E18E2"/>
    <w:rsid w:val="00872F3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B6D9FEC"/>
  <w14:defaultImageDpi w14:val="300"/>
  <w15:docId w15:val="{B2894DCE-E274-47DC-A520-70165FF99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18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spacing w:after="6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0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Diana Patricia Bolaños Ordoñez</cp:lastModifiedBy>
  <cp:revision>2</cp:revision>
  <dcterms:created xsi:type="dcterms:W3CDTF">2026-09-23T22:13:00Z</dcterms:created>
  <dcterms:modified xsi:type="dcterms:W3CDTF">2026-09-23T22:13:00Z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6c19eaf,3c4e78aa,7f422135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 Clasificada </vt:lpwstr>
  </property>
  <property fmtid="{D5CDD505-2E9C-101B-9397-08002B2CF9AE}" pid="5" name="MSIP_Label_ccdd2d6d-4b00-43ff-82f7-780af7893f3e_Enabled">
    <vt:lpwstr>true</vt:lpwstr>
  </property>
  <property fmtid="{D5CDD505-2E9C-101B-9397-08002B2CF9AE}" pid="6" name="MSIP_Label_ccdd2d6d-4b00-43ff-82f7-780af7893f3e_SetDate">
    <vt:lpwstr>2026-09-23T22:08:42Z</vt:lpwstr>
  </property>
  <property fmtid="{D5CDD505-2E9C-101B-9397-08002B2CF9AE}" pid="7" name="MSIP_Label_ccdd2d6d-4b00-43ff-82f7-780af7893f3e_Method">
    <vt:lpwstr>Privileged</vt:lpwstr>
  </property>
  <property fmtid="{D5CDD505-2E9C-101B-9397-08002B2CF9AE}" pid="8" name="MSIP_Label_ccdd2d6d-4b00-43ff-82f7-780af7893f3e_Name">
    <vt:lpwstr>Clasificada</vt:lpwstr>
  </property>
  <property fmtid="{D5CDD505-2E9C-101B-9397-08002B2CF9AE}" pid="9" name="MSIP_Label_ccdd2d6d-4b00-43ff-82f7-780af7893f3e_SiteId">
    <vt:lpwstr>fab26e5a-737a-4438-8ccd-8e465ecf21d8</vt:lpwstr>
  </property>
  <property fmtid="{D5CDD505-2E9C-101B-9397-08002B2CF9AE}" pid="10" name="MSIP_Label_ccdd2d6d-4b00-43ff-82f7-780af7893f3e_ActionId">
    <vt:lpwstr>7a9abcd6-4ff6-41ec-8aa8-6a1b6f4d8e42</vt:lpwstr>
  </property>
  <property fmtid="{D5CDD505-2E9C-101B-9397-08002B2CF9AE}" pid="11" name="MSIP_Label_ccdd2d6d-4b00-43ff-82f7-780af7893f3e_ContentBits">
    <vt:lpwstr>2</vt:lpwstr>
  </property>
  <property fmtid="{D5CDD505-2E9C-101B-9397-08002B2CF9AE}" pid="12" name="MSIP_Label_ccdd2d6d-4b00-43ff-82f7-780af7893f3e_Tag">
    <vt:lpwstr>10, 0, 1, 1</vt:lpwstr>
  </property>
</Properties>
</file>