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C21C53" w14:textId="1FAFF508" w:rsidR="0064679A" w:rsidRDefault="00F71690">
      <w:pPr>
        <w:jc w:val="center"/>
      </w:pPr>
      <w:r>
        <w:t xml:space="preserve"> </w:t>
      </w:r>
      <w:r w:rsidR="00000000">
        <w:rPr>
          <w:noProof/>
        </w:rPr>
        <w:drawing>
          <wp:inline distT="0" distB="0" distL="0" distR="0" wp14:anchorId="616B0434" wp14:editId="618D1FD9">
            <wp:extent cx="868680" cy="8539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a:stretch>
                      <a:fillRect/>
                    </a:stretch>
                  </pic:blipFill>
                  <pic:spPr>
                    <a:xfrm>
                      <a:off x="0" y="0"/>
                      <a:ext cx="868680" cy="853957"/>
                    </a:xfrm>
                    <a:prstGeom prst="rect">
                      <a:avLst/>
                    </a:prstGeom>
                  </pic:spPr>
                </pic:pic>
              </a:graphicData>
            </a:graphic>
          </wp:inline>
        </w:drawing>
      </w:r>
    </w:p>
    <w:p w14:paraId="38C56A87" w14:textId="77777777" w:rsidR="0064679A" w:rsidRDefault="00000000">
      <w:pPr>
        <w:jc w:val="center"/>
      </w:pPr>
      <w:r>
        <w:rPr>
          <w:b/>
          <w:sz w:val="28"/>
        </w:rPr>
        <w:t>ANEXO 4. FORMATOS PARA PRESENTAR LA OFERTA</w:t>
      </w:r>
    </w:p>
    <w:p w14:paraId="089496BC" w14:textId="77777777" w:rsidR="0064679A" w:rsidRDefault="00000000">
      <w:pPr>
        <w:jc w:val="center"/>
      </w:pPr>
      <w:r>
        <w:rPr>
          <w:b/>
          <w:sz w:val="22"/>
        </w:rPr>
        <w:t>INEM-SAMC-001-2026</w:t>
      </w:r>
    </w:p>
    <w:p w14:paraId="47676E08" w14:textId="77777777" w:rsidR="0064679A" w:rsidRDefault="00000000">
      <w:pPr>
        <w:jc w:val="center"/>
      </w:pPr>
      <w:r>
        <w:rPr>
          <w:b/>
          <w:sz w:val="22"/>
        </w:rPr>
        <w:t>SELECCIÓN ABREVIADA DE MENOR CUANTÍA</w:t>
      </w:r>
    </w:p>
    <w:p w14:paraId="65F50A89" w14:textId="77777777" w:rsidR="0064679A" w:rsidRDefault="00000000">
      <w:pPr>
        <w:jc w:val="both"/>
      </w:pPr>
      <w:r>
        <w:rPr>
          <w:b/>
          <w:sz w:val="20"/>
        </w:rPr>
        <w:t>OBJETO: PRESTAR EL SERVICIO DE OPERACIÓN, CUIDADO Y MANTENIMIENTO BÁSICO DE LA GRANJA DE LA INSTITUCIÓN EDUCATIVA INEM CUSTODIO GARCÍA ROVIRA DE BUCARAMANGA, MEDIANTE UN EQUIPO DE DOS (2) AUXILIARES DE GRANJA, PARA APOYAR EL DESARROLLO DE SUS FINES EDUCATIVOS.</w:t>
      </w:r>
    </w:p>
    <w:p w14:paraId="04A21D9D" w14:textId="77777777" w:rsidR="0064679A" w:rsidRDefault="00000000">
      <w:pPr>
        <w:jc w:val="center"/>
      </w:pPr>
      <w:r>
        <w:rPr>
          <w:sz w:val="20"/>
        </w:rPr>
        <w:t>Bucaramanga, septiembre de 2026</w:t>
      </w:r>
    </w:p>
    <w:p w14:paraId="5A56BC77" w14:textId="77777777" w:rsidR="0064679A" w:rsidRDefault="00000000">
      <w:pPr>
        <w:jc w:val="both"/>
      </w:pPr>
      <w:r>
        <w:rPr>
          <w:i/>
          <w:sz w:val="20"/>
        </w:rPr>
        <w:t>Los formatos se diligencian según la naturaleza del proponente y el factor que se pretenda acreditar. Se aceptan formatos equivalentes que contengan toda la información exigida y sus soportes. La manifestación de interés se realiza mediante el módulo correspondiente de SECOP II; por tal razón no se publica un Formato 10 - Carta de Manifestación de Interés.</w:t>
      </w:r>
    </w:p>
    <w:tbl>
      <w:tblPr>
        <w:tblStyle w:val="Tablaconcuadrcula"/>
        <w:tblW w:w="0" w:type="auto"/>
        <w:jc w:val="center"/>
        <w:tblLook w:val="04A0" w:firstRow="1" w:lastRow="0" w:firstColumn="1" w:lastColumn="0" w:noHBand="0" w:noVBand="1"/>
      </w:tblPr>
      <w:tblGrid>
        <w:gridCol w:w="999"/>
        <w:gridCol w:w="4625"/>
        <w:gridCol w:w="3378"/>
      </w:tblGrid>
      <w:tr w:rsidR="0064679A" w14:paraId="54A48CF6" w14:textId="77777777">
        <w:trPr>
          <w:jc w:val="center"/>
        </w:trPr>
        <w:tc>
          <w:tcPr>
            <w:tcW w:w="1008" w:type="dxa"/>
            <w:shd w:val="clear" w:color="auto" w:fill="D9D9D9"/>
            <w:tcMar>
              <w:top w:w="80" w:type="dxa"/>
              <w:left w:w="80" w:type="dxa"/>
              <w:bottom w:w="80" w:type="dxa"/>
              <w:right w:w="80" w:type="dxa"/>
            </w:tcMar>
            <w:vAlign w:val="center"/>
          </w:tcPr>
          <w:p w14:paraId="4C89166B" w14:textId="77777777" w:rsidR="0064679A" w:rsidRDefault="00000000">
            <w:pPr>
              <w:spacing w:after="0"/>
              <w:jc w:val="center"/>
            </w:pPr>
            <w:r>
              <w:rPr>
                <w:b/>
                <w:sz w:val="18"/>
              </w:rPr>
              <w:t>Formato</w:t>
            </w:r>
          </w:p>
        </w:tc>
        <w:tc>
          <w:tcPr>
            <w:tcW w:w="4752" w:type="dxa"/>
            <w:shd w:val="clear" w:color="auto" w:fill="D9D9D9"/>
            <w:tcMar>
              <w:top w:w="80" w:type="dxa"/>
              <w:left w:w="80" w:type="dxa"/>
              <w:bottom w:w="80" w:type="dxa"/>
              <w:right w:w="80" w:type="dxa"/>
            </w:tcMar>
            <w:vAlign w:val="center"/>
          </w:tcPr>
          <w:p w14:paraId="422DE402" w14:textId="77777777" w:rsidR="0064679A" w:rsidRDefault="00000000">
            <w:pPr>
              <w:spacing w:after="0"/>
              <w:jc w:val="center"/>
            </w:pPr>
            <w:r>
              <w:rPr>
                <w:b/>
                <w:sz w:val="18"/>
              </w:rPr>
              <w:t>Contenido</w:t>
            </w:r>
          </w:p>
        </w:tc>
        <w:tc>
          <w:tcPr>
            <w:tcW w:w="3456" w:type="dxa"/>
            <w:shd w:val="clear" w:color="auto" w:fill="D9D9D9"/>
            <w:tcMar>
              <w:top w:w="80" w:type="dxa"/>
              <w:left w:w="80" w:type="dxa"/>
              <w:bottom w:w="80" w:type="dxa"/>
              <w:right w:w="80" w:type="dxa"/>
            </w:tcMar>
            <w:vAlign w:val="center"/>
          </w:tcPr>
          <w:p w14:paraId="7590F219" w14:textId="77777777" w:rsidR="0064679A" w:rsidRDefault="00000000">
            <w:pPr>
              <w:spacing w:after="0"/>
              <w:jc w:val="center"/>
            </w:pPr>
            <w:r>
              <w:rPr>
                <w:b/>
                <w:sz w:val="18"/>
              </w:rPr>
              <w:t>Aplicación</w:t>
            </w:r>
          </w:p>
        </w:tc>
      </w:tr>
      <w:tr w:rsidR="0064679A" w14:paraId="5A4D3104" w14:textId="77777777">
        <w:trPr>
          <w:jc w:val="center"/>
        </w:trPr>
        <w:tc>
          <w:tcPr>
            <w:tcW w:w="1008" w:type="dxa"/>
            <w:tcMar>
              <w:top w:w="80" w:type="dxa"/>
              <w:left w:w="80" w:type="dxa"/>
              <w:bottom w:w="80" w:type="dxa"/>
              <w:right w:w="80" w:type="dxa"/>
            </w:tcMar>
            <w:vAlign w:val="center"/>
          </w:tcPr>
          <w:p w14:paraId="47C09827" w14:textId="77777777" w:rsidR="0064679A" w:rsidRDefault="00000000">
            <w:pPr>
              <w:spacing w:after="0"/>
              <w:jc w:val="center"/>
            </w:pPr>
            <w:r>
              <w:rPr>
                <w:sz w:val="18"/>
              </w:rPr>
              <w:t>1</w:t>
            </w:r>
          </w:p>
        </w:tc>
        <w:tc>
          <w:tcPr>
            <w:tcW w:w="4752" w:type="dxa"/>
            <w:tcMar>
              <w:top w:w="80" w:type="dxa"/>
              <w:left w:w="80" w:type="dxa"/>
              <w:bottom w:w="80" w:type="dxa"/>
              <w:right w:w="80" w:type="dxa"/>
            </w:tcMar>
            <w:vAlign w:val="center"/>
          </w:tcPr>
          <w:p w14:paraId="4299E164" w14:textId="77777777" w:rsidR="0064679A" w:rsidRDefault="00000000">
            <w:pPr>
              <w:spacing w:after="0"/>
            </w:pPr>
            <w:r>
              <w:rPr>
                <w:sz w:val="18"/>
              </w:rPr>
              <w:t>Carta de presentación</w:t>
            </w:r>
          </w:p>
        </w:tc>
        <w:tc>
          <w:tcPr>
            <w:tcW w:w="3456" w:type="dxa"/>
            <w:tcMar>
              <w:top w:w="80" w:type="dxa"/>
              <w:left w:w="80" w:type="dxa"/>
              <w:bottom w:w="80" w:type="dxa"/>
              <w:right w:w="80" w:type="dxa"/>
            </w:tcMar>
            <w:vAlign w:val="center"/>
          </w:tcPr>
          <w:p w14:paraId="24688F46" w14:textId="77777777" w:rsidR="0064679A" w:rsidRDefault="00000000">
            <w:pPr>
              <w:spacing w:after="0"/>
            </w:pPr>
            <w:r>
              <w:rPr>
                <w:sz w:val="18"/>
              </w:rPr>
              <w:t>Todos los proponentes</w:t>
            </w:r>
          </w:p>
        </w:tc>
      </w:tr>
      <w:tr w:rsidR="0064679A" w14:paraId="1BB430AE" w14:textId="77777777">
        <w:trPr>
          <w:jc w:val="center"/>
        </w:trPr>
        <w:tc>
          <w:tcPr>
            <w:tcW w:w="1008" w:type="dxa"/>
            <w:tcMar>
              <w:top w:w="80" w:type="dxa"/>
              <w:left w:w="80" w:type="dxa"/>
              <w:bottom w:w="80" w:type="dxa"/>
              <w:right w:w="80" w:type="dxa"/>
            </w:tcMar>
            <w:vAlign w:val="center"/>
          </w:tcPr>
          <w:p w14:paraId="5E5E5652" w14:textId="77777777" w:rsidR="0064679A" w:rsidRDefault="00000000">
            <w:pPr>
              <w:spacing w:after="0"/>
              <w:jc w:val="center"/>
            </w:pPr>
            <w:r>
              <w:rPr>
                <w:sz w:val="18"/>
              </w:rPr>
              <w:t>2</w:t>
            </w:r>
          </w:p>
        </w:tc>
        <w:tc>
          <w:tcPr>
            <w:tcW w:w="4752" w:type="dxa"/>
            <w:tcMar>
              <w:top w:w="80" w:type="dxa"/>
              <w:left w:w="80" w:type="dxa"/>
              <w:bottom w:w="80" w:type="dxa"/>
              <w:right w:w="80" w:type="dxa"/>
            </w:tcMar>
            <w:vAlign w:val="center"/>
          </w:tcPr>
          <w:p w14:paraId="642268E5" w14:textId="77777777" w:rsidR="0064679A" w:rsidRDefault="00000000">
            <w:pPr>
              <w:spacing w:after="0"/>
            </w:pPr>
            <w:r>
              <w:rPr>
                <w:sz w:val="18"/>
              </w:rPr>
              <w:t>Capacidad de proponentes no obligados a RUP</w:t>
            </w:r>
          </w:p>
        </w:tc>
        <w:tc>
          <w:tcPr>
            <w:tcW w:w="3456" w:type="dxa"/>
            <w:tcMar>
              <w:top w:w="80" w:type="dxa"/>
              <w:left w:w="80" w:type="dxa"/>
              <w:bottom w:w="80" w:type="dxa"/>
              <w:right w:w="80" w:type="dxa"/>
            </w:tcMar>
            <w:vAlign w:val="center"/>
          </w:tcPr>
          <w:p w14:paraId="171F029E" w14:textId="77777777" w:rsidR="0064679A" w:rsidRDefault="00000000">
            <w:pPr>
              <w:spacing w:after="0"/>
            </w:pPr>
            <w:r>
              <w:rPr>
                <w:sz w:val="18"/>
              </w:rPr>
              <w:t>Sólo extranjeros no obligados a RUP</w:t>
            </w:r>
          </w:p>
        </w:tc>
      </w:tr>
      <w:tr w:rsidR="0064679A" w14:paraId="0A032FF4" w14:textId="77777777">
        <w:trPr>
          <w:jc w:val="center"/>
        </w:trPr>
        <w:tc>
          <w:tcPr>
            <w:tcW w:w="1008" w:type="dxa"/>
            <w:tcMar>
              <w:top w:w="80" w:type="dxa"/>
              <w:left w:w="80" w:type="dxa"/>
              <w:bottom w:w="80" w:type="dxa"/>
              <w:right w:w="80" w:type="dxa"/>
            </w:tcMar>
            <w:vAlign w:val="center"/>
          </w:tcPr>
          <w:p w14:paraId="6ABC4F69" w14:textId="77777777" w:rsidR="0064679A" w:rsidRDefault="00000000">
            <w:pPr>
              <w:spacing w:after="0"/>
              <w:jc w:val="center"/>
            </w:pPr>
            <w:r>
              <w:rPr>
                <w:sz w:val="18"/>
              </w:rPr>
              <w:t>3</w:t>
            </w:r>
          </w:p>
        </w:tc>
        <w:tc>
          <w:tcPr>
            <w:tcW w:w="4752" w:type="dxa"/>
            <w:tcMar>
              <w:top w:w="80" w:type="dxa"/>
              <w:left w:w="80" w:type="dxa"/>
              <w:bottom w:w="80" w:type="dxa"/>
              <w:right w:w="80" w:type="dxa"/>
            </w:tcMar>
            <w:vAlign w:val="center"/>
          </w:tcPr>
          <w:p w14:paraId="553F64EE" w14:textId="77777777" w:rsidR="0064679A" w:rsidRDefault="00000000">
            <w:pPr>
              <w:spacing w:after="0"/>
            </w:pPr>
            <w:r>
              <w:rPr>
                <w:sz w:val="18"/>
              </w:rPr>
              <w:t>Experiencia</w:t>
            </w:r>
          </w:p>
        </w:tc>
        <w:tc>
          <w:tcPr>
            <w:tcW w:w="3456" w:type="dxa"/>
            <w:tcMar>
              <w:top w:w="80" w:type="dxa"/>
              <w:left w:w="80" w:type="dxa"/>
              <w:bottom w:w="80" w:type="dxa"/>
              <w:right w:w="80" w:type="dxa"/>
            </w:tcMar>
            <w:vAlign w:val="center"/>
          </w:tcPr>
          <w:p w14:paraId="7C0FECFA" w14:textId="77777777" w:rsidR="0064679A" w:rsidRDefault="00000000">
            <w:pPr>
              <w:spacing w:after="0"/>
            </w:pPr>
            <w:r>
              <w:rPr>
                <w:sz w:val="18"/>
              </w:rPr>
              <w:t>Todos los proponentes</w:t>
            </w:r>
          </w:p>
        </w:tc>
      </w:tr>
      <w:tr w:rsidR="0064679A" w14:paraId="7A75E277" w14:textId="77777777">
        <w:trPr>
          <w:jc w:val="center"/>
        </w:trPr>
        <w:tc>
          <w:tcPr>
            <w:tcW w:w="1008" w:type="dxa"/>
            <w:tcMar>
              <w:top w:w="80" w:type="dxa"/>
              <w:left w:w="80" w:type="dxa"/>
              <w:bottom w:w="80" w:type="dxa"/>
              <w:right w:w="80" w:type="dxa"/>
            </w:tcMar>
            <w:vAlign w:val="center"/>
          </w:tcPr>
          <w:p w14:paraId="37536428" w14:textId="77777777" w:rsidR="0064679A" w:rsidRDefault="00000000">
            <w:pPr>
              <w:spacing w:after="0"/>
              <w:jc w:val="center"/>
            </w:pPr>
            <w:r>
              <w:rPr>
                <w:sz w:val="18"/>
              </w:rPr>
              <w:t>4</w:t>
            </w:r>
          </w:p>
        </w:tc>
        <w:tc>
          <w:tcPr>
            <w:tcW w:w="4752" w:type="dxa"/>
            <w:tcMar>
              <w:top w:w="80" w:type="dxa"/>
              <w:left w:w="80" w:type="dxa"/>
              <w:bottom w:w="80" w:type="dxa"/>
              <w:right w:w="80" w:type="dxa"/>
            </w:tcMar>
            <w:vAlign w:val="center"/>
          </w:tcPr>
          <w:p w14:paraId="15361512" w14:textId="77777777" w:rsidR="0064679A" w:rsidRDefault="00000000">
            <w:pPr>
              <w:spacing w:after="0"/>
            </w:pPr>
            <w:r>
              <w:rPr>
                <w:sz w:val="18"/>
              </w:rPr>
              <w:t>Proponente plural y aceptación técnica</w:t>
            </w:r>
          </w:p>
        </w:tc>
        <w:tc>
          <w:tcPr>
            <w:tcW w:w="3456" w:type="dxa"/>
            <w:tcMar>
              <w:top w:w="80" w:type="dxa"/>
              <w:left w:w="80" w:type="dxa"/>
              <w:bottom w:w="80" w:type="dxa"/>
              <w:right w:w="80" w:type="dxa"/>
            </w:tcMar>
            <w:vAlign w:val="center"/>
          </w:tcPr>
          <w:p w14:paraId="56D31267" w14:textId="77777777" w:rsidR="0064679A" w:rsidRDefault="00000000">
            <w:pPr>
              <w:spacing w:after="0"/>
            </w:pPr>
            <w:r>
              <w:rPr>
                <w:sz w:val="18"/>
              </w:rPr>
              <w:t>Sección A plurales; Sección B todos</w:t>
            </w:r>
          </w:p>
        </w:tc>
      </w:tr>
      <w:tr w:rsidR="0064679A" w14:paraId="6B968760" w14:textId="77777777">
        <w:trPr>
          <w:jc w:val="center"/>
        </w:trPr>
        <w:tc>
          <w:tcPr>
            <w:tcW w:w="1008" w:type="dxa"/>
            <w:tcMar>
              <w:top w:w="80" w:type="dxa"/>
              <w:left w:w="80" w:type="dxa"/>
              <w:bottom w:w="80" w:type="dxa"/>
              <w:right w:w="80" w:type="dxa"/>
            </w:tcMar>
            <w:vAlign w:val="center"/>
          </w:tcPr>
          <w:p w14:paraId="177DE266" w14:textId="77777777" w:rsidR="0064679A" w:rsidRDefault="00000000">
            <w:pPr>
              <w:spacing w:after="0"/>
              <w:jc w:val="center"/>
            </w:pPr>
            <w:r>
              <w:rPr>
                <w:sz w:val="18"/>
              </w:rPr>
              <w:t>5</w:t>
            </w:r>
          </w:p>
        </w:tc>
        <w:tc>
          <w:tcPr>
            <w:tcW w:w="4752" w:type="dxa"/>
            <w:tcMar>
              <w:top w:w="80" w:type="dxa"/>
              <w:left w:w="80" w:type="dxa"/>
              <w:bottom w:w="80" w:type="dxa"/>
              <w:right w:w="80" w:type="dxa"/>
            </w:tcMar>
            <w:vAlign w:val="center"/>
          </w:tcPr>
          <w:p w14:paraId="53631D93" w14:textId="77777777" w:rsidR="0064679A" w:rsidRDefault="00000000">
            <w:pPr>
              <w:spacing w:after="0"/>
            </w:pPr>
            <w:r>
              <w:rPr>
                <w:sz w:val="18"/>
              </w:rPr>
              <w:t>Seguridad social, parafiscales y sanciones administrativas</w:t>
            </w:r>
          </w:p>
        </w:tc>
        <w:tc>
          <w:tcPr>
            <w:tcW w:w="3456" w:type="dxa"/>
            <w:tcMar>
              <w:top w:w="80" w:type="dxa"/>
              <w:left w:w="80" w:type="dxa"/>
              <w:bottom w:w="80" w:type="dxa"/>
              <w:right w:w="80" w:type="dxa"/>
            </w:tcMar>
            <w:vAlign w:val="center"/>
          </w:tcPr>
          <w:p w14:paraId="1C7264ED" w14:textId="77777777" w:rsidR="0064679A" w:rsidRDefault="00000000">
            <w:pPr>
              <w:spacing w:after="0"/>
            </w:pPr>
            <w:r>
              <w:rPr>
                <w:sz w:val="18"/>
              </w:rPr>
              <w:t>Según naturaleza del proponente</w:t>
            </w:r>
          </w:p>
        </w:tc>
      </w:tr>
      <w:tr w:rsidR="0064679A" w14:paraId="19154A0C" w14:textId="77777777">
        <w:trPr>
          <w:jc w:val="center"/>
        </w:trPr>
        <w:tc>
          <w:tcPr>
            <w:tcW w:w="1008" w:type="dxa"/>
            <w:tcMar>
              <w:top w:w="80" w:type="dxa"/>
              <w:left w:w="80" w:type="dxa"/>
              <w:bottom w:w="80" w:type="dxa"/>
              <w:right w:w="80" w:type="dxa"/>
            </w:tcMar>
            <w:vAlign w:val="center"/>
          </w:tcPr>
          <w:p w14:paraId="08D45F52" w14:textId="77777777" w:rsidR="0064679A" w:rsidRDefault="00000000">
            <w:pPr>
              <w:spacing w:after="0"/>
              <w:jc w:val="center"/>
            </w:pPr>
            <w:r>
              <w:rPr>
                <w:sz w:val="18"/>
              </w:rPr>
              <w:t>6</w:t>
            </w:r>
          </w:p>
        </w:tc>
        <w:tc>
          <w:tcPr>
            <w:tcW w:w="4752" w:type="dxa"/>
            <w:tcMar>
              <w:top w:w="80" w:type="dxa"/>
              <w:left w:w="80" w:type="dxa"/>
              <w:bottom w:w="80" w:type="dxa"/>
              <w:right w:w="80" w:type="dxa"/>
            </w:tcMar>
            <w:vAlign w:val="center"/>
          </w:tcPr>
          <w:p w14:paraId="5659806A" w14:textId="77777777" w:rsidR="0064679A" w:rsidRDefault="00000000">
            <w:pPr>
              <w:spacing w:after="0"/>
            </w:pPr>
            <w:r>
              <w:rPr>
                <w:sz w:val="18"/>
              </w:rPr>
              <w:t>Ofrecimientos adicionales de calidad</w:t>
            </w:r>
          </w:p>
        </w:tc>
        <w:tc>
          <w:tcPr>
            <w:tcW w:w="3456" w:type="dxa"/>
            <w:tcMar>
              <w:top w:w="80" w:type="dxa"/>
              <w:left w:w="80" w:type="dxa"/>
              <w:bottom w:w="80" w:type="dxa"/>
              <w:right w:w="80" w:type="dxa"/>
            </w:tcMar>
            <w:vAlign w:val="center"/>
          </w:tcPr>
          <w:p w14:paraId="42A0421E" w14:textId="77777777" w:rsidR="0064679A" w:rsidRDefault="00000000">
            <w:pPr>
              <w:spacing w:after="0"/>
            </w:pPr>
            <w:r>
              <w:rPr>
                <w:sz w:val="18"/>
              </w:rPr>
              <w:t>Sólo si solicita puntaje</w:t>
            </w:r>
          </w:p>
        </w:tc>
      </w:tr>
      <w:tr w:rsidR="0064679A" w14:paraId="1C454F33" w14:textId="77777777">
        <w:trPr>
          <w:jc w:val="center"/>
        </w:trPr>
        <w:tc>
          <w:tcPr>
            <w:tcW w:w="1008" w:type="dxa"/>
            <w:tcMar>
              <w:top w:w="80" w:type="dxa"/>
              <w:left w:w="80" w:type="dxa"/>
              <w:bottom w:w="80" w:type="dxa"/>
              <w:right w:w="80" w:type="dxa"/>
            </w:tcMar>
            <w:vAlign w:val="center"/>
          </w:tcPr>
          <w:p w14:paraId="60C67D55" w14:textId="77777777" w:rsidR="0064679A" w:rsidRDefault="00000000">
            <w:pPr>
              <w:spacing w:after="0"/>
              <w:jc w:val="center"/>
            </w:pPr>
            <w:r>
              <w:rPr>
                <w:sz w:val="18"/>
              </w:rPr>
              <w:t>7</w:t>
            </w:r>
          </w:p>
        </w:tc>
        <w:tc>
          <w:tcPr>
            <w:tcW w:w="4752" w:type="dxa"/>
            <w:tcMar>
              <w:top w:w="80" w:type="dxa"/>
              <w:left w:w="80" w:type="dxa"/>
              <w:bottom w:w="80" w:type="dxa"/>
              <w:right w:w="80" w:type="dxa"/>
            </w:tcMar>
            <w:vAlign w:val="center"/>
          </w:tcPr>
          <w:p w14:paraId="39C310F4" w14:textId="77777777" w:rsidR="0064679A" w:rsidRDefault="00000000">
            <w:pPr>
              <w:spacing w:after="0"/>
            </w:pPr>
            <w:r>
              <w:rPr>
                <w:sz w:val="18"/>
              </w:rPr>
              <w:t>Apoyo a industria nacional y trato nacional</w:t>
            </w:r>
          </w:p>
        </w:tc>
        <w:tc>
          <w:tcPr>
            <w:tcW w:w="3456" w:type="dxa"/>
            <w:tcMar>
              <w:top w:w="80" w:type="dxa"/>
              <w:left w:w="80" w:type="dxa"/>
              <w:bottom w:w="80" w:type="dxa"/>
              <w:right w:w="80" w:type="dxa"/>
            </w:tcMar>
            <w:vAlign w:val="center"/>
          </w:tcPr>
          <w:p w14:paraId="0B6E29C6" w14:textId="77777777" w:rsidR="0064679A" w:rsidRDefault="00000000">
            <w:pPr>
              <w:spacing w:after="0"/>
            </w:pPr>
            <w:r>
              <w:rPr>
                <w:sz w:val="18"/>
              </w:rPr>
              <w:t>Sólo si solicita puntaje</w:t>
            </w:r>
          </w:p>
        </w:tc>
      </w:tr>
      <w:tr w:rsidR="0064679A" w14:paraId="4EE024BD" w14:textId="77777777">
        <w:trPr>
          <w:jc w:val="center"/>
        </w:trPr>
        <w:tc>
          <w:tcPr>
            <w:tcW w:w="1008" w:type="dxa"/>
            <w:tcMar>
              <w:top w:w="80" w:type="dxa"/>
              <w:left w:w="80" w:type="dxa"/>
              <w:bottom w:w="80" w:type="dxa"/>
              <w:right w:w="80" w:type="dxa"/>
            </w:tcMar>
            <w:vAlign w:val="center"/>
          </w:tcPr>
          <w:p w14:paraId="29FC08D5" w14:textId="77777777" w:rsidR="0064679A" w:rsidRDefault="00000000">
            <w:pPr>
              <w:spacing w:after="0"/>
              <w:jc w:val="center"/>
            </w:pPr>
            <w:r>
              <w:rPr>
                <w:sz w:val="18"/>
              </w:rPr>
              <w:t>8</w:t>
            </w:r>
          </w:p>
        </w:tc>
        <w:tc>
          <w:tcPr>
            <w:tcW w:w="4752" w:type="dxa"/>
            <w:tcMar>
              <w:top w:w="80" w:type="dxa"/>
              <w:left w:w="80" w:type="dxa"/>
              <w:bottom w:w="80" w:type="dxa"/>
              <w:right w:w="80" w:type="dxa"/>
            </w:tcMar>
            <w:vAlign w:val="center"/>
          </w:tcPr>
          <w:p w14:paraId="44EB9AC9" w14:textId="77777777" w:rsidR="0064679A" w:rsidRDefault="00000000">
            <w:pPr>
              <w:spacing w:after="0"/>
            </w:pPr>
            <w:r>
              <w:rPr>
                <w:sz w:val="18"/>
              </w:rPr>
              <w:t>Condiciones diferenciales</w:t>
            </w:r>
          </w:p>
        </w:tc>
        <w:tc>
          <w:tcPr>
            <w:tcW w:w="3456" w:type="dxa"/>
            <w:tcMar>
              <w:top w:w="80" w:type="dxa"/>
              <w:left w:w="80" w:type="dxa"/>
              <w:bottom w:w="80" w:type="dxa"/>
              <w:right w:w="80" w:type="dxa"/>
            </w:tcMar>
            <w:vAlign w:val="center"/>
          </w:tcPr>
          <w:p w14:paraId="1D9DEED5" w14:textId="77777777" w:rsidR="0064679A" w:rsidRDefault="00000000">
            <w:pPr>
              <w:spacing w:after="0"/>
            </w:pPr>
            <w:r>
              <w:rPr>
                <w:sz w:val="18"/>
              </w:rPr>
              <w:t>Cuando se invoque Mipyme, empresa de mujeres o discapacidad</w:t>
            </w:r>
          </w:p>
        </w:tc>
      </w:tr>
      <w:tr w:rsidR="0064679A" w14:paraId="3BBBCCB8" w14:textId="77777777">
        <w:trPr>
          <w:jc w:val="center"/>
        </w:trPr>
        <w:tc>
          <w:tcPr>
            <w:tcW w:w="1008" w:type="dxa"/>
            <w:tcMar>
              <w:top w:w="80" w:type="dxa"/>
              <w:left w:w="80" w:type="dxa"/>
              <w:bottom w:w="80" w:type="dxa"/>
              <w:right w:w="80" w:type="dxa"/>
            </w:tcMar>
            <w:vAlign w:val="center"/>
          </w:tcPr>
          <w:p w14:paraId="07EE4BD1" w14:textId="77777777" w:rsidR="0064679A" w:rsidRDefault="00000000">
            <w:pPr>
              <w:spacing w:after="0"/>
              <w:jc w:val="center"/>
            </w:pPr>
            <w:r>
              <w:rPr>
                <w:sz w:val="18"/>
              </w:rPr>
              <w:t>9</w:t>
            </w:r>
          </w:p>
        </w:tc>
        <w:tc>
          <w:tcPr>
            <w:tcW w:w="4752" w:type="dxa"/>
            <w:tcMar>
              <w:top w:w="80" w:type="dxa"/>
              <w:left w:w="80" w:type="dxa"/>
              <w:bottom w:w="80" w:type="dxa"/>
              <w:right w:w="80" w:type="dxa"/>
            </w:tcMar>
            <w:vAlign w:val="center"/>
          </w:tcPr>
          <w:p w14:paraId="5BDF4CA4" w14:textId="77777777" w:rsidR="0064679A" w:rsidRDefault="00000000">
            <w:pPr>
              <w:spacing w:after="0"/>
            </w:pPr>
            <w:r>
              <w:rPr>
                <w:sz w:val="18"/>
              </w:rPr>
              <w:t>Factores de desempate</w:t>
            </w:r>
          </w:p>
        </w:tc>
        <w:tc>
          <w:tcPr>
            <w:tcW w:w="3456" w:type="dxa"/>
            <w:tcMar>
              <w:top w:w="80" w:type="dxa"/>
              <w:left w:w="80" w:type="dxa"/>
              <w:bottom w:w="80" w:type="dxa"/>
              <w:right w:w="80" w:type="dxa"/>
            </w:tcMar>
            <w:vAlign w:val="center"/>
          </w:tcPr>
          <w:p w14:paraId="208C26DE" w14:textId="77777777" w:rsidR="0064679A" w:rsidRDefault="00000000">
            <w:pPr>
              <w:spacing w:after="0"/>
            </w:pPr>
            <w:r>
              <w:rPr>
                <w:sz w:val="18"/>
              </w:rPr>
              <w:t>Cuando se pretenda acreditar el criterio correspondiente</w:t>
            </w:r>
          </w:p>
        </w:tc>
      </w:tr>
      <w:tr w:rsidR="0064679A" w14:paraId="0CA1F74C" w14:textId="77777777">
        <w:trPr>
          <w:jc w:val="center"/>
        </w:trPr>
        <w:tc>
          <w:tcPr>
            <w:tcW w:w="1008" w:type="dxa"/>
            <w:tcMar>
              <w:top w:w="80" w:type="dxa"/>
              <w:left w:w="80" w:type="dxa"/>
              <w:bottom w:w="80" w:type="dxa"/>
              <w:right w:w="80" w:type="dxa"/>
            </w:tcMar>
            <w:vAlign w:val="center"/>
          </w:tcPr>
          <w:p w14:paraId="2EA97FEB" w14:textId="77777777" w:rsidR="0064679A" w:rsidRDefault="00000000">
            <w:pPr>
              <w:spacing w:after="0"/>
              <w:jc w:val="center"/>
            </w:pPr>
            <w:r>
              <w:rPr>
                <w:sz w:val="18"/>
              </w:rPr>
              <w:t>16</w:t>
            </w:r>
          </w:p>
        </w:tc>
        <w:tc>
          <w:tcPr>
            <w:tcW w:w="4752" w:type="dxa"/>
            <w:tcMar>
              <w:top w:w="80" w:type="dxa"/>
              <w:left w:w="80" w:type="dxa"/>
              <w:bottom w:w="80" w:type="dxa"/>
              <w:right w:w="80" w:type="dxa"/>
            </w:tcMar>
            <w:vAlign w:val="center"/>
          </w:tcPr>
          <w:p w14:paraId="379D2261" w14:textId="77777777" w:rsidR="0064679A" w:rsidRDefault="00000000">
            <w:pPr>
              <w:spacing w:after="0"/>
            </w:pPr>
            <w:r>
              <w:rPr>
                <w:sz w:val="18"/>
              </w:rPr>
              <w:t>Compromiso de transparencia</w:t>
            </w:r>
          </w:p>
        </w:tc>
        <w:tc>
          <w:tcPr>
            <w:tcW w:w="3456" w:type="dxa"/>
            <w:tcMar>
              <w:top w:w="80" w:type="dxa"/>
              <w:left w:w="80" w:type="dxa"/>
              <w:bottom w:w="80" w:type="dxa"/>
              <w:right w:w="80" w:type="dxa"/>
            </w:tcMar>
            <w:vAlign w:val="center"/>
          </w:tcPr>
          <w:p w14:paraId="223CAC12" w14:textId="77777777" w:rsidR="0064679A" w:rsidRDefault="00000000">
            <w:pPr>
              <w:spacing w:after="0"/>
            </w:pPr>
            <w:r>
              <w:rPr>
                <w:sz w:val="18"/>
              </w:rPr>
              <w:t>Todos los proponentes</w:t>
            </w:r>
          </w:p>
        </w:tc>
      </w:tr>
    </w:tbl>
    <w:p w14:paraId="3C98E066" w14:textId="77777777" w:rsidR="0064679A" w:rsidRDefault="00000000">
      <w:r>
        <w:br w:type="page"/>
      </w:r>
    </w:p>
    <w:p w14:paraId="4FE56EF6" w14:textId="77777777" w:rsidR="0064679A" w:rsidRDefault="00000000">
      <w:pPr>
        <w:spacing w:after="160"/>
        <w:jc w:val="center"/>
      </w:pPr>
      <w:r>
        <w:rPr>
          <w:b/>
          <w:sz w:val="24"/>
        </w:rPr>
        <w:lastRenderedPageBreak/>
        <w:t>FORMATO 1. CARTA DE PRESENTACIÓN DE LA PROPUESTA</w:t>
      </w:r>
    </w:p>
    <w:p w14:paraId="2FDEBF44" w14:textId="77777777" w:rsidR="0064679A" w:rsidRDefault="00000000">
      <w:r>
        <w:rPr>
          <w:sz w:val="20"/>
        </w:rPr>
        <w:t>Bucaramanga, ____________________</w:t>
      </w:r>
    </w:p>
    <w:p w14:paraId="0F5C5CC3" w14:textId="77777777" w:rsidR="0064679A" w:rsidRDefault="00000000">
      <w:r>
        <w:rPr>
          <w:sz w:val="20"/>
        </w:rPr>
        <w:t>Señores</w:t>
      </w:r>
      <w:r>
        <w:rPr>
          <w:sz w:val="20"/>
        </w:rPr>
        <w:br/>
        <w:t>INSTITUCIÓN EDUCATIVA INEM CUSTODIO GARCÍA ROVIRA DE BUCARAMANGA</w:t>
      </w:r>
      <w:r>
        <w:rPr>
          <w:sz w:val="20"/>
        </w:rPr>
        <w:br/>
        <w:t>Bucaramanga</w:t>
      </w:r>
    </w:p>
    <w:p w14:paraId="655F5C23" w14:textId="77777777" w:rsidR="0064679A" w:rsidRDefault="00000000">
      <w:pPr>
        <w:jc w:val="both"/>
      </w:pPr>
      <w:r>
        <w:rPr>
          <w:sz w:val="20"/>
        </w:rPr>
        <w:t>El (los) suscrito(s), actuando en nombre y representación del proponente individual o plural identificado al final de este documento, presentamos oferta dentro del proceso indicado y declaramos, bajo la gravedad del juramento cuando corresponda, lo siguiente:</w:t>
      </w:r>
    </w:p>
    <w:p w14:paraId="165E8681" w14:textId="77777777" w:rsidR="0064679A" w:rsidRDefault="00000000">
      <w:pPr>
        <w:jc w:val="both"/>
      </w:pPr>
      <w:r>
        <w:rPr>
          <w:b/>
          <w:sz w:val="20"/>
        </w:rPr>
        <w:t xml:space="preserve">1. </w:t>
      </w:r>
      <w:r>
        <w:rPr>
          <w:sz w:val="20"/>
        </w:rPr>
        <w:t>Hemos estudiado y conocemos el pliego de condiciones, la ficha técnica, los estudios y documentos previos, anexos, formatos, respuestas, adendas, cronograma electrónico y las reglas de SECOP II, incluido el protocolo de indisponibilidad, y aceptamos integralmente las condiciones que resultan aplicables.</w:t>
      </w:r>
    </w:p>
    <w:p w14:paraId="435AC9E5" w14:textId="77777777" w:rsidR="0064679A" w:rsidRDefault="00000000">
      <w:pPr>
        <w:jc w:val="both"/>
      </w:pPr>
      <w:r>
        <w:rPr>
          <w:b/>
          <w:sz w:val="20"/>
        </w:rPr>
        <w:t xml:space="preserve">2. </w:t>
      </w:r>
      <w:r>
        <w:rPr>
          <w:sz w:val="20"/>
        </w:rPr>
        <w:t>La oferta cumple las condiciones mínimas jurídicas, técnicas, financieras, organizacionales y económicas exigidas; no contiene reservas, excepciones o condicionamientos que modifiquen el objeto, el alcance mínimo, la forma de pago, el plazo o las obligaciones esenciales.</w:t>
      </w:r>
    </w:p>
    <w:p w14:paraId="0D003787" w14:textId="77777777" w:rsidR="0064679A" w:rsidRDefault="00000000">
      <w:pPr>
        <w:jc w:val="both"/>
      </w:pPr>
      <w:r>
        <w:rPr>
          <w:b/>
          <w:sz w:val="20"/>
        </w:rPr>
        <w:t xml:space="preserve">3. </w:t>
      </w:r>
      <w:r>
        <w:rPr>
          <w:sz w:val="20"/>
        </w:rPr>
        <w:t>La manifestación de interés fue presentada oportunamente mediante el módulo correspondiente de SECOP II, cuando resulte exigible para continuar en el proceso, y conocemos que un mensaje ordinario no sustituye dicha funcionalidad salvo aplicación del protocolo de indisponibilidad.</w:t>
      </w:r>
    </w:p>
    <w:p w14:paraId="5C5EE7A5" w14:textId="77777777" w:rsidR="0064679A" w:rsidRDefault="00000000">
      <w:pPr>
        <w:jc w:val="both"/>
      </w:pPr>
      <w:r>
        <w:rPr>
          <w:b/>
          <w:sz w:val="20"/>
        </w:rPr>
        <w:t xml:space="preserve">4. </w:t>
      </w:r>
      <w:r>
        <w:rPr>
          <w:sz w:val="20"/>
        </w:rPr>
        <w:t>La oferta permanecerá vigente durante tres (3) meses contados desde el cierre, sin perjuicio de las ampliaciones legalmente procedentes, y mantendremos vigente la garantía de seriedad en los términos del pliego.</w:t>
      </w:r>
    </w:p>
    <w:p w14:paraId="3FE98839" w14:textId="77777777" w:rsidR="0064679A" w:rsidRDefault="00000000">
      <w:pPr>
        <w:jc w:val="both"/>
      </w:pPr>
      <w:r>
        <w:rPr>
          <w:b/>
          <w:sz w:val="20"/>
        </w:rPr>
        <w:t xml:space="preserve">5. </w:t>
      </w:r>
      <w:r>
        <w:rPr>
          <w:sz w:val="20"/>
        </w:rPr>
        <w:t>No nos encontramos incursos en causales de inhabilidad, incompatibilidad, prohibición o conflicto de interés que impidan participar o contratar con el Estado. Si existe una situación que deba revelarse, se indica expresamente en el espacio correspondiente de este formato.</w:t>
      </w:r>
    </w:p>
    <w:p w14:paraId="7D1BC008" w14:textId="77777777" w:rsidR="0064679A" w:rsidRDefault="00000000">
      <w:pPr>
        <w:jc w:val="both"/>
      </w:pPr>
      <w:r>
        <w:rPr>
          <w:b/>
          <w:sz w:val="20"/>
        </w:rPr>
        <w:t xml:space="preserve">6. </w:t>
      </w:r>
      <w:r>
        <w:rPr>
          <w:sz w:val="20"/>
        </w:rPr>
        <w:t>La información y los documentos aportados son auténticos y verificables. Autorizamos al INEM a efectuar las verificaciones permitidas en registros y bases oficiales y a solicitar aclaraciones que no impliquen mejorar, adicionar o modificar la oferta después del cierre.</w:t>
      </w:r>
    </w:p>
    <w:p w14:paraId="2CA2DE21" w14:textId="77777777" w:rsidR="0064679A" w:rsidRDefault="00000000">
      <w:pPr>
        <w:jc w:val="both"/>
      </w:pPr>
      <w:r>
        <w:rPr>
          <w:b/>
          <w:sz w:val="20"/>
        </w:rPr>
        <w:t xml:space="preserve">7. </w:t>
      </w:r>
      <w:r>
        <w:rPr>
          <w:sz w:val="20"/>
        </w:rPr>
        <w:t>El valor ofrecido corresponde al señalado en el Anexo 5 y en SECOP II. Incluye todos los costos directos e indirectos necesarios para ejecutar el servicio durante once (11) meses con dos (2) auxiliares, incluidos salarios o compensaciones legalmente procedentes, prestaciones, aportes, recargos, relevos, dotación, elementos de protección, administración, garantías, tributos y los ofrecimientos adicionales de calidad que expresamente marquemos.</w:t>
      </w:r>
    </w:p>
    <w:p w14:paraId="7F306F20" w14:textId="77777777" w:rsidR="0064679A" w:rsidRDefault="00000000">
      <w:pPr>
        <w:jc w:val="both"/>
      </w:pPr>
      <w:r>
        <w:rPr>
          <w:b/>
          <w:sz w:val="20"/>
        </w:rPr>
        <w:t xml:space="preserve">8. </w:t>
      </w:r>
      <w:r>
        <w:rPr>
          <w:sz w:val="20"/>
        </w:rPr>
        <w:t>Nos comprometemos, en caso de adjudicación, a suscribir y perfeccionar el contrato, constituir y mantener las garantías exigidas, aportar antes del inicio los soportes del personal, SG-SST, afiliaciones, plan de turnos, programa de relevo y demás documentos previstos en el pliego, sin que la presentación de la oferta implique vincular anticipadamente al personal.</w:t>
      </w:r>
    </w:p>
    <w:p w14:paraId="00242859" w14:textId="77777777" w:rsidR="0064679A" w:rsidRDefault="00000000">
      <w:pPr>
        <w:jc w:val="both"/>
      </w:pPr>
      <w:r>
        <w:rPr>
          <w:b/>
          <w:sz w:val="20"/>
        </w:rPr>
        <w:t xml:space="preserve">9. </w:t>
      </w:r>
      <w:r>
        <w:rPr>
          <w:sz w:val="20"/>
        </w:rPr>
        <w:t>Ejecutaremos el contrato con autonomía técnica, administrativa y laboral, sin intermediación laboral prohibida ni subordinación del personal al INEM, y cumpliremos la ficha técnica, los informes, inventarios, controles de bioseguridad, bienestar animal, protección de datos y demás obligaciones contractuales.</w:t>
      </w:r>
    </w:p>
    <w:p w14:paraId="062C8C44" w14:textId="77777777" w:rsidR="0064679A" w:rsidRDefault="00000000">
      <w:pPr>
        <w:jc w:val="both"/>
      </w:pPr>
      <w:r>
        <w:rPr>
          <w:b/>
          <w:sz w:val="20"/>
        </w:rPr>
        <w:t xml:space="preserve">10. </w:t>
      </w:r>
      <w:r>
        <w:rPr>
          <w:sz w:val="20"/>
        </w:rPr>
        <w:t>Los recursos y activos que emplearemos en el contrato tienen origen lícito y cumpliremos las obligaciones de prevención de LA/FT/FPADM y las demás declaraciones institucionales aplicables.</w:t>
      </w:r>
    </w:p>
    <w:p w14:paraId="760DCD71" w14:textId="77777777" w:rsidR="0064679A" w:rsidRDefault="00000000">
      <w:pPr>
        <w:jc w:val="both"/>
      </w:pPr>
      <w:r>
        <w:rPr>
          <w:b/>
          <w:sz w:val="20"/>
        </w:rPr>
        <w:t xml:space="preserve">11. </w:t>
      </w:r>
      <w:r>
        <w:rPr>
          <w:sz w:val="20"/>
        </w:rPr>
        <w:t>Conocemos que los ofrecimientos de puntaje sólo se entienden realizados cuando sean marcados y suscritos de forma inequívoca en los formatos correspondientes y que no pueden ser mejorados o adicionados con posterioridad al cierre.</w:t>
      </w:r>
    </w:p>
    <w:p w14:paraId="0A8F4DDE" w14:textId="77777777" w:rsidR="0064679A" w:rsidRDefault="00000000">
      <w:pPr>
        <w:jc w:val="both"/>
      </w:pPr>
      <w:r>
        <w:rPr>
          <w:b/>
          <w:sz w:val="20"/>
        </w:rPr>
        <w:t xml:space="preserve">12. </w:t>
      </w:r>
      <w:r>
        <w:rPr>
          <w:sz w:val="20"/>
        </w:rPr>
        <w:t>Aceptamos recibir comunicaciones y notificaciones por SECOP II y, cuando legalmente proceda, en el correo electrónico indicado en este documento.</w:t>
      </w:r>
    </w:p>
    <w:p w14:paraId="36AAFADE" w14:textId="77777777" w:rsidR="0064679A" w:rsidRDefault="00000000">
      <w:r>
        <w:rPr>
          <w:sz w:val="20"/>
        </w:rPr>
        <w:t>Conflictos de interés o situaciones que deban revelarse (si no existen, indicar “NINGUNO”):</w:t>
      </w:r>
      <w:r>
        <w:rPr>
          <w:sz w:val="20"/>
        </w:rPr>
        <w:br/>
        <w:t>____________________________________________________________________________</w:t>
      </w:r>
      <w:r>
        <w:rPr>
          <w:sz w:val="20"/>
        </w:rPr>
        <w:br/>
        <w:t>____________________________________________________________________________</w:t>
      </w:r>
    </w:p>
    <w:p w14:paraId="5866D97C" w14:textId="77777777" w:rsidR="0064679A" w:rsidRDefault="00000000">
      <w:r>
        <w:rPr>
          <w:sz w:val="20"/>
        </w:rPr>
        <w:t>Adendas conocidas: ________________________________________________</w:t>
      </w:r>
    </w:p>
    <w:p w14:paraId="7CB244C8" w14:textId="77777777" w:rsidR="0064679A" w:rsidRDefault="00000000">
      <w:r>
        <w:rPr>
          <w:sz w:val="20"/>
        </w:rPr>
        <w:t>Identificador / fecha de manifestación de interés en SECOP II: ______________________________</w:t>
      </w:r>
    </w:p>
    <w:p w14:paraId="5E05AB95" w14:textId="77777777" w:rsidR="0064679A" w:rsidRDefault="00000000">
      <w:r>
        <w:rPr>
          <w:sz w:val="20"/>
        </w:rPr>
        <w:t>Tipo de proponente: Persona natural [  ]  Persona jurídica [  ]  Consorcio [  ]  Unión temporal [  ]  Otro [  ]</w:t>
      </w:r>
    </w:p>
    <w:p w14:paraId="1A9467CB" w14:textId="77777777" w:rsidR="0064679A" w:rsidRDefault="00000000">
      <w:pPr>
        <w:spacing w:after="240"/>
      </w:pPr>
      <w:r>
        <w:rPr>
          <w:sz w:val="20"/>
        </w:rPr>
        <w:t>En constancia, se firma en ____________________, a los ____ días del mes de __________________ de 2026.</w:t>
      </w:r>
    </w:p>
    <w:p w14:paraId="4A5EA977" w14:textId="77777777" w:rsidR="0064679A" w:rsidRDefault="00000000">
      <w:pPr>
        <w:spacing w:after="40"/>
      </w:pPr>
      <w:r>
        <w:rPr>
          <w:sz w:val="20"/>
        </w:rPr>
        <w:t>Firma: ______________________________________________</w:t>
      </w:r>
    </w:p>
    <w:p w14:paraId="2C982874" w14:textId="77777777" w:rsidR="0064679A" w:rsidRDefault="00000000">
      <w:pPr>
        <w:spacing w:after="40"/>
      </w:pPr>
      <w:r>
        <w:rPr>
          <w:sz w:val="20"/>
        </w:rPr>
        <w:t>Nombre: _____________________________________________</w:t>
      </w:r>
    </w:p>
    <w:p w14:paraId="6454A508" w14:textId="77777777" w:rsidR="0064679A" w:rsidRDefault="00000000">
      <w:pPr>
        <w:spacing w:after="40"/>
      </w:pPr>
      <w:r>
        <w:rPr>
          <w:sz w:val="20"/>
        </w:rPr>
        <w:t>Calidad en que actúa: _________________________________</w:t>
      </w:r>
    </w:p>
    <w:p w14:paraId="1E4C1B45" w14:textId="77777777" w:rsidR="0064679A" w:rsidRDefault="00000000">
      <w:pPr>
        <w:spacing w:after="40"/>
      </w:pPr>
      <w:r>
        <w:rPr>
          <w:sz w:val="20"/>
        </w:rPr>
        <w:t>Documento / NIT: _____________________________________</w:t>
      </w:r>
    </w:p>
    <w:p w14:paraId="68BEE71A" w14:textId="77777777" w:rsidR="0064679A" w:rsidRDefault="00000000">
      <w:pPr>
        <w:spacing w:after="40"/>
      </w:pPr>
      <w:r>
        <w:rPr>
          <w:sz w:val="20"/>
        </w:rPr>
        <w:t>Correo y teléfono: ____________________________________</w:t>
      </w:r>
    </w:p>
    <w:p w14:paraId="7EB4C3C2" w14:textId="77777777" w:rsidR="0064679A" w:rsidRDefault="00000000">
      <w:r>
        <w:br w:type="page"/>
      </w:r>
    </w:p>
    <w:p w14:paraId="77C6D838" w14:textId="77777777" w:rsidR="0064679A" w:rsidRDefault="00000000">
      <w:pPr>
        <w:spacing w:after="160"/>
        <w:jc w:val="center"/>
      </w:pPr>
      <w:r>
        <w:rPr>
          <w:b/>
          <w:sz w:val="24"/>
        </w:rPr>
        <w:lastRenderedPageBreak/>
        <w:t>FORMATO 2. CAPACIDAD DE PROPONENTES NO OBLIGADOS A RUP</w:t>
      </w:r>
    </w:p>
    <w:p w14:paraId="2261C805" w14:textId="77777777" w:rsidR="0064679A" w:rsidRDefault="00000000">
      <w:pPr>
        <w:spacing w:before="80"/>
        <w:jc w:val="both"/>
      </w:pPr>
      <w:r>
        <w:rPr>
          <w:b/>
          <w:sz w:val="19"/>
        </w:rPr>
        <w:t xml:space="preserve">NOTA: </w:t>
      </w:r>
      <w:r>
        <w:rPr>
          <w:i/>
          <w:sz w:val="19"/>
        </w:rPr>
        <w:t>Este formato aplica a personas naturales extranjeras sin domicilio en Colombia y personas jurídicas extranjeras sin sucursal en Colombia que no estén obligadas a inscribirse en el RUP. En proponentes plurales deberá diligenciarlo cada integrante al que le resulte aplicable.</w:t>
      </w:r>
    </w:p>
    <w:p w14:paraId="1C431C0B"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55979CA0"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34607CAB" w14:textId="77777777" w:rsidR="0064679A" w:rsidRDefault="00000000">
      <w:r>
        <w:rPr>
          <w:b/>
          <w:sz w:val="20"/>
        </w:rPr>
        <w:t>A. INFORMACIÓN JURÍDICA</w:t>
      </w:r>
    </w:p>
    <w:tbl>
      <w:tblPr>
        <w:tblStyle w:val="Tablaconcuadrcula"/>
        <w:tblW w:w="0" w:type="auto"/>
        <w:jc w:val="center"/>
        <w:tblLook w:val="04A0" w:firstRow="1" w:lastRow="0" w:firstColumn="1" w:lastColumn="0" w:noHBand="0" w:noVBand="1"/>
      </w:tblPr>
      <w:tblGrid>
        <w:gridCol w:w="3578"/>
        <w:gridCol w:w="5424"/>
      </w:tblGrid>
      <w:tr w:rsidR="0064679A" w14:paraId="3B7FEA94" w14:textId="77777777">
        <w:trPr>
          <w:jc w:val="center"/>
        </w:trPr>
        <w:tc>
          <w:tcPr>
            <w:tcW w:w="3600" w:type="dxa"/>
            <w:tcMar>
              <w:top w:w="80" w:type="dxa"/>
              <w:left w:w="80" w:type="dxa"/>
              <w:bottom w:w="80" w:type="dxa"/>
              <w:right w:w="80" w:type="dxa"/>
            </w:tcMar>
            <w:vAlign w:val="center"/>
          </w:tcPr>
          <w:p w14:paraId="749B7E17" w14:textId="77777777" w:rsidR="0064679A" w:rsidRDefault="00000000">
            <w:pPr>
              <w:spacing w:after="0"/>
              <w:jc w:val="center"/>
            </w:pPr>
            <w:r>
              <w:rPr>
                <w:sz w:val="19"/>
              </w:rPr>
              <w:t>País de constitución / nacionalidad</w:t>
            </w:r>
          </w:p>
        </w:tc>
        <w:tc>
          <w:tcPr>
            <w:tcW w:w="5472" w:type="dxa"/>
            <w:tcMar>
              <w:top w:w="80" w:type="dxa"/>
              <w:left w:w="80" w:type="dxa"/>
              <w:bottom w:w="80" w:type="dxa"/>
              <w:right w:w="80" w:type="dxa"/>
            </w:tcMar>
            <w:vAlign w:val="center"/>
          </w:tcPr>
          <w:p w14:paraId="0C412D9F" w14:textId="77777777" w:rsidR="0064679A" w:rsidRDefault="0064679A">
            <w:pPr>
              <w:spacing w:after="0"/>
            </w:pPr>
          </w:p>
        </w:tc>
      </w:tr>
      <w:tr w:rsidR="0064679A" w14:paraId="5C4680C6" w14:textId="77777777">
        <w:trPr>
          <w:jc w:val="center"/>
        </w:trPr>
        <w:tc>
          <w:tcPr>
            <w:tcW w:w="3600" w:type="dxa"/>
            <w:tcMar>
              <w:top w:w="80" w:type="dxa"/>
              <w:left w:w="80" w:type="dxa"/>
              <w:bottom w:w="80" w:type="dxa"/>
              <w:right w:w="80" w:type="dxa"/>
            </w:tcMar>
            <w:vAlign w:val="center"/>
          </w:tcPr>
          <w:p w14:paraId="355703FC" w14:textId="77777777" w:rsidR="0064679A" w:rsidRDefault="00000000">
            <w:pPr>
              <w:spacing w:after="0"/>
              <w:jc w:val="center"/>
            </w:pPr>
            <w:r>
              <w:rPr>
                <w:sz w:val="19"/>
              </w:rPr>
              <w:t>Tipo y número de documento de existencia</w:t>
            </w:r>
          </w:p>
        </w:tc>
        <w:tc>
          <w:tcPr>
            <w:tcW w:w="5472" w:type="dxa"/>
            <w:tcMar>
              <w:top w:w="80" w:type="dxa"/>
              <w:left w:w="80" w:type="dxa"/>
              <w:bottom w:w="80" w:type="dxa"/>
              <w:right w:w="80" w:type="dxa"/>
            </w:tcMar>
            <w:vAlign w:val="center"/>
          </w:tcPr>
          <w:p w14:paraId="6640BAAE" w14:textId="77777777" w:rsidR="0064679A" w:rsidRDefault="0064679A">
            <w:pPr>
              <w:spacing w:after="0"/>
            </w:pPr>
          </w:p>
        </w:tc>
      </w:tr>
      <w:tr w:rsidR="0064679A" w14:paraId="56621384" w14:textId="77777777">
        <w:trPr>
          <w:jc w:val="center"/>
        </w:trPr>
        <w:tc>
          <w:tcPr>
            <w:tcW w:w="3600" w:type="dxa"/>
            <w:tcMar>
              <w:top w:w="80" w:type="dxa"/>
              <w:left w:w="80" w:type="dxa"/>
              <w:bottom w:w="80" w:type="dxa"/>
              <w:right w:w="80" w:type="dxa"/>
            </w:tcMar>
            <w:vAlign w:val="center"/>
          </w:tcPr>
          <w:p w14:paraId="17C7046C" w14:textId="77777777" w:rsidR="0064679A" w:rsidRDefault="00000000">
            <w:pPr>
              <w:spacing w:after="0"/>
              <w:jc w:val="center"/>
            </w:pPr>
            <w:r>
              <w:rPr>
                <w:sz w:val="19"/>
              </w:rPr>
              <w:t>Fecha de constitución / nacimiento</w:t>
            </w:r>
          </w:p>
        </w:tc>
        <w:tc>
          <w:tcPr>
            <w:tcW w:w="5472" w:type="dxa"/>
            <w:tcMar>
              <w:top w:w="80" w:type="dxa"/>
              <w:left w:w="80" w:type="dxa"/>
              <w:bottom w:w="80" w:type="dxa"/>
              <w:right w:w="80" w:type="dxa"/>
            </w:tcMar>
            <w:vAlign w:val="center"/>
          </w:tcPr>
          <w:p w14:paraId="49016A91" w14:textId="77777777" w:rsidR="0064679A" w:rsidRDefault="0064679A">
            <w:pPr>
              <w:spacing w:after="0"/>
            </w:pPr>
          </w:p>
        </w:tc>
      </w:tr>
      <w:tr w:rsidR="0064679A" w14:paraId="628E4411" w14:textId="77777777">
        <w:trPr>
          <w:jc w:val="center"/>
        </w:trPr>
        <w:tc>
          <w:tcPr>
            <w:tcW w:w="3600" w:type="dxa"/>
            <w:tcMar>
              <w:top w:w="80" w:type="dxa"/>
              <w:left w:w="80" w:type="dxa"/>
              <w:bottom w:w="80" w:type="dxa"/>
              <w:right w:w="80" w:type="dxa"/>
            </w:tcMar>
            <w:vAlign w:val="center"/>
          </w:tcPr>
          <w:p w14:paraId="0B939CCD" w14:textId="77777777" w:rsidR="0064679A" w:rsidRDefault="00000000">
            <w:pPr>
              <w:spacing w:after="0"/>
              <w:jc w:val="center"/>
            </w:pPr>
            <w:r>
              <w:rPr>
                <w:sz w:val="19"/>
              </w:rPr>
              <w:t>Duración de la persona jurídica</w:t>
            </w:r>
          </w:p>
        </w:tc>
        <w:tc>
          <w:tcPr>
            <w:tcW w:w="5472" w:type="dxa"/>
            <w:tcMar>
              <w:top w:w="80" w:type="dxa"/>
              <w:left w:w="80" w:type="dxa"/>
              <w:bottom w:w="80" w:type="dxa"/>
              <w:right w:w="80" w:type="dxa"/>
            </w:tcMar>
            <w:vAlign w:val="center"/>
          </w:tcPr>
          <w:p w14:paraId="38F322E4" w14:textId="77777777" w:rsidR="0064679A" w:rsidRDefault="0064679A">
            <w:pPr>
              <w:spacing w:after="0"/>
            </w:pPr>
          </w:p>
        </w:tc>
      </w:tr>
      <w:tr w:rsidR="0064679A" w14:paraId="750874F4" w14:textId="77777777">
        <w:trPr>
          <w:jc w:val="center"/>
        </w:trPr>
        <w:tc>
          <w:tcPr>
            <w:tcW w:w="3600" w:type="dxa"/>
            <w:tcMar>
              <w:top w:w="80" w:type="dxa"/>
              <w:left w:w="80" w:type="dxa"/>
              <w:bottom w:w="80" w:type="dxa"/>
              <w:right w:w="80" w:type="dxa"/>
            </w:tcMar>
            <w:vAlign w:val="center"/>
          </w:tcPr>
          <w:p w14:paraId="06D625B5" w14:textId="77777777" w:rsidR="0064679A" w:rsidRDefault="00000000">
            <w:pPr>
              <w:spacing w:after="0"/>
              <w:jc w:val="center"/>
            </w:pPr>
            <w:r>
              <w:rPr>
                <w:sz w:val="19"/>
              </w:rPr>
              <w:t>Representante legal / apoderado</w:t>
            </w:r>
          </w:p>
        </w:tc>
        <w:tc>
          <w:tcPr>
            <w:tcW w:w="5472" w:type="dxa"/>
            <w:tcMar>
              <w:top w:w="80" w:type="dxa"/>
              <w:left w:w="80" w:type="dxa"/>
              <w:bottom w:w="80" w:type="dxa"/>
              <w:right w:w="80" w:type="dxa"/>
            </w:tcMar>
            <w:vAlign w:val="center"/>
          </w:tcPr>
          <w:p w14:paraId="607148F3" w14:textId="77777777" w:rsidR="0064679A" w:rsidRDefault="0064679A">
            <w:pPr>
              <w:spacing w:after="0"/>
            </w:pPr>
          </w:p>
        </w:tc>
      </w:tr>
      <w:tr w:rsidR="0064679A" w14:paraId="3DB5C01D" w14:textId="77777777">
        <w:trPr>
          <w:jc w:val="center"/>
        </w:trPr>
        <w:tc>
          <w:tcPr>
            <w:tcW w:w="3600" w:type="dxa"/>
            <w:tcMar>
              <w:top w:w="80" w:type="dxa"/>
              <w:left w:w="80" w:type="dxa"/>
              <w:bottom w:w="80" w:type="dxa"/>
              <w:right w:w="80" w:type="dxa"/>
            </w:tcMar>
            <w:vAlign w:val="center"/>
          </w:tcPr>
          <w:p w14:paraId="607BBD4F" w14:textId="77777777" w:rsidR="0064679A" w:rsidRDefault="00000000">
            <w:pPr>
              <w:spacing w:after="0"/>
              <w:jc w:val="center"/>
            </w:pPr>
            <w:r>
              <w:rPr>
                <w:sz w:val="19"/>
              </w:rPr>
              <w:t>Facultades para presentar oferta y contratar</w:t>
            </w:r>
          </w:p>
        </w:tc>
        <w:tc>
          <w:tcPr>
            <w:tcW w:w="5472" w:type="dxa"/>
            <w:tcMar>
              <w:top w:w="80" w:type="dxa"/>
              <w:left w:w="80" w:type="dxa"/>
              <w:bottom w:w="80" w:type="dxa"/>
              <w:right w:w="80" w:type="dxa"/>
            </w:tcMar>
            <w:vAlign w:val="center"/>
          </w:tcPr>
          <w:p w14:paraId="061A6588" w14:textId="77777777" w:rsidR="0064679A" w:rsidRDefault="0064679A">
            <w:pPr>
              <w:spacing w:after="0"/>
            </w:pPr>
          </w:p>
        </w:tc>
      </w:tr>
      <w:tr w:rsidR="0064679A" w14:paraId="40A48967" w14:textId="77777777">
        <w:trPr>
          <w:jc w:val="center"/>
        </w:trPr>
        <w:tc>
          <w:tcPr>
            <w:tcW w:w="3600" w:type="dxa"/>
            <w:tcMar>
              <w:top w:w="80" w:type="dxa"/>
              <w:left w:w="80" w:type="dxa"/>
              <w:bottom w:w="80" w:type="dxa"/>
              <w:right w:w="80" w:type="dxa"/>
            </w:tcMar>
            <w:vAlign w:val="center"/>
          </w:tcPr>
          <w:p w14:paraId="0097EABC" w14:textId="77777777" w:rsidR="0064679A" w:rsidRDefault="00000000">
            <w:pPr>
              <w:spacing w:after="0"/>
              <w:jc w:val="center"/>
            </w:pPr>
            <w:r>
              <w:rPr>
                <w:sz w:val="19"/>
              </w:rPr>
              <w:t>Domicilio principal</w:t>
            </w:r>
          </w:p>
        </w:tc>
        <w:tc>
          <w:tcPr>
            <w:tcW w:w="5472" w:type="dxa"/>
            <w:tcMar>
              <w:top w:w="80" w:type="dxa"/>
              <w:left w:w="80" w:type="dxa"/>
              <w:bottom w:w="80" w:type="dxa"/>
              <w:right w:w="80" w:type="dxa"/>
            </w:tcMar>
            <w:vAlign w:val="center"/>
          </w:tcPr>
          <w:p w14:paraId="5F14EBBD" w14:textId="77777777" w:rsidR="0064679A" w:rsidRDefault="0064679A">
            <w:pPr>
              <w:spacing w:after="0"/>
            </w:pPr>
          </w:p>
        </w:tc>
      </w:tr>
      <w:tr w:rsidR="0064679A" w14:paraId="2C9C78B3" w14:textId="77777777">
        <w:trPr>
          <w:jc w:val="center"/>
        </w:trPr>
        <w:tc>
          <w:tcPr>
            <w:tcW w:w="3600" w:type="dxa"/>
            <w:tcMar>
              <w:top w:w="80" w:type="dxa"/>
              <w:left w:w="80" w:type="dxa"/>
              <w:bottom w:w="80" w:type="dxa"/>
              <w:right w:w="80" w:type="dxa"/>
            </w:tcMar>
            <w:vAlign w:val="center"/>
          </w:tcPr>
          <w:p w14:paraId="03380E43" w14:textId="77777777" w:rsidR="0064679A" w:rsidRDefault="00000000">
            <w:pPr>
              <w:spacing w:after="0"/>
              <w:jc w:val="center"/>
            </w:pPr>
            <w:r>
              <w:rPr>
                <w:sz w:val="19"/>
              </w:rPr>
              <w:t>Documento equivalente a registro mercantil / autoridad emisora</w:t>
            </w:r>
          </w:p>
        </w:tc>
        <w:tc>
          <w:tcPr>
            <w:tcW w:w="5472" w:type="dxa"/>
            <w:tcMar>
              <w:top w:w="80" w:type="dxa"/>
              <w:left w:w="80" w:type="dxa"/>
              <w:bottom w:w="80" w:type="dxa"/>
              <w:right w:w="80" w:type="dxa"/>
            </w:tcMar>
            <w:vAlign w:val="center"/>
          </w:tcPr>
          <w:p w14:paraId="1887CBA7" w14:textId="77777777" w:rsidR="0064679A" w:rsidRDefault="0064679A">
            <w:pPr>
              <w:spacing w:after="0"/>
            </w:pPr>
          </w:p>
        </w:tc>
      </w:tr>
    </w:tbl>
    <w:p w14:paraId="09CF29E5" w14:textId="77777777" w:rsidR="0064679A" w:rsidRDefault="00000000">
      <w:r>
        <w:rPr>
          <w:b/>
          <w:sz w:val="20"/>
        </w:rPr>
        <w:t>B. CLASIFICACIÓN Y EXPERIENCIA REGISTRABLE</w:t>
      </w:r>
    </w:p>
    <w:tbl>
      <w:tblPr>
        <w:tblStyle w:val="Tablaconcuadrcula"/>
        <w:tblW w:w="0" w:type="auto"/>
        <w:jc w:val="center"/>
        <w:tblLook w:val="04A0" w:firstRow="1" w:lastRow="0" w:firstColumn="1" w:lastColumn="0" w:noHBand="0" w:noVBand="1"/>
      </w:tblPr>
      <w:tblGrid>
        <w:gridCol w:w="1415"/>
        <w:gridCol w:w="2807"/>
        <w:gridCol w:w="2803"/>
        <w:gridCol w:w="1977"/>
      </w:tblGrid>
      <w:tr w:rsidR="0064679A" w14:paraId="742E1219" w14:textId="77777777">
        <w:trPr>
          <w:jc w:val="center"/>
        </w:trPr>
        <w:tc>
          <w:tcPr>
            <w:tcW w:w="1440" w:type="dxa"/>
            <w:shd w:val="clear" w:color="auto" w:fill="D9D9D9"/>
            <w:tcMar>
              <w:top w:w="80" w:type="dxa"/>
              <w:left w:w="80" w:type="dxa"/>
              <w:bottom w:w="80" w:type="dxa"/>
              <w:right w:w="80" w:type="dxa"/>
            </w:tcMar>
            <w:vAlign w:val="center"/>
          </w:tcPr>
          <w:p w14:paraId="6B86F8E0" w14:textId="77777777" w:rsidR="0064679A" w:rsidRDefault="00000000">
            <w:pPr>
              <w:spacing w:after="0"/>
              <w:jc w:val="center"/>
            </w:pPr>
            <w:r>
              <w:rPr>
                <w:b/>
                <w:sz w:val="18"/>
              </w:rPr>
              <w:t>UNSPSC</w:t>
            </w:r>
          </w:p>
        </w:tc>
        <w:tc>
          <w:tcPr>
            <w:tcW w:w="2880" w:type="dxa"/>
            <w:shd w:val="clear" w:color="auto" w:fill="D9D9D9"/>
            <w:tcMar>
              <w:top w:w="80" w:type="dxa"/>
              <w:left w:w="80" w:type="dxa"/>
              <w:bottom w:w="80" w:type="dxa"/>
              <w:right w:w="80" w:type="dxa"/>
            </w:tcMar>
            <w:vAlign w:val="center"/>
          </w:tcPr>
          <w:p w14:paraId="34069C8A" w14:textId="77777777" w:rsidR="0064679A" w:rsidRDefault="00000000">
            <w:pPr>
              <w:spacing w:after="0"/>
              <w:jc w:val="center"/>
            </w:pPr>
            <w:r>
              <w:rPr>
                <w:b/>
                <w:sz w:val="18"/>
              </w:rPr>
              <w:t>Descripción</w:t>
            </w:r>
          </w:p>
        </w:tc>
        <w:tc>
          <w:tcPr>
            <w:tcW w:w="2880" w:type="dxa"/>
            <w:shd w:val="clear" w:color="auto" w:fill="D9D9D9"/>
            <w:tcMar>
              <w:top w:w="80" w:type="dxa"/>
              <w:left w:w="80" w:type="dxa"/>
              <w:bottom w:w="80" w:type="dxa"/>
              <w:right w:w="80" w:type="dxa"/>
            </w:tcMar>
            <w:vAlign w:val="center"/>
          </w:tcPr>
          <w:p w14:paraId="7CB03B03" w14:textId="77777777" w:rsidR="0064679A" w:rsidRDefault="00000000">
            <w:pPr>
              <w:spacing w:after="0"/>
              <w:jc w:val="center"/>
            </w:pPr>
            <w:r>
              <w:rPr>
                <w:b/>
                <w:sz w:val="18"/>
              </w:rPr>
              <w:t>Documento / registro equivalente</w:t>
            </w:r>
          </w:p>
        </w:tc>
        <w:tc>
          <w:tcPr>
            <w:tcW w:w="2016" w:type="dxa"/>
            <w:shd w:val="clear" w:color="auto" w:fill="D9D9D9"/>
            <w:tcMar>
              <w:top w:w="80" w:type="dxa"/>
              <w:left w:w="80" w:type="dxa"/>
              <w:bottom w:w="80" w:type="dxa"/>
              <w:right w:w="80" w:type="dxa"/>
            </w:tcMar>
            <w:vAlign w:val="center"/>
          </w:tcPr>
          <w:p w14:paraId="0FD4DCFA" w14:textId="77777777" w:rsidR="0064679A" w:rsidRDefault="00000000">
            <w:pPr>
              <w:spacing w:after="0"/>
              <w:jc w:val="center"/>
            </w:pPr>
            <w:r>
              <w:rPr>
                <w:b/>
                <w:sz w:val="18"/>
              </w:rPr>
              <w:t>Observación</w:t>
            </w:r>
          </w:p>
        </w:tc>
      </w:tr>
      <w:tr w:rsidR="0064679A" w14:paraId="61AFC69A" w14:textId="77777777">
        <w:trPr>
          <w:jc w:val="center"/>
        </w:trPr>
        <w:tc>
          <w:tcPr>
            <w:tcW w:w="1440" w:type="dxa"/>
            <w:tcMar>
              <w:top w:w="80" w:type="dxa"/>
              <w:left w:w="80" w:type="dxa"/>
              <w:bottom w:w="80" w:type="dxa"/>
              <w:right w:w="80" w:type="dxa"/>
            </w:tcMar>
            <w:vAlign w:val="center"/>
          </w:tcPr>
          <w:p w14:paraId="26793A86" w14:textId="77777777" w:rsidR="0064679A" w:rsidRDefault="00000000">
            <w:pPr>
              <w:spacing w:after="0"/>
              <w:jc w:val="center"/>
            </w:pPr>
            <w:r>
              <w:rPr>
                <w:sz w:val="18"/>
              </w:rPr>
              <w:t>70121700</w:t>
            </w:r>
          </w:p>
        </w:tc>
        <w:tc>
          <w:tcPr>
            <w:tcW w:w="2880" w:type="dxa"/>
            <w:tcMar>
              <w:top w:w="80" w:type="dxa"/>
              <w:left w:w="80" w:type="dxa"/>
              <w:bottom w:w="80" w:type="dxa"/>
              <w:right w:w="80" w:type="dxa"/>
            </w:tcMar>
            <w:vAlign w:val="center"/>
          </w:tcPr>
          <w:p w14:paraId="13C700AC" w14:textId="77777777" w:rsidR="0064679A" w:rsidRDefault="00000000">
            <w:pPr>
              <w:spacing w:after="0"/>
            </w:pPr>
            <w:r>
              <w:rPr>
                <w:sz w:val="18"/>
              </w:rPr>
              <w:t>Gestión ganadera</w:t>
            </w:r>
          </w:p>
        </w:tc>
        <w:tc>
          <w:tcPr>
            <w:tcW w:w="2880" w:type="dxa"/>
            <w:tcMar>
              <w:top w:w="80" w:type="dxa"/>
              <w:left w:w="80" w:type="dxa"/>
              <w:bottom w:w="80" w:type="dxa"/>
              <w:right w:w="80" w:type="dxa"/>
            </w:tcMar>
            <w:vAlign w:val="center"/>
          </w:tcPr>
          <w:p w14:paraId="54717FBB" w14:textId="77777777" w:rsidR="0064679A" w:rsidRDefault="0064679A">
            <w:pPr>
              <w:spacing w:after="0"/>
            </w:pPr>
          </w:p>
        </w:tc>
        <w:tc>
          <w:tcPr>
            <w:tcW w:w="2016" w:type="dxa"/>
            <w:tcMar>
              <w:top w:w="80" w:type="dxa"/>
              <w:left w:w="80" w:type="dxa"/>
              <w:bottom w:w="80" w:type="dxa"/>
              <w:right w:w="80" w:type="dxa"/>
            </w:tcMar>
            <w:vAlign w:val="center"/>
          </w:tcPr>
          <w:p w14:paraId="213DFA15" w14:textId="77777777" w:rsidR="0064679A" w:rsidRDefault="0064679A">
            <w:pPr>
              <w:spacing w:after="0"/>
            </w:pPr>
          </w:p>
        </w:tc>
      </w:tr>
      <w:tr w:rsidR="0064679A" w14:paraId="4099272A" w14:textId="77777777">
        <w:trPr>
          <w:jc w:val="center"/>
        </w:trPr>
        <w:tc>
          <w:tcPr>
            <w:tcW w:w="1440" w:type="dxa"/>
            <w:tcMar>
              <w:top w:w="80" w:type="dxa"/>
              <w:left w:w="80" w:type="dxa"/>
              <w:bottom w:w="80" w:type="dxa"/>
              <w:right w:w="80" w:type="dxa"/>
            </w:tcMar>
            <w:vAlign w:val="center"/>
          </w:tcPr>
          <w:p w14:paraId="2F62ED05" w14:textId="77777777" w:rsidR="0064679A" w:rsidRDefault="00000000">
            <w:pPr>
              <w:spacing w:after="0"/>
              <w:jc w:val="center"/>
            </w:pPr>
            <w:r>
              <w:rPr>
                <w:sz w:val="18"/>
              </w:rPr>
              <w:t>70141700</w:t>
            </w:r>
          </w:p>
        </w:tc>
        <w:tc>
          <w:tcPr>
            <w:tcW w:w="2880" w:type="dxa"/>
            <w:tcMar>
              <w:top w:w="80" w:type="dxa"/>
              <w:left w:w="80" w:type="dxa"/>
              <w:bottom w:w="80" w:type="dxa"/>
              <w:right w:w="80" w:type="dxa"/>
            </w:tcMar>
            <w:vAlign w:val="center"/>
          </w:tcPr>
          <w:p w14:paraId="012BA1F3" w14:textId="77777777" w:rsidR="0064679A" w:rsidRDefault="00000000">
            <w:pPr>
              <w:spacing w:after="0"/>
            </w:pPr>
            <w:r>
              <w:rPr>
                <w:sz w:val="18"/>
              </w:rPr>
              <w:t>Gestión de cultivos</w:t>
            </w:r>
          </w:p>
        </w:tc>
        <w:tc>
          <w:tcPr>
            <w:tcW w:w="2880" w:type="dxa"/>
            <w:tcMar>
              <w:top w:w="80" w:type="dxa"/>
              <w:left w:w="80" w:type="dxa"/>
              <w:bottom w:w="80" w:type="dxa"/>
              <w:right w:w="80" w:type="dxa"/>
            </w:tcMar>
            <w:vAlign w:val="center"/>
          </w:tcPr>
          <w:p w14:paraId="01F0A58C" w14:textId="77777777" w:rsidR="0064679A" w:rsidRDefault="0064679A">
            <w:pPr>
              <w:spacing w:after="0"/>
            </w:pPr>
          </w:p>
        </w:tc>
        <w:tc>
          <w:tcPr>
            <w:tcW w:w="2016" w:type="dxa"/>
            <w:tcMar>
              <w:top w:w="80" w:type="dxa"/>
              <w:left w:w="80" w:type="dxa"/>
              <w:bottom w:w="80" w:type="dxa"/>
              <w:right w:w="80" w:type="dxa"/>
            </w:tcMar>
            <w:vAlign w:val="center"/>
          </w:tcPr>
          <w:p w14:paraId="080B9D2B" w14:textId="77777777" w:rsidR="0064679A" w:rsidRDefault="0064679A">
            <w:pPr>
              <w:spacing w:after="0"/>
            </w:pPr>
          </w:p>
        </w:tc>
      </w:tr>
      <w:tr w:rsidR="0064679A" w14:paraId="4B991BEB" w14:textId="77777777">
        <w:trPr>
          <w:jc w:val="center"/>
        </w:trPr>
        <w:tc>
          <w:tcPr>
            <w:tcW w:w="1440" w:type="dxa"/>
            <w:tcMar>
              <w:top w:w="80" w:type="dxa"/>
              <w:left w:w="80" w:type="dxa"/>
              <w:bottom w:w="80" w:type="dxa"/>
              <w:right w:w="80" w:type="dxa"/>
            </w:tcMar>
            <w:vAlign w:val="center"/>
          </w:tcPr>
          <w:p w14:paraId="4E804BB9" w14:textId="77777777" w:rsidR="0064679A" w:rsidRDefault="00000000">
            <w:pPr>
              <w:spacing w:after="0"/>
              <w:jc w:val="center"/>
            </w:pPr>
            <w:r>
              <w:rPr>
                <w:sz w:val="18"/>
              </w:rPr>
              <w:t>70111500</w:t>
            </w:r>
          </w:p>
        </w:tc>
        <w:tc>
          <w:tcPr>
            <w:tcW w:w="2880" w:type="dxa"/>
            <w:tcMar>
              <w:top w:w="80" w:type="dxa"/>
              <w:left w:w="80" w:type="dxa"/>
              <w:bottom w:w="80" w:type="dxa"/>
              <w:right w:w="80" w:type="dxa"/>
            </w:tcMar>
            <w:vAlign w:val="center"/>
          </w:tcPr>
          <w:p w14:paraId="2AE5D44C" w14:textId="77777777" w:rsidR="0064679A" w:rsidRDefault="00000000">
            <w:pPr>
              <w:spacing w:after="0"/>
            </w:pPr>
            <w:r>
              <w:rPr>
                <w:sz w:val="18"/>
              </w:rPr>
              <w:t>Plantas y árboles ornamentales</w:t>
            </w:r>
          </w:p>
        </w:tc>
        <w:tc>
          <w:tcPr>
            <w:tcW w:w="2880" w:type="dxa"/>
            <w:tcMar>
              <w:top w:w="80" w:type="dxa"/>
              <w:left w:w="80" w:type="dxa"/>
              <w:bottom w:w="80" w:type="dxa"/>
              <w:right w:w="80" w:type="dxa"/>
            </w:tcMar>
            <w:vAlign w:val="center"/>
          </w:tcPr>
          <w:p w14:paraId="4E0E2427" w14:textId="77777777" w:rsidR="0064679A" w:rsidRDefault="0064679A">
            <w:pPr>
              <w:spacing w:after="0"/>
            </w:pPr>
          </w:p>
        </w:tc>
        <w:tc>
          <w:tcPr>
            <w:tcW w:w="2016" w:type="dxa"/>
            <w:tcMar>
              <w:top w:w="80" w:type="dxa"/>
              <w:left w:w="80" w:type="dxa"/>
              <w:bottom w:w="80" w:type="dxa"/>
              <w:right w:w="80" w:type="dxa"/>
            </w:tcMar>
            <w:vAlign w:val="center"/>
          </w:tcPr>
          <w:p w14:paraId="0F8DBD05" w14:textId="77777777" w:rsidR="0064679A" w:rsidRDefault="0064679A">
            <w:pPr>
              <w:spacing w:after="0"/>
            </w:pPr>
          </w:p>
        </w:tc>
      </w:tr>
    </w:tbl>
    <w:p w14:paraId="4BD0DB90" w14:textId="77777777" w:rsidR="0064679A" w:rsidRDefault="00000000">
      <w:r>
        <w:rPr>
          <w:b/>
          <w:sz w:val="20"/>
        </w:rPr>
        <w:t>C. INFORMACIÓN FINANCIERA Y ORGANIZACIONAL</w:t>
      </w:r>
    </w:p>
    <w:p w14:paraId="2684114F" w14:textId="77777777" w:rsidR="0064679A" w:rsidRDefault="00000000">
      <w:pPr>
        <w:spacing w:after="80"/>
        <w:jc w:val="both"/>
      </w:pPr>
      <w:r>
        <w:rPr>
          <w:sz w:val="20"/>
        </w:rPr>
        <w:t>Los valores se expresan en pesos colombianos (COP). Cuando los estados financieros estén en moneda extranjera se anexará la conversión y soporte de la tasa utilizada conforme al pliego.</w:t>
      </w:r>
    </w:p>
    <w:tbl>
      <w:tblPr>
        <w:tblStyle w:val="Tablaconcuadrcula"/>
        <w:tblW w:w="0" w:type="auto"/>
        <w:jc w:val="center"/>
        <w:tblLook w:val="04A0" w:firstRow="1" w:lastRow="0" w:firstColumn="1" w:lastColumn="0" w:noHBand="0" w:noVBand="1"/>
      </w:tblPr>
      <w:tblGrid>
        <w:gridCol w:w="1201"/>
        <w:gridCol w:w="928"/>
        <w:gridCol w:w="273"/>
        <w:gridCol w:w="1184"/>
        <w:gridCol w:w="1559"/>
        <w:gridCol w:w="1222"/>
        <w:gridCol w:w="522"/>
        <w:gridCol w:w="682"/>
        <w:gridCol w:w="1431"/>
      </w:tblGrid>
      <w:tr w:rsidR="0064679A" w14:paraId="59D25991" w14:textId="77777777">
        <w:trPr>
          <w:jc w:val="center"/>
        </w:trPr>
        <w:tc>
          <w:tcPr>
            <w:tcW w:w="1263" w:type="dxa"/>
            <w:shd w:val="clear" w:color="auto" w:fill="D9D9D9"/>
            <w:tcMar>
              <w:top w:w="80" w:type="dxa"/>
              <w:left w:w="80" w:type="dxa"/>
              <w:bottom w:w="80" w:type="dxa"/>
              <w:right w:w="80" w:type="dxa"/>
            </w:tcMar>
            <w:vAlign w:val="center"/>
          </w:tcPr>
          <w:p w14:paraId="3398D00D" w14:textId="77777777" w:rsidR="0064679A" w:rsidRDefault="00000000">
            <w:pPr>
              <w:spacing w:after="0"/>
              <w:jc w:val="center"/>
            </w:pPr>
            <w:r>
              <w:rPr>
                <w:b/>
                <w:sz w:val="16"/>
              </w:rPr>
              <w:t>Activo corriente</w:t>
            </w:r>
          </w:p>
        </w:tc>
        <w:tc>
          <w:tcPr>
            <w:tcW w:w="1263" w:type="dxa"/>
            <w:gridSpan w:val="2"/>
            <w:shd w:val="clear" w:color="auto" w:fill="D9D9D9"/>
            <w:tcMar>
              <w:top w:w="80" w:type="dxa"/>
              <w:left w:w="80" w:type="dxa"/>
              <w:bottom w:w="80" w:type="dxa"/>
              <w:right w:w="80" w:type="dxa"/>
            </w:tcMar>
            <w:vAlign w:val="center"/>
          </w:tcPr>
          <w:p w14:paraId="08726016" w14:textId="77777777" w:rsidR="0064679A" w:rsidRDefault="00000000">
            <w:pPr>
              <w:spacing w:after="0"/>
              <w:jc w:val="center"/>
            </w:pPr>
            <w:r>
              <w:rPr>
                <w:b/>
                <w:sz w:val="16"/>
              </w:rPr>
              <w:t>Pasivo corriente</w:t>
            </w:r>
          </w:p>
        </w:tc>
        <w:tc>
          <w:tcPr>
            <w:tcW w:w="1263" w:type="dxa"/>
            <w:shd w:val="clear" w:color="auto" w:fill="D9D9D9"/>
            <w:tcMar>
              <w:top w:w="80" w:type="dxa"/>
              <w:left w:w="80" w:type="dxa"/>
              <w:bottom w:w="80" w:type="dxa"/>
              <w:right w:w="80" w:type="dxa"/>
            </w:tcMar>
            <w:vAlign w:val="center"/>
          </w:tcPr>
          <w:p w14:paraId="26DCEBE8" w14:textId="77777777" w:rsidR="0064679A" w:rsidRDefault="00000000">
            <w:pPr>
              <w:spacing w:after="0"/>
              <w:jc w:val="center"/>
            </w:pPr>
            <w:r>
              <w:rPr>
                <w:b/>
                <w:sz w:val="16"/>
              </w:rPr>
              <w:t>Activo total</w:t>
            </w:r>
          </w:p>
        </w:tc>
        <w:tc>
          <w:tcPr>
            <w:tcW w:w="1263" w:type="dxa"/>
            <w:shd w:val="clear" w:color="auto" w:fill="D9D9D9"/>
            <w:tcMar>
              <w:top w:w="80" w:type="dxa"/>
              <w:left w:w="80" w:type="dxa"/>
              <w:bottom w:w="80" w:type="dxa"/>
              <w:right w:w="80" w:type="dxa"/>
            </w:tcMar>
            <w:vAlign w:val="center"/>
          </w:tcPr>
          <w:p w14:paraId="0452FACD" w14:textId="77777777" w:rsidR="0064679A" w:rsidRDefault="00000000">
            <w:pPr>
              <w:spacing w:after="0"/>
              <w:jc w:val="center"/>
            </w:pPr>
            <w:r>
              <w:rPr>
                <w:b/>
                <w:sz w:val="16"/>
              </w:rPr>
              <w:t>Pasivo total</w:t>
            </w:r>
          </w:p>
        </w:tc>
        <w:tc>
          <w:tcPr>
            <w:tcW w:w="1263" w:type="dxa"/>
            <w:shd w:val="clear" w:color="auto" w:fill="D9D9D9"/>
            <w:tcMar>
              <w:top w:w="80" w:type="dxa"/>
              <w:left w:w="80" w:type="dxa"/>
              <w:bottom w:w="80" w:type="dxa"/>
              <w:right w:w="80" w:type="dxa"/>
            </w:tcMar>
            <w:vAlign w:val="center"/>
          </w:tcPr>
          <w:p w14:paraId="7E6C43F0" w14:textId="77777777" w:rsidR="0064679A" w:rsidRDefault="00000000">
            <w:pPr>
              <w:spacing w:after="0"/>
              <w:jc w:val="center"/>
            </w:pPr>
            <w:r>
              <w:rPr>
                <w:b/>
                <w:sz w:val="16"/>
              </w:rPr>
              <w:t>Utilidad operacional</w:t>
            </w:r>
          </w:p>
        </w:tc>
        <w:tc>
          <w:tcPr>
            <w:tcW w:w="1263" w:type="dxa"/>
            <w:gridSpan w:val="2"/>
            <w:shd w:val="clear" w:color="auto" w:fill="D9D9D9"/>
            <w:tcMar>
              <w:top w:w="80" w:type="dxa"/>
              <w:left w:w="80" w:type="dxa"/>
              <w:bottom w:w="80" w:type="dxa"/>
              <w:right w:w="80" w:type="dxa"/>
            </w:tcMar>
            <w:vAlign w:val="center"/>
          </w:tcPr>
          <w:p w14:paraId="1A775A9B" w14:textId="77777777" w:rsidR="0064679A" w:rsidRDefault="00000000">
            <w:pPr>
              <w:spacing w:after="0"/>
              <w:jc w:val="center"/>
            </w:pPr>
            <w:r>
              <w:rPr>
                <w:b/>
                <w:sz w:val="16"/>
              </w:rPr>
              <w:t>Gastos de intereses</w:t>
            </w:r>
          </w:p>
        </w:tc>
        <w:tc>
          <w:tcPr>
            <w:tcW w:w="1263" w:type="dxa"/>
            <w:shd w:val="clear" w:color="auto" w:fill="D9D9D9"/>
            <w:tcMar>
              <w:top w:w="80" w:type="dxa"/>
              <w:left w:w="80" w:type="dxa"/>
              <w:bottom w:w="80" w:type="dxa"/>
              <w:right w:w="80" w:type="dxa"/>
            </w:tcMar>
            <w:vAlign w:val="center"/>
          </w:tcPr>
          <w:p w14:paraId="6FDBAEEB" w14:textId="77777777" w:rsidR="0064679A" w:rsidRDefault="00000000">
            <w:pPr>
              <w:spacing w:after="0"/>
              <w:jc w:val="center"/>
            </w:pPr>
            <w:r>
              <w:rPr>
                <w:b/>
                <w:sz w:val="16"/>
              </w:rPr>
              <w:t>Patrimonio</w:t>
            </w:r>
          </w:p>
        </w:tc>
      </w:tr>
      <w:tr w:rsidR="0064679A" w14:paraId="625373BE" w14:textId="77777777">
        <w:trPr>
          <w:jc w:val="center"/>
        </w:trPr>
        <w:tc>
          <w:tcPr>
            <w:tcW w:w="1263" w:type="dxa"/>
            <w:tcMar>
              <w:top w:w="80" w:type="dxa"/>
              <w:left w:w="80" w:type="dxa"/>
              <w:bottom w:w="80" w:type="dxa"/>
              <w:right w:w="80" w:type="dxa"/>
            </w:tcMar>
            <w:vAlign w:val="center"/>
          </w:tcPr>
          <w:p w14:paraId="75C2F49A" w14:textId="77777777" w:rsidR="0064679A" w:rsidRDefault="0064679A">
            <w:pPr>
              <w:spacing w:after="0"/>
              <w:jc w:val="center"/>
            </w:pPr>
          </w:p>
        </w:tc>
        <w:tc>
          <w:tcPr>
            <w:tcW w:w="1263" w:type="dxa"/>
            <w:gridSpan w:val="2"/>
            <w:tcMar>
              <w:top w:w="80" w:type="dxa"/>
              <w:left w:w="80" w:type="dxa"/>
              <w:bottom w:w="80" w:type="dxa"/>
              <w:right w:w="80" w:type="dxa"/>
            </w:tcMar>
            <w:vAlign w:val="center"/>
          </w:tcPr>
          <w:p w14:paraId="532EAB7C" w14:textId="77777777" w:rsidR="0064679A" w:rsidRDefault="0064679A">
            <w:pPr>
              <w:spacing w:after="0"/>
            </w:pPr>
          </w:p>
        </w:tc>
        <w:tc>
          <w:tcPr>
            <w:tcW w:w="1263" w:type="dxa"/>
            <w:tcMar>
              <w:top w:w="80" w:type="dxa"/>
              <w:left w:w="80" w:type="dxa"/>
              <w:bottom w:w="80" w:type="dxa"/>
              <w:right w:w="80" w:type="dxa"/>
            </w:tcMar>
            <w:vAlign w:val="center"/>
          </w:tcPr>
          <w:p w14:paraId="40759155" w14:textId="77777777" w:rsidR="0064679A" w:rsidRDefault="0064679A">
            <w:pPr>
              <w:spacing w:after="0"/>
            </w:pPr>
          </w:p>
        </w:tc>
        <w:tc>
          <w:tcPr>
            <w:tcW w:w="1263" w:type="dxa"/>
            <w:tcMar>
              <w:top w:w="80" w:type="dxa"/>
              <w:left w:w="80" w:type="dxa"/>
              <w:bottom w:w="80" w:type="dxa"/>
              <w:right w:w="80" w:type="dxa"/>
            </w:tcMar>
            <w:vAlign w:val="center"/>
          </w:tcPr>
          <w:p w14:paraId="7955492F" w14:textId="77777777" w:rsidR="0064679A" w:rsidRDefault="0064679A">
            <w:pPr>
              <w:spacing w:after="0"/>
            </w:pPr>
          </w:p>
        </w:tc>
        <w:tc>
          <w:tcPr>
            <w:tcW w:w="1263" w:type="dxa"/>
            <w:tcMar>
              <w:top w:w="80" w:type="dxa"/>
              <w:left w:w="80" w:type="dxa"/>
              <w:bottom w:w="80" w:type="dxa"/>
              <w:right w:w="80" w:type="dxa"/>
            </w:tcMar>
            <w:vAlign w:val="center"/>
          </w:tcPr>
          <w:p w14:paraId="57E59213" w14:textId="77777777" w:rsidR="0064679A" w:rsidRDefault="0064679A">
            <w:pPr>
              <w:spacing w:after="0"/>
            </w:pPr>
          </w:p>
        </w:tc>
        <w:tc>
          <w:tcPr>
            <w:tcW w:w="1263" w:type="dxa"/>
            <w:gridSpan w:val="2"/>
            <w:tcMar>
              <w:top w:w="80" w:type="dxa"/>
              <w:left w:w="80" w:type="dxa"/>
              <w:bottom w:w="80" w:type="dxa"/>
              <w:right w:w="80" w:type="dxa"/>
            </w:tcMar>
            <w:vAlign w:val="center"/>
          </w:tcPr>
          <w:p w14:paraId="1D21C270" w14:textId="77777777" w:rsidR="0064679A" w:rsidRDefault="0064679A">
            <w:pPr>
              <w:spacing w:after="0"/>
            </w:pPr>
          </w:p>
        </w:tc>
        <w:tc>
          <w:tcPr>
            <w:tcW w:w="1263" w:type="dxa"/>
            <w:tcMar>
              <w:top w:w="80" w:type="dxa"/>
              <w:left w:w="80" w:type="dxa"/>
              <w:bottom w:w="80" w:type="dxa"/>
              <w:right w:w="80" w:type="dxa"/>
            </w:tcMar>
            <w:vAlign w:val="center"/>
          </w:tcPr>
          <w:p w14:paraId="332D0CDE" w14:textId="77777777" w:rsidR="0064679A" w:rsidRDefault="0064679A">
            <w:pPr>
              <w:spacing w:after="0"/>
            </w:pPr>
          </w:p>
        </w:tc>
      </w:tr>
      <w:tr w:rsidR="0064679A" w14:paraId="3C9AA126" w14:textId="77777777">
        <w:trPr>
          <w:jc w:val="center"/>
        </w:trPr>
        <w:tc>
          <w:tcPr>
            <w:tcW w:w="2232" w:type="dxa"/>
            <w:gridSpan w:val="2"/>
            <w:shd w:val="clear" w:color="auto" w:fill="D9D9D9"/>
            <w:tcMar>
              <w:top w:w="80" w:type="dxa"/>
              <w:left w:w="80" w:type="dxa"/>
              <w:bottom w:w="80" w:type="dxa"/>
              <w:right w:w="80" w:type="dxa"/>
            </w:tcMar>
            <w:vAlign w:val="center"/>
          </w:tcPr>
          <w:p w14:paraId="368C2AB9" w14:textId="77777777" w:rsidR="0064679A" w:rsidRDefault="00000000">
            <w:pPr>
              <w:spacing w:after="0"/>
              <w:jc w:val="center"/>
            </w:pPr>
            <w:r>
              <w:rPr>
                <w:b/>
                <w:sz w:val="17"/>
              </w:rPr>
              <w:t>Indicador</w:t>
            </w:r>
          </w:p>
        </w:tc>
        <w:tc>
          <w:tcPr>
            <w:tcW w:w="3240" w:type="dxa"/>
            <w:gridSpan w:val="3"/>
            <w:shd w:val="clear" w:color="auto" w:fill="D9D9D9"/>
            <w:tcMar>
              <w:top w:w="80" w:type="dxa"/>
              <w:left w:w="80" w:type="dxa"/>
              <w:bottom w:w="80" w:type="dxa"/>
              <w:right w:w="80" w:type="dxa"/>
            </w:tcMar>
            <w:vAlign w:val="center"/>
          </w:tcPr>
          <w:p w14:paraId="3A4FC7DC" w14:textId="77777777" w:rsidR="0064679A" w:rsidRDefault="00000000">
            <w:pPr>
              <w:spacing w:after="0"/>
              <w:jc w:val="center"/>
            </w:pPr>
            <w:r>
              <w:rPr>
                <w:b/>
                <w:sz w:val="17"/>
              </w:rPr>
              <w:t>Fórmula</w:t>
            </w:r>
          </w:p>
        </w:tc>
        <w:tc>
          <w:tcPr>
            <w:tcW w:w="1800" w:type="dxa"/>
            <w:gridSpan w:val="2"/>
            <w:shd w:val="clear" w:color="auto" w:fill="D9D9D9"/>
            <w:tcMar>
              <w:top w:w="80" w:type="dxa"/>
              <w:left w:w="80" w:type="dxa"/>
              <w:bottom w:w="80" w:type="dxa"/>
              <w:right w:w="80" w:type="dxa"/>
            </w:tcMar>
            <w:vAlign w:val="center"/>
          </w:tcPr>
          <w:p w14:paraId="21B315CB" w14:textId="77777777" w:rsidR="0064679A" w:rsidRDefault="00000000">
            <w:pPr>
              <w:spacing w:after="0"/>
              <w:jc w:val="center"/>
            </w:pPr>
            <w:r>
              <w:rPr>
                <w:b/>
                <w:sz w:val="17"/>
              </w:rPr>
              <w:t>Resultado del proponente</w:t>
            </w:r>
          </w:p>
        </w:tc>
        <w:tc>
          <w:tcPr>
            <w:tcW w:w="2232" w:type="dxa"/>
            <w:gridSpan w:val="2"/>
            <w:shd w:val="clear" w:color="auto" w:fill="D9D9D9"/>
            <w:tcMar>
              <w:top w:w="80" w:type="dxa"/>
              <w:left w:w="80" w:type="dxa"/>
              <w:bottom w:w="80" w:type="dxa"/>
              <w:right w:w="80" w:type="dxa"/>
            </w:tcMar>
            <w:vAlign w:val="center"/>
          </w:tcPr>
          <w:p w14:paraId="6E57E289" w14:textId="77777777" w:rsidR="0064679A" w:rsidRDefault="00000000">
            <w:pPr>
              <w:spacing w:after="0"/>
              <w:jc w:val="center"/>
            </w:pPr>
            <w:r>
              <w:rPr>
                <w:b/>
                <w:sz w:val="17"/>
              </w:rPr>
              <w:t>Requisito</w:t>
            </w:r>
          </w:p>
        </w:tc>
      </w:tr>
      <w:tr w:rsidR="0064679A" w14:paraId="3B4FE48E" w14:textId="77777777">
        <w:trPr>
          <w:jc w:val="center"/>
        </w:trPr>
        <w:tc>
          <w:tcPr>
            <w:tcW w:w="2232" w:type="dxa"/>
            <w:gridSpan w:val="2"/>
            <w:tcMar>
              <w:top w:w="80" w:type="dxa"/>
              <w:left w:w="80" w:type="dxa"/>
              <w:bottom w:w="80" w:type="dxa"/>
              <w:right w:w="80" w:type="dxa"/>
            </w:tcMar>
            <w:vAlign w:val="center"/>
          </w:tcPr>
          <w:p w14:paraId="1325008E" w14:textId="77777777" w:rsidR="0064679A" w:rsidRDefault="00000000">
            <w:pPr>
              <w:spacing w:after="0"/>
              <w:jc w:val="center"/>
            </w:pPr>
            <w:r>
              <w:rPr>
                <w:sz w:val="17"/>
              </w:rPr>
              <w:t>Liquidez</w:t>
            </w:r>
          </w:p>
        </w:tc>
        <w:tc>
          <w:tcPr>
            <w:tcW w:w="3240" w:type="dxa"/>
            <w:gridSpan w:val="3"/>
            <w:tcMar>
              <w:top w:w="80" w:type="dxa"/>
              <w:left w:w="80" w:type="dxa"/>
              <w:bottom w:w="80" w:type="dxa"/>
              <w:right w:w="80" w:type="dxa"/>
            </w:tcMar>
            <w:vAlign w:val="center"/>
          </w:tcPr>
          <w:p w14:paraId="0D930195" w14:textId="77777777" w:rsidR="0064679A" w:rsidRDefault="00000000">
            <w:pPr>
              <w:spacing w:after="0"/>
            </w:pPr>
            <w:r>
              <w:rPr>
                <w:sz w:val="17"/>
              </w:rPr>
              <w:t>Activo corriente / Pasivo corriente</w:t>
            </w:r>
          </w:p>
        </w:tc>
        <w:tc>
          <w:tcPr>
            <w:tcW w:w="1800" w:type="dxa"/>
            <w:gridSpan w:val="2"/>
            <w:tcMar>
              <w:top w:w="80" w:type="dxa"/>
              <w:left w:w="80" w:type="dxa"/>
              <w:bottom w:w="80" w:type="dxa"/>
              <w:right w:w="80" w:type="dxa"/>
            </w:tcMar>
            <w:vAlign w:val="center"/>
          </w:tcPr>
          <w:p w14:paraId="5BB07B3B" w14:textId="77777777" w:rsidR="0064679A" w:rsidRDefault="0064679A">
            <w:pPr>
              <w:spacing w:after="0"/>
            </w:pPr>
          </w:p>
        </w:tc>
        <w:tc>
          <w:tcPr>
            <w:tcW w:w="2232" w:type="dxa"/>
            <w:gridSpan w:val="2"/>
            <w:tcMar>
              <w:top w:w="80" w:type="dxa"/>
              <w:left w:w="80" w:type="dxa"/>
              <w:bottom w:w="80" w:type="dxa"/>
              <w:right w:w="80" w:type="dxa"/>
            </w:tcMar>
            <w:vAlign w:val="center"/>
          </w:tcPr>
          <w:p w14:paraId="1C7478ED" w14:textId="77777777" w:rsidR="0064679A" w:rsidRDefault="00000000">
            <w:pPr>
              <w:spacing w:after="0"/>
            </w:pPr>
            <w:r>
              <w:rPr>
                <w:sz w:val="17"/>
              </w:rPr>
              <w:t>≥ 1,20</w:t>
            </w:r>
          </w:p>
        </w:tc>
      </w:tr>
      <w:tr w:rsidR="0064679A" w14:paraId="7EE4BA31" w14:textId="77777777">
        <w:trPr>
          <w:jc w:val="center"/>
        </w:trPr>
        <w:tc>
          <w:tcPr>
            <w:tcW w:w="2232" w:type="dxa"/>
            <w:gridSpan w:val="2"/>
            <w:tcMar>
              <w:top w:w="80" w:type="dxa"/>
              <w:left w:w="80" w:type="dxa"/>
              <w:bottom w:w="80" w:type="dxa"/>
              <w:right w:w="80" w:type="dxa"/>
            </w:tcMar>
            <w:vAlign w:val="center"/>
          </w:tcPr>
          <w:p w14:paraId="02FFE7DE" w14:textId="77777777" w:rsidR="0064679A" w:rsidRDefault="00000000">
            <w:pPr>
              <w:spacing w:after="0"/>
              <w:jc w:val="center"/>
            </w:pPr>
            <w:r>
              <w:rPr>
                <w:sz w:val="17"/>
              </w:rPr>
              <w:t>Endeudamiento</w:t>
            </w:r>
          </w:p>
        </w:tc>
        <w:tc>
          <w:tcPr>
            <w:tcW w:w="3240" w:type="dxa"/>
            <w:gridSpan w:val="3"/>
            <w:tcMar>
              <w:top w:w="80" w:type="dxa"/>
              <w:left w:w="80" w:type="dxa"/>
              <w:bottom w:w="80" w:type="dxa"/>
              <w:right w:w="80" w:type="dxa"/>
            </w:tcMar>
            <w:vAlign w:val="center"/>
          </w:tcPr>
          <w:p w14:paraId="2E6EDFAE" w14:textId="77777777" w:rsidR="0064679A" w:rsidRDefault="00000000">
            <w:pPr>
              <w:spacing w:after="0"/>
            </w:pPr>
            <w:r>
              <w:rPr>
                <w:sz w:val="17"/>
              </w:rPr>
              <w:t>Pasivo total / Activo total</w:t>
            </w:r>
          </w:p>
        </w:tc>
        <w:tc>
          <w:tcPr>
            <w:tcW w:w="1800" w:type="dxa"/>
            <w:gridSpan w:val="2"/>
            <w:tcMar>
              <w:top w:w="80" w:type="dxa"/>
              <w:left w:w="80" w:type="dxa"/>
              <w:bottom w:w="80" w:type="dxa"/>
              <w:right w:w="80" w:type="dxa"/>
            </w:tcMar>
            <w:vAlign w:val="center"/>
          </w:tcPr>
          <w:p w14:paraId="6E87DA3F" w14:textId="77777777" w:rsidR="0064679A" w:rsidRDefault="0064679A">
            <w:pPr>
              <w:spacing w:after="0"/>
            </w:pPr>
          </w:p>
        </w:tc>
        <w:tc>
          <w:tcPr>
            <w:tcW w:w="2232" w:type="dxa"/>
            <w:gridSpan w:val="2"/>
            <w:tcMar>
              <w:top w:w="80" w:type="dxa"/>
              <w:left w:w="80" w:type="dxa"/>
              <w:bottom w:w="80" w:type="dxa"/>
              <w:right w:w="80" w:type="dxa"/>
            </w:tcMar>
            <w:vAlign w:val="center"/>
          </w:tcPr>
          <w:p w14:paraId="6CCC9107" w14:textId="77777777" w:rsidR="0064679A" w:rsidRDefault="00000000">
            <w:pPr>
              <w:spacing w:after="0"/>
            </w:pPr>
            <w:r>
              <w:rPr>
                <w:sz w:val="17"/>
              </w:rPr>
              <w:t>≤ 0,70</w:t>
            </w:r>
          </w:p>
        </w:tc>
      </w:tr>
      <w:tr w:rsidR="0064679A" w14:paraId="4AA8E7D7" w14:textId="77777777">
        <w:trPr>
          <w:jc w:val="center"/>
        </w:trPr>
        <w:tc>
          <w:tcPr>
            <w:tcW w:w="2232" w:type="dxa"/>
            <w:gridSpan w:val="2"/>
            <w:tcMar>
              <w:top w:w="80" w:type="dxa"/>
              <w:left w:w="80" w:type="dxa"/>
              <w:bottom w:w="80" w:type="dxa"/>
              <w:right w:w="80" w:type="dxa"/>
            </w:tcMar>
            <w:vAlign w:val="center"/>
          </w:tcPr>
          <w:p w14:paraId="27C7E55C" w14:textId="77777777" w:rsidR="0064679A" w:rsidRDefault="00000000">
            <w:pPr>
              <w:spacing w:after="0"/>
              <w:jc w:val="center"/>
            </w:pPr>
            <w:r>
              <w:rPr>
                <w:sz w:val="17"/>
              </w:rPr>
              <w:t>Cobertura de intereses</w:t>
            </w:r>
          </w:p>
        </w:tc>
        <w:tc>
          <w:tcPr>
            <w:tcW w:w="3240" w:type="dxa"/>
            <w:gridSpan w:val="3"/>
            <w:tcMar>
              <w:top w:w="80" w:type="dxa"/>
              <w:left w:w="80" w:type="dxa"/>
              <w:bottom w:w="80" w:type="dxa"/>
              <w:right w:w="80" w:type="dxa"/>
            </w:tcMar>
            <w:vAlign w:val="center"/>
          </w:tcPr>
          <w:p w14:paraId="3AB6C221" w14:textId="77777777" w:rsidR="0064679A" w:rsidRDefault="00000000">
            <w:pPr>
              <w:spacing w:after="0"/>
            </w:pPr>
            <w:r>
              <w:rPr>
                <w:sz w:val="17"/>
              </w:rPr>
              <w:t>Utilidad operacional / Gastos de intereses</w:t>
            </w:r>
          </w:p>
        </w:tc>
        <w:tc>
          <w:tcPr>
            <w:tcW w:w="1800" w:type="dxa"/>
            <w:gridSpan w:val="2"/>
            <w:tcMar>
              <w:top w:w="80" w:type="dxa"/>
              <w:left w:w="80" w:type="dxa"/>
              <w:bottom w:w="80" w:type="dxa"/>
              <w:right w:w="80" w:type="dxa"/>
            </w:tcMar>
            <w:vAlign w:val="center"/>
          </w:tcPr>
          <w:p w14:paraId="10423F50" w14:textId="77777777" w:rsidR="0064679A" w:rsidRDefault="0064679A">
            <w:pPr>
              <w:spacing w:after="0"/>
            </w:pPr>
          </w:p>
        </w:tc>
        <w:tc>
          <w:tcPr>
            <w:tcW w:w="2232" w:type="dxa"/>
            <w:gridSpan w:val="2"/>
            <w:tcMar>
              <w:top w:w="80" w:type="dxa"/>
              <w:left w:w="80" w:type="dxa"/>
              <w:bottom w:w="80" w:type="dxa"/>
              <w:right w:w="80" w:type="dxa"/>
            </w:tcMar>
            <w:vAlign w:val="center"/>
          </w:tcPr>
          <w:p w14:paraId="588392F0" w14:textId="77777777" w:rsidR="0064679A" w:rsidRDefault="00000000">
            <w:pPr>
              <w:spacing w:after="0"/>
            </w:pPr>
            <w:r>
              <w:rPr>
                <w:sz w:val="17"/>
              </w:rPr>
              <w:t>≥ 1,00 o indeterminado cuando legalmente proceda</w:t>
            </w:r>
          </w:p>
        </w:tc>
      </w:tr>
      <w:tr w:rsidR="0064679A" w14:paraId="7E988F7C" w14:textId="77777777">
        <w:trPr>
          <w:jc w:val="center"/>
        </w:trPr>
        <w:tc>
          <w:tcPr>
            <w:tcW w:w="2232" w:type="dxa"/>
            <w:gridSpan w:val="2"/>
            <w:tcMar>
              <w:top w:w="80" w:type="dxa"/>
              <w:left w:w="80" w:type="dxa"/>
              <w:bottom w:w="80" w:type="dxa"/>
              <w:right w:w="80" w:type="dxa"/>
            </w:tcMar>
            <w:vAlign w:val="center"/>
          </w:tcPr>
          <w:p w14:paraId="4CD2F71A" w14:textId="77777777" w:rsidR="0064679A" w:rsidRDefault="00000000">
            <w:pPr>
              <w:spacing w:after="0"/>
              <w:jc w:val="center"/>
            </w:pPr>
            <w:r>
              <w:rPr>
                <w:sz w:val="17"/>
              </w:rPr>
              <w:t>Rentabilidad del patrimonio</w:t>
            </w:r>
          </w:p>
        </w:tc>
        <w:tc>
          <w:tcPr>
            <w:tcW w:w="3240" w:type="dxa"/>
            <w:gridSpan w:val="3"/>
            <w:tcMar>
              <w:top w:w="80" w:type="dxa"/>
              <w:left w:w="80" w:type="dxa"/>
              <w:bottom w:w="80" w:type="dxa"/>
              <w:right w:w="80" w:type="dxa"/>
            </w:tcMar>
            <w:vAlign w:val="center"/>
          </w:tcPr>
          <w:p w14:paraId="545E6BAC" w14:textId="77777777" w:rsidR="0064679A" w:rsidRDefault="00000000">
            <w:pPr>
              <w:spacing w:after="0"/>
            </w:pPr>
            <w:r>
              <w:rPr>
                <w:sz w:val="17"/>
              </w:rPr>
              <w:t>Utilidad operacional / Patrimonio</w:t>
            </w:r>
          </w:p>
        </w:tc>
        <w:tc>
          <w:tcPr>
            <w:tcW w:w="1800" w:type="dxa"/>
            <w:gridSpan w:val="2"/>
            <w:tcMar>
              <w:top w:w="80" w:type="dxa"/>
              <w:left w:w="80" w:type="dxa"/>
              <w:bottom w:w="80" w:type="dxa"/>
              <w:right w:w="80" w:type="dxa"/>
            </w:tcMar>
            <w:vAlign w:val="center"/>
          </w:tcPr>
          <w:p w14:paraId="45558D69" w14:textId="77777777" w:rsidR="0064679A" w:rsidRDefault="0064679A">
            <w:pPr>
              <w:spacing w:after="0"/>
            </w:pPr>
          </w:p>
        </w:tc>
        <w:tc>
          <w:tcPr>
            <w:tcW w:w="2232" w:type="dxa"/>
            <w:gridSpan w:val="2"/>
            <w:tcMar>
              <w:top w:w="80" w:type="dxa"/>
              <w:left w:w="80" w:type="dxa"/>
              <w:bottom w:w="80" w:type="dxa"/>
              <w:right w:w="80" w:type="dxa"/>
            </w:tcMar>
            <w:vAlign w:val="center"/>
          </w:tcPr>
          <w:p w14:paraId="7E1ECC82" w14:textId="77777777" w:rsidR="0064679A" w:rsidRDefault="00000000">
            <w:pPr>
              <w:spacing w:after="0"/>
            </w:pPr>
            <w:r>
              <w:rPr>
                <w:sz w:val="17"/>
              </w:rPr>
              <w:t>≥ 0,05</w:t>
            </w:r>
          </w:p>
        </w:tc>
      </w:tr>
      <w:tr w:rsidR="0064679A" w14:paraId="0A2E6155" w14:textId="77777777">
        <w:trPr>
          <w:jc w:val="center"/>
        </w:trPr>
        <w:tc>
          <w:tcPr>
            <w:tcW w:w="2232" w:type="dxa"/>
            <w:gridSpan w:val="2"/>
            <w:tcMar>
              <w:top w:w="80" w:type="dxa"/>
              <w:left w:w="80" w:type="dxa"/>
              <w:bottom w:w="80" w:type="dxa"/>
              <w:right w:w="80" w:type="dxa"/>
            </w:tcMar>
            <w:vAlign w:val="center"/>
          </w:tcPr>
          <w:p w14:paraId="3DC5766B" w14:textId="77777777" w:rsidR="0064679A" w:rsidRDefault="00000000">
            <w:pPr>
              <w:spacing w:after="0"/>
              <w:jc w:val="center"/>
            </w:pPr>
            <w:r>
              <w:rPr>
                <w:sz w:val="17"/>
              </w:rPr>
              <w:t>Rentabilidad del activo</w:t>
            </w:r>
          </w:p>
        </w:tc>
        <w:tc>
          <w:tcPr>
            <w:tcW w:w="3240" w:type="dxa"/>
            <w:gridSpan w:val="3"/>
            <w:tcMar>
              <w:top w:w="80" w:type="dxa"/>
              <w:left w:w="80" w:type="dxa"/>
              <w:bottom w:w="80" w:type="dxa"/>
              <w:right w:w="80" w:type="dxa"/>
            </w:tcMar>
            <w:vAlign w:val="center"/>
          </w:tcPr>
          <w:p w14:paraId="5B5CAFC6" w14:textId="77777777" w:rsidR="0064679A" w:rsidRDefault="00000000">
            <w:pPr>
              <w:spacing w:after="0"/>
            </w:pPr>
            <w:r>
              <w:rPr>
                <w:sz w:val="17"/>
              </w:rPr>
              <w:t>Utilidad operacional / Activo total</w:t>
            </w:r>
          </w:p>
        </w:tc>
        <w:tc>
          <w:tcPr>
            <w:tcW w:w="1800" w:type="dxa"/>
            <w:gridSpan w:val="2"/>
            <w:tcMar>
              <w:top w:w="80" w:type="dxa"/>
              <w:left w:w="80" w:type="dxa"/>
              <w:bottom w:w="80" w:type="dxa"/>
              <w:right w:w="80" w:type="dxa"/>
            </w:tcMar>
            <w:vAlign w:val="center"/>
          </w:tcPr>
          <w:p w14:paraId="0DD03505" w14:textId="77777777" w:rsidR="0064679A" w:rsidRDefault="0064679A">
            <w:pPr>
              <w:spacing w:after="0"/>
            </w:pPr>
          </w:p>
        </w:tc>
        <w:tc>
          <w:tcPr>
            <w:tcW w:w="2232" w:type="dxa"/>
            <w:gridSpan w:val="2"/>
            <w:tcMar>
              <w:top w:w="80" w:type="dxa"/>
              <w:left w:w="80" w:type="dxa"/>
              <w:bottom w:w="80" w:type="dxa"/>
              <w:right w:w="80" w:type="dxa"/>
            </w:tcMar>
            <w:vAlign w:val="center"/>
          </w:tcPr>
          <w:p w14:paraId="078EBE7C" w14:textId="77777777" w:rsidR="0064679A" w:rsidRDefault="00000000">
            <w:pPr>
              <w:spacing w:after="0"/>
            </w:pPr>
            <w:r>
              <w:rPr>
                <w:sz w:val="17"/>
              </w:rPr>
              <w:t>≥ 0,04</w:t>
            </w:r>
          </w:p>
        </w:tc>
      </w:tr>
    </w:tbl>
    <w:p w14:paraId="3058BBE4" w14:textId="77777777" w:rsidR="0064679A" w:rsidRDefault="00000000">
      <w:r>
        <w:rPr>
          <w:b/>
          <w:sz w:val="20"/>
        </w:rPr>
        <w:t>D. CERTIFICACIÓN</w:t>
      </w:r>
    </w:p>
    <w:p w14:paraId="572CF4A4" w14:textId="77777777" w:rsidR="0064679A" w:rsidRDefault="00000000">
      <w:pPr>
        <w:jc w:val="both"/>
      </w:pPr>
      <w:r>
        <w:rPr>
          <w:sz w:val="20"/>
        </w:rPr>
        <w:t>Certificamos que la información anterior corresponde a los estados financieros y documentos equivalentes legalmente exigibles en la jurisdicción de origen, que se anexan con las certificaciones, traducciones, apostillas o legalizaciones que procedan. Asimismo, manifestamos que las cifras son comparables con los indicadores establecidos en el pliego y que la Entidad podrá verificar su consistencia.</w:t>
      </w:r>
    </w:p>
    <w:p w14:paraId="72B2171C" w14:textId="77777777" w:rsidR="0064679A" w:rsidRDefault="00000000">
      <w:r>
        <w:rPr>
          <w:sz w:val="20"/>
        </w:rPr>
        <w:t>Contador / auditor / revisor fiscal que certifica, cuando corresponda: ______________________________</w:t>
      </w:r>
      <w:r>
        <w:rPr>
          <w:sz w:val="20"/>
        </w:rPr>
        <w:br/>
        <w:t>Registro o licencia profesional: ______________________________</w:t>
      </w:r>
      <w:r>
        <w:rPr>
          <w:sz w:val="20"/>
        </w:rPr>
        <w:br/>
        <w:t>Autoridad que acredita la habilitación profesional: ______________________________</w:t>
      </w:r>
    </w:p>
    <w:p w14:paraId="352D7DB7" w14:textId="77777777" w:rsidR="0064679A" w:rsidRDefault="00000000">
      <w:r>
        <w:rPr>
          <w:sz w:val="20"/>
        </w:rPr>
        <w:t>En constancia, se firma en ____________________, a los ____ días del mes de __________________ de 2026.</w:t>
      </w:r>
    </w:p>
    <w:p w14:paraId="2D3CA894" w14:textId="77777777" w:rsidR="0064679A" w:rsidRDefault="00000000">
      <w:pPr>
        <w:spacing w:after="40"/>
      </w:pPr>
      <w:r>
        <w:rPr>
          <w:sz w:val="20"/>
        </w:rPr>
        <w:t>Firma: ______________________________   Nombre: ______________________________</w:t>
      </w:r>
    </w:p>
    <w:p w14:paraId="0B1BFA1B" w14:textId="77777777" w:rsidR="0064679A" w:rsidRDefault="00000000">
      <w:pPr>
        <w:spacing w:after="40"/>
      </w:pPr>
      <w:r>
        <w:rPr>
          <w:sz w:val="20"/>
        </w:rPr>
        <w:t>Calidad en que actúa: ____________________   Documento / NIT: ____________________   Correo / teléfono: ____________________</w:t>
      </w:r>
    </w:p>
    <w:p w14:paraId="4B568419" w14:textId="77777777" w:rsidR="0064679A" w:rsidRDefault="00000000">
      <w:r>
        <w:br w:type="page"/>
      </w:r>
    </w:p>
    <w:p w14:paraId="511685F4" w14:textId="77777777" w:rsidR="0064679A" w:rsidRDefault="00000000">
      <w:pPr>
        <w:spacing w:after="160"/>
        <w:jc w:val="center"/>
      </w:pPr>
      <w:r>
        <w:rPr>
          <w:b/>
          <w:sz w:val="24"/>
        </w:rPr>
        <w:lastRenderedPageBreak/>
        <w:t>FORMATO 3. EXPERIENCIA DEL PROPONENTE</w:t>
      </w:r>
    </w:p>
    <w:p w14:paraId="681DB76E"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5712F657"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0D81395B" w14:textId="77777777" w:rsidR="0064679A" w:rsidRDefault="00000000">
      <w:r>
        <w:rPr>
          <w:sz w:val="20"/>
        </w:rPr>
        <w:t>Marque la regla que aplica: experiencia general - hasta dos (2) contratos [  ]   |   criterio habilitante diferencial - hasta tres (3) contratos [  ].</w:t>
      </w:r>
    </w:p>
    <w:p w14:paraId="3182120E" w14:textId="77777777" w:rsidR="0064679A" w:rsidRDefault="00000000">
      <w:r>
        <w:rPr>
          <w:sz w:val="20"/>
        </w:rPr>
        <w:t>Condición diferencial invocada y soporte: ________________________________________________________________</w:t>
      </w:r>
    </w:p>
    <w:tbl>
      <w:tblPr>
        <w:tblStyle w:val="Tablaconcuadrcula"/>
        <w:tblW w:w="0" w:type="auto"/>
        <w:jc w:val="center"/>
        <w:tblLook w:val="04A0" w:firstRow="1" w:lastRow="0" w:firstColumn="1" w:lastColumn="0" w:noHBand="0" w:noVBand="1"/>
      </w:tblPr>
      <w:tblGrid>
        <w:gridCol w:w="714"/>
        <w:gridCol w:w="830"/>
        <w:gridCol w:w="778"/>
        <w:gridCol w:w="913"/>
        <w:gridCol w:w="739"/>
        <w:gridCol w:w="892"/>
        <w:gridCol w:w="926"/>
        <w:gridCol w:w="790"/>
        <w:gridCol w:w="764"/>
        <w:gridCol w:w="878"/>
        <w:gridCol w:w="778"/>
      </w:tblGrid>
      <w:tr w:rsidR="0064679A" w14:paraId="2FC006C7" w14:textId="77777777">
        <w:trPr>
          <w:jc w:val="center"/>
        </w:trPr>
        <w:tc>
          <w:tcPr>
            <w:tcW w:w="804" w:type="dxa"/>
            <w:shd w:val="clear" w:color="auto" w:fill="D9D9D9"/>
            <w:tcMar>
              <w:top w:w="80" w:type="dxa"/>
              <w:left w:w="80" w:type="dxa"/>
              <w:bottom w:w="80" w:type="dxa"/>
              <w:right w:w="80" w:type="dxa"/>
            </w:tcMar>
            <w:vAlign w:val="center"/>
          </w:tcPr>
          <w:p w14:paraId="65FB6D30" w14:textId="77777777" w:rsidR="0064679A" w:rsidRDefault="00000000">
            <w:pPr>
              <w:spacing w:after="0"/>
              <w:jc w:val="center"/>
            </w:pPr>
            <w:r>
              <w:rPr>
                <w:b/>
                <w:sz w:val="15"/>
              </w:rPr>
              <w:t>No.</w:t>
            </w:r>
          </w:p>
        </w:tc>
        <w:tc>
          <w:tcPr>
            <w:tcW w:w="804" w:type="dxa"/>
            <w:shd w:val="clear" w:color="auto" w:fill="D9D9D9"/>
            <w:tcMar>
              <w:top w:w="80" w:type="dxa"/>
              <w:left w:w="80" w:type="dxa"/>
              <w:bottom w:w="80" w:type="dxa"/>
              <w:right w:w="80" w:type="dxa"/>
            </w:tcMar>
            <w:vAlign w:val="center"/>
          </w:tcPr>
          <w:p w14:paraId="7998BCED" w14:textId="77777777" w:rsidR="0064679A" w:rsidRDefault="00000000">
            <w:pPr>
              <w:spacing w:after="0"/>
              <w:jc w:val="center"/>
            </w:pPr>
            <w:r>
              <w:rPr>
                <w:b/>
                <w:sz w:val="15"/>
              </w:rPr>
              <w:t>Entidad contratante</w:t>
            </w:r>
          </w:p>
        </w:tc>
        <w:tc>
          <w:tcPr>
            <w:tcW w:w="804" w:type="dxa"/>
            <w:shd w:val="clear" w:color="auto" w:fill="D9D9D9"/>
            <w:tcMar>
              <w:top w:w="80" w:type="dxa"/>
              <w:left w:w="80" w:type="dxa"/>
              <w:bottom w:w="80" w:type="dxa"/>
              <w:right w:w="80" w:type="dxa"/>
            </w:tcMar>
            <w:vAlign w:val="center"/>
          </w:tcPr>
          <w:p w14:paraId="7394BEEA" w14:textId="77777777" w:rsidR="0064679A" w:rsidRDefault="00000000">
            <w:pPr>
              <w:spacing w:after="0"/>
              <w:jc w:val="center"/>
            </w:pPr>
            <w:r>
              <w:rPr>
                <w:b/>
                <w:sz w:val="15"/>
              </w:rPr>
              <w:t>Contrato</w:t>
            </w:r>
          </w:p>
        </w:tc>
        <w:tc>
          <w:tcPr>
            <w:tcW w:w="804" w:type="dxa"/>
            <w:shd w:val="clear" w:color="auto" w:fill="D9D9D9"/>
            <w:tcMar>
              <w:top w:w="80" w:type="dxa"/>
              <w:left w:w="80" w:type="dxa"/>
              <w:bottom w:w="80" w:type="dxa"/>
              <w:right w:w="80" w:type="dxa"/>
            </w:tcMar>
            <w:vAlign w:val="center"/>
          </w:tcPr>
          <w:p w14:paraId="2C6D09B9" w14:textId="77777777" w:rsidR="0064679A" w:rsidRDefault="00000000">
            <w:pPr>
              <w:spacing w:after="0"/>
              <w:jc w:val="center"/>
            </w:pPr>
            <w:r>
              <w:rPr>
                <w:b/>
                <w:sz w:val="15"/>
              </w:rPr>
              <w:t>Objeto / actividades relacionadas</w:t>
            </w:r>
          </w:p>
        </w:tc>
        <w:tc>
          <w:tcPr>
            <w:tcW w:w="804" w:type="dxa"/>
            <w:shd w:val="clear" w:color="auto" w:fill="D9D9D9"/>
            <w:tcMar>
              <w:top w:w="80" w:type="dxa"/>
              <w:left w:w="80" w:type="dxa"/>
              <w:bottom w:w="80" w:type="dxa"/>
              <w:right w:w="80" w:type="dxa"/>
            </w:tcMar>
            <w:vAlign w:val="center"/>
          </w:tcPr>
          <w:p w14:paraId="6E1ADBA4" w14:textId="77777777" w:rsidR="0064679A" w:rsidRDefault="00000000">
            <w:pPr>
              <w:spacing w:after="0"/>
              <w:jc w:val="center"/>
            </w:pPr>
            <w:r>
              <w:rPr>
                <w:b/>
                <w:sz w:val="15"/>
              </w:rPr>
              <w:t>Inicio</w:t>
            </w:r>
          </w:p>
        </w:tc>
        <w:tc>
          <w:tcPr>
            <w:tcW w:w="804" w:type="dxa"/>
            <w:shd w:val="clear" w:color="auto" w:fill="D9D9D9"/>
            <w:tcMar>
              <w:top w:w="80" w:type="dxa"/>
              <w:left w:w="80" w:type="dxa"/>
              <w:bottom w:w="80" w:type="dxa"/>
              <w:right w:w="80" w:type="dxa"/>
            </w:tcMar>
            <w:vAlign w:val="center"/>
          </w:tcPr>
          <w:p w14:paraId="17690FD4" w14:textId="77777777" w:rsidR="0064679A" w:rsidRDefault="00000000">
            <w:pPr>
              <w:spacing w:after="0"/>
              <w:jc w:val="center"/>
            </w:pPr>
            <w:r>
              <w:rPr>
                <w:b/>
                <w:sz w:val="15"/>
              </w:rPr>
              <w:t>Terminación</w:t>
            </w:r>
          </w:p>
        </w:tc>
        <w:tc>
          <w:tcPr>
            <w:tcW w:w="804" w:type="dxa"/>
            <w:shd w:val="clear" w:color="auto" w:fill="D9D9D9"/>
            <w:tcMar>
              <w:top w:w="80" w:type="dxa"/>
              <w:left w:w="80" w:type="dxa"/>
              <w:bottom w:w="80" w:type="dxa"/>
              <w:right w:w="80" w:type="dxa"/>
            </w:tcMar>
            <w:vAlign w:val="center"/>
          </w:tcPr>
          <w:p w14:paraId="3490E50C" w14:textId="77777777" w:rsidR="0064679A" w:rsidRDefault="00000000">
            <w:pPr>
              <w:spacing w:after="0"/>
              <w:jc w:val="center"/>
            </w:pPr>
            <w:r>
              <w:rPr>
                <w:b/>
                <w:sz w:val="15"/>
              </w:rPr>
              <w:t>% participación</w:t>
            </w:r>
          </w:p>
        </w:tc>
        <w:tc>
          <w:tcPr>
            <w:tcW w:w="804" w:type="dxa"/>
            <w:shd w:val="clear" w:color="auto" w:fill="D9D9D9"/>
            <w:tcMar>
              <w:top w:w="80" w:type="dxa"/>
              <w:left w:w="80" w:type="dxa"/>
              <w:bottom w:w="80" w:type="dxa"/>
              <w:right w:w="80" w:type="dxa"/>
            </w:tcMar>
            <w:vAlign w:val="center"/>
          </w:tcPr>
          <w:p w14:paraId="35AFDD91" w14:textId="77777777" w:rsidR="0064679A" w:rsidRDefault="00000000">
            <w:pPr>
              <w:spacing w:after="0"/>
              <w:jc w:val="center"/>
            </w:pPr>
            <w:r>
              <w:rPr>
                <w:b/>
                <w:sz w:val="15"/>
              </w:rPr>
              <w:t>Valor ejecutado</w:t>
            </w:r>
          </w:p>
        </w:tc>
        <w:tc>
          <w:tcPr>
            <w:tcW w:w="804" w:type="dxa"/>
            <w:shd w:val="clear" w:color="auto" w:fill="D9D9D9"/>
            <w:tcMar>
              <w:top w:w="80" w:type="dxa"/>
              <w:left w:w="80" w:type="dxa"/>
              <w:bottom w:w="80" w:type="dxa"/>
              <w:right w:w="80" w:type="dxa"/>
            </w:tcMar>
            <w:vAlign w:val="center"/>
          </w:tcPr>
          <w:p w14:paraId="36D3E635" w14:textId="77777777" w:rsidR="0064679A" w:rsidRDefault="00000000">
            <w:pPr>
              <w:spacing w:after="0"/>
              <w:jc w:val="center"/>
            </w:pPr>
            <w:r>
              <w:rPr>
                <w:b/>
                <w:sz w:val="15"/>
              </w:rPr>
              <w:t>Valor en SMMLV</w:t>
            </w:r>
          </w:p>
        </w:tc>
        <w:tc>
          <w:tcPr>
            <w:tcW w:w="804" w:type="dxa"/>
            <w:shd w:val="clear" w:color="auto" w:fill="D9D9D9"/>
            <w:tcMar>
              <w:top w:w="80" w:type="dxa"/>
              <w:left w:w="80" w:type="dxa"/>
              <w:bottom w:w="80" w:type="dxa"/>
              <w:right w:w="80" w:type="dxa"/>
            </w:tcMar>
            <w:vAlign w:val="center"/>
          </w:tcPr>
          <w:p w14:paraId="7A33539F" w14:textId="77777777" w:rsidR="0064679A" w:rsidRDefault="00000000">
            <w:pPr>
              <w:spacing w:after="0"/>
              <w:jc w:val="center"/>
            </w:pPr>
            <w:r>
              <w:rPr>
                <w:b/>
                <w:sz w:val="15"/>
              </w:rPr>
              <w:t>RUP / consecutivo</w:t>
            </w:r>
          </w:p>
        </w:tc>
        <w:tc>
          <w:tcPr>
            <w:tcW w:w="804" w:type="dxa"/>
            <w:shd w:val="clear" w:color="auto" w:fill="D9D9D9"/>
            <w:tcMar>
              <w:top w:w="80" w:type="dxa"/>
              <w:left w:w="80" w:type="dxa"/>
              <w:bottom w:w="80" w:type="dxa"/>
              <w:right w:w="80" w:type="dxa"/>
            </w:tcMar>
            <w:vAlign w:val="center"/>
          </w:tcPr>
          <w:p w14:paraId="1E1BE8D5" w14:textId="77777777" w:rsidR="0064679A" w:rsidRDefault="00000000">
            <w:pPr>
              <w:spacing w:after="0"/>
              <w:jc w:val="center"/>
            </w:pPr>
            <w:r>
              <w:rPr>
                <w:b/>
                <w:sz w:val="15"/>
              </w:rPr>
              <w:t>UNSPSC / soporte</w:t>
            </w:r>
          </w:p>
        </w:tc>
      </w:tr>
      <w:tr w:rsidR="0064679A" w14:paraId="386D9428" w14:textId="77777777">
        <w:trPr>
          <w:jc w:val="center"/>
        </w:trPr>
        <w:tc>
          <w:tcPr>
            <w:tcW w:w="804" w:type="dxa"/>
            <w:tcMar>
              <w:top w:w="80" w:type="dxa"/>
              <w:left w:w="80" w:type="dxa"/>
              <w:bottom w:w="80" w:type="dxa"/>
              <w:right w:w="80" w:type="dxa"/>
            </w:tcMar>
            <w:vAlign w:val="center"/>
          </w:tcPr>
          <w:p w14:paraId="74D0BA22" w14:textId="77777777" w:rsidR="0064679A" w:rsidRDefault="00000000">
            <w:pPr>
              <w:spacing w:after="0"/>
              <w:jc w:val="center"/>
            </w:pPr>
            <w:r>
              <w:rPr>
                <w:sz w:val="15"/>
              </w:rPr>
              <w:t>1</w:t>
            </w:r>
          </w:p>
        </w:tc>
        <w:tc>
          <w:tcPr>
            <w:tcW w:w="804" w:type="dxa"/>
            <w:tcMar>
              <w:top w:w="80" w:type="dxa"/>
              <w:left w:w="80" w:type="dxa"/>
              <w:bottom w:w="80" w:type="dxa"/>
              <w:right w:w="80" w:type="dxa"/>
            </w:tcMar>
            <w:vAlign w:val="center"/>
          </w:tcPr>
          <w:p w14:paraId="0681B340" w14:textId="77777777" w:rsidR="0064679A" w:rsidRDefault="0064679A">
            <w:pPr>
              <w:spacing w:after="0"/>
            </w:pPr>
          </w:p>
        </w:tc>
        <w:tc>
          <w:tcPr>
            <w:tcW w:w="804" w:type="dxa"/>
            <w:tcMar>
              <w:top w:w="80" w:type="dxa"/>
              <w:left w:w="80" w:type="dxa"/>
              <w:bottom w:w="80" w:type="dxa"/>
              <w:right w:w="80" w:type="dxa"/>
            </w:tcMar>
            <w:vAlign w:val="center"/>
          </w:tcPr>
          <w:p w14:paraId="38C64C55" w14:textId="77777777" w:rsidR="0064679A" w:rsidRDefault="0064679A">
            <w:pPr>
              <w:spacing w:after="0"/>
            </w:pPr>
          </w:p>
        </w:tc>
        <w:tc>
          <w:tcPr>
            <w:tcW w:w="804" w:type="dxa"/>
            <w:tcMar>
              <w:top w:w="80" w:type="dxa"/>
              <w:left w:w="80" w:type="dxa"/>
              <w:bottom w:w="80" w:type="dxa"/>
              <w:right w:w="80" w:type="dxa"/>
            </w:tcMar>
            <w:vAlign w:val="center"/>
          </w:tcPr>
          <w:p w14:paraId="2A6B278E" w14:textId="77777777" w:rsidR="0064679A" w:rsidRDefault="0064679A">
            <w:pPr>
              <w:spacing w:after="0"/>
            </w:pPr>
          </w:p>
        </w:tc>
        <w:tc>
          <w:tcPr>
            <w:tcW w:w="804" w:type="dxa"/>
            <w:tcMar>
              <w:top w:w="80" w:type="dxa"/>
              <w:left w:w="80" w:type="dxa"/>
              <w:bottom w:w="80" w:type="dxa"/>
              <w:right w:w="80" w:type="dxa"/>
            </w:tcMar>
            <w:vAlign w:val="center"/>
          </w:tcPr>
          <w:p w14:paraId="6BD941C8" w14:textId="77777777" w:rsidR="0064679A" w:rsidRDefault="0064679A">
            <w:pPr>
              <w:spacing w:after="0"/>
            </w:pPr>
          </w:p>
        </w:tc>
        <w:tc>
          <w:tcPr>
            <w:tcW w:w="804" w:type="dxa"/>
            <w:tcMar>
              <w:top w:w="80" w:type="dxa"/>
              <w:left w:w="80" w:type="dxa"/>
              <w:bottom w:w="80" w:type="dxa"/>
              <w:right w:w="80" w:type="dxa"/>
            </w:tcMar>
            <w:vAlign w:val="center"/>
          </w:tcPr>
          <w:p w14:paraId="08BD95A3" w14:textId="77777777" w:rsidR="0064679A" w:rsidRDefault="0064679A">
            <w:pPr>
              <w:spacing w:after="0"/>
            </w:pPr>
          </w:p>
        </w:tc>
        <w:tc>
          <w:tcPr>
            <w:tcW w:w="804" w:type="dxa"/>
            <w:tcMar>
              <w:top w:w="80" w:type="dxa"/>
              <w:left w:w="80" w:type="dxa"/>
              <w:bottom w:w="80" w:type="dxa"/>
              <w:right w:w="80" w:type="dxa"/>
            </w:tcMar>
            <w:vAlign w:val="center"/>
          </w:tcPr>
          <w:p w14:paraId="6C224AFB" w14:textId="77777777" w:rsidR="0064679A" w:rsidRDefault="0064679A">
            <w:pPr>
              <w:spacing w:after="0"/>
            </w:pPr>
          </w:p>
        </w:tc>
        <w:tc>
          <w:tcPr>
            <w:tcW w:w="804" w:type="dxa"/>
            <w:tcMar>
              <w:top w:w="80" w:type="dxa"/>
              <w:left w:w="80" w:type="dxa"/>
              <w:bottom w:w="80" w:type="dxa"/>
              <w:right w:w="80" w:type="dxa"/>
            </w:tcMar>
            <w:vAlign w:val="center"/>
          </w:tcPr>
          <w:p w14:paraId="7AA364EF" w14:textId="77777777" w:rsidR="0064679A" w:rsidRDefault="0064679A">
            <w:pPr>
              <w:spacing w:after="0"/>
            </w:pPr>
          </w:p>
        </w:tc>
        <w:tc>
          <w:tcPr>
            <w:tcW w:w="804" w:type="dxa"/>
            <w:tcMar>
              <w:top w:w="80" w:type="dxa"/>
              <w:left w:w="80" w:type="dxa"/>
              <w:bottom w:w="80" w:type="dxa"/>
              <w:right w:w="80" w:type="dxa"/>
            </w:tcMar>
            <w:vAlign w:val="center"/>
          </w:tcPr>
          <w:p w14:paraId="69641849" w14:textId="77777777" w:rsidR="0064679A" w:rsidRDefault="0064679A">
            <w:pPr>
              <w:spacing w:after="0"/>
            </w:pPr>
          </w:p>
        </w:tc>
        <w:tc>
          <w:tcPr>
            <w:tcW w:w="804" w:type="dxa"/>
            <w:tcMar>
              <w:top w:w="80" w:type="dxa"/>
              <w:left w:w="80" w:type="dxa"/>
              <w:bottom w:w="80" w:type="dxa"/>
              <w:right w:w="80" w:type="dxa"/>
            </w:tcMar>
            <w:vAlign w:val="center"/>
          </w:tcPr>
          <w:p w14:paraId="4004A547" w14:textId="77777777" w:rsidR="0064679A" w:rsidRDefault="0064679A">
            <w:pPr>
              <w:spacing w:after="0"/>
            </w:pPr>
          </w:p>
        </w:tc>
        <w:tc>
          <w:tcPr>
            <w:tcW w:w="804" w:type="dxa"/>
            <w:tcMar>
              <w:top w:w="80" w:type="dxa"/>
              <w:left w:w="80" w:type="dxa"/>
              <w:bottom w:w="80" w:type="dxa"/>
              <w:right w:w="80" w:type="dxa"/>
            </w:tcMar>
            <w:vAlign w:val="center"/>
          </w:tcPr>
          <w:p w14:paraId="0D4558D5" w14:textId="77777777" w:rsidR="0064679A" w:rsidRDefault="0064679A">
            <w:pPr>
              <w:spacing w:after="0"/>
            </w:pPr>
          </w:p>
        </w:tc>
      </w:tr>
      <w:tr w:rsidR="0064679A" w14:paraId="67BCA15F" w14:textId="77777777">
        <w:trPr>
          <w:jc w:val="center"/>
        </w:trPr>
        <w:tc>
          <w:tcPr>
            <w:tcW w:w="804" w:type="dxa"/>
            <w:tcMar>
              <w:top w:w="80" w:type="dxa"/>
              <w:left w:w="80" w:type="dxa"/>
              <w:bottom w:w="80" w:type="dxa"/>
              <w:right w:w="80" w:type="dxa"/>
            </w:tcMar>
            <w:vAlign w:val="center"/>
          </w:tcPr>
          <w:p w14:paraId="5ED9A5E2" w14:textId="77777777" w:rsidR="0064679A" w:rsidRDefault="00000000">
            <w:pPr>
              <w:spacing w:after="0"/>
              <w:jc w:val="center"/>
            </w:pPr>
            <w:r>
              <w:rPr>
                <w:sz w:val="15"/>
              </w:rPr>
              <w:t>2</w:t>
            </w:r>
          </w:p>
        </w:tc>
        <w:tc>
          <w:tcPr>
            <w:tcW w:w="804" w:type="dxa"/>
            <w:tcMar>
              <w:top w:w="80" w:type="dxa"/>
              <w:left w:w="80" w:type="dxa"/>
              <w:bottom w:w="80" w:type="dxa"/>
              <w:right w:w="80" w:type="dxa"/>
            </w:tcMar>
            <w:vAlign w:val="center"/>
          </w:tcPr>
          <w:p w14:paraId="5EBDC9C2" w14:textId="77777777" w:rsidR="0064679A" w:rsidRDefault="0064679A">
            <w:pPr>
              <w:spacing w:after="0"/>
            </w:pPr>
          </w:p>
        </w:tc>
        <w:tc>
          <w:tcPr>
            <w:tcW w:w="804" w:type="dxa"/>
            <w:tcMar>
              <w:top w:w="80" w:type="dxa"/>
              <w:left w:w="80" w:type="dxa"/>
              <w:bottom w:w="80" w:type="dxa"/>
              <w:right w:w="80" w:type="dxa"/>
            </w:tcMar>
            <w:vAlign w:val="center"/>
          </w:tcPr>
          <w:p w14:paraId="31F1FE94" w14:textId="77777777" w:rsidR="0064679A" w:rsidRDefault="0064679A">
            <w:pPr>
              <w:spacing w:after="0"/>
            </w:pPr>
          </w:p>
        </w:tc>
        <w:tc>
          <w:tcPr>
            <w:tcW w:w="804" w:type="dxa"/>
            <w:tcMar>
              <w:top w:w="80" w:type="dxa"/>
              <w:left w:w="80" w:type="dxa"/>
              <w:bottom w:w="80" w:type="dxa"/>
              <w:right w:w="80" w:type="dxa"/>
            </w:tcMar>
            <w:vAlign w:val="center"/>
          </w:tcPr>
          <w:p w14:paraId="2BC04B35" w14:textId="77777777" w:rsidR="0064679A" w:rsidRDefault="0064679A">
            <w:pPr>
              <w:spacing w:after="0"/>
            </w:pPr>
          </w:p>
        </w:tc>
        <w:tc>
          <w:tcPr>
            <w:tcW w:w="804" w:type="dxa"/>
            <w:tcMar>
              <w:top w:w="80" w:type="dxa"/>
              <w:left w:w="80" w:type="dxa"/>
              <w:bottom w:w="80" w:type="dxa"/>
              <w:right w:w="80" w:type="dxa"/>
            </w:tcMar>
            <w:vAlign w:val="center"/>
          </w:tcPr>
          <w:p w14:paraId="0B12091F" w14:textId="77777777" w:rsidR="0064679A" w:rsidRDefault="0064679A">
            <w:pPr>
              <w:spacing w:after="0"/>
            </w:pPr>
          </w:p>
        </w:tc>
        <w:tc>
          <w:tcPr>
            <w:tcW w:w="804" w:type="dxa"/>
            <w:tcMar>
              <w:top w:w="80" w:type="dxa"/>
              <w:left w:w="80" w:type="dxa"/>
              <w:bottom w:w="80" w:type="dxa"/>
              <w:right w:w="80" w:type="dxa"/>
            </w:tcMar>
            <w:vAlign w:val="center"/>
          </w:tcPr>
          <w:p w14:paraId="4DF4AE12" w14:textId="77777777" w:rsidR="0064679A" w:rsidRDefault="0064679A">
            <w:pPr>
              <w:spacing w:after="0"/>
            </w:pPr>
          </w:p>
        </w:tc>
        <w:tc>
          <w:tcPr>
            <w:tcW w:w="804" w:type="dxa"/>
            <w:tcMar>
              <w:top w:w="80" w:type="dxa"/>
              <w:left w:w="80" w:type="dxa"/>
              <w:bottom w:w="80" w:type="dxa"/>
              <w:right w:w="80" w:type="dxa"/>
            </w:tcMar>
            <w:vAlign w:val="center"/>
          </w:tcPr>
          <w:p w14:paraId="3EC6D124" w14:textId="77777777" w:rsidR="0064679A" w:rsidRDefault="0064679A">
            <w:pPr>
              <w:spacing w:after="0"/>
            </w:pPr>
          </w:p>
        </w:tc>
        <w:tc>
          <w:tcPr>
            <w:tcW w:w="804" w:type="dxa"/>
            <w:tcMar>
              <w:top w:w="80" w:type="dxa"/>
              <w:left w:w="80" w:type="dxa"/>
              <w:bottom w:w="80" w:type="dxa"/>
              <w:right w:w="80" w:type="dxa"/>
            </w:tcMar>
            <w:vAlign w:val="center"/>
          </w:tcPr>
          <w:p w14:paraId="6C521B6E" w14:textId="77777777" w:rsidR="0064679A" w:rsidRDefault="0064679A">
            <w:pPr>
              <w:spacing w:after="0"/>
            </w:pPr>
          </w:p>
        </w:tc>
        <w:tc>
          <w:tcPr>
            <w:tcW w:w="804" w:type="dxa"/>
            <w:tcMar>
              <w:top w:w="80" w:type="dxa"/>
              <w:left w:w="80" w:type="dxa"/>
              <w:bottom w:w="80" w:type="dxa"/>
              <w:right w:w="80" w:type="dxa"/>
            </w:tcMar>
            <w:vAlign w:val="center"/>
          </w:tcPr>
          <w:p w14:paraId="24F3447F" w14:textId="77777777" w:rsidR="0064679A" w:rsidRDefault="0064679A">
            <w:pPr>
              <w:spacing w:after="0"/>
            </w:pPr>
          </w:p>
        </w:tc>
        <w:tc>
          <w:tcPr>
            <w:tcW w:w="804" w:type="dxa"/>
            <w:tcMar>
              <w:top w:w="80" w:type="dxa"/>
              <w:left w:w="80" w:type="dxa"/>
              <w:bottom w:w="80" w:type="dxa"/>
              <w:right w:w="80" w:type="dxa"/>
            </w:tcMar>
            <w:vAlign w:val="center"/>
          </w:tcPr>
          <w:p w14:paraId="23978771" w14:textId="77777777" w:rsidR="0064679A" w:rsidRDefault="0064679A">
            <w:pPr>
              <w:spacing w:after="0"/>
            </w:pPr>
          </w:p>
        </w:tc>
        <w:tc>
          <w:tcPr>
            <w:tcW w:w="804" w:type="dxa"/>
            <w:tcMar>
              <w:top w:w="80" w:type="dxa"/>
              <w:left w:w="80" w:type="dxa"/>
              <w:bottom w:w="80" w:type="dxa"/>
              <w:right w:w="80" w:type="dxa"/>
            </w:tcMar>
            <w:vAlign w:val="center"/>
          </w:tcPr>
          <w:p w14:paraId="0733C296" w14:textId="77777777" w:rsidR="0064679A" w:rsidRDefault="0064679A">
            <w:pPr>
              <w:spacing w:after="0"/>
            </w:pPr>
          </w:p>
        </w:tc>
      </w:tr>
      <w:tr w:rsidR="0064679A" w14:paraId="4765CAF5" w14:textId="77777777">
        <w:trPr>
          <w:jc w:val="center"/>
        </w:trPr>
        <w:tc>
          <w:tcPr>
            <w:tcW w:w="804" w:type="dxa"/>
            <w:tcMar>
              <w:top w:w="80" w:type="dxa"/>
              <w:left w:w="80" w:type="dxa"/>
              <w:bottom w:w="80" w:type="dxa"/>
              <w:right w:w="80" w:type="dxa"/>
            </w:tcMar>
            <w:vAlign w:val="center"/>
          </w:tcPr>
          <w:p w14:paraId="4A87B225" w14:textId="77777777" w:rsidR="0064679A" w:rsidRDefault="00000000">
            <w:pPr>
              <w:spacing w:after="0"/>
              <w:jc w:val="center"/>
            </w:pPr>
            <w:r>
              <w:rPr>
                <w:sz w:val="15"/>
              </w:rPr>
              <w:t>3</w:t>
            </w:r>
          </w:p>
        </w:tc>
        <w:tc>
          <w:tcPr>
            <w:tcW w:w="804" w:type="dxa"/>
            <w:tcMar>
              <w:top w:w="80" w:type="dxa"/>
              <w:left w:w="80" w:type="dxa"/>
              <w:bottom w:w="80" w:type="dxa"/>
              <w:right w:w="80" w:type="dxa"/>
            </w:tcMar>
            <w:vAlign w:val="center"/>
          </w:tcPr>
          <w:p w14:paraId="52CA2037" w14:textId="77777777" w:rsidR="0064679A" w:rsidRDefault="0064679A">
            <w:pPr>
              <w:spacing w:after="0"/>
            </w:pPr>
          </w:p>
        </w:tc>
        <w:tc>
          <w:tcPr>
            <w:tcW w:w="804" w:type="dxa"/>
            <w:tcMar>
              <w:top w:w="80" w:type="dxa"/>
              <w:left w:w="80" w:type="dxa"/>
              <w:bottom w:w="80" w:type="dxa"/>
              <w:right w:w="80" w:type="dxa"/>
            </w:tcMar>
            <w:vAlign w:val="center"/>
          </w:tcPr>
          <w:p w14:paraId="2F42B19A" w14:textId="77777777" w:rsidR="0064679A" w:rsidRDefault="0064679A">
            <w:pPr>
              <w:spacing w:after="0"/>
            </w:pPr>
          </w:p>
        </w:tc>
        <w:tc>
          <w:tcPr>
            <w:tcW w:w="804" w:type="dxa"/>
            <w:tcMar>
              <w:top w:w="80" w:type="dxa"/>
              <w:left w:w="80" w:type="dxa"/>
              <w:bottom w:w="80" w:type="dxa"/>
              <w:right w:w="80" w:type="dxa"/>
            </w:tcMar>
            <w:vAlign w:val="center"/>
          </w:tcPr>
          <w:p w14:paraId="2CA42FB2" w14:textId="77777777" w:rsidR="0064679A" w:rsidRDefault="0064679A">
            <w:pPr>
              <w:spacing w:after="0"/>
            </w:pPr>
          </w:p>
        </w:tc>
        <w:tc>
          <w:tcPr>
            <w:tcW w:w="804" w:type="dxa"/>
            <w:tcMar>
              <w:top w:w="80" w:type="dxa"/>
              <w:left w:w="80" w:type="dxa"/>
              <w:bottom w:w="80" w:type="dxa"/>
              <w:right w:w="80" w:type="dxa"/>
            </w:tcMar>
            <w:vAlign w:val="center"/>
          </w:tcPr>
          <w:p w14:paraId="31C695D5" w14:textId="77777777" w:rsidR="0064679A" w:rsidRDefault="0064679A">
            <w:pPr>
              <w:spacing w:after="0"/>
            </w:pPr>
          </w:p>
        </w:tc>
        <w:tc>
          <w:tcPr>
            <w:tcW w:w="804" w:type="dxa"/>
            <w:tcMar>
              <w:top w:w="80" w:type="dxa"/>
              <w:left w:w="80" w:type="dxa"/>
              <w:bottom w:w="80" w:type="dxa"/>
              <w:right w:w="80" w:type="dxa"/>
            </w:tcMar>
            <w:vAlign w:val="center"/>
          </w:tcPr>
          <w:p w14:paraId="2A6EE1E0" w14:textId="77777777" w:rsidR="0064679A" w:rsidRDefault="0064679A">
            <w:pPr>
              <w:spacing w:after="0"/>
            </w:pPr>
          </w:p>
        </w:tc>
        <w:tc>
          <w:tcPr>
            <w:tcW w:w="804" w:type="dxa"/>
            <w:tcMar>
              <w:top w:w="80" w:type="dxa"/>
              <w:left w:w="80" w:type="dxa"/>
              <w:bottom w:w="80" w:type="dxa"/>
              <w:right w:w="80" w:type="dxa"/>
            </w:tcMar>
            <w:vAlign w:val="center"/>
          </w:tcPr>
          <w:p w14:paraId="7ADC0B83" w14:textId="77777777" w:rsidR="0064679A" w:rsidRDefault="0064679A">
            <w:pPr>
              <w:spacing w:after="0"/>
            </w:pPr>
          </w:p>
        </w:tc>
        <w:tc>
          <w:tcPr>
            <w:tcW w:w="804" w:type="dxa"/>
            <w:tcMar>
              <w:top w:w="80" w:type="dxa"/>
              <w:left w:w="80" w:type="dxa"/>
              <w:bottom w:w="80" w:type="dxa"/>
              <w:right w:w="80" w:type="dxa"/>
            </w:tcMar>
            <w:vAlign w:val="center"/>
          </w:tcPr>
          <w:p w14:paraId="66B2A92F" w14:textId="77777777" w:rsidR="0064679A" w:rsidRDefault="0064679A">
            <w:pPr>
              <w:spacing w:after="0"/>
            </w:pPr>
          </w:p>
        </w:tc>
        <w:tc>
          <w:tcPr>
            <w:tcW w:w="804" w:type="dxa"/>
            <w:tcMar>
              <w:top w:w="80" w:type="dxa"/>
              <w:left w:w="80" w:type="dxa"/>
              <w:bottom w:w="80" w:type="dxa"/>
              <w:right w:w="80" w:type="dxa"/>
            </w:tcMar>
            <w:vAlign w:val="center"/>
          </w:tcPr>
          <w:p w14:paraId="6F114F01" w14:textId="77777777" w:rsidR="0064679A" w:rsidRDefault="0064679A">
            <w:pPr>
              <w:spacing w:after="0"/>
            </w:pPr>
          </w:p>
        </w:tc>
        <w:tc>
          <w:tcPr>
            <w:tcW w:w="804" w:type="dxa"/>
            <w:tcMar>
              <w:top w:w="80" w:type="dxa"/>
              <w:left w:w="80" w:type="dxa"/>
              <w:bottom w:w="80" w:type="dxa"/>
              <w:right w:w="80" w:type="dxa"/>
            </w:tcMar>
            <w:vAlign w:val="center"/>
          </w:tcPr>
          <w:p w14:paraId="0610DEE4" w14:textId="77777777" w:rsidR="0064679A" w:rsidRDefault="0064679A">
            <w:pPr>
              <w:spacing w:after="0"/>
            </w:pPr>
          </w:p>
        </w:tc>
        <w:tc>
          <w:tcPr>
            <w:tcW w:w="804" w:type="dxa"/>
            <w:tcMar>
              <w:top w:w="80" w:type="dxa"/>
              <w:left w:w="80" w:type="dxa"/>
              <w:bottom w:w="80" w:type="dxa"/>
              <w:right w:w="80" w:type="dxa"/>
            </w:tcMar>
            <w:vAlign w:val="center"/>
          </w:tcPr>
          <w:p w14:paraId="5043782A" w14:textId="77777777" w:rsidR="0064679A" w:rsidRDefault="0064679A">
            <w:pPr>
              <w:spacing w:after="0"/>
            </w:pPr>
          </w:p>
        </w:tc>
      </w:tr>
    </w:tbl>
    <w:p w14:paraId="272801D5" w14:textId="77777777" w:rsidR="0064679A" w:rsidRDefault="00000000">
      <w:r>
        <w:rPr>
          <w:b/>
          <w:sz w:val="20"/>
        </w:rPr>
        <w:t>VALOR TOTAL ACREDITABLE EN SMMLV: ______________________________</w:t>
      </w:r>
    </w:p>
    <w:p w14:paraId="44DB0047" w14:textId="77777777" w:rsidR="0064679A" w:rsidRDefault="00000000">
      <w:pPr>
        <w:spacing w:before="80"/>
        <w:jc w:val="both"/>
      </w:pPr>
      <w:r>
        <w:rPr>
          <w:b/>
          <w:sz w:val="19"/>
        </w:rPr>
        <w:t xml:space="preserve">NOTA: </w:t>
      </w:r>
      <w:r>
        <w:rPr>
          <w:i/>
          <w:sz w:val="19"/>
        </w:rPr>
        <w:t>La regla general permite acreditar hasta dos (2) contratos terminados. Cuando el proponente acredite un criterio habilitante diferencial de experiencia previsto en el pliego, podrá acreditar hasta tres (3). La sumatoria de valores ejecutados acreditables deberá ser igual o superior al 100% del presupuesto oficial expresado en SMMLV.</w:t>
      </w:r>
    </w:p>
    <w:p w14:paraId="20A66A9A" w14:textId="77777777" w:rsidR="0064679A" w:rsidRDefault="00000000">
      <w:pPr>
        <w:spacing w:before="80"/>
        <w:jc w:val="both"/>
      </w:pPr>
      <w:r>
        <w:rPr>
          <w:b/>
          <w:sz w:val="19"/>
        </w:rPr>
        <w:t xml:space="preserve">NOTA: </w:t>
      </w:r>
      <w:r>
        <w:rPr>
          <w:i/>
          <w:sz w:val="19"/>
        </w:rPr>
        <w:t>Los contratos deberán evidenciar operación, cuidado o mantenimiento de granjas, apoyo agropecuario o mantenimiento operativo de instalaciones productivas con labores afines. Entre los contratos aportados deberá acreditarse la totalidad de los códigos UNSPSC 70121700, 70141700 y 70111500, en los términos del pliego.</w:t>
      </w:r>
    </w:p>
    <w:p w14:paraId="2B546260" w14:textId="77777777" w:rsidR="0064679A" w:rsidRDefault="00000000">
      <w:pPr>
        <w:spacing w:before="80"/>
        <w:jc w:val="both"/>
      </w:pPr>
      <w:r>
        <w:rPr>
          <w:b/>
          <w:sz w:val="19"/>
        </w:rPr>
        <w:t xml:space="preserve">NOTA: </w:t>
      </w:r>
      <w:r>
        <w:rPr>
          <w:i/>
          <w:sz w:val="19"/>
        </w:rPr>
        <w:t>Cuando se aporte experiencia privada se anexarán los documentos exigidos en el pliego. No se incluyen valores no ejecutados ni porcentajes que no correspondan a la participación real del proponente.</w:t>
      </w:r>
    </w:p>
    <w:p w14:paraId="5F4EBAD7" w14:textId="77777777" w:rsidR="0064679A" w:rsidRDefault="00000000">
      <w:pPr>
        <w:spacing w:after="240"/>
      </w:pPr>
      <w:r>
        <w:rPr>
          <w:sz w:val="20"/>
        </w:rPr>
        <w:t>En constancia, se firma en ____________________, a los ____ días del mes de __________________ de 2026.</w:t>
      </w:r>
    </w:p>
    <w:p w14:paraId="6A62AC42" w14:textId="77777777" w:rsidR="0064679A" w:rsidRDefault="00000000">
      <w:pPr>
        <w:spacing w:after="40"/>
      </w:pPr>
      <w:r>
        <w:rPr>
          <w:sz w:val="20"/>
        </w:rPr>
        <w:t>Firma: ______________________________________________</w:t>
      </w:r>
    </w:p>
    <w:p w14:paraId="66775E3B" w14:textId="77777777" w:rsidR="0064679A" w:rsidRDefault="00000000">
      <w:pPr>
        <w:spacing w:after="40"/>
      </w:pPr>
      <w:r>
        <w:rPr>
          <w:sz w:val="20"/>
        </w:rPr>
        <w:t>Nombre: _____________________________________________</w:t>
      </w:r>
    </w:p>
    <w:p w14:paraId="0C66D9C0" w14:textId="77777777" w:rsidR="0064679A" w:rsidRDefault="00000000">
      <w:pPr>
        <w:spacing w:after="40"/>
      </w:pPr>
      <w:r>
        <w:rPr>
          <w:sz w:val="20"/>
        </w:rPr>
        <w:t>Calidad en que actúa: _________________________________</w:t>
      </w:r>
    </w:p>
    <w:p w14:paraId="60BC45D5" w14:textId="77777777" w:rsidR="0064679A" w:rsidRDefault="00000000">
      <w:pPr>
        <w:spacing w:after="40"/>
      </w:pPr>
      <w:r>
        <w:rPr>
          <w:sz w:val="20"/>
        </w:rPr>
        <w:t>Documento / NIT: _____________________________________</w:t>
      </w:r>
    </w:p>
    <w:p w14:paraId="31CFE73A" w14:textId="77777777" w:rsidR="0064679A" w:rsidRDefault="00000000">
      <w:pPr>
        <w:spacing w:after="40"/>
      </w:pPr>
      <w:r>
        <w:rPr>
          <w:sz w:val="20"/>
        </w:rPr>
        <w:t>Correo y teléfono: ____________________________________</w:t>
      </w:r>
    </w:p>
    <w:p w14:paraId="0FE676A9" w14:textId="77777777" w:rsidR="0064679A" w:rsidRDefault="00000000">
      <w:r>
        <w:br w:type="page"/>
      </w:r>
    </w:p>
    <w:p w14:paraId="1762FC07" w14:textId="77777777" w:rsidR="0064679A" w:rsidRDefault="00000000">
      <w:pPr>
        <w:spacing w:after="160"/>
        <w:jc w:val="center"/>
      </w:pPr>
      <w:r>
        <w:rPr>
          <w:b/>
          <w:sz w:val="24"/>
        </w:rPr>
        <w:lastRenderedPageBreak/>
        <w:t>FORMATO 4. PROPONENTE PLURAL Y ACEPTACIÓN TÉCNICA</w:t>
      </w:r>
    </w:p>
    <w:p w14:paraId="4B6B48B9" w14:textId="77777777" w:rsidR="0064679A" w:rsidRDefault="00000000">
      <w:pPr>
        <w:jc w:val="both"/>
      </w:pPr>
      <w:r>
        <w:rPr>
          <w:i/>
          <w:sz w:val="20"/>
        </w:rPr>
        <w:t>Este formato contiene dos secciones. La SECCIÓN A sólo la diligencian consorcios o uniones temporales. La SECCIÓN B la diligencian todos los proponentes.</w:t>
      </w:r>
    </w:p>
    <w:p w14:paraId="6DD1B32D" w14:textId="77777777" w:rsidR="0064679A" w:rsidRDefault="00000000">
      <w:r>
        <w:rPr>
          <w:b/>
          <w:sz w:val="20"/>
        </w:rPr>
        <w:t>SECCIÓN A. DOCUMENTO DE CONFORMACIÓN DE CONSORCIO O UNIÓN TEMPORAL</w:t>
      </w:r>
    </w:p>
    <w:p w14:paraId="20D3BA9D" w14:textId="77777777" w:rsidR="0064679A" w:rsidRDefault="00000000">
      <w:r>
        <w:rPr>
          <w:sz w:val="20"/>
        </w:rPr>
        <w:t>Tipo de estructura: Consorcio [  ]   Unión Temporal [  ]</w:t>
      </w:r>
      <w:r>
        <w:rPr>
          <w:sz w:val="20"/>
        </w:rPr>
        <w:br/>
        <w:t>Nombre de la estructura plural: _________________________________________________</w:t>
      </w:r>
    </w:p>
    <w:p w14:paraId="75AAD6D9" w14:textId="77777777" w:rsidR="0064679A" w:rsidRDefault="00000000">
      <w:pPr>
        <w:jc w:val="both"/>
      </w:pPr>
      <w:r>
        <w:rPr>
          <w:sz w:val="20"/>
        </w:rPr>
        <w:t>Los suscritos, debidamente facultados para actuar en nombre de los integrantes relacionados a continuación, acordamos conformar la estructura plural indicada para presentar oferta, celebrar y ejecutar el contrato derivado del proceso de la referencia, y manifestamos:</w:t>
      </w:r>
    </w:p>
    <w:p w14:paraId="36013D6A" w14:textId="77777777" w:rsidR="0064679A" w:rsidRDefault="00000000">
      <w:pPr>
        <w:pStyle w:val="Listaconvietas"/>
        <w:spacing w:after="60"/>
      </w:pPr>
      <w:r>
        <w:rPr>
          <w:sz w:val="20"/>
        </w:rPr>
        <w:t>La duración de la estructura plural será, como mínimo, igual al plazo de ejecución, liquidación y al término requerido para atender las obligaciones que subsistan con posterioridad.</w:t>
      </w:r>
    </w:p>
    <w:p w14:paraId="689DEBA3" w14:textId="77777777" w:rsidR="0064679A" w:rsidRDefault="00000000">
      <w:pPr>
        <w:pStyle w:val="Listaconvietas"/>
        <w:spacing w:after="60"/>
      </w:pPr>
      <w:r>
        <w:rPr>
          <w:sz w:val="20"/>
        </w:rPr>
        <w:t>La responsabilidad de los integrantes se regirá por el artículo 7 de la Ley 80 de 1993 según se trate de consorcio o unión temporal. Los pactos internos no modificarán frente al INEM la responsabilidad legal aplicable.</w:t>
      </w:r>
    </w:p>
    <w:p w14:paraId="0D65CE25" w14:textId="77777777" w:rsidR="0064679A" w:rsidRDefault="00000000">
      <w:pPr>
        <w:pStyle w:val="Listaconvietas"/>
        <w:spacing w:after="60"/>
      </w:pPr>
      <w:r>
        <w:rPr>
          <w:sz w:val="20"/>
        </w:rPr>
        <w:t>El representante de la estructura plural tendrá facultades suficientes para presentar la oferta, atender requerimientos, suscribir y ejecutar el contrato, tramitar modificaciones y participar en la liquidación, sin perjuicio de las autorizaciones internas legalmente exigibles.</w:t>
      </w:r>
    </w:p>
    <w:p w14:paraId="15A21392" w14:textId="77777777" w:rsidR="0064679A" w:rsidRDefault="00000000">
      <w:pPr>
        <w:pStyle w:val="Listaconvietas"/>
        <w:spacing w:after="60"/>
      </w:pPr>
      <w:r>
        <w:rPr>
          <w:sz w:val="20"/>
        </w:rPr>
        <w:t>Las participaciones, términos, extensión y actividades de los integrantes no se modificarán durante el proceso o la ejecución sin autorización cuando legalmente resulte exigible.</w:t>
      </w:r>
    </w:p>
    <w:p w14:paraId="05D58F60" w14:textId="77777777" w:rsidR="0064679A" w:rsidRDefault="00000000">
      <w:pPr>
        <w:pStyle w:val="Listaconvietas"/>
        <w:spacing w:after="60"/>
      </w:pPr>
      <w:r>
        <w:rPr>
          <w:sz w:val="20"/>
        </w:rPr>
        <w:t>Cada integrante aportará los documentos jurídicos, financieros, de experiencia y demás soportes que le correspondan conforme al pliego.</w:t>
      </w:r>
    </w:p>
    <w:tbl>
      <w:tblPr>
        <w:tblStyle w:val="Tablaconcuadrcula"/>
        <w:tblW w:w="0" w:type="auto"/>
        <w:jc w:val="center"/>
        <w:tblLook w:val="04A0" w:firstRow="1" w:lastRow="0" w:firstColumn="1" w:lastColumn="0" w:noHBand="0" w:noVBand="1"/>
      </w:tblPr>
      <w:tblGrid>
        <w:gridCol w:w="1768"/>
        <w:gridCol w:w="1768"/>
        <w:gridCol w:w="1768"/>
        <w:gridCol w:w="1768"/>
        <w:gridCol w:w="1768"/>
      </w:tblGrid>
      <w:tr w:rsidR="0064679A" w14:paraId="76164110" w14:textId="77777777">
        <w:trPr>
          <w:jc w:val="center"/>
        </w:trPr>
        <w:tc>
          <w:tcPr>
            <w:tcW w:w="1768" w:type="dxa"/>
            <w:shd w:val="clear" w:color="auto" w:fill="D9D9D9"/>
            <w:tcMar>
              <w:top w:w="80" w:type="dxa"/>
              <w:left w:w="80" w:type="dxa"/>
              <w:bottom w:w="80" w:type="dxa"/>
              <w:right w:w="80" w:type="dxa"/>
            </w:tcMar>
            <w:vAlign w:val="center"/>
          </w:tcPr>
          <w:p w14:paraId="6CEA065A" w14:textId="77777777" w:rsidR="0064679A" w:rsidRDefault="00000000">
            <w:pPr>
              <w:spacing w:after="0"/>
              <w:jc w:val="center"/>
            </w:pPr>
            <w:r>
              <w:rPr>
                <w:b/>
                <w:sz w:val="16"/>
              </w:rPr>
              <w:t>Integrante / NIT</w:t>
            </w:r>
          </w:p>
        </w:tc>
        <w:tc>
          <w:tcPr>
            <w:tcW w:w="1768" w:type="dxa"/>
            <w:shd w:val="clear" w:color="auto" w:fill="D9D9D9"/>
            <w:tcMar>
              <w:top w:w="80" w:type="dxa"/>
              <w:left w:w="80" w:type="dxa"/>
              <w:bottom w:w="80" w:type="dxa"/>
              <w:right w:w="80" w:type="dxa"/>
            </w:tcMar>
            <w:vAlign w:val="center"/>
          </w:tcPr>
          <w:p w14:paraId="6902988A" w14:textId="77777777" w:rsidR="0064679A" w:rsidRDefault="00000000">
            <w:pPr>
              <w:spacing w:after="0"/>
              <w:jc w:val="center"/>
            </w:pPr>
            <w:r>
              <w:rPr>
                <w:b/>
                <w:sz w:val="16"/>
              </w:rPr>
              <w:t>Representante</w:t>
            </w:r>
          </w:p>
        </w:tc>
        <w:tc>
          <w:tcPr>
            <w:tcW w:w="1768" w:type="dxa"/>
            <w:shd w:val="clear" w:color="auto" w:fill="D9D9D9"/>
            <w:tcMar>
              <w:top w:w="80" w:type="dxa"/>
              <w:left w:w="80" w:type="dxa"/>
              <w:bottom w:w="80" w:type="dxa"/>
              <w:right w:w="80" w:type="dxa"/>
            </w:tcMar>
            <w:vAlign w:val="center"/>
          </w:tcPr>
          <w:p w14:paraId="23A2CAEA" w14:textId="77777777" w:rsidR="0064679A" w:rsidRDefault="00000000">
            <w:pPr>
              <w:spacing w:after="0"/>
              <w:jc w:val="center"/>
            </w:pPr>
            <w:r>
              <w:rPr>
                <w:b/>
                <w:sz w:val="16"/>
              </w:rPr>
              <w:t>Participación %</w:t>
            </w:r>
          </w:p>
        </w:tc>
        <w:tc>
          <w:tcPr>
            <w:tcW w:w="1768" w:type="dxa"/>
            <w:shd w:val="clear" w:color="auto" w:fill="D9D9D9"/>
            <w:tcMar>
              <w:top w:w="80" w:type="dxa"/>
              <w:left w:w="80" w:type="dxa"/>
              <w:bottom w:w="80" w:type="dxa"/>
              <w:right w:w="80" w:type="dxa"/>
            </w:tcMar>
            <w:vAlign w:val="center"/>
          </w:tcPr>
          <w:p w14:paraId="374F3240" w14:textId="77777777" w:rsidR="0064679A" w:rsidRDefault="00000000">
            <w:pPr>
              <w:spacing w:after="0"/>
              <w:jc w:val="center"/>
            </w:pPr>
            <w:r>
              <w:rPr>
                <w:b/>
                <w:sz w:val="16"/>
              </w:rPr>
              <w:t>Actividad / términos de participación</w:t>
            </w:r>
          </w:p>
        </w:tc>
        <w:tc>
          <w:tcPr>
            <w:tcW w:w="1768" w:type="dxa"/>
            <w:shd w:val="clear" w:color="auto" w:fill="D9D9D9"/>
            <w:tcMar>
              <w:top w:w="80" w:type="dxa"/>
              <w:left w:w="80" w:type="dxa"/>
              <w:bottom w:w="80" w:type="dxa"/>
              <w:right w:w="80" w:type="dxa"/>
            </w:tcMar>
            <w:vAlign w:val="center"/>
          </w:tcPr>
          <w:p w14:paraId="74478069" w14:textId="77777777" w:rsidR="0064679A" w:rsidRDefault="00000000">
            <w:pPr>
              <w:spacing w:after="0"/>
              <w:jc w:val="center"/>
            </w:pPr>
            <w:r>
              <w:rPr>
                <w:b/>
                <w:sz w:val="16"/>
              </w:rPr>
              <w:t>Experiencia aportada %</w:t>
            </w:r>
          </w:p>
        </w:tc>
      </w:tr>
      <w:tr w:rsidR="0064679A" w14:paraId="5C005E09" w14:textId="77777777">
        <w:trPr>
          <w:jc w:val="center"/>
        </w:trPr>
        <w:tc>
          <w:tcPr>
            <w:tcW w:w="1768" w:type="dxa"/>
            <w:tcMar>
              <w:top w:w="80" w:type="dxa"/>
              <w:left w:w="80" w:type="dxa"/>
              <w:bottom w:w="80" w:type="dxa"/>
              <w:right w:w="80" w:type="dxa"/>
            </w:tcMar>
            <w:vAlign w:val="center"/>
          </w:tcPr>
          <w:p w14:paraId="4ECB0BDB" w14:textId="77777777" w:rsidR="0064679A" w:rsidRDefault="0064679A">
            <w:pPr>
              <w:spacing w:after="0"/>
              <w:jc w:val="center"/>
            </w:pPr>
          </w:p>
        </w:tc>
        <w:tc>
          <w:tcPr>
            <w:tcW w:w="1768" w:type="dxa"/>
            <w:tcMar>
              <w:top w:w="80" w:type="dxa"/>
              <w:left w:w="80" w:type="dxa"/>
              <w:bottom w:w="80" w:type="dxa"/>
              <w:right w:w="80" w:type="dxa"/>
            </w:tcMar>
            <w:vAlign w:val="center"/>
          </w:tcPr>
          <w:p w14:paraId="5E92B2F0" w14:textId="77777777" w:rsidR="0064679A" w:rsidRDefault="0064679A">
            <w:pPr>
              <w:spacing w:after="0"/>
            </w:pPr>
          </w:p>
        </w:tc>
        <w:tc>
          <w:tcPr>
            <w:tcW w:w="1768" w:type="dxa"/>
            <w:tcMar>
              <w:top w:w="80" w:type="dxa"/>
              <w:left w:w="80" w:type="dxa"/>
              <w:bottom w:w="80" w:type="dxa"/>
              <w:right w:w="80" w:type="dxa"/>
            </w:tcMar>
            <w:vAlign w:val="center"/>
          </w:tcPr>
          <w:p w14:paraId="3CE78DFC" w14:textId="77777777" w:rsidR="0064679A" w:rsidRDefault="0064679A">
            <w:pPr>
              <w:spacing w:after="0"/>
            </w:pPr>
          </w:p>
        </w:tc>
        <w:tc>
          <w:tcPr>
            <w:tcW w:w="1768" w:type="dxa"/>
            <w:tcMar>
              <w:top w:w="80" w:type="dxa"/>
              <w:left w:w="80" w:type="dxa"/>
              <w:bottom w:w="80" w:type="dxa"/>
              <w:right w:w="80" w:type="dxa"/>
            </w:tcMar>
            <w:vAlign w:val="center"/>
          </w:tcPr>
          <w:p w14:paraId="1A3ECC7F" w14:textId="77777777" w:rsidR="0064679A" w:rsidRDefault="0064679A">
            <w:pPr>
              <w:spacing w:after="0"/>
            </w:pPr>
          </w:p>
        </w:tc>
        <w:tc>
          <w:tcPr>
            <w:tcW w:w="1768" w:type="dxa"/>
            <w:tcMar>
              <w:top w:w="80" w:type="dxa"/>
              <w:left w:w="80" w:type="dxa"/>
              <w:bottom w:w="80" w:type="dxa"/>
              <w:right w:w="80" w:type="dxa"/>
            </w:tcMar>
            <w:vAlign w:val="center"/>
          </w:tcPr>
          <w:p w14:paraId="7637F6B4" w14:textId="77777777" w:rsidR="0064679A" w:rsidRDefault="0064679A">
            <w:pPr>
              <w:spacing w:after="0"/>
            </w:pPr>
          </w:p>
        </w:tc>
      </w:tr>
      <w:tr w:rsidR="0064679A" w14:paraId="325DE648" w14:textId="77777777">
        <w:trPr>
          <w:jc w:val="center"/>
        </w:trPr>
        <w:tc>
          <w:tcPr>
            <w:tcW w:w="1768" w:type="dxa"/>
            <w:tcMar>
              <w:top w:w="80" w:type="dxa"/>
              <w:left w:w="80" w:type="dxa"/>
              <w:bottom w:w="80" w:type="dxa"/>
              <w:right w:w="80" w:type="dxa"/>
            </w:tcMar>
            <w:vAlign w:val="center"/>
          </w:tcPr>
          <w:p w14:paraId="152468D9" w14:textId="77777777" w:rsidR="0064679A" w:rsidRDefault="0064679A">
            <w:pPr>
              <w:spacing w:after="0"/>
              <w:jc w:val="center"/>
            </w:pPr>
          </w:p>
        </w:tc>
        <w:tc>
          <w:tcPr>
            <w:tcW w:w="1768" w:type="dxa"/>
            <w:tcMar>
              <w:top w:w="80" w:type="dxa"/>
              <w:left w:w="80" w:type="dxa"/>
              <w:bottom w:w="80" w:type="dxa"/>
              <w:right w:w="80" w:type="dxa"/>
            </w:tcMar>
            <w:vAlign w:val="center"/>
          </w:tcPr>
          <w:p w14:paraId="30D6FDB0" w14:textId="77777777" w:rsidR="0064679A" w:rsidRDefault="0064679A">
            <w:pPr>
              <w:spacing w:after="0"/>
            </w:pPr>
          </w:p>
        </w:tc>
        <w:tc>
          <w:tcPr>
            <w:tcW w:w="1768" w:type="dxa"/>
            <w:tcMar>
              <w:top w:w="80" w:type="dxa"/>
              <w:left w:w="80" w:type="dxa"/>
              <w:bottom w:w="80" w:type="dxa"/>
              <w:right w:w="80" w:type="dxa"/>
            </w:tcMar>
            <w:vAlign w:val="center"/>
          </w:tcPr>
          <w:p w14:paraId="42CF0CE6" w14:textId="77777777" w:rsidR="0064679A" w:rsidRDefault="0064679A">
            <w:pPr>
              <w:spacing w:after="0"/>
            </w:pPr>
          </w:p>
        </w:tc>
        <w:tc>
          <w:tcPr>
            <w:tcW w:w="1768" w:type="dxa"/>
            <w:tcMar>
              <w:top w:w="80" w:type="dxa"/>
              <w:left w:w="80" w:type="dxa"/>
              <w:bottom w:w="80" w:type="dxa"/>
              <w:right w:w="80" w:type="dxa"/>
            </w:tcMar>
            <w:vAlign w:val="center"/>
          </w:tcPr>
          <w:p w14:paraId="1C2EA3BB" w14:textId="77777777" w:rsidR="0064679A" w:rsidRDefault="0064679A">
            <w:pPr>
              <w:spacing w:after="0"/>
            </w:pPr>
          </w:p>
        </w:tc>
        <w:tc>
          <w:tcPr>
            <w:tcW w:w="1768" w:type="dxa"/>
            <w:tcMar>
              <w:top w:w="80" w:type="dxa"/>
              <w:left w:w="80" w:type="dxa"/>
              <w:bottom w:w="80" w:type="dxa"/>
              <w:right w:w="80" w:type="dxa"/>
            </w:tcMar>
            <w:vAlign w:val="center"/>
          </w:tcPr>
          <w:p w14:paraId="444BFE0C" w14:textId="77777777" w:rsidR="0064679A" w:rsidRDefault="0064679A">
            <w:pPr>
              <w:spacing w:after="0"/>
            </w:pPr>
          </w:p>
        </w:tc>
      </w:tr>
      <w:tr w:rsidR="0064679A" w14:paraId="46003D06" w14:textId="77777777">
        <w:trPr>
          <w:jc w:val="center"/>
        </w:trPr>
        <w:tc>
          <w:tcPr>
            <w:tcW w:w="1768" w:type="dxa"/>
            <w:tcMar>
              <w:top w:w="80" w:type="dxa"/>
              <w:left w:w="80" w:type="dxa"/>
              <w:bottom w:w="80" w:type="dxa"/>
              <w:right w:w="80" w:type="dxa"/>
            </w:tcMar>
            <w:vAlign w:val="center"/>
          </w:tcPr>
          <w:p w14:paraId="57581C6A" w14:textId="77777777" w:rsidR="0064679A" w:rsidRDefault="0064679A">
            <w:pPr>
              <w:spacing w:after="0"/>
              <w:jc w:val="center"/>
            </w:pPr>
          </w:p>
        </w:tc>
        <w:tc>
          <w:tcPr>
            <w:tcW w:w="1768" w:type="dxa"/>
            <w:tcMar>
              <w:top w:w="80" w:type="dxa"/>
              <w:left w:w="80" w:type="dxa"/>
              <w:bottom w:w="80" w:type="dxa"/>
              <w:right w:w="80" w:type="dxa"/>
            </w:tcMar>
            <w:vAlign w:val="center"/>
          </w:tcPr>
          <w:p w14:paraId="6A46FA8D" w14:textId="77777777" w:rsidR="0064679A" w:rsidRDefault="0064679A">
            <w:pPr>
              <w:spacing w:after="0"/>
            </w:pPr>
          </w:p>
        </w:tc>
        <w:tc>
          <w:tcPr>
            <w:tcW w:w="1768" w:type="dxa"/>
            <w:tcMar>
              <w:top w:w="80" w:type="dxa"/>
              <w:left w:w="80" w:type="dxa"/>
              <w:bottom w:w="80" w:type="dxa"/>
              <w:right w:w="80" w:type="dxa"/>
            </w:tcMar>
            <w:vAlign w:val="center"/>
          </w:tcPr>
          <w:p w14:paraId="4006F094" w14:textId="77777777" w:rsidR="0064679A" w:rsidRDefault="0064679A">
            <w:pPr>
              <w:spacing w:after="0"/>
            </w:pPr>
          </w:p>
        </w:tc>
        <w:tc>
          <w:tcPr>
            <w:tcW w:w="1768" w:type="dxa"/>
            <w:tcMar>
              <w:top w:w="80" w:type="dxa"/>
              <w:left w:w="80" w:type="dxa"/>
              <w:bottom w:w="80" w:type="dxa"/>
              <w:right w:w="80" w:type="dxa"/>
            </w:tcMar>
            <w:vAlign w:val="center"/>
          </w:tcPr>
          <w:p w14:paraId="6548332F" w14:textId="77777777" w:rsidR="0064679A" w:rsidRDefault="0064679A">
            <w:pPr>
              <w:spacing w:after="0"/>
            </w:pPr>
          </w:p>
        </w:tc>
        <w:tc>
          <w:tcPr>
            <w:tcW w:w="1768" w:type="dxa"/>
            <w:tcMar>
              <w:top w:w="80" w:type="dxa"/>
              <w:left w:w="80" w:type="dxa"/>
              <w:bottom w:w="80" w:type="dxa"/>
              <w:right w:w="80" w:type="dxa"/>
            </w:tcMar>
            <w:vAlign w:val="center"/>
          </w:tcPr>
          <w:p w14:paraId="1DE06E9D" w14:textId="77777777" w:rsidR="0064679A" w:rsidRDefault="0064679A">
            <w:pPr>
              <w:spacing w:after="0"/>
            </w:pPr>
          </w:p>
        </w:tc>
      </w:tr>
      <w:tr w:rsidR="0064679A" w14:paraId="0BDA8ED6" w14:textId="77777777">
        <w:trPr>
          <w:jc w:val="center"/>
        </w:trPr>
        <w:tc>
          <w:tcPr>
            <w:tcW w:w="1768" w:type="dxa"/>
            <w:tcMar>
              <w:top w:w="80" w:type="dxa"/>
              <w:left w:w="80" w:type="dxa"/>
              <w:bottom w:w="80" w:type="dxa"/>
              <w:right w:w="80" w:type="dxa"/>
            </w:tcMar>
            <w:vAlign w:val="center"/>
          </w:tcPr>
          <w:p w14:paraId="1231EDAB" w14:textId="77777777" w:rsidR="0064679A" w:rsidRDefault="0064679A">
            <w:pPr>
              <w:spacing w:after="0"/>
              <w:jc w:val="center"/>
            </w:pPr>
          </w:p>
        </w:tc>
        <w:tc>
          <w:tcPr>
            <w:tcW w:w="1768" w:type="dxa"/>
            <w:tcMar>
              <w:top w:w="80" w:type="dxa"/>
              <w:left w:w="80" w:type="dxa"/>
              <w:bottom w:w="80" w:type="dxa"/>
              <w:right w:w="80" w:type="dxa"/>
            </w:tcMar>
            <w:vAlign w:val="center"/>
          </w:tcPr>
          <w:p w14:paraId="20776E79" w14:textId="77777777" w:rsidR="0064679A" w:rsidRDefault="0064679A">
            <w:pPr>
              <w:spacing w:after="0"/>
            </w:pPr>
          </w:p>
        </w:tc>
        <w:tc>
          <w:tcPr>
            <w:tcW w:w="1768" w:type="dxa"/>
            <w:tcMar>
              <w:top w:w="80" w:type="dxa"/>
              <w:left w:w="80" w:type="dxa"/>
              <w:bottom w:w="80" w:type="dxa"/>
              <w:right w:w="80" w:type="dxa"/>
            </w:tcMar>
            <w:vAlign w:val="center"/>
          </w:tcPr>
          <w:p w14:paraId="20D5D806" w14:textId="77777777" w:rsidR="0064679A" w:rsidRDefault="0064679A">
            <w:pPr>
              <w:spacing w:after="0"/>
            </w:pPr>
          </w:p>
        </w:tc>
        <w:tc>
          <w:tcPr>
            <w:tcW w:w="1768" w:type="dxa"/>
            <w:tcMar>
              <w:top w:w="80" w:type="dxa"/>
              <w:left w:w="80" w:type="dxa"/>
              <w:bottom w:w="80" w:type="dxa"/>
              <w:right w:w="80" w:type="dxa"/>
            </w:tcMar>
            <w:vAlign w:val="center"/>
          </w:tcPr>
          <w:p w14:paraId="46CD1D45" w14:textId="77777777" w:rsidR="0064679A" w:rsidRDefault="0064679A">
            <w:pPr>
              <w:spacing w:after="0"/>
            </w:pPr>
          </w:p>
        </w:tc>
        <w:tc>
          <w:tcPr>
            <w:tcW w:w="1768" w:type="dxa"/>
            <w:tcMar>
              <w:top w:w="80" w:type="dxa"/>
              <w:left w:w="80" w:type="dxa"/>
              <w:bottom w:w="80" w:type="dxa"/>
              <w:right w:w="80" w:type="dxa"/>
            </w:tcMar>
            <w:vAlign w:val="center"/>
          </w:tcPr>
          <w:p w14:paraId="45E8B7A8" w14:textId="77777777" w:rsidR="0064679A" w:rsidRDefault="0064679A">
            <w:pPr>
              <w:spacing w:after="0"/>
            </w:pPr>
          </w:p>
        </w:tc>
      </w:tr>
    </w:tbl>
    <w:p w14:paraId="5AA6634F" w14:textId="77777777" w:rsidR="0064679A" w:rsidRDefault="00000000">
      <w:r>
        <w:rPr>
          <w:sz w:val="20"/>
        </w:rPr>
        <w:t>Representante principal: ______________________________  Documento: ______________________________</w:t>
      </w:r>
    </w:p>
    <w:p w14:paraId="3C3CB70D" w14:textId="77777777" w:rsidR="0064679A" w:rsidRDefault="00000000">
      <w:r>
        <w:rPr>
          <w:sz w:val="20"/>
        </w:rPr>
        <w:t>Suplente (si se designa): ______________________________  Documento: ______________________________</w:t>
      </w:r>
    </w:p>
    <w:p w14:paraId="0047300A" w14:textId="77777777" w:rsidR="0064679A" w:rsidRDefault="00000000">
      <w:r>
        <w:rPr>
          <w:sz w:val="20"/>
        </w:rPr>
        <w:t>Dirección / correo / teléfono de la estructura: ____________________________________________________________</w:t>
      </w:r>
    </w:p>
    <w:p w14:paraId="460A9998" w14:textId="77777777" w:rsidR="0064679A" w:rsidRDefault="00000000">
      <w:r>
        <w:rPr>
          <w:b/>
          <w:sz w:val="20"/>
        </w:rPr>
        <w:t>Facturación y pagos (marcar una opción):</w:t>
      </w:r>
    </w:p>
    <w:p w14:paraId="1FB32B46" w14:textId="77777777" w:rsidR="0064679A" w:rsidRDefault="00000000">
      <w:pPr>
        <w:pStyle w:val="Listaconvietas"/>
        <w:spacing w:after="60"/>
      </w:pPr>
      <w:r>
        <w:rPr>
          <w:sz w:val="20"/>
        </w:rPr>
        <w:t>[  ] Factura uno de los integrantes por cuenta de la estructura. NIT: ____________________.</w:t>
      </w:r>
    </w:p>
    <w:p w14:paraId="378FD022" w14:textId="77777777" w:rsidR="0064679A" w:rsidRDefault="00000000">
      <w:pPr>
        <w:pStyle w:val="Listaconvietas"/>
        <w:spacing w:after="60"/>
      </w:pPr>
      <w:r>
        <w:rPr>
          <w:sz w:val="20"/>
        </w:rPr>
        <w:t>[  ] Facturan separadamente los integrantes de acuerdo con su participación. NIT y porcentaje de cada uno: ________________________________________________.</w:t>
      </w:r>
    </w:p>
    <w:p w14:paraId="23306891" w14:textId="77777777" w:rsidR="0064679A" w:rsidRDefault="00000000">
      <w:pPr>
        <w:pStyle w:val="Listaconvietas"/>
        <w:spacing w:after="60"/>
      </w:pPr>
      <w:r>
        <w:rPr>
          <w:sz w:val="20"/>
        </w:rPr>
        <w:t>[  ] Factura la estructura plural con NIT propio: ____________________.</w:t>
      </w:r>
    </w:p>
    <w:p w14:paraId="13284FB5" w14:textId="77777777" w:rsidR="0064679A" w:rsidRDefault="00000000">
      <w:r>
        <w:rPr>
          <w:b/>
          <w:sz w:val="20"/>
        </w:rPr>
        <w:t>Firman los integrantes:</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4713DA35" w14:textId="77777777">
        <w:trPr>
          <w:jc w:val="center"/>
        </w:trPr>
        <w:tc>
          <w:tcPr>
            <w:tcW w:w="2210" w:type="dxa"/>
            <w:shd w:val="clear" w:color="auto" w:fill="D9D9D9"/>
            <w:tcMar>
              <w:top w:w="80" w:type="dxa"/>
              <w:left w:w="80" w:type="dxa"/>
              <w:bottom w:w="80" w:type="dxa"/>
              <w:right w:w="80" w:type="dxa"/>
            </w:tcMar>
            <w:vAlign w:val="center"/>
          </w:tcPr>
          <w:p w14:paraId="0C867BBE" w14:textId="77777777" w:rsidR="0064679A" w:rsidRDefault="00000000">
            <w:pPr>
              <w:spacing w:after="0"/>
              <w:jc w:val="center"/>
            </w:pPr>
            <w:r>
              <w:rPr>
                <w:b/>
                <w:sz w:val="18"/>
              </w:rPr>
              <w:t>Integrante</w:t>
            </w:r>
          </w:p>
        </w:tc>
        <w:tc>
          <w:tcPr>
            <w:tcW w:w="2210" w:type="dxa"/>
            <w:shd w:val="clear" w:color="auto" w:fill="D9D9D9"/>
            <w:tcMar>
              <w:top w:w="80" w:type="dxa"/>
              <w:left w:w="80" w:type="dxa"/>
              <w:bottom w:w="80" w:type="dxa"/>
              <w:right w:w="80" w:type="dxa"/>
            </w:tcMar>
            <w:vAlign w:val="center"/>
          </w:tcPr>
          <w:p w14:paraId="1E45E937" w14:textId="77777777" w:rsidR="0064679A" w:rsidRDefault="00000000">
            <w:pPr>
              <w:spacing w:after="0"/>
              <w:jc w:val="center"/>
            </w:pPr>
            <w:r>
              <w:rPr>
                <w:b/>
                <w:sz w:val="18"/>
              </w:rPr>
              <w:t>Nombre del representante</w:t>
            </w:r>
          </w:p>
        </w:tc>
        <w:tc>
          <w:tcPr>
            <w:tcW w:w="2210" w:type="dxa"/>
            <w:shd w:val="clear" w:color="auto" w:fill="D9D9D9"/>
            <w:tcMar>
              <w:top w:w="80" w:type="dxa"/>
              <w:left w:w="80" w:type="dxa"/>
              <w:bottom w:w="80" w:type="dxa"/>
              <w:right w:w="80" w:type="dxa"/>
            </w:tcMar>
            <w:vAlign w:val="center"/>
          </w:tcPr>
          <w:p w14:paraId="7B109780" w14:textId="77777777" w:rsidR="0064679A" w:rsidRDefault="00000000">
            <w:pPr>
              <w:spacing w:after="0"/>
              <w:jc w:val="center"/>
            </w:pPr>
            <w:r>
              <w:rPr>
                <w:b/>
                <w:sz w:val="18"/>
              </w:rPr>
              <w:t>Documento</w:t>
            </w:r>
          </w:p>
        </w:tc>
        <w:tc>
          <w:tcPr>
            <w:tcW w:w="2210" w:type="dxa"/>
            <w:shd w:val="clear" w:color="auto" w:fill="D9D9D9"/>
            <w:tcMar>
              <w:top w:w="80" w:type="dxa"/>
              <w:left w:w="80" w:type="dxa"/>
              <w:bottom w:w="80" w:type="dxa"/>
              <w:right w:w="80" w:type="dxa"/>
            </w:tcMar>
            <w:vAlign w:val="center"/>
          </w:tcPr>
          <w:p w14:paraId="4691165D" w14:textId="77777777" w:rsidR="0064679A" w:rsidRDefault="00000000">
            <w:pPr>
              <w:spacing w:after="0"/>
              <w:jc w:val="center"/>
            </w:pPr>
            <w:r>
              <w:rPr>
                <w:b/>
                <w:sz w:val="18"/>
              </w:rPr>
              <w:t>Firma</w:t>
            </w:r>
          </w:p>
        </w:tc>
      </w:tr>
      <w:tr w:rsidR="0064679A" w14:paraId="231614EE" w14:textId="77777777">
        <w:trPr>
          <w:jc w:val="center"/>
        </w:trPr>
        <w:tc>
          <w:tcPr>
            <w:tcW w:w="2210" w:type="dxa"/>
            <w:tcMar>
              <w:top w:w="80" w:type="dxa"/>
              <w:left w:w="80" w:type="dxa"/>
              <w:bottom w:w="80" w:type="dxa"/>
              <w:right w:w="80" w:type="dxa"/>
            </w:tcMar>
            <w:vAlign w:val="center"/>
          </w:tcPr>
          <w:p w14:paraId="5FA6F6B9" w14:textId="77777777" w:rsidR="0064679A" w:rsidRDefault="0064679A">
            <w:pPr>
              <w:spacing w:after="0"/>
              <w:jc w:val="center"/>
            </w:pPr>
          </w:p>
        </w:tc>
        <w:tc>
          <w:tcPr>
            <w:tcW w:w="2210" w:type="dxa"/>
            <w:tcMar>
              <w:top w:w="80" w:type="dxa"/>
              <w:left w:w="80" w:type="dxa"/>
              <w:bottom w:w="80" w:type="dxa"/>
              <w:right w:w="80" w:type="dxa"/>
            </w:tcMar>
            <w:vAlign w:val="center"/>
          </w:tcPr>
          <w:p w14:paraId="2353FE63" w14:textId="77777777" w:rsidR="0064679A" w:rsidRDefault="0064679A">
            <w:pPr>
              <w:spacing w:after="0"/>
            </w:pPr>
          </w:p>
        </w:tc>
        <w:tc>
          <w:tcPr>
            <w:tcW w:w="2210" w:type="dxa"/>
            <w:tcMar>
              <w:top w:w="80" w:type="dxa"/>
              <w:left w:w="80" w:type="dxa"/>
              <w:bottom w:w="80" w:type="dxa"/>
              <w:right w:w="80" w:type="dxa"/>
            </w:tcMar>
            <w:vAlign w:val="center"/>
          </w:tcPr>
          <w:p w14:paraId="6852D402" w14:textId="77777777" w:rsidR="0064679A" w:rsidRDefault="0064679A">
            <w:pPr>
              <w:spacing w:after="0"/>
            </w:pPr>
          </w:p>
        </w:tc>
        <w:tc>
          <w:tcPr>
            <w:tcW w:w="2210" w:type="dxa"/>
            <w:tcMar>
              <w:top w:w="80" w:type="dxa"/>
              <w:left w:w="80" w:type="dxa"/>
              <w:bottom w:w="80" w:type="dxa"/>
              <w:right w:w="80" w:type="dxa"/>
            </w:tcMar>
            <w:vAlign w:val="center"/>
          </w:tcPr>
          <w:p w14:paraId="4C9C4BD5" w14:textId="77777777" w:rsidR="0064679A" w:rsidRDefault="0064679A">
            <w:pPr>
              <w:spacing w:after="0"/>
            </w:pPr>
          </w:p>
        </w:tc>
      </w:tr>
      <w:tr w:rsidR="0064679A" w14:paraId="2AFE24DB" w14:textId="77777777">
        <w:trPr>
          <w:jc w:val="center"/>
        </w:trPr>
        <w:tc>
          <w:tcPr>
            <w:tcW w:w="2210" w:type="dxa"/>
            <w:tcMar>
              <w:top w:w="80" w:type="dxa"/>
              <w:left w:w="80" w:type="dxa"/>
              <w:bottom w:w="80" w:type="dxa"/>
              <w:right w:w="80" w:type="dxa"/>
            </w:tcMar>
            <w:vAlign w:val="center"/>
          </w:tcPr>
          <w:p w14:paraId="212DAD2E" w14:textId="77777777" w:rsidR="0064679A" w:rsidRDefault="0064679A">
            <w:pPr>
              <w:spacing w:after="0"/>
              <w:jc w:val="center"/>
            </w:pPr>
          </w:p>
        </w:tc>
        <w:tc>
          <w:tcPr>
            <w:tcW w:w="2210" w:type="dxa"/>
            <w:tcMar>
              <w:top w:w="80" w:type="dxa"/>
              <w:left w:w="80" w:type="dxa"/>
              <w:bottom w:w="80" w:type="dxa"/>
              <w:right w:w="80" w:type="dxa"/>
            </w:tcMar>
            <w:vAlign w:val="center"/>
          </w:tcPr>
          <w:p w14:paraId="70597275" w14:textId="77777777" w:rsidR="0064679A" w:rsidRDefault="0064679A">
            <w:pPr>
              <w:spacing w:after="0"/>
            </w:pPr>
          </w:p>
        </w:tc>
        <w:tc>
          <w:tcPr>
            <w:tcW w:w="2210" w:type="dxa"/>
            <w:tcMar>
              <w:top w:w="80" w:type="dxa"/>
              <w:left w:w="80" w:type="dxa"/>
              <w:bottom w:w="80" w:type="dxa"/>
              <w:right w:w="80" w:type="dxa"/>
            </w:tcMar>
            <w:vAlign w:val="center"/>
          </w:tcPr>
          <w:p w14:paraId="3288EDE9" w14:textId="77777777" w:rsidR="0064679A" w:rsidRDefault="0064679A">
            <w:pPr>
              <w:spacing w:after="0"/>
            </w:pPr>
          </w:p>
        </w:tc>
        <w:tc>
          <w:tcPr>
            <w:tcW w:w="2210" w:type="dxa"/>
            <w:tcMar>
              <w:top w:w="80" w:type="dxa"/>
              <w:left w:w="80" w:type="dxa"/>
              <w:bottom w:w="80" w:type="dxa"/>
              <w:right w:w="80" w:type="dxa"/>
            </w:tcMar>
            <w:vAlign w:val="center"/>
          </w:tcPr>
          <w:p w14:paraId="4A1BE3C7" w14:textId="77777777" w:rsidR="0064679A" w:rsidRDefault="0064679A">
            <w:pPr>
              <w:spacing w:after="0"/>
            </w:pPr>
          </w:p>
        </w:tc>
      </w:tr>
      <w:tr w:rsidR="0064679A" w14:paraId="50BE5633" w14:textId="77777777">
        <w:trPr>
          <w:jc w:val="center"/>
        </w:trPr>
        <w:tc>
          <w:tcPr>
            <w:tcW w:w="2210" w:type="dxa"/>
            <w:tcMar>
              <w:top w:w="80" w:type="dxa"/>
              <w:left w:w="80" w:type="dxa"/>
              <w:bottom w:w="80" w:type="dxa"/>
              <w:right w:w="80" w:type="dxa"/>
            </w:tcMar>
            <w:vAlign w:val="center"/>
          </w:tcPr>
          <w:p w14:paraId="72D8BE0C" w14:textId="77777777" w:rsidR="0064679A" w:rsidRDefault="0064679A">
            <w:pPr>
              <w:spacing w:after="0"/>
              <w:jc w:val="center"/>
            </w:pPr>
          </w:p>
        </w:tc>
        <w:tc>
          <w:tcPr>
            <w:tcW w:w="2210" w:type="dxa"/>
            <w:tcMar>
              <w:top w:w="80" w:type="dxa"/>
              <w:left w:w="80" w:type="dxa"/>
              <w:bottom w:w="80" w:type="dxa"/>
              <w:right w:w="80" w:type="dxa"/>
            </w:tcMar>
            <w:vAlign w:val="center"/>
          </w:tcPr>
          <w:p w14:paraId="7FFFC00D" w14:textId="77777777" w:rsidR="0064679A" w:rsidRDefault="0064679A">
            <w:pPr>
              <w:spacing w:after="0"/>
            </w:pPr>
          </w:p>
        </w:tc>
        <w:tc>
          <w:tcPr>
            <w:tcW w:w="2210" w:type="dxa"/>
            <w:tcMar>
              <w:top w:w="80" w:type="dxa"/>
              <w:left w:w="80" w:type="dxa"/>
              <w:bottom w:w="80" w:type="dxa"/>
              <w:right w:w="80" w:type="dxa"/>
            </w:tcMar>
            <w:vAlign w:val="center"/>
          </w:tcPr>
          <w:p w14:paraId="1177AFEE" w14:textId="77777777" w:rsidR="0064679A" w:rsidRDefault="0064679A">
            <w:pPr>
              <w:spacing w:after="0"/>
            </w:pPr>
          </w:p>
        </w:tc>
        <w:tc>
          <w:tcPr>
            <w:tcW w:w="2210" w:type="dxa"/>
            <w:tcMar>
              <w:top w:w="80" w:type="dxa"/>
              <w:left w:w="80" w:type="dxa"/>
              <w:bottom w:w="80" w:type="dxa"/>
              <w:right w:w="80" w:type="dxa"/>
            </w:tcMar>
            <w:vAlign w:val="center"/>
          </w:tcPr>
          <w:p w14:paraId="37A50505" w14:textId="77777777" w:rsidR="0064679A" w:rsidRDefault="0064679A">
            <w:pPr>
              <w:spacing w:after="0"/>
            </w:pPr>
          </w:p>
        </w:tc>
      </w:tr>
    </w:tbl>
    <w:p w14:paraId="30FDC403" w14:textId="77777777" w:rsidR="0064679A" w:rsidRDefault="0064679A"/>
    <w:p w14:paraId="125566A2" w14:textId="77777777" w:rsidR="0064679A" w:rsidRDefault="00000000">
      <w:r>
        <w:br w:type="page"/>
      </w:r>
    </w:p>
    <w:p w14:paraId="714F0986" w14:textId="77777777" w:rsidR="0064679A" w:rsidRDefault="00000000">
      <w:r>
        <w:rPr>
          <w:b/>
          <w:sz w:val="20"/>
        </w:rPr>
        <w:lastRenderedPageBreak/>
        <w:t>SECCIÓN B. ACEPTACIÓN TÉCNICA Y DISPONIBILIDAD</w:t>
      </w:r>
    </w:p>
    <w:p w14:paraId="002D4E1F"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651AB913"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4D3B087C" w14:textId="77777777" w:rsidR="0064679A" w:rsidRDefault="00000000">
      <w:pPr>
        <w:pStyle w:val="Listaconvietas"/>
        <w:spacing w:after="60"/>
      </w:pPr>
      <w:r>
        <w:rPr>
          <w:sz w:val="20"/>
        </w:rPr>
        <w:t>Acepto integralmente la ficha técnica aprobada, el plazo de once (11) meses, la prestación mediante dos (2) auxiliares de granja, la cobertura, descansos legales, continuidad, relevos, informes, controles de SG-SST, bioseguridad, bienestar animal, protección de datos y distribución de medios señalada en los documentos del proceso.</w:t>
      </w:r>
    </w:p>
    <w:p w14:paraId="6CC16B90" w14:textId="77777777" w:rsidR="0064679A" w:rsidRDefault="00000000">
      <w:pPr>
        <w:pStyle w:val="Listaconvietas"/>
        <w:spacing w:after="60"/>
      </w:pPr>
      <w:r>
        <w:rPr>
          <w:sz w:val="20"/>
        </w:rPr>
        <w:t>Me obligo a disponer, antes del acta de inicio, de los dos auxiliares con el perfil exigido y de un enlace o responsable de coordinación, y a presentar sus hojas de vida, soportes, afiliaciones, plan de trabajo, programación de turnos y programa de relevo, sin que la oferta implique contratación anticipada del personal.</w:t>
      </w:r>
    </w:p>
    <w:p w14:paraId="53487071" w14:textId="77777777" w:rsidR="0064679A" w:rsidRDefault="00000000">
      <w:pPr>
        <w:pStyle w:val="Listaconvietas"/>
        <w:spacing w:after="60"/>
      </w:pPr>
      <w:r>
        <w:rPr>
          <w:sz w:val="20"/>
        </w:rPr>
        <w:t>Ejecutaré el servicio con organización y dirección propias. El personal dependerá del contratista y no existirá subordinación laboral frente al INEM. Asumiré salarios o compensaciones legalmente procedentes, prestaciones, seguridad social, recargos, relevos, dotación, elementos de protección y demás obligaciones del empleador o de la organización contratista.</w:t>
      </w:r>
    </w:p>
    <w:p w14:paraId="1D0E85EE" w14:textId="77777777" w:rsidR="0064679A" w:rsidRDefault="00000000">
      <w:pPr>
        <w:pStyle w:val="Listaconvietas"/>
        <w:spacing w:after="60"/>
      </w:pPr>
      <w:r>
        <w:rPr>
          <w:sz w:val="20"/>
        </w:rPr>
        <w:t>Presentaré bitácoras, informes mensuales, soportes de cobro, inventarios de entrega y devolución y evidencia de las condiciones especiales de ejecución. No realizaré funciones docentes, vigilancia privada, actos profesionales reservados, trabajo en alturas, intervenciones eléctricas energizadas u obras no previstas.</w:t>
      </w:r>
    </w:p>
    <w:p w14:paraId="5134BDFF" w14:textId="77777777" w:rsidR="0064679A" w:rsidRDefault="00000000">
      <w:pPr>
        <w:pStyle w:val="Listaconvietas"/>
        <w:spacing w:after="60"/>
      </w:pPr>
      <w:r>
        <w:rPr>
          <w:sz w:val="20"/>
        </w:rPr>
        <w:t>Reconozco que las instrucciones del supervisor se refieren a resultados y condiciones contractuales y no autorizan ampliar informalmente el alcance, la dedicación o el inventario.</w:t>
      </w:r>
    </w:p>
    <w:p w14:paraId="6F69C4DD" w14:textId="77777777" w:rsidR="0064679A" w:rsidRDefault="00000000">
      <w:pPr>
        <w:spacing w:after="240"/>
      </w:pPr>
      <w:r>
        <w:rPr>
          <w:sz w:val="20"/>
        </w:rPr>
        <w:t>En constancia, se firma en ____________________, a los ____ días del mes de __________________ de 2026.</w:t>
      </w:r>
    </w:p>
    <w:p w14:paraId="47B23B56" w14:textId="77777777" w:rsidR="0064679A" w:rsidRDefault="00000000">
      <w:pPr>
        <w:spacing w:after="40"/>
      </w:pPr>
      <w:r>
        <w:rPr>
          <w:sz w:val="20"/>
        </w:rPr>
        <w:t>Firma: ______________________________________________</w:t>
      </w:r>
    </w:p>
    <w:p w14:paraId="1B9B1F0C" w14:textId="77777777" w:rsidR="0064679A" w:rsidRDefault="00000000">
      <w:pPr>
        <w:spacing w:after="40"/>
      </w:pPr>
      <w:r>
        <w:rPr>
          <w:sz w:val="20"/>
        </w:rPr>
        <w:t>Nombre: _____________________________________________</w:t>
      </w:r>
    </w:p>
    <w:p w14:paraId="2902C9CE" w14:textId="77777777" w:rsidR="0064679A" w:rsidRDefault="00000000">
      <w:pPr>
        <w:spacing w:after="40"/>
      </w:pPr>
      <w:r>
        <w:rPr>
          <w:sz w:val="20"/>
        </w:rPr>
        <w:t>Calidad en que actúa: _________________________________</w:t>
      </w:r>
    </w:p>
    <w:p w14:paraId="6B04B162" w14:textId="77777777" w:rsidR="0064679A" w:rsidRDefault="00000000">
      <w:pPr>
        <w:spacing w:after="40"/>
      </w:pPr>
      <w:r>
        <w:rPr>
          <w:sz w:val="20"/>
        </w:rPr>
        <w:t>Documento / NIT: _____________________________________</w:t>
      </w:r>
    </w:p>
    <w:p w14:paraId="2E15FCBB" w14:textId="77777777" w:rsidR="0064679A" w:rsidRDefault="00000000">
      <w:pPr>
        <w:spacing w:after="40"/>
      </w:pPr>
      <w:r>
        <w:rPr>
          <w:sz w:val="20"/>
        </w:rPr>
        <w:t>Correo y teléfono: ____________________________________</w:t>
      </w:r>
    </w:p>
    <w:p w14:paraId="1C8D5CA4" w14:textId="77777777" w:rsidR="0064679A" w:rsidRDefault="00000000">
      <w:r>
        <w:br w:type="page"/>
      </w:r>
    </w:p>
    <w:p w14:paraId="7627B6B9" w14:textId="77777777" w:rsidR="0064679A" w:rsidRDefault="00000000">
      <w:pPr>
        <w:spacing w:after="160"/>
        <w:jc w:val="center"/>
      </w:pPr>
      <w:r>
        <w:rPr>
          <w:b/>
          <w:sz w:val="24"/>
        </w:rPr>
        <w:lastRenderedPageBreak/>
        <w:t>FORMATO 5. SEGURIDAD SOCIAL, PARAFISCALES Y SANCIONES ADMINISTRATIVAS</w:t>
      </w:r>
    </w:p>
    <w:p w14:paraId="6C99CB6B" w14:textId="77777777" w:rsidR="0064679A" w:rsidRDefault="00000000">
      <w:pPr>
        <w:jc w:val="both"/>
      </w:pPr>
      <w:r>
        <w:rPr>
          <w:i/>
          <w:sz w:val="20"/>
        </w:rPr>
        <w:t>Diligenciar la sección que corresponda a la naturaleza del proponente. En proponentes plurales, cada integrante deberá presentar la certificación aplicable.</w:t>
      </w:r>
    </w:p>
    <w:p w14:paraId="631DBD95" w14:textId="77777777" w:rsidR="0064679A" w:rsidRDefault="00000000">
      <w:r>
        <w:rPr>
          <w:b/>
          <w:sz w:val="20"/>
        </w:rPr>
        <w:t>FORMATO 5A - PERSONA JURÍDICA</w:t>
      </w:r>
    </w:p>
    <w:p w14:paraId="06FEE4C2" w14:textId="77777777" w:rsidR="0064679A" w:rsidRDefault="00000000">
      <w:pPr>
        <w:jc w:val="both"/>
      </w:pPr>
      <w:r>
        <w:rPr>
          <w:sz w:val="20"/>
        </w:rPr>
        <w:t>El suscrito representante legal y/o revisor fiscal de ________________________________________, identificada con NIT ____________________, certifica que la persona jurídica se encuentra al día en el pago de los aportes legalmente exigibles al Sistema de Seguridad Social Integral y de los aportes parafiscales correspondientes a SENA, ICBF y Cajas de Compensación Familiar, cuando haya lugar, respecto de los seis (6) meses anteriores a la fecha definitiva de cierre o durante el tiempo de su existencia cuando este sea inferior.</w:t>
      </w:r>
    </w:p>
    <w:p w14:paraId="7B9AA1F7" w14:textId="77777777" w:rsidR="0064679A" w:rsidRDefault="00000000">
      <w:r>
        <w:rPr>
          <w:sz w:val="20"/>
        </w:rPr>
        <w:t>Período certificado: desde ____________________ hasta ____________________.</w:t>
      </w:r>
      <w:r>
        <w:rPr>
          <w:sz w:val="20"/>
        </w:rPr>
        <w:br/>
        <w:t>Exenciones legalmente aplicables y soporte: ____________________________________________________.</w:t>
      </w:r>
    </w:p>
    <w:p w14:paraId="76448979" w14:textId="77777777" w:rsidR="0064679A" w:rsidRDefault="00000000">
      <w:pPr>
        <w:spacing w:before="80"/>
        <w:jc w:val="both"/>
      </w:pPr>
      <w:r>
        <w:rPr>
          <w:b/>
          <w:sz w:val="19"/>
        </w:rPr>
        <w:t xml:space="preserve">NOTA: </w:t>
      </w:r>
      <w:r>
        <w:rPr>
          <w:i/>
          <w:sz w:val="19"/>
        </w:rPr>
        <w:t>Cuando la certificación sea suscrita por revisor fiscal se anexará copia de la tarjeta profesional y certificado vigente de antecedentes disciplinarios de la Junta Central de Contadores, según corresponda.</w:t>
      </w:r>
    </w:p>
    <w:p w14:paraId="3E5AD3D4" w14:textId="77777777" w:rsidR="0064679A" w:rsidRDefault="00000000">
      <w:pPr>
        <w:spacing w:after="240"/>
      </w:pPr>
      <w:r>
        <w:rPr>
          <w:sz w:val="20"/>
        </w:rPr>
        <w:t>En constancia, se firma en ____________________, a los ____ días del mes de __________________ de 2026.</w:t>
      </w:r>
    </w:p>
    <w:p w14:paraId="3D7D4302" w14:textId="77777777" w:rsidR="0064679A" w:rsidRDefault="00000000">
      <w:pPr>
        <w:spacing w:after="40"/>
      </w:pPr>
      <w:r>
        <w:rPr>
          <w:sz w:val="20"/>
        </w:rPr>
        <w:t>Firma: ______________________________________________</w:t>
      </w:r>
    </w:p>
    <w:p w14:paraId="09807926" w14:textId="77777777" w:rsidR="0064679A" w:rsidRDefault="00000000">
      <w:pPr>
        <w:spacing w:after="40"/>
      </w:pPr>
      <w:r>
        <w:rPr>
          <w:sz w:val="20"/>
        </w:rPr>
        <w:t>Nombre: _____________________________________________</w:t>
      </w:r>
    </w:p>
    <w:p w14:paraId="20B45CFB" w14:textId="77777777" w:rsidR="0064679A" w:rsidRDefault="00000000">
      <w:pPr>
        <w:spacing w:after="40"/>
      </w:pPr>
      <w:r>
        <w:rPr>
          <w:sz w:val="20"/>
        </w:rPr>
        <w:t>Calidad en que actúa: _________________________________</w:t>
      </w:r>
    </w:p>
    <w:p w14:paraId="425FC92C" w14:textId="77777777" w:rsidR="0064679A" w:rsidRDefault="00000000">
      <w:pPr>
        <w:spacing w:after="40"/>
      </w:pPr>
      <w:r>
        <w:rPr>
          <w:sz w:val="20"/>
        </w:rPr>
        <w:t>Documento / NIT: _____________________________________</w:t>
      </w:r>
    </w:p>
    <w:p w14:paraId="6FB57B77" w14:textId="77777777" w:rsidR="0064679A" w:rsidRDefault="00000000">
      <w:pPr>
        <w:spacing w:after="40"/>
      </w:pPr>
      <w:r>
        <w:rPr>
          <w:sz w:val="20"/>
        </w:rPr>
        <w:t>Correo y teléfono: ____________________________________</w:t>
      </w:r>
    </w:p>
    <w:p w14:paraId="204E864F" w14:textId="77777777" w:rsidR="0064679A" w:rsidRDefault="00000000">
      <w:r>
        <w:br w:type="page"/>
      </w:r>
    </w:p>
    <w:p w14:paraId="7F8344C2" w14:textId="77777777" w:rsidR="0064679A" w:rsidRDefault="00000000">
      <w:r>
        <w:rPr>
          <w:b/>
          <w:sz w:val="20"/>
        </w:rPr>
        <w:lastRenderedPageBreak/>
        <w:t>FORMATO 5B - PERSONA NATURAL</w:t>
      </w:r>
    </w:p>
    <w:p w14:paraId="69F1D24A" w14:textId="77777777" w:rsidR="0064679A" w:rsidRDefault="00000000">
      <w:pPr>
        <w:jc w:val="both"/>
      </w:pPr>
      <w:r>
        <w:rPr>
          <w:sz w:val="20"/>
        </w:rPr>
        <w:t>Yo, ________________________________________, identificado(a) con ____________________, declaro bajo la gravedad del juramento que me encuentro al día en los aportes que legalmente me corresponden al Sistema de Seguridad Social Integral y, respecto de mis trabajadores dependientes cuando los tenga, en los aportes parafiscales exigibles durante los seis (6) meses anteriores al cierre o durante el tiempo correspondiente cuando la obligación tenga una antigüedad inferior.</w:t>
      </w:r>
    </w:p>
    <w:p w14:paraId="7D1D5ED5" w14:textId="77777777" w:rsidR="0064679A" w:rsidRDefault="00000000">
      <w:r>
        <w:rPr>
          <w:sz w:val="20"/>
        </w:rPr>
        <w:t>Número de trabajadores dependientes, si aplica: __________.</w:t>
      </w:r>
      <w:r>
        <w:rPr>
          <w:sz w:val="20"/>
        </w:rPr>
        <w:br/>
        <w:t>Exenciones / inexistencia de obligación y soporte: ________________________________________________.</w:t>
      </w:r>
    </w:p>
    <w:p w14:paraId="6ACC1E8B" w14:textId="77777777" w:rsidR="0064679A" w:rsidRDefault="00000000">
      <w:pPr>
        <w:spacing w:after="240"/>
      </w:pPr>
      <w:r>
        <w:rPr>
          <w:sz w:val="20"/>
        </w:rPr>
        <w:t>En constancia, se firma en ____________________, a los ____ días del mes de __________________ de 2026.</w:t>
      </w:r>
    </w:p>
    <w:p w14:paraId="33BC9C6E" w14:textId="77777777" w:rsidR="0064679A" w:rsidRDefault="00000000">
      <w:pPr>
        <w:spacing w:after="40"/>
      </w:pPr>
      <w:r>
        <w:rPr>
          <w:sz w:val="20"/>
        </w:rPr>
        <w:t>Firma: ______________________________________________</w:t>
      </w:r>
    </w:p>
    <w:p w14:paraId="65C9EB05" w14:textId="77777777" w:rsidR="0064679A" w:rsidRDefault="00000000">
      <w:pPr>
        <w:spacing w:after="40"/>
      </w:pPr>
      <w:r>
        <w:rPr>
          <w:sz w:val="20"/>
        </w:rPr>
        <w:t>Nombre: _____________________________________________</w:t>
      </w:r>
    </w:p>
    <w:p w14:paraId="0E4A0E77" w14:textId="77777777" w:rsidR="0064679A" w:rsidRDefault="00000000">
      <w:pPr>
        <w:spacing w:after="40"/>
      </w:pPr>
      <w:r>
        <w:rPr>
          <w:sz w:val="20"/>
        </w:rPr>
        <w:t>Calidad en que actúa: _________________________________</w:t>
      </w:r>
    </w:p>
    <w:p w14:paraId="4A199112" w14:textId="77777777" w:rsidR="0064679A" w:rsidRDefault="00000000">
      <w:pPr>
        <w:spacing w:after="40"/>
      </w:pPr>
      <w:r>
        <w:rPr>
          <w:sz w:val="20"/>
        </w:rPr>
        <w:t>Documento / NIT: _____________________________________</w:t>
      </w:r>
    </w:p>
    <w:p w14:paraId="51DF2EF6" w14:textId="77777777" w:rsidR="0064679A" w:rsidRDefault="00000000">
      <w:pPr>
        <w:spacing w:after="40"/>
      </w:pPr>
      <w:r>
        <w:rPr>
          <w:sz w:val="20"/>
        </w:rPr>
        <w:t>Correo y teléfono: ____________________________________</w:t>
      </w:r>
    </w:p>
    <w:p w14:paraId="7A1981E2" w14:textId="77777777" w:rsidR="0064679A" w:rsidRDefault="00000000">
      <w:r>
        <w:br w:type="page"/>
      </w:r>
    </w:p>
    <w:p w14:paraId="3F98B83B" w14:textId="77777777" w:rsidR="0064679A" w:rsidRDefault="00000000">
      <w:r>
        <w:rPr>
          <w:b/>
          <w:sz w:val="20"/>
        </w:rPr>
        <w:lastRenderedPageBreak/>
        <w:t>FORMATO 5C - PAZ Y SALVO DE SANCIONES ADMINISTRATIVAS</w:t>
      </w:r>
    </w:p>
    <w:p w14:paraId="60E0964F" w14:textId="77777777" w:rsidR="0064679A" w:rsidRDefault="00000000">
      <w:pPr>
        <w:jc w:val="both"/>
      </w:pPr>
      <w:r>
        <w:rPr>
          <w:sz w:val="20"/>
        </w:rPr>
        <w:t>Yo, ________________________________________, identificado(a) con ____________________, actuando en nombre propio / como representante legal de ________________________________________, declaro bajo la gravedad del juramento que, a la fecha de cierre, el proponente se encuentra a paz y salvo por las sanciones administrativas a que se refiere el artículo 5 de la Ley 828 de 2003 relacionadas con elusión o evasión de aportes al Sistema de Seguridad Social y parafiscales, o que no registra sanciones que generen inhabilidad para contratar con el Estado.</w:t>
      </w:r>
    </w:p>
    <w:p w14:paraId="22F33D9A" w14:textId="77777777" w:rsidR="0064679A" w:rsidRDefault="00000000">
      <w:r>
        <w:rPr>
          <w:sz w:val="20"/>
        </w:rPr>
        <w:t>Si existieron sanciones y fueron pagadas, indicar acto, fecha y soporte: ________________________________________________________________</w:t>
      </w:r>
    </w:p>
    <w:p w14:paraId="688EFBCF" w14:textId="77777777" w:rsidR="0064679A" w:rsidRDefault="00000000">
      <w:pPr>
        <w:spacing w:after="240"/>
      </w:pPr>
      <w:r>
        <w:rPr>
          <w:sz w:val="20"/>
        </w:rPr>
        <w:t>En constancia, se firma en ____________________, a los ____ días del mes de __________________ de 2026.</w:t>
      </w:r>
    </w:p>
    <w:p w14:paraId="505F1D3F" w14:textId="77777777" w:rsidR="0064679A" w:rsidRDefault="00000000">
      <w:pPr>
        <w:spacing w:after="40"/>
      </w:pPr>
      <w:r>
        <w:rPr>
          <w:sz w:val="20"/>
        </w:rPr>
        <w:t>Firma: ______________________________________________</w:t>
      </w:r>
    </w:p>
    <w:p w14:paraId="6BF1ED0D" w14:textId="77777777" w:rsidR="0064679A" w:rsidRDefault="00000000">
      <w:pPr>
        <w:spacing w:after="40"/>
      </w:pPr>
      <w:r>
        <w:rPr>
          <w:sz w:val="20"/>
        </w:rPr>
        <w:t>Nombre: _____________________________________________</w:t>
      </w:r>
    </w:p>
    <w:p w14:paraId="3B1FEC88" w14:textId="77777777" w:rsidR="0064679A" w:rsidRDefault="00000000">
      <w:pPr>
        <w:spacing w:after="40"/>
      </w:pPr>
      <w:r>
        <w:rPr>
          <w:sz w:val="20"/>
        </w:rPr>
        <w:t>Calidad en que actúa: _________________________________</w:t>
      </w:r>
    </w:p>
    <w:p w14:paraId="52C1EAF5" w14:textId="77777777" w:rsidR="0064679A" w:rsidRDefault="00000000">
      <w:pPr>
        <w:spacing w:after="40"/>
      </w:pPr>
      <w:r>
        <w:rPr>
          <w:sz w:val="20"/>
        </w:rPr>
        <w:t>Documento / NIT: _____________________________________</w:t>
      </w:r>
    </w:p>
    <w:p w14:paraId="745F92C4" w14:textId="77777777" w:rsidR="0064679A" w:rsidRDefault="00000000">
      <w:pPr>
        <w:spacing w:after="40"/>
      </w:pPr>
      <w:r>
        <w:rPr>
          <w:sz w:val="20"/>
        </w:rPr>
        <w:t>Correo y teléfono: ____________________________________</w:t>
      </w:r>
    </w:p>
    <w:p w14:paraId="118E5A46" w14:textId="77777777" w:rsidR="0064679A" w:rsidRDefault="00000000">
      <w:r>
        <w:br w:type="page"/>
      </w:r>
    </w:p>
    <w:p w14:paraId="1D29E6A7" w14:textId="77777777" w:rsidR="0064679A" w:rsidRDefault="00000000">
      <w:pPr>
        <w:spacing w:after="160"/>
        <w:jc w:val="center"/>
      </w:pPr>
      <w:r>
        <w:rPr>
          <w:b/>
          <w:sz w:val="24"/>
        </w:rPr>
        <w:lastRenderedPageBreak/>
        <w:t>FORMATO 6. OFRECIMIENTOS ADICIONALES DE CALIDAD</w:t>
      </w:r>
    </w:p>
    <w:p w14:paraId="6B82697C"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0515AB91"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2B639459" w14:textId="77777777" w:rsidR="0064679A" w:rsidRDefault="00000000">
      <w:pPr>
        <w:jc w:val="both"/>
      </w:pPr>
      <w:r>
        <w:rPr>
          <w:i/>
          <w:sz w:val="20"/>
        </w:rPr>
        <w:t>Marque de manera inequívoca SÍ o NO. La falta de marcación expresa se calificará con cero (0) puntos para el respectivo factor. Los compromisos ofrecidos se entienden incluidos en el precio global y se incorporarán al contrato.</w:t>
      </w:r>
    </w:p>
    <w:tbl>
      <w:tblPr>
        <w:tblStyle w:val="Tablaconcuadrcula"/>
        <w:tblW w:w="0" w:type="auto"/>
        <w:jc w:val="center"/>
        <w:tblLook w:val="04A0" w:firstRow="1" w:lastRow="0" w:firstColumn="1" w:lastColumn="0" w:noHBand="0" w:noVBand="1"/>
      </w:tblPr>
      <w:tblGrid>
        <w:gridCol w:w="1773"/>
        <w:gridCol w:w="922"/>
        <w:gridCol w:w="5043"/>
        <w:gridCol w:w="630"/>
        <w:gridCol w:w="634"/>
      </w:tblGrid>
      <w:tr w:rsidR="0064679A" w14:paraId="5C468FE1" w14:textId="77777777">
        <w:trPr>
          <w:jc w:val="center"/>
        </w:trPr>
        <w:tc>
          <w:tcPr>
            <w:tcW w:w="1800" w:type="dxa"/>
            <w:shd w:val="clear" w:color="auto" w:fill="D9D9D9"/>
            <w:tcMar>
              <w:top w:w="80" w:type="dxa"/>
              <w:left w:w="80" w:type="dxa"/>
              <w:bottom w:w="80" w:type="dxa"/>
              <w:right w:w="80" w:type="dxa"/>
            </w:tcMar>
            <w:vAlign w:val="center"/>
          </w:tcPr>
          <w:p w14:paraId="263ED66D" w14:textId="77777777" w:rsidR="0064679A" w:rsidRDefault="00000000">
            <w:pPr>
              <w:spacing w:after="0"/>
              <w:jc w:val="center"/>
            </w:pPr>
            <w:r>
              <w:rPr>
                <w:b/>
                <w:sz w:val="17"/>
              </w:rPr>
              <w:t>Factor</w:t>
            </w:r>
          </w:p>
        </w:tc>
        <w:tc>
          <w:tcPr>
            <w:tcW w:w="936" w:type="dxa"/>
            <w:shd w:val="clear" w:color="auto" w:fill="D9D9D9"/>
            <w:tcMar>
              <w:top w:w="80" w:type="dxa"/>
              <w:left w:w="80" w:type="dxa"/>
              <w:bottom w:w="80" w:type="dxa"/>
              <w:right w:w="80" w:type="dxa"/>
            </w:tcMar>
            <w:vAlign w:val="center"/>
          </w:tcPr>
          <w:p w14:paraId="53B4E0FF" w14:textId="77777777" w:rsidR="0064679A" w:rsidRDefault="00000000">
            <w:pPr>
              <w:spacing w:after="0"/>
              <w:jc w:val="center"/>
            </w:pPr>
            <w:r>
              <w:rPr>
                <w:b/>
                <w:sz w:val="17"/>
              </w:rPr>
              <w:t>Puntaje</w:t>
            </w:r>
          </w:p>
        </w:tc>
        <w:tc>
          <w:tcPr>
            <w:tcW w:w="5256" w:type="dxa"/>
            <w:shd w:val="clear" w:color="auto" w:fill="D9D9D9"/>
            <w:tcMar>
              <w:top w:w="80" w:type="dxa"/>
              <w:left w:w="80" w:type="dxa"/>
              <w:bottom w:w="80" w:type="dxa"/>
              <w:right w:w="80" w:type="dxa"/>
            </w:tcMar>
            <w:vAlign w:val="center"/>
          </w:tcPr>
          <w:p w14:paraId="5D2888D3" w14:textId="77777777" w:rsidR="0064679A" w:rsidRDefault="00000000">
            <w:pPr>
              <w:spacing w:after="0"/>
              <w:jc w:val="center"/>
            </w:pPr>
            <w:r>
              <w:rPr>
                <w:b/>
                <w:sz w:val="17"/>
              </w:rPr>
              <w:t>Compromiso</w:t>
            </w:r>
          </w:p>
        </w:tc>
        <w:tc>
          <w:tcPr>
            <w:tcW w:w="648" w:type="dxa"/>
            <w:shd w:val="clear" w:color="auto" w:fill="D9D9D9"/>
            <w:tcMar>
              <w:top w:w="80" w:type="dxa"/>
              <w:left w:w="80" w:type="dxa"/>
              <w:bottom w:w="80" w:type="dxa"/>
              <w:right w:w="80" w:type="dxa"/>
            </w:tcMar>
            <w:vAlign w:val="center"/>
          </w:tcPr>
          <w:p w14:paraId="7715FFF5" w14:textId="77777777" w:rsidR="0064679A" w:rsidRDefault="00000000">
            <w:pPr>
              <w:spacing w:after="0"/>
              <w:jc w:val="center"/>
            </w:pPr>
            <w:r>
              <w:rPr>
                <w:b/>
                <w:sz w:val="17"/>
              </w:rPr>
              <w:t>SÍ</w:t>
            </w:r>
          </w:p>
        </w:tc>
        <w:tc>
          <w:tcPr>
            <w:tcW w:w="648" w:type="dxa"/>
            <w:shd w:val="clear" w:color="auto" w:fill="D9D9D9"/>
            <w:tcMar>
              <w:top w:w="80" w:type="dxa"/>
              <w:left w:w="80" w:type="dxa"/>
              <w:bottom w:w="80" w:type="dxa"/>
              <w:right w:w="80" w:type="dxa"/>
            </w:tcMar>
            <w:vAlign w:val="center"/>
          </w:tcPr>
          <w:p w14:paraId="22095D21" w14:textId="77777777" w:rsidR="0064679A" w:rsidRDefault="00000000">
            <w:pPr>
              <w:spacing w:after="0"/>
              <w:jc w:val="center"/>
            </w:pPr>
            <w:r>
              <w:rPr>
                <w:b/>
                <w:sz w:val="17"/>
              </w:rPr>
              <w:t>NO</w:t>
            </w:r>
          </w:p>
        </w:tc>
      </w:tr>
      <w:tr w:rsidR="0064679A" w14:paraId="0E6E46C2" w14:textId="77777777">
        <w:trPr>
          <w:jc w:val="center"/>
        </w:trPr>
        <w:tc>
          <w:tcPr>
            <w:tcW w:w="1800" w:type="dxa"/>
            <w:tcMar>
              <w:top w:w="80" w:type="dxa"/>
              <w:left w:w="80" w:type="dxa"/>
              <w:bottom w:w="80" w:type="dxa"/>
              <w:right w:w="80" w:type="dxa"/>
            </w:tcMar>
            <w:vAlign w:val="center"/>
          </w:tcPr>
          <w:p w14:paraId="1A0AA33A" w14:textId="77777777" w:rsidR="0064679A" w:rsidRDefault="00000000">
            <w:pPr>
              <w:spacing w:after="0"/>
              <w:jc w:val="center"/>
            </w:pPr>
            <w:r>
              <w:rPr>
                <w:sz w:val="17"/>
              </w:rPr>
              <w:t>Reemplazo oportuno</w:t>
            </w:r>
          </w:p>
        </w:tc>
        <w:tc>
          <w:tcPr>
            <w:tcW w:w="936" w:type="dxa"/>
            <w:tcMar>
              <w:top w:w="80" w:type="dxa"/>
              <w:left w:w="80" w:type="dxa"/>
              <w:bottom w:w="80" w:type="dxa"/>
              <w:right w:w="80" w:type="dxa"/>
            </w:tcMar>
            <w:vAlign w:val="center"/>
          </w:tcPr>
          <w:p w14:paraId="25249E8C" w14:textId="77777777" w:rsidR="0064679A" w:rsidRDefault="00000000">
            <w:pPr>
              <w:spacing w:after="0"/>
            </w:pPr>
            <w:r>
              <w:rPr>
                <w:sz w:val="17"/>
              </w:rPr>
              <w:t>12,00</w:t>
            </w:r>
          </w:p>
        </w:tc>
        <w:tc>
          <w:tcPr>
            <w:tcW w:w="5256" w:type="dxa"/>
            <w:tcMar>
              <w:top w:w="80" w:type="dxa"/>
              <w:left w:w="80" w:type="dxa"/>
              <w:bottom w:w="80" w:type="dxa"/>
              <w:right w:w="80" w:type="dxa"/>
            </w:tcMar>
            <w:vAlign w:val="center"/>
          </w:tcPr>
          <w:p w14:paraId="08E3165D" w14:textId="77777777" w:rsidR="0064679A" w:rsidRDefault="00000000">
            <w:pPr>
              <w:spacing w:after="0"/>
            </w:pPr>
            <w:r>
              <w:rPr>
                <w:sz w:val="17"/>
              </w:rPr>
              <w:t>Cubrir cualquier ausencia de un auxiliar en máximo cuatro (4) horas de servicio, en lugar del máximo obligatorio de ocho (8) horas.</w:t>
            </w:r>
          </w:p>
        </w:tc>
        <w:tc>
          <w:tcPr>
            <w:tcW w:w="648" w:type="dxa"/>
            <w:tcMar>
              <w:top w:w="80" w:type="dxa"/>
              <w:left w:w="80" w:type="dxa"/>
              <w:bottom w:w="80" w:type="dxa"/>
              <w:right w:w="80" w:type="dxa"/>
            </w:tcMar>
            <w:vAlign w:val="center"/>
          </w:tcPr>
          <w:p w14:paraId="0ADD956D" w14:textId="77777777" w:rsidR="0064679A" w:rsidRDefault="00000000">
            <w:pPr>
              <w:spacing w:after="0"/>
            </w:pPr>
            <w:r>
              <w:rPr>
                <w:sz w:val="17"/>
              </w:rPr>
              <w:t>[  ]</w:t>
            </w:r>
          </w:p>
        </w:tc>
        <w:tc>
          <w:tcPr>
            <w:tcW w:w="648" w:type="dxa"/>
            <w:tcMar>
              <w:top w:w="80" w:type="dxa"/>
              <w:left w:w="80" w:type="dxa"/>
              <w:bottom w:w="80" w:type="dxa"/>
              <w:right w:w="80" w:type="dxa"/>
            </w:tcMar>
            <w:vAlign w:val="center"/>
          </w:tcPr>
          <w:p w14:paraId="71BA2D71" w14:textId="77777777" w:rsidR="0064679A" w:rsidRDefault="00000000">
            <w:pPr>
              <w:spacing w:after="0"/>
            </w:pPr>
            <w:r>
              <w:rPr>
                <w:sz w:val="17"/>
              </w:rPr>
              <w:t>[  ]</w:t>
            </w:r>
          </w:p>
        </w:tc>
      </w:tr>
      <w:tr w:rsidR="0064679A" w14:paraId="2FD92669" w14:textId="77777777">
        <w:trPr>
          <w:jc w:val="center"/>
        </w:trPr>
        <w:tc>
          <w:tcPr>
            <w:tcW w:w="1800" w:type="dxa"/>
            <w:tcMar>
              <w:top w:w="80" w:type="dxa"/>
              <w:left w:w="80" w:type="dxa"/>
              <w:bottom w:w="80" w:type="dxa"/>
              <w:right w:w="80" w:type="dxa"/>
            </w:tcMar>
            <w:vAlign w:val="center"/>
          </w:tcPr>
          <w:p w14:paraId="379D39F3" w14:textId="77777777" w:rsidR="0064679A" w:rsidRDefault="00000000">
            <w:pPr>
              <w:spacing w:after="0"/>
              <w:jc w:val="center"/>
            </w:pPr>
            <w:r>
              <w:rPr>
                <w:sz w:val="17"/>
              </w:rPr>
              <w:t>Acompañamiento técnico adicional</w:t>
            </w:r>
          </w:p>
        </w:tc>
        <w:tc>
          <w:tcPr>
            <w:tcW w:w="936" w:type="dxa"/>
            <w:tcMar>
              <w:top w:w="80" w:type="dxa"/>
              <w:left w:w="80" w:type="dxa"/>
              <w:bottom w:w="80" w:type="dxa"/>
              <w:right w:w="80" w:type="dxa"/>
            </w:tcMar>
            <w:vAlign w:val="center"/>
          </w:tcPr>
          <w:p w14:paraId="25C4DEF8" w14:textId="77777777" w:rsidR="0064679A" w:rsidRDefault="00000000">
            <w:pPr>
              <w:spacing w:after="0"/>
            </w:pPr>
            <w:r>
              <w:rPr>
                <w:sz w:val="17"/>
              </w:rPr>
              <w:t>17,50</w:t>
            </w:r>
          </w:p>
        </w:tc>
        <w:tc>
          <w:tcPr>
            <w:tcW w:w="5256" w:type="dxa"/>
            <w:tcMar>
              <w:top w:w="80" w:type="dxa"/>
              <w:left w:w="80" w:type="dxa"/>
              <w:bottom w:w="80" w:type="dxa"/>
              <w:right w:w="80" w:type="dxa"/>
            </w:tcMar>
            <w:vAlign w:val="center"/>
          </w:tcPr>
          <w:p w14:paraId="0CAA92B5" w14:textId="77777777" w:rsidR="0064679A" w:rsidRDefault="00000000">
            <w:pPr>
              <w:spacing w:after="0"/>
            </w:pPr>
            <w:r>
              <w:rPr>
                <w:sz w:val="17"/>
              </w:rPr>
              <w:t>Realizar cuatro (4) visitas adicionales de dos (2) horas cada una, distribuidas durante el plazo, por persona con formación técnica, tecnológica o profesional agropecuaria y experiencia relacionada, en los términos del pliego.</w:t>
            </w:r>
          </w:p>
        </w:tc>
        <w:tc>
          <w:tcPr>
            <w:tcW w:w="648" w:type="dxa"/>
            <w:tcMar>
              <w:top w:w="80" w:type="dxa"/>
              <w:left w:w="80" w:type="dxa"/>
              <w:bottom w:w="80" w:type="dxa"/>
              <w:right w:w="80" w:type="dxa"/>
            </w:tcMar>
            <w:vAlign w:val="center"/>
          </w:tcPr>
          <w:p w14:paraId="06CAEF97" w14:textId="77777777" w:rsidR="0064679A" w:rsidRDefault="00000000">
            <w:pPr>
              <w:spacing w:after="0"/>
            </w:pPr>
            <w:r>
              <w:rPr>
                <w:sz w:val="17"/>
              </w:rPr>
              <w:t>[  ]</w:t>
            </w:r>
          </w:p>
        </w:tc>
        <w:tc>
          <w:tcPr>
            <w:tcW w:w="648" w:type="dxa"/>
            <w:tcMar>
              <w:top w:w="80" w:type="dxa"/>
              <w:left w:w="80" w:type="dxa"/>
              <w:bottom w:w="80" w:type="dxa"/>
              <w:right w:w="80" w:type="dxa"/>
            </w:tcMar>
            <w:vAlign w:val="center"/>
          </w:tcPr>
          <w:p w14:paraId="3256326C" w14:textId="77777777" w:rsidR="0064679A" w:rsidRDefault="00000000">
            <w:pPr>
              <w:spacing w:after="0"/>
            </w:pPr>
            <w:r>
              <w:rPr>
                <w:sz w:val="17"/>
              </w:rPr>
              <w:t>[  ]</w:t>
            </w:r>
          </w:p>
        </w:tc>
      </w:tr>
    </w:tbl>
    <w:p w14:paraId="38A3676E" w14:textId="77777777" w:rsidR="0064679A" w:rsidRDefault="00000000">
      <w:r>
        <w:rPr>
          <w:sz w:val="20"/>
        </w:rPr>
        <w:t>Si ofrece REEMPLAZO OPORTUNO, indique medio de aviso y coordinación: ________________________________________________</w:t>
      </w:r>
    </w:p>
    <w:p w14:paraId="6FC3C644" w14:textId="77777777" w:rsidR="0064679A" w:rsidRDefault="00000000">
      <w:r>
        <w:rPr>
          <w:sz w:val="20"/>
        </w:rPr>
        <w:t>Si ofrece ACOMPAÑAMIENTO TÉCNICO, indique mecanismo de programación: _____________________________________________</w:t>
      </w:r>
    </w:p>
    <w:p w14:paraId="449A20B4" w14:textId="77777777" w:rsidR="0064679A" w:rsidRDefault="00000000">
      <w:pPr>
        <w:spacing w:before="80"/>
        <w:jc w:val="both"/>
      </w:pPr>
      <w:r>
        <w:rPr>
          <w:b/>
          <w:sz w:val="19"/>
        </w:rPr>
        <w:t xml:space="preserve">NOTA: </w:t>
      </w:r>
      <w:r>
        <w:rPr>
          <w:i/>
          <w:sz w:val="19"/>
        </w:rPr>
        <w:t>La programación orientadora prevista en el pliego corresponde a los meses 1, 4, 7 y 10. La hoja de vida y soportes de la persona que realice las visitas se aportarán antes de la primera intervención. Las visitas no sustituyen asistencia veterinaria o agronómica reservada que requiera habilitación profesional.</w:t>
      </w:r>
    </w:p>
    <w:p w14:paraId="67E578EC" w14:textId="77777777" w:rsidR="0064679A" w:rsidRDefault="00000000">
      <w:pPr>
        <w:spacing w:after="240"/>
      </w:pPr>
      <w:r>
        <w:rPr>
          <w:sz w:val="20"/>
        </w:rPr>
        <w:t>En constancia, se firma en ____________________, a los ____ días del mes de __________________ de 2026.</w:t>
      </w:r>
    </w:p>
    <w:p w14:paraId="695CE646" w14:textId="77777777" w:rsidR="0064679A" w:rsidRDefault="00000000">
      <w:pPr>
        <w:spacing w:after="40"/>
      </w:pPr>
      <w:r>
        <w:rPr>
          <w:sz w:val="20"/>
        </w:rPr>
        <w:t>Firma: ______________________________________________</w:t>
      </w:r>
    </w:p>
    <w:p w14:paraId="2BFB04E4" w14:textId="77777777" w:rsidR="0064679A" w:rsidRDefault="00000000">
      <w:pPr>
        <w:spacing w:after="40"/>
      </w:pPr>
      <w:r>
        <w:rPr>
          <w:sz w:val="20"/>
        </w:rPr>
        <w:t>Nombre: _____________________________________________</w:t>
      </w:r>
    </w:p>
    <w:p w14:paraId="57F76329" w14:textId="77777777" w:rsidR="0064679A" w:rsidRDefault="00000000">
      <w:pPr>
        <w:spacing w:after="40"/>
      </w:pPr>
      <w:r>
        <w:rPr>
          <w:sz w:val="20"/>
        </w:rPr>
        <w:t>Calidad en que actúa: _________________________________</w:t>
      </w:r>
    </w:p>
    <w:p w14:paraId="48A40EE9" w14:textId="77777777" w:rsidR="0064679A" w:rsidRDefault="00000000">
      <w:pPr>
        <w:spacing w:after="40"/>
      </w:pPr>
      <w:r>
        <w:rPr>
          <w:sz w:val="20"/>
        </w:rPr>
        <w:t>Documento / NIT: _____________________________________</w:t>
      </w:r>
    </w:p>
    <w:p w14:paraId="58DCD384" w14:textId="77777777" w:rsidR="0064679A" w:rsidRDefault="00000000">
      <w:pPr>
        <w:spacing w:after="40"/>
      </w:pPr>
      <w:r>
        <w:rPr>
          <w:sz w:val="20"/>
        </w:rPr>
        <w:t>Correo y teléfono: ____________________________________</w:t>
      </w:r>
    </w:p>
    <w:p w14:paraId="2AAB44BF" w14:textId="77777777" w:rsidR="0064679A" w:rsidRDefault="00000000">
      <w:r>
        <w:br w:type="page"/>
      </w:r>
    </w:p>
    <w:p w14:paraId="07792C68" w14:textId="77777777" w:rsidR="0064679A" w:rsidRDefault="00000000">
      <w:pPr>
        <w:spacing w:after="160"/>
        <w:jc w:val="center"/>
      </w:pPr>
      <w:r>
        <w:rPr>
          <w:b/>
          <w:sz w:val="24"/>
        </w:rPr>
        <w:lastRenderedPageBreak/>
        <w:t>FORMATO 7. APOYO A LA INDUSTRIA NACIONAL Y TRATO NACIONAL</w:t>
      </w:r>
    </w:p>
    <w:p w14:paraId="4EA93D2A"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4D9C549D"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0166FB82" w14:textId="77777777" w:rsidR="0064679A" w:rsidRDefault="00000000">
      <w:r>
        <w:rPr>
          <w:b/>
          <w:sz w:val="20"/>
        </w:rPr>
        <w:t>Seleccione UNA sola opción para efectos de puntaje:</w:t>
      </w:r>
    </w:p>
    <w:tbl>
      <w:tblPr>
        <w:tblStyle w:val="Tablaconcuadrcula"/>
        <w:tblW w:w="0" w:type="auto"/>
        <w:jc w:val="center"/>
        <w:tblLook w:val="04A0" w:firstRow="1" w:lastRow="0" w:firstColumn="1" w:lastColumn="0" w:noHBand="0" w:noVBand="1"/>
      </w:tblPr>
      <w:tblGrid>
        <w:gridCol w:w="2697"/>
        <w:gridCol w:w="1108"/>
        <w:gridCol w:w="5197"/>
      </w:tblGrid>
      <w:tr w:rsidR="0064679A" w14:paraId="0AE1273A" w14:textId="77777777">
        <w:trPr>
          <w:jc w:val="center"/>
        </w:trPr>
        <w:tc>
          <w:tcPr>
            <w:tcW w:w="2880" w:type="dxa"/>
            <w:shd w:val="clear" w:color="auto" w:fill="D9D9D9"/>
            <w:tcMar>
              <w:top w:w="80" w:type="dxa"/>
              <w:left w:w="80" w:type="dxa"/>
              <w:bottom w:w="80" w:type="dxa"/>
              <w:right w:w="80" w:type="dxa"/>
            </w:tcMar>
            <w:vAlign w:val="center"/>
          </w:tcPr>
          <w:p w14:paraId="66CB4FFD" w14:textId="77777777" w:rsidR="0064679A" w:rsidRDefault="00000000">
            <w:pPr>
              <w:spacing w:after="0"/>
              <w:jc w:val="center"/>
            </w:pPr>
            <w:r>
              <w:rPr>
                <w:b/>
                <w:sz w:val="17"/>
              </w:rPr>
              <w:t>Opción</w:t>
            </w:r>
          </w:p>
        </w:tc>
        <w:tc>
          <w:tcPr>
            <w:tcW w:w="1152" w:type="dxa"/>
            <w:shd w:val="clear" w:color="auto" w:fill="D9D9D9"/>
            <w:tcMar>
              <w:top w:w="80" w:type="dxa"/>
              <w:left w:w="80" w:type="dxa"/>
              <w:bottom w:w="80" w:type="dxa"/>
              <w:right w:w="80" w:type="dxa"/>
            </w:tcMar>
            <w:vAlign w:val="center"/>
          </w:tcPr>
          <w:p w14:paraId="20C88BBC" w14:textId="77777777" w:rsidR="0064679A" w:rsidRDefault="00000000">
            <w:pPr>
              <w:spacing w:after="0"/>
              <w:jc w:val="center"/>
            </w:pPr>
            <w:r>
              <w:rPr>
                <w:b/>
                <w:sz w:val="17"/>
              </w:rPr>
              <w:t>Puntaje máximo</w:t>
            </w:r>
          </w:p>
        </w:tc>
        <w:tc>
          <w:tcPr>
            <w:tcW w:w="5616" w:type="dxa"/>
            <w:shd w:val="clear" w:color="auto" w:fill="D9D9D9"/>
            <w:tcMar>
              <w:top w:w="80" w:type="dxa"/>
              <w:left w:w="80" w:type="dxa"/>
              <w:bottom w:w="80" w:type="dxa"/>
              <w:right w:w="80" w:type="dxa"/>
            </w:tcMar>
            <w:vAlign w:val="center"/>
          </w:tcPr>
          <w:p w14:paraId="48A55CAD" w14:textId="77777777" w:rsidR="0064679A" w:rsidRDefault="00000000">
            <w:pPr>
              <w:spacing w:after="0"/>
              <w:jc w:val="center"/>
            </w:pPr>
            <w:r>
              <w:rPr>
                <w:b/>
                <w:sz w:val="17"/>
              </w:rPr>
              <w:t>Declaración / acreditación</w:t>
            </w:r>
          </w:p>
        </w:tc>
      </w:tr>
      <w:tr w:rsidR="0064679A" w14:paraId="5572C901" w14:textId="77777777">
        <w:trPr>
          <w:jc w:val="center"/>
        </w:trPr>
        <w:tc>
          <w:tcPr>
            <w:tcW w:w="2880" w:type="dxa"/>
            <w:tcMar>
              <w:top w:w="80" w:type="dxa"/>
              <w:left w:w="80" w:type="dxa"/>
              <w:bottom w:w="80" w:type="dxa"/>
              <w:right w:w="80" w:type="dxa"/>
            </w:tcMar>
            <w:vAlign w:val="center"/>
          </w:tcPr>
          <w:p w14:paraId="7AAA8F65" w14:textId="77777777" w:rsidR="0064679A" w:rsidRDefault="00000000">
            <w:pPr>
              <w:spacing w:after="0"/>
              <w:jc w:val="center"/>
            </w:pPr>
            <w:r>
              <w:rPr>
                <w:sz w:val="17"/>
              </w:rPr>
              <w:t>[  ] Servicio nacional</w:t>
            </w:r>
          </w:p>
        </w:tc>
        <w:tc>
          <w:tcPr>
            <w:tcW w:w="1152" w:type="dxa"/>
            <w:tcMar>
              <w:top w:w="80" w:type="dxa"/>
              <w:left w:w="80" w:type="dxa"/>
              <w:bottom w:w="80" w:type="dxa"/>
              <w:right w:w="80" w:type="dxa"/>
            </w:tcMar>
            <w:vAlign w:val="center"/>
          </w:tcPr>
          <w:p w14:paraId="7C4BFFC9" w14:textId="77777777" w:rsidR="0064679A" w:rsidRDefault="00000000">
            <w:pPr>
              <w:spacing w:after="0"/>
            </w:pPr>
            <w:r>
              <w:rPr>
                <w:sz w:val="17"/>
              </w:rPr>
              <w:t>10</w:t>
            </w:r>
          </w:p>
        </w:tc>
        <w:tc>
          <w:tcPr>
            <w:tcW w:w="5616" w:type="dxa"/>
            <w:tcMar>
              <w:top w:w="80" w:type="dxa"/>
              <w:left w:w="80" w:type="dxa"/>
              <w:bottom w:w="80" w:type="dxa"/>
              <w:right w:w="80" w:type="dxa"/>
            </w:tcMar>
            <w:vAlign w:val="center"/>
          </w:tcPr>
          <w:p w14:paraId="0AA0CA05" w14:textId="77777777" w:rsidR="0064679A" w:rsidRDefault="00000000">
            <w:pPr>
              <w:spacing w:after="0"/>
            </w:pPr>
            <w:r>
              <w:rPr>
                <w:sz w:val="17"/>
              </w:rPr>
              <w:t>Acredito la regla de origen aplicable y, cuando resulte exigible, me comprometo a mantener durante la ejecución una participación no inferior al 40% de empleados o contratistas colombianos del total asociado al contrato, aproximando al entero superior.</w:t>
            </w:r>
          </w:p>
        </w:tc>
      </w:tr>
      <w:tr w:rsidR="0064679A" w14:paraId="2EBBA56A" w14:textId="77777777">
        <w:trPr>
          <w:jc w:val="center"/>
        </w:trPr>
        <w:tc>
          <w:tcPr>
            <w:tcW w:w="2880" w:type="dxa"/>
            <w:tcMar>
              <w:top w:w="80" w:type="dxa"/>
              <w:left w:w="80" w:type="dxa"/>
              <w:bottom w:w="80" w:type="dxa"/>
              <w:right w:w="80" w:type="dxa"/>
            </w:tcMar>
            <w:vAlign w:val="center"/>
          </w:tcPr>
          <w:p w14:paraId="2F960521" w14:textId="77777777" w:rsidR="0064679A" w:rsidRDefault="00000000">
            <w:pPr>
              <w:spacing w:after="0"/>
              <w:jc w:val="center"/>
            </w:pPr>
            <w:r>
              <w:rPr>
                <w:sz w:val="17"/>
              </w:rPr>
              <w:t>[  ] Servicio extranjero con trato nacional</w:t>
            </w:r>
          </w:p>
        </w:tc>
        <w:tc>
          <w:tcPr>
            <w:tcW w:w="1152" w:type="dxa"/>
            <w:tcMar>
              <w:top w:w="80" w:type="dxa"/>
              <w:left w:w="80" w:type="dxa"/>
              <w:bottom w:w="80" w:type="dxa"/>
              <w:right w:w="80" w:type="dxa"/>
            </w:tcMar>
            <w:vAlign w:val="center"/>
          </w:tcPr>
          <w:p w14:paraId="294F8DB2" w14:textId="77777777" w:rsidR="0064679A" w:rsidRDefault="00000000">
            <w:pPr>
              <w:spacing w:after="0"/>
            </w:pPr>
            <w:r>
              <w:rPr>
                <w:sz w:val="17"/>
              </w:rPr>
              <w:t>10</w:t>
            </w:r>
          </w:p>
        </w:tc>
        <w:tc>
          <w:tcPr>
            <w:tcW w:w="5616" w:type="dxa"/>
            <w:tcMar>
              <w:top w:w="80" w:type="dxa"/>
              <w:left w:w="80" w:type="dxa"/>
              <w:bottom w:w="80" w:type="dxa"/>
              <w:right w:w="80" w:type="dxa"/>
            </w:tcMar>
            <w:vAlign w:val="center"/>
          </w:tcPr>
          <w:p w14:paraId="6BFB9CCF" w14:textId="77777777" w:rsidR="0064679A" w:rsidRDefault="00000000">
            <w:pPr>
              <w:spacing w:after="0"/>
            </w:pPr>
            <w:r>
              <w:rPr>
                <w:sz w:val="17"/>
              </w:rPr>
              <w:t>Identifico el acuerdo comercial, regla de trato nacional o reciprocidad aplicable y anexo los documentos que lo sustentan. Se aplicará el régimen correspondiente sin imponer condiciones incompatibles con dicho trato.</w:t>
            </w:r>
          </w:p>
        </w:tc>
      </w:tr>
      <w:tr w:rsidR="0064679A" w14:paraId="331649F4" w14:textId="77777777">
        <w:trPr>
          <w:jc w:val="center"/>
        </w:trPr>
        <w:tc>
          <w:tcPr>
            <w:tcW w:w="2880" w:type="dxa"/>
            <w:tcMar>
              <w:top w:w="80" w:type="dxa"/>
              <w:left w:w="80" w:type="dxa"/>
              <w:bottom w:w="80" w:type="dxa"/>
              <w:right w:w="80" w:type="dxa"/>
            </w:tcMar>
            <w:vAlign w:val="center"/>
          </w:tcPr>
          <w:p w14:paraId="6FC5A2DB" w14:textId="77777777" w:rsidR="0064679A" w:rsidRDefault="00000000">
            <w:pPr>
              <w:spacing w:after="0"/>
              <w:jc w:val="center"/>
            </w:pPr>
            <w:r>
              <w:rPr>
                <w:sz w:val="17"/>
              </w:rPr>
              <w:t>[  ] Servicio extranjero sin trato nacional con componente colombiano</w:t>
            </w:r>
          </w:p>
        </w:tc>
        <w:tc>
          <w:tcPr>
            <w:tcW w:w="1152" w:type="dxa"/>
            <w:tcMar>
              <w:top w:w="80" w:type="dxa"/>
              <w:left w:w="80" w:type="dxa"/>
              <w:bottom w:w="80" w:type="dxa"/>
              <w:right w:w="80" w:type="dxa"/>
            </w:tcMar>
            <w:vAlign w:val="center"/>
          </w:tcPr>
          <w:p w14:paraId="0C05931D" w14:textId="77777777" w:rsidR="0064679A" w:rsidRDefault="00000000">
            <w:pPr>
              <w:spacing w:after="0"/>
            </w:pPr>
            <w:r>
              <w:rPr>
                <w:sz w:val="17"/>
              </w:rPr>
              <w:t>5</w:t>
            </w:r>
          </w:p>
        </w:tc>
        <w:tc>
          <w:tcPr>
            <w:tcW w:w="5616" w:type="dxa"/>
            <w:tcMar>
              <w:top w:w="80" w:type="dxa"/>
              <w:left w:w="80" w:type="dxa"/>
              <w:bottom w:w="80" w:type="dxa"/>
              <w:right w:w="80" w:type="dxa"/>
            </w:tcMar>
            <w:vAlign w:val="center"/>
          </w:tcPr>
          <w:p w14:paraId="4CE9740F" w14:textId="77777777" w:rsidR="0064679A" w:rsidRDefault="00000000">
            <w:pPr>
              <w:spacing w:after="0"/>
            </w:pPr>
            <w:r>
              <w:rPr>
                <w:sz w:val="17"/>
              </w:rPr>
              <w:t>Me comprometo a incorporar como mínimo 40% de personal colombiano del total de empleados y contratistas asociados a la ejecución del contrato.</w:t>
            </w:r>
          </w:p>
        </w:tc>
      </w:tr>
      <w:tr w:rsidR="0064679A" w14:paraId="66934B78" w14:textId="77777777">
        <w:trPr>
          <w:jc w:val="center"/>
        </w:trPr>
        <w:tc>
          <w:tcPr>
            <w:tcW w:w="2880" w:type="dxa"/>
            <w:tcMar>
              <w:top w:w="80" w:type="dxa"/>
              <w:left w:w="80" w:type="dxa"/>
              <w:bottom w:w="80" w:type="dxa"/>
              <w:right w:w="80" w:type="dxa"/>
            </w:tcMar>
            <w:vAlign w:val="center"/>
          </w:tcPr>
          <w:p w14:paraId="791FDBB2" w14:textId="77777777" w:rsidR="0064679A" w:rsidRDefault="00000000">
            <w:pPr>
              <w:spacing w:after="0"/>
              <w:jc w:val="center"/>
            </w:pPr>
            <w:r>
              <w:rPr>
                <w:sz w:val="17"/>
              </w:rPr>
              <w:t>[  ] No solicito puntaje</w:t>
            </w:r>
          </w:p>
        </w:tc>
        <w:tc>
          <w:tcPr>
            <w:tcW w:w="1152" w:type="dxa"/>
            <w:tcMar>
              <w:top w:w="80" w:type="dxa"/>
              <w:left w:w="80" w:type="dxa"/>
              <w:bottom w:w="80" w:type="dxa"/>
              <w:right w:w="80" w:type="dxa"/>
            </w:tcMar>
            <w:vAlign w:val="center"/>
          </w:tcPr>
          <w:p w14:paraId="563C357F" w14:textId="77777777" w:rsidR="0064679A" w:rsidRDefault="00000000">
            <w:pPr>
              <w:spacing w:after="0"/>
            </w:pPr>
            <w:r>
              <w:rPr>
                <w:sz w:val="17"/>
              </w:rPr>
              <w:t>0</w:t>
            </w:r>
          </w:p>
        </w:tc>
        <w:tc>
          <w:tcPr>
            <w:tcW w:w="5616" w:type="dxa"/>
            <w:tcMar>
              <w:top w:w="80" w:type="dxa"/>
              <w:left w:w="80" w:type="dxa"/>
              <w:bottom w:w="80" w:type="dxa"/>
              <w:right w:w="80" w:type="dxa"/>
            </w:tcMar>
            <w:vAlign w:val="center"/>
          </w:tcPr>
          <w:p w14:paraId="5EDD3050" w14:textId="77777777" w:rsidR="0064679A" w:rsidRDefault="00000000">
            <w:pPr>
              <w:spacing w:after="0"/>
            </w:pPr>
            <w:r>
              <w:rPr>
                <w:sz w:val="17"/>
              </w:rPr>
              <w:t>No se acredita franja de puntaje por este factor.</w:t>
            </w:r>
          </w:p>
        </w:tc>
      </w:tr>
    </w:tbl>
    <w:p w14:paraId="3BC335B4" w14:textId="77777777" w:rsidR="0064679A" w:rsidRDefault="00000000">
      <w:r>
        <w:rPr>
          <w:sz w:val="20"/>
        </w:rPr>
        <w:t>Regla de origen / nacionalidad / constitución y domicilio acreditados con: ________________________________________________</w:t>
      </w:r>
    </w:p>
    <w:p w14:paraId="4AEFFE93" w14:textId="77777777" w:rsidR="0064679A" w:rsidRDefault="00000000">
      <w:r>
        <w:rPr>
          <w:sz w:val="20"/>
        </w:rPr>
        <w:t>Acuerdo comercial, norma o certificado de reciprocidad invocado: _____________________________________________________</w:t>
      </w:r>
    </w:p>
    <w:p w14:paraId="7406327A" w14:textId="77777777" w:rsidR="0064679A" w:rsidRDefault="00000000">
      <w:r>
        <w:rPr>
          <w:sz w:val="20"/>
        </w:rPr>
        <w:t>Personal total estimado asociado a la ejecución: ________. Personal colombiano comprometido: ________. Porcentaje: ________%.</w:t>
      </w:r>
    </w:p>
    <w:p w14:paraId="2CCB73CC" w14:textId="77777777" w:rsidR="0064679A" w:rsidRDefault="00000000">
      <w:r>
        <w:rPr>
          <w:b/>
          <w:sz w:val="20"/>
        </w:rPr>
        <w:t>Para proponente plural, relacione integrantes, nacionalidad, domicilio y soporte:</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69ADD477" w14:textId="77777777">
        <w:trPr>
          <w:jc w:val="center"/>
        </w:trPr>
        <w:tc>
          <w:tcPr>
            <w:tcW w:w="2210" w:type="dxa"/>
            <w:shd w:val="clear" w:color="auto" w:fill="D9D9D9"/>
            <w:tcMar>
              <w:top w:w="80" w:type="dxa"/>
              <w:left w:w="80" w:type="dxa"/>
              <w:bottom w:w="80" w:type="dxa"/>
              <w:right w:w="80" w:type="dxa"/>
            </w:tcMar>
            <w:vAlign w:val="center"/>
          </w:tcPr>
          <w:p w14:paraId="14262E28" w14:textId="77777777" w:rsidR="0064679A" w:rsidRDefault="00000000">
            <w:pPr>
              <w:spacing w:after="0"/>
              <w:jc w:val="center"/>
            </w:pPr>
            <w:r>
              <w:rPr>
                <w:b/>
                <w:sz w:val="18"/>
              </w:rPr>
              <w:t>Integrante</w:t>
            </w:r>
          </w:p>
        </w:tc>
        <w:tc>
          <w:tcPr>
            <w:tcW w:w="2210" w:type="dxa"/>
            <w:shd w:val="clear" w:color="auto" w:fill="D9D9D9"/>
            <w:tcMar>
              <w:top w:w="80" w:type="dxa"/>
              <w:left w:w="80" w:type="dxa"/>
              <w:bottom w:w="80" w:type="dxa"/>
              <w:right w:w="80" w:type="dxa"/>
            </w:tcMar>
            <w:vAlign w:val="center"/>
          </w:tcPr>
          <w:p w14:paraId="17C56E3B" w14:textId="77777777" w:rsidR="0064679A" w:rsidRDefault="00000000">
            <w:pPr>
              <w:spacing w:after="0"/>
              <w:jc w:val="center"/>
            </w:pPr>
            <w:r>
              <w:rPr>
                <w:b/>
                <w:sz w:val="18"/>
              </w:rPr>
              <w:t>Nacionalidad / domicilio</w:t>
            </w:r>
          </w:p>
        </w:tc>
        <w:tc>
          <w:tcPr>
            <w:tcW w:w="2210" w:type="dxa"/>
            <w:shd w:val="clear" w:color="auto" w:fill="D9D9D9"/>
            <w:tcMar>
              <w:top w:w="80" w:type="dxa"/>
              <w:left w:w="80" w:type="dxa"/>
              <w:bottom w:w="80" w:type="dxa"/>
              <w:right w:w="80" w:type="dxa"/>
            </w:tcMar>
            <w:vAlign w:val="center"/>
          </w:tcPr>
          <w:p w14:paraId="0C227BAB" w14:textId="77777777" w:rsidR="0064679A" w:rsidRDefault="00000000">
            <w:pPr>
              <w:spacing w:after="0"/>
              <w:jc w:val="center"/>
            </w:pPr>
            <w:r>
              <w:rPr>
                <w:b/>
                <w:sz w:val="18"/>
              </w:rPr>
              <w:t>Participación</w:t>
            </w:r>
          </w:p>
        </w:tc>
        <w:tc>
          <w:tcPr>
            <w:tcW w:w="2210" w:type="dxa"/>
            <w:shd w:val="clear" w:color="auto" w:fill="D9D9D9"/>
            <w:tcMar>
              <w:top w:w="80" w:type="dxa"/>
              <w:left w:w="80" w:type="dxa"/>
              <w:bottom w:w="80" w:type="dxa"/>
              <w:right w:w="80" w:type="dxa"/>
            </w:tcMar>
            <w:vAlign w:val="center"/>
          </w:tcPr>
          <w:p w14:paraId="21EF055F" w14:textId="77777777" w:rsidR="0064679A" w:rsidRDefault="00000000">
            <w:pPr>
              <w:spacing w:after="0"/>
              <w:jc w:val="center"/>
            </w:pPr>
            <w:r>
              <w:rPr>
                <w:b/>
                <w:sz w:val="18"/>
              </w:rPr>
              <w:t>Soporte / páginas</w:t>
            </w:r>
          </w:p>
        </w:tc>
      </w:tr>
      <w:tr w:rsidR="0064679A" w14:paraId="3DC35EFA" w14:textId="77777777">
        <w:trPr>
          <w:jc w:val="center"/>
        </w:trPr>
        <w:tc>
          <w:tcPr>
            <w:tcW w:w="2210" w:type="dxa"/>
            <w:tcMar>
              <w:top w:w="80" w:type="dxa"/>
              <w:left w:w="80" w:type="dxa"/>
              <w:bottom w:w="80" w:type="dxa"/>
              <w:right w:w="80" w:type="dxa"/>
            </w:tcMar>
            <w:vAlign w:val="center"/>
          </w:tcPr>
          <w:p w14:paraId="4CBCD9F5" w14:textId="77777777" w:rsidR="0064679A" w:rsidRDefault="0064679A">
            <w:pPr>
              <w:spacing w:after="0"/>
              <w:jc w:val="center"/>
            </w:pPr>
          </w:p>
        </w:tc>
        <w:tc>
          <w:tcPr>
            <w:tcW w:w="2210" w:type="dxa"/>
            <w:tcMar>
              <w:top w:w="80" w:type="dxa"/>
              <w:left w:w="80" w:type="dxa"/>
              <w:bottom w:w="80" w:type="dxa"/>
              <w:right w:w="80" w:type="dxa"/>
            </w:tcMar>
            <w:vAlign w:val="center"/>
          </w:tcPr>
          <w:p w14:paraId="04026818" w14:textId="77777777" w:rsidR="0064679A" w:rsidRDefault="0064679A">
            <w:pPr>
              <w:spacing w:after="0"/>
            </w:pPr>
          </w:p>
        </w:tc>
        <w:tc>
          <w:tcPr>
            <w:tcW w:w="2210" w:type="dxa"/>
            <w:tcMar>
              <w:top w:w="80" w:type="dxa"/>
              <w:left w:w="80" w:type="dxa"/>
              <w:bottom w:w="80" w:type="dxa"/>
              <w:right w:w="80" w:type="dxa"/>
            </w:tcMar>
            <w:vAlign w:val="center"/>
          </w:tcPr>
          <w:p w14:paraId="6B601D42" w14:textId="77777777" w:rsidR="0064679A" w:rsidRDefault="0064679A">
            <w:pPr>
              <w:spacing w:after="0"/>
            </w:pPr>
          </w:p>
        </w:tc>
        <w:tc>
          <w:tcPr>
            <w:tcW w:w="2210" w:type="dxa"/>
            <w:tcMar>
              <w:top w:w="80" w:type="dxa"/>
              <w:left w:w="80" w:type="dxa"/>
              <w:bottom w:w="80" w:type="dxa"/>
              <w:right w:w="80" w:type="dxa"/>
            </w:tcMar>
            <w:vAlign w:val="center"/>
          </w:tcPr>
          <w:p w14:paraId="614F6430" w14:textId="77777777" w:rsidR="0064679A" w:rsidRDefault="0064679A">
            <w:pPr>
              <w:spacing w:after="0"/>
            </w:pPr>
          </w:p>
        </w:tc>
      </w:tr>
      <w:tr w:rsidR="0064679A" w14:paraId="2CDC4230" w14:textId="77777777">
        <w:trPr>
          <w:jc w:val="center"/>
        </w:trPr>
        <w:tc>
          <w:tcPr>
            <w:tcW w:w="2210" w:type="dxa"/>
            <w:tcMar>
              <w:top w:w="80" w:type="dxa"/>
              <w:left w:w="80" w:type="dxa"/>
              <w:bottom w:w="80" w:type="dxa"/>
              <w:right w:w="80" w:type="dxa"/>
            </w:tcMar>
            <w:vAlign w:val="center"/>
          </w:tcPr>
          <w:p w14:paraId="0B1F78FC" w14:textId="77777777" w:rsidR="0064679A" w:rsidRDefault="0064679A">
            <w:pPr>
              <w:spacing w:after="0"/>
              <w:jc w:val="center"/>
            </w:pPr>
          </w:p>
        </w:tc>
        <w:tc>
          <w:tcPr>
            <w:tcW w:w="2210" w:type="dxa"/>
            <w:tcMar>
              <w:top w:w="80" w:type="dxa"/>
              <w:left w:w="80" w:type="dxa"/>
              <w:bottom w:w="80" w:type="dxa"/>
              <w:right w:w="80" w:type="dxa"/>
            </w:tcMar>
            <w:vAlign w:val="center"/>
          </w:tcPr>
          <w:p w14:paraId="51711F0E" w14:textId="77777777" w:rsidR="0064679A" w:rsidRDefault="0064679A">
            <w:pPr>
              <w:spacing w:after="0"/>
            </w:pPr>
          </w:p>
        </w:tc>
        <w:tc>
          <w:tcPr>
            <w:tcW w:w="2210" w:type="dxa"/>
            <w:tcMar>
              <w:top w:w="80" w:type="dxa"/>
              <w:left w:w="80" w:type="dxa"/>
              <w:bottom w:w="80" w:type="dxa"/>
              <w:right w:w="80" w:type="dxa"/>
            </w:tcMar>
            <w:vAlign w:val="center"/>
          </w:tcPr>
          <w:p w14:paraId="7BC14F2C" w14:textId="77777777" w:rsidR="0064679A" w:rsidRDefault="0064679A">
            <w:pPr>
              <w:spacing w:after="0"/>
            </w:pPr>
          </w:p>
        </w:tc>
        <w:tc>
          <w:tcPr>
            <w:tcW w:w="2210" w:type="dxa"/>
            <w:tcMar>
              <w:top w:w="80" w:type="dxa"/>
              <w:left w:w="80" w:type="dxa"/>
              <w:bottom w:w="80" w:type="dxa"/>
              <w:right w:w="80" w:type="dxa"/>
            </w:tcMar>
            <w:vAlign w:val="center"/>
          </w:tcPr>
          <w:p w14:paraId="42074B30" w14:textId="77777777" w:rsidR="0064679A" w:rsidRDefault="0064679A">
            <w:pPr>
              <w:spacing w:after="0"/>
            </w:pPr>
          </w:p>
        </w:tc>
      </w:tr>
      <w:tr w:rsidR="0064679A" w14:paraId="23F6A2EB" w14:textId="77777777">
        <w:trPr>
          <w:jc w:val="center"/>
        </w:trPr>
        <w:tc>
          <w:tcPr>
            <w:tcW w:w="2210" w:type="dxa"/>
            <w:tcMar>
              <w:top w:w="80" w:type="dxa"/>
              <w:left w:w="80" w:type="dxa"/>
              <w:bottom w:w="80" w:type="dxa"/>
              <w:right w:w="80" w:type="dxa"/>
            </w:tcMar>
            <w:vAlign w:val="center"/>
          </w:tcPr>
          <w:p w14:paraId="18E3E56F" w14:textId="77777777" w:rsidR="0064679A" w:rsidRDefault="0064679A">
            <w:pPr>
              <w:spacing w:after="0"/>
              <w:jc w:val="center"/>
            </w:pPr>
          </w:p>
        </w:tc>
        <w:tc>
          <w:tcPr>
            <w:tcW w:w="2210" w:type="dxa"/>
            <w:tcMar>
              <w:top w:w="80" w:type="dxa"/>
              <w:left w:w="80" w:type="dxa"/>
              <w:bottom w:w="80" w:type="dxa"/>
              <w:right w:w="80" w:type="dxa"/>
            </w:tcMar>
            <w:vAlign w:val="center"/>
          </w:tcPr>
          <w:p w14:paraId="79E59D6D" w14:textId="77777777" w:rsidR="0064679A" w:rsidRDefault="0064679A">
            <w:pPr>
              <w:spacing w:after="0"/>
            </w:pPr>
          </w:p>
        </w:tc>
        <w:tc>
          <w:tcPr>
            <w:tcW w:w="2210" w:type="dxa"/>
            <w:tcMar>
              <w:top w:w="80" w:type="dxa"/>
              <w:left w:w="80" w:type="dxa"/>
              <w:bottom w:w="80" w:type="dxa"/>
              <w:right w:w="80" w:type="dxa"/>
            </w:tcMar>
            <w:vAlign w:val="center"/>
          </w:tcPr>
          <w:p w14:paraId="78D55116" w14:textId="77777777" w:rsidR="0064679A" w:rsidRDefault="0064679A">
            <w:pPr>
              <w:spacing w:after="0"/>
            </w:pPr>
          </w:p>
        </w:tc>
        <w:tc>
          <w:tcPr>
            <w:tcW w:w="2210" w:type="dxa"/>
            <w:tcMar>
              <w:top w:w="80" w:type="dxa"/>
              <w:left w:w="80" w:type="dxa"/>
              <w:bottom w:w="80" w:type="dxa"/>
              <w:right w:w="80" w:type="dxa"/>
            </w:tcMar>
            <w:vAlign w:val="center"/>
          </w:tcPr>
          <w:p w14:paraId="2A94A7D0" w14:textId="77777777" w:rsidR="0064679A" w:rsidRDefault="0064679A">
            <w:pPr>
              <w:spacing w:after="0"/>
            </w:pPr>
          </w:p>
        </w:tc>
      </w:tr>
    </w:tbl>
    <w:p w14:paraId="47D4C85E" w14:textId="77777777" w:rsidR="0064679A" w:rsidRDefault="00000000">
      <w:pPr>
        <w:spacing w:after="240"/>
      </w:pPr>
      <w:r>
        <w:rPr>
          <w:sz w:val="20"/>
        </w:rPr>
        <w:t>En constancia, se firma en ____________________, a los ____ días del mes de __________________ de 2026.</w:t>
      </w:r>
    </w:p>
    <w:p w14:paraId="4917A46D" w14:textId="77777777" w:rsidR="0064679A" w:rsidRDefault="00000000">
      <w:pPr>
        <w:spacing w:after="40"/>
      </w:pPr>
      <w:r>
        <w:rPr>
          <w:sz w:val="20"/>
        </w:rPr>
        <w:t>Firma: ______________________________________________</w:t>
      </w:r>
    </w:p>
    <w:p w14:paraId="2B0BC11E" w14:textId="77777777" w:rsidR="0064679A" w:rsidRDefault="00000000">
      <w:pPr>
        <w:spacing w:after="40"/>
      </w:pPr>
      <w:r>
        <w:rPr>
          <w:sz w:val="20"/>
        </w:rPr>
        <w:t>Nombre: _____________________________________________</w:t>
      </w:r>
    </w:p>
    <w:p w14:paraId="7CFC555D" w14:textId="77777777" w:rsidR="0064679A" w:rsidRDefault="00000000">
      <w:pPr>
        <w:spacing w:after="40"/>
      </w:pPr>
      <w:r>
        <w:rPr>
          <w:sz w:val="20"/>
        </w:rPr>
        <w:t>Calidad en que actúa: _________________________________</w:t>
      </w:r>
    </w:p>
    <w:p w14:paraId="7763DD33" w14:textId="77777777" w:rsidR="0064679A" w:rsidRDefault="00000000">
      <w:pPr>
        <w:spacing w:after="40"/>
      </w:pPr>
      <w:r>
        <w:rPr>
          <w:sz w:val="20"/>
        </w:rPr>
        <w:t>Documento / NIT: _____________________________________</w:t>
      </w:r>
    </w:p>
    <w:p w14:paraId="4D29D680" w14:textId="77777777" w:rsidR="0064679A" w:rsidRDefault="00000000">
      <w:pPr>
        <w:spacing w:after="40"/>
      </w:pPr>
      <w:r>
        <w:rPr>
          <w:sz w:val="20"/>
        </w:rPr>
        <w:t>Correo y teléfono: ____________________________________</w:t>
      </w:r>
    </w:p>
    <w:p w14:paraId="5916D8C5" w14:textId="77777777" w:rsidR="0064679A" w:rsidRDefault="00000000">
      <w:r>
        <w:br w:type="page"/>
      </w:r>
    </w:p>
    <w:p w14:paraId="5C86E976" w14:textId="77777777" w:rsidR="0064679A" w:rsidRDefault="00000000">
      <w:pPr>
        <w:spacing w:after="160"/>
        <w:jc w:val="center"/>
      </w:pPr>
      <w:r>
        <w:rPr>
          <w:b/>
          <w:sz w:val="24"/>
        </w:rPr>
        <w:lastRenderedPageBreak/>
        <w:t>FORMATO 8. CONDICIONES DIFERENCIALES</w:t>
      </w:r>
    </w:p>
    <w:p w14:paraId="3EB74349"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179D252F"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02A83181" w14:textId="77777777" w:rsidR="0064679A" w:rsidRDefault="00000000">
      <w:pPr>
        <w:jc w:val="both"/>
      </w:pPr>
      <w:r>
        <w:rPr>
          <w:i/>
          <w:sz w:val="20"/>
        </w:rPr>
        <w:t>Marque únicamente las condiciones que pretenda hacer valer y anexe todos los documentos exigidos por el pliego y la normativa aplicable. Esta declaración no sustituye los soportes.</w:t>
      </w:r>
    </w:p>
    <w:tbl>
      <w:tblPr>
        <w:tblStyle w:val="Tablaconcuadrcula"/>
        <w:tblW w:w="0" w:type="auto"/>
        <w:jc w:val="center"/>
        <w:tblLook w:val="04A0" w:firstRow="1" w:lastRow="0" w:firstColumn="1" w:lastColumn="0" w:noHBand="0" w:noVBand="1"/>
      </w:tblPr>
      <w:tblGrid>
        <w:gridCol w:w="2107"/>
        <w:gridCol w:w="4646"/>
        <w:gridCol w:w="769"/>
        <w:gridCol w:w="1480"/>
      </w:tblGrid>
      <w:tr w:rsidR="0064679A" w14:paraId="7FDC813C" w14:textId="77777777">
        <w:trPr>
          <w:jc w:val="center"/>
        </w:trPr>
        <w:tc>
          <w:tcPr>
            <w:tcW w:w="2232" w:type="dxa"/>
            <w:shd w:val="clear" w:color="auto" w:fill="D9D9D9"/>
            <w:tcMar>
              <w:top w:w="80" w:type="dxa"/>
              <w:left w:w="80" w:type="dxa"/>
              <w:bottom w:w="80" w:type="dxa"/>
              <w:right w:w="80" w:type="dxa"/>
            </w:tcMar>
            <w:vAlign w:val="center"/>
          </w:tcPr>
          <w:p w14:paraId="097FC289" w14:textId="77777777" w:rsidR="0064679A" w:rsidRDefault="00000000">
            <w:pPr>
              <w:spacing w:after="0"/>
              <w:jc w:val="center"/>
            </w:pPr>
            <w:r>
              <w:rPr>
                <w:b/>
                <w:sz w:val="16"/>
              </w:rPr>
              <w:t>Condición</w:t>
            </w:r>
          </w:p>
        </w:tc>
        <w:tc>
          <w:tcPr>
            <w:tcW w:w="5112" w:type="dxa"/>
            <w:shd w:val="clear" w:color="auto" w:fill="D9D9D9"/>
            <w:tcMar>
              <w:top w:w="80" w:type="dxa"/>
              <w:left w:w="80" w:type="dxa"/>
              <w:bottom w:w="80" w:type="dxa"/>
              <w:right w:w="80" w:type="dxa"/>
            </w:tcMar>
            <w:vAlign w:val="center"/>
          </w:tcPr>
          <w:p w14:paraId="0556BCBF" w14:textId="77777777" w:rsidR="0064679A" w:rsidRDefault="00000000">
            <w:pPr>
              <w:spacing w:after="0"/>
              <w:jc w:val="center"/>
            </w:pPr>
            <w:r>
              <w:rPr>
                <w:b/>
                <w:sz w:val="16"/>
              </w:rPr>
              <w:t>Uso en este proceso</w:t>
            </w:r>
          </w:p>
        </w:tc>
        <w:tc>
          <w:tcPr>
            <w:tcW w:w="792" w:type="dxa"/>
            <w:shd w:val="clear" w:color="auto" w:fill="D9D9D9"/>
            <w:tcMar>
              <w:top w:w="80" w:type="dxa"/>
              <w:left w:w="80" w:type="dxa"/>
              <w:bottom w:w="80" w:type="dxa"/>
              <w:right w:w="80" w:type="dxa"/>
            </w:tcMar>
            <w:vAlign w:val="center"/>
          </w:tcPr>
          <w:p w14:paraId="6B938D9E" w14:textId="77777777" w:rsidR="0064679A" w:rsidRDefault="00000000">
            <w:pPr>
              <w:spacing w:after="0"/>
              <w:jc w:val="center"/>
            </w:pPr>
            <w:r>
              <w:rPr>
                <w:b/>
                <w:sz w:val="16"/>
              </w:rPr>
              <w:t>Marcar</w:t>
            </w:r>
          </w:p>
        </w:tc>
        <w:tc>
          <w:tcPr>
            <w:tcW w:w="1584" w:type="dxa"/>
            <w:shd w:val="clear" w:color="auto" w:fill="D9D9D9"/>
            <w:tcMar>
              <w:top w:w="80" w:type="dxa"/>
              <w:left w:w="80" w:type="dxa"/>
              <w:bottom w:w="80" w:type="dxa"/>
              <w:right w:w="80" w:type="dxa"/>
            </w:tcMar>
            <w:vAlign w:val="center"/>
          </w:tcPr>
          <w:p w14:paraId="16ACD7B9" w14:textId="77777777" w:rsidR="0064679A" w:rsidRDefault="00000000">
            <w:pPr>
              <w:spacing w:after="0"/>
              <w:jc w:val="center"/>
            </w:pPr>
            <w:r>
              <w:rPr>
                <w:b/>
                <w:sz w:val="16"/>
              </w:rPr>
              <w:t>Soporte / páginas</w:t>
            </w:r>
          </w:p>
        </w:tc>
      </w:tr>
      <w:tr w:rsidR="0064679A" w14:paraId="05C19C11" w14:textId="77777777">
        <w:trPr>
          <w:jc w:val="center"/>
        </w:trPr>
        <w:tc>
          <w:tcPr>
            <w:tcW w:w="2232" w:type="dxa"/>
            <w:tcMar>
              <w:top w:w="80" w:type="dxa"/>
              <w:left w:w="80" w:type="dxa"/>
              <w:bottom w:w="80" w:type="dxa"/>
              <w:right w:w="80" w:type="dxa"/>
            </w:tcMar>
            <w:vAlign w:val="center"/>
          </w:tcPr>
          <w:p w14:paraId="4956E15E" w14:textId="77777777" w:rsidR="0064679A" w:rsidRDefault="00000000">
            <w:pPr>
              <w:spacing w:after="0"/>
              <w:jc w:val="center"/>
            </w:pPr>
            <w:r>
              <w:rPr>
                <w:sz w:val="16"/>
              </w:rPr>
              <w:t>Mipyme</w:t>
            </w:r>
          </w:p>
        </w:tc>
        <w:tc>
          <w:tcPr>
            <w:tcW w:w="5112" w:type="dxa"/>
            <w:tcMar>
              <w:top w:w="80" w:type="dxa"/>
              <w:left w:w="80" w:type="dxa"/>
              <w:bottom w:w="80" w:type="dxa"/>
              <w:right w:w="80" w:type="dxa"/>
            </w:tcMar>
            <w:vAlign w:val="center"/>
          </w:tcPr>
          <w:p w14:paraId="2510B5AE" w14:textId="77777777" w:rsidR="0064679A" w:rsidRDefault="00000000">
            <w:pPr>
              <w:spacing w:after="0"/>
            </w:pPr>
            <w:r>
              <w:rPr>
                <w:sz w:val="16"/>
              </w:rPr>
              <w:t>Puntaje de 0,25 puntos y, cuando corresponda, acreditación para convocatoria limitada o criterio habilitante diferencial.</w:t>
            </w:r>
          </w:p>
        </w:tc>
        <w:tc>
          <w:tcPr>
            <w:tcW w:w="792" w:type="dxa"/>
            <w:tcMar>
              <w:top w:w="80" w:type="dxa"/>
              <w:left w:w="80" w:type="dxa"/>
              <w:bottom w:w="80" w:type="dxa"/>
              <w:right w:w="80" w:type="dxa"/>
            </w:tcMar>
            <w:vAlign w:val="center"/>
          </w:tcPr>
          <w:p w14:paraId="0D16A895" w14:textId="77777777" w:rsidR="0064679A" w:rsidRDefault="00000000">
            <w:pPr>
              <w:spacing w:after="0"/>
            </w:pPr>
            <w:r>
              <w:rPr>
                <w:sz w:val="16"/>
              </w:rPr>
              <w:t>[  ]</w:t>
            </w:r>
          </w:p>
        </w:tc>
        <w:tc>
          <w:tcPr>
            <w:tcW w:w="1584" w:type="dxa"/>
            <w:tcMar>
              <w:top w:w="80" w:type="dxa"/>
              <w:left w:w="80" w:type="dxa"/>
              <w:bottom w:w="80" w:type="dxa"/>
              <w:right w:w="80" w:type="dxa"/>
            </w:tcMar>
            <w:vAlign w:val="center"/>
          </w:tcPr>
          <w:p w14:paraId="394E23D6" w14:textId="77777777" w:rsidR="0064679A" w:rsidRDefault="0064679A">
            <w:pPr>
              <w:spacing w:after="0"/>
            </w:pPr>
          </w:p>
        </w:tc>
      </w:tr>
      <w:tr w:rsidR="0064679A" w14:paraId="208A2817" w14:textId="77777777">
        <w:trPr>
          <w:jc w:val="center"/>
        </w:trPr>
        <w:tc>
          <w:tcPr>
            <w:tcW w:w="2232" w:type="dxa"/>
            <w:tcMar>
              <w:top w:w="80" w:type="dxa"/>
              <w:left w:w="80" w:type="dxa"/>
              <w:bottom w:w="80" w:type="dxa"/>
              <w:right w:w="80" w:type="dxa"/>
            </w:tcMar>
            <w:vAlign w:val="center"/>
          </w:tcPr>
          <w:p w14:paraId="6F8CEB0D" w14:textId="77777777" w:rsidR="0064679A" w:rsidRDefault="00000000">
            <w:pPr>
              <w:spacing w:after="0"/>
              <w:jc w:val="center"/>
            </w:pPr>
            <w:r>
              <w:rPr>
                <w:sz w:val="16"/>
              </w:rPr>
              <w:t>Emprendimiento o empresa de mujeres</w:t>
            </w:r>
          </w:p>
        </w:tc>
        <w:tc>
          <w:tcPr>
            <w:tcW w:w="5112" w:type="dxa"/>
            <w:tcMar>
              <w:top w:w="80" w:type="dxa"/>
              <w:left w:w="80" w:type="dxa"/>
              <w:bottom w:w="80" w:type="dxa"/>
              <w:right w:w="80" w:type="dxa"/>
            </w:tcMar>
            <w:vAlign w:val="center"/>
          </w:tcPr>
          <w:p w14:paraId="0C223861" w14:textId="77777777" w:rsidR="0064679A" w:rsidRDefault="00000000">
            <w:pPr>
              <w:spacing w:after="0"/>
            </w:pPr>
            <w:r>
              <w:rPr>
                <w:sz w:val="16"/>
              </w:rPr>
              <w:t>Puntaje de 0,25 puntos cuando se acredite alguno de los supuestos y medios de acreditación previstos en los artículos 2.2.1.2.4.2.14 y 2.2.1.2.4.2.15 del Decreto 1082 de 2015.</w:t>
            </w:r>
          </w:p>
        </w:tc>
        <w:tc>
          <w:tcPr>
            <w:tcW w:w="792" w:type="dxa"/>
            <w:tcMar>
              <w:top w:w="80" w:type="dxa"/>
              <w:left w:w="80" w:type="dxa"/>
              <w:bottom w:w="80" w:type="dxa"/>
              <w:right w:w="80" w:type="dxa"/>
            </w:tcMar>
            <w:vAlign w:val="center"/>
          </w:tcPr>
          <w:p w14:paraId="17D98EDF" w14:textId="77777777" w:rsidR="0064679A" w:rsidRDefault="00000000">
            <w:pPr>
              <w:spacing w:after="0"/>
            </w:pPr>
            <w:r>
              <w:rPr>
                <w:sz w:val="16"/>
              </w:rPr>
              <w:t>[  ]</w:t>
            </w:r>
          </w:p>
        </w:tc>
        <w:tc>
          <w:tcPr>
            <w:tcW w:w="1584" w:type="dxa"/>
            <w:tcMar>
              <w:top w:w="80" w:type="dxa"/>
              <w:left w:w="80" w:type="dxa"/>
              <w:bottom w:w="80" w:type="dxa"/>
              <w:right w:w="80" w:type="dxa"/>
            </w:tcMar>
            <w:vAlign w:val="center"/>
          </w:tcPr>
          <w:p w14:paraId="104ACC3E" w14:textId="77777777" w:rsidR="0064679A" w:rsidRDefault="0064679A">
            <w:pPr>
              <w:spacing w:after="0"/>
            </w:pPr>
          </w:p>
        </w:tc>
      </w:tr>
      <w:tr w:rsidR="0064679A" w14:paraId="2DAD934F" w14:textId="77777777">
        <w:trPr>
          <w:jc w:val="center"/>
        </w:trPr>
        <w:tc>
          <w:tcPr>
            <w:tcW w:w="2232" w:type="dxa"/>
            <w:tcMar>
              <w:top w:w="80" w:type="dxa"/>
              <w:left w:w="80" w:type="dxa"/>
              <w:bottom w:w="80" w:type="dxa"/>
              <w:right w:w="80" w:type="dxa"/>
            </w:tcMar>
            <w:vAlign w:val="center"/>
          </w:tcPr>
          <w:p w14:paraId="6F30AB5B" w14:textId="77777777" w:rsidR="0064679A" w:rsidRDefault="00000000">
            <w:pPr>
              <w:spacing w:after="0"/>
              <w:jc w:val="center"/>
            </w:pPr>
            <w:r>
              <w:rPr>
                <w:sz w:val="16"/>
              </w:rPr>
              <w:t>Emprendimiento o empresa de personas con discapacidad</w:t>
            </w:r>
          </w:p>
        </w:tc>
        <w:tc>
          <w:tcPr>
            <w:tcW w:w="5112" w:type="dxa"/>
            <w:tcMar>
              <w:top w:w="80" w:type="dxa"/>
              <w:left w:w="80" w:type="dxa"/>
              <w:bottom w:w="80" w:type="dxa"/>
              <w:right w:w="80" w:type="dxa"/>
            </w:tcMar>
            <w:vAlign w:val="center"/>
          </w:tcPr>
          <w:p w14:paraId="392ABA52" w14:textId="77777777" w:rsidR="0064679A" w:rsidRDefault="00000000">
            <w:pPr>
              <w:spacing w:after="0"/>
            </w:pPr>
            <w:r>
              <w:rPr>
                <w:sz w:val="16"/>
              </w:rPr>
              <w:t>Criterio habilitante diferencial conforme al Decreto 0287 de 2026. No genera el puntaje adicional del 2% previsto para otras modalidades.</w:t>
            </w:r>
          </w:p>
        </w:tc>
        <w:tc>
          <w:tcPr>
            <w:tcW w:w="792" w:type="dxa"/>
            <w:tcMar>
              <w:top w:w="80" w:type="dxa"/>
              <w:left w:w="80" w:type="dxa"/>
              <w:bottom w:w="80" w:type="dxa"/>
              <w:right w:w="80" w:type="dxa"/>
            </w:tcMar>
            <w:vAlign w:val="center"/>
          </w:tcPr>
          <w:p w14:paraId="373AA3CC" w14:textId="77777777" w:rsidR="0064679A" w:rsidRDefault="00000000">
            <w:pPr>
              <w:spacing w:after="0"/>
            </w:pPr>
            <w:r>
              <w:rPr>
                <w:sz w:val="16"/>
              </w:rPr>
              <w:t>[  ]</w:t>
            </w:r>
          </w:p>
        </w:tc>
        <w:tc>
          <w:tcPr>
            <w:tcW w:w="1584" w:type="dxa"/>
            <w:tcMar>
              <w:top w:w="80" w:type="dxa"/>
              <w:left w:w="80" w:type="dxa"/>
              <w:bottom w:w="80" w:type="dxa"/>
              <w:right w:w="80" w:type="dxa"/>
            </w:tcMar>
            <w:vAlign w:val="center"/>
          </w:tcPr>
          <w:p w14:paraId="5FAA91F0" w14:textId="77777777" w:rsidR="0064679A" w:rsidRDefault="0064679A">
            <w:pPr>
              <w:spacing w:after="0"/>
            </w:pPr>
          </w:p>
        </w:tc>
      </w:tr>
      <w:tr w:rsidR="0064679A" w14:paraId="3F0168CE" w14:textId="77777777">
        <w:trPr>
          <w:jc w:val="center"/>
        </w:trPr>
        <w:tc>
          <w:tcPr>
            <w:tcW w:w="2232" w:type="dxa"/>
            <w:tcMar>
              <w:top w:w="80" w:type="dxa"/>
              <w:left w:w="80" w:type="dxa"/>
              <w:bottom w:w="80" w:type="dxa"/>
              <w:right w:w="80" w:type="dxa"/>
            </w:tcMar>
            <w:vAlign w:val="center"/>
          </w:tcPr>
          <w:p w14:paraId="76F8FF7C" w14:textId="77777777" w:rsidR="0064679A" w:rsidRDefault="00000000">
            <w:pPr>
              <w:spacing w:after="0"/>
              <w:jc w:val="center"/>
            </w:pPr>
            <w:r>
              <w:rPr>
                <w:sz w:val="16"/>
              </w:rPr>
              <w:t>Proponente plural que invoca condición diferencial</w:t>
            </w:r>
          </w:p>
        </w:tc>
        <w:tc>
          <w:tcPr>
            <w:tcW w:w="5112" w:type="dxa"/>
            <w:tcMar>
              <w:top w:w="80" w:type="dxa"/>
              <w:left w:w="80" w:type="dxa"/>
              <w:bottom w:w="80" w:type="dxa"/>
              <w:right w:w="80" w:type="dxa"/>
            </w:tcMar>
            <w:vAlign w:val="center"/>
          </w:tcPr>
          <w:p w14:paraId="496E2451" w14:textId="77777777" w:rsidR="0064679A" w:rsidRDefault="00000000">
            <w:pPr>
              <w:spacing w:after="0"/>
            </w:pPr>
            <w:r>
              <w:rPr>
                <w:sz w:val="16"/>
              </w:rPr>
              <w:t>Identificar integrante beneficiario, participación y experiencia aportada cuando la norma lo exija.</w:t>
            </w:r>
          </w:p>
        </w:tc>
        <w:tc>
          <w:tcPr>
            <w:tcW w:w="792" w:type="dxa"/>
            <w:tcMar>
              <w:top w:w="80" w:type="dxa"/>
              <w:left w:w="80" w:type="dxa"/>
              <w:bottom w:w="80" w:type="dxa"/>
              <w:right w:w="80" w:type="dxa"/>
            </w:tcMar>
            <w:vAlign w:val="center"/>
          </w:tcPr>
          <w:p w14:paraId="21742366" w14:textId="77777777" w:rsidR="0064679A" w:rsidRDefault="00000000">
            <w:pPr>
              <w:spacing w:after="0"/>
            </w:pPr>
            <w:r>
              <w:rPr>
                <w:sz w:val="16"/>
              </w:rPr>
              <w:t>[  ]</w:t>
            </w:r>
          </w:p>
        </w:tc>
        <w:tc>
          <w:tcPr>
            <w:tcW w:w="1584" w:type="dxa"/>
            <w:tcMar>
              <w:top w:w="80" w:type="dxa"/>
              <w:left w:w="80" w:type="dxa"/>
              <w:bottom w:w="80" w:type="dxa"/>
              <w:right w:w="80" w:type="dxa"/>
            </w:tcMar>
            <w:vAlign w:val="center"/>
          </w:tcPr>
          <w:p w14:paraId="7F7ED013" w14:textId="77777777" w:rsidR="0064679A" w:rsidRDefault="0064679A">
            <w:pPr>
              <w:spacing w:after="0"/>
            </w:pPr>
          </w:p>
        </w:tc>
      </w:tr>
    </w:tbl>
    <w:p w14:paraId="341E8313" w14:textId="77777777" w:rsidR="0064679A" w:rsidRDefault="00000000">
      <w:r>
        <w:rPr>
          <w:b/>
          <w:sz w:val="20"/>
        </w:rPr>
        <w:t>A. MIPYME</w:t>
      </w:r>
    </w:p>
    <w:p w14:paraId="11973A62" w14:textId="77777777" w:rsidR="0064679A" w:rsidRDefault="00000000">
      <w:r>
        <w:rPr>
          <w:sz w:val="20"/>
        </w:rPr>
        <w:t>Clasificación: Microempresa [  ]  Pequeña empresa [  ]  Mediana empresa [  ].</w:t>
      </w:r>
      <w:r>
        <w:rPr>
          <w:sz w:val="20"/>
        </w:rPr>
        <w:br/>
        <w:t>Certificación suscrita por: ______________________________, en calidad de ______________________________.</w:t>
      </w:r>
      <w:r>
        <w:rPr>
          <w:sz w:val="20"/>
        </w:rPr>
        <w:br/>
        <w:t>Documento de registro mercantil / existencia y representación legal: ______________________________.</w:t>
      </w:r>
      <w:r>
        <w:rPr>
          <w:sz w:val="20"/>
        </w:rPr>
        <w:br/>
        <w:t>Contador o revisor fiscal, cuando corresponda: ______________________________. TP: ____________________.</w:t>
      </w:r>
    </w:p>
    <w:p w14:paraId="71A78A34" w14:textId="77777777" w:rsidR="0064679A" w:rsidRDefault="00000000">
      <w:r>
        <w:rPr>
          <w:b/>
          <w:sz w:val="20"/>
        </w:rPr>
        <w:t>B. EMPRENDIMIENTO O EMPRESA DE MUJERES</w:t>
      </w:r>
    </w:p>
    <w:p w14:paraId="436DED78" w14:textId="77777777" w:rsidR="0064679A" w:rsidRDefault="00000000">
      <w:r>
        <w:rPr>
          <w:sz w:val="20"/>
        </w:rPr>
        <w:t>Supuesto normativo invocado: ________________________________________________________________________________</w:t>
      </w:r>
      <w:r>
        <w:rPr>
          <w:sz w:val="20"/>
        </w:rPr>
        <w:br/>
        <w:t>Fecha desde la cual se cumple la condición: ____________________.</w:t>
      </w:r>
      <w:r>
        <w:rPr>
          <w:sz w:val="20"/>
        </w:rPr>
        <w:br/>
        <w:t>Documentos de acreditación aportados: ______________________________________________________________________</w:t>
      </w:r>
    </w:p>
    <w:p w14:paraId="6B3BE2BE" w14:textId="77777777" w:rsidR="0064679A" w:rsidRDefault="00000000">
      <w:r>
        <w:rPr>
          <w:b/>
          <w:sz w:val="20"/>
        </w:rPr>
        <w:t>C. EMPRENDIMIENTO O EMPRESA DE PERSONAS CON DISCAPACIDAD</w:t>
      </w:r>
    </w:p>
    <w:p w14:paraId="73767E2B" w14:textId="77777777" w:rsidR="0064679A" w:rsidRDefault="00000000">
      <w:r>
        <w:rPr>
          <w:sz w:val="20"/>
        </w:rPr>
        <w:t>Supuesto aplicable del Decreto 0287 de 2026: __________________________________________________________________</w:t>
      </w:r>
      <w:r>
        <w:rPr>
          <w:sz w:val="20"/>
        </w:rPr>
        <w:br/>
        <w:t>Documentos de acreditación aportados: ______________________________________________________________________</w:t>
      </w:r>
    </w:p>
    <w:p w14:paraId="23D32E16" w14:textId="77777777" w:rsidR="0064679A" w:rsidRDefault="00000000">
      <w:r>
        <w:rPr>
          <w:b/>
          <w:sz w:val="20"/>
        </w:rPr>
        <w:t>D. PROPONENTE PLURAL</w:t>
      </w:r>
    </w:p>
    <w:p w14:paraId="779BBC35" w14:textId="77777777" w:rsidR="0064679A" w:rsidRDefault="00000000">
      <w:r>
        <w:rPr>
          <w:sz w:val="20"/>
        </w:rPr>
        <w:t>Integrante que acredita la condición: ____________________. Participación: ________%. Experiencia aportada: ________%.</w:t>
      </w:r>
      <w:r>
        <w:rPr>
          <w:sz w:val="20"/>
        </w:rPr>
        <w:br/>
        <w:t>Soportes: ___________________________________________________________________________________________</w:t>
      </w:r>
    </w:p>
    <w:p w14:paraId="2C9042A1" w14:textId="77777777" w:rsidR="0064679A" w:rsidRDefault="00000000">
      <w:pPr>
        <w:spacing w:before="80"/>
        <w:jc w:val="both"/>
      </w:pPr>
      <w:r>
        <w:rPr>
          <w:b/>
          <w:sz w:val="19"/>
        </w:rPr>
        <w:t xml:space="preserve">NOTA: </w:t>
      </w:r>
      <w:r>
        <w:rPr>
          <w:i/>
          <w:sz w:val="19"/>
        </w:rPr>
        <w:t>La documentación que otorgue puntaje deberá acompañar la oferta y no podrá aportarse posteriormente para mejorarla. Las solicitudes de limitación a Mipyme se presentan en la oportunidad previa a la apertura prevista en el pliego y SECOP II.</w:t>
      </w:r>
    </w:p>
    <w:p w14:paraId="3558DA41" w14:textId="77777777" w:rsidR="0064679A" w:rsidRDefault="00000000">
      <w:pPr>
        <w:spacing w:after="240"/>
      </w:pPr>
      <w:r>
        <w:rPr>
          <w:sz w:val="20"/>
        </w:rPr>
        <w:t>En constancia, se firma en ____________________, a los ____ días del mes de __________________ de 2026.</w:t>
      </w:r>
    </w:p>
    <w:p w14:paraId="2CB9B932" w14:textId="77777777" w:rsidR="0064679A" w:rsidRDefault="00000000">
      <w:pPr>
        <w:spacing w:after="40"/>
      </w:pPr>
      <w:r>
        <w:rPr>
          <w:sz w:val="20"/>
        </w:rPr>
        <w:t>Firma: ______________________________________________</w:t>
      </w:r>
    </w:p>
    <w:p w14:paraId="6C0274E0" w14:textId="77777777" w:rsidR="0064679A" w:rsidRDefault="00000000">
      <w:pPr>
        <w:spacing w:after="40"/>
      </w:pPr>
      <w:r>
        <w:rPr>
          <w:sz w:val="20"/>
        </w:rPr>
        <w:t>Nombre: _____________________________________________</w:t>
      </w:r>
    </w:p>
    <w:p w14:paraId="354A9AAE" w14:textId="77777777" w:rsidR="0064679A" w:rsidRDefault="00000000">
      <w:pPr>
        <w:spacing w:after="40"/>
      </w:pPr>
      <w:r>
        <w:rPr>
          <w:sz w:val="20"/>
        </w:rPr>
        <w:t>Calidad en que actúa: _________________________________</w:t>
      </w:r>
    </w:p>
    <w:p w14:paraId="0A1CCEDE" w14:textId="77777777" w:rsidR="0064679A" w:rsidRDefault="00000000">
      <w:pPr>
        <w:spacing w:after="40"/>
      </w:pPr>
      <w:r>
        <w:rPr>
          <w:sz w:val="20"/>
        </w:rPr>
        <w:t>Documento / NIT: _____________________________________</w:t>
      </w:r>
    </w:p>
    <w:p w14:paraId="0E38E355" w14:textId="77777777" w:rsidR="0064679A" w:rsidRDefault="00000000">
      <w:pPr>
        <w:spacing w:after="40"/>
      </w:pPr>
      <w:r>
        <w:rPr>
          <w:sz w:val="20"/>
        </w:rPr>
        <w:t>Correo y teléfono: ____________________________________</w:t>
      </w:r>
    </w:p>
    <w:p w14:paraId="3775EEB3" w14:textId="77777777" w:rsidR="0064679A" w:rsidRDefault="00000000">
      <w:r>
        <w:br w:type="page"/>
      </w:r>
    </w:p>
    <w:p w14:paraId="4253130F" w14:textId="77777777" w:rsidR="0064679A" w:rsidRDefault="00000000">
      <w:pPr>
        <w:spacing w:after="160"/>
        <w:jc w:val="center"/>
      </w:pPr>
      <w:r>
        <w:rPr>
          <w:b/>
          <w:sz w:val="24"/>
        </w:rPr>
        <w:lastRenderedPageBreak/>
        <w:t>FORMATO 9. FACTORES DE DESEMPATE</w:t>
      </w:r>
    </w:p>
    <w:p w14:paraId="080EEB9D" w14:textId="77777777" w:rsidR="0064679A" w:rsidRDefault="00000000">
      <w:pPr>
        <w:jc w:val="both"/>
      </w:pPr>
      <w:r>
        <w:rPr>
          <w:i/>
          <w:sz w:val="20"/>
        </w:rPr>
        <w:t>Los siguientes subformatos se diligencian únicamente respecto de los criterios que el proponente pretenda acreditar. La Entidad aplicará los factores de desempate de manera sucesiva y excluyente en el orden legal. El criterio 1 (bienes o servicios nacionales) se acredita con el Formato 7 y el criterio final se resuelve por mecanismo aleatorio; por ello no se repiten en este documento.</w:t>
      </w:r>
    </w:p>
    <w:p w14:paraId="3F718C40" w14:textId="77777777" w:rsidR="0064679A" w:rsidRDefault="00000000">
      <w:r>
        <w:rPr>
          <w:b/>
          <w:sz w:val="20"/>
        </w:rPr>
        <w:t>FORMATO 9A - MUJER CABEZA DE FAMILIA O MUJER VÍCTIMA DE VIOLENCIA INTRAFAMILIAR</w:t>
      </w:r>
    </w:p>
    <w:p w14:paraId="021E3F28" w14:textId="77777777" w:rsidR="0064679A" w:rsidRDefault="00000000">
      <w:r>
        <w:rPr>
          <w:sz w:val="20"/>
        </w:rPr>
        <w:t>Proponente / integrante: ________________________________________   NIT / documento: ____________________</w:t>
      </w:r>
    </w:p>
    <w:p w14:paraId="5D699515" w14:textId="77777777" w:rsidR="0064679A" w:rsidRDefault="00000000">
      <w:r>
        <w:rPr>
          <w:sz w:val="20"/>
        </w:rPr>
        <w:t>Condición que se invoca: mujer cabeza de familia [  ]   mujer víctima de violencia intrafamiliar [  ]   persona jurídica con participación mayoritaria legalmente exigida [  ].</w:t>
      </w:r>
    </w:p>
    <w:p w14:paraId="36891F46" w14:textId="77777777" w:rsidR="0064679A" w:rsidRDefault="00000000">
      <w:r>
        <w:rPr>
          <w:sz w:val="20"/>
        </w:rPr>
        <w:t>Relación de personas cuya condición sustenta el criterio (identificar únicamente lo necesario para la verificación):</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04353BE2" w14:textId="77777777">
        <w:trPr>
          <w:jc w:val="center"/>
        </w:trPr>
        <w:tc>
          <w:tcPr>
            <w:tcW w:w="2210" w:type="dxa"/>
            <w:shd w:val="clear" w:color="auto" w:fill="D9D9D9"/>
            <w:tcMar>
              <w:top w:w="80" w:type="dxa"/>
              <w:left w:w="80" w:type="dxa"/>
              <w:bottom w:w="80" w:type="dxa"/>
              <w:right w:w="80" w:type="dxa"/>
            </w:tcMar>
            <w:vAlign w:val="center"/>
          </w:tcPr>
          <w:p w14:paraId="45818656" w14:textId="77777777" w:rsidR="0064679A" w:rsidRDefault="00000000">
            <w:pPr>
              <w:spacing w:after="0"/>
              <w:jc w:val="center"/>
            </w:pPr>
            <w:r>
              <w:rPr>
                <w:b/>
                <w:sz w:val="17"/>
              </w:rPr>
              <w:t>Nombre / identificación</w:t>
            </w:r>
          </w:p>
        </w:tc>
        <w:tc>
          <w:tcPr>
            <w:tcW w:w="2210" w:type="dxa"/>
            <w:shd w:val="clear" w:color="auto" w:fill="D9D9D9"/>
            <w:tcMar>
              <w:top w:w="80" w:type="dxa"/>
              <w:left w:w="80" w:type="dxa"/>
              <w:bottom w:w="80" w:type="dxa"/>
              <w:right w:w="80" w:type="dxa"/>
            </w:tcMar>
            <w:vAlign w:val="center"/>
          </w:tcPr>
          <w:p w14:paraId="150B7D24" w14:textId="77777777" w:rsidR="0064679A" w:rsidRDefault="00000000">
            <w:pPr>
              <w:spacing w:after="0"/>
              <w:jc w:val="center"/>
            </w:pPr>
            <w:r>
              <w:rPr>
                <w:b/>
                <w:sz w:val="17"/>
              </w:rPr>
              <w:t>Condición invocada</w:t>
            </w:r>
          </w:p>
        </w:tc>
        <w:tc>
          <w:tcPr>
            <w:tcW w:w="2210" w:type="dxa"/>
            <w:shd w:val="clear" w:color="auto" w:fill="D9D9D9"/>
            <w:tcMar>
              <w:top w:w="80" w:type="dxa"/>
              <w:left w:w="80" w:type="dxa"/>
              <w:bottom w:w="80" w:type="dxa"/>
              <w:right w:w="80" w:type="dxa"/>
            </w:tcMar>
            <w:vAlign w:val="center"/>
          </w:tcPr>
          <w:p w14:paraId="74CC9721" w14:textId="77777777" w:rsidR="0064679A" w:rsidRDefault="00000000">
            <w:pPr>
              <w:spacing w:after="0"/>
              <w:jc w:val="center"/>
            </w:pPr>
            <w:r>
              <w:rPr>
                <w:b/>
                <w:sz w:val="17"/>
              </w:rPr>
              <w:t>Participación / vinculación</w:t>
            </w:r>
          </w:p>
        </w:tc>
        <w:tc>
          <w:tcPr>
            <w:tcW w:w="2210" w:type="dxa"/>
            <w:shd w:val="clear" w:color="auto" w:fill="D9D9D9"/>
            <w:tcMar>
              <w:top w:w="80" w:type="dxa"/>
              <w:left w:w="80" w:type="dxa"/>
              <w:bottom w:w="80" w:type="dxa"/>
              <w:right w:w="80" w:type="dxa"/>
            </w:tcMar>
            <w:vAlign w:val="center"/>
          </w:tcPr>
          <w:p w14:paraId="67CED103" w14:textId="77777777" w:rsidR="0064679A" w:rsidRDefault="00000000">
            <w:pPr>
              <w:spacing w:after="0"/>
              <w:jc w:val="center"/>
            </w:pPr>
            <w:r>
              <w:rPr>
                <w:b/>
                <w:sz w:val="17"/>
              </w:rPr>
              <w:t>Soporte y fecha</w:t>
            </w:r>
          </w:p>
        </w:tc>
      </w:tr>
      <w:tr w:rsidR="0064679A" w14:paraId="01543560" w14:textId="77777777">
        <w:trPr>
          <w:jc w:val="center"/>
        </w:trPr>
        <w:tc>
          <w:tcPr>
            <w:tcW w:w="2210" w:type="dxa"/>
            <w:tcMar>
              <w:top w:w="80" w:type="dxa"/>
              <w:left w:w="80" w:type="dxa"/>
              <w:bottom w:w="80" w:type="dxa"/>
              <w:right w:w="80" w:type="dxa"/>
            </w:tcMar>
            <w:vAlign w:val="center"/>
          </w:tcPr>
          <w:p w14:paraId="0946EDC6" w14:textId="77777777" w:rsidR="0064679A" w:rsidRDefault="0064679A">
            <w:pPr>
              <w:spacing w:after="0"/>
              <w:jc w:val="center"/>
            </w:pPr>
          </w:p>
        </w:tc>
        <w:tc>
          <w:tcPr>
            <w:tcW w:w="2210" w:type="dxa"/>
            <w:tcMar>
              <w:top w:w="80" w:type="dxa"/>
              <w:left w:w="80" w:type="dxa"/>
              <w:bottom w:w="80" w:type="dxa"/>
              <w:right w:w="80" w:type="dxa"/>
            </w:tcMar>
            <w:vAlign w:val="center"/>
          </w:tcPr>
          <w:p w14:paraId="011C7FE7" w14:textId="77777777" w:rsidR="0064679A" w:rsidRDefault="0064679A">
            <w:pPr>
              <w:spacing w:after="0"/>
            </w:pPr>
          </w:p>
        </w:tc>
        <w:tc>
          <w:tcPr>
            <w:tcW w:w="2210" w:type="dxa"/>
            <w:tcMar>
              <w:top w:w="80" w:type="dxa"/>
              <w:left w:w="80" w:type="dxa"/>
              <w:bottom w:w="80" w:type="dxa"/>
              <w:right w:w="80" w:type="dxa"/>
            </w:tcMar>
            <w:vAlign w:val="center"/>
          </w:tcPr>
          <w:p w14:paraId="3D637285" w14:textId="77777777" w:rsidR="0064679A" w:rsidRDefault="0064679A">
            <w:pPr>
              <w:spacing w:after="0"/>
            </w:pPr>
          </w:p>
        </w:tc>
        <w:tc>
          <w:tcPr>
            <w:tcW w:w="2210" w:type="dxa"/>
            <w:tcMar>
              <w:top w:w="80" w:type="dxa"/>
              <w:left w:w="80" w:type="dxa"/>
              <w:bottom w:w="80" w:type="dxa"/>
              <w:right w:w="80" w:type="dxa"/>
            </w:tcMar>
            <w:vAlign w:val="center"/>
          </w:tcPr>
          <w:p w14:paraId="2B2D3B99" w14:textId="77777777" w:rsidR="0064679A" w:rsidRDefault="0064679A">
            <w:pPr>
              <w:spacing w:after="0"/>
            </w:pPr>
          </w:p>
        </w:tc>
      </w:tr>
      <w:tr w:rsidR="0064679A" w14:paraId="0353EC74" w14:textId="77777777">
        <w:trPr>
          <w:jc w:val="center"/>
        </w:trPr>
        <w:tc>
          <w:tcPr>
            <w:tcW w:w="2210" w:type="dxa"/>
            <w:tcMar>
              <w:top w:w="80" w:type="dxa"/>
              <w:left w:w="80" w:type="dxa"/>
              <w:bottom w:w="80" w:type="dxa"/>
              <w:right w:w="80" w:type="dxa"/>
            </w:tcMar>
            <w:vAlign w:val="center"/>
          </w:tcPr>
          <w:p w14:paraId="169060B8" w14:textId="77777777" w:rsidR="0064679A" w:rsidRDefault="0064679A">
            <w:pPr>
              <w:spacing w:after="0"/>
              <w:jc w:val="center"/>
            </w:pPr>
          </w:p>
        </w:tc>
        <w:tc>
          <w:tcPr>
            <w:tcW w:w="2210" w:type="dxa"/>
            <w:tcMar>
              <w:top w:w="80" w:type="dxa"/>
              <w:left w:w="80" w:type="dxa"/>
              <w:bottom w:w="80" w:type="dxa"/>
              <w:right w:w="80" w:type="dxa"/>
            </w:tcMar>
            <w:vAlign w:val="center"/>
          </w:tcPr>
          <w:p w14:paraId="3BDB3934" w14:textId="77777777" w:rsidR="0064679A" w:rsidRDefault="0064679A">
            <w:pPr>
              <w:spacing w:after="0"/>
            </w:pPr>
          </w:p>
        </w:tc>
        <w:tc>
          <w:tcPr>
            <w:tcW w:w="2210" w:type="dxa"/>
            <w:tcMar>
              <w:top w:w="80" w:type="dxa"/>
              <w:left w:w="80" w:type="dxa"/>
              <w:bottom w:w="80" w:type="dxa"/>
              <w:right w:w="80" w:type="dxa"/>
            </w:tcMar>
            <w:vAlign w:val="center"/>
          </w:tcPr>
          <w:p w14:paraId="642E545F" w14:textId="77777777" w:rsidR="0064679A" w:rsidRDefault="0064679A">
            <w:pPr>
              <w:spacing w:after="0"/>
            </w:pPr>
          </w:p>
        </w:tc>
        <w:tc>
          <w:tcPr>
            <w:tcW w:w="2210" w:type="dxa"/>
            <w:tcMar>
              <w:top w:w="80" w:type="dxa"/>
              <w:left w:w="80" w:type="dxa"/>
              <w:bottom w:w="80" w:type="dxa"/>
              <w:right w:w="80" w:type="dxa"/>
            </w:tcMar>
            <w:vAlign w:val="center"/>
          </w:tcPr>
          <w:p w14:paraId="6067A5E3" w14:textId="77777777" w:rsidR="0064679A" w:rsidRDefault="0064679A">
            <w:pPr>
              <w:spacing w:after="0"/>
            </w:pPr>
          </w:p>
        </w:tc>
      </w:tr>
      <w:tr w:rsidR="0064679A" w14:paraId="7508CF40" w14:textId="77777777">
        <w:trPr>
          <w:jc w:val="center"/>
        </w:trPr>
        <w:tc>
          <w:tcPr>
            <w:tcW w:w="2210" w:type="dxa"/>
            <w:tcMar>
              <w:top w:w="80" w:type="dxa"/>
              <w:left w:w="80" w:type="dxa"/>
              <w:bottom w:w="80" w:type="dxa"/>
              <w:right w:w="80" w:type="dxa"/>
            </w:tcMar>
            <w:vAlign w:val="center"/>
          </w:tcPr>
          <w:p w14:paraId="45A2E2B3" w14:textId="77777777" w:rsidR="0064679A" w:rsidRDefault="0064679A">
            <w:pPr>
              <w:spacing w:after="0"/>
              <w:jc w:val="center"/>
            </w:pPr>
          </w:p>
        </w:tc>
        <w:tc>
          <w:tcPr>
            <w:tcW w:w="2210" w:type="dxa"/>
            <w:tcMar>
              <w:top w:w="80" w:type="dxa"/>
              <w:left w:w="80" w:type="dxa"/>
              <w:bottom w:w="80" w:type="dxa"/>
              <w:right w:w="80" w:type="dxa"/>
            </w:tcMar>
            <w:vAlign w:val="center"/>
          </w:tcPr>
          <w:p w14:paraId="14DFCE97" w14:textId="77777777" w:rsidR="0064679A" w:rsidRDefault="0064679A">
            <w:pPr>
              <w:spacing w:after="0"/>
            </w:pPr>
          </w:p>
        </w:tc>
        <w:tc>
          <w:tcPr>
            <w:tcW w:w="2210" w:type="dxa"/>
            <w:tcMar>
              <w:top w:w="80" w:type="dxa"/>
              <w:left w:w="80" w:type="dxa"/>
              <w:bottom w:w="80" w:type="dxa"/>
              <w:right w:w="80" w:type="dxa"/>
            </w:tcMar>
            <w:vAlign w:val="center"/>
          </w:tcPr>
          <w:p w14:paraId="69052E00" w14:textId="77777777" w:rsidR="0064679A" w:rsidRDefault="0064679A">
            <w:pPr>
              <w:spacing w:after="0"/>
            </w:pPr>
          </w:p>
        </w:tc>
        <w:tc>
          <w:tcPr>
            <w:tcW w:w="2210" w:type="dxa"/>
            <w:tcMar>
              <w:top w:w="80" w:type="dxa"/>
              <w:left w:w="80" w:type="dxa"/>
              <w:bottom w:w="80" w:type="dxa"/>
              <w:right w:w="80" w:type="dxa"/>
            </w:tcMar>
            <w:vAlign w:val="center"/>
          </w:tcPr>
          <w:p w14:paraId="06C2AA38" w14:textId="77777777" w:rsidR="0064679A" w:rsidRDefault="0064679A">
            <w:pPr>
              <w:spacing w:after="0"/>
            </w:pPr>
          </w:p>
        </w:tc>
      </w:tr>
    </w:tbl>
    <w:p w14:paraId="6E03D132" w14:textId="77777777" w:rsidR="0064679A" w:rsidRDefault="00000000">
      <w:pPr>
        <w:spacing w:before="80"/>
        <w:jc w:val="both"/>
      </w:pPr>
      <w:r>
        <w:rPr>
          <w:b/>
          <w:sz w:val="19"/>
        </w:rPr>
        <w:t xml:space="preserve">NOTA: </w:t>
      </w:r>
      <w:r>
        <w:rPr>
          <w:i/>
          <w:sz w:val="19"/>
        </w:rPr>
        <w:t>Se anexarán los documentos previstos en las Leyes 82 de 1993, 1232 de 2008, 1257 de 2008 y la reglamentación vigente, según corresponda, junto con la autorización de tratamiento de datos sensibles cuando proceda.</w:t>
      </w:r>
    </w:p>
    <w:p w14:paraId="237D4A40" w14:textId="77777777" w:rsidR="0064679A" w:rsidRDefault="00000000">
      <w:r>
        <w:rPr>
          <w:b/>
          <w:sz w:val="20"/>
        </w:rPr>
        <w:t>FORMATO 9B - VINCULACIÓN DE PERSONAS CON DISCAPACIDAD</w:t>
      </w:r>
    </w:p>
    <w:p w14:paraId="1896400F" w14:textId="77777777" w:rsidR="0064679A" w:rsidRDefault="00000000">
      <w:pPr>
        <w:jc w:val="both"/>
      </w:pPr>
      <w:r>
        <w:rPr>
          <w:sz w:val="20"/>
        </w:rPr>
        <w:t>Certifico bajo gravedad de juramento que el proponente acredita el porcentaje y antigüedad de vinculación exigidos legalmente para este criterio de desempate y que, en caso de resultar adjudicatario, mantendrá la condición durante la ejecución cuando la norma así lo exija.</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00B76311" w14:textId="77777777">
        <w:trPr>
          <w:jc w:val="center"/>
        </w:trPr>
        <w:tc>
          <w:tcPr>
            <w:tcW w:w="2210" w:type="dxa"/>
            <w:shd w:val="clear" w:color="auto" w:fill="D9D9D9"/>
            <w:tcMar>
              <w:top w:w="80" w:type="dxa"/>
              <w:left w:w="80" w:type="dxa"/>
              <w:bottom w:w="80" w:type="dxa"/>
              <w:right w:w="80" w:type="dxa"/>
            </w:tcMar>
            <w:vAlign w:val="center"/>
          </w:tcPr>
          <w:p w14:paraId="57244BE0" w14:textId="77777777" w:rsidR="0064679A" w:rsidRDefault="00000000">
            <w:pPr>
              <w:spacing w:after="0"/>
              <w:jc w:val="center"/>
            </w:pPr>
            <w:r>
              <w:rPr>
                <w:b/>
                <w:sz w:val="17"/>
              </w:rPr>
              <w:t>Total trabajadores vinculados</w:t>
            </w:r>
          </w:p>
        </w:tc>
        <w:tc>
          <w:tcPr>
            <w:tcW w:w="2210" w:type="dxa"/>
            <w:shd w:val="clear" w:color="auto" w:fill="D9D9D9"/>
            <w:tcMar>
              <w:top w:w="80" w:type="dxa"/>
              <w:left w:w="80" w:type="dxa"/>
              <w:bottom w:w="80" w:type="dxa"/>
              <w:right w:w="80" w:type="dxa"/>
            </w:tcMar>
            <w:vAlign w:val="center"/>
          </w:tcPr>
          <w:p w14:paraId="267FB4B5" w14:textId="77777777" w:rsidR="0064679A" w:rsidRDefault="00000000">
            <w:pPr>
              <w:spacing w:after="0"/>
              <w:jc w:val="center"/>
            </w:pPr>
            <w:r>
              <w:rPr>
                <w:b/>
                <w:sz w:val="17"/>
              </w:rPr>
              <w:t>Trabajadores con discapacidad</w:t>
            </w:r>
          </w:p>
        </w:tc>
        <w:tc>
          <w:tcPr>
            <w:tcW w:w="2210" w:type="dxa"/>
            <w:shd w:val="clear" w:color="auto" w:fill="D9D9D9"/>
            <w:tcMar>
              <w:top w:w="80" w:type="dxa"/>
              <w:left w:w="80" w:type="dxa"/>
              <w:bottom w:w="80" w:type="dxa"/>
              <w:right w:w="80" w:type="dxa"/>
            </w:tcMar>
            <w:vAlign w:val="center"/>
          </w:tcPr>
          <w:p w14:paraId="0C443F8D" w14:textId="77777777" w:rsidR="0064679A" w:rsidRDefault="00000000">
            <w:pPr>
              <w:spacing w:after="0"/>
              <w:jc w:val="center"/>
            </w:pPr>
            <w:r>
              <w:rPr>
                <w:b/>
                <w:sz w:val="17"/>
              </w:rPr>
              <w:t>Porcentaje</w:t>
            </w:r>
          </w:p>
        </w:tc>
        <w:tc>
          <w:tcPr>
            <w:tcW w:w="2210" w:type="dxa"/>
            <w:shd w:val="clear" w:color="auto" w:fill="D9D9D9"/>
            <w:tcMar>
              <w:top w:w="80" w:type="dxa"/>
              <w:left w:w="80" w:type="dxa"/>
              <w:bottom w:w="80" w:type="dxa"/>
              <w:right w:w="80" w:type="dxa"/>
            </w:tcMar>
            <w:vAlign w:val="center"/>
          </w:tcPr>
          <w:p w14:paraId="3146B5C0" w14:textId="77777777" w:rsidR="0064679A" w:rsidRDefault="00000000">
            <w:pPr>
              <w:spacing w:after="0"/>
              <w:jc w:val="center"/>
            </w:pPr>
            <w:r>
              <w:rPr>
                <w:b/>
                <w:sz w:val="17"/>
              </w:rPr>
              <w:t>Certificación / soporte autoridad competente</w:t>
            </w:r>
          </w:p>
        </w:tc>
      </w:tr>
      <w:tr w:rsidR="0064679A" w14:paraId="241879E5" w14:textId="77777777">
        <w:trPr>
          <w:jc w:val="center"/>
        </w:trPr>
        <w:tc>
          <w:tcPr>
            <w:tcW w:w="2210" w:type="dxa"/>
            <w:tcMar>
              <w:top w:w="80" w:type="dxa"/>
              <w:left w:w="80" w:type="dxa"/>
              <w:bottom w:w="80" w:type="dxa"/>
              <w:right w:w="80" w:type="dxa"/>
            </w:tcMar>
            <w:vAlign w:val="center"/>
          </w:tcPr>
          <w:p w14:paraId="16602E43" w14:textId="77777777" w:rsidR="0064679A" w:rsidRDefault="0064679A">
            <w:pPr>
              <w:spacing w:after="0"/>
              <w:jc w:val="center"/>
            </w:pPr>
          </w:p>
        </w:tc>
        <w:tc>
          <w:tcPr>
            <w:tcW w:w="2210" w:type="dxa"/>
            <w:tcMar>
              <w:top w:w="80" w:type="dxa"/>
              <w:left w:w="80" w:type="dxa"/>
              <w:bottom w:w="80" w:type="dxa"/>
              <w:right w:w="80" w:type="dxa"/>
            </w:tcMar>
            <w:vAlign w:val="center"/>
          </w:tcPr>
          <w:p w14:paraId="02DB84D4" w14:textId="77777777" w:rsidR="0064679A" w:rsidRDefault="0064679A">
            <w:pPr>
              <w:spacing w:after="0"/>
            </w:pPr>
          </w:p>
        </w:tc>
        <w:tc>
          <w:tcPr>
            <w:tcW w:w="2210" w:type="dxa"/>
            <w:tcMar>
              <w:top w:w="80" w:type="dxa"/>
              <w:left w:w="80" w:type="dxa"/>
              <w:bottom w:w="80" w:type="dxa"/>
              <w:right w:w="80" w:type="dxa"/>
            </w:tcMar>
            <w:vAlign w:val="center"/>
          </w:tcPr>
          <w:p w14:paraId="3A8378BE" w14:textId="77777777" w:rsidR="0064679A" w:rsidRDefault="0064679A">
            <w:pPr>
              <w:spacing w:after="0"/>
            </w:pPr>
          </w:p>
        </w:tc>
        <w:tc>
          <w:tcPr>
            <w:tcW w:w="2210" w:type="dxa"/>
            <w:tcMar>
              <w:top w:w="80" w:type="dxa"/>
              <w:left w:w="80" w:type="dxa"/>
              <w:bottom w:w="80" w:type="dxa"/>
              <w:right w:w="80" w:type="dxa"/>
            </w:tcMar>
            <w:vAlign w:val="center"/>
          </w:tcPr>
          <w:p w14:paraId="60BBEA4D" w14:textId="77777777" w:rsidR="0064679A" w:rsidRDefault="0064679A">
            <w:pPr>
              <w:spacing w:after="0"/>
            </w:pPr>
          </w:p>
        </w:tc>
      </w:tr>
    </w:tbl>
    <w:p w14:paraId="5A090B93" w14:textId="77777777" w:rsidR="0064679A" w:rsidRDefault="00000000">
      <w:r>
        <w:rPr>
          <w:b/>
          <w:sz w:val="20"/>
        </w:rPr>
        <w:t>FORMATO 9C - VINCULACIÓN DE PERSONAS MAYORES NO BENEFICIARIAS DE PENSIÓN</w:t>
      </w:r>
    </w:p>
    <w:p w14:paraId="280DE7E3" w14:textId="77777777" w:rsidR="0064679A" w:rsidRDefault="00000000">
      <w:pPr>
        <w:jc w:val="both"/>
      </w:pPr>
      <w:r>
        <w:rPr>
          <w:sz w:val="20"/>
        </w:rPr>
        <w:t>Certifico bajo gravedad de juramento que el proponente tiene vinculadas personas que han cumplido la edad de pensión y no son beneficiarias de pensión de vejez, familiar o de sobrevivencia, de acuerdo con los requisitos de antigüedad y soportes exigidos por la reglamentación vigente.</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23C4BEDD" w14:textId="77777777">
        <w:trPr>
          <w:jc w:val="center"/>
        </w:trPr>
        <w:tc>
          <w:tcPr>
            <w:tcW w:w="2210" w:type="dxa"/>
            <w:shd w:val="clear" w:color="auto" w:fill="D9D9D9"/>
            <w:tcMar>
              <w:top w:w="80" w:type="dxa"/>
              <w:left w:w="80" w:type="dxa"/>
              <w:bottom w:w="80" w:type="dxa"/>
              <w:right w:w="80" w:type="dxa"/>
            </w:tcMar>
            <w:vAlign w:val="center"/>
          </w:tcPr>
          <w:p w14:paraId="3885AF01" w14:textId="77777777" w:rsidR="0064679A" w:rsidRDefault="00000000">
            <w:pPr>
              <w:spacing w:after="0"/>
              <w:jc w:val="center"/>
            </w:pPr>
            <w:r>
              <w:rPr>
                <w:b/>
                <w:sz w:val="16"/>
              </w:rPr>
              <w:t>Nombre / identificación</w:t>
            </w:r>
          </w:p>
        </w:tc>
        <w:tc>
          <w:tcPr>
            <w:tcW w:w="2210" w:type="dxa"/>
            <w:shd w:val="clear" w:color="auto" w:fill="D9D9D9"/>
            <w:tcMar>
              <w:top w:w="80" w:type="dxa"/>
              <w:left w:w="80" w:type="dxa"/>
              <w:bottom w:w="80" w:type="dxa"/>
              <w:right w:w="80" w:type="dxa"/>
            </w:tcMar>
            <w:vAlign w:val="center"/>
          </w:tcPr>
          <w:p w14:paraId="7B979466" w14:textId="77777777" w:rsidR="0064679A" w:rsidRDefault="00000000">
            <w:pPr>
              <w:spacing w:after="0"/>
              <w:jc w:val="center"/>
            </w:pPr>
            <w:r>
              <w:rPr>
                <w:b/>
                <w:sz w:val="16"/>
              </w:rPr>
              <w:t>Fecha de nacimiento</w:t>
            </w:r>
          </w:p>
        </w:tc>
        <w:tc>
          <w:tcPr>
            <w:tcW w:w="2210" w:type="dxa"/>
            <w:shd w:val="clear" w:color="auto" w:fill="D9D9D9"/>
            <w:tcMar>
              <w:top w:w="80" w:type="dxa"/>
              <w:left w:w="80" w:type="dxa"/>
              <w:bottom w:w="80" w:type="dxa"/>
              <w:right w:w="80" w:type="dxa"/>
            </w:tcMar>
            <w:vAlign w:val="center"/>
          </w:tcPr>
          <w:p w14:paraId="0125017F" w14:textId="77777777" w:rsidR="0064679A" w:rsidRDefault="00000000">
            <w:pPr>
              <w:spacing w:after="0"/>
              <w:jc w:val="center"/>
            </w:pPr>
            <w:r>
              <w:rPr>
                <w:b/>
                <w:sz w:val="16"/>
              </w:rPr>
              <w:t>Fecha de vinculación</w:t>
            </w:r>
          </w:p>
        </w:tc>
        <w:tc>
          <w:tcPr>
            <w:tcW w:w="2210" w:type="dxa"/>
            <w:shd w:val="clear" w:color="auto" w:fill="D9D9D9"/>
            <w:tcMar>
              <w:top w:w="80" w:type="dxa"/>
              <w:left w:w="80" w:type="dxa"/>
              <w:bottom w:w="80" w:type="dxa"/>
              <w:right w:w="80" w:type="dxa"/>
            </w:tcMar>
            <w:vAlign w:val="center"/>
          </w:tcPr>
          <w:p w14:paraId="03B722F5" w14:textId="77777777" w:rsidR="0064679A" w:rsidRDefault="00000000">
            <w:pPr>
              <w:spacing w:after="0"/>
              <w:jc w:val="center"/>
            </w:pPr>
            <w:r>
              <w:rPr>
                <w:b/>
                <w:sz w:val="16"/>
              </w:rPr>
              <w:t>Declaración / soportes de no pensión</w:t>
            </w:r>
          </w:p>
        </w:tc>
      </w:tr>
      <w:tr w:rsidR="0064679A" w14:paraId="3C08ECFB" w14:textId="77777777">
        <w:trPr>
          <w:jc w:val="center"/>
        </w:trPr>
        <w:tc>
          <w:tcPr>
            <w:tcW w:w="2210" w:type="dxa"/>
            <w:tcMar>
              <w:top w:w="80" w:type="dxa"/>
              <w:left w:w="80" w:type="dxa"/>
              <w:bottom w:w="80" w:type="dxa"/>
              <w:right w:w="80" w:type="dxa"/>
            </w:tcMar>
            <w:vAlign w:val="center"/>
          </w:tcPr>
          <w:p w14:paraId="4DDAE98E" w14:textId="77777777" w:rsidR="0064679A" w:rsidRDefault="0064679A">
            <w:pPr>
              <w:spacing w:after="0"/>
              <w:jc w:val="center"/>
            </w:pPr>
          </w:p>
        </w:tc>
        <w:tc>
          <w:tcPr>
            <w:tcW w:w="2210" w:type="dxa"/>
            <w:tcMar>
              <w:top w:w="80" w:type="dxa"/>
              <w:left w:w="80" w:type="dxa"/>
              <w:bottom w:w="80" w:type="dxa"/>
              <w:right w:w="80" w:type="dxa"/>
            </w:tcMar>
            <w:vAlign w:val="center"/>
          </w:tcPr>
          <w:p w14:paraId="623ED6CC" w14:textId="77777777" w:rsidR="0064679A" w:rsidRDefault="0064679A">
            <w:pPr>
              <w:spacing w:after="0"/>
            </w:pPr>
          </w:p>
        </w:tc>
        <w:tc>
          <w:tcPr>
            <w:tcW w:w="2210" w:type="dxa"/>
            <w:tcMar>
              <w:top w:w="80" w:type="dxa"/>
              <w:left w:w="80" w:type="dxa"/>
              <w:bottom w:w="80" w:type="dxa"/>
              <w:right w:w="80" w:type="dxa"/>
            </w:tcMar>
            <w:vAlign w:val="center"/>
          </w:tcPr>
          <w:p w14:paraId="1FC3290D" w14:textId="77777777" w:rsidR="0064679A" w:rsidRDefault="0064679A">
            <w:pPr>
              <w:spacing w:after="0"/>
            </w:pPr>
          </w:p>
        </w:tc>
        <w:tc>
          <w:tcPr>
            <w:tcW w:w="2210" w:type="dxa"/>
            <w:tcMar>
              <w:top w:w="80" w:type="dxa"/>
              <w:left w:w="80" w:type="dxa"/>
              <w:bottom w:w="80" w:type="dxa"/>
              <w:right w:w="80" w:type="dxa"/>
            </w:tcMar>
            <w:vAlign w:val="center"/>
          </w:tcPr>
          <w:p w14:paraId="1D0AA281" w14:textId="77777777" w:rsidR="0064679A" w:rsidRDefault="0064679A">
            <w:pPr>
              <w:spacing w:after="0"/>
            </w:pPr>
          </w:p>
        </w:tc>
      </w:tr>
      <w:tr w:rsidR="0064679A" w14:paraId="0EA88044" w14:textId="77777777">
        <w:trPr>
          <w:jc w:val="center"/>
        </w:trPr>
        <w:tc>
          <w:tcPr>
            <w:tcW w:w="2210" w:type="dxa"/>
            <w:tcMar>
              <w:top w:w="80" w:type="dxa"/>
              <w:left w:w="80" w:type="dxa"/>
              <w:bottom w:w="80" w:type="dxa"/>
              <w:right w:w="80" w:type="dxa"/>
            </w:tcMar>
            <w:vAlign w:val="center"/>
          </w:tcPr>
          <w:p w14:paraId="3D7822EA" w14:textId="77777777" w:rsidR="0064679A" w:rsidRDefault="0064679A">
            <w:pPr>
              <w:spacing w:after="0"/>
              <w:jc w:val="center"/>
            </w:pPr>
          </w:p>
        </w:tc>
        <w:tc>
          <w:tcPr>
            <w:tcW w:w="2210" w:type="dxa"/>
            <w:tcMar>
              <w:top w:w="80" w:type="dxa"/>
              <w:left w:w="80" w:type="dxa"/>
              <w:bottom w:w="80" w:type="dxa"/>
              <w:right w:w="80" w:type="dxa"/>
            </w:tcMar>
            <w:vAlign w:val="center"/>
          </w:tcPr>
          <w:p w14:paraId="44E03AA8" w14:textId="77777777" w:rsidR="0064679A" w:rsidRDefault="0064679A">
            <w:pPr>
              <w:spacing w:after="0"/>
            </w:pPr>
          </w:p>
        </w:tc>
        <w:tc>
          <w:tcPr>
            <w:tcW w:w="2210" w:type="dxa"/>
            <w:tcMar>
              <w:top w:w="80" w:type="dxa"/>
              <w:left w:w="80" w:type="dxa"/>
              <w:bottom w:w="80" w:type="dxa"/>
              <w:right w:w="80" w:type="dxa"/>
            </w:tcMar>
            <w:vAlign w:val="center"/>
          </w:tcPr>
          <w:p w14:paraId="69371C17" w14:textId="77777777" w:rsidR="0064679A" w:rsidRDefault="0064679A">
            <w:pPr>
              <w:spacing w:after="0"/>
            </w:pPr>
          </w:p>
        </w:tc>
        <w:tc>
          <w:tcPr>
            <w:tcW w:w="2210" w:type="dxa"/>
            <w:tcMar>
              <w:top w:w="80" w:type="dxa"/>
              <w:left w:w="80" w:type="dxa"/>
              <w:bottom w:w="80" w:type="dxa"/>
              <w:right w:w="80" w:type="dxa"/>
            </w:tcMar>
            <w:vAlign w:val="center"/>
          </w:tcPr>
          <w:p w14:paraId="023D8F20" w14:textId="77777777" w:rsidR="0064679A" w:rsidRDefault="0064679A">
            <w:pPr>
              <w:spacing w:after="0"/>
            </w:pPr>
          </w:p>
        </w:tc>
      </w:tr>
      <w:tr w:rsidR="0064679A" w14:paraId="210EAC89" w14:textId="77777777">
        <w:trPr>
          <w:jc w:val="center"/>
        </w:trPr>
        <w:tc>
          <w:tcPr>
            <w:tcW w:w="2210" w:type="dxa"/>
            <w:tcMar>
              <w:top w:w="80" w:type="dxa"/>
              <w:left w:w="80" w:type="dxa"/>
              <w:bottom w:w="80" w:type="dxa"/>
              <w:right w:w="80" w:type="dxa"/>
            </w:tcMar>
            <w:vAlign w:val="center"/>
          </w:tcPr>
          <w:p w14:paraId="714D68AD" w14:textId="77777777" w:rsidR="0064679A" w:rsidRDefault="0064679A">
            <w:pPr>
              <w:spacing w:after="0"/>
              <w:jc w:val="center"/>
            </w:pPr>
          </w:p>
        </w:tc>
        <w:tc>
          <w:tcPr>
            <w:tcW w:w="2210" w:type="dxa"/>
            <w:tcMar>
              <w:top w:w="80" w:type="dxa"/>
              <w:left w:w="80" w:type="dxa"/>
              <w:bottom w:w="80" w:type="dxa"/>
              <w:right w:w="80" w:type="dxa"/>
            </w:tcMar>
            <w:vAlign w:val="center"/>
          </w:tcPr>
          <w:p w14:paraId="41B599A0" w14:textId="77777777" w:rsidR="0064679A" w:rsidRDefault="0064679A">
            <w:pPr>
              <w:spacing w:after="0"/>
            </w:pPr>
          </w:p>
        </w:tc>
        <w:tc>
          <w:tcPr>
            <w:tcW w:w="2210" w:type="dxa"/>
            <w:tcMar>
              <w:top w:w="80" w:type="dxa"/>
              <w:left w:w="80" w:type="dxa"/>
              <w:bottom w:w="80" w:type="dxa"/>
              <w:right w:w="80" w:type="dxa"/>
            </w:tcMar>
            <w:vAlign w:val="center"/>
          </w:tcPr>
          <w:p w14:paraId="6ED374CD" w14:textId="77777777" w:rsidR="0064679A" w:rsidRDefault="0064679A">
            <w:pPr>
              <w:spacing w:after="0"/>
            </w:pPr>
          </w:p>
        </w:tc>
        <w:tc>
          <w:tcPr>
            <w:tcW w:w="2210" w:type="dxa"/>
            <w:tcMar>
              <w:top w:w="80" w:type="dxa"/>
              <w:left w:w="80" w:type="dxa"/>
              <w:bottom w:w="80" w:type="dxa"/>
              <w:right w:w="80" w:type="dxa"/>
            </w:tcMar>
            <w:vAlign w:val="center"/>
          </w:tcPr>
          <w:p w14:paraId="4134C8F8" w14:textId="77777777" w:rsidR="0064679A" w:rsidRDefault="0064679A">
            <w:pPr>
              <w:spacing w:after="0"/>
            </w:pPr>
          </w:p>
        </w:tc>
      </w:tr>
    </w:tbl>
    <w:p w14:paraId="4AFDC076" w14:textId="77777777" w:rsidR="0064679A" w:rsidRDefault="00000000">
      <w:r>
        <w:rPr>
          <w:b/>
          <w:sz w:val="20"/>
        </w:rPr>
        <w:t>FORMATO 9D - POBLACIÓN INDÍGENA, NEGRA, AFROCOLOMBIANA, RAIZAL, PALENQUERA, RROM O GITANA</w:t>
      </w:r>
    </w:p>
    <w:p w14:paraId="03CD4DA8" w14:textId="77777777" w:rsidR="0064679A" w:rsidRDefault="00000000">
      <w:pPr>
        <w:jc w:val="both"/>
      </w:pPr>
      <w:r>
        <w:rPr>
          <w:sz w:val="20"/>
        </w:rPr>
        <w:t>Certifico que el proponente acredita el porcentaje de nómina legalmente exigido perteneciente a las poblaciones señaladas y anexa certificación de la autoridad competente, soportes de vinculación y autorización de tratamiento de datos sensibles.</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1C76DA4A" w14:textId="77777777">
        <w:trPr>
          <w:jc w:val="center"/>
        </w:trPr>
        <w:tc>
          <w:tcPr>
            <w:tcW w:w="2210" w:type="dxa"/>
            <w:shd w:val="clear" w:color="auto" w:fill="D9D9D9"/>
            <w:tcMar>
              <w:top w:w="80" w:type="dxa"/>
              <w:left w:w="80" w:type="dxa"/>
              <w:bottom w:w="80" w:type="dxa"/>
              <w:right w:w="80" w:type="dxa"/>
            </w:tcMar>
            <w:vAlign w:val="center"/>
          </w:tcPr>
          <w:p w14:paraId="7628D0E3" w14:textId="77777777" w:rsidR="0064679A" w:rsidRDefault="00000000">
            <w:pPr>
              <w:spacing w:after="0"/>
              <w:jc w:val="center"/>
            </w:pPr>
            <w:r>
              <w:rPr>
                <w:b/>
                <w:sz w:val="16"/>
              </w:rPr>
              <w:t>Total nómina</w:t>
            </w:r>
          </w:p>
        </w:tc>
        <w:tc>
          <w:tcPr>
            <w:tcW w:w="2210" w:type="dxa"/>
            <w:shd w:val="clear" w:color="auto" w:fill="D9D9D9"/>
            <w:tcMar>
              <w:top w:w="80" w:type="dxa"/>
              <w:left w:w="80" w:type="dxa"/>
              <w:bottom w:w="80" w:type="dxa"/>
              <w:right w:w="80" w:type="dxa"/>
            </w:tcMar>
            <w:vAlign w:val="center"/>
          </w:tcPr>
          <w:p w14:paraId="16E290C6" w14:textId="77777777" w:rsidR="0064679A" w:rsidRDefault="00000000">
            <w:pPr>
              <w:spacing w:after="0"/>
              <w:jc w:val="center"/>
            </w:pPr>
            <w:r>
              <w:rPr>
                <w:b/>
                <w:sz w:val="16"/>
              </w:rPr>
              <w:t>Personas que acreditan la condición</w:t>
            </w:r>
          </w:p>
        </w:tc>
        <w:tc>
          <w:tcPr>
            <w:tcW w:w="2210" w:type="dxa"/>
            <w:shd w:val="clear" w:color="auto" w:fill="D9D9D9"/>
            <w:tcMar>
              <w:top w:w="80" w:type="dxa"/>
              <w:left w:w="80" w:type="dxa"/>
              <w:bottom w:w="80" w:type="dxa"/>
              <w:right w:w="80" w:type="dxa"/>
            </w:tcMar>
            <w:vAlign w:val="center"/>
          </w:tcPr>
          <w:p w14:paraId="0CD8BC99" w14:textId="77777777" w:rsidR="0064679A" w:rsidRDefault="00000000">
            <w:pPr>
              <w:spacing w:after="0"/>
              <w:jc w:val="center"/>
            </w:pPr>
            <w:r>
              <w:rPr>
                <w:b/>
                <w:sz w:val="16"/>
              </w:rPr>
              <w:t>Porcentaje</w:t>
            </w:r>
          </w:p>
        </w:tc>
        <w:tc>
          <w:tcPr>
            <w:tcW w:w="2210" w:type="dxa"/>
            <w:shd w:val="clear" w:color="auto" w:fill="D9D9D9"/>
            <w:tcMar>
              <w:top w:w="80" w:type="dxa"/>
              <w:left w:w="80" w:type="dxa"/>
              <w:bottom w:w="80" w:type="dxa"/>
              <w:right w:w="80" w:type="dxa"/>
            </w:tcMar>
            <w:vAlign w:val="center"/>
          </w:tcPr>
          <w:p w14:paraId="71C7E3B0" w14:textId="77777777" w:rsidR="0064679A" w:rsidRDefault="00000000">
            <w:pPr>
              <w:spacing w:after="0"/>
              <w:jc w:val="center"/>
            </w:pPr>
            <w:r>
              <w:rPr>
                <w:b/>
                <w:sz w:val="16"/>
              </w:rPr>
              <w:t>Soportes / autoridad</w:t>
            </w:r>
          </w:p>
        </w:tc>
      </w:tr>
      <w:tr w:rsidR="0064679A" w14:paraId="433F62C6" w14:textId="77777777">
        <w:trPr>
          <w:jc w:val="center"/>
        </w:trPr>
        <w:tc>
          <w:tcPr>
            <w:tcW w:w="2210" w:type="dxa"/>
            <w:tcMar>
              <w:top w:w="80" w:type="dxa"/>
              <w:left w:w="80" w:type="dxa"/>
              <w:bottom w:w="80" w:type="dxa"/>
              <w:right w:w="80" w:type="dxa"/>
            </w:tcMar>
            <w:vAlign w:val="center"/>
          </w:tcPr>
          <w:p w14:paraId="16A10C65" w14:textId="77777777" w:rsidR="0064679A" w:rsidRDefault="0064679A">
            <w:pPr>
              <w:spacing w:after="0"/>
              <w:jc w:val="center"/>
            </w:pPr>
          </w:p>
        </w:tc>
        <w:tc>
          <w:tcPr>
            <w:tcW w:w="2210" w:type="dxa"/>
            <w:tcMar>
              <w:top w:w="80" w:type="dxa"/>
              <w:left w:w="80" w:type="dxa"/>
              <w:bottom w:w="80" w:type="dxa"/>
              <w:right w:w="80" w:type="dxa"/>
            </w:tcMar>
            <w:vAlign w:val="center"/>
          </w:tcPr>
          <w:p w14:paraId="3B654B6B" w14:textId="77777777" w:rsidR="0064679A" w:rsidRDefault="0064679A">
            <w:pPr>
              <w:spacing w:after="0"/>
            </w:pPr>
          </w:p>
        </w:tc>
        <w:tc>
          <w:tcPr>
            <w:tcW w:w="2210" w:type="dxa"/>
            <w:tcMar>
              <w:top w:w="80" w:type="dxa"/>
              <w:left w:w="80" w:type="dxa"/>
              <w:bottom w:w="80" w:type="dxa"/>
              <w:right w:w="80" w:type="dxa"/>
            </w:tcMar>
            <w:vAlign w:val="center"/>
          </w:tcPr>
          <w:p w14:paraId="380B21B6" w14:textId="77777777" w:rsidR="0064679A" w:rsidRDefault="0064679A">
            <w:pPr>
              <w:spacing w:after="0"/>
            </w:pPr>
          </w:p>
        </w:tc>
        <w:tc>
          <w:tcPr>
            <w:tcW w:w="2210" w:type="dxa"/>
            <w:tcMar>
              <w:top w:w="80" w:type="dxa"/>
              <w:left w:w="80" w:type="dxa"/>
              <w:bottom w:w="80" w:type="dxa"/>
              <w:right w:w="80" w:type="dxa"/>
            </w:tcMar>
            <w:vAlign w:val="center"/>
          </w:tcPr>
          <w:p w14:paraId="1E1914CB" w14:textId="77777777" w:rsidR="0064679A" w:rsidRDefault="0064679A">
            <w:pPr>
              <w:spacing w:after="0"/>
            </w:pPr>
          </w:p>
        </w:tc>
      </w:tr>
    </w:tbl>
    <w:p w14:paraId="71BD1427" w14:textId="77777777" w:rsidR="0064679A" w:rsidRDefault="00000000">
      <w:r>
        <w:rPr>
          <w:b/>
          <w:sz w:val="20"/>
        </w:rPr>
        <w:t>FORMATO 9E - PERSONAS EN PROCESO DE REINTEGRACIÓN O REINCORPORACIÓN</w:t>
      </w:r>
    </w:p>
    <w:p w14:paraId="7DBB0E48" w14:textId="77777777" w:rsidR="0064679A" w:rsidRDefault="00000000">
      <w:r>
        <w:rPr>
          <w:sz w:val="20"/>
        </w:rPr>
        <w:t>Condición del proponente: persona natural en proceso de reintegración o reincorporación [  ]   persona jurídica con la participación legalmente exigida de dichas personas [  ].</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72D1021D" w14:textId="77777777">
        <w:trPr>
          <w:jc w:val="center"/>
        </w:trPr>
        <w:tc>
          <w:tcPr>
            <w:tcW w:w="2210" w:type="dxa"/>
            <w:shd w:val="clear" w:color="auto" w:fill="D9D9D9"/>
            <w:tcMar>
              <w:top w:w="80" w:type="dxa"/>
              <w:left w:w="80" w:type="dxa"/>
              <w:bottom w:w="80" w:type="dxa"/>
              <w:right w:w="80" w:type="dxa"/>
            </w:tcMar>
            <w:vAlign w:val="center"/>
          </w:tcPr>
          <w:p w14:paraId="0C1FD293" w14:textId="77777777" w:rsidR="0064679A" w:rsidRDefault="00000000">
            <w:pPr>
              <w:spacing w:after="0"/>
              <w:jc w:val="center"/>
            </w:pPr>
            <w:r>
              <w:rPr>
                <w:b/>
                <w:sz w:val="16"/>
              </w:rPr>
              <w:t>Nombre / identificación</w:t>
            </w:r>
          </w:p>
        </w:tc>
        <w:tc>
          <w:tcPr>
            <w:tcW w:w="2210" w:type="dxa"/>
            <w:shd w:val="clear" w:color="auto" w:fill="D9D9D9"/>
            <w:tcMar>
              <w:top w:w="80" w:type="dxa"/>
              <w:left w:w="80" w:type="dxa"/>
              <w:bottom w:w="80" w:type="dxa"/>
              <w:right w:w="80" w:type="dxa"/>
            </w:tcMar>
            <w:vAlign w:val="center"/>
          </w:tcPr>
          <w:p w14:paraId="3BDE12F7" w14:textId="77777777" w:rsidR="0064679A" w:rsidRDefault="00000000">
            <w:pPr>
              <w:spacing w:after="0"/>
              <w:jc w:val="center"/>
            </w:pPr>
            <w:r>
              <w:rPr>
                <w:b/>
                <w:sz w:val="16"/>
              </w:rPr>
              <w:t>Condición acreditada</w:t>
            </w:r>
          </w:p>
        </w:tc>
        <w:tc>
          <w:tcPr>
            <w:tcW w:w="2210" w:type="dxa"/>
            <w:shd w:val="clear" w:color="auto" w:fill="D9D9D9"/>
            <w:tcMar>
              <w:top w:w="80" w:type="dxa"/>
              <w:left w:w="80" w:type="dxa"/>
              <w:bottom w:w="80" w:type="dxa"/>
              <w:right w:w="80" w:type="dxa"/>
            </w:tcMar>
            <w:vAlign w:val="center"/>
          </w:tcPr>
          <w:p w14:paraId="518A6519" w14:textId="77777777" w:rsidR="0064679A" w:rsidRDefault="00000000">
            <w:pPr>
              <w:spacing w:after="0"/>
              <w:jc w:val="center"/>
            </w:pPr>
            <w:r>
              <w:rPr>
                <w:b/>
                <w:sz w:val="16"/>
              </w:rPr>
              <w:t>Participación / vinculación</w:t>
            </w:r>
          </w:p>
        </w:tc>
        <w:tc>
          <w:tcPr>
            <w:tcW w:w="2210" w:type="dxa"/>
            <w:shd w:val="clear" w:color="auto" w:fill="D9D9D9"/>
            <w:tcMar>
              <w:top w:w="80" w:type="dxa"/>
              <w:left w:w="80" w:type="dxa"/>
              <w:bottom w:w="80" w:type="dxa"/>
              <w:right w:w="80" w:type="dxa"/>
            </w:tcMar>
            <w:vAlign w:val="center"/>
          </w:tcPr>
          <w:p w14:paraId="455541FB" w14:textId="77777777" w:rsidR="0064679A" w:rsidRDefault="00000000">
            <w:pPr>
              <w:spacing w:after="0"/>
              <w:jc w:val="center"/>
            </w:pPr>
            <w:r>
              <w:rPr>
                <w:b/>
                <w:sz w:val="16"/>
              </w:rPr>
              <w:t>Certificación autoridad / soporte</w:t>
            </w:r>
          </w:p>
        </w:tc>
      </w:tr>
      <w:tr w:rsidR="0064679A" w14:paraId="4187C01F" w14:textId="77777777">
        <w:trPr>
          <w:jc w:val="center"/>
        </w:trPr>
        <w:tc>
          <w:tcPr>
            <w:tcW w:w="2210" w:type="dxa"/>
            <w:tcMar>
              <w:top w:w="80" w:type="dxa"/>
              <w:left w:w="80" w:type="dxa"/>
              <w:bottom w:w="80" w:type="dxa"/>
              <w:right w:w="80" w:type="dxa"/>
            </w:tcMar>
            <w:vAlign w:val="center"/>
          </w:tcPr>
          <w:p w14:paraId="574AFAC2" w14:textId="77777777" w:rsidR="0064679A" w:rsidRDefault="0064679A">
            <w:pPr>
              <w:spacing w:after="0"/>
              <w:jc w:val="center"/>
            </w:pPr>
          </w:p>
        </w:tc>
        <w:tc>
          <w:tcPr>
            <w:tcW w:w="2210" w:type="dxa"/>
            <w:tcMar>
              <w:top w:w="80" w:type="dxa"/>
              <w:left w:w="80" w:type="dxa"/>
              <w:bottom w:w="80" w:type="dxa"/>
              <w:right w:w="80" w:type="dxa"/>
            </w:tcMar>
            <w:vAlign w:val="center"/>
          </w:tcPr>
          <w:p w14:paraId="7282D7CA" w14:textId="77777777" w:rsidR="0064679A" w:rsidRDefault="0064679A">
            <w:pPr>
              <w:spacing w:after="0"/>
            </w:pPr>
          </w:p>
        </w:tc>
        <w:tc>
          <w:tcPr>
            <w:tcW w:w="2210" w:type="dxa"/>
            <w:tcMar>
              <w:top w:w="80" w:type="dxa"/>
              <w:left w:w="80" w:type="dxa"/>
              <w:bottom w:w="80" w:type="dxa"/>
              <w:right w:w="80" w:type="dxa"/>
            </w:tcMar>
            <w:vAlign w:val="center"/>
          </w:tcPr>
          <w:p w14:paraId="209D4F21" w14:textId="77777777" w:rsidR="0064679A" w:rsidRDefault="0064679A">
            <w:pPr>
              <w:spacing w:after="0"/>
            </w:pPr>
          </w:p>
        </w:tc>
        <w:tc>
          <w:tcPr>
            <w:tcW w:w="2210" w:type="dxa"/>
            <w:tcMar>
              <w:top w:w="80" w:type="dxa"/>
              <w:left w:w="80" w:type="dxa"/>
              <w:bottom w:w="80" w:type="dxa"/>
              <w:right w:w="80" w:type="dxa"/>
            </w:tcMar>
            <w:vAlign w:val="center"/>
          </w:tcPr>
          <w:p w14:paraId="4DF16A4C" w14:textId="77777777" w:rsidR="0064679A" w:rsidRDefault="0064679A">
            <w:pPr>
              <w:spacing w:after="0"/>
            </w:pPr>
          </w:p>
        </w:tc>
      </w:tr>
      <w:tr w:rsidR="0064679A" w14:paraId="1765E093" w14:textId="77777777">
        <w:trPr>
          <w:jc w:val="center"/>
        </w:trPr>
        <w:tc>
          <w:tcPr>
            <w:tcW w:w="2210" w:type="dxa"/>
            <w:tcMar>
              <w:top w:w="80" w:type="dxa"/>
              <w:left w:w="80" w:type="dxa"/>
              <w:bottom w:w="80" w:type="dxa"/>
              <w:right w:w="80" w:type="dxa"/>
            </w:tcMar>
            <w:vAlign w:val="center"/>
          </w:tcPr>
          <w:p w14:paraId="0FE24F4A" w14:textId="77777777" w:rsidR="0064679A" w:rsidRDefault="0064679A">
            <w:pPr>
              <w:spacing w:after="0"/>
              <w:jc w:val="center"/>
            </w:pPr>
          </w:p>
        </w:tc>
        <w:tc>
          <w:tcPr>
            <w:tcW w:w="2210" w:type="dxa"/>
            <w:tcMar>
              <w:top w:w="80" w:type="dxa"/>
              <w:left w:w="80" w:type="dxa"/>
              <w:bottom w:w="80" w:type="dxa"/>
              <w:right w:w="80" w:type="dxa"/>
            </w:tcMar>
            <w:vAlign w:val="center"/>
          </w:tcPr>
          <w:p w14:paraId="78087E2E" w14:textId="77777777" w:rsidR="0064679A" w:rsidRDefault="0064679A">
            <w:pPr>
              <w:spacing w:after="0"/>
            </w:pPr>
          </w:p>
        </w:tc>
        <w:tc>
          <w:tcPr>
            <w:tcW w:w="2210" w:type="dxa"/>
            <w:tcMar>
              <w:top w:w="80" w:type="dxa"/>
              <w:left w:w="80" w:type="dxa"/>
              <w:bottom w:w="80" w:type="dxa"/>
              <w:right w:w="80" w:type="dxa"/>
            </w:tcMar>
            <w:vAlign w:val="center"/>
          </w:tcPr>
          <w:p w14:paraId="78DDA2AB" w14:textId="77777777" w:rsidR="0064679A" w:rsidRDefault="0064679A">
            <w:pPr>
              <w:spacing w:after="0"/>
            </w:pPr>
          </w:p>
        </w:tc>
        <w:tc>
          <w:tcPr>
            <w:tcW w:w="2210" w:type="dxa"/>
            <w:tcMar>
              <w:top w:w="80" w:type="dxa"/>
              <w:left w:w="80" w:type="dxa"/>
              <w:bottom w:w="80" w:type="dxa"/>
              <w:right w:w="80" w:type="dxa"/>
            </w:tcMar>
            <w:vAlign w:val="center"/>
          </w:tcPr>
          <w:p w14:paraId="69B672FA" w14:textId="77777777" w:rsidR="0064679A" w:rsidRDefault="0064679A">
            <w:pPr>
              <w:spacing w:after="0"/>
            </w:pPr>
          </w:p>
        </w:tc>
      </w:tr>
      <w:tr w:rsidR="0064679A" w14:paraId="1D9C1E20" w14:textId="77777777">
        <w:trPr>
          <w:jc w:val="center"/>
        </w:trPr>
        <w:tc>
          <w:tcPr>
            <w:tcW w:w="2210" w:type="dxa"/>
            <w:tcMar>
              <w:top w:w="80" w:type="dxa"/>
              <w:left w:w="80" w:type="dxa"/>
              <w:bottom w:w="80" w:type="dxa"/>
              <w:right w:w="80" w:type="dxa"/>
            </w:tcMar>
            <w:vAlign w:val="center"/>
          </w:tcPr>
          <w:p w14:paraId="3A6535A1" w14:textId="77777777" w:rsidR="0064679A" w:rsidRDefault="0064679A">
            <w:pPr>
              <w:spacing w:after="0"/>
              <w:jc w:val="center"/>
            </w:pPr>
          </w:p>
        </w:tc>
        <w:tc>
          <w:tcPr>
            <w:tcW w:w="2210" w:type="dxa"/>
            <w:tcMar>
              <w:top w:w="80" w:type="dxa"/>
              <w:left w:w="80" w:type="dxa"/>
              <w:bottom w:w="80" w:type="dxa"/>
              <w:right w:w="80" w:type="dxa"/>
            </w:tcMar>
            <w:vAlign w:val="center"/>
          </w:tcPr>
          <w:p w14:paraId="57C72D3D" w14:textId="77777777" w:rsidR="0064679A" w:rsidRDefault="0064679A">
            <w:pPr>
              <w:spacing w:after="0"/>
            </w:pPr>
          </w:p>
        </w:tc>
        <w:tc>
          <w:tcPr>
            <w:tcW w:w="2210" w:type="dxa"/>
            <w:tcMar>
              <w:top w:w="80" w:type="dxa"/>
              <w:left w:w="80" w:type="dxa"/>
              <w:bottom w:w="80" w:type="dxa"/>
              <w:right w:w="80" w:type="dxa"/>
            </w:tcMar>
            <w:vAlign w:val="center"/>
          </w:tcPr>
          <w:p w14:paraId="0F1F6F81" w14:textId="77777777" w:rsidR="0064679A" w:rsidRDefault="0064679A">
            <w:pPr>
              <w:spacing w:after="0"/>
            </w:pPr>
          </w:p>
        </w:tc>
        <w:tc>
          <w:tcPr>
            <w:tcW w:w="2210" w:type="dxa"/>
            <w:tcMar>
              <w:top w:w="80" w:type="dxa"/>
              <w:left w:w="80" w:type="dxa"/>
              <w:bottom w:w="80" w:type="dxa"/>
              <w:right w:w="80" w:type="dxa"/>
            </w:tcMar>
            <w:vAlign w:val="center"/>
          </w:tcPr>
          <w:p w14:paraId="44056262" w14:textId="77777777" w:rsidR="0064679A" w:rsidRDefault="0064679A">
            <w:pPr>
              <w:spacing w:after="0"/>
            </w:pPr>
          </w:p>
        </w:tc>
      </w:tr>
    </w:tbl>
    <w:p w14:paraId="093C60E9" w14:textId="77777777" w:rsidR="0064679A" w:rsidRDefault="00000000">
      <w:r>
        <w:rPr>
          <w:b/>
          <w:sz w:val="20"/>
        </w:rPr>
        <w:t>FORMATO 9F - PROPONENTE PLURAL CON CONDICIONES DE INCLUSIÓN</w:t>
      </w:r>
    </w:p>
    <w:p w14:paraId="6C5E6F5B" w14:textId="77777777" w:rsidR="0064679A" w:rsidRDefault="00000000">
      <w:pPr>
        <w:jc w:val="both"/>
      </w:pPr>
      <w:r>
        <w:rPr>
          <w:sz w:val="20"/>
        </w:rPr>
        <w:t>Para el criterio de desempate aplicable a proponentes plurales, relacione el integrante que acredita la condición de inclusión, su participación y la experiencia aportada, y declare si existe relación laboral, societaria o accionaria con los demás integrantes cuando la reglamentación exija ausencia de dicha relación.</w:t>
      </w:r>
    </w:p>
    <w:tbl>
      <w:tblPr>
        <w:tblStyle w:val="Tablaconcuadrcula"/>
        <w:tblW w:w="0" w:type="auto"/>
        <w:jc w:val="center"/>
        <w:tblLook w:val="04A0" w:firstRow="1" w:lastRow="0" w:firstColumn="1" w:lastColumn="0" w:noHBand="0" w:noVBand="1"/>
      </w:tblPr>
      <w:tblGrid>
        <w:gridCol w:w="1768"/>
        <w:gridCol w:w="1768"/>
        <w:gridCol w:w="1768"/>
        <w:gridCol w:w="1768"/>
        <w:gridCol w:w="1768"/>
      </w:tblGrid>
      <w:tr w:rsidR="0064679A" w14:paraId="1496D26B" w14:textId="77777777">
        <w:trPr>
          <w:jc w:val="center"/>
        </w:trPr>
        <w:tc>
          <w:tcPr>
            <w:tcW w:w="1768" w:type="dxa"/>
            <w:shd w:val="clear" w:color="auto" w:fill="D9D9D9"/>
            <w:tcMar>
              <w:top w:w="80" w:type="dxa"/>
              <w:left w:w="80" w:type="dxa"/>
              <w:bottom w:w="80" w:type="dxa"/>
              <w:right w:w="80" w:type="dxa"/>
            </w:tcMar>
            <w:vAlign w:val="center"/>
          </w:tcPr>
          <w:p w14:paraId="7DE2F668" w14:textId="77777777" w:rsidR="0064679A" w:rsidRDefault="00000000">
            <w:pPr>
              <w:spacing w:after="0"/>
              <w:jc w:val="center"/>
            </w:pPr>
            <w:r>
              <w:rPr>
                <w:b/>
                <w:sz w:val="16"/>
              </w:rPr>
              <w:t>Integrante</w:t>
            </w:r>
          </w:p>
        </w:tc>
        <w:tc>
          <w:tcPr>
            <w:tcW w:w="1768" w:type="dxa"/>
            <w:shd w:val="clear" w:color="auto" w:fill="D9D9D9"/>
            <w:tcMar>
              <w:top w:w="80" w:type="dxa"/>
              <w:left w:w="80" w:type="dxa"/>
              <w:bottom w:w="80" w:type="dxa"/>
              <w:right w:w="80" w:type="dxa"/>
            </w:tcMar>
            <w:vAlign w:val="center"/>
          </w:tcPr>
          <w:p w14:paraId="0713F9D5" w14:textId="77777777" w:rsidR="0064679A" w:rsidRDefault="00000000">
            <w:pPr>
              <w:spacing w:after="0"/>
              <w:jc w:val="center"/>
            </w:pPr>
            <w:r>
              <w:rPr>
                <w:b/>
                <w:sz w:val="16"/>
              </w:rPr>
              <w:t>Condición de inclusión</w:t>
            </w:r>
          </w:p>
        </w:tc>
        <w:tc>
          <w:tcPr>
            <w:tcW w:w="1768" w:type="dxa"/>
            <w:shd w:val="clear" w:color="auto" w:fill="D9D9D9"/>
            <w:tcMar>
              <w:top w:w="80" w:type="dxa"/>
              <w:left w:w="80" w:type="dxa"/>
              <w:bottom w:w="80" w:type="dxa"/>
              <w:right w:w="80" w:type="dxa"/>
            </w:tcMar>
            <w:vAlign w:val="center"/>
          </w:tcPr>
          <w:p w14:paraId="24641235" w14:textId="77777777" w:rsidR="0064679A" w:rsidRDefault="00000000">
            <w:pPr>
              <w:spacing w:after="0"/>
              <w:jc w:val="center"/>
            </w:pPr>
            <w:r>
              <w:rPr>
                <w:b/>
                <w:sz w:val="16"/>
              </w:rPr>
              <w:t>Participación %</w:t>
            </w:r>
          </w:p>
        </w:tc>
        <w:tc>
          <w:tcPr>
            <w:tcW w:w="1768" w:type="dxa"/>
            <w:shd w:val="clear" w:color="auto" w:fill="D9D9D9"/>
            <w:tcMar>
              <w:top w:w="80" w:type="dxa"/>
              <w:left w:w="80" w:type="dxa"/>
              <w:bottom w:w="80" w:type="dxa"/>
              <w:right w:w="80" w:type="dxa"/>
            </w:tcMar>
            <w:vAlign w:val="center"/>
          </w:tcPr>
          <w:p w14:paraId="2E1B4D14" w14:textId="77777777" w:rsidR="0064679A" w:rsidRDefault="00000000">
            <w:pPr>
              <w:spacing w:after="0"/>
              <w:jc w:val="center"/>
            </w:pPr>
            <w:r>
              <w:rPr>
                <w:b/>
                <w:sz w:val="16"/>
              </w:rPr>
              <w:t>Experiencia aportada %</w:t>
            </w:r>
          </w:p>
        </w:tc>
        <w:tc>
          <w:tcPr>
            <w:tcW w:w="1768" w:type="dxa"/>
            <w:shd w:val="clear" w:color="auto" w:fill="D9D9D9"/>
            <w:tcMar>
              <w:top w:w="80" w:type="dxa"/>
              <w:left w:w="80" w:type="dxa"/>
              <w:bottom w:w="80" w:type="dxa"/>
              <w:right w:w="80" w:type="dxa"/>
            </w:tcMar>
            <w:vAlign w:val="center"/>
          </w:tcPr>
          <w:p w14:paraId="6868B93A" w14:textId="77777777" w:rsidR="0064679A" w:rsidRDefault="00000000">
            <w:pPr>
              <w:spacing w:after="0"/>
              <w:jc w:val="center"/>
            </w:pPr>
            <w:r>
              <w:rPr>
                <w:b/>
                <w:sz w:val="16"/>
              </w:rPr>
              <w:t>Declaración de independencia / soporte</w:t>
            </w:r>
          </w:p>
        </w:tc>
      </w:tr>
      <w:tr w:rsidR="0064679A" w14:paraId="39D1E60B" w14:textId="77777777">
        <w:trPr>
          <w:jc w:val="center"/>
        </w:trPr>
        <w:tc>
          <w:tcPr>
            <w:tcW w:w="1768" w:type="dxa"/>
            <w:tcMar>
              <w:top w:w="80" w:type="dxa"/>
              <w:left w:w="80" w:type="dxa"/>
              <w:bottom w:w="80" w:type="dxa"/>
              <w:right w:w="80" w:type="dxa"/>
            </w:tcMar>
            <w:vAlign w:val="center"/>
          </w:tcPr>
          <w:p w14:paraId="79131F5F" w14:textId="77777777" w:rsidR="0064679A" w:rsidRDefault="0064679A">
            <w:pPr>
              <w:spacing w:after="0"/>
              <w:jc w:val="center"/>
            </w:pPr>
          </w:p>
        </w:tc>
        <w:tc>
          <w:tcPr>
            <w:tcW w:w="1768" w:type="dxa"/>
            <w:tcMar>
              <w:top w:w="80" w:type="dxa"/>
              <w:left w:w="80" w:type="dxa"/>
              <w:bottom w:w="80" w:type="dxa"/>
              <w:right w:w="80" w:type="dxa"/>
            </w:tcMar>
            <w:vAlign w:val="center"/>
          </w:tcPr>
          <w:p w14:paraId="6DA76ACE" w14:textId="77777777" w:rsidR="0064679A" w:rsidRDefault="0064679A">
            <w:pPr>
              <w:spacing w:after="0"/>
            </w:pPr>
          </w:p>
        </w:tc>
        <w:tc>
          <w:tcPr>
            <w:tcW w:w="1768" w:type="dxa"/>
            <w:tcMar>
              <w:top w:w="80" w:type="dxa"/>
              <w:left w:w="80" w:type="dxa"/>
              <w:bottom w:w="80" w:type="dxa"/>
              <w:right w:w="80" w:type="dxa"/>
            </w:tcMar>
            <w:vAlign w:val="center"/>
          </w:tcPr>
          <w:p w14:paraId="4AB9653C" w14:textId="77777777" w:rsidR="0064679A" w:rsidRDefault="0064679A">
            <w:pPr>
              <w:spacing w:after="0"/>
            </w:pPr>
          </w:p>
        </w:tc>
        <w:tc>
          <w:tcPr>
            <w:tcW w:w="1768" w:type="dxa"/>
            <w:tcMar>
              <w:top w:w="80" w:type="dxa"/>
              <w:left w:w="80" w:type="dxa"/>
              <w:bottom w:w="80" w:type="dxa"/>
              <w:right w:w="80" w:type="dxa"/>
            </w:tcMar>
            <w:vAlign w:val="center"/>
          </w:tcPr>
          <w:p w14:paraId="456D8723" w14:textId="77777777" w:rsidR="0064679A" w:rsidRDefault="0064679A">
            <w:pPr>
              <w:spacing w:after="0"/>
            </w:pPr>
          </w:p>
        </w:tc>
        <w:tc>
          <w:tcPr>
            <w:tcW w:w="1768" w:type="dxa"/>
            <w:tcMar>
              <w:top w:w="80" w:type="dxa"/>
              <w:left w:w="80" w:type="dxa"/>
              <w:bottom w:w="80" w:type="dxa"/>
              <w:right w:w="80" w:type="dxa"/>
            </w:tcMar>
            <w:vAlign w:val="center"/>
          </w:tcPr>
          <w:p w14:paraId="15E6297A" w14:textId="77777777" w:rsidR="0064679A" w:rsidRDefault="0064679A">
            <w:pPr>
              <w:spacing w:after="0"/>
            </w:pPr>
          </w:p>
        </w:tc>
      </w:tr>
      <w:tr w:rsidR="0064679A" w14:paraId="59A046FA" w14:textId="77777777">
        <w:trPr>
          <w:jc w:val="center"/>
        </w:trPr>
        <w:tc>
          <w:tcPr>
            <w:tcW w:w="1768" w:type="dxa"/>
            <w:tcMar>
              <w:top w:w="80" w:type="dxa"/>
              <w:left w:w="80" w:type="dxa"/>
              <w:bottom w:w="80" w:type="dxa"/>
              <w:right w:w="80" w:type="dxa"/>
            </w:tcMar>
            <w:vAlign w:val="center"/>
          </w:tcPr>
          <w:p w14:paraId="4472FABA" w14:textId="77777777" w:rsidR="0064679A" w:rsidRDefault="0064679A">
            <w:pPr>
              <w:spacing w:after="0"/>
              <w:jc w:val="center"/>
            </w:pPr>
          </w:p>
        </w:tc>
        <w:tc>
          <w:tcPr>
            <w:tcW w:w="1768" w:type="dxa"/>
            <w:tcMar>
              <w:top w:w="80" w:type="dxa"/>
              <w:left w:w="80" w:type="dxa"/>
              <w:bottom w:w="80" w:type="dxa"/>
              <w:right w:w="80" w:type="dxa"/>
            </w:tcMar>
            <w:vAlign w:val="center"/>
          </w:tcPr>
          <w:p w14:paraId="0A099D65" w14:textId="77777777" w:rsidR="0064679A" w:rsidRDefault="0064679A">
            <w:pPr>
              <w:spacing w:after="0"/>
            </w:pPr>
          </w:p>
        </w:tc>
        <w:tc>
          <w:tcPr>
            <w:tcW w:w="1768" w:type="dxa"/>
            <w:tcMar>
              <w:top w:w="80" w:type="dxa"/>
              <w:left w:w="80" w:type="dxa"/>
              <w:bottom w:w="80" w:type="dxa"/>
              <w:right w:w="80" w:type="dxa"/>
            </w:tcMar>
            <w:vAlign w:val="center"/>
          </w:tcPr>
          <w:p w14:paraId="2DE7EDC8" w14:textId="77777777" w:rsidR="0064679A" w:rsidRDefault="0064679A">
            <w:pPr>
              <w:spacing w:after="0"/>
            </w:pPr>
          </w:p>
        </w:tc>
        <w:tc>
          <w:tcPr>
            <w:tcW w:w="1768" w:type="dxa"/>
            <w:tcMar>
              <w:top w:w="80" w:type="dxa"/>
              <w:left w:w="80" w:type="dxa"/>
              <w:bottom w:w="80" w:type="dxa"/>
              <w:right w:w="80" w:type="dxa"/>
            </w:tcMar>
            <w:vAlign w:val="center"/>
          </w:tcPr>
          <w:p w14:paraId="3599CD13" w14:textId="77777777" w:rsidR="0064679A" w:rsidRDefault="0064679A">
            <w:pPr>
              <w:spacing w:after="0"/>
            </w:pPr>
          </w:p>
        </w:tc>
        <w:tc>
          <w:tcPr>
            <w:tcW w:w="1768" w:type="dxa"/>
            <w:tcMar>
              <w:top w:w="80" w:type="dxa"/>
              <w:left w:w="80" w:type="dxa"/>
              <w:bottom w:w="80" w:type="dxa"/>
              <w:right w:w="80" w:type="dxa"/>
            </w:tcMar>
            <w:vAlign w:val="center"/>
          </w:tcPr>
          <w:p w14:paraId="685D2D50" w14:textId="77777777" w:rsidR="0064679A" w:rsidRDefault="0064679A">
            <w:pPr>
              <w:spacing w:after="0"/>
            </w:pPr>
          </w:p>
        </w:tc>
      </w:tr>
      <w:tr w:rsidR="0064679A" w14:paraId="22A9FC96" w14:textId="77777777">
        <w:trPr>
          <w:jc w:val="center"/>
        </w:trPr>
        <w:tc>
          <w:tcPr>
            <w:tcW w:w="1768" w:type="dxa"/>
            <w:tcMar>
              <w:top w:w="80" w:type="dxa"/>
              <w:left w:w="80" w:type="dxa"/>
              <w:bottom w:w="80" w:type="dxa"/>
              <w:right w:w="80" w:type="dxa"/>
            </w:tcMar>
            <w:vAlign w:val="center"/>
          </w:tcPr>
          <w:p w14:paraId="74CFDAC1" w14:textId="77777777" w:rsidR="0064679A" w:rsidRDefault="0064679A">
            <w:pPr>
              <w:spacing w:after="0"/>
              <w:jc w:val="center"/>
            </w:pPr>
          </w:p>
        </w:tc>
        <w:tc>
          <w:tcPr>
            <w:tcW w:w="1768" w:type="dxa"/>
            <w:tcMar>
              <w:top w:w="80" w:type="dxa"/>
              <w:left w:w="80" w:type="dxa"/>
              <w:bottom w:w="80" w:type="dxa"/>
              <w:right w:w="80" w:type="dxa"/>
            </w:tcMar>
            <w:vAlign w:val="center"/>
          </w:tcPr>
          <w:p w14:paraId="65081A91" w14:textId="77777777" w:rsidR="0064679A" w:rsidRDefault="0064679A">
            <w:pPr>
              <w:spacing w:after="0"/>
            </w:pPr>
          </w:p>
        </w:tc>
        <w:tc>
          <w:tcPr>
            <w:tcW w:w="1768" w:type="dxa"/>
            <w:tcMar>
              <w:top w:w="80" w:type="dxa"/>
              <w:left w:w="80" w:type="dxa"/>
              <w:bottom w:w="80" w:type="dxa"/>
              <w:right w:w="80" w:type="dxa"/>
            </w:tcMar>
            <w:vAlign w:val="center"/>
          </w:tcPr>
          <w:p w14:paraId="02F021A5" w14:textId="77777777" w:rsidR="0064679A" w:rsidRDefault="0064679A">
            <w:pPr>
              <w:spacing w:after="0"/>
            </w:pPr>
          </w:p>
        </w:tc>
        <w:tc>
          <w:tcPr>
            <w:tcW w:w="1768" w:type="dxa"/>
            <w:tcMar>
              <w:top w:w="80" w:type="dxa"/>
              <w:left w:w="80" w:type="dxa"/>
              <w:bottom w:w="80" w:type="dxa"/>
              <w:right w:w="80" w:type="dxa"/>
            </w:tcMar>
            <w:vAlign w:val="center"/>
          </w:tcPr>
          <w:p w14:paraId="514758CF" w14:textId="77777777" w:rsidR="0064679A" w:rsidRDefault="0064679A">
            <w:pPr>
              <w:spacing w:after="0"/>
            </w:pPr>
          </w:p>
        </w:tc>
        <w:tc>
          <w:tcPr>
            <w:tcW w:w="1768" w:type="dxa"/>
            <w:tcMar>
              <w:top w:w="80" w:type="dxa"/>
              <w:left w:w="80" w:type="dxa"/>
              <w:bottom w:w="80" w:type="dxa"/>
              <w:right w:w="80" w:type="dxa"/>
            </w:tcMar>
            <w:vAlign w:val="center"/>
          </w:tcPr>
          <w:p w14:paraId="3926DAF0" w14:textId="77777777" w:rsidR="0064679A" w:rsidRDefault="0064679A">
            <w:pPr>
              <w:spacing w:after="0"/>
            </w:pPr>
          </w:p>
        </w:tc>
      </w:tr>
    </w:tbl>
    <w:p w14:paraId="6E4BC056" w14:textId="77777777" w:rsidR="0064679A" w:rsidRDefault="00000000">
      <w:r>
        <w:rPr>
          <w:b/>
          <w:sz w:val="20"/>
        </w:rPr>
        <w:t>FORMATO 9G - MIPYME, COOPERATIVA O ASOCIACIÓN MUTUAL</w:t>
      </w:r>
    </w:p>
    <w:p w14:paraId="6B1E85C5" w14:textId="77777777" w:rsidR="0064679A" w:rsidRDefault="00000000">
      <w:r>
        <w:rPr>
          <w:sz w:val="20"/>
        </w:rPr>
        <w:t>Clasificación del proponente / integrante: Microempresa [  ]  Pequeña [  ]  Mediana [  ]  Cooperativa [  ]  Asociación mutual [  ].</w:t>
      </w:r>
      <w:r>
        <w:rPr>
          <w:sz w:val="20"/>
        </w:rPr>
        <w:br/>
        <w:t>Documento de acreditación: ________________________________________________________________________________</w:t>
      </w:r>
    </w:p>
    <w:p w14:paraId="0CFED161" w14:textId="77777777" w:rsidR="0064679A" w:rsidRDefault="00000000">
      <w:r>
        <w:rPr>
          <w:sz w:val="20"/>
        </w:rPr>
        <w:t>Si se invoca el criterio aplicable a proponente plural constituido en su totalidad por micro y/o pequeñas empresas, cooperativas o asociaciones mutuales, se relacionan sus integrantes:</w:t>
      </w:r>
    </w:p>
    <w:tbl>
      <w:tblPr>
        <w:tblStyle w:val="Tablaconcuadrcula"/>
        <w:tblW w:w="0" w:type="auto"/>
        <w:jc w:val="center"/>
        <w:tblLook w:val="04A0" w:firstRow="1" w:lastRow="0" w:firstColumn="1" w:lastColumn="0" w:noHBand="0" w:noVBand="1"/>
      </w:tblPr>
      <w:tblGrid>
        <w:gridCol w:w="2210"/>
        <w:gridCol w:w="2210"/>
        <w:gridCol w:w="2210"/>
        <w:gridCol w:w="2210"/>
      </w:tblGrid>
      <w:tr w:rsidR="0064679A" w14:paraId="33C57B7D" w14:textId="77777777">
        <w:trPr>
          <w:jc w:val="center"/>
        </w:trPr>
        <w:tc>
          <w:tcPr>
            <w:tcW w:w="2210" w:type="dxa"/>
            <w:shd w:val="clear" w:color="auto" w:fill="D9D9D9"/>
            <w:tcMar>
              <w:top w:w="80" w:type="dxa"/>
              <w:left w:w="80" w:type="dxa"/>
              <w:bottom w:w="80" w:type="dxa"/>
              <w:right w:w="80" w:type="dxa"/>
            </w:tcMar>
            <w:vAlign w:val="center"/>
          </w:tcPr>
          <w:p w14:paraId="26B31EA0" w14:textId="77777777" w:rsidR="0064679A" w:rsidRDefault="00000000">
            <w:pPr>
              <w:spacing w:after="0"/>
              <w:jc w:val="center"/>
            </w:pPr>
            <w:r>
              <w:rPr>
                <w:b/>
                <w:sz w:val="17"/>
              </w:rPr>
              <w:t>Integrante</w:t>
            </w:r>
          </w:p>
        </w:tc>
        <w:tc>
          <w:tcPr>
            <w:tcW w:w="2210" w:type="dxa"/>
            <w:shd w:val="clear" w:color="auto" w:fill="D9D9D9"/>
            <w:tcMar>
              <w:top w:w="80" w:type="dxa"/>
              <w:left w:w="80" w:type="dxa"/>
              <w:bottom w:w="80" w:type="dxa"/>
              <w:right w:w="80" w:type="dxa"/>
            </w:tcMar>
            <w:vAlign w:val="center"/>
          </w:tcPr>
          <w:p w14:paraId="40AAB64B" w14:textId="77777777" w:rsidR="0064679A" w:rsidRDefault="00000000">
            <w:pPr>
              <w:spacing w:after="0"/>
              <w:jc w:val="center"/>
            </w:pPr>
            <w:r>
              <w:rPr>
                <w:b/>
                <w:sz w:val="17"/>
              </w:rPr>
              <w:t>Calidad</w:t>
            </w:r>
          </w:p>
        </w:tc>
        <w:tc>
          <w:tcPr>
            <w:tcW w:w="2210" w:type="dxa"/>
            <w:shd w:val="clear" w:color="auto" w:fill="D9D9D9"/>
            <w:tcMar>
              <w:top w:w="80" w:type="dxa"/>
              <w:left w:w="80" w:type="dxa"/>
              <w:bottom w:w="80" w:type="dxa"/>
              <w:right w:w="80" w:type="dxa"/>
            </w:tcMar>
            <w:vAlign w:val="center"/>
          </w:tcPr>
          <w:p w14:paraId="702030BD" w14:textId="77777777" w:rsidR="0064679A" w:rsidRDefault="00000000">
            <w:pPr>
              <w:spacing w:after="0"/>
              <w:jc w:val="center"/>
            </w:pPr>
            <w:r>
              <w:rPr>
                <w:b/>
                <w:sz w:val="17"/>
              </w:rPr>
              <w:t>Participación %</w:t>
            </w:r>
          </w:p>
        </w:tc>
        <w:tc>
          <w:tcPr>
            <w:tcW w:w="2210" w:type="dxa"/>
            <w:shd w:val="clear" w:color="auto" w:fill="D9D9D9"/>
            <w:tcMar>
              <w:top w:w="80" w:type="dxa"/>
              <w:left w:w="80" w:type="dxa"/>
              <w:bottom w:w="80" w:type="dxa"/>
              <w:right w:w="80" w:type="dxa"/>
            </w:tcMar>
            <w:vAlign w:val="center"/>
          </w:tcPr>
          <w:p w14:paraId="1DFAA62B" w14:textId="77777777" w:rsidR="0064679A" w:rsidRDefault="00000000">
            <w:pPr>
              <w:spacing w:after="0"/>
              <w:jc w:val="center"/>
            </w:pPr>
            <w:r>
              <w:rPr>
                <w:b/>
                <w:sz w:val="17"/>
              </w:rPr>
              <w:t>Soporte</w:t>
            </w:r>
          </w:p>
        </w:tc>
      </w:tr>
      <w:tr w:rsidR="0064679A" w14:paraId="0C6924AD" w14:textId="77777777">
        <w:trPr>
          <w:jc w:val="center"/>
        </w:trPr>
        <w:tc>
          <w:tcPr>
            <w:tcW w:w="2210" w:type="dxa"/>
            <w:tcMar>
              <w:top w:w="80" w:type="dxa"/>
              <w:left w:w="80" w:type="dxa"/>
              <w:bottom w:w="80" w:type="dxa"/>
              <w:right w:w="80" w:type="dxa"/>
            </w:tcMar>
            <w:vAlign w:val="center"/>
          </w:tcPr>
          <w:p w14:paraId="3A1F4945" w14:textId="77777777" w:rsidR="0064679A" w:rsidRDefault="0064679A">
            <w:pPr>
              <w:spacing w:after="0"/>
              <w:jc w:val="center"/>
            </w:pPr>
          </w:p>
        </w:tc>
        <w:tc>
          <w:tcPr>
            <w:tcW w:w="2210" w:type="dxa"/>
            <w:tcMar>
              <w:top w:w="80" w:type="dxa"/>
              <w:left w:w="80" w:type="dxa"/>
              <w:bottom w:w="80" w:type="dxa"/>
              <w:right w:w="80" w:type="dxa"/>
            </w:tcMar>
            <w:vAlign w:val="center"/>
          </w:tcPr>
          <w:p w14:paraId="5D4AB441" w14:textId="77777777" w:rsidR="0064679A" w:rsidRDefault="0064679A">
            <w:pPr>
              <w:spacing w:after="0"/>
            </w:pPr>
          </w:p>
        </w:tc>
        <w:tc>
          <w:tcPr>
            <w:tcW w:w="2210" w:type="dxa"/>
            <w:tcMar>
              <w:top w:w="80" w:type="dxa"/>
              <w:left w:w="80" w:type="dxa"/>
              <w:bottom w:w="80" w:type="dxa"/>
              <w:right w:w="80" w:type="dxa"/>
            </w:tcMar>
            <w:vAlign w:val="center"/>
          </w:tcPr>
          <w:p w14:paraId="15F219CD" w14:textId="77777777" w:rsidR="0064679A" w:rsidRDefault="0064679A">
            <w:pPr>
              <w:spacing w:after="0"/>
            </w:pPr>
          </w:p>
        </w:tc>
        <w:tc>
          <w:tcPr>
            <w:tcW w:w="2210" w:type="dxa"/>
            <w:tcMar>
              <w:top w:w="80" w:type="dxa"/>
              <w:left w:w="80" w:type="dxa"/>
              <w:bottom w:w="80" w:type="dxa"/>
              <w:right w:w="80" w:type="dxa"/>
            </w:tcMar>
            <w:vAlign w:val="center"/>
          </w:tcPr>
          <w:p w14:paraId="03D48E71" w14:textId="77777777" w:rsidR="0064679A" w:rsidRDefault="0064679A">
            <w:pPr>
              <w:spacing w:after="0"/>
            </w:pPr>
          </w:p>
        </w:tc>
      </w:tr>
      <w:tr w:rsidR="0064679A" w14:paraId="61320BA6" w14:textId="77777777">
        <w:trPr>
          <w:jc w:val="center"/>
        </w:trPr>
        <w:tc>
          <w:tcPr>
            <w:tcW w:w="2210" w:type="dxa"/>
            <w:tcMar>
              <w:top w:w="80" w:type="dxa"/>
              <w:left w:w="80" w:type="dxa"/>
              <w:bottom w:w="80" w:type="dxa"/>
              <w:right w:w="80" w:type="dxa"/>
            </w:tcMar>
            <w:vAlign w:val="center"/>
          </w:tcPr>
          <w:p w14:paraId="38B0A6FD" w14:textId="77777777" w:rsidR="0064679A" w:rsidRDefault="0064679A">
            <w:pPr>
              <w:spacing w:after="0"/>
              <w:jc w:val="center"/>
            </w:pPr>
          </w:p>
        </w:tc>
        <w:tc>
          <w:tcPr>
            <w:tcW w:w="2210" w:type="dxa"/>
            <w:tcMar>
              <w:top w:w="80" w:type="dxa"/>
              <w:left w:w="80" w:type="dxa"/>
              <w:bottom w:w="80" w:type="dxa"/>
              <w:right w:w="80" w:type="dxa"/>
            </w:tcMar>
            <w:vAlign w:val="center"/>
          </w:tcPr>
          <w:p w14:paraId="6C02FCD8" w14:textId="77777777" w:rsidR="0064679A" w:rsidRDefault="0064679A">
            <w:pPr>
              <w:spacing w:after="0"/>
            </w:pPr>
          </w:p>
        </w:tc>
        <w:tc>
          <w:tcPr>
            <w:tcW w:w="2210" w:type="dxa"/>
            <w:tcMar>
              <w:top w:w="80" w:type="dxa"/>
              <w:left w:w="80" w:type="dxa"/>
              <w:bottom w:w="80" w:type="dxa"/>
              <w:right w:w="80" w:type="dxa"/>
            </w:tcMar>
            <w:vAlign w:val="center"/>
          </w:tcPr>
          <w:p w14:paraId="49AAC881" w14:textId="77777777" w:rsidR="0064679A" w:rsidRDefault="0064679A">
            <w:pPr>
              <w:spacing w:after="0"/>
            </w:pPr>
          </w:p>
        </w:tc>
        <w:tc>
          <w:tcPr>
            <w:tcW w:w="2210" w:type="dxa"/>
            <w:tcMar>
              <w:top w:w="80" w:type="dxa"/>
              <w:left w:w="80" w:type="dxa"/>
              <w:bottom w:w="80" w:type="dxa"/>
              <w:right w:w="80" w:type="dxa"/>
            </w:tcMar>
            <w:vAlign w:val="center"/>
          </w:tcPr>
          <w:p w14:paraId="37DAD534" w14:textId="77777777" w:rsidR="0064679A" w:rsidRDefault="0064679A">
            <w:pPr>
              <w:spacing w:after="0"/>
            </w:pPr>
          </w:p>
        </w:tc>
      </w:tr>
      <w:tr w:rsidR="0064679A" w14:paraId="4C893CBC" w14:textId="77777777">
        <w:trPr>
          <w:jc w:val="center"/>
        </w:trPr>
        <w:tc>
          <w:tcPr>
            <w:tcW w:w="2210" w:type="dxa"/>
            <w:tcMar>
              <w:top w:w="80" w:type="dxa"/>
              <w:left w:w="80" w:type="dxa"/>
              <w:bottom w:w="80" w:type="dxa"/>
              <w:right w:w="80" w:type="dxa"/>
            </w:tcMar>
            <w:vAlign w:val="center"/>
          </w:tcPr>
          <w:p w14:paraId="57F5BE63" w14:textId="77777777" w:rsidR="0064679A" w:rsidRDefault="0064679A">
            <w:pPr>
              <w:spacing w:after="0"/>
              <w:jc w:val="center"/>
            </w:pPr>
          </w:p>
        </w:tc>
        <w:tc>
          <w:tcPr>
            <w:tcW w:w="2210" w:type="dxa"/>
            <w:tcMar>
              <w:top w:w="80" w:type="dxa"/>
              <w:left w:w="80" w:type="dxa"/>
              <w:bottom w:w="80" w:type="dxa"/>
              <w:right w:w="80" w:type="dxa"/>
            </w:tcMar>
            <w:vAlign w:val="center"/>
          </w:tcPr>
          <w:p w14:paraId="0995C910" w14:textId="77777777" w:rsidR="0064679A" w:rsidRDefault="0064679A">
            <w:pPr>
              <w:spacing w:after="0"/>
            </w:pPr>
          </w:p>
        </w:tc>
        <w:tc>
          <w:tcPr>
            <w:tcW w:w="2210" w:type="dxa"/>
            <w:tcMar>
              <w:top w:w="80" w:type="dxa"/>
              <w:left w:w="80" w:type="dxa"/>
              <w:bottom w:w="80" w:type="dxa"/>
              <w:right w:w="80" w:type="dxa"/>
            </w:tcMar>
            <w:vAlign w:val="center"/>
          </w:tcPr>
          <w:p w14:paraId="524F3045" w14:textId="77777777" w:rsidR="0064679A" w:rsidRDefault="0064679A">
            <w:pPr>
              <w:spacing w:after="0"/>
            </w:pPr>
          </w:p>
        </w:tc>
        <w:tc>
          <w:tcPr>
            <w:tcW w:w="2210" w:type="dxa"/>
            <w:tcMar>
              <w:top w:w="80" w:type="dxa"/>
              <w:left w:w="80" w:type="dxa"/>
              <w:bottom w:w="80" w:type="dxa"/>
              <w:right w:w="80" w:type="dxa"/>
            </w:tcMar>
            <w:vAlign w:val="center"/>
          </w:tcPr>
          <w:p w14:paraId="42FBAF84" w14:textId="77777777" w:rsidR="0064679A" w:rsidRDefault="0064679A">
            <w:pPr>
              <w:spacing w:after="0"/>
            </w:pPr>
          </w:p>
        </w:tc>
      </w:tr>
    </w:tbl>
    <w:p w14:paraId="47EBD3B6" w14:textId="77777777" w:rsidR="0064679A" w:rsidRDefault="00000000">
      <w:r>
        <w:rPr>
          <w:b/>
          <w:sz w:val="20"/>
        </w:rPr>
        <w:t>FORMATO 9H - PAGOS A MIPYMES, COOPERATIVAS O ASOCIACIONES MUTUALES</w:t>
      </w:r>
    </w:p>
    <w:p w14:paraId="3D25B7AC" w14:textId="77777777" w:rsidR="0064679A" w:rsidRDefault="00000000">
      <w:pPr>
        <w:jc w:val="both"/>
      </w:pPr>
      <w:r>
        <w:rPr>
          <w:sz w:val="20"/>
        </w:rPr>
        <w:t>El representante legal y el revisor fiscal o contador, según corresponda, certifican bajo gravedad de juramento que, de acuerdo con los estados financieros o la información contable con corte al 31 de diciembre del año anterior, por lo menos el veinticinco por ciento (25%) del total de pagos del oferente fueron realizados a Mipymes, cooperativas o asociaciones mutuales por concepto de proveeduría durante el año anterior.</w:t>
      </w:r>
    </w:p>
    <w:p w14:paraId="6B04110E" w14:textId="77777777" w:rsidR="0064679A" w:rsidRDefault="00000000">
      <w:r>
        <w:rPr>
          <w:sz w:val="20"/>
        </w:rPr>
        <w:t>Total pagos año anterior: $____________________.</w:t>
      </w:r>
      <w:r>
        <w:rPr>
          <w:sz w:val="20"/>
        </w:rPr>
        <w:br/>
        <w:t>Pagos a Mipymes / cooperativas / mutuales: $____________________.</w:t>
      </w:r>
      <w:r>
        <w:rPr>
          <w:sz w:val="20"/>
        </w:rPr>
        <w:br/>
        <w:t>Porcentaje: ________%.</w:t>
      </w:r>
    </w:p>
    <w:p w14:paraId="160F428B" w14:textId="77777777" w:rsidR="0064679A" w:rsidRDefault="00000000">
      <w:r>
        <w:rPr>
          <w:b/>
          <w:sz w:val="20"/>
        </w:rPr>
        <w:t>FORMATO 9I - MIPYME RECONOCIDA COMO SOCIEDAD BIC</w:t>
      </w:r>
    </w:p>
    <w:p w14:paraId="62789D18" w14:textId="77777777" w:rsidR="0064679A" w:rsidRDefault="00000000">
      <w:pPr>
        <w:jc w:val="both"/>
      </w:pPr>
      <w:r>
        <w:rPr>
          <w:sz w:val="20"/>
        </w:rPr>
        <w:t>Declaro que el proponente acredita simultáneamente la condición de Mipyme y el reconocimiento vigente como Sociedad de Beneficio e Interés Colectivo (BIC). Se anexa certificado de existencia y representación legal y los documentos que acreditan la condición Mipyme.</w:t>
      </w:r>
    </w:p>
    <w:p w14:paraId="482F9050" w14:textId="77777777" w:rsidR="0064679A" w:rsidRDefault="00000000">
      <w:r>
        <w:rPr>
          <w:sz w:val="20"/>
        </w:rPr>
        <w:t>Certificado / fecha: ________________________________________________.</w:t>
      </w:r>
    </w:p>
    <w:p w14:paraId="63C02ACC" w14:textId="77777777" w:rsidR="0064679A" w:rsidRDefault="00000000">
      <w:r>
        <w:rPr>
          <w:b/>
          <w:sz w:val="20"/>
        </w:rPr>
        <w:t>FORMATO 9J - AUTORIZACIÓN PARA TRATAMIENTO DE DATOS SENSIBLES</w:t>
      </w:r>
    </w:p>
    <w:p w14:paraId="5E36B6DD" w14:textId="77777777" w:rsidR="0064679A" w:rsidRDefault="00000000">
      <w:pPr>
        <w:jc w:val="both"/>
      </w:pPr>
      <w:r>
        <w:rPr>
          <w:sz w:val="20"/>
        </w:rPr>
        <w:t>Yo, ____________________________________________, identificado(a) con ____________________, en calidad de titular de información relacionada con el criterio de desempate ____________________________________________, autorizo de manera previa, expresa e informada a la INSTITUCIÓN EDUCATIVA INEM CUSTODIO GARCÍA ROVIRA DE BUCARAMANGA para tratar los datos estrictamente necesarios con la finalidad de verificar el criterio invocado dentro del proceso INEM-SAMC-001-2026. Esta autorización no habilita la divulgación indiscriminada de datos sensibles; solicito que se apliquen medidas de reserva, minimización y versiones públicas cuando corresponda.</w:t>
      </w:r>
    </w:p>
    <w:p w14:paraId="7412258E" w14:textId="77777777" w:rsidR="0064679A" w:rsidRDefault="00000000">
      <w:r>
        <w:rPr>
          <w:sz w:val="20"/>
        </w:rPr>
        <w:t>Firma del titular: ______________________________  Fecha: ______________________________</w:t>
      </w:r>
    </w:p>
    <w:p w14:paraId="7737C0A7" w14:textId="77777777" w:rsidR="0064679A" w:rsidRDefault="00000000">
      <w:r>
        <w:rPr>
          <w:b/>
          <w:sz w:val="20"/>
        </w:rPr>
        <w:t>DECLARACIÓN GENERAL DEL PROPONENTE</w:t>
      </w:r>
    </w:p>
    <w:p w14:paraId="30E6C17A" w14:textId="77777777" w:rsidR="0064679A" w:rsidRDefault="00000000">
      <w:pPr>
        <w:jc w:val="both"/>
      </w:pPr>
      <w:r>
        <w:rPr>
          <w:sz w:val="20"/>
        </w:rPr>
        <w:t>Certifico que los hechos y soportes aportados para desempate son ciertos y existen en la oportunidad legalmente exigible. Reconozco que la Entidad verificará el cumplimiento integral de cada supuesto, incluidas antigüedades, porcentajes y reglas especiales para proponentes plurales.</w:t>
      </w:r>
    </w:p>
    <w:p w14:paraId="1F993412" w14:textId="77777777" w:rsidR="0064679A" w:rsidRDefault="00000000">
      <w:pPr>
        <w:spacing w:after="240"/>
      </w:pPr>
      <w:r>
        <w:rPr>
          <w:sz w:val="20"/>
        </w:rPr>
        <w:t>En constancia, se firma en ____________________, a los ____ días del mes de __________________ de 2026.</w:t>
      </w:r>
    </w:p>
    <w:p w14:paraId="536F6CB5" w14:textId="77777777" w:rsidR="0064679A" w:rsidRDefault="00000000">
      <w:pPr>
        <w:spacing w:after="40"/>
      </w:pPr>
      <w:r>
        <w:rPr>
          <w:sz w:val="20"/>
        </w:rPr>
        <w:t>Firma: ______________________________________________</w:t>
      </w:r>
    </w:p>
    <w:p w14:paraId="74AA313F" w14:textId="77777777" w:rsidR="0064679A" w:rsidRDefault="00000000">
      <w:pPr>
        <w:spacing w:after="40"/>
      </w:pPr>
      <w:r>
        <w:rPr>
          <w:sz w:val="20"/>
        </w:rPr>
        <w:t>Nombre: _____________________________________________</w:t>
      </w:r>
    </w:p>
    <w:p w14:paraId="40302164" w14:textId="77777777" w:rsidR="0064679A" w:rsidRDefault="00000000">
      <w:pPr>
        <w:spacing w:after="40"/>
      </w:pPr>
      <w:r>
        <w:rPr>
          <w:sz w:val="20"/>
        </w:rPr>
        <w:t>Calidad en que actúa: _________________________________</w:t>
      </w:r>
    </w:p>
    <w:p w14:paraId="117DDB90" w14:textId="77777777" w:rsidR="0064679A" w:rsidRDefault="00000000">
      <w:pPr>
        <w:spacing w:after="40"/>
      </w:pPr>
      <w:r>
        <w:rPr>
          <w:sz w:val="20"/>
        </w:rPr>
        <w:t>Documento / NIT: _____________________________________</w:t>
      </w:r>
    </w:p>
    <w:p w14:paraId="245CDBCF" w14:textId="77777777" w:rsidR="0064679A" w:rsidRDefault="00000000">
      <w:pPr>
        <w:spacing w:after="40"/>
      </w:pPr>
      <w:r>
        <w:rPr>
          <w:sz w:val="20"/>
        </w:rPr>
        <w:t>Correo y teléfono: ____________________________________</w:t>
      </w:r>
    </w:p>
    <w:p w14:paraId="19696C64" w14:textId="77777777" w:rsidR="0064679A" w:rsidRDefault="00000000">
      <w:r>
        <w:br w:type="page"/>
      </w:r>
    </w:p>
    <w:p w14:paraId="7C700A25" w14:textId="77777777" w:rsidR="0064679A" w:rsidRDefault="00000000">
      <w:pPr>
        <w:spacing w:after="160"/>
        <w:jc w:val="center"/>
      </w:pPr>
      <w:r>
        <w:rPr>
          <w:b/>
          <w:sz w:val="24"/>
        </w:rPr>
        <w:lastRenderedPageBreak/>
        <w:t>FORMATO 16. COMPROMISO DE TRANSPARENCIA Y ANTICORRUPCIÓN</w:t>
      </w:r>
    </w:p>
    <w:p w14:paraId="71423B21" w14:textId="77777777" w:rsidR="0064679A" w:rsidRDefault="00000000">
      <w:r>
        <w:rPr>
          <w:b/>
        </w:rPr>
        <w:t xml:space="preserve">Proponente: </w:t>
      </w:r>
      <w:r>
        <w:rPr>
          <w:sz w:val="20"/>
        </w:rPr>
        <w:t>________________________________________</w:t>
      </w:r>
      <w:r>
        <w:rPr>
          <w:b/>
        </w:rPr>
        <w:t xml:space="preserve">   NIT / documento: </w:t>
      </w:r>
      <w:r>
        <w:rPr>
          <w:sz w:val="20"/>
        </w:rPr>
        <w:t>____________________</w:t>
      </w:r>
    </w:p>
    <w:p w14:paraId="14E34D6A" w14:textId="77777777" w:rsidR="0064679A" w:rsidRDefault="00000000">
      <w:pPr>
        <w:spacing w:after="140"/>
      </w:pPr>
      <w:r>
        <w:rPr>
          <w:b/>
        </w:rPr>
        <w:t xml:space="preserve">Representante / apoderado: </w:t>
      </w:r>
      <w:r>
        <w:rPr>
          <w:sz w:val="20"/>
        </w:rPr>
        <w:t>________________________________</w:t>
      </w:r>
      <w:r>
        <w:rPr>
          <w:b/>
        </w:rPr>
        <w:t xml:space="preserve">   Fecha: </w:t>
      </w:r>
      <w:r>
        <w:rPr>
          <w:sz w:val="20"/>
        </w:rPr>
        <w:t>________________</w:t>
      </w:r>
    </w:p>
    <w:p w14:paraId="6F1D88B0" w14:textId="77777777" w:rsidR="0064679A" w:rsidRDefault="00000000">
      <w:pPr>
        <w:jc w:val="both"/>
      </w:pPr>
      <w:r>
        <w:rPr>
          <w:sz w:val="20"/>
        </w:rPr>
        <w:t>Por medio del presente documento, el proponente suscribe el siguiente compromiso de transparencia respecto del proceso de la referencia, sin perjuicio del cumplimiento de todas las normas constitucionales, legales y reglamentarias aplicables:</w:t>
      </w:r>
    </w:p>
    <w:p w14:paraId="5B11B615" w14:textId="77777777" w:rsidR="0064679A" w:rsidRDefault="00000000">
      <w:pPr>
        <w:pStyle w:val="Listaconvietas"/>
        <w:spacing w:after="60"/>
      </w:pPr>
      <w:r>
        <w:rPr>
          <w:sz w:val="20"/>
        </w:rPr>
        <w:t>No ofrecer, prometer, entregar, solicitar o aceptar pagos, dádivas, ventajas o beneficios indebidos con ocasión de la preparación de la oferta, la selección, la adjudicación, la ejecución, modificación o liquidación del contrato.</w:t>
      </w:r>
    </w:p>
    <w:p w14:paraId="51831DEB" w14:textId="77777777" w:rsidR="0064679A" w:rsidRDefault="00000000">
      <w:pPr>
        <w:pStyle w:val="Listaconvietas"/>
        <w:spacing w:after="60"/>
      </w:pPr>
      <w:r>
        <w:rPr>
          <w:sz w:val="20"/>
        </w:rPr>
        <w:t>No celebrar acuerdos colusorios, distribuir mercados, coordinar precios, intercambiar información sensible con competidores ni realizar conductas que restrinjan la libre competencia.</w:t>
      </w:r>
    </w:p>
    <w:p w14:paraId="2E1F957E" w14:textId="77777777" w:rsidR="0064679A" w:rsidRDefault="00000000">
      <w:pPr>
        <w:pStyle w:val="Listaconvietas"/>
        <w:spacing w:after="60"/>
      </w:pPr>
      <w:r>
        <w:rPr>
          <w:sz w:val="20"/>
        </w:rPr>
        <w:t>Impartir instrucciones a empleados, dependientes, asociados, contratistas, asesores y representantes para que actúen con integridad y cumplan las reglas del proceso y las normas anticorrupción.</w:t>
      </w:r>
    </w:p>
    <w:p w14:paraId="0CB6C371" w14:textId="77777777" w:rsidR="0064679A" w:rsidRDefault="00000000">
      <w:pPr>
        <w:pStyle w:val="Listaconvietas"/>
        <w:spacing w:after="60"/>
      </w:pPr>
      <w:r>
        <w:rPr>
          <w:sz w:val="20"/>
        </w:rPr>
        <w:t>Informar oportunamente conflictos de interés, intentos de soborno, presiones indebidas o situaciones que puedan afectar la transparencia del proceso por los canales legales e institucionales.</w:t>
      </w:r>
    </w:p>
    <w:p w14:paraId="5A747029" w14:textId="77777777" w:rsidR="0064679A" w:rsidRDefault="00000000">
      <w:pPr>
        <w:pStyle w:val="Listaconvietas"/>
        <w:spacing w:after="60"/>
      </w:pPr>
      <w:r>
        <w:rPr>
          <w:sz w:val="20"/>
        </w:rPr>
        <w:t>No utilizar información reservada o privilegiada para obtener una ventaja indebida ni ofrecer contraprestaciones por su suministro.</w:t>
      </w:r>
    </w:p>
    <w:p w14:paraId="3FFFB1E2" w14:textId="77777777" w:rsidR="0064679A" w:rsidRDefault="00000000">
      <w:pPr>
        <w:pStyle w:val="Listaconvietas"/>
        <w:spacing w:after="60"/>
      </w:pPr>
      <w:r>
        <w:rPr>
          <w:sz w:val="20"/>
        </w:rPr>
        <w:t>Mantener trazabilidad y soportes de los pagos y actuaciones relacionados con la ejecución contractual y permitir las verificaciones legalmente procedentes.</w:t>
      </w:r>
    </w:p>
    <w:p w14:paraId="4F57EE89" w14:textId="77777777" w:rsidR="0064679A" w:rsidRDefault="00000000">
      <w:pPr>
        <w:pStyle w:val="Listaconvietas"/>
        <w:spacing w:after="60"/>
      </w:pPr>
      <w:r>
        <w:rPr>
          <w:sz w:val="20"/>
        </w:rPr>
        <w:t>Cumplir las obligaciones de prevención de lavado de activos, financiación del terrorismo y financiación de la proliferación de armas de destrucción masiva que resulten aplicables, y suministrar información veraz sobre beneficiarios finales cuando legalmente se requiera.</w:t>
      </w:r>
    </w:p>
    <w:p w14:paraId="7B66E9E3" w14:textId="77777777" w:rsidR="0064679A" w:rsidRDefault="00000000">
      <w:pPr>
        <w:pStyle w:val="Listaconvietas"/>
        <w:spacing w:after="60"/>
      </w:pPr>
      <w:r>
        <w:rPr>
          <w:sz w:val="20"/>
        </w:rPr>
        <w:t>Reconocer que el incumplimiento de este compromiso dará lugar a las consecuencias previstas en la ley y en el contrato, con respeto del debido proceso.</w:t>
      </w:r>
    </w:p>
    <w:p w14:paraId="3627ADCA" w14:textId="77777777" w:rsidR="0064679A" w:rsidRDefault="00000000">
      <w:pPr>
        <w:jc w:val="both"/>
      </w:pPr>
      <w:r>
        <w:rPr>
          <w:i/>
          <w:sz w:val="20"/>
        </w:rPr>
        <w:t>En caso de proponente plural, este compromiso será suscrito por el representante y por cada uno de los integrantes.</w:t>
      </w:r>
    </w:p>
    <w:p w14:paraId="2B42EFAE" w14:textId="77777777" w:rsidR="0064679A" w:rsidRDefault="00000000">
      <w:pPr>
        <w:spacing w:after="240"/>
      </w:pPr>
      <w:r>
        <w:rPr>
          <w:sz w:val="20"/>
        </w:rPr>
        <w:t>En constancia, se firma en ____________________, a los ____ días del mes de __________________ de 2026.</w:t>
      </w:r>
    </w:p>
    <w:p w14:paraId="41F1C31F" w14:textId="77777777" w:rsidR="0064679A" w:rsidRDefault="00000000">
      <w:pPr>
        <w:spacing w:after="40"/>
      </w:pPr>
      <w:r>
        <w:rPr>
          <w:sz w:val="20"/>
        </w:rPr>
        <w:t>Firma: ______________________________________________</w:t>
      </w:r>
    </w:p>
    <w:p w14:paraId="72D75F17" w14:textId="77777777" w:rsidR="0064679A" w:rsidRDefault="00000000">
      <w:pPr>
        <w:spacing w:after="40"/>
      </w:pPr>
      <w:r>
        <w:rPr>
          <w:sz w:val="20"/>
        </w:rPr>
        <w:t>Nombre: _____________________________________________</w:t>
      </w:r>
    </w:p>
    <w:p w14:paraId="4B67E599" w14:textId="77777777" w:rsidR="0064679A" w:rsidRDefault="00000000">
      <w:pPr>
        <w:spacing w:after="40"/>
      </w:pPr>
      <w:r>
        <w:rPr>
          <w:sz w:val="20"/>
        </w:rPr>
        <w:t>Calidad en que actúa: _________________________________</w:t>
      </w:r>
    </w:p>
    <w:p w14:paraId="6BDFFC2A" w14:textId="77777777" w:rsidR="0064679A" w:rsidRDefault="00000000">
      <w:pPr>
        <w:spacing w:after="40"/>
      </w:pPr>
      <w:r>
        <w:rPr>
          <w:sz w:val="20"/>
        </w:rPr>
        <w:t>Documento / NIT: _____________________________________</w:t>
      </w:r>
    </w:p>
    <w:p w14:paraId="0AD9D272" w14:textId="77777777" w:rsidR="0064679A" w:rsidRDefault="00000000">
      <w:pPr>
        <w:spacing w:after="40"/>
      </w:pPr>
      <w:r>
        <w:rPr>
          <w:sz w:val="20"/>
        </w:rPr>
        <w:t>Correo y teléfono: ____________________________________</w:t>
      </w:r>
    </w:p>
    <w:sectPr w:rsidR="0064679A" w:rsidSect="00034616">
      <w:footerReference w:type="default" r:id="rId9"/>
      <w:pgSz w:w="12240" w:h="20160"/>
      <w:pgMar w:top="1843" w:right="1699" w:bottom="1411" w:left="1699"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F96CC9" w14:textId="77777777" w:rsidR="008210D3" w:rsidRDefault="008210D3">
      <w:pPr>
        <w:spacing w:after="0"/>
      </w:pPr>
      <w:r>
        <w:separator/>
      </w:r>
    </w:p>
  </w:endnote>
  <w:endnote w:type="continuationSeparator" w:id="0">
    <w:p w14:paraId="5094027D" w14:textId="77777777" w:rsidR="008210D3" w:rsidRDefault="008210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F1FB1" w14:textId="77777777" w:rsidR="0064679A" w:rsidRDefault="00000000">
    <w:pPr>
      <w:pStyle w:val="Piedepgina"/>
      <w:jc w:val="right"/>
    </w:pPr>
    <w:r>
      <w:rPr>
        <w:sz w:val="16"/>
      </w:rPr>
      <w:t xml:space="preserve">INEM - GRANJA </w:t>
    </w:r>
    <w:proofErr w:type="gramStart"/>
    <w:r>
      <w:rPr>
        <w:sz w:val="16"/>
      </w:rPr>
      <w:t>2026  |</w:t>
    </w:r>
    <w:proofErr w:type="gramEnd"/>
    <w:r>
      <w:rPr>
        <w:sz w:val="16"/>
      </w:rPr>
      <w:t xml:space="preserve">  Página </w:t>
    </w:r>
    <w:r>
      <w:fldChar w:fldCharType="begin"/>
    </w:r>
    <w:r>
      <w:instrText>PAGE</w:instrText>
    </w:r>
    <w:r w:rsidR="00F71690">
      <w:fldChar w:fldCharType="separate"/>
    </w:r>
    <w:r w:rsidR="00F71690">
      <w:rPr>
        <w:noProof/>
      </w:rPr>
      <w:t>1</w:t>
    </w:r>
    <w:r>
      <w:fldChar w:fldCharType="end"/>
    </w:r>
    <w:r>
      <w:rPr>
        <w:sz w:val="16"/>
      </w:rPr>
      <w:t xml:space="preserve"> de </w:t>
    </w:r>
    <w:r>
      <w:fldChar w:fldCharType="begin"/>
    </w:r>
    <w:r>
      <w:instrText>NUMPAGES</w:instrText>
    </w:r>
    <w:r w:rsidR="00F71690">
      <w:fldChar w:fldCharType="separate"/>
    </w:r>
    <w:r w:rsidR="00F7169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BE7DF6" w14:textId="77777777" w:rsidR="008210D3" w:rsidRDefault="008210D3">
      <w:pPr>
        <w:spacing w:after="0"/>
      </w:pPr>
      <w:r>
        <w:separator/>
      </w:r>
    </w:p>
  </w:footnote>
  <w:footnote w:type="continuationSeparator" w:id="0">
    <w:p w14:paraId="2ABC45D1" w14:textId="77777777" w:rsidR="008210D3" w:rsidRDefault="008210D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13670613">
    <w:abstractNumId w:val="8"/>
  </w:num>
  <w:num w:numId="2" w16cid:durableId="1117914693">
    <w:abstractNumId w:val="6"/>
  </w:num>
  <w:num w:numId="3" w16cid:durableId="2112969940">
    <w:abstractNumId w:val="5"/>
  </w:num>
  <w:num w:numId="4" w16cid:durableId="1216159247">
    <w:abstractNumId w:val="4"/>
  </w:num>
  <w:num w:numId="5" w16cid:durableId="389114009">
    <w:abstractNumId w:val="7"/>
  </w:num>
  <w:num w:numId="6" w16cid:durableId="1268193870">
    <w:abstractNumId w:val="3"/>
  </w:num>
  <w:num w:numId="7" w16cid:durableId="990138314">
    <w:abstractNumId w:val="2"/>
  </w:num>
  <w:num w:numId="8" w16cid:durableId="345400197">
    <w:abstractNumId w:val="1"/>
  </w:num>
  <w:num w:numId="9" w16cid:durableId="51997297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4679A"/>
    <w:rsid w:val="008210D3"/>
    <w:rsid w:val="00AA1D8D"/>
    <w:rsid w:val="00B47730"/>
    <w:rsid w:val="00CB0664"/>
    <w:rsid w:val="00EC7307"/>
    <w:rsid w:val="00F7169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D144C3"/>
  <w14:defaultImageDpi w14:val="300"/>
  <w15:docId w15:val="{7D460142-88E3-1544-8F33-38BC133C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40" w:lineRule="auto"/>
    </w:pPr>
    <w:rPr>
      <w:rFonts w:ascii="Arial Narrow" w:eastAsia="Arial Narrow" w:hAnsi="Arial Narrow"/>
      <w:sz w:val="21"/>
    </w:rPr>
  </w:style>
  <w:style w:type="paragraph" w:styleId="Ttulo1">
    <w:name w:val="heading 1"/>
    <w:basedOn w:val="Normal"/>
    <w:next w:val="Normal"/>
    <w:link w:val="Ttulo1Car"/>
    <w:uiPriority w:val="9"/>
    <w:qFormat/>
    <w:rsid w:val="00FC693F"/>
    <w:pPr>
      <w:keepNext/>
      <w:keepLines/>
      <w:spacing w:before="160"/>
      <w:outlineLvl w:val="0"/>
    </w:pPr>
    <w:rPr>
      <w:rFonts w:asciiTheme="majorHAnsi" w:eastAsiaTheme="majorEastAsia" w:hAnsiTheme="majorHAnsi" w:cstheme="majorBidi"/>
      <w:b/>
      <w:bCs/>
      <w:sz w:val="24"/>
      <w:szCs w:val="28"/>
    </w:rPr>
  </w:style>
  <w:style w:type="paragraph" w:styleId="Ttulo2">
    <w:name w:val="heading 2"/>
    <w:basedOn w:val="Normal"/>
    <w:next w:val="Normal"/>
    <w:link w:val="Ttulo2Car"/>
    <w:uiPriority w:val="9"/>
    <w:unhideWhenUsed/>
    <w:qFormat/>
    <w:rsid w:val="00FC693F"/>
    <w:pPr>
      <w:keepNext/>
      <w:keepLines/>
      <w:spacing w:before="160"/>
      <w:outlineLvl w:val="1"/>
    </w:pPr>
    <w:rPr>
      <w:rFonts w:asciiTheme="majorHAnsi" w:eastAsiaTheme="majorEastAsia" w:hAnsiTheme="majorHAnsi" w:cstheme="majorBidi"/>
      <w:b/>
      <w:bCs/>
      <w:sz w:val="22"/>
      <w:szCs w:val="26"/>
    </w:rPr>
  </w:style>
  <w:style w:type="paragraph" w:styleId="Ttulo3">
    <w:name w:val="heading 3"/>
    <w:basedOn w:val="Normal"/>
    <w:next w:val="Normal"/>
    <w:link w:val="Ttulo3Car"/>
    <w:uiPriority w:val="9"/>
    <w:unhideWhenUsed/>
    <w:qFormat/>
    <w:rsid w:val="00FC693F"/>
    <w:pPr>
      <w:keepNext/>
      <w:keepLines/>
      <w:spacing w:before="16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5441</Words>
  <Characters>29928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 Del Pilar Cardozo Solano</cp:lastModifiedBy>
  <cp:revision>2</cp:revision>
  <dcterms:created xsi:type="dcterms:W3CDTF">2013-12-23T23:15:00Z</dcterms:created>
  <dcterms:modified xsi:type="dcterms:W3CDTF">2026-09-15T00:00:00Z</dcterms:modified>
  <cp:category/>
</cp:coreProperties>
</file>