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59D8F" w14:textId="495BE9C2" w:rsidR="002F4F7B" w:rsidRPr="002378C9" w:rsidRDefault="1210A1D4">
      <w:pPr>
        <w:rPr>
          <w:sz w:val="16"/>
          <w:szCs w:val="16"/>
        </w:rPr>
      </w:pPr>
      <w:r w:rsidRPr="002378C9">
        <w:rPr>
          <w:sz w:val="16"/>
          <w:szCs w:val="16"/>
        </w:rPr>
        <w:t>Proceso: CMA-SEGD-004-2026</w:t>
      </w:r>
    </w:p>
    <w:p w14:paraId="035A26FB" w14:textId="77777777" w:rsidR="002F4F7B" w:rsidRDefault="002F4F7B"/>
    <w:p w14:paraId="34962F38" w14:textId="77777777" w:rsidR="002F4F7B" w:rsidRDefault="002378C9">
      <w:pPr>
        <w:jc w:val="center"/>
      </w:pPr>
      <w:r>
        <w:rPr>
          <w:b/>
          <w:sz w:val="24"/>
        </w:rPr>
        <w:t>MATRIZ 4 – LINEAMIENTOS DE REQUISITOS DEL PERSONAL</w:t>
      </w:r>
    </w:p>
    <w:p w14:paraId="009E4E7D" w14:textId="77777777" w:rsidR="002F4F7B" w:rsidRDefault="002F4F7B" w:rsidP="00F97CD5">
      <w:pPr>
        <w:jc w:val="both"/>
      </w:pPr>
    </w:p>
    <w:p w14:paraId="2F3C19B7" w14:textId="763B093F" w:rsidR="002F4F7B" w:rsidRDefault="002378C9" w:rsidP="00A47D5E">
      <w:pPr>
        <w:jc w:val="both"/>
      </w:pPr>
      <w:r>
        <w:t xml:space="preserve">Esta matriz recoge los perfiles mínimos exigidos para el equipo de trabajo (numeral 3.9.2 del Pliego de Condiciones) y constituye el referente que debe cumplir </w:t>
      </w:r>
      <w:r>
        <w:t>cualquier profesional propuesto en la oferta, así como cualquier reemplazo solicitado durante la ejecución del contrato, de conformidad con la obligación del Consultor de “ejecutar el contrato con el personal clave evaluable ofrecido” prevista en el Estudi</w:t>
      </w:r>
      <w:r>
        <w:t>o Previo y en el Anexo 4 – Minuta del Contrato.</w:t>
      </w:r>
    </w:p>
    <w:tbl>
      <w:tblPr>
        <w:tblW w:w="5000" w:type="pct"/>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10" w:type="dxa"/>
          <w:right w:w="10" w:type="dxa"/>
        </w:tblCellMar>
        <w:tblLook w:val="0000" w:firstRow="0" w:lastRow="0" w:firstColumn="0" w:lastColumn="0" w:noHBand="0" w:noVBand="0"/>
      </w:tblPr>
      <w:tblGrid>
        <w:gridCol w:w="1260"/>
        <w:gridCol w:w="2634"/>
        <w:gridCol w:w="3415"/>
        <w:gridCol w:w="1321"/>
      </w:tblGrid>
      <w:tr w:rsidR="00A7405E" w14:paraId="6CD31814" w14:textId="77777777" w:rsidTr="0E272579">
        <w:trPr>
          <w:cantSplit/>
          <w:tblHeader/>
          <w:jc w:val="center"/>
        </w:trPr>
        <w:tc>
          <w:tcPr>
            <w:tcW w:w="738" w:type="pct"/>
            <w:shd w:val="clear" w:color="auto" w:fill="D9D9D9" w:themeFill="background1" w:themeFillShade="D9"/>
            <w:tcMar>
              <w:top w:w="60" w:type="dxa"/>
              <w:left w:w="90" w:type="dxa"/>
              <w:bottom w:w="60" w:type="dxa"/>
              <w:right w:w="90" w:type="dxa"/>
            </w:tcMar>
            <w:vAlign w:val="center"/>
          </w:tcPr>
          <w:p w14:paraId="2C623B1F" w14:textId="77777777" w:rsidR="00A7405E" w:rsidRDefault="00A7405E" w:rsidP="00191B45">
            <w:pPr>
              <w:spacing w:after="40"/>
              <w:jc w:val="center"/>
            </w:pPr>
            <w:r>
              <w:rPr>
                <w:rFonts w:cs="Arial"/>
                <w:b/>
                <w:bCs/>
                <w:sz w:val="18"/>
                <w:szCs w:val="18"/>
              </w:rPr>
              <w:t>PERFIL</w:t>
            </w:r>
          </w:p>
        </w:tc>
        <w:tc>
          <w:tcPr>
            <w:tcW w:w="1592" w:type="pct"/>
            <w:shd w:val="clear" w:color="auto" w:fill="D9D9D9" w:themeFill="background1" w:themeFillShade="D9"/>
            <w:tcMar>
              <w:top w:w="60" w:type="dxa"/>
              <w:left w:w="90" w:type="dxa"/>
              <w:bottom w:w="60" w:type="dxa"/>
              <w:right w:w="90" w:type="dxa"/>
            </w:tcMar>
            <w:vAlign w:val="center"/>
          </w:tcPr>
          <w:p w14:paraId="4F82CCD5" w14:textId="77777777" w:rsidR="00A7405E" w:rsidRDefault="00A7405E" w:rsidP="00191B45">
            <w:pPr>
              <w:spacing w:after="40"/>
              <w:jc w:val="center"/>
            </w:pPr>
            <w:r>
              <w:rPr>
                <w:rFonts w:cs="Arial"/>
                <w:b/>
                <w:bCs/>
                <w:sz w:val="18"/>
                <w:szCs w:val="18"/>
              </w:rPr>
              <w:t>FORMACIÓN ACADÉMICA MÍNIMA</w:t>
            </w:r>
          </w:p>
        </w:tc>
        <w:tc>
          <w:tcPr>
            <w:tcW w:w="2015" w:type="pct"/>
            <w:shd w:val="clear" w:color="auto" w:fill="D9D9D9" w:themeFill="background1" w:themeFillShade="D9"/>
            <w:tcMar>
              <w:top w:w="60" w:type="dxa"/>
              <w:left w:w="90" w:type="dxa"/>
              <w:bottom w:w="60" w:type="dxa"/>
              <w:right w:w="90" w:type="dxa"/>
            </w:tcMar>
            <w:vAlign w:val="center"/>
          </w:tcPr>
          <w:p w14:paraId="67F8E689" w14:textId="77777777" w:rsidR="00A7405E" w:rsidRDefault="00A7405E" w:rsidP="00191B45">
            <w:pPr>
              <w:spacing w:after="40"/>
              <w:jc w:val="center"/>
            </w:pPr>
            <w:r>
              <w:rPr>
                <w:rFonts w:cs="Arial"/>
                <w:b/>
                <w:bCs/>
                <w:sz w:val="18"/>
                <w:szCs w:val="18"/>
              </w:rPr>
              <w:t>EXPERIENCIA MÍNIMA HABILITANTE</w:t>
            </w:r>
          </w:p>
        </w:tc>
        <w:tc>
          <w:tcPr>
            <w:tcW w:w="655" w:type="pct"/>
            <w:shd w:val="clear" w:color="auto" w:fill="D9D9D9" w:themeFill="background1" w:themeFillShade="D9"/>
            <w:tcMar>
              <w:top w:w="60" w:type="dxa"/>
              <w:left w:w="90" w:type="dxa"/>
              <w:bottom w:w="60" w:type="dxa"/>
              <w:right w:w="90" w:type="dxa"/>
            </w:tcMar>
            <w:vAlign w:val="center"/>
          </w:tcPr>
          <w:p w14:paraId="52B109D5" w14:textId="77777777" w:rsidR="00A7405E" w:rsidRDefault="00A7405E" w:rsidP="00191B45">
            <w:pPr>
              <w:spacing w:after="40"/>
              <w:jc w:val="center"/>
            </w:pPr>
            <w:r>
              <w:rPr>
                <w:rFonts w:cs="Arial"/>
                <w:b/>
                <w:bCs/>
                <w:sz w:val="18"/>
                <w:szCs w:val="18"/>
              </w:rPr>
              <w:t>DEDICACIÓN</w:t>
            </w:r>
          </w:p>
        </w:tc>
      </w:tr>
      <w:tr w:rsidR="00A7405E" w14:paraId="3EE14118" w14:textId="77777777" w:rsidTr="0E272579">
        <w:trPr>
          <w:cantSplit/>
          <w:jc w:val="center"/>
        </w:trPr>
        <w:tc>
          <w:tcPr>
            <w:tcW w:w="738" w:type="pct"/>
            <w:tcMar>
              <w:top w:w="60" w:type="dxa"/>
              <w:left w:w="90" w:type="dxa"/>
              <w:bottom w:w="60" w:type="dxa"/>
              <w:right w:w="90" w:type="dxa"/>
            </w:tcMar>
            <w:vAlign w:val="center"/>
          </w:tcPr>
          <w:p w14:paraId="794FA016" w14:textId="77777777" w:rsidR="00A7405E" w:rsidRDefault="00A7405E" w:rsidP="00191B45">
            <w:pPr>
              <w:spacing w:after="40"/>
              <w:jc w:val="both"/>
            </w:pPr>
            <w:r>
              <w:rPr>
                <w:rFonts w:cs="Arial"/>
                <w:b/>
                <w:bCs/>
                <w:sz w:val="18"/>
                <w:szCs w:val="18"/>
              </w:rPr>
              <w:t>Gerente de Proyecto</w:t>
            </w:r>
          </w:p>
          <w:p w14:paraId="7EBD70B0" w14:textId="77777777" w:rsidR="00A7405E" w:rsidRDefault="00A7405E" w:rsidP="00191B45">
            <w:pPr>
              <w:spacing w:after="40"/>
              <w:jc w:val="both"/>
            </w:pPr>
            <w:r>
              <w:rPr>
                <w:rFonts w:cs="Arial"/>
                <w:b/>
                <w:bCs/>
                <w:sz w:val="18"/>
                <w:szCs w:val="18"/>
              </w:rPr>
              <w:t>(1)</w:t>
            </w:r>
          </w:p>
        </w:tc>
        <w:tc>
          <w:tcPr>
            <w:tcW w:w="1592" w:type="pct"/>
            <w:tcMar>
              <w:top w:w="60" w:type="dxa"/>
              <w:left w:w="90" w:type="dxa"/>
              <w:bottom w:w="60" w:type="dxa"/>
              <w:right w:w="90" w:type="dxa"/>
            </w:tcMar>
            <w:vAlign w:val="center"/>
          </w:tcPr>
          <w:p w14:paraId="44990427" w14:textId="77777777" w:rsidR="00A7405E" w:rsidRDefault="00A7405E" w:rsidP="00191B45">
            <w:pPr>
              <w:spacing w:after="40"/>
              <w:jc w:val="both"/>
              <w:rPr>
                <w:rFonts w:cs="Arial"/>
                <w:sz w:val="18"/>
                <w:szCs w:val="18"/>
              </w:rPr>
            </w:pPr>
            <w:r>
              <w:rPr>
                <w:rFonts w:cs="Arial"/>
                <w:sz w:val="18"/>
                <w:szCs w:val="18"/>
              </w:rPr>
              <w:t>Título profesional en Ingeniería de Sistemas, Ciencias de la Información y la Documentación, Bibliotecología y Archivística.</w:t>
            </w:r>
          </w:p>
          <w:p w14:paraId="3D411B84" w14:textId="77777777" w:rsidR="00A7405E" w:rsidRDefault="00A7405E" w:rsidP="00191B45">
            <w:pPr>
              <w:spacing w:after="40"/>
              <w:jc w:val="both"/>
            </w:pPr>
          </w:p>
          <w:p w14:paraId="05C97E82" w14:textId="77777777" w:rsidR="00A7405E" w:rsidRDefault="00A7405E" w:rsidP="00191B45">
            <w:pPr>
              <w:spacing w:after="40"/>
              <w:jc w:val="both"/>
            </w:pPr>
            <w:r>
              <w:rPr>
                <w:rFonts w:cs="Arial"/>
                <w:sz w:val="18"/>
                <w:szCs w:val="18"/>
              </w:rPr>
              <w:t>Matrícula o tarjeta profesional vigente cuando la ley la exija para la profesión acreditada.</w:t>
            </w:r>
          </w:p>
          <w:p w14:paraId="1E06F5C1" w14:textId="77777777" w:rsidR="00A7405E" w:rsidRDefault="00A7405E" w:rsidP="00191B45">
            <w:pPr>
              <w:spacing w:after="40"/>
              <w:jc w:val="both"/>
            </w:pPr>
          </w:p>
        </w:tc>
        <w:tc>
          <w:tcPr>
            <w:tcW w:w="2015" w:type="pct"/>
            <w:tcMar>
              <w:top w:w="60" w:type="dxa"/>
              <w:left w:w="90" w:type="dxa"/>
              <w:bottom w:w="60" w:type="dxa"/>
              <w:right w:w="90" w:type="dxa"/>
            </w:tcMar>
            <w:vAlign w:val="center"/>
          </w:tcPr>
          <w:p w14:paraId="0C0EAD41" w14:textId="77777777" w:rsidR="00A7405E" w:rsidRDefault="00A7405E" w:rsidP="00191B45">
            <w:pPr>
              <w:spacing w:after="40"/>
              <w:jc w:val="both"/>
              <w:rPr>
                <w:rFonts w:cs="Arial"/>
                <w:sz w:val="18"/>
                <w:szCs w:val="18"/>
              </w:rPr>
            </w:pPr>
            <w:r>
              <w:rPr>
                <w:rFonts w:cs="Arial"/>
                <w:sz w:val="18"/>
                <w:szCs w:val="18"/>
              </w:rPr>
              <w:t>Experiencia general: tres (3) años de experiencia profesional en procesos de gestión documental, contados a partir de la obtención del título profesional.</w:t>
            </w:r>
          </w:p>
          <w:p w14:paraId="2A195CAC" w14:textId="77777777" w:rsidR="00A7405E" w:rsidRDefault="00A7405E" w:rsidP="00191B45">
            <w:pPr>
              <w:spacing w:after="40"/>
              <w:jc w:val="both"/>
            </w:pPr>
          </w:p>
          <w:p w14:paraId="2A0505F5" w14:textId="77777777" w:rsidR="00A7405E" w:rsidRDefault="00A7405E" w:rsidP="00191B45">
            <w:pPr>
              <w:spacing w:after="40"/>
              <w:jc w:val="both"/>
              <w:rPr>
                <w:rFonts w:cs="Arial"/>
                <w:sz w:val="18"/>
                <w:szCs w:val="18"/>
              </w:rPr>
            </w:pPr>
            <w:r>
              <w:rPr>
                <w:rFonts w:cs="Arial"/>
                <w:sz w:val="18"/>
                <w:szCs w:val="18"/>
              </w:rPr>
              <w:t>Experiencia específica: dos (2) años de experiencia certificada en dirección, gerencia o coordinación de proyectos, o en la implementación o fortalecimiento de proyectos, procesos o sistemas relacionados con la gestión documental, la archivística y/o la transformación digital aplicada a la gestión documental.</w:t>
            </w:r>
          </w:p>
          <w:p w14:paraId="1DC248D2" w14:textId="77777777" w:rsidR="00A7405E" w:rsidRDefault="00A7405E" w:rsidP="00191B45">
            <w:pPr>
              <w:spacing w:after="40"/>
              <w:jc w:val="both"/>
              <w:rPr>
                <w:rFonts w:cs="Arial"/>
                <w:sz w:val="18"/>
                <w:szCs w:val="18"/>
              </w:rPr>
            </w:pPr>
          </w:p>
          <w:p w14:paraId="41705856" w14:textId="77777777" w:rsidR="00A7405E" w:rsidRPr="009C4C25" w:rsidRDefault="00A7405E" w:rsidP="00191B45">
            <w:pPr>
              <w:spacing w:after="40"/>
              <w:jc w:val="both"/>
              <w:rPr>
                <w:rFonts w:cs="Arial"/>
                <w:sz w:val="18"/>
                <w:szCs w:val="18"/>
              </w:rPr>
            </w:pPr>
            <w:r>
              <w:rPr>
                <w:rFonts w:cs="Arial"/>
                <w:sz w:val="18"/>
                <w:szCs w:val="18"/>
              </w:rPr>
              <w:t>Se requiere acreditar al menos una (1) certificación de experiencia en un (1) proyecto relacionado con gestión documental, archivística y/o transformación digital aplicada a la gestión documental, en el cual haya desempeñado funciones de dirección, gerencia o coordinación.</w:t>
            </w:r>
          </w:p>
        </w:tc>
        <w:tc>
          <w:tcPr>
            <w:tcW w:w="655" w:type="pct"/>
            <w:tcMar>
              <w:top w:w="60" w:type="dxa"/>
              <w:left w:w="90" w:type="dxa"/>
              <w:bottom w:w="60" w:type="dxa"/>
              <w:right w:w="90" w:type="dxa"/>
            </w:tcMar>
            <w:vAlign w:val="center"/>
          </w:tcPr>
          <w:p w14:paraId="0DF9AFFD" w14:textId="77777777" w:rsidR="00A7405E" w:rsidRDefault="00A7405E" w:rsidP="00191B45">
            <w:pPr>
              <w:spacing w:after="40"/>
              <w:jc w:val="both"/>
            </w:pPr>
            <w:r>
              <w:rPr>
                <w:rFonts w:cs="Arial"/>
                <w:b/>
                <w:bCs/>
                <w:sz w:val="18"/>
                <w:szCs w:val="18"/>
              </w:rPr>
              <w:t>50%</w:t>
            </w:r>
          </w:p>
        </w:tc>
      </w:tr>
      <w:tr w:rsidR="00A7405E" w14:paraId="0D76648F" w14:textId="77777777" w:rsidTr="0E272579">
        <w:trPr>
          <w:cantSplit/>
          <w:jc w:val="center"/>
        </w:trPr>
        <w:tc>
          <w:tcPr>
            <w:tcW w:w="738" w:type="pct"/>
            <w:tcMar>
              <w:top w:w="60" w:type="dxa"/>
              <w:left w:w="90" w:type="dxa"/>
              <w:bottom w:w="60" w:type="dxa"/>
              <w:right w:w="90" w:type="dxa"/>
            </w:tcMar>
            <w:vAlign w:val="center"/>
          </w:tcPr>
          <w:p w14:paraId="628B1ACC" w14:textId="77777777" w:rsidR="00A7405E" w:rsidRDefault="00A7405E" w:rsidP="00191B45">
            <w:pPr>
              <w:spacing w:after="40"/>
              <w:jc w:val="both"/>
            </w:pPr>
            <w:r>
              <w:rPr>
                <w:rFonts w:cs="Arial"/>
                <w:b/>
                <w:bCs/>
                <w:sz w:val="18"/>
                <w:szCs w:val="18"/>
              </w:rPr>
              <w:lastRenderedPageBreak/>
              <w:t>Coordinador Archivístico</w:t>
            </w:r>
          </w:p>
          <w:p w14:paraId="0D8FDF3A" w14:textId="77777777" w:rsidR="00A7405E" w:rsidRDefault="00A7405E" w:rsidP="00191B45">
            <w:pPr>
              <w:spacing w:after="40"/>
              <w:jc w:val="both"/>
            </w:pPr>
            <w:r>
              <w:rPr>
                <w:rFonts w:cs="Arial"/>
                <w:b/>
                <w:bCs/>
                <w:sz w:val="18"/>
                <w:szCs w:val="18"/>
              </w:rPr>
              <w:t>(1)</w:t>
            </w:r>
          </w:p>
        </w:tc>
        <w:tc>
          <w:tcPr>
            <w:tcW w:w="1592" w:type="pct"/>
            <w:tcMar>
              <w:top w:w="60" w:type="dxa"/>
              <w:left w:w="90" w:type="dxa"/>
              <w:bottom w:w="60" w:type="dxa"/>
              <w:right w:w="90" w:type="dxa"/>
            </w:tcMar>
            <w:vAlign w:val="center"/>
          </w:tcPr>
          <w:p w14:paraId="637362C0" w14:textId="77777777" w:rsidR="00A7405E" w:rsidRDefault="00A7405E" w:rsidP="00191B45">
            <w:pPr>
              <w:spacing w:after="40"/>
              <w:jc w:val="both"/>
            </w:pPr>
            <w:r>
              <w:rPr>
                <w:rFonts w:cs="Arial"/>
                <w:sz w:val="18"/>
                <w:szCs w:val="18"/>
              </w:rPr>
              <w:t>Título profesional en Ciencias de la Información y la Documentación, Bibliotecología y Archivística.</w:t>
            </w:r>
          </w:p>
          <w:p w14:paraId="5CA03FCF" w14:textId="77777777" w:rsidR="00A7405E" w:rsidRDefault="00A7405E" w:rsidP="00191B45">
            <w:pPr>
              <w:spacing w:after="40"/>
              <w:jc w:val="both"/>
            </w:pPr>
            <w:r>
              <w:rPr>
                <w:rFonts w:cs="Arial"/>
                <w:sz w:val="18"/>
                <w:szCs w:val="18"/>
              </w:rPr>
              <w:t>Tarjeta Profesional de Archivista vigente.</w:t>
            </w:r>
          </w:p>
        </w:tc>
        <w:tc>
          <w:tcPr>
            <w:tcW w:w="2015" w:type="pct"/>
            <w:tcMar>
              <w:top w:w="60" w:type="dxa"/>
              <w:left w:w="90" w:type="dxa"/>
              <w:bottom w:w="60" w:type="dxa"/>
              <w:right w:w="90" w:type="dxa"/>
            </w:tcMar>
            <w:vAlign w:val="center"/>
          </w:tcPr>
          <w:p w14:paraId="0ABCBCCC" w14:textId="77777777" w:rsidR="00A7405E" w:rsidRDefault="00A7405E" w:rsidP="00191B45">
            <w:pPr>
              <w:spacing w:after="40"/>
              <w:jc w:val="both"/>
              <w:rPr>
                <w:rFonts w:cs="Arial"/>
                <w:sz w:val="18"/>
                <w:szCs w:val="18"/>
              </w:rPr>
            </w:pPr>
            <w:r>
              <w:rPr>
                <w:rFonts w:cs="Arial"/>
                <w:sz w:val="18"/>
                <w:szCs w:val="18"/>
              </w:rPr>
              <w:t>Un (1) año de experiencia profesional relacionada, contado a partir de la obtención del título profesional, en actividades asociadas con la gestión documental y/o archivística, tales como coordinación, organización, administración, asesoría, asistencia técnica, formulación, implementación o seguimiento de instrumentos archivísticos y/o sistemas de gestión documental.</w:t>
            </w:r>
          </w:p>
          <w:p w14:paraId="05A3945D" w14:textId="77777777" w:rsidR="00A7405E" w:rsidRDefault="00A7405E" w:rsidP="00191B45">
            <w:pPr>
              <w:spacing w:after="40"/>
              <w:jc w:val="both"/>
            </w:pPr>
          </w:p>
          <w:p w14:paraId="6F7F5460" w14:textId="09B09026" w:rsidR="00A7405E" w:rsidRDefault="7E5ECC37" w:rsidP="00191B45">
            <w:pPr>
              <w:spacing w:after="40"/>
              <w:jc w:val="both"/>
              <w:rPr>
                <w:rFonts w:cs="Arial"/>
                <w:sz w:val="18"/>
                <w:szCs w:val="18"/>
              </w:rPr>
            </w:pPr>
            <w:r w:rsidRPr="0E272579">
              <w:rPr>
                <w:rFonts w:cs="Arial"/>
                <w:sz w:val="18"/>
                <w:szCs w:val="18"/>
              </w:rPr>
              <w:t>Se requiere</w:t>
            </w:r>
            <w:r w:rsidR="7C3CB46C" w:rsidRPr="0E272579">
              <w:rPr>
                <w:rFonts w:cs="Arial"/>
                <w:sz w:val="18"/>
                <w:szCs w:val="18"/>
              </w:rPr>
              <w:t xml:space="preserve"> acreditar</w:t>
            </w:r>
            <w:r w:rsidRPr="0E272579">
              <w:rPr>
                <w:rFonts w:cs="Arial"/>
                <w:sz w:val="18"/>
                <w:szCs w:val="18"/>
              </w:rPr>
              <w:t xml:space="preserve"> al menos una</w:t>
            </w:r>
            <w:r w:rsidR="3CA69A73" w:rsidRPr="0E272579">
              <w:rPr>
                <w:rFonts w:cs="Arial"/>
                <w:sz w:val="18"/>
                <w:szCs w:val="18"/>
              </w:rPr>
              <w:t xml:space="preserve"> (1)</w:t>
            </w:r>
            <w:r w:rsidRPr="0E272579">
              <w:rPr>
                <w:rFonts w:cs="Arial"/>
                <w:sz w:val="18"/>
                <w:szCs w:val="18"/>
              </w:rPr>
              <w:t xml:space="preserve"> certificación</w:t>
            </w:r>
            <w:r w:rsidR="38542793" w:rsidRPr="0E272579">
              <w:rPr>
                <w:rFonts w:cs="Arial"/>
                <w:sz w:val="18"/>
                <w:szCs w:val="18"/>
              </w:rPr>
              <w:t xml:space="preserve"> de experiencia </w:t>
            </w:r>
            <w:r w:rsidRPr="0E272579">
              <w:rPr>
                <w:rFonts w:cs="Arial"/>
                <w:sz w:val="18"/>
                <w:szCs w:val="18"/>
              </w:rPr>
              <w:t>en</w:t>
            </w:r>
            <w:r w:rsidR="48FE37E4" w:rsidRPr="0E272579">
              <w:rPr>
                <w:rFonts w:cs="Arial"/>
                <w:sz w:val="18"/>
                <w:szCs w:val="18"/>
              </w:rPr>
              <w:t xml:space="preserve"> un</w:t>
            </w:r>
            <w:r w:rsidRPr="0E272579">
              <w:rPr>
                <w:rFonts w:cs="Arial"/>
                <w:sz w:val="18"/>
                <w:szCs w:val="18"/>
              </w:rPr>
              <w:t xml:space="preserve"> (1) proyecto relacionado con la gestión documental y/o archivística, en el cual haya desempeñado actividades </w:t>
            </w:r>
            <w:r w:rsidR="789CB219" w:rsidRPr="0E272579">
              <w:rPr>
                <w:rFonts w:cs="Arial"/>
                <w:sz w:val="18"/>
                <w:szCs w:val="18"/>
              </w:rPr>
              <w:t>de</w:t>
            </w:r>
            <w:r w:rsidRPr="0E272579">
              <w:rPr>
                <w:rFonts w:cs="Arial"/>
                <w:sz w:val="18"/>
                <w:szCs w:val="18"/>
              </w:rPr>
              <w:t xml:space="preserve"> coordinación, organización, administración documental, asesoría, asistencia técnica, formulación, implementación o seguimiento de instrumentos archivísticos y/o sistemas de gestión documental.</w:t>
            </w:r>
          </w:p>
          <w:p w14:paraId="02D4E79B" w14:textId="77777777" w:rsidR="00A7405E" w:rsidRDefault="00A7405E" w:rsidP="00191B45">
            <w:pPr>
              <w:spacing w:after="40"/>
              <w:jc w:val="both"/>
            </w:pPr>
          </w:p>
        </w:tc>
        <w:tc>
          <w:tcPr>
            <w:tcW w:w="655" w:type="pct"/>
            <w:tcMar>
              <w:top w:w="60" w:type="dxa"/>
              <w:left w:w="90" w:type="dxa"/>
              <w:bottom w:w="60" w:type="dxa"/>
              <w:right w:w="90" w:type="dxa"/>
            </w:tcMar>
            <w:vAlign w:val="center"/>
          </w:tcPr>
          <w:p w14:paraId="3CC5DB2F" w14:textId="77777777" w:rsidR="00A7405E" w:rsidRDefault="00A7405E" w:rsidP="00191B45">
            <w:pPr>
              <w:spacing w:after="40"/>
              <w:jc w:val="both"/>
            </w:pPr>
            <w:r>
              <w:rPr>
                <w:rFonts w:cs="Arial"/>
                <w:b/>
                <w:bCs/>
                <w:sz w:val="18"/>
                <w:szCs w:val="18"/>
              </w:rPr>
              <w:t>100%</w:t>
            </w:r>
          </w:p>
        </w:tc>
      </w:tr>
      <w:tr w:rsidR="00A7405E" w14:paraId="6FC1DBDB" w14:textId="77777777" w:rsidTr="0E272579">
        <w:trPr>
          <w:cantSplit/>
          <w:jc w:val="center"/>
        </w:trPr>
        <w:tc>
          <w:tcPr>
            <w:tcW w:w="738" w:type="pct"/>
            <w:tcMar>
              <w:top w:w="60" w:type="dxa"/>
              <w:left w:w="90" w:type="dxa"/>
              <w:bottom w:w="60" w:type="dxa"/>
              <w:right w:w="90" w:type="dxa"/>
            </w:tcMar>
            <w:vAlign w:val="center"/>
          </w:tcPr>
          <w:p w14:paraId="11FC7B33" w14:textId="77777777" w:rsidR="00A7405E" w:rsidRDefault="00A7405E" w:rsidP="00191B45">
            <w:pPr>
              <w:spacing w:after="40"/>
              <w:jc w:val="both"/>
            </w:pPr>
            <w:r>
              <w:rPr>
                <w:rFonts w:cs="Arial"/>
                <w:b/>
                <w:bCs/>
                <w:sz w:val="18"/>
                <w:szCs w:val="18"/>
              </w:rPr>
              <w:t>Profesional de Apoyo 1</w:t>
            </w:r>
          </w:p>
          <w:p w14:paraId="1E0EFE50" w14:textId="77777777" w:rsidR="00A7405E" w:rsidRDefault="00A7405E" w:rsidP="00191B45">
            <w:pPr>
              <w:spacing w:after="40"/>
              <w:jc w:val="both"/>
            </w:pPr>
            <w:r>
              <w:rPr>
                <w:rFonts w:cs="Arial"/>
                <w:b/>
                <w:bCs/>
                <w:sz w:val="18"/>
                <w:szCs w:val="18"/>
              </w:rPr>
              <w:t>(1)</w:t>
            </w:r>
          </w:p>
        </w:tc>
        <w:tc>
          <w:tcPr>
            <w:tcW w:w="1592" w:type="pct"/>
            <w:tcMar>
              <w:top w:w="60" w:type="dxa"/>
              <w:left w:w="90" w:type="dxa"/>
              <w:bottom w:w="60" w:type="dxa"/>
              <w:right w:w="90" w:type="dxa"/>
            </w:tcMar>
            <w:vAlign w:val="center"/>
          </w:tcPr>
          <w:p w14:paraId="403F120A" w14:textId="77777777" w:rsidR="00A7405E" w:rsidRDefault="00A7405E" w:rsidP="00191B45">
            <w:pPr>
              <w:spacing w:after="40"/>
              <w:jc w:val="both"/>
            </w:pPr>
            <w:r>
              <w:rPr>
                <w:rFonts w:cs="Arial"/>
                <w:sz w:val="18"/>
                <w:szCs w:val="18"/>
              </w:rPr>
              <w:t>Título profesional en Ciencias de la Información y la Documentación, Bibliotecología y Archivística.</w:t>
            </w:r>
          </w:p>
          <w:p w14:paraId="4EA3CE57" w14:textId="77777777" w:rsidR="00A7405E" w:rsidRDefault="00A7405E" w:rsidP="00191B45">
            <w:pPr>
              <w:spacing w:after="40"/>
              <w:jc w:val="both"/>
            </w:pPr>
            <w:r>
              <w:rPr>
                <w:rFonts w:cs="Arial"/>
                <w:sz w:val="18"/>
                <w:szCs w:val="18"/>
              </w:rPr>
              <w:t>Tarjeta Profesional de Archivista vigente.</w:t>
            </w:r>
          </w:p>
        </w:tc>
        <w:tc>
          <w:tcPr>
            <w:tcW w:w="2015" w:type="pct"/>
            <w:tcMar>
              <w:top w:w="60" w:type="dxa"/>
              <w:left w:w="90" w:type="dxa"/>
              <w:bottom w:w="60" w:type="dxa"/>
              <w:right w:w="90" w:type="dxa"/>
            </w:tcMar>
            <w:vAlign w:val="center"/>
          </w:tcPr>
          <w:p w14:paraId="7D2FCF18" w14:textId="77777777" w:rsidR="00A7405E" w:rsidRDefault="00A7405E" w:rsidP="00191B45">
            <w:pPr>
              <w:spacing w:after="40"/>
              <w:jc w:val="both"/>
            </w:pPr>
            <w:r>
              <w:rPr>
                <w:rFonts w:cs="Arial"/>
                <w:sz w:val="18"/>
                <w:szCs w:val="18"/>
              </w:rPr>
              <w:t>Un (1) año de experiencia laboral relacionada con procesos de gestión documental, archivística y/o implementación de instrumentos archivísticos, contado a partir de la obtención del título profesional.</w:t>
            </w:r>
          </w:p>
        </w:tc>
        <w:tc>
          <w:tcPr>
            <w:tcW w:w="655" w:type="pct"/>
            <w:tcMar>
              <w:top w:w="60" w:type="dxa"/>
              <w:left w:w="90" w:type="dxa"/>
              <w:bottom w:w="60" w:type="dxa"/>
              <w:right w:w="90" w:type="dxa"/>
            </w:tcMar>
            <w:vAlign w:val="center"/>
          </w:tcPr>
          <w:p w14:paraId="2E28D6B6" w14:textId="77777777" w:rsidR="00A7405E" w:rsidRDefault="00A7405E" w:rsidP="00191B45">
            <w:pPr>
              <w:spacing w:after="40"/>
              <w:jc w:val="both"/>
            </w:pPr>
            <w:r>
              <w:rPr>
                <w:rFonts w:cs="Arial"/>
                <w:b/>
                <w:bCs/>
                <w:sz w:val="18"/>
                <w:szCs w:val="18"/>
              </w:rPr>
              <w:t>100%</w:t>
            </w:r>
          </w:p>
        </w:tc>
      </w:tr>
      <w:tr w:rsidR="00A7405E" w14:paraId="40AABFCA" w14:textId="77777777" w:rsidTr="0E272579">
        <w:trPr>
          <w:cantSplit/>
          <w:jc w:val="center"/>
        </w:trPr>
        <w:tc>
          <w:tcPr>
            <w:tcW w:w="738" w:type="pct"/>
            <w:tcMar>
              <w:top w:w="60" w:type="dxa"/>
              <w:left w:w="90" w:type="dxa"/>
              <w:bottom w:w="60" w:type="dxa"/>
              <w:right w:w="90" w:type="dxa"/>
            </w:tcMar>
            <w:vAlign w:val="center"/>
          </w:tcPr>
          <w:p w14:paraId="7B1C554B" w14:textId="77777777" w:rsidR="00A7405E" w:rsidRDefault="00A7405E" w:rsidP="00191B45">
            <w:pPr>
              <w:spacing w:after="40"/>
              <w:jc w:val="both"/>
            </w:pPr>
            <w:r>
              <w:rPr>
                <w:rFonts w:cs="Arial"/>
                <w:b/>
                <w:bCs/>
                <w:sz w:val="18"/>
                <w:szCs w:val="18"/>
              </w:rPr>
              <w:t>Apoyo Operativo</w:t>
            </w:r>
          </w:p>
          <w:p w14:paraId="09011E74" w14:textId="77777777" w:rsidR="00A7405E" w:rsidRDefault="00A7405E" w:rsidP="00191B45">
            <w:pPr>
              <w:spacing w:after="40"/>
              <w:jc w:val="both"/>
            </w:pPr>
            <w:r>
              <w:rPr>
                <w:rFonts w:cs="Arial"/>
                <w:b/>
                <w:bCs/>
                <w:sz w:val="18"/>
                <w:szCs w:val="18"/>
              </w:rPr>
              <w:t>(1)</w:t>
            </w:r>
          </w:p>
        </w:tc>
        <w:tc>
          <w:tcPr>
            <w:tcW w:w="1592" w:type="pct"/>
            <w:tcMar>
              <w:top w:w="60" w:type="dxa"/>
              <w:left w:w="90" w:type="dxa"/>
              <w:bottom w:w="60" w:type="dxa"/>
              <w:right w:w="90" w:type="dxa"/>
            </w:tcMar>
            <w:vAlign w:val="center"/>
          </w:tcPr>
          <w:p w14:paraId="0AF9F387" w14:textId="77777777" w:rsidR="00A7405E" w:rsidRDefault="00A7405E" w:rsidP="00191B45">
            <w:pPr>
              <w:spacing w:after="40"/>
              <w:jc w:val="both"/>
            </w:pPr>
            <w:r>
              <w:rPr>
                <w:rFonts w:cs="Arial"/>
                <w:sz w:val="18"/>
                <w:szCs w:val="18"/>
              </w:rPr>
              <w:t>Título de formación técnica profesional, tecnológica o profesional, o certificado de aptitud ocupacional de técnico laboral, en Gestión Documental, Archivística, Archivo, Bibliotecología, Ciencias de la Información o áreas relacionadas.</w:t>
            </w:r>
          </w:p>
        </w:tc>
        <w:tc>
          <w:tcPr>
            <w:tcW w:w="2015" w:type="pct"/>
            <w:tcMar>
              <w:top w:w="60" w:type="dxa"/>
              <w:left w:w="90" w:type="dxa"/>
              <w:bottom w:w="60" w:type="dxa"/>
              <w:right w:w="90" w:type="dxa"/>
            </w:tcMar>
            <w:vAlign w:val="center"/>
          </w:tcPr>
          <w:p w14:paraId="32003C0A" w14:textId="77777777" w:rsidR="00A7405E" w:rsidRDefault="00A7405E" w:rsidP="00191B45">
            <w:pPr>
              <w:spacing w:after="40"/>
              <w:jc w:val="both"/>
            </w:pPr>
            <w:r>
              <w:rPr>
                <w:rFonts w:cs="Arial"/>
                <w:sz w:val="18"/>
                <w:szCs w:val="18"/>
              </w:rPr>
              <w:t>Un (1) año de experiencia laboral relacionada con actividades y procesos de gestión documental y/o archivística, y demás actividades operativas asociadas a la gestión documental y archivística, contado a partir de la obtención del título o del certificado de aptitud ocupacional.</w:t>
            </w:r>
          </w:p>
        </w:tc>
        <w:tc>
          <w:tcPr>
            <w:tcW w:w="655" w:type="pct"/>
            <w:tcMar>
              <w:top w:w="60" w:type="dxa"/>
              <w:left w:w="90" w:type="dxa"/>
              <w:bottom w:w="60" w:type="dxa"/>
              <w:right w:w="90" w:type="dxa"/>
            </w:tcMar>
            <w:vAlign w:val="center"/>
          </w:tcPr>
          <w:p w14:paraId="4E0C15BD" w14:textId="77777777" w:rsidR="00A7405E" w:rsidRDefault="00A7405E" w:rsidP="00191B45">
            <w:pPr>
              <w:spacing w:after="40"/>
              <w:jc w:val="both"/>
            </w:pPr>
            <w:r>
              <w:rPr>
                <w:rFonts w:cs="Arial"/>
                <w:b/>
                <w:bCs/>
                <w:sz w:val="18"/>
                <w:szCs w:val="18"/>
              </w:rPr>
              <w:t>100%</w:t>
            </w:r>
          </w:p>
        </w:tc>
      </w:tr>
      <w:tr w:rsidR="00A7405E" w14:paraId="11BC5DE3" w14:textId="77777777" w:rsidTr="0E272579">
        <w:trPr>
          <w:cantSplit/>
          <w:jc w:val="center"/>
        </w:trPr>
        <w:tc>
          <w:tcPr>
            <w:tcW w:w="738" w:type="pct"/>
            <w:tcMar>
              <w:top w:w="60" w:type="dxa"/>
              <w:left w:w="90" w:type="dxa"/>
              <w:bottom w:w="60" w:type="dxa"/>
              <w:right w:w="90" w:type="dxa"/>
            </w:tcMar>
            <w:vAlign w:val="center"/>
          </w:tcPr>
          <w:p w14:paraId="718C70D6" w14:textId="77777777" w:rsidR="00A7405E" w:rsidRDefault="00A7405E" w:rsidP="00191B45">
            <w:pPr>
              <w:spacing w:after="40"/>
              <w:jc w:val="both"/>
            </w:pPr>
            <w:r>
              <w:rPr>
                <w:rFonts w:cs="Arial"/>
                <w:b/>
                <w:bCs/>
                <w:sz w:val="18"/>
                <w:szCs w:val="18"/>
              </w:rPr>
              <w:t>Técnico de apoyo en gestión documental</w:t>
            </w:r>
          </w:p>
          <w:p w14:paraId="33D1B462" w14:textId="77777777" w:rsidR="00A7405E" w:rsidRDefault="00A7405E" w:rsidP="00191B45">
            <w:pPr>
              <w:spacing w:after="40"/>
              <w:jc w:val="both"/>
            </w:pPr>
            <w:r>
              <w:rPr>
                <w:rFonts w:cs="Arial"/>
                <w:b/>
                <w:bCs/>
                <w:sz w:val="18"/>
                <w:szCs w:val="18"/>
              </w:rPr>
              <w:t>(1)</w:t>
            </w:r>
          </w:p>
        </w:tc>
        <w:tc>
          <w:tcPr>
            <w:tcW w:w="1592" w:type="pct"/>
            <w:tcMar>
              <w:top w:w="60" w:type="dxa"/>
              <w:left w:w="90" w:type="dxa"/>
              <w:bottom w:w="60" w:type="dxa"/>
              <w:right w:w="90" w:type="dxa"/>
            </w:tcMar>
            <w:vAlign w:val="center"/>
          </w:tcPr>
          <w:p w14:paraId="0F01EA26" w14:textId="77777777" w:rsidR="00A7405E" w:rsidRDefault="00A7405E" w:rsidP="00191B45">
            <w:pPr>
              <w:spacing w:after="40"/>
              <w:jc w:val="both"/>
            </w:pPr>
            <w:r>
              <w:rPr>
                <w:rFonts w:cs="Arial"/>
                <w:sz w:val="18"/>
                <w:szCs w:val="18"/>
              </w:rPr>
              <w:t>Certificado de aptitud ocupacional de técnico laboral, o título de técnico profesional o tecnólogo, en Sistemas, Informática, Gestión Documental, Archivo, Administración Documental o áreas relacionadas.</w:t>
            </w:r>
          </w:p>
        </w:tc>
        <w:tc>
          <w:tcPr>
            <w:tcW w:w="2015" w:type="pct"/>
            <w:tcMar>
              <w:top w:w="60" w:type="dxa"/>
              <w:left w:w="90" w:type="dxa"/>
              <w:bottom w:w="60" w:type="dxa"/>
              <w:right w:w="90" w:type="dxa"/>
            </w:tcMar>
            <w:vAlign w:val="center"/>
          </w:tcPr>
          <w:p w14:paraId="57805F69" w14:textId="77777777" w:rsidR="00A7405E" w:rsidRDefault="00A7405E" w:rsidP="00191B45">
            <w:pPr>
              <w:spacing w:after="40"/>
              <w:jc w:val="both"/>
            </w:pPr>
            <w:r>
              <w:rPr>
                <w:rFonts w:cs="Arial"/>
                <w:sz w:val="18"/>
                <w:szCs w:val="18"/>
              </w:rPr>
              <w:t>Un (1) año de experiencia laboral relacionada con procesos de gestión documental, organización de archivos, digitalización, manejo de información, archivo y/o apoyo a procesos archivísticos, contado a partir de la obtención del título o del certificado de aptitud ocupacional.</w:t>
            </w:r>
          </w:p>
        </w:tc>
        <w:tc>
          <w:tcPr>
            <w:tcW w:w="655" w:type="pct"/>
            <w:tcMar>
              <w:top w:w="60" w:type="dxa"/>
              <w:left w:w="90" w:type="dxa"/>
              <w:bottom w:w="60" w:type="dxa"/>
              <w:right w:w="90" w:type="dxa"/>
            </w:tcMar>
            <w:vAlign w:val="center"/>
          </w:tcPr>
          <w:p w14:paraId="72D93468" w14:textId="77777777" w:rsidR="00A7405E" w:rsidRDefault="00A7405E" w:rsidP="00191B45">
            <w:pPr>
              <w:spacing w:after="40"/>
              <w:jc w:val="both"/>
            </w:pPr>
            <w:r>
              <w:rPr>
                <w:rFonts w:cs="Arial"/>
                <w:b/>
                <w:bCs/>
                <w:sz w:val="18"/>
                <w:szCs w:val="18"/>
              </w:rPr>
              <w:t>100%</w:t>
            </w:r>
          </w:p>
        </w:tc>
      </w:tr>
    </w:tbl>
    <w:p w14:paraId="7C377203" w14:textId="77777777" w:rsidR="002F4F7B" w:rsidRDefault="002F4F7B"/>
    <w:p w14:paraId="761DEA1A" w14:textId="77777777" w:rsidR="002F4F7B" w:rsidRDefault="002378C9" w:rsidP="00F97CD5">
      <w:pPr>
        <w:jc w:val="both"/>
      </w:pPr>
      <w:r>
        <w:rPr>
          <w:b/>
        </w:rPr>
        <w:t xml:space="preserve">CONDICIONES </w:t>
      </w:r>
      <w:r>
        <w:rPr>
          <w:b/>
        </w:rPr>
        <w:t>PARA EL REEMPLAZO DE PERSONAL</w:t>
      </w:r>
    </w:p>
    <w:p w14:paraId="74AAE1F3" w14:textId="77777777" w:rsidR="002F4F7B" w:rsidRDefault="002378C9" w:rsidP="00F97CD5">
      <w:pPr>
        <w:jc w:val="both"/>
      </w:pPr>
      <w:r>
        <w:t xml:space="preserve">En caso de requerirse el reemplazo de alguno de los integrantes del equipo de trabajo, el Consultor deberá presentar una solicitud justificada, junto con la hoja de vida y los respectivos soportes de la persona </w:t>
      </w:r>
      <w:r>
        <w:t>propuesta, dentro de los tres (3) días hábiles siguientes a la ocurrencia de la novedad o al recibo de la solicitud de la Entidad, según corresponda. El reemplazo deberá acreditar, como mínimo, las mismas condiciones de formación, experiencia habilitante y</w:t>
      </w:r>
      <w:r>
        <w:t xml:space="preserve"> experiencia adicional que generó puntaje respecto de la persona inicialmente ofrecida, y requerirá la aprobación previa del supervisor del contrato.</w:t>
      </w:r>
    </w:p>
    <w:sectPr w:rsidR="002F4F7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678EC"/>
    <w:rsid w:val="002378C9"/>
    <w:rsid w:val="0029639D"/>
    <w:rsid w:val="002F4F7B"/>
    <w:rsid w:val="00326F90"/>
    <w:rsid w:val="004F65A5"/>
    <w:rsid w:val="0093718A"/>
    <w:rsid w:val="00A47D5E"/>
    <w:rsid w:val="00A7405E"/>
    <w:rsid w:val="00AA1D8D"/>
    <w:rsid w:val="00B47730"/>
    <w:rsid w:val="00CB0664"/>
    <w:rsid w:val="00ED277A"/>
    <w:rsid w:val="00F97CD5"/>
    <w:rsid w:val="00FC693F"/>
    <w:rsid w:val="0DA3AAF2"/>
    <w:rsid w:val="0E272579"/>
    <w:rsid w:val="1210A1D4"/>
    <w:rsid w:val="2522E245"/>
    <w:rsid w:val="2BDF4472"/>
    <w:rsid w:val="2E6AAFD6"/>
    <w:rsid w:val="31828562"/>
    <w:rsid w:val="324CB98B"/>
    <w:rsid w:val="38542793"/>
    <w:rsid w:val="387FBC26"/>
    <w:rsid w:val="3CA69A73"/>
    <w:rsid w:val="3DA103C5"/>
    <w:rsid w:val="48FE37E4"/>
    <w:rsid w:val="789CB219"/>
    <w:rsid w:val="7C3CB46C"/>
    <w:rsid w:val="7E5ECC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6369ED"/>
  <w14:defaultImageDpi w14:val="300"/>
  <w15:docId w15:val="{9AE34849-7215-4AF2-9117-91FA3DE12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es-CO"/>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0"/>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qFormat/>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A8FFCB6-90DD-4B3C-91D7-A6C688FA28DE}">
  <we:reference id="wa200010453" version="1.0.0.1" store="es-ES" storeType="OMEX"/>
  <we:alternateReferences>
    <we:reference id="wa200010453" version="1.0.0.1" store="wa200010453" storeType="OMEX"/>
  </we:alternateReferences>
  <we:properties>
    <we:property name="claude.fileId" value="&quot;09e44e86-6b52-42ae-b791-842193041838&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715</Words>
  <Characters>3938</Characters>
  <Application>Microsoft Office Word</Application>
  <DocSecurity>0</DocSecurity>
  <Lines>32</Lines>
  <Paragraphs>9</Paragraphs>
  <ScaleCrop>false</ScaleCrop>
  <Manager/>
  <Company/>
  <LinksUpToDate>false</LinksUpToDate>
  <CharactersWithSpaces>4644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Michelle Andrea Delgado Muñoz</cp:lastModifiedBy>
  <cp:revision>2</cp:revision>
  <dcterms:created xsi:type="dcterms:W3CDTF">2026-09-11T06:16:00Z</dcterms:created>
  <dcterms:modified xsi:type="dcterms:W3CDTF">2026-09-11T06:16:00Z</dcterms:modified>
  <cp:category/>
</cp:coreProperties>
</file>