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50E3A" w14:textId="4D453BB6" w:rsidR="00B657D9" w:rsidRPr="00851A1F" w:rsidRDefault="00000000">
      <w:pPr>
        <w:jc w:val="center"/>
        <w:rPr>
          <w:lang w:val="es-CO"/>
        </w:rPr>
      </w:pPr>
      <w:r w:rsidRPr="00851A1F">
        <w:rPr>
          <w:b/>
          <w:sz w:val="24"/>
          <w:lang w:val="es-CO"/>
        </w:rPr>
        <w:t>OFERTA ECONÓMICA</w:t>
      </w:r>
    </w:p>
    <w:p w14:paraId="65A16A3A" w14:textId="77777777" w:rsidR="00B657D9" w:rsidRPr="00851A1F" w:rsidRDefault="00000000">
      <w:pPr>
        <w:rPr>
          <w:lang w:val="es-CO"/>
        </w:rPr>
      </w:pPr>
      <w:r w:rsidRPr="00851A1F">
        <w:rPr>
          <w:lang w:val="es-CO"/>
        </w:rPr>
        <w:br/>
        <w:t>El/la suscrito/a ________________________________, con C.C. No. __________________, en mi condición de Representante Legal de la Empresa ________________________________, me permito presentar la siguiente propuesta económica para el objeto: “____________________________________________________________________________________________”.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962"/>
      </w:tblGrid>
      <w:tr w:rsidR="00B657D9" w14:paraId="36C64375" w14:textId="77777777">
        <w:trPr>
          <w:jc w:val="center"/>
        </w:trPr>
        <w:tc>
          <w:tcPr>
            <w:tcW w:w="9972" w:type="dxa"/>
            <w:shd w:val="clear" w:color="auto" w:fill="D9D9D9"/>
          </w:tcPr>
          <w:p w14:paraId="7C75302E" w14:textId="77777777" w:rsidR="00B657D9" w:rsidRDefault="00000000">
            <w:pPr>
              <w:jc w:val="center"/>
            </w:pPr>
            <w:r>
              <w:rPr>
                <w:b/>
              </w:rPr>
              <w:t>OFERTA ECONÓMICA</w:t>
            </w:r>
          </w:p>
        </w:tc>
      </w:tr>
      <w:tr w:rsidR="00B657D9" w14:paraId="52C359D1" w14:textId="77777777">
        <w:trPr>
          <w:jc w:val="center"/>
        </w:trPr>
        <w:tc>
          <w:tcPr>
            <w:tcW w:w="9972" w:type="dxa"/>
          </w:tcPr>
          <w:p w14:paraId="6F16A4F6" w14:textId="77777777" w:rsidR="00B657D9" w:rsidRDefault="00000000">
            <w:r w:rsidRPr="00851A1F">
              <w:rPr>
                <w:lang w:val="es-CO"/>
              </w:rPr>
              <w:t>VALOR TOTAL DE LA OFERTA ECONÓMICA $ ____________________________.</w:t>
            </w:r>
            <w:r w:rsidRPr="00851A1F">
              <w:rPr>
                <w:lang w:val="es-CO"/>
              </w:rPr>
              <w:br/>
            </w:r>
            <w:r>
              <w:t>________________________________________________________________ M/CTE.</w:t>
            </w:r>
          </w:p>
        </w:tc>
      </w:tr>
    </w:tbl>
    <w:p w14:paraId="2B5988DC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1:</w:t>
      </w:r>
      <w:r w:rsidRPr="00851A1F">
        <w:rPr>
          <w:lang w:val="es-CO"/>
        </w:rPr>
        <w:t xml:space="preserve"> Los valores ofertados no pueden SER IGUALES O MENORES A CERO (0), ni estar por encima de los porcentajes establecidos en el Estudio de Mercado de esta convocatoria. De lo contrario su oferta será rechazada.</w:t>
      </w:r>
    </w:p>
    <w:p w14:paraId="24E422E9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2:</w:t>
      </w:r>
      <w:r w:rsidRPr="00851A1F">
        <w:rPr>
          <w:lang w:val="es-CO"/>
        </w:rPr>
        <w:t xml:space="preserve"> El proponente debe diligenciar de forma completa el presente formato so pena de rechazo de la propuesta.</w:t>
      </w:r>
    </w:p>
    <w:p w14:paraId="5F1C06F4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3:</w:t>
      </w:r>
      <w:r w:rsidRPr="00851A1F">
        <w:rPr>
          <w:lang w:val="es-CO"/>
        </w:rPr>
        <w:t xml:space="preserve"> La NO presentación de la propuesta económica o el no cumplimiento de las condiciones referidas darán lugar al rechazo de la propuesta.</w:t>
      </w:r>
    </w:p>
    <w:p w14:paraId="5143B554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4:</w:t>
      </w:r>
      <w:r w:rsidRPr="00851A1F">
        <w:rPr>
          <w:lang w:val="es-CO"/>
        </w:rPr>
        <w:t xml:space="preserve"> Se aclara que la propuesta económica debe tener en cuenta todos los costos e impuestos, tributos, tasas o contribuciones a que haya lugar para la ejecución del contrato.</w:t>
      </w:r>
    </w:p>
    <w:p w14:paraId="2D902691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5:</w:t>
      </w:r>
      <w:r w:rsidRPr="00851A1F">
        <w:rPr>
          <w:lang w:val="es-CO"/>
        </w:rPr>
        <w:t xml:space="preserve"> Los valores presentados en la propuesta económica, serán los que regirán para la ejecución contractual.</w:t>
      </w:r>
    </w:p>
    <w:p w14:paraId="0E24545B" w14:textId="77777777" w:rsidR="00B657D9" w:rsidRPr="00851A1F" w:rsidRDefault="00000000">
      <w:pPr>
        <w:rPr>
          <w:lang w:val="es-CO"/>
        </w:rPr>
      </w:pPr>
      <w:r w:rsidRPr="00851A1F">
        <w:rPr>
          <w:b/>
          <w:lang w:val="es-CO"/>
        </w:rPr>
        <w:t>Nota 68:</w:t>
      </w:r>
      <w:r w:rsidRPr="00851A1F">
        <w:rPr>
          <w:lang w:val="es-CO"/>
        </w:rPr>
        <w:t xml:space="preserve"> Para efectos de la calificación de la oferta económica se aplicará el método descrito en el pliego de condiciones.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7"/>
        <w:gridCol w:w="4985"/>
      </w:tblGrid>
      <w:tr w:rsidR="00B657D9" w14:paraId="77A12D2D" w14:textId="77777777">
        <w:tc>
          <w:tcPr>
            <w:tcW w:w="9972" w:type="dxa"/>
            <w:gridSpan w:val="2"/>
            <w:shd w:val="clear" w:color="auto" w:fill="D9D9D9"/>
          </w:tcPr>
          <w:p w14:paraId="22C4EC12" w14:textId="77777777" w:rsidR="00B657D9" w:rsidRDefault="00000000">
            <w:pPr>
              <w:jc w:val="center"/>
            </w:pPr>
            <w:r>
              <w:rPr>
                <w:b/>
              </w:rPr>
              <w:t>DATOS DE LA EMPRESA</w:t>
            </w:r>
          </w:p>
        </w:tc>
      </w:tr>
      <w:tr w:rsidR="00B657D9" w14:paraId="339F93D6" w14:textId="77777777">
        <w:tc>
          <w:tcPr>
            <w:tcW w:w="4986" w:type="dxa"/>
          </w:tcPr>
          <w:p w14:paraId="7D4F11DA" w14:textId="77777777" w:rsidR="00B657D9" w:rsidRDefault="00000000">
            <w:r>
              <w:rPr>
                <w:b/>
              </w:rPr>
              <w:t>NOMBRE O RAZÓN SOCIAL</w:t>
            </w:r>
          </w:p>
        </w:tc>
        <w:tc>
          <w:tcPr>
            <w:tcW w:w="4986" w:type="dxa"/>
          </w:tcPr>
          <w:p w14:paraId="5D6CD7CC" w14:textId="77777777" w:rsidR="00B657D9" w:rsidRDefault="00000000">
            <w:r>
              <w:t>________________________________________</w:t>
            </w:r>
          </w:p>
        </w:tc>
      </w:tr>
      <w:tr w:rsidR="00B657D9" w14:paraId="4F479939" w14:textId="77777777">
        <w:tc>
          <w:tcPr>
            <w:tcW w:w="4986" w:type="dxa"/>
          </w:tcPr>
          <w:p w14:paraId="0BF753B5" w14:textId="77777777" w:rsidR="00B657D9" w:rsidRPr="00851A1F" w:rsidRDefault="00000000">
            <w:pPr>
              <w:rPr>
                <w:lang w:val="es-CO"/>
              </w:rPr>
            </w:pPr>
            <w:r w:rsidRPr="00851A1F">
              <w:rPr>
                <w:b/>
                <w:lang w:val="es-CO"/>
              </w:rPr>
              <w:t>DOCUMENTO DE IDENTIDAD O NIT</w:t>
            </w:r>
          </w:p>
        </w:tc>
        <w:tc>
          <w:tcPr>
            <w:tcW w:w="4986" w:type="dxa"/>
          </w:tcPr>
          <w:p w14:paraId="2A530DDD" w14:textId="77777777" w:rsidR="00B657D9" w:rsidRDefault="00000000">
            <w:r>
              <w:t>________________________________________</w:t>
            </w:r>
          </w:p>
        </w:tc>
      </w:tr>
      <w:tr w:rsidR="00B657D9" w14:paraId="463CC08B" w14:textId="77777777">
        <w:tc>
          <w:tcPr>
            <w:tcW w:w="4986" w:type="dxa"/>
          </w:tcPr>
          <w:p w14:paraId="08CDF38E" w14:textId="77777777" w:rsidR="00B657D9" w:rsidRDefault="00000000">
            <w:r>
              <w:rPr>
                <w:b/>
              </w:rPr>
              <w:t>NOMBRE REPRESENTANTE LEGAL</w:t>
            </w:r>
          </w:p>
        </w:tc>
        <w:tc>
          <w:tcPr>
            <w:tcW w:w="4986" w:type="dxa"/>
          </w:tcPr>
          <w:p w14:paraId="60054BE0" w14:textId="77777777" w:rsidR="00B657D9" w:rsidRDefault="00000000">
            <w:r>
              <w:t>________________________________________</w:t>
            </w:r>
          </w:p>
        </w:tc>
      </w:tr>
      <w:tr w:rsidR="00B657D9" w14:paraId="5081E319" w14:textId="77777777">
        <w:tc>
          <w:tcPr>
            <w:tcW w:w="4986" w:type="dxa"/>
          </w:tcPr>
          <w:p w14:paraId="23B36B1E" w14:textId="77777777" w:rsidR="00B657D9" w:rsidRDefault="00000000">
            <w:r>
              <w:rPr>
                <w:b/>
              </w:rPr>
              <w:t>No. DOCUMENTO REPRESENTANTE LEGAL</w:t>
            </w:r>
          </w:p>
        </w:tc>
        <w:tc>
          <w:tcPr>
            <w:tcW w:w="4986" w:type="dxa"/>
          </w:tcPr>
          <w:p w14:paraId="3521107A" w14:textId="77777777" w:rsidR="00B657D9" w:rsidRDefault="00000000">
            <w:r>
              <w:t>________________________________________</w:t>
            </w:r>
          </w:p>
        </w:tc>
      </w:tr>
      <w:tr w:rsidR="00B657D9" w14:paraId="5AC705A5" w14:textId="77777777">
        <w:tc>
          <w:tcPr>
            <w:tcW w:w="4986" w:type="dxa"/>
          </w:tcPr>
          <w:p w14:paraId="21F21A90" w14:textId="77777777" w:rsidR="00B657D9" w:rsidRDefault="00000000">
            <w:r>
              <w:rPr>
                <w:b/>
              </w:rPr>
              <w:t>DIRECCIÓN DE CORRESPONDENCIA</w:t>
            </w:r>
          </w:p>
        </w:tc>
        <w:tc>
          <w:tcPr>
            <w:tcW w:w="4986" w:type="dxa"/>
          </w:tcPr>
          <w:p w14:paraId="5FF1D00A" w14:textId="77777777" w:rsidR="00B657D9" w:rsidRDefault="00000000">
            <w:r>
              <w:t>________________________________________</w:t>
            </w:r>
          </w:p>
        </w:tc>
      </w:tr>
      <w:tr w:rsidR="00B657D9" w14:paraId="75471F33" w14:textId="77777777">
        <w:tc>
          <w:tcPr>
            <w:tcW w:w="4986" w:type="dxa"/>
          </w:tcPr>
          <w:p w14:paraId="20306801" w14:textId="77777777" w:rsidR="00B657D9" w:rsidRDefault="00000000">
            <w:r>
              <w:rPr>
                <w:b/>
              </w:rPr>
              <w:t>CORREO ELECTRÓNICO</w:t>
            </w:r>
          </w:p>
        </w:tc>
        <w:tc>
          <w:tcPr>
            <w:tcW w:w="4986" w:type="dxa"/>
          </w:tcPr>
          <w:p w14:paraId="7C12B8C4" w14:textId="77777777" w:rsidR="00B657D9" w:rsidRDefault="00000000">
            <w:r>
              <w:t>________________________________________</w:t>
            </w:r>
          </w:p>
        </w:tc>
      </w:tr>
      <w:tr w:rsidR="00B657D9" w14:paraId="254C3F03" w14:textId="77777777">
        <w:tc>
          <w:tcPr>
            <w:tcW w:w="4986" w:type="dxa"/>
          </w:tcPr>
          <w:p w14:paraId="4484EC3A" w14:textId="77777777" w:rsidR="00B657D9" w:rsidRDefault="00000000">
            <w:r>
              <w:rPr>
                <w:b/>
              </w:rPr>
              <w:t>TELÉFONOS DE CONTACTO</w:t>
            </w:r>
          </w:p>
        </w:tc>
        <w:tc>
          <w:tcPr>
            <w:tcW w:w="4986" w:type="dxa"/>
          </w:tcPr>
          <w:p w14:paraId="3A673AEC" w14:textId="77777777" w:rsidR="00B657D9" w:rsidRDefault="00000000">
            <w:r>
              <w:t>________________________________________</w:t>
            </w:r>
          </w:p>
        </w:tc>
      </w:tr>
    </w:tbl>
    <w:p w14:paraId="791A104E" w14:textId="7410A582" w:rsidR="00B657D9" w:rsidRDefault="00000000">
      <w:pPr>
        <w:jc w:val="center"/>
      </w:pPr>
      <w:r>
        <w:rPr>
          <w:b/>
          <w:i/>
        </w:rPr>
        <w:br/>
      </w:r>
    </w:p>
    <w:sectPr w:rsidR="00B657D9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2495783">
    <w:abstractNumId w:val="8"/>
  </w:num>
  <w:num w:numId="2" w16cid:durableId="1811432976">
    <w:abstractNumId w:val="6"/>
  </w:num>
  <w:num w:numId="3" w16cid:durableId="1424716476">
    <w:abstractNumId w:val="5"/>
  </w:num>
  <w:num w:numId="4" w16cid:durableId="263340336">
    <w:abstractNumId w:val="4"/>
  </w:num>
  <w:num w:numId="5" w16cid:durableId="1185174159">
    <w:abstractNumId w:val="7"/>
  </w:num>
  <w:num w:numId="6" w16cid:durableId="531111161">
    <w:abstractNumId w:val="3"/>
  </w:num>
  <w:num w:numId="7" w16cid:durableId="1628659960">
    <w:abstractNumId w:val="2"/>
  </w:num>
  <w:num w:numId="8" w16cid:durableId="57437552">
    <w:abstractNumId w:val="1"/>
  </w:num>
  <w:num w:numId="9" w16cid:durableId="140125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51A1F"/>
    <w:rsid w:val="00AA1D8D"/>
    <w:rsid w:val="00B47730"/>
    <w:rsid w:val="00B657D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4656E1"/>
  <w14:defaultImageDpi w14:val="300"/>
  <w15:docId w15:val="{A61F540C-5CA8-41AA-B29F-37D8469C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Dahiana Lizeth Alvarez Rozo</cp:lastModifiedBy>
  <cp:revision>2</cp:revision>
  <dcterms:created xsi:type="dcterms:W3CDTF">2026-09-25T22:37:00Z</dcterms:created>
  <dcterms:modified xsi:type="dcterms:W3CDTF">2026-09-25T22:37:00Z</dcterms:modified>
  <cp:category/>
</cp:coreProperties>
</file>