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E82141" w14:textId="77777777" w:rsidR="006705FC" w:rsidRPr="004B5E61" w:rsidRDefault="00000000">
      <w:pPr>
        <w:jc w:val="center"/>
        <w:rPr>
          <w:lang w:val="es-CO"/>
        </w:rPr>
      </w:pPr>
      <w:r w:rsidRPr="004B5E61">
        <w:rPr>
          <w:b/>
          <w:sz w:val="22"/>
          <w:lang w:val="es-CO"/>
        </w:rPr>
        <w:t>FORMATO No. 1</w:t>
      </w:r>
      <w:r w:rsidRPr="004B5E61">
        <w:rPr>
          <w:b/>
          <w:sz w:val="22"/>
          <w:lang w:val="es-CO"/>
        </w:rPr>
        <w:br/>
        <w:t>CARTA DE PRESENTACIÓN DE LA PROPUESTA</w:t>
      </w:r>
    </w:p>
    <w:p w14:paraId="3D508278" w14:textId="77777777" w:rsidR="006705FC" w:rsidRPr="004B5E61" w:rsidRDefault="00000000">
      <w:pPr>
        <w:rPr>
          <w:lang w:val="es-CO"/>
        </w:rPr>
      </w:pPr>
      <w:r w:rsidRPr="004B5E61">
        <w:rPr>
          <w:lang w:val="es-CO"/>
        </w:rPr>
        <w:t>Ciudad y fecha</w:t>
      </w:r>
    </w:p>
    <w:p w14:paraId="54AA16DA" w14:textId="77777777" w:rsidR="006705FC" w:rsidRPr="004B5E61" w:rsidRDefault="006705FC">
      <w:pPr>
        <w:rPr>
          <w:lang w:val="es-CO"/>
        </w:rPr>
      </w:pPr>
    </w:p>
    <w:p w14:paraId="1C3B7A32" w14:textId="77777777" w:rsidR="006705FC" w:rsidRPr="004B5E61" w:rsidRDefault="00000000">
      <w:pPr>
        <w:rPr>
          <w:lang w:val="es-CO"/>
        </w:rPr>
      </w:pPr>
      <w:r w:rsidRPr="004B5E61">
        <w:rPr>
          <w:lang w:val="es-CO"/>
        </w:rPr>
        <w:t>Señores</w:t>
      </w:r>
    </w:p>
    <w:p w14:paraId="30CB9134" w14:textId="77777777" w:rsidR="006705FC" w:rsidRPr="004B5E61" w:rsidRDefault="00000000">
      <w:pPr>
        <w:rPr>
          <w:lang w:val="es-CO"/>
        </w:rPr>
      </w:pPr>
      <w:r w:rsidRPr="004B5E61">
        <w:rPr>
          <w:b/>
          <w:lang w:val="es-CO"/>
        </w:rPr>
        <w:t>DIRECCIÓN DE SUSTITUCION DE CULTIVOS ILICITOS</w:t>
      </w:r>
    </w:p>
    <w:p w14:paraId="0C8E44D8" w14:textId="77777777" w:rsidR="006705FC" w:rsidRPr="004B5E61" w:rsidRDefault="00000000">
      <w:pPr>
        <w:rPr>
          <w:lang w:val="es-CO"/>
        </w:rPr>
      </w:pPr>
      <w:r w:rsidRPr="004B5E61">
        <w:rPr>
          <w:lang w:val="es-CO"/>
        </w:rPr>
        <w:t>Carrera 7 No.26- 20 Edificio Tequendama Piso 32</w:t>
      </w:r>
    </w:p>
    <w:p w14:paraId="48F3DAD9" w14:textId="77777777" w:rsidR="006705FC" w:rsidRDefault="00000000">
      <w:pPr>
        <w:rPr>
          <w:lang w:val="es-CO"/>
        </w:rPr>
      </w:pPr>
      <w:r w:rsidRPr="004B5E61">
        <w:rPr>
          <w:lang w:val="es-CO"/>
        </w:rPr>
        <w:t>Ciudad</w:t>
      </w:r>
    </w:p>
    <w:p w14:paraId="155FD5F4" w14:textId="77777777" w:rsidR="004B5E61" w:rsidRPr="004B5E61" w:rsidRDefault="004B5E61">
      <w:pPr>
        <w:rPr>
          <w:lang w:val="es-CO"/>
        </w:rPr>
      </w:pPr>
    </w:p>
    <w:p w14:paraId="4E1FA281" w14:textId="77777777" w:rsidR="006705FC" w:rsidRPr="004B5E61" w:rsidRDefault="00000000" w:rsidP="004B5E61">
      <w:pPr>
        <w:jc w:val="both"/>
        <w:rPr>
          <w:lang w:val="es-CO"/>
        </w:rPr>
      </w:pPr>
      <w:r w:rsidRPr="004B5E61">
        <w:rPr>
          <w:lang w:val="es-CO"/>
        </w:rPr>
        <w:t>El (los) suscrito (s) ____________________________________, Representante (s) Legal (es) de ___________________________, de acuerdo con los estudios previos y la invitación pública del Proceso de Selección No. ______, cuyo objeto consiste en: “________________________.”</w:t>
      </w:r>
    </w:p>
    <w:p w14:paraId="2EAA0961" w14:textId="77777777" w:rsidR="006705FC" w:rsidRPr="004B5E61" w:rsidRDefault="00000000" w:rsidP="004B5E61">
      <w:pPr>
        <w:jc w:val="both"/>
        <w:rPr>
          <w:lang w:val="es-CO"/>
        </w:rPr>
      </w:pPr>
      <w:r w:rsidRPr="004B5E61">
        <w:rPr>
          <w:lang w:val="es-CO"/>
        </w:rPr>
        <w:t>1. Que esta propuesta y el contrato que llegare a celebrarse solo compromete al (los) firmante(s) de esta carta y a la empresa que represento (amos).</w:t>
      </w:r>
    </w:p>
    <w:p w14:paraId="4C3691E6" w14:textId="77777777" w:rsidR="006705FC" w:rsidRPr="004B5E61" w:rsidRDefault="00000000" w:rsidP="004B5E61">
      <w:pPr>
        <w:jc w:val="both"/>
        <w:rPr>
          <w:lang w:val="es-CO"/>
        </w:rPr>
      </w:pPr>
      <w:r w:rsidRPr="004B5E61">
        <w:rPr>
          <w:lang w:val="es-CO"/>
        </w:rPr>
        <w:t>2. Que conozco (</w:t>
      </w:r>
      <w:proofErr w:type="spellStart"/>
      <w:r w:rsidRPr="004B5E61">
        <w:rPr>
          <w:lang w:val="es-CO"/>
        </w:rPr>
        <w:t>cemos</w:t>
      </w:r>
      <w:proofErr w:type="spellEnd"/>
      <w:r w:rsidRPr="004B5E61">
        <w:rPr>
          <w:lang w:val="es-CO"/>
        </w:rPr>
        <w:t>) la información general y específica contenida en el proceso de Selección No. ______________y demás documentos de la contratación y acepto (amos) los requisitos y especificaciones técnicas mínimas establecidas en el ANEXO ESPECIFICACIONES TECNICAS.</w:t>
      </w:r>
    </w:p>
    <w:p w14:paraId="6487FF37" w14:textId="77777777" w:rsidR="006705FC" w:rsidRPr="004B5E61" w:rsidRDefault="00000000" w:rsidP="004B5E61">
      <w:pPr>
        <w:jc w:val="both"/>
        <w:rPr>
          <w:lang w:val="es-CO"/>
        </w:rPr>
      </w:pPr>
      <w:r w:rsidRPr="004B5E61">
        <w:rPr>
          <w:lang w:val="es-CO"/>
        </w:rPr>
        <w:t>3. Que tengo (emos) conocimiento de los documentos que integran el proceso de selección y sus adendas.</w:t>
      </w:r>
    </w:p>
    <w:p w14:paraId="5056D8F1" w14:textId="77777777" w:rsidR="006705FC" w:rsidRPr="004B5E61" w:rsidRDefault="00000000" w:rsidP="004B5E61">
      <w:pPr>
        <w:jc w:val="both"/>
        <w:rPr>
          <w:lang w:val="es-CO"/>
        </w:rPr>
      </w:pPr>
      <w:r w:rsidRPr="004B5E61">
        <w:rPr>
          <w:lang w:val="es-CO"/>
        </w:rPr>
        <w:t>4. Declaro (amos) no hallarme (nos) incurso (s) en ninguna de las causales de inhabilidad e incompatibilidad señaladas en el artículo 8º de la Ley 80 de 1993, ley 1474 de 2011, demás disposiciones legales y normas reglamentarias vigentes.</w:t>
      </w:r>
    </w:p>
    <w:p w14:paraId="2ECD67F9" w14:textId="77777777" w:rsidR="006705FC" w:rsidRPr="004B5E61" w:rsidRDefault="00000000" w:rsidP="004B5E61">
      <w:pPr>
        <w:jc w:val="both"/>
        <w:rPr>
          <w:lang w:val="es-CO"/>
        </w:rPr>
      </w:pPr>
      <w:r w:rsidRPr="004B5E61">
        <w:rPr>
          <w:lang w:val="es-CO"/>
        </w:rPr>
        <w:t xml:space="preserve">5. El (los) suscrito (s) señala (n) como dirección comercial, a donde me (nos) puede (n) remitir o enviar por correo, notificaciones relacionadas con esta contratación, la </w:t>
      </w:r>
      <w:proofErr w:type="gramStart"/>
      <w:r w:rsidRPr="004B5E61">
        <w:rPr>
          <w:lang w:val="es-CO"/>
        </w:rPr>
        <w:t>siguiente:_</w:t>
      </w:r>
      <w:proofErr w:type="gramEnd"/>
      <w:r w:rsidRPr="004B5E61">
        <w:rPr>
          <w:lang w:val="es-CO"/>
        </w:rPr>
        <w:t>___________________________________________________________________</w:t>
      </w:r>
    </w:p>
    <w:p w14:paraId="191A8DCE" w14:textId="77777777" w:rsidR="006705FC" w:rsidRPr="004B5E61" w:rsidRDefault="00000000" w:rsidP="004B5E61">
      <w:pPr>
        <w:jc w:val="both"/>
        <w:rPr>
          <w:lang w:val="es-CO"/>
        </w:rPr>
      </w:pPr>
      <w:r w:rsidRPr="004B5E61">
        <w:rPr>
          <w:lang w:val="es-CO"/>
        </w:rPr>
        <w:t>• Que nos encontramos a paz y salvo por todo concepto con todas las Entidades Públicas.</w:t>
      </w:r>
    </w:p>
    <w:p w14:paraId="2ABEE337" w14:textId="77777777" w:rsidR="006705FC" w:rsidRPr="004B5E61" w:rsidRDefault="00000000" w:rsidP="004B5E61">
      <w:pPr>
        <w:jc w:val="both"/>
        <w:rPr>
          <w:lang w:val="es-CO"/>
        </w:rPr>
      </w:pPr>
      <w:r w:rsidRPr="004B5E61">
        <w:rPr>
          <w:lang w:val="es-CO"/>
        </w:rPr>
        <w:t>• Que el término de validez de la presente propuesta es de noventa (90) días calendario contados a partir de la fecha de su presentación.</w:t>
      </w:r>
    </w:p>
    <w:p w14:paraId="781F847A" w14:textId="77777777" w:rsidR="006705FC" w:rsidRPr="004B5E61" w:rsidRDefault="00000000" w:rsidP="004B5E61">
      <w:pPr>
        <w:jc w:val="both"/>
        <w:rPr>
          <w:lang w:val="es-CO"/>
        </w:rPr>
      </w:pPr>
      <w:r w:rsidRPr="004B5E61">
        <w:rPr>
          <w:lang w:val="es-CO"/>
        </w:rPr>
        <w:t>6. De igual manera me (nos) obligo (amos) para con la Dirección de Sustitución de Cultivos Ilícitos, a informar todo cambio de mi (nuestra) residencia o domicilio que ocurra durante el desarrollo del contrato que se suscriba como resultado de esta contratación, hasta su liquidación final.</w:t>
      </w:r>
    </w:p>
    <w:p w14:paraId="6C2A31CE" w14:textId="77777777" w:rsidR="006705FC" w:rsidRPr="004B5E61" w:rsidRDefault="00000000" w:rsidP="004B5E61">
      <w:pPr>
        <w:jc w:val="both"/>
        <w:rPr>
          <w:lang w:val="es-CO"/>
        </w:rPr>
      </w:pPr>
      <w:r w:rsidRPr="004B5E61">
        <w:rPr>
          <w:lang w:val="es-CO"/>
        </w:rPr>
        <w:t>7. Que la propuesta se presenta siguiendo el manual de uso del SECOP II, el cual me comprometo a seguir y respetar.</w:t>
      </w:r>
    </w:p>
    <w:p w14:paraId="29C5A4D9" w14:textId="77777777" w:rsidR="006705FC" w:rsidRPr="004B5E61" w:rsidRDefault="00000000" w:rsidP="004B5E61">
      <w:pPr>
        <w:jc w:val="both"/>
        <w:rPr>
          <w:lang w:val="es-CO"/>
        </w:rPr>
      </w:pPr>
      <w:r w:rsidRPr="004B5E61">
        <w:rPr>
          <w:lang w:val="es-CO"/>
        </w:rPr>
        <w:t>8. Que ninguno de los documentos de nuestra propuesta cuenta con reserva legal (En el evento de presentar documentos con reserva legal, indicar el nombre de los documentos y las normas en las que se sustenta).</w:t>
      </w:r>
    </w:p>
    <w:p w14:paraId="1E51D9CC" w14:textId="77777777" w:rsidR="006705FC" w:rsidRPr="004B5E61" w:rsidRDefault="00000000" w:rsidP="004B5E61">
      <w:pPr>
        <w:jc w:val="both"/>
        <w:rPr>
          <w:lang w:val="es-CO"/>
        </w:rPr>
      </w:pPr>
      <w:r w:rsidRPr="004B5E61">
        <w:rPr>
          <w:lang w:val="es-CO"/>
        </w:rPr>
        <w:t>9. Que de conformidad con el numeral 1 del artículo 67 de la Ley 1437 de 2011 que establece la notificación por medio electrónico, acepto y autorizo a ser notificado a través del usuario inscrito en el SECOP II.</w:t>
      </w:r>
    </w:p>
    <w:p w14:paraId="451D2D18" w14:textId="77777777" w:rsidR="006705FC" w:rsidRPr="004B5E61" w:rsidRDefault="00000000" w:rsidP="004B5E61">
      <w:pPr>
        <w:jc w:val="both"/>
        <w:rPr>
          <w:lang w:val="es-CO"/>
        </w:rPr>
      </w:pPr>
      <w:r w:rsidRPr="004B5E61">
        <w:rPr>
          <w:lang w:val="es-CO"/>
        </w:rPr>
        <w:t>10. Declaro que no me encuentro incurso en conflicto de interés alguno, ni tampoco nuestro equipo de trabajo.</w:t>
      </w:r>
    </w:p>
    <w:p w14:paraId="0B57BE39" w14:textId="77777777" w:rsidR="006705FC" w:rsidRPr="004B5E61" w:rsidRDefault="00000000" w:rsidP="004B5E61">
      <w:pPr>
        <w:jc w:val="both"/>
        <w:rPr>
          <w:lang w:val="es-CO"/>
        </w:rPr>
      </w:pPr>
      <w:r w:rsidRPr="004B5E61">
        <w:rPr>
          <w:lang w:val="es-CO"/>
        </w:rPr>
        <w:t xml:space="preserve">11. Manifestamos en calidad de proponentes </w:t>
      </w:r>
      <w:proofErr w:type="gramStart"/>
      <w:r w:rsidRPr="004B5E61">
        <w:rPr>
          <w:lang w:val="es-CO"/>
        </w:rPr>
        <w:t>que</w:t>
      </w:r>
      <w:proofErr w:type="gramEnd"/>
      <w:r w:rsidRPr="004B5E61">
        <w:rPr>
          <w:lang w:val="es-CO"/>
        </w:rPr>
        <w:t xml:space="preserve"> una vez conocida la información contenida en el proceso de selección del asunto, hemos efectuado nuestro propio análisis y hemos indagado plenamente los riesgos, contingencias, y otros datos necesarios para el buen desarrollo del contrato y determinar, de esta manera, los valores de nuestra oferta.</w:t>
      </w:r>
    </w:p>
    <w:p w14:paraId="402955A4" w14:textId="77777777" w:rsidR="006705FC" w:rsidRPr="004B5E61" w:rsidRDefault="00000000" w:rsidP="004B5E61">
      <w:pPr>
        <w:jc w:val="both"/>
        <w:rPr>
          <w:lang w:val="es-CO"/>
        </w:rPr>
      </w:pPr>
      <w:r w:rsidRPr="004B5E61">
        <w:rPr>
          <w:lang w:val="es-CO"/>
        </w:rPr>
        <w:lastRenderedPageBreak/>
        <w:t>12. Como proponentes manifestamos y certificamos que el personal en condición de discapacidad que nosotros o uno de nuestros integrantes en caso de consorcios o uniones temporales o promesas de sociedad futura, que hemos tenido vinculado laboralmente en un porcentaje no menor al 10% de la nómina, dentro de un periodo mínimo de un año de antelación a la fecha del cierre del presente proceso de selección, se mantendrá en la citada nómina como mínimo durante el plazo de ejecución del contrato que se deriva del presente proceso de selección.</w:t>
      </w:r>
      <w:r w:rsidRPr="004B5E61">
        <w:rPr>
          <w:lang w:val="es-CO"/>
        </w:rPr>
        <w:br/>
        <w:t>SI____ NO____</w:t>
      </w:r>
    </w:p>
    <w:p w14:paraId="0CC7529E" w14:textId="77777777" w:rsidR="006705FC" w:rsidRPr="004B5E61" w:rsidRDefault="00000000" w:rsidP="004B5E61">
      <w:pPr>
        <w:jc w:val="both"/>
        <w:rPr>
          <w:lang w:val="es-CO"/>
        </w:rPr>
      </w:pPr>
      <w:r w:rsidRPr="004B5E61">
        <w:rPr>
          <w:lang w:val="es-CO"/>
        </w:rPr>
        <w:t>13. Como proponente acepto que la notificación personal que legalmente deba hacer la Entidad, de actos administrativos expedidos en desarrollo del proceso de selección del asunto y en la ejecución del contrato, se efectúe de manera electrónica al correo electrónico señalado por nosotros, en esta carta de presentación, de conformidad con el artículo 56 de la Ley 1437 de 2011. SI ___ NO___</w:t>
      </w:r>
    </w:p>
    <w:p w14:paraId="55B9294D" w14:textId="77777777" w:rsidR="006705FC" w:rsidRPr="004B5E61" w:rsidRDefault="00000000" w:rsidP="004B5E61">
      <w:pPr>
        <w:jc w:val="both"/>
        <w:rPr>
          <w:lang w:val="es-CO"/>
        </w:rPr>
      </w:pPr>
      <w:r w:rsidRPr="004B5E61">
        <w:rPr>
          <w:lang w:val="es-CO"/>
        </w:rPr>
        <w:t>14. Me permito informar que las comunicaciones relativas a este proceso de selección las recibiré en la siguiente dirección o correo electrónico: __________________________.</w:t>
      </w:r>
    </w:p>
    <w:p w14:paraId="3B7247C3" w14:textId="77777777" w:rsidR="006705FC" w:rsidRPr="004B5E61" w:rsidRDefault="00000000" w:rsidP="004B5E61">
      <w:pPr>
        <w:jc w:val="both"/>
        <w:rPr>
          <w:lang w:val="es-CO"/>
        </w:rPr>
      </w:pPr>
      <w:r w:rsidRPr="004B5E61">
        <w:rPr>
          <w:lang w:val="es-CO"/>
        </w:rPr>
        <w:t>15. Igualmente señalo como dirección a donde se puede remitir por correo documentos y comunicaciones relacionadas con este proceso de selección, la siguiente:</w:t>
      </w:r>
    </w:p>
    <w:p w14:paraId="2A37E70C" w14:textId="77777777" w:rsidR="006705FC" w:rsidRPr="004B5E61" w:rsidRDefault="00000000">
      <w:pPr>
        <w:rPr>
          <w:lang w:val="es-CO"/>
        </w:rPr>
      </w:pPr>
      <w:r w:rsidRPr="004B5E61">
        <w:rPr>
          <w:lang w:val="es-CO"/>
        </w:rPr>
        <w:t>-Dirección del proponente: _______________________________</w:t>
      </w:r>
    </w:p>
    <w:p w14:paraId="3DA77DB8" w14:textId="77777777" w:rsidR="006705FC" w:rsidRPr="004B5E61" w:rsidRDefault="00000000">
      <w:pPr>
        <w:rPr>
          <w:lang w:val="es-CO"/>
        </w:rPr>
      </w:pPr>
      <w:r w:rsidRPr="004B5E61">
        <w:rPr>
          <w:lang w:val="es-CO"/>
        </w:rPr>
        <w:t>-Teléfono fijo: _________________________________________</w:t>
      </w:r>
    </w:p>
    <w:p w14:paraId="5D8EC4D3" w14:textId="77777777" w:rsidR="006705FC" w:rsidRPr="004B5E61" w:rsidRDefault="00000000">
      <w:pPr>
        <w:rPr>
          <w:lang w:val="es-CO"/>
        </w:rPr>
      </w:pPr>
      <w:r w:rsidRPr="004B5E61">
        <w:rPr>
          <w:lang w:val="es-CO"/>
        </w:rPr>
        <w:t>-Teléfono Celular: ______________________________________</w:t>
      </w:r>
    </w:p>
    <w:p w14:paraId="4921A958" w14:textId="77777777" w:rsidR="006705FC" w:rsidRPr="004B5E61" w:rsidRDefault="00000000">
      <w:pPr>
        <w:rPr>
          <w:lang w:val="es-CO"/>
        </w:rPr>
      </w:pPr>
      <w:r w:rsidRPr="004B5E61">
        <w:rPr>
          <w:lang w:val="es-CO"/>
        </w:rPr>
        <w:t>-Número de fax: _______________________________________</w:t>
      </w:r>
    </w:p>
    <w:p w14:paraId="2B6A74E1" w14:textId="77777777" w:rsidR="006705FC" w:rsidRPr="004B5E61" w:rsidRDefault="00000000">
      <w:pPr>
        <w:rPr>
          <w:lang w:val="es-CO"/>
        </w:rPr>
      </w:pPr>
      <w:r w:rsidRPr="004B5E61">
        <w:rPr>
          <w:lang w:val="es-CO"/>
        </w:rPr>
        <w:t>-Ciudad: _____________________________________________</w:t>
      </w:r>
    </w:p>
    <w:p w14:paraId="2E12A266" w14:textId="77777777" w:rsidR="006705FC" w:rsidRPr="004B5E61" w:rsidRDefault="00000000">
      <w:pPr>
        <w:rPr>
          <w:lang w:val="es-CO"/>
        </w:rPr>
      </w:pPr>
      <w:r w:rsidRPr="004B5E61">
        <w:rPr>
          <w:lang w:val="es-CO"/>
        </w:rPr>
        <w:t>-E-mail: ______________________________________________</w:t>
      </w:r>
    </w:p>
    <w:p w14:paraId="1BECE18C" w14:textId="77777777" w:rsidR="006705FC" w:rsidRPr="004B5E61" w:rsidRDefault="006705FC">
      <w:pPr>
        <w:rPr>
          <w:lang w:val="es-CO"/>
        </w:rPr>
      </w:pPr>
    </w:p>
    <w:p w14:paraId="69957E11" w14:textId="77777777" w:rsidR="006705FC" w:rsidRPr="004B5E61" w:rsidRDefault="00000000">
      <w:pPr>
        <w:rPr>
          <w:lang w:val="es-CO"/>
        </w:rPr>
      </w:pPr>
      <w:r w:rsidRPr="004B5E61">
        <w:rPr>
          <w:lang w:val="es-CO"/>
        </w:rPr>
        <w:t>Atentamente</w:t>
      </w:r>
    </w:p>
    <w:p w14:paraId="27123396" w14:textId="77777777" w:rsidR="006705FC" w:rsidRPr="004B5E61" w:rsidRDefault="006705FC">
      <w:pPr>
        <w:rPr>
          <w:lang w:val="es-CO"/>
        </w:rPr>
      </w:pPr>
    </w:p>
    <w:p w14:paraId="0051BA11" w14:textId="77777777" w:rsidR="006705FC" w:rsidRPr="004B5E61" w:rsidRDefault="00000000">
      <w:pPr>
        <w:rPr>
          <w:lang w:val="es-CO"/>
        </w:rPr>
      </w:pPr>
      <w:r w:rsidRPr="004B5E61">
        <w:rPr>
          <w:lang w:val="es-CO"/>
        </w:rPr>
        <w:t>Firma:</w:t>
      </w:r>
    </w:p>
    <w:p w14:paraId="5A5BD6F8" w14:textId="77777777" w:rsidR="006705FC" w:rsidRPr="004B5E61" w:rsidRDefault="00000000">
      <w:pPr>
        <w:rPr>
          <w:lang w:val="es-CO"/>
        </w:rPr>
      </w:pPr>
      <w:r w:rsidRPr="004B5E61">
        <w:rPr>
          <w:lang w:val="es-CO"/>
        </w:rPr>
        <w:t>Nombre de quien firma: __________________________________</w:t>
      </w:r>
    </w:p>
    <w:p w14:paraId="1052DC2A" w14:textId="77777777" w:rsidR="006705FC" w:rsidRPr="004B5E61" w:rsidRDefault="00000000">
      <w:pPr>
        <w:rPr>
          <w:lang w:val="es-CO"/>
        </w:rPr>
      </w:pPr>
      <w:r w:rsidRPr="004B5E61">
        <w:rPr>
          <w:lang w:val="es-CO"/>
        </w:rPr>
        <w:t>Documento de identificación: ______________________________</w:t>
      </w:r>
    </w:p>
    <w:p w14:paraId="55D4E09E" w14:textId="77777777" w:rsidR="006705FC" w:rsidRPr="004B5E61" w:rsidRDefault="00000000">
      <w:pPr>
        <w:rPr>
          <w:lang w:val="es-CO"/>
        </w:rPr>
      </w:pPr>
      <w:r w:rsidRPr="004B5E61">
        <w:rPr>
          <w:lang w:val="es-CO"/>
        </w:rPr>
        <w:t>Nombre del proponente: __________________________________</w:t>
      </w:r>
    </w:p>
    <w:p w14:paraId="62B9F16D" w14:textId="77777777" w:rsidR="006705FC" w:rsidRPr="004B5E61" w:rsidRDefault="00000000">
      <w:pPr>
        <w:rPr>
          <w:lang w:val="es-CO"/>
        </w:rPr>
      </w:pPr>
      <w:r w:rsidRPr="004B5E61">
        <w:rPr>
          <w:lang w:val="es-CO"/>
        </w:rPr>
        <w:t>NIT: __________________________________________________</w:t>
      </w:r>
    </w:p>
    <w:p w14:paraId="126FCF3F" w14:textId="77777777" w:rsidR="006705FC" w:rsidRPr="004B5E61" w:rsidRDefault="00000000" w:rsidP="004B5E61">
      <w:pPr>
        <w:jc w:val="both"/>
        <w:rPr>
          <w:sz w:val="18"/>
          <w:szCs w:val="20"/>
          <w:lang w:val="es-CO"/>
        </w:rPr>
      </w:pPr>
      <w:r w:rsidRPr="004B5E61">
        <w:rPr>
          <w:sz w:val="16"/>
          <w:szCs w:val="20"/>
          <w:lang w:val="es-CO"/>
        </w:rPr>
        <w:t>(*) NOTA: La carta de presentación deberá ser firmada por el proponente con la oferta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p>
    <w:sectPr w:rsidR="006705FC" w:rsidRPr="004B5E61" w:rsidSect="00034616">
      <w:pgSz w:w="12240" w:h="15840"/>
      <w:pgMar w:top="1134" w:right="1304" w:bottom="1134"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107510547">
    <w:abstractNumId w:val="8"/>
  </w:num>
  <w:num w:numId="2" w16cid:durableId="1553733768">
    <w:abstractNumId w:val="6"/>
  </w:num>
  <w:num w:numId="3" w16cid:durableId="566913819">
    <w:abstractNumId w:val="5"/>
  </w:num>
  <w:num w:numId="4" w16cid:durableId="210920986">
    <w:abstractNumId w:val="4"/>
  </w:num>
  <w:num w:numId="5" w16cid:durableId="4328691">
    <w:abstractNumId w:val="7"/>
  </w:num>
  <w:num w:numId="6" w16cid:durableId="2027751465">
    <w:abstractNumId w:val="3"/>
  </w:num>
  <w:num w:numId="7" w16cid:durableId="929124180">
    <w:abstractNumId w:val="2"/>
  </w:num>
  <w:num w:numId="8" w16cid:durableId="213977479">
    <w:abstractNumId w:val="1"/>
  </w:num>
  <w:num w:numId="9" w16cid:durableId="154414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B5E61"/>
    <w:rsid w:val="006705FC"/>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48035E"/>
  <w14:defaultImageDpi w14:val="300"/>
  <w15:docId w15:val="{F4561B48-2C28-4994-93E9-BA081E9EC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pPr>
    <w:rPr>
      <w:rFonts w:ascii="Arial" w:hAnsi="Arial"/>
      <w:sz w:val="20"/>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820</Words>
  <Characters>4513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5323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Dahiana Lizeth Alvarez Rozo</cp:lastModifiedBy>
  <cp:revision>2</cp:revision>
  <dcterms:created xsi:type="dcterms:W3CDTF">2013-12-23T23:15:00Z</dcterms:created>
  <dcterms:modified xsi:type="dcterms:W3CDTF">2026-09-25T21:35:00Z</dcterms:modified>
  <cp:category/>
</cp:coreProperties>
</file>