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5B3EE" w14:textId="77777777" w:rsidR="00BF1A7C" w:rsidRPr="006112F9" w:rsidRDefault="00000000">
      <w:pPr>
        <w:jc w:val="center"/>
        <w:rPr>
          <w:b/>
          <w:sz w:val="22"/>
          <w:lang w:val="es-CO"/>
        </w:rPr>
      </w:pPr>
      <w:r w:rsidRPr="006112F9">
        <w:rPr>
          <w:b/>
          <w:sz w:val="22"/>
          <w:lang w:val="es-CO"/>
        </w:rPr>
        <w:t>FORMATO No. 2</w:t>
      </w:r>
      <w:r w:rsidRPr="006112F9">
        <w:rPr>
          <w:b/>
          <w:sz w:val="22"/>
          <w:lang w:val="es-CO"/>
        </w:rPr>
        <w:br/>
        <w:t>MODELO DOCUMENTO DE CONSTITUCIÓN DE CONSORCIO O UNIÓN TEMPORAL</w:t>
      </w:r>
    </w:p>
    <w:p w14:paraId="20DD0C82" w14:textId="77777777" w:rsidR="006112F9" w:rsidRPr="006112F9" w:rsidRDefault="006112F9">
      <w:pPr>
        <w:jc w:val="center"/>
        <w:rPr>
          <w:lang w:val="es-CO"/>
        </w:rPr>
      </w:pPr>
    </w:p>
    <w:p w14:paraId="0744A3E1" w14:textId="77777777" w:rsidR="00BF1A7C" w:rsidRDefault="00000000">
      <w:pPr>
        <w:rPr>
          <w:lang w:val="es-CO"/>
        </w:rPr>
      </w:pPr>
      <w:r w:rsidRPr="006112F9">
        <w:rPr>
          <w:lang w:val="es-CO"/>
        </w:rPr>
        <w:t>Entre los suscritos, a saber:</w:t>
      </w:r>
    </w:p>
    <w:p w14:paraId="31C059EC" w14:textId="77777777" w:rsidR="006112F9" w:rsidRPr="006112F9" w:rsidRDefault="006112F9">
      <w:pPr>
        <w:rPr>
          <w:lang w:val="es-CO"/>
        </w:rPr>
      </w:pPr>
    </w:p>
    <w:p w14:paraId="6F4FB039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 xml:space="preserve">_____________________________, mayor de edad de nacionalidad colombiana, identificado con la cédula de ciudadanía No. ____________ expedida en _____________, quien obra en nombre propio o en representación legal de (escribir el nombre completo incluyendo el tipo de sociedad, o de entidad) legalmente constituida, con domicilio principal en _________________, con NIT __________________ , y debidamente facultado por los estatutos sociales (o Junta de Socios o el órgano directivo correspondiente, en este evento allegar el documento respectivo) , </w:t>
      </w:r>
      <w:proofErr w:type="spellStart"/>
      <w:r w:rsidRPr="006112F9">
        <w:rPr>
          <w:lang w:val="es-CO"/>
        </w:rPr>
        <w:t>ó</w:t>
      </w:r>
      <w:proofErr w:type="spellEnd"/>
      <w:r w:rsidRPr="006112F9">
        <w:rPr>
          <w:lang w:val="es-CO"/>
        </w:rPr>
        <w:t xml:space="preserve"> ___________________________ (persona natural, identificada con cédula de ciudadanía No.____________________) y ____________________ mayor de edad de nacionalidad colombiana, identificado con la cédula de ciudadanía No. _________ expedida en __________, quien obra en nombre propio o en representación legal de (escribir el nombre completo incluyendo el tipo de sociedad, o de entidad) legalmente constituida, con domicilio principal en ______________, con NIT __________ , y debidamente facultado por los estatutos sociales (o Junta de Socios o el órgano directivo correspondiente, en este evento allegar el documento respectivo), </w:t>
      </w:r>
      <w:proofErr w:type="spellStart"/>
      <w:r w:rsidRPr="006112F9">
        <w:rPr>
          <w:lang w:val="es-CO"/>
        </w:rPr>
        <w:t>ó</w:t>
      </w:r>
      <w:proofErr w:type="spellEnd"/>
      <w:r w:rsidRPr="006112F9">
        <w:rPr>
          <w:lang w:val="es-CO"/>
        </w:rPr>
        <w:t xml:space="preserve"> _________________ (persona natural, identificada con cédula de ciudadanía No.____________________), manifestamos que mediante el presente documento hemos acordado integrar una UNION TEMPORAL o CONSORCIO (según sea el caso) cuya integración, conformación y reglamentación se regirá por las siguientes cláusulas:</w:t>
      </w:r>
    </w:p>
    <w:p w14:paraId="5F287178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>ARTICULO 1. OBJETO DE LA UNION TEMPORAL o CONSORCIO (según sea el caso</w:t>
      </w:r>
      <w:proofErr w:type="gramStart"/>
      <w:r w:rsidRPr="006112F9">
        <w:rPr>
          <w:b/>
          <w:lang w:val="es-CO"/>
        </w:rPr>
        <w:t>).-</w:t>
      </w:r>
      <w:proofErr w:type="gramEnd"/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>El objeto del presente acuerdo es la integración de una UNION TEMPORAL o CONSORCIO (según sea el caso) entre ___________________ y _______________, plenamente identificados en el encabezamiento del presente documento, con el propósito de presentar en forma conjunta propuesta, para la convocatoria No. XX-XX abierta por la Dirección de Sustitución de Cultivos Ilícitos-DSCI, cuyo objeto es ______________________________________________y para la ejecución del contrato si nos fuere adjudicado.</w:t>
      </w:r>
      <w:r w:rsidRPr="006112F9">
        <w:rPr>
          <w:lang w:val="es-CO"/>
        </w:rPr>
        <w:br/>
      </w:r>
      <w:r w:rsidRPr="006112F9">
        <w:rPr>
          <w:lang w:val="es-CO"/>
        </w:rPr>
        <w:br/>
        <w:t>La integración de la UNIÓN TEMPORAL o CONSORCIO (según sea el caso) se refiere únicamente al desarrollo de las actividades y ejecución de los actos necesarios para la preparación y presentación de la propuesta para participar en la convocatoria, así como al cumplimiento de las obligaciones directamente emanadas de la eventual adjudicación, de acuerdo con los términos y condiciones de la convocatoria, así como la ejecución del contrato en los términos y condiciones establecidos en el pliego de condiciones y los términos contractuales del contrato en caso de ser adjudicatarios de la convocatoria.</w:t>
      </w:r>
      <w:r w:rsidRPr="006112F9">
        <w:rPr>
          <w:lang w:val="es-CO"/>
        </w:rPr>
        <w:br/>
      </w:r>
      <w:r w:rsidRPr="006112F9">
        <w:rPr>
          <w:lang w:val="es-CO"/>
        </w:rPr>
        <w:br/>
        <w:t>Las partes acuerdan y manifiestan que la presente UNIÓN TEMPORAL o CONSORCIO (según sea el caso) no constituye una persona jurídica distinta de las partes individualmente consideradas, ni sociedad de hecho, o sociedad alguna.</w:t>
      </w:r>
    </w:p>
    <w:p w14:paraId="2D95DEB0" w14:textId="07557A44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2. NOMBRE Y </w:t>
      </w:r>
      <w:r w:rsidR="006112F9" w:rsidRPr="006112F9">
        <w:rPr>
          <w:b/>
          <w:lang w:val="es-CO"/>
        </w:rPr>
        <w:t>DOMICILIO. -</w:t>
      </w:r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>La UNION TEMPORAL o CONSORCIO (según sea el caso) que las partes constituyen mediante el presente acuerdo se denominará para todos los efectos de la convocatoria y de la ejecución del contrato, en caso de resultar adjudicatario, "UNION TEMPORAL o CONSORCIO ___________________ y su domicilio será la ciudad de _________, con Dirección: ____________ Teléfono: ___________, Fax: _________________.</w:t>
      </w:r>
    </w:p>
    <w:p w14:paraId="7EB6CF59" w14:textId="77777777" w:rsidR="00332BD1" w:rsidRPr="006112F9" w:rsidRDefault="00332BD1" w:rsidP="006112F9">
      <w:pPr>
        <w:jc w:val="both"/>
        <w:rPr>
          <w:lang w:val="es-CO"/>
        </w:rPr>
      </w:pPr>
    </w:p>
    <w:p w14:paraId="698CD476" w14:textId="6E3212DD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3. </w:t>
      </w:r>
      <w:r w:rsidR="006112F9" w:rsidRPr="006112F9">
        <w:rPr>
          <w:b/>
          <w:lang w:val="es-CO"/>
        </w:rPr>
        <w:t>SOLIDARIDAD. -</w:t>
      </w:r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 xml:space="preserve">Para efectos de lo ordenado en el artículo 7 de la ley 80 de 1.993, las partes reconocen la solidaridad que resulte de todas y cada una de las obligaciones derivadas de la propuesta y del contrato que se llegare a celebrar con la Dirección de Sustitución de Cultivos Ilícitos-DSCI. </w:t>
      </w:r>
      <w:r w:rsidRPr="006112F9">
        <w:rPr>
          <w:lang w:val="es-CO"/>
        </w:rPr>
        <w:lastRenderedPageBreak/>
        <w:t>En consecuencia, nuestra responsabilidad será solidaria, mancomunada e ilimitada en todas y cada una de las obligaciones derivadas de la propuesta y el contrato, por virtud de lo cual entendemos que las actuaciones, hechos y omisiones que se presenten en desarrollo de la convocatoria y del contrato afectan a todos los integrantes que la conforman.</w:t>
      </w:r>
    </w:p>
    <w:p w14:paraId="43D1C77F" w14:textId="77777777" w:rsidR="00332BD1" w:rsidRPr="006112F9" w:rsidRDefault="00332BD1" w:rsidP="006112F9">
      <w:pPr>
        <w:jc w:val="both"/>
        <w:rPr>
          <w:lang w:val="es-CO"/>
        </w:rPr>
      </w:pPr>
    </w:p>
    <w:p w14:paraId="5ABF9A7E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ARTÍCULO 4. TÉRMINOS Y EXTENSIÓN DE LA PARTICIPACIÓN DE ACUERDO CON LA LEY.- </w:t>
      </w:r>
      <w:r w:rsidRPr="006112F9">
        <w:rPr>
          <w:lang w:val="es-CO"/>
        </w:rPr>
        <w:t>Sin perjuicio de la solidaridad consagrada en el artículo 3º. Inmediatamente anterior, las partes acuerdan y manifiestan que los términos y extensión de participación de cada uno de los integrantes, en la presentación de la propuesta y en la ejecución y cumplimiento del contrato, en el evento en que la convocatoria sea adjudicada a la UNIÓN TEMPORAL, son los que se describen en las siguientes actividades y porcentajes de participación:</w:t>
      </w:r>
    </w:p>
    <w:p w14:paraId="4A152142" w14:textId="77777777" w:rsidR="00332BD1" w:rsidRPr="006112F9" w:rsidRDefault="00332BD1" w:rsidP="006112F9">
      <w:pPr>
        <w:jc w:val="both"/>
        <w:rPr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11"/>
        <w:gridCol w:w="3211"/>
        <w:gridCol w:w="3211"/>
      </w:tblGrid>
      <w:tr w:rsidR="00BF1A7C" w14:paraId="750DCD5C" w14:textId="77777777">
        <w:trPr>
          <w:jc w:val="center"/>
        </w:trPr>
        <w:tc>
          <w:tcPr>
            <w:tcW w:w="3211" w:type="dxa"/>
          </w:tcPr>
          <w:p w14:paraId="0396B5A2" w14:textId="77777777" w:rsidR="00BF1A7C" w:rsidRDefault="00000000" w:rsidP="006112F9">
            <w:pPr>
              <w:jc w:val="both"/>
            </w:pPr>
            <w:r>
              <w:t>INTEGRANTE</w:t>
            </w:r>
          </w:p>
        </w:tc>
        <w:tc>
          <w:tcPr>
            <w:tcW w:w="3211" w:type="dxa"/>
          </w:tcPr>
          <w:p w14:paraId="47C2C3DE" w14:textId="77777777" w:rsidR="00BF1A7C" w:rsidRDefault="00000000" w:rsidP="006112F9">
            <w:pPr>
              <w:jc w:val="both"/>
            </w:pPr>
            <w:r>
              <w:t>ACTIVIDADES A EJECUTAR (*)</w:t>
            </w:r>
          </w:p>
        </w:tc>
        <w:tc>
          <w:tcPr>
            <w:tcW w:w="3211" w:type="dxa"/>
          </w:tcPr>
          <w:p w14:paraId="15E10872" w14:textId="77777777" w:rsidR="00BF1A7C" w:rsidRDefault="00000000" w:rsidP="006112F9">
            <w:pPr>
              <w:jc w:val="both"/>
            </w:pPr>
            <w:r>
              <w:t>% DE PARTICIPACIÓN</w:t>
            </w:r>
          </w:p>
        </w:tc>
      </w:tr>
      <w:tr w:rsidR="00BF1A7C" w14:paraId="5479F8FD" w14:textId="77777777">
        <w:trPr>
          <w:jc w:val="center"/>
        </w:trPr>
        <w:tc>
          <w:tcPr>
            <w:tcW w:w="3211" w:type="dxa"/>
          </w:tcPr>
          <w:p w14:paraId="2D8C3B5C" w14:textId="77777777" w:rsidR="00BF1A7C" w:rsidRDefault="00BF1A7C" w:rsidP="006112F9">
            <w:pPr>
              <w:jc w:val="both"/>
            </w:pPr>
          </w:p>
        </w:tc>
        <w:tc>
          <w:tcPr>
            <w:tcW w:w="3211" w:type="dxa"/>
          </w:tcPr>
          <w:p w14:paraId="77CDF27D" w14:textId="77777777" w:rsidR="00BF1A7C" w:rsidRDefault="00BF1A7C" w:rsidP="006112F9">
            <w:pPr>
              <w:jc w:val="both"/>
            </w:pPr>
          </w:p>
        </w:tc>
        <w:tc>
          <w:tcPr>
            <w:tcW w:w="3211" w:type="dxa"/>
          </w:tcPr>
          <w:p w14:paraId="32DC9CD9" w14:textId="77777777" w:rsidR="00BF1A7C" w:rsidRDefault="00BF1A7C" w:rsidP="006112F9">
            <w:pPr>
              <w:jc w:val="both"/>
            </w:pPr>
          </w:p>
        </w:tc>
      </w:tr>
    </w:tbl>
    <w:p w14:paraId="6651D8AD" w14:textId="77777777" w:rsidR="00BF1A7C" w:rsidRPr="00332BD1" w:rsidRDefault="00000000" w:rsidP="006112F9">
      <w:pPr>
        <w:jc w:val="both"/>
        <w:rPr>
          <w:i/>
          <w:iCs/>
          <w:lang w:val="es-CO"/>
        </w:rPr>
      </w:pPr>
      <w:r w:rsidRPr="00332BD1">
        <w:rPr>
          <w:i/>
          <w:iCs/>
          <w:lang w:val="es-CO"/>
        </w:rPr>
        <w:t>(</w:t>
      </w:r>
      <w:proofErr w:type="gramStart"/>
      <w:r w:rsidRPr="00332BD1">
        <w:rPr>
          <w:i/>
          <w:iCs/>
          <w:lang w:val="es-CO"/>
        </w:rPr>
        <w:t>*)Se</w:t>
      </w:r>
      <w:proofErr w:type="gramEnd"/>
      <w:r w:rsidRPr="00332BD1">
        <w:rPr>
          <w:i/>
          <w:iCs/>
          <w:lang w:val="es-CO"/>
        </w:rPr>
        <w:t xml:space="preserve"> deben discriminar actividades a ejecutar tanto en la presentación de la propuesta como en la ejecución del contrato, para cada uno de los integrantes de la UNIÓN TEMPORAL.</w:t>
      </w:r>
    </w:p>
    <w:p w14:paraId="6CF24BB9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PARÁGRAFO: </w:t>
      </w:r>
      <w:r w:rsidRPr="006112F9">
        <w:rPr>
          <w:lang w:val="es-CO"/>
        </w:rPr>
        <w:t>La participación de cada una de las partes que conforman el ciento por ciento (100%), de la UNIÓN TEMPORAL o CONSORCIO (según sea el caso) no podrá ser modificada sin el consentimiento previo de la Dirección de Sustitución de Cultivos Ilícitos-DSCI.</w:t>
      </w:r>
    </w:p>
    <w:p w14:paraId="372E418E" w14:textId="77777777" w:rsidR="00332BD1" w:rsidRPr="006112F9" w:rsidRDefault="00332BD1" w:rsidP="006112F9">
      <w:pPr>
        <w:jc w:val="both"/>
        <w:rPr>
          <w:lang w:val="es-CO"/>
        </w:rPr>
      </w:pPr>
    </w:p>
    <w:p w14:paraId="264FE11C" w14:textId="4C1DCFC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5. OBLIGACIONES Y </w:t>
      </w:r>
      <w:r w:rsidR="006112F9" w:rsidRPr="006112F9">
        <w:rPr>
          <w:b/>
          <w:lang w:val="es-CO"/>
        </w:rPr>
        <w:t>SANCIONES. -</w:t>
      </w:r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>Los miembros de la UNION TEMPORAL o CONSORCIO (según sea el caso) responderán solidariamente en cada uno de los compromisos que esta celebre con la Dirección de Sustitución de Cultivos Ilícitos-DSCI.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7BE8B91C" w14:textId="77777777" w:rsidR="00332BD1" w:rsidRPr="006112F9" w:rsidRDefault="00332BD1" w:rsidP="006112F9">
      <w:pPr>
        <w:jc w:val="both"/>
        <w:rPr>
          <w:lang w:val="es-CO"/>
        </w:rPr>
      </w:pPr>
    </w:p>
    <w:p w14:paraId="617BAE09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6. REPRESENTANTE DE LA UNIÓN TEMPORAL o CONSORCIO (según sea el caso). </w:t>
      </w:r>
      <w:r w:rsidRPr="006112F9">
        <w:rPr>
          <w:lang w:val="es-CO"/>
        </w:rPr>
        <w:t>Las partes han designado a ______________, domiciliado en Bogotá, D.C., ciudadano colombiano, identificado con la cédula de ciudadanía No. ___________, expedida en __________, para que actúe como representante y vocero de la UNIÓN TEMPORAL o CONSORCIO (según sea el caso) frente a la Dirección de Sustitución de Cultivos Ilícitos-DSCI y terceros. El representante tendrá todas las facultades necesarias para actuar en nombre de la UNIÓN TEMPORAL o CONSORCIO (según sea el caso) y en el de cada uno de sus miembros, en los asuntos relacionados directa e indirectamente con la elaboración y presentación de la propuesta y la celebración y ejecución del contrato en el caso de que la Dirección de Sustitución de Cultivos Ilícitos-DSCI adjudicase la convocatoria.</w:t>
      </w:r>
    </w:p>
    <w:p w14:paraId="60D07851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En especial tendrá las facultades suficientes para:</w:t>
      </w:r>
    </w:p>
    <w:p w14:paraId="38A4AE97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- Presentar la propuesta.</w:t>
      </w:r>
    </w:p>
    <w:p w14:paraId="20CAB7AA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- Suscribir la carta de presentación de la propuesta.</w:t>
      </w:r>
    </w:p>
    <w:p w14:paraId="1BF4C250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- Atender todos los posibles requerimientos que formule la Dirección de Sustitución de Cultivos Ilícitos-DSCI con aclaraciones a la propuesta.</w:t>
      </w:r>
    </w:p>
    <w:p w14:paraId="17CF2A77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- Suscribir cualquier otro documento y ejecutar cualquier otro acto que se requiera para la elaboración y presentación de la propuesta, dentro de los términos y condiciones de la convocatoria.</w:t>
      </w:r>
    </w:p>
    <w:p w14:paraId="019CE1F0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- Notificarse del acto de adjudicación de la convocatoria, así como de todos los documentos que la Dirección de Sustitución de Cultivos Ilícitos-DSCI emita en el curso del proceso de selección como en la ejecución del contrato, en el evento que la UNIÓN TEMPORAL o CONSORCIO resulte adjudicataria.</w:t>
      </w:r>
    </w:p>
    <w:p w14:paraId="7A946B55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lastRenderedPageBreak/>
        <w:t xml:space="preserve">- Suscribir el contrato correspondiente, así como las modificaciones, prorrogas, adiciones, liquidación y demás documentos que se produzcan en desarrollo </w:t>
      </w:r>
      <w:proofErr w:type="gramStart"/>
      <w:r w:rsidRPr="006112F9">
        <w:rPr>
          <w:lang w:val="es-CO"/>
        </w:rPr>
        <w:t>del mismo</w:t>
      </w:r>
      <w:proofErr w:type="gramEnd"/>
      <w:r w:rsidRPr="006112F9">
        <w:rPr>
          <w:lang w:val="es-CO"/>
        </w:rPr>
        <w:t>.</w:t>
      </w:r>
    </w:p>
    <w:p w14:paraId="2AE69018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- Ejecutar todos los actos y suscribir todos los documentos necesarios para la ejecución del contrato, dentro de los términos y condiciones del pliego de condiciones de la convocatoria.</w:t>
      </w:r>
    </w:p>
    <w:p w14:paraId="6A32C39B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- Presentar los recursos pertinentes tanto en nombre de la unión temporal como en nombre sus integrantes.</w:t>
      </w:r>
    </w:p>
    <w:p w14:paraId="3886F7D0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 xml:space="preserve">En el evento de presentarse inhabilidades sobrevivientes para la UNIÓN TEMPORAL o CONSORCIO (según sea el caso), los miembros de </w:t>
      </w:r>
      <w:proofErr w:type="gramStart"/>
      <w:r w:rsidRPr="006112F9">
        <w:rPr>
          <w:lang w:val="es-CO"/>
        </w:rPr>
        <w:t>la misma</w:t>
      </w:r>
      <w:proofErr w:type="gramEnd"/>
      <w:r w:rsidRPr="006112F9">
        <w:rPr>
          <w:lang w:val="es-CO"/>
        </w:rPr>
        <w:t>, o los representantes legales de éstos, el representante de la UNIÓN TEMPORAL o CONSORCIO (según sea el caso) tendrá la obligación de informarlo por escrito a la Dirección de Sustitución de Cultivos Ilícitos-DSCI, dentro de los cinco (5) días hábiles siguientes a la ocurrencia de los hechos que dieron lugar a ella.</w:t>
      </w:r>
    </w:p>
    <w:p w14:paraId="2CDDAC9F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Por el sólo hecho de la firma del presente acuerdo, el representante legal acepta esta designación y entiende las obligaciones que se deriva del mismo.</w:t>
      </w:r>
    </w:p>
    <w:p w14:paraId="4F34233B" w14:textId="77777777" w:rsidR="00BF1A7C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 xml:space="preserve">Durante la ejecución del contrato, si llegare a ser adjudicado, las partes podrán remplazar de mutuo acuerdo el representante de la UNIÓN TEMPORAL o CONSORCIO (según sea el caso), mediante documento suscrito por los integrantes </w:t>
      </w:r>
      <w:proofErr w:type="gramStart"/>
      <w:r w:rsidRPr="006112F9">
        <w:rPr>
          <w:lang w:val="es-CO"/>
        </w:rPr>
        <w:t>del mismo</w:t>
      </w:r>
      <w:proofErr w:type="gramEnd"/>
      <w:r w:rsidRPr="006112F9">
        <w:rPr>
          <w:lang w:val="es-CO"/>
        </w:rPr>
        <w:t>, que se comunicará a la entidad contratante.</w:t>
      </w:r>
    </w:p>
    <w:p w14:paraId="1BA7E725" w14:textId="77777777" w:rsidR="00332BD1" w:rsidRPr="006112F9" w:rsidRDefault="00332BD1" w:rsidP="006112F9">
      <w:pPr>
        <w:jc w:val="both"/>
        <w:rPr>
          <w:lang w:val="es-CO"/>
        </w:rPr>
      </w:pPr>
    </w:p>
    <w:p w14:paraId="1E38759D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7. </w:t>
      </w:r>
      <w:proofErr w:type="gramStart"/>
      <w:r w:rsidRPr="006112F9">
        <w:rPr>
          <w:b/>
          <w:lang w:val="es-CO"/>
        </w:rPr>
        <w:t>EXCLUSIVIDAD.-</w:t>
      </w:r>
      <w:proofErr w:type="gramEnd"/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>Durante la vigencia del presente acuerdo las partes se obligan a no participar directa o indirectamente en cualquier acto, negocio o contrato, relacionado con la presentación de otra propuesta para la convocatoria No. XXXXX.</w:t>
      </w:r>
    </w:p>
    <w:p w14:paraId="2C0D866A" w14:textId="77777777" w:rsidR="00332BD1" w:rsidRPr="006112F9" w:rsidRDefault="00332BD1" w:rsidP="006112F9">
      <w:pPr>
        <w:jc w:val="both"/>
        <w:rPr>
          <w:lang w:val="es-CO"/>
        </w:rPr>
      </w:pPr>
    </w:p>
    <w:p w14:paraId="7704C014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8. REGLAS </w:t>
      </w:r>
      <w:proofErr w:type="gramStart"/>
      <w:r w:rsidRPr="006112F9">
        <w:rPr>
          <w:b/>
          <w:lang w:val="es-CO"/>
        </w:rPr>
        <w:t>BÁSICAS.-</w:t>
      </w:r>
      <w:proofErr w:type="gramEnd"/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>(LAS PARTES PODRÁN INDICAR LAS REGLAS BÁSICAS POR LAS CUALES SE REGIRÁN LAS RELACIONES INTERNAS DE LOS INTEGRANTES DE LA UNIÓN TEMPORAL o CONSORCIO (según sea el caso).)</w:t>
      </w:r>
    </w:p>
    <w:p w14:paraId="42FC2127" w14:textId="77777777" w:rsidR="00332BD1" w:rsidRPr="006112F9" w:rsidRDefault="00332BD1" w:rsidP="006112F9">
      <w:pPr>
        <w:jc w:val="both"/>
        <w:rPr>
          <w:lang w:val="es-CO"/>
        </w:rPr>
      </w:pPr>
    </w:p>
    <w:p w14:paraId="0C49BA60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9. </w:t>
      </w:r>
      <w:proofErr w:type="gramStart"/>
      <w:r w:rsidRPr="006112F9">
        <w:rPr>
          <w:b/>
          <w:lang w:val="es-CO"/>
        </w:rPr>
        <w:t>DURACIÓN.-</w:t>
      </w:r>
      <w:proofErr w:type="gramEnd"/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>La duración de la UNIÓN TEMPORAL o CONSORCIO (según sea el caso), en caso de salir favorecida con la adjudicación, será igual al plazo del contrato y un (1) año más. En todo caso la unión temporal durará todo el término necesario para liquidar el contrato y atender las garantías prestadas. En caso de que la propuesta presentada por la UNIÓN TEMPORAL o CONSORCIO (según sea el caso) no resulte favorecida, la vigencia del presente acuerdo se extinguirá de manera automática.</w:t>
      </w:r>
    </w:p>
    <w:p w14:paraId="13D5C30C" w14:textId="77777777" w:rsidR="00332BD1" w:rsidRPr="006112F9" w:rsidRDefault="00332BD1" w:rsidP="006112F9">
      <w:pPr>
        <w:jc w:val="both"/>
        <w:rPr>
          <w:lang w:val="es-CO"/>
        </w:rPr>
      </w:pPr>
    </w:p>
    <w:p w14:paraId="037FB924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10. </w:t>
      </w:r>
      <w:proofErr w:type="gramStart"/>
      <w:r w:rsidRPr="006112F9">
        <w:rPr>
          <w:b/>
          <w:lang w:val="es-CO"/>
        </w:rPr>
        <w:t>CESIÓN.-</w:t>
      </w:r>
      <w:proofErr w:type="gramEnd"/>
      <w:r w:rsidRPr="006112F9">
        <w:rPr>
          <w:b/>
          <w:lang w:val="es-CO"/>
        </w:rPr>
        <w:t xml:space="preserve"> </w:t>
      </w:r>
      <w:r w:rsidRPr="006112F9">
        <w:rPr>
          <w:lang w:val="es-CO"/>
        </w:rPr>
        <w:t>No se podrá ceder en todo o en parte la participación de alguno de los integrantes de la unión temporal o del consorcio, entre ellos. Cuando se trate de cesión a un tercero se requerirá aprobación escrita previa de la Dirección de Sustitución de Cultivos Ilícitos-DSCI, quien, en virtud de la ley, podrá reservarse la facultad de aprobar dicha cesión.</w:t>
      </w:r>
    </w:p>
    <w:p w14:paraId="7776FD25" w14:textId="77777777" w:rsidR="00332BD1" w:rsidRPr="006112F9" w:rsidRDefault="00332BD1" w:rsidP="006112F9">
      <w:pPr>
        <w:jc w:val="both"/>
        <w:rPr>
          <w:lang w:val="es-CO"/>
        </w:rPr>
      </w:pPr>
    </w:p>
    <w:p w14:paraId="55EE3966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11. FACTURACION: </w:t>
      </w:r>
      <w:r w:rsidRPr="006112F9">
        <w:rPr>
          <w:lang w:val="es-CO"/>
        </w:rPr>
        <w:t>(Para CONSORCIOS o UNIONES TEMPORALES únicamente) Ajustar según condiciones de los integrantes del proponente plural</w:t>
      </w:r>
    </w:p>
    <w:p w14:paraId="168674A0" w14:textId="77777777" w:rsidR="00332BD1" w:rsidRPr="006112F9" w:rsidRDefault="00332BD1" w:rsidP="006112F9">
      <w:pPr>
        <w:jc w:val="both"/>
        <w:rPr>
          <w:lang w:val="es-CO"/>
        </w:rPr>
      </w:pPr>
    </w:p>
    <w:p w14:paraId="2F1CD50C" w14:textId="77777777" w:rsidR="00BF1A7C" w:rsidRDefault="00000000" w:rsidP="006112F9">
      <w:pPr>
        <w:jc w:val="both"/>
        <w:rPr>
          <w:lang w:val="es-CO"/>
        </w:rPr>
      </w:pPr>
      <w:r w:rsidRPr="006112F9">
        <w:rPr>
          <w:b/>
          <w:lang w:val="es-CO"/>
        </w:rPr>
        <w:t xml:space="preserve">ARTICULO 12. LEY Y JURISDICCIÓN APLICABLE- </w:t>
      </w:r>
      <w:r w:rsidRPr="006112F9">
        <w:rPr>
          <w:lang w:val="es-CO"/>
        </w:rPr>
        <w:t>EL presente acuerdo se rige por las leyes de la República de Colombia, en especial en lo dispuesto por la Ley 80 de 1993 y demás disposiciones complementarias</w:t>
      </w:r>
    </w:p>
    <w:p w14:paraId="6828F4D0" w14:textId="77777777" w:rsidR="00332BD1" w:rsidRPr="006112F9" w:rsidRDefault="00332BD1" w:rsidP="006112F9">
      <w:pPr>
        <w:jc w:val="both"/>
        <w:rPr>
          <w:lang w:val="es-CO"/>
        </w:rPr>
      </w:pPr>
    </w:p>
    <w:p w14:paraId="002602C8" w14:textId="77777777" w:rsidR="00BF1A7C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En constancia de lo anterior, se firma por quienes intervinieron en el presente documento a los _______ días del mes de _____ del año______,</w:t>
      </w:r>
    </w:p>
    <w:p w14:paraId="381CE677" w14:textId="77777777" w:rsidR="00332BD1" w:rsidRPr="006112F9" w:rsidRDefault="00332BD1" w:rsidP="006112F9">
      <w:pPr>
        <w:jc w:val="both"/>
        <w:rPr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6"/>
        <w:gridCol w:w="4816"/>
      </w:tblGrid>
      <w:tr w:rsidR="00BF1A7C" w14:paraId="1CFDCA06" w14:textId="77777777">
        <w:tc>
          <w:tcPr>
            <w:tcW w:w="4816" w:type="dxa"/>
          </w:tcPr>
          <w:p w14:paraId="4D4568D4" w14:textId="77777777" w:rsidR="00BF1A7C" w:rsidRDefault="00000000" w:rsidP="006112F9">
            <w:pPr>
              <w:jc w:val="both"/>
            </w:pPr>
            <w:r>
              <w:t>POR</w:t>
            </w:r>
          </w:p>
        </w:tc>
        <w:tc>
          <w:tcPr>
            <w:tcW w:w="4816" w:type="dxa"/>
          </w:tcPr>
          <w:p w14:paraId="7AD3735E" w14:textId="77777777" w:rsidR="00BF1A7C" w:rsidRDefault="00000000" w:rsidP="006112F9">
            <w:pPr>
              <w:jc w:val="both"/>
            </w:pPr>
            <w:r>
              <w:t>POR</w:t>
            </w:r>
          </w:p>
        </w:tc>
      </w:tr>
      <w:tr w:rsidR="00BF1A7C" w14:paraId="009C73F0" w14:textId="77777777">
        <w:tc>
          <w:tcPr>
            <w:tcW w:w="4816" w:type="dxa"/>
          </w:tcPr>
          <w:p w14:paraId="4F3BF8CF" w14:textId="77777777" w:rsidR="00BF1A7C" w:rsidRDefault="00000000" w:rsidP="006112F9">
            <w:pPr>
              <w:jc w:val="both"/>
            </w:pPr>
            <w:r>
              <w:t>_________________________________</w:t>
            </w:r>
          </w:p>
        </w:tc>
        <w:tc>
          <w:tcPr>
            <w:tcW w:w="4816" w:type="dxa"/>
          </w:tcPr>
          <w:p w14:paraId="4AC4F29E" w14:textId="77777777" w:rsidR="00BF1A7C" w:rsidRDefault="00000000" w:rsidP="006112F9">
            <w:pPr>
              <w:jc w:val="both"/>
            </w:pPr>
            <w:r>
              <w:t>___________________________________</w:t>
            </w:r>
          </w:p>
        </w:tc>
      </w:tr>
      <w:tr w:rsidR="00BF1A7C" w14:paraId="39B56C98" w14:textId="77777777">
        <w:tc>
          <w:tcPr>
            <w:tcW w:w="4816" w:type="dxa"/>
          </w:tcPr>
          <w:p w14:paraId="0D187E2E" w14:textId="77777777" w:rsidR="00BF1A7C" w:rsidRDefault="00000000" w:rsidP="006112F9">
            <w:pPr>
              <w:jc w:val="both"/>
            </w:pPr>
            <w:r>
              <w:t>Representante Legal</w:t>
            </w:r>
          </w:p>
        </w:tc>
        <w:tc>
          <w:tcPr>
            <w:tcW w:w="4816" w:type="dxa"/>
          </w:tcPr>
          <w:p w14:paraId="7FAD62D4" w14:textId="77777777" w:rsidR="00BF1A7C" w:rsidRDefault="00000000" w:rsidP="006112F9">
            <w:pPr>
              <w:jc w:val="both"/>
            </w:pPr>
            <w:r>
              <w:t>Representante Legal</w:t>
            </w:r>
          </w:p>
        </w:tc>
      </w:tr>
      <w:tr w:rsidR="00BF1A7C" w14:paraId="081CF8D7" w14:textId="77777777">
        <w:tc>
          <w:tcPr>
            <w:tcW w:w="4816" w:type="dxa"/>
          </w:tcPr>
          <w:p w14:paraId="0013D1F9" w14:textId="77777777" w:rsidR="00BF1A7C" w:rsidRDefault="00000000" w:rsidP="006112F9">
            <w:pPr>
              <w:jc w:val="both"/>
            </w:pPr>
            <w:r>
              <w:t>Nombre :</w:t>
            </w:r>
          </w:p>
        </w:tc>
        <w:tc>
          <w:tcPr>
            <w:tcW w:w="4816" w:type="dxa"/>
          </w:tcPr>
          <w:p w14:paraId="136AED44" w14:textId="77777777" w:rsidR="00BF1A7C" w:rsidRDefault="00000000" w:rsidP="006112F9">
            <w:pPr>
              <w:jc w:val="both"/>
            </w:pPr>
            <w:r>
              <w:t>Nombre:</w:t>
            </w:r>
          </w:p>
        </w:tc>
      </w:tr>
      <w:tr w:rsidR="00BF1A7C" w14:paraId="3BCAD44B" w14:textId="77777777">
        <w:tc>
          <w:tcPr>
            <w:tcW w:w="4816" w:type="dxa"/>
          </w:tcPr>
          <w:p w14:paraId="5A82F48A" w14:textId="77777777" w:rsidR="00BF1A7C" w:rsidRDefault="00000000" w:rsidP="006112F9">
            <w:pPr>
              <w:jc w:val="both"/>
            </w:pPr>
            <w:r>
              <w:t>C.C / Firma: _______________________</w:t>
            </w:r>
          </w:p>
        </w:tc>
        <w:tc>
          <w:tcPr>
            <w:tcW w:w="4816" w:type="dxa"/>
          </w:tcPr>
          <w:p w14:paraId="6CEC2EC3" w14:textId="77777777" w:rsidR="00BF1A7C" w:rsidRDefault="00000000" w:rsidP="006112F9">
            <w:pPr>
              <w:jc w:val="both"/>
            </w:pPr>
            <w:r>
              <w:t>C.C / Firma: ______________________</w:t>
            </w:r>
          </w:p>
        </w:tc>
      </w:tr>
    </w:tbl>
    <w:p w14:paraId="3EBC5107" w14:textId="77777777" w:rsidR="00332BD1" w:rsidRDefault="00332BD1" w:rsidP="006112F9">
      <w:pPr>
        <w:jc w:val="both"/>
        <w:rPr>
          <w:lang w:val="es-CO"/>
        </w:rPr>
      </w:pPr>
    </w:p>
    <w:p w14:paraId="6F3F18FC" w14:textId="572843C2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Acepto el nombramiento como representante de la UNIÓN TEMPORAL o CONSORCIO (según sea el caso):</w:t>
      </w:r>
    </w:p>
    <w:p w14:paraId="62AE7049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Nombre:</w:t>
      </w:r>
    </w:p>
    <w:p w14:paraId="59167A5B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C.C.</w:t>
      </w:r>
    </w:p>
    <w:p w14:paraId="4E60ED18" w14:textId="77777777" w:rsidR="00BF1A7C" w:rsidRPr="006112F9" w:rsidRDefault="00000000" w:rsidP="006112F9">
      <w:pPr>
        <w:jc w:val="both"/>
        <w:rPr>
          <w:lang w:val="es-CO"/>
        </w:rPr>
      </w:pPr>
      <w:r w:rsidRPr="006112F9">
        <w:rPr>
          <w:lang w:val="es-CO"/>
        </w:rPr>
        <w:t>Firma: ____________________</w:t>
      </w:r>
    </w:p>
    <w:p w14:paraId="77748B1B" w14:textId="77777777" w:rsidR="00BF1A7C" w:rsidRPr="006112F9" w:rsidRDefault="00000000" w:rsidP="006112F9">
      <w:pPr>
        <w:jc w:val="both"/>
        <w:rPr>
          <w:sz w:val="18"/>
          <w:szCs w:val="20"/>
          <w:lang w:val="es-CO"/>
        </w:rPr>
      </w:pPr>
      <w:r w:rsidRPr="006112F9">
        <w:rPr>
          <w:b/>
          <w:sz w:val="18"/>
          <w:szCs w:val="20"/>
          <w:lang w:val="es-CO"/>
        </w:rPr>
        <w:t xml:space="preserve">Nota: </w:t>
      </w:r>
      <w:r w:rsidRPr="006112F9">
        <w:rPr>
          <w:sz w:val="18"/>
          <w:szCs w:val="20"/>
          <w:lang w:val="es-CO"/>
        </w:rPr>
        <w:t>El documento de conformación UNIÓN TEMPORAL o CONSORCIO podrá contener otras CLÁUSULAS que los integrantes consideren pertinentes, siempre y cuando no contravengan lo dispuesto en la Ley 80 de 1993 o incluyan limitaciones o exclusiones</w:t>
      </w:r>
    </w:p>
    <w:p w14:paraId="4D097F66" w14:textId="77777777" w:rsidR="00BF1A7C" w:rsidRPr="006112F9" w:rsidRDefault="00000000" w:rsidP="006112F9">
      <w:pPr>
        <w:jc w:val="both"/>
        <w:rPr>
          <w:sz w:val="18"/>
          <w:szCs w:val="20"/>
          <w:lang w:val="es-CO"/>
        </w:rPr>
      </w:pPr>
      <w:r w:rsidRPr="006112F9">
        <w:rPr>
          <w:sz w:val="18"/>
          <w:szCs w:val="20"/>
          <w:lang w:val="es-CO"/>
        </w:rPr>
        <w:t>Cualquier error o deficiencia en el señalamiento de las actividades de los miembros de la Unión Temporal, hará que la Dirección de Sustitución de Cultivos Ilícitos-DSCI, tome la propuesta presentada por un consorcio siempre y cuando no existan restricciones a los representantes legales y no se allegue autorización expresa del órgano competente.</w:t>
      </w:r>
    </w:p>
    <w:p w14:paraId="006937D0" w14:textId="77777777" w:rsidR="00BF1A7C" w:rsidRPr="006112F9" w:rsidRDefault="00000000" w:rsidP="006112F9">
      <w:pPr>
        <w:jc w:val="both"/>
        <w:rPr>
          <w:sz w:val="18"/>
          <w:szCs w:val="20"/>
          <w:lang w:val="es-CO"/>
        </w:rPr>
      </w:pPr>
      <w:r w:rsidRPr="006112F9">
        <w:rPr>
          <w:sz w:val="18"/>
          <w:szCs w:val="20"/>
          <w:lang w:val="es-CO"/>
        </w:rPr>
        <w:t>Anexar la Autorización de la Junta Directiva o Junta de Socios para presentar propuesta y suscribir contrato, en los casos en que la autoridad delegada al Representante Legal de la firma sea inferior al valor de la propuesta presentada.</w:t>
      </w:r>
    </w:p>
    <w:sectPr w:rsidR="00BF1A7C" w:rsidRPr="006112F9" w:rsidSect="00034616">
      <w:pgSz w:w="12240" w:h="15840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71844353">
    <w:abstractNumId w:val="8"/>
  </w:num>
  <w:num w:numId="2" w16cid:durableId="2091731282">
    <w:abstractNumId w:val="6"/>
  </w:num>
  <w:num w:numId="3" w16cid:durableId="900672546">
    <w:abstractNumId w:val="5"/>
  </w:num>
  <w:num w:numId="4" w16cid:durableId="1886018119">
    <w:abstractNumId w:val="4"/>
  </w:num>
  <w:num w:numId="5" w16cid:durableId="2039114919">
    <w:abstractNumId w:val="7"/>
  </w:num>
  <w:num w:numId="6" w16cid:durableId="1776438691">
    <w:abstractNumId w:val="3"/>
  </w:num>
  <w:num w:numId="7" w16cid:durableId="1391150106">
    <w:abstractNumId w:val="2"/>
  </w:num>
  <w:num w:numId="8" w16cid:durableId="506333405">
    <w:abstractNumId w:val="1"/>
  </w:num>
  <w:num w:numId="9" w16cid:durableId="1086413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32BD1"/>
    <w:rsid w:val="006112F9"/>
    <w:rsid w:val="00AA1D8D"/>
    <w:rsid w:val="00B47730"/>
    <w:rsid w:val="00BF1A7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BBB3C"/>
  <w14:defaultImageDpi w14:val="300"/>
  <w15:docId w15:val="{509035B7-2C80-46A1-9F1C-5D8DB2E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1778</Words>
  <Characters>9782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Dahiana Lizeth Alvarez Rozo</cp:lastModifiedBy>
  <cp:revision>3</cp:revision>
  <dcterms:created xsi:type="dcterms:W3CDTF">2013-12-23T23:15:00Z</dcterms:created>
  <dcterms:modified xsi:type="dcterms:W3CDTF">2026-09-25T21:38:00Z</dcterms:modified>
  <cp:category/>
</cp:coreProperties>
</file>