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200"/>
        <w:jc w:val="center"/>
      </w:pPr>
      <w:r>
        <w:rPr>
          <w:rFonts w:ascii="Arial" w:hAnsi="Arial"/>
          <w:b/>
          <w:i w:val="0"/>
          <w:sz w:val="22"/>
        </w:rPr>
        <w:t>FORMATO VINCULACIÓN DE POBLACIÓN INDÍGENA, NEGRA,</w:t>
        <w:br/>
        <w:t>AFROCOLOMBIANA, RAIZAL, PALENQUERA, RROM O GITANA</w:t>
      </w:r>
    </w:p>
    <w:p>
      <w:pPr>
        <w:spacing w:before="0" w:after="200"/>
        <w:jc w:val="center"/>
      </w:pPr>
      <w:r>
        <w:rPr>
          <w:rFonts w:ascii="Arial" w:hAnsi="Arial"/>
          <w:b w:val="0"/>
          <w:i/>
          <w:sz w:val="19"/>
        </w:rPr>
        <w:t>[La información de este Formato contiene datos sensibles la cual está sujeta a reserva legal y por tanto no se podrá publicar en el SECOP I y II para su conocimiento]</w:t>
      </w:r>
    </w:p>
    <w:p>
      <w:pPr>
        <w:spacing w:before="0" w:after="200"/>
      </w:pPr>
      <w:r>
        <w:rPr>
          <w:rFonts w:ascii="Arial" w:hAnsi="Arial"/>
          <w:b w:val="0"/>
          <w:i w:val="0"/>
          <w:sz w:val="19"/>
        </w:rPr>
        <w:t>Bogotá D. C.,</w:t>
      </w:r>
    </w:p>
    <w:p>
      <w:pPr>
        <w:spacing w:before="0" w:after="0"/>
      </w:pPr>
      <w:r>
        <w:rPr>
          <w:rFonts w:ascii="Arial" w:hAnsi="Arial"/>
          <w:b w:val="0"/>
          <w:i w:val="0"/>
          <w:sz w:val="19"/>
        </w:rPr>
        <w:t>Señores</w:t>
      </w:r>
    </w:p>
    <w:p>
      <w:pPr>
        <w:spacing w:before="0" w:after="0"/>
      </w:pPr>
      <w:r>
        <w:rPr>
          <w:rFonts w:ascii="Arial" w:hAnsi="Arial"/>
          <w:b/>
          <w:i w:val="0"/>
          <w:sz w:val="19"/>
        </w:rPr>
        <w:t>DIRECCIÓN DE SUSTITUCIÓN DE CULTIVOS ILÍCITOS</w:t>
      </w:r>
    </w:p>
    <w:p>
      <w:pPr>
        <w:spacing w:before="0" w:after="200"/>
      </w:pPr>
      <w:r>
        <w:rPr>
          <w:rFonts w:ascii="Arial" w:hAnsi="Arial"/>
          <w:b w:val="0"/>
          <w:i w:val="0"/>
          <w:sz w:val="19"/>
        </w:rPr>
        <w:t>Ciudad</w:t>
      </w:r>
    </w:p>
    <w:p>
      <w:pPr>
        <w:spacing w:before="0" w:after="200"/>
      </w:pPr>
      <w:r>
        <w:rPr>
          <w:rFonts w:ascii="Arial" w:hAnsi="Arial"/>
          <w:b/>
          <w:i w:val="0"/>
          <w:sz w:val="19"/>
        </w:rPr>
        <w:t>REF. PROPUESTA PARA EL PROCESO N° XXXXXXXXXXXXXXXX</w:t>
      </w:r>
    </w:p>
    <w:p>
      <w:pPr>
        <w:spacing w:before="0" w:after="160"/>
      </w:pPr>
      <w:r>
        <w:rPr>
          <w:rFonts w:ascii="Arial" w:hAnsi="Arial"/>
          <w:b w:val="0"/>
          <w:i w:val="0"/>
          <w:sz w:val="19"/>
        </w:rPr>
        <w:t>Estimados señores:</w:t>
      </w:r>
    </w:p>
    <w:p>
      <w:pPr>
        <w:spacing w:before="0" w:after="80"/>
      </w:pPr>
      <w:r>
        <w:rPr>
          <w:rFonts w:ascii="Arial" w:hAnsi="Arial"/>
          <w:b w:val="0"/>
          <w:i w:val="0"/>
          <w:sz w:val="19"/>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 certifico bajo la gravedad de juramento que:</w:t>
      </w:r>
    </w:p>
    <w:p>
      <w:pPr>
        <w:spacing w:before="0" w:after="80"/>
      </w:pPr>
      <w:r>
        <w:rPr>
          <w:rFonts w:ascii="Arial" w:hAnsi="Arial"/>
          <w:b w:val="0"/>
          <w:i w:val="0"/>
          <w:sz w:val="19"/>
        </w:rPr>
        <w:t>i) El número total de trabajadores vinculados a la nómina corresponden a [Diligenciar el número de trabajadores vinculados a la nómina]</w:t>
      </w:r>
    </w:p>
    <w:p>
      <w:pPr>
        <w:spacing w:before="0" w:after="80"/>
      </w:pPr>
      <w:r>
        <w:rPr>
          <w:rFonts w:ascii="Arial" w:hAnsi="Arial"/>
          <w:b w:val="0"/>
          <w:i w:val="0"/>
          <w:sz w:val="19"/>
        </w:rPr>
        <w:t>ii) 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tbl>
      <w:tblPr>
        <w:tblStyle w:val="TableGrid"/>
        <w:tblW w:type="auto" w:w="0"/>
        <w:jc w:val="center"/>
        <w:tblLook w:firstColumn="1" w:firstRow="1" w:lastColumn="0" w:lastRow="0" w:noHBand="0" w:noVBand="1" w:val="04A0"/>
      </w:tblPr>
      <w:tblGrid>
        <w:gridCol w:w="4680"/>
        <w:gridCol w:w="4680"/>
      </w:tblGrid>
      <w:tr>
        <w:tc>
          <w:tcPr>
            <w:tcW w:type="dxa" w:w="4968"/>
            <w:vAlign w:val="center"/>
          </w:tcPr>
          <w:p>
            <w:pPr>
              <w:jc w:val="center"/>
            </w:pPr>
            <w:r>
              <w:rPr>
                <w:rFonts w:ascii="Arial" w:hAnsi="Arial"/>
                <w:b/>
                <w:sz w:val="18"/>
              </w:rPr>
              <w:t>Nombre</w:t>
            </w:r>
          </w:p>
        </w:tc>
        <w:tc>
          <w:tcPr>
            <w:tcW w:type="dxa" w:w="4968"/>
            <w:vAlign w:val="center"/>
          </w:tcPr>
          <w:p>
            <w:pPr>
              <w:jc w:val="center"/>
            </w:pPr>
            <w:r>
              <w:rPr>
                <w:rFonts w:ascii="Arial" w:hAnsi="Arial"/>
                <w:b/>
                <w:sz w:val="18"/>
              </w:rPr>
              <w:t>Identificación</w:t>
            </w:r>
          </w:p>
        </w:tc>
      </w:tr>
      <w:tr>
        <w:tc>
          <w:tcPr>
            <w:tcW w:type="dxa" w:w="4968"/>
            <w:vAlign w:val="center"/>
          </w:tcPr>
          <w:p>
            <w:r>
              <w:br/>
            </w:r>
          </w:p>
        </w:tc>
        <w:tc>
          <w:tcPr>
            <w:tcW w:type="dxa" w:w="4968"/>
            <w:vAlign w:val="center"/>
          </w:tcPr>
          <w:p>
            <w:r>
              <w:br/>
            </w:r>
          </w:p>
        </w:tc>
      </w:tr>
      <w:tr>
        <w:tc>
          <w:tcPr>
            <w:tcW w:type="dxa" w:w="4968"/>
            <w:vAlign w:val="center"/>
          </w:tcPr>
          <w:p>
            <w:r>
              <w:br/>
            </w:r>
          </w:p>
        </w:tc>
        <w:tc>
          <w:tcPr>
            <w:tcW w:type="dxa" w:w="4968"/>
            <w:vAlign w:val="center"/>
          </w:tcPr>
          <w:p>
            <w:r>
              <w:br/>
            </w:r>
          </w:p>
        </w:tc>
      </w:tr>
      <w:tr>
        <w:tc>
          <w:tcPr>
            <w:tcW w:type="dxa" w:w="4968"/>
            <w:vAlign w:val="center"/>
          </w:tcPr>
          <w:p>
            <w:r>
              <w:br/>
            </w:r>
          </w:p>
        </w:tc>
        <w:tc>
          <w:tcPr>
            <w:tcW w:type="dxa" w:w="4968"/>
            <w:vAlign w:val="center"/>
          </w:tcPr>
          <w:p>
            <w:r>
              <w:br/>
            </w:r>
          </w:p>
        </w:tc>
      </w:tr>
    </w:tbl>
    <w:p>
      <w:pPr>
        <w:spacing w:after="40"/>
      </w:pPr>
    </w:p>
    <w:p>
      <w:pPr>
        <w:spacing w:before="0" w:after="80"/>
      </w:pPr>
      <w:r>
        <w:rPr>
          <w:rFonts w:ascii="Arial" w:hAnsi="Arial"/>
          <w:b w:val="0"/>
          <w:i w:val="0"/>
          <w:sz w:val="19"/>
        </w:rPr>
        <w:t>iii) Así mismo declaramos que las personas señaladas anteriormente se encuentran vinculadas con una antigüedad igual o mayor a un año contado a partir de la fecha del cierre del Proceso de Contratación. [Para los casos de constitución inferior a un año se tendrá que indicar que las personas señaladas se encuentran vinculadas desde el momento de constitución de la misma].</w:t>
      </w:r>
    </w:p>
    <w:p>
      <w:pPr>
        <w:spacing w:before="0" w:after="280"/>
      </w:pPr>
      <w:r>
        <w:rPr>
          <w:rFonts w:ascii="Arial" w:hAnsi="Arial"/>
          <w:b w:val="0"/>
          <w:i w:val="0"/>
          <w:sz w:val="19"/>
        </w:rPr>
        <w:t>Atentamente:</w:t>
      </w:r>
    </w:p>
    <w:p>
      <w:pPr>
        <w:spacing w:before="0" w:after="20"/>
      </w:pPr>
      <w:r>
        <w:rPr>
          <w:rFonts w:ascii="Arial" w:hAnsi="Arial"/>
          <w:b w:val="0"/>
          <w:i w:val="0"/>
          <w:sz w:val="19"/>
        </w:rPr>
        <w:t>FIRMA</w:t>
      </w:r>
    </w:p>
    <w:p>
      <w:pPr>
        <w:spacing w:before="0" w:after="20"/>
      </w:pPr>
      <w:r>
        <w:rPr>
          <w:rFonts w:ascii="Arial" w:hAnsi="Arial"/>
          <w:b w:val="0"/>
          <w:i w:val="0"/>
          <w:sz w:val="19"/>
        </w:rPr>
        <w:t>NOMBRE:</w:t>
      </w:r>
    </w:p>
    <w:p>
      <w:pPr>
        <w:spacing w:before="0" w:after="20"/>
      </w:pPr>
      <w:r>
        <w:rPr>
          <w:rFonts w:ascii="Arial" w:hAnsi="Arial"/>
          <w:b w:val="0"/>
          <w:i w:val="0"/>
          <w:sz w:val="19"/>
        </w:rPr>
        <w:t>NOMBRE O RAZÓN SOCIAL:</w:t>
      </w:r>
    </w:p>
    <w:p>
      <w:pPr>
        <w:spacing w:before="0" w:after="20"/>
      </w:pPr>
      <w:r>
        <w:rPr>
          <w:rFonts w:ascii="Arial" w:hAnsi="Arial"/>
          <w:b w:val="0"/>
          <w:i w:val="0"/>
          <w:sz w:val="19"/>
        </w:rPr>
        <w:t>NIT:                         DOCUMENTO DE IDENTIDAD:</w:t>
      </w:r>
    </w:p>
    <w:p>
      <w:pPr>
        <w:spacing w:before="0" w:after="20"/>
      </w:pPr>
      <w:r>
        <w:rPr>
          <w:rFonts w:ascii="Arial" w:hAnsi="Arial"/>
          <w:b w:val="0"/>
          <w:i w:val="0"/>
          <w:sz w:val="19"/>
        </w:rPr>
        <w:t>CIUDAD:</w:t>
      </w:r>
    </w:p>
    <w:p>
      <w:pPr>
        <w:spacing w:before="0" w:after="20"/>
      </w:pPr>
      <w:r>
        <w:rPr>
          <w:rFonts w:ascii="Arial" w:hAnsi="Arial"/>
          <w:b w:val="0"/>
          <w:i w:val="0"/>
          <w:sz w:val="19"/>
        </w:rPr>
        <w:t>DIRECCIÓN:</w:t>
      </w:r>
    </w:p>
    <w:p>
      <w:pPr>
        <w:spacing w:before="0" w:after="20"/>
      </w:pPr>
      <w:r>
        <w:rPr>
          <w:rFonts w:ascii="Arial" w:hAnsi="Arial"/>
          <w:b w:val="0"/>
          <w:i w:val="0"/>
          <w:sz w:val="19"/>
        </w:rPr>
        <w:t>TELÉFONO:</w:t>
      </w:r>
    </w:p>
    <w:p>
      <w:pPr>
        <w:spacing w:before="0" w:after="20"/>
      </w:pPr>
      <w:r>
        <w:rPr>
          <w:rFonts w:ascii="Arial" w:hAnsi="Arial"/>
          <w:b w:val="0"/>
          <w:i w:val="0"/>
          <w:sz w:val="19"/>
        </w:rPr>
        <w:t>CORREO ELECTRÓNICO:</w:t>
      </w:r>
    </w:p>
    <w:p>
      <w:r>
        <w:br w:type="page"/>
      </w:r>
    </w:p>
    <w:p>
      <w:pPr>
        <w:spacing w:before="0" w:after="200"/>
        <w:jc w:val="center"/>
      </w:pPr>
      <w:r>
        <w:rPr>
          <w:rFonts w:ascii="Arial" w:hAnsi="Arial"/>
          <w:b/>
          <w:i w:val="0"/>
          <w:sz w:val="22"/>
        </w:rPr>
        <w:t>FORMATO VINCULACIÓN DE PERSONAS MAYORES Y NO BENEFICIARIAS DE LA</w:t>
        <w:br/>
        <w:t>PENSIÓN DE VEJEZ, FAMILIAR O SOBREVIVENCIA</w:t>
        <w:br/>
        <w:t>(EMPLEADOR – PROPONENTE)</w:t>
      </w:r>
    </w:p>
    <w:p>
      <w:pPr>
        <w:spacing w:before="0" w:after="160"/>
        <w:jc w:val="center"/>
      </w:pPr>
      <w:r>
        <w:rPr>
          <w:rFonts w:ascii="Arial" w:hAnsi="Arial"/>
          <w:b w:val="0"/>
          <w:i/>
          <w:sz w:val="19"/>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pPr>
        <w:spacing w:before="0" w:after="200"/>
      </w:pPr>
      <w:r>
        <w:rPr>
          <w:rFonts w:ascii="Arial" w:hAnsi="Arial"/>
          <w:b w:val="0"/>
          <w:i w:val="0"/>
          <w:sz w:val="19"/>
        </w:rPr>
        <w:t>Bogotá D. C.,</w:t>
      </w:r>
    </w:p>
    <w:p>
      <w:pPr>
        <w:spacing w:before="0" w:after="0"/>
      </w:pPr>
      <w:r>
        <w:rPr>
          <w:rFonts w:ascii="Arial" w:hAnsi="Arial"/>
          <w:b w:val="0"/>
          <w:i w:val="0"/>
          <w:sz w:val="19"/>
        </w:rPr>
        <w:t>Señores</w:t>
      </w:r>
    </w:p>
    <w:p>
      <w:pPr>
        <w:spacing w:before="0" w:after="0"/>
      </w:pPr>
      <w:r>
        <w:rPr>
          <w:rFonts w:ascii="Arial" w:hAnsi="Arial"/>
          <w:b/>
          <w:i w:val="0"/>
          <w:sz w:val="19"/>
        </w:rPr>
        <w:t>DIRECCIÓN DE SUSTITUCIÓN DE CULTIVOS ILÍCITOS</w:t>
      </w:r>
    </w:p>
    <w:p>
      <w:pPr>
        <w:spacing w:before="0" w:after="200"/>
      </w:pPr>
      <w:r>
        <w:rPr>
          <w:rFonts w:ascii="Arial" w:hAnsi="Arial"/>
          <w:b w:val="0"/>
          <w:i w:val="0"/>
          <w:sz w:val="19"/>
        </w:rPr>
        <w:t>Ciudad</w:t>
      </w:r>
    </w:p>
    <w:p>
      <w:pPr>
        <w:spacing w:before="0" w:after="200"/>
      </w:pPr>
      <w:r>
        <w:rPr>
          <w:rFonts w:ascii="Arial" w:hAnsi="Arial"/>
          <w:b/>
          <w:i w:val="0"/>
          <w:sz w:val="19"/>
        </w:rPr>
        <w:t>REF. PROPUESTA PARA EL PROCESO N° XXXXXXXXXXXXXXXX</w:t>
      </w:r>
    </w:p>
    <w:p>
      <w:pPr>
        <w:spacing w:before="0" w:after="160"/>
      </w:pPr>
      <w:r>
        <w:rPr>
          <w:rFonts w:ascii="Arial" w:hAnsi="Arial"/>
          <w:b w:val="0"/>
          <w:i w:val="0"/>
          <w:sz w:val="19"/>
        </w:rPr>
        <w:t>Estimados señores:</w:t>
      </w:r>
    </w:p>
    <w:p>
      <w:pPr>
        <w:spacing w:before="0" w:after="80"/>
      </w:pPr>
      <w:r>
        <w:rPr>
          <w:rFonts w:ascii="Arial" w:hAnsi="Arial"/>
          <w:b w:val="0"/>
          <w:i w:val="0"/>
          <w:sz w:val="19"/>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tbl>
      <w:tblPr>
        <w:tblStyle w:val="TableGrid"/>
        <w:tblW w:type="auto" w:w="0"/>
        <w:jc w:val="center"/>
        <w:tblLook w:firstColumn="1" w:firstRow="1" w:lastColumn="0" w:lastRow="0" w:noHBand="0" w:noVBand="1" w:val="04A0"/>
      </w:tblPr>
      <w:tblGrid>
        <w:gridCol w:w="4680"/>
        <w:gridCol w:w="4680"/>
      </w:tblGrid>
      <w:tr>
        <w:tc>
          <w:tcPr>
            <w:tcW w:type="dxa" w:w="4968"/>
            <w:vAlign w:val="center"/>
          </w:tcPr>
          <w:p>
            <w:pPr>
              <w:jc w:val="center"/>
            </w:pPr>
            <w:r>
              <w:rPr>
                <w:rFonts w:ascii="Arial" w:hAnsi="Arial"/>
                <w:b/>
                <w:sz w:val="18"/>
              </w:rPr>
              <w:t>Número total de trabajadores vinculados a la planta de personal</w:t>
            </w:r>
          </w:p>
        </w:tc>
        <w:tc>
          <w:tcPr>
            <w:tcW w:type="dxa" w:w="4968"/>
            <w:vAlign w:val="center"/>
          </w:tcPr>
          <w:p>
            <w:pPr>
              <w:jc w:val="center"/>
            </w:pPr>
            <w:r>
              <w:rPr>
                <w:rFonts w:ascii="Arial" w:hAnsi="Arial"/>
                <w:b/>
                <w:sz w:val="18"/>
              </w:rPr>
              <w:t>Número de personas mayores no beneficiarias a la pensión de vejez, familiar o de sobrevivencia y que hayan cumplido el requisito de pensión</w:t>
            </w:r>
          </w:p>
        </w:tc>
      </w:tr>
      <w:tr>
        <w:tc>
          <w:tcPr>
            <w:tcW w:type="dxa" w:w="4968"/>
            <w:vAlign w:val="center"/>
          </w:tcPr>
          <w:p>
            <w:r>
              <w:br/>
            </w:r>
          </w:p>
        </w:tc>
        <w:tc>
          <w:tcPr>
            <w:tcW w:type="dxa" w:w="4968"/>
            <w:vAlign w:val="center"/>
          </w:tcPr>
          <w:p>
            <w:r>
              <w:br/>
            </w:r>
          </w:p>
        </w:tc>
      </w:tr>
    </w:tbl>
    <w:p>
      <w:pPr>
        <w:spacing w:after="40"/>
      </w:pPr>
    </w:p>
    <w:p>
      <w:pPr>
        <w:spacing w:before="0" w:after="80"/>
      </w:pPr>
      <w:r>
        <w:rPr>
          <w:rFonts w:ascii="Arial" w:hAnsi="Arial"/>
          <w:b w:val="0"/>
          <w:i/>
          <w:sz w:val="19"/>
        </w:rPr>
        <w:t>[Incluir el siguiente cuadro para los Proponentes Plurales]</w:t>
      </w:r>
    </w:p>
    <w:tbl>
      <w:tblPr>
        <w:tblStyle w:val="TableGrid"/>
        <w:tblW w:type="auto" w:w="0"/>
        <w:jc w:val="center"/>
        <w:tblLook w:firstColumn="1" w:firstRow="1" w:lastColumn="0" w:lastRow="0" w:noHBand="0" w:noVBand="1" w:val="04A0"/>
      </w:tblPr>
      <w:tblGrid>
        <w:gridCol w:w="4680"/>
        <w:gridCol w:w="4680"/>
      </w:tblGrid>
      <w:tr>
        <w:tc>
          <w:tcPr>
            <w:tcW w:type="dxa" w:w="4968"/>
            <w:vAlign w:val="center"/>
          </w:tcPr>
          <w:p>
            <w:pPr>
              <w:jc w:val="center"/>
            </w:pPr>
            <w:r>
              <w:rPr>
                <w:rFonts w:ascii="Arial" w:hAnsi="Arial"/>
                <w:b/>
                <w:sz w:val="18"/>
              </w:rPr>
              <w:t>Número total de trabajadores vinculados a la planta de personal de los integrantes del Proponente plural</w:t>
            </w:r>
          </w:p>
        </w:tc>
        <w:tc>
          <w:tcPr>
            <w:tcW w:type="dxa" w:w="4968"/>
            <w:vAlign w:val="center"/>
          </w:tcPr>
          <w:p>
            <w:pPr>
              <w:jc w:val="center"/>
            </w:pPr>
            <w:r>
              <w:rPr>
                <w:rFonts w:ascii="Arial" w:hAnsi="Arial"/>
                <w:b/>
                <w:sz w:val="18"/>
              </w:rPr>
              <w:t>Número de personas mayores, no beneficiarias a la pensión de vejez, familiar o de sobrevivencia y que hayan cumplido el requisito de pensión de los integrantes del Proponente Plural</w:t>
            </w:r>
          </w:p>
        </w:tc>
      </w:tr>
      <w:tr>
        <w:tc>
          <w:tcPr>
            <w:tcW w:type="dxa" w:w="4968"/>
            <w:vAlign w:val="center"/>
          </w:tcPr>
          <w:p>
            <w:r>
              <w:br/>
            </w:r>
          </w:p>
        </w:tc>
        <w:tc>
          <w:tcPr>
            <w:tcW w:type="dxa" w:w="4968"/>
            <w:vAlign w:val="center"/>
          </w:tcPr>
          <w:p>
            <w:r>
              <w:br/>
            </w:r>
          </w:p>
        </w:tc>
      </w:tr>
    </w:tbl>
    <w:p>
      <w:pPr>
        <w:spacing w:after="40"/>
      </w:pPr>
    </w:p>
    <w:p>
      <w:pPr>
        <w:spacing w:before="0" w:after="280"/>
      </w:pPr>
      <w:r>
        <w:rPr>
          <w:rFonts w:ascii="Arial" w:hAnsi="Arial"/>
          <w:b w:val="0"/>
          <w:i w:val="0"/>
          <w:sz w:val="19"/>
        </w:rPr>
        <w:t>Atentamente:</w:t>
      </w:r>
    </w:p>
    <w:p>
      <w:pPr>
        <w:spacing w:before="0" w:after="20"/>
      </w:pPr>
      <w:r>
        <w:rPr>
          <w:rFonts w:ascii="Arial" w:hAnsi="Arial"/>
          <w:b w:val="0"/>
          <w:i w:val="0"/>
          <w:sz w:val="19"/>
        </w:rPr>
        <w:t>FIRMA</w:t>
      </w:r>
    </w:p>
    <w:p>
      <w:pPr>
        <w:spacing w:before="0" w:after="20"/>
      </w:pPr>
      <w:r>
        <w:rPr>
          <w:rFonts w:ascii="Arial" w:hAnsi="Arial"/>
          <w:b w:val="0"/>
          <w:i w:val="0"/>
          <w:sz w:val="19"/>
        </w:rPr>
        <w:t>NOMBRE:</w:t>
      </w:r>
    </w:p>
    <w:p>
      <w:pPr>
        <w:spacing w:before="0" w:after="20"/>
      </w:pPr>
      <w:r>
        <w:rPr>
          <w:rFonts w:ascii="Arial" w:hAnsi="Arial"/>
          <w:b w:val="0"/>
          <w:i w:val="0"/>
          <w:sz w:val="19"/>
        </w:rPr>
        <w:t>NOMBRE O RAZÓN SOCIAL:</w:t>
      </w:r>
    </w:p>
    <w:p>
      <w:pPr>
        <w:spacing w:before="0" w:after="20"/>
      </w:pPr>
      <w:r>
        <w:rPr>
          <w:rFonts w:ascii="Arial" w:hAnsi="Arial"/>
          <w:b w:val="0"/>
          <w:i w:val="0"/>
          <w:sz w:val="19"/>
        </w:rPr>
        <w:t>NIT:                         DOCUMENTO DE IDENTIDAD:</w:t>
      </w:r>
    </w:p>
    <w:p>
      <w:pPr>
        <w:spacing w:before="0" w:after="20"/>
      </w:pPr>
      <w:r>
        <w:rPr>
          <w:rFonts w:ascii="Arial" w:hAnsi="Arial"/>
          <w:b w:val="0"/>
          <w:i w:val="0"/>
          <w:sz w:val="19"/>
        </w:rPr>
        <w:t>CIUDAD:</w:t>
      </w:r>
    </w:p>
    <w:p>
      <w:pPr>
        <w:spacing w:before="0" w:after="20"/>
      </w:pPr>
      <w:r>
        <w:rPr>
          <w:rFonts w:ascii="Arial" w:hAnsi="Arial"/>
          <w:b w:val="0"/>
          <w:i w:val="0"/>
          <w:sz w:val="19"/>
        </w:rPr>
        <w:t>DIRECCIÓN:</w:t>
      </w:r>
    </w:p>
    <w:p>
      <w:pPr>
        <w:spacing w:before="0" w:after="20"/>
      </w:pPr>
      <w:r>
        <w:rPr>
          <w:rFonts w:ascii="Arial" w:hAnsi="Arial"/>
          <w:b w:val="0"/>
          <w:i w:val="0"/>
          <w:sz w:val="19"/>
        </w:rPr>
        <w:t>TELÉFONO:</w:t>
      </w:r>
    </w:p>
    <w:p>
      <w:pPr>
        <w:spacing w:before="0" w:after="20"/>
      </w:pPr>
      <w:r>
        <w:rPr>
          <w:rFonts w:ascii="Arial" w:hAnsi="Arial"/>
          <w:b w:val="0"/>
          <w:i w:val="0"/>
          <w:sz w:val="19"/>
        </w:rPr>
        <w:t>CORREO ELECTRÓNICO:</w:t>
      </w:r>
    </w:p>
    <w:p>
      <w:r>
        <w:br w:type="page"/>
      </w:r>
    </w:p>
    <w:p>
      <w:pPr>
        <w:spacing w:before="0" w:after="200"/>
        <w:jc w:val="center"/>
      </w:pPr>
      <w:r>
        <w:rPr>
          <w:rFonts w:ascii="Arial" w:hAnsi="Arial"/>
          <w:b/>
          <w:i w:val="0"/>
          <w:sz w:val="22"/>
        </w:rPr>
        <w:t>FORMATO VINCULACIÓN DE PERSONAS MAYORES Y NO BENEFICIARIAS</w:t>
        <w:br/>
        <w:t>DE LA PENSIÓN DE VEJEZ, FAMILIAR O SOBREVIVENCIA</w:t>
        <w:br/>
        <w:t>(TRABAJADOR)</w:t>
      </w:r>
    </w:p>
    <w:p>
      <w:pPr>
        <w:spacing w:before="0" w:after="200"/>
        <w:jc w:val="center"/>
      </w:pPr>
      <w:r>
        <w:rPr>
          <w:rFonts w:ascii="Arial" w:hAnsi="Arial"/>
          <w:b w:val="0"/>
          <w:i/>
          <w:sz w:val="19"/>
        </w:rPr>
        <w:t>[Este Formato lo diligencia el trabajador vinculado en la planta de personal del Proponente que presenta la oferta, que no es beneficiario de la pensión de vejez, familiar o de sobrevivencia y que haya cumplido la edad de pensión]</w:t>
      </w:r>
    </w:p>
    <w:p>
      <w:pPr>
        <w:spacing w:before="0" w:after="200"/>
      </w:pPr>
      <w:r>
        <w:rPr>
          <w:rFonts w:ascii="Arial" w:hAnsi="Arial"/>
          <w:b w:val="0"/>
          <w:i w:val="0"/>
          <w:sz w:val="19"/>
        </w:rPr>
        <w:t>Bogotá D. C.,</w:t>
      </w:r>
    </w:p>
    <w:p>
      <w:pPr>
        <w:spacing w:before="0" w:after="0"/>
      </w:pPr>
      <w:r>
        <w:rPr>
          <w:rFonts w:ascii="Arial" w:hAnsi="Arial"/>
          <w:b w:val="0"/>
          <w:i w:val="0"/>
          <w:sz w:val="19"/>
        </w:rPr>
        <w:t>Señores</w:t>
      </w:r>
    </w:p>
    <w:p>
      <w:pPr>
        <w:spacing w:before="0" w:after="0"/>
      </w:pPr>
      <w:r>
        <w:rPr>
          <w:rFonts w:ascii="Arial" w:hAnsi="Arial"/>
          <w:b/>
          <w:i w:val="0"/>
          <w:sz w:val="19"/>
        </w:rPr>
        <w:t>DIRECCIÓN DE SUSTITUCIÓN DE CULTIVOS ILÍCITOS</w:t>
      </w:r>
    </w:p>
    <w:p>
      <w:pPr>
        <w:spacing w:before="0" w:after="200"/>
      </w:pPr>
      <w:r>
        <w:rPr>
          <w:rFonts w:ascii="Arial" w:hAnsi="Arial"/>
          <w:b w:val="0"/>
          <w:i w:val="0"/>
          <w:sz w:val="19"/>
        </w:rPr>
        <w:t>Ciudad</w:t>
      </w:r>
    </w:p>
    <w:p>
      <w:pPr>
        <w:spacing w:before="0" w:after="200"/>
      </w:pPr>
      <w:r>
        <w:rPr>
          <w:rFonts w:ascii="Arial" w:hAnsi="Arial"/>
          <w:b/>
          <w:i w:val="0"/>
          <w:sz w:val="19"/>
        </w:rPr>
        <w:t>REF. PROPUESTA PARA EL PROCESO N° XXXXXXXXXXXXXXXX</w:t>
      </w:r>
    </w:p>
    <w:p>
      <w:pPr>
        <w:spacing w:before="0" w:after="160"/>
      </w:pPr>
      <w:r>
        <w:rPr>
          <w:rFonts w:ascii="Arial" w:hAnsi="Arial"/>
          <w:b w:val="0"/>
          <w:i w:val="0"/>
          <w:sz w:val="19"/>
        </w:rPr>
        <w:t>Estimados señores:</w:t>
      </w:r>
    </w:p>
    <w:p>
      <w:pPr>
        <w:spacing w:before="0" w:after="80"/>
      </w:pPr>
      <w:r>
        <w:rPr>
          <w:rFonts w:ascii="Arial" w:hAnsi="Arial"/>
          <w:b w:val="0"/>
          <w:i w:val="0"/>
          <w:sz w:val="19"/>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el NIT ], certifico bajo la gravedad de juramento que no soy beneficiario de la pensión de vejez, familiar o de sobrevivencia y ya cumplí la edad de pensión.</w:t>
      </w:r>
    </w:p>
    <w:p>
      <w:pPr>
        <w:spacing w:before="0" w:after="280"/>
      </w:pPr>
      <w:r>
        <w:rPr>
          <w:rFonts w:ascii="Arial" w:hAnsi="Arial"/>
          <w:b w:val="0"/>
          <w:i w:val="0"/>
          <w:sz w:val="19"/>
        </w:rPr>
        <w:t>Atentamente:</w:t>
      </w:r>
    </w:p>
    <w:p>
      <w:pPr>
        <w:spacing w:before="0" w:after="20"/>
      </w:pPr>
      <w:r>
        <w:rPr>
          <w:rFonts w:ascii="Arial" w:hAnsi="Arial"/>
          <w:b w:val="0"/>
          <w:i w:val="0"/>
          <w:sz w:val="19"/>
        </w:rPr>
        <w:t>FIRMA</w:t>
      </w:r>
    </w:p>
    <w:p>
      <w:pPr>
        <w:spacing w:before="0" w:after="20"/>
      </w:pPr>
      <w:r>
        <w:rPr>
          <w:rFonts w:ascii="Arial" w:hAnsi="Arial"/>
          <w:b w:val="0"/>
          <w:i w:val="0"/>
          <w:sz w:val="19"/>
        </w:rPr>
        <w:t>NOMBRE:</w:t>
      </w:r>
    </w:p>
    <w:p>
      <w:pPr>
        <w:spacing w:before="0" w:after="20"/>
      </w:pPr>
      <w:r>
        <w:rPr>
          <w:rFonts w:ascii="Arial" w:hAnsi="Arial"/>
          <w:b w:val="0"/>
          <w:i w:val="0"/>
          <w:sz w:val="19"/>
        </w:rPr>
        <w:t>NOMBRE O RAZÓN SOCIAL:</w:t>
      </w:r>
    </w:p>
    <w:p>
      <w:pPr>
        <w:spacing w:before="0" w:after="20"/>
      </w:pPr>
      <w:r>
        <w:rPr>
          <w:rFonts w:ascii="Arial" w:hAnsi="Arial"/>
          <w:b w:val="0"/>
          <w:i w:val="0"/>
          <w:sz w:val="19"/>
        </w:rPr>
        <w:t>NIT:                         DOCUMENTO DE IDENTIDAD:</w:t>
      </w:r>
    </w:p>
    <w:p>
      <w:pPr>
        <w:spacing w:before="0" w:after="20"/>
      </w:pPr>
      <w:r>
        <w:rPr>
          <w:rFonts w:ascii="Arial" w:hAnsi="Arial"/>
          <w:b w:val="0"/>
          <w:i w:val="0"/>
          <w:sz w:val="19"/>
        </w:rPr>
        <w:t>CIUDAD:</w:t>
      </w:r>
    </w:p>
    <w:p>
      <w:pPr>
        <w:spacing w:before="0" w:after="20"/>
      </w:pPr>
      <w:r>
        <w:rPr>
          <w:rFonts w:ascii="Arial" w:hAnsi="Arial"/>
          <w:b w:val="0"/>
          <w:i w:val="0"/>
          <w:sz w:val="19"/>
        </w:rPr>
        <w:t>DIRECCIÓN:</w:t>
      </w:r>
    </w:p>
    <w:p>
      <w:pPr>
        <w:spacing w:before="0" w:after="20"/>
      </w:pPr>
      <w:r>
        <w:rPr>
          <w:rFonts w:ascii="Arial" w:hAnsi="Arial"/>
          <w:b w:val="0"/>
          <w:i w:val="0"/>
          <w:sz w:val="19"/>
        </w:rPr>
        <w:t>TELÉFONO:</w:t>
      </w:r>
    </w:p>
    <w:p>
      <w:pPr>
        <w:spacing w:before="0" w:after="20"/>
      </w:pPr>
      <w:r>
        <w:rPr>
          <w:rFonts w:ascii="Arial" w:hAnsi="Arial"/>
          <w:b w:val="0"/>
          <w:i w:val="0"/>
          <w:sz w:val="19"/>
        </w:rPr>
        <w:t>CORREO ELECTRÓNICO:</w:t>
      </w:r>
    </w:p>
    <w:p>
      <w:r>
        <w:br w:type="page"/>
      </w:r>
    </w:p>
    <w:p>
      <w:pPr>
        <w:spacing w:before="0" w:after="200"/>
        <w:jc w:val="center"/>
      </w:pPr>
      <w:r>
        <w:rPr>
          <w:rFonts w:ascii="Arial" w:hAnsi="Arial"/>
          <w:b/>
          <w:i w:val="0"/>
          <w:sz w:val="22"/>
        </w:rPr>
        <w:t>FORMATO – VINCULACIÓN DE PERSONAS EN CONDICIÓN DE DISCAPACIDAD</w:t>
      </w:r>
    </w:p>
    <w:p>
      <w:pPr>
        <w:spacing w:before="0" w:after="200"/>
        <w:jc w:val="center"/>
      </w:pPr>
      <w:r>
        <w:rPr>
          <w:rFonts w:ascii="Arial" w:hAnsi="Arial"/>
          <w:b w:val="0"/>
          <w:i/>
          <w:sz w:val="19"/>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pPr>
        <w:spacing w:before="0" w:after="200"/>
      </w:pPr>
      <w:r>
        <w:rPr>
          <w:rFonts w:ascii="Arial" w:hAnsi="Arial"/>
          <w:b w:val="0"/>
          <w:i w:val="0"/>
          <w:sz w:val="19"/>
        </w:rPr>
        <w:t>Bogotá D. C.,</w:t>
      </w:r>
    </w:p>
    <w:p>
      <w:pPr>
        <w:spacing w:before="0" w:after="0"/>
      </w:pPr>
      <w:r>
        <w:rPr>
          <w:rFonts w:ascii="Arial" w:hAnsi="Arial"/>
          <w:b w:val="0"/>
          <w:i w:val="0"/>
          <w:sz w:val="19"/>
        </w:rPr>
        <w:t>Señores</w:t>
      </w:r>
    </w:p>
    <w:p>
      <w:pPr>
        <w:spacing w:before="0" w:after="0"/>
      </w:pPr>
      <w:r>
        <w:rPr>
          <w:rFonts w:ascii="Arial" w:hAnsi="Arial"/>
          <w:b/>
          <w:i w:val="0"/>
          <w:sz w:val="19"/>
        </w:rPr>
        <w:t>DIRECCIÓN DE SUSTITUCIÓN DE CULTIVOS ILÍCITOS</w:t>
      </w:r>
    </w:p>
    <w:p>
      <w:pPr>
        <w:spacing w:before="0" w:after="200"/>
      </w:pPr>
      <w:r>
        <w:rPr>
          <w:rFonts w:ascii="Arial" w:hAnsi="Arial"/>
          <w:b w:val="0"/>
          <w:i w:val="0"/>
          <w:sz w:val="19"/>
        </w:rPr>
        <w:t>Ciudad</w:t>
      </w:r>
    </w:p>
    <w:p>
      <w:pPr>
        <w:spacing w:before="0" w:after="200"/>
      </w:pPr>
      <w:r>
        <w:rPr>
          <w:rFonts w:ascii="Arial" w:hAnsi="Arial"/>
          <w:b/>
          <w:i w:val="0"/>
          <w:sz w:val="19"/>
        </w:rPr>
        <w:t>REF. PROPUESTA PARA EL PROCESO N° XXXXXXXXXXXXXXXX</w:t>
      </w:r>
    </w:p>
    <w:p>
      <w:pPr>
        <w:spacing w:before="0" w:after="160"/>
      </w:pPr>
      <w:r>
        <w:rPr>
          <w:rFonts w:ascii="Arial" w:hAnsi="Arial"/>
          <w:b w:val="0"/>
          <w:i w:val="0"/>
          <w:sz w:val="19"/>
        </w:rPr>
        <w:t>Estimados señores:</w:t>
      </w:r>
    </w:p>
    <w:p>
      <w:pPr>
        <w:spacing w:before="0" w:after="80"/>
      </w:pPr>
      <w:r>
        <w:rPr>
          <w:rFonts w:ascii="Arial" w:hAnsi="Arial"/>
          <w:b w:val="0"/>
          <w:i w:val="0"/>
          <w:sz w:val="19"/>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[identificada con el NIT ],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pPr>
        <w:spacing w:before="0" w:after="80"/>
      </w:pPr>
      <w:r>
        <w:rPr>
          <w:rFonts w:ascii="Arial" w:hAnsi="Arial"/>
          <w:b w:val="0"/>
          <w:i w:val="0"/>
          <w:sz w:val="19"/>
        </w:rPr>
        <w:t>De igual manera me comprometo en caso de resultar adjudicatario del presente Proceso de Contratación, a mantener vinculados a los empleados en condiciones de discapacidad por un lapso igual al del plazo de ejecución del Contrato.</w:t>
      </w:r>
    </w:p>
    <w:p>
      <w:pPr>
        <w:spacing w:before="0" w:after="280"/>
      </w:pPr>
      <w:r>
        <w:rPr>
          <w:rFonts w:ascii="Arial" w:hAnsi="Arial"/>
          <w:b w:val="0"/>
          <w:i w:val="0"/>
          <w:sz w:val="19"/>
        </w:rPr>
        <w:t>Atentamente:</w:t>
      </w:r>
    </w:p>
    <w:p>
      <w:pPr>
        <w:spacing w:before="0" w:after="20"/>
      </w:pPr>
      <w:r>
        <w:rPr>
          <w:rFonts w:ascii="Arial" w:hAnsi="Arial"/>
          <w:b w:val="0"/>
          <w:i w:val="0"/>
          <w:sz w:val="19"/>
        </w:rPr>
        <w:t>FIRMA</w:t>
      </w:r>
    </w:p>
    <w:p>
      <w:pPr>
        <w:spacing w:before="0" w:after="20"/>
      </w:pPr>
      <w:r>
        <w:rPr>
          <w:rFonts w:ascii="Arial" w:hAnsi="Arial"/>
          <w:b w:val="0"/>
          <w:i w:val="0"/>
          <w:sz w:val="19"/>
        </w:rPr>
        <w:t>NOMBRE:</w:t>
      </w:r>
    </w:p>
    <w:p>
      <w:pPr>
        <w:spacing w:before="0" w:after="20"/>
      </w:pPr>
      <w:r>
        <w:rPr>
          <w:rFonts w:ascii="Arial" w:hAnsi="Arial"/>
          <w:b w:val="0"/>
          <w:i w:val="0"/>
          <w:sz w:val="19"/>
        </w:rPr>
        <w:t>NOMBRE O RAZÓN SOCIAL:</w:t>
      </w:r>
    </w:p>
    <w:p>
      <w:pPr>
        <w:spacing w:before="0" w:after="20"/>
      </w:pPr>
      <w:r>
        <w:rPr>
          <w:rFonts w:ascii="Arial" w:hAnsi="Arial"/>
          <w:b w:val="0"/>
          <w:i w:val="0"/>
          <w:sz w:val="19"/>
        </w:rPr>
        <w:t>NIT:                         DOCUMENTO DE IDENTIDAD:</w:t>
      </w:r>
    </w:p>
    <w:p>
      <w:pPr>
        <w:spacing w:before="0" w:after="20"/>
      </w:pPr>
      <w:r>
        <w:rPr>
          <w:rFonts w:ascii="Arial" w:hAnsi="Arial"/>
          <w:b w:val="0"/>
          <w:i w:val="0"/>
          <w:sz w:val="19"/>
        </w:rPr>
        <w:t>CIUDAD:</w:t>
      </w:r>
    </w:p>
    <w:p>
      <w:pPr>
        <w:spacing w:before="0" w:after="20"/>
      </w:pPr>
      <w:r>
        <w:rPr>
          <w:rFonts w:ascii="Arial" w:hAnsi="Arial"/>
          <w:b w:val="0"/>
          <w:i w:val="0"/>
          <w:sz w:val="19"/>
        </w:rPr>
        <w:t>DIRECCIÓN:</w:t>
      </w:r>
    </w:p>
    <w:p>
      <w:pPr>
        <w:spacing w:before="0" w:after="20"/>
      </w:pPr>
      <w:r>
        <w:rPr>
          <w:rFonts w:ascii="Arial" w:hAnsi="Arial"/>
          <w:b w:val="0"/>
          <w:i w:val="0"/>
          <w:sz w:val="19"/>
        </w:rPr>
        <w:t>TELÉFONO:</w:t>
      </w:r>
    </w:p>
    <w:p>
      <w:pPr>
        <w:spacing w:before="0" w:after="20"/>
      </w:pPr>
      <w:r>
        <w:rPr>
          <w:rFonts w:ascii="Arial" w:hAnsi="Arial"/>
          <w:b w:val="0"/>
          <w:i w:val="0"/>
          <w:sz w:val="19"/>
        </w:rPr>
        <w:t>CORREO ELECTRÓNICO:</w:t>
      </w:r>
    </w:p>
    <w:p>
      <w:r>
        <w:br w:type="page"/>
      </w:r>
    </w:p>
    <w:p>
      <w:pPr>
        <w:spacing w:before="0" w:after="200"/>
        <w:jc w:val="center"/>
      </w:pPr>
      <w:r>
        <w:rPr>
          <w:rFonts w:ascii="Arial" w:hAnsi="Arial"/>
          <w:b/>
          <w:i w:val="0"/>
          <w:sz w:val="22"/>
        </w:rPr>
        <w:t>FORMATO ACREDITACIÓN MIPYME</w:t>
      </w:r>
    </w:p>
    <w:p>
      <w:pPr>
        <w:spacing w:before="0" w:after="200"/>
      </w:pPr>
      <w:r>
        <w:rPr>
          <w:rFonts w:ascii="Arial" w:hAnsi="Arial"/>
          <w:b w:val="0"/>
          <w:i w:val="0"/>
          <w:sz w:val="19"/>
        </w:rPr>
        <w:t>Bogotá D. C.,</w:t>
      </w:r>
    </w:p>
    <w:p>
      <w:pPr>
        <w:spacing w:before="0" w:after="0"/>
      </w:pPr>
      <w:r>
        <w:rPr>
          <w:rFonts w:ascii="Arial" w:hAnsi="Arial"/>
          <w:b w:val="0"/>
          <w:i w:val="0"/>
          <w:sz w:val="19"/>
        </w:rPr>
        <w:t>Señores</w:t>
      </w:r>
    </w:p>
    <w:p>
      <w:pPr>
        <w:spacing w:before="0" w:after="0"/>
      </w:pPr>
      <w:r>
        <w:rPr>
          <w:rFonts w:ascii="Arial" w:hAnsi="Arial"/>
          <w:b/>
          <w:i w:val="0"/>
          <w:sz w:val="19"/>
        </w:rPr>
        <w:t>DIRECCIÓN DE SUSTITUCIÓN DE CULTIVOS ILÍCITOS</w:t>
      </w:r>
    </w:p>
    <w:p>
      <w:pPr>
        <w:spacing w:before="0" w:after="200"/>
      </w:pPr>
      <w:r>
        <w:rPr>
          <w:rFonts w:ascii="Arial" w:hAnsi="Arial"/>
          <w:b w:val="0"/>
          <w:i w:val="0"/>
          <w:sz w:val="19"/>
        </w:rPr>
        <w:t>Ciudad</w:t>
      </w:r>
    </w:p>
    <w:p>
      <w:pPr>
        <w:spacing w:before="0" w:after="200"/>
      </w:pPr>
      <w:r>
        <w:rPr>
          <w:rFonts w:ascii="Arial" w:hAnsi="Arial"/>
          <w:b/>
          <w:i w:val="0"/>
          <w:sz w:val="19"/>
        </w:rPr>
        <w:t>REF. PROPUESTA PARA EL PROCESO N° XXXXXXXXXXXXXXXX</w:t>
      </w:r>
    </w:p>
    <w:p>
      <w:pPr>
        <w:spacing w:before="0" w:after="160"/>
      </w:pPr>
      <w:r>
        <w:rPr>
          <w:rFonts w:ascii="Arial" w:hAnsi="Arial"/>
          <w:b w:val="0"/>
          <w:i w:val="0"/>
          <w:sz w:val="19"/>
        </w:rPr>
        <w:t>Estimados señores:</w:t>
      </w:r>
    </w:p>
    <w:p>
      <w:pPr>
        <w:spacing w:before="0" w:after="80"/>
      </w:pPr>
      <w:r>
        <w:rPr>
          <w:rFonts w:ascii="Arial" w:hAnsi="Arial"/>
          <w:b w:val="0"/>
          <w:i w:val="0"/>
          <w:sz w:val="19"/>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pPr>
        <w:spacing w:before="0" w:after="80"/>
      </w:pPr>
      <w:r>
        <w:rPr>
          <w:rFonts w:ascii="Arial" w:hAnsi="Arial"/>
          <w:b w:val="0"/>
          <w:i w:val="0"/>
          <w:sz w:val="19"/>
        </w:rPr>
        <w:t>[Para la acreditación de desempate establecida en el literal (c), del numeral 10, del numeral 4.7 del documento tipo incluir la siguiente redacción:] Adicionalmente, los abajo firmantes certificamos que ni la Mipyme, cooperativa o asociación mutual ni sus accionistas, socios o representantes legales son empleados, socios o accionistas de los miembros del Proponente Plural.</w:t>
      </w:r>
    </w:p>
    <w:p>
      <w:pPr>
        <w:spacing w:before="0" w:after="280"/>
      </w:pPr>
      <w:r>
        <w:rPr>
          <w:rFonts w:ascii="Arial" w:hAnsi="Arial"/>
          <w:b w:val="0"/>
          <w:i w:val="0"/>
          <w:sz w:val="19"/>
        </w:rPr>
        <w:t>Atentamente:</w:t>
      </w:r>
    </w:p>
    <w:p>
      <w:pPr>
        <w:spacing w:before="0" w:after="20"/>
      </w:pPr>
      <w:r>
        <w:rPr>
          <w:rFonts w:ascii="Arial" w:hAnsi="Arial"/>
          <w:b w:val="0"/>
          <w:i w:val="0"/>
          <w:sz w:val="19"/>
        </w:rPr>
        <w:t>FIRMA</w:t>
      </w:r>
    </w:p>
    <w:p>
      <w:pPr>
        <w:spacing w:before="0" w:after="20"/>
      </w:pPr>
      <w:r>
        <w:rPr>
          <w:rFonts w:ascii="Arial" w:hAnsi="Arial"/>
          <w:b w:val="0"/>
          <w:i w:val="0"/>
          <w:sz w:val="19"/>
        </w:rPr>
        <w:t>NOMBRE:</w:t>
      </w:r>
    </w:p>
    <w:p>
      <w:pPr>
        <w:spacing w:before="0" w:after="20"/>
      </w:pPr>
      <w:r>
        <w:rPr>
          <w:rFonts w:ascii="Arial" w:hAnsi="Arial"/>
          <w:b w:val="0"/>
          <w:i w:val="0"/>
          <w:sz w:val="19"/>
        </w:rPr>
        <w:t>NOMBRE O RAZÓN SOCIAL:</w:t>
      </w:r>
    </w:p>
    <w:p>
      <w:pPr>
        <w:spacing w:before="0" w:after="20"/>
      </w:pPr>
      <w:r>
        <w:rPr>
          <w:rFonts w:ascii="Arial" w:hAnsi="Arial"/>
          <w:b w:val="0"/>
          <w:i w:val="0"/>
          <w:sz w:val="19"/>
        </w:rPr>
        <w:t>NIT:                         DOCUMENTO DE IDENTIDAD:</w:t>
      </w:r>
    </w:p>
    <w:p>
      <w:pPr>
        <w:spacing w:before="0" w:after="20"/>
      </w:pPr>
      <w:r>
        <w:rPr>
          <w:rFonts w:ascii="Arial" w:hAnsi="Arial"/>
          <w:b w:val="0"/>
          <w:i w:val="0"/>
          <w:sz w:val="19"/>
        </w:rPr>
        <w:t>CIUDAD:</w:t>
      </w:r>
    </w:p>
    <w:p>
      <w:pPr>
        <w:spacing w:before="0" w:after="20"/>
      </w:pPr>
      <w:r>
        <w:rPr>
          <w:rFonts w:ascii="Arial" w:hAnsi="Arial"/>
          <w:b w:val="0"/>
          <w:i w:val="0"/>
          <w:sz w:val="19"/>
        </w:rPr>
        <w:t>DIRECCIÓN:</w:t>
      </w:r>
    </w:p>
    <w:p>
      <w:pPr>
        <w:spacing w:before="0" w:after="20"/>
      </w:pPr>
      <w:r>
        <w:rPr>
          <w:rFonts w:ascii="Arial" w:hAnsi="Arial"/>
          <w:b w:val="0"/>
          <w:i w:val="0"/>
          <w:sz w:val="19"/>
        </w:rPr>
        <w:t>TELÉFONO:</w:t>
      </w:r>
    </w:p>
    <w:p>
      <w:pPr>
        <w:spacing w:before="0" w:after="20"/>
      </w:pPr>
      <w:r>
        <w:rPr>
          <w:rFonts w:ascii="Arial" w:hAnsi="Arial"/>
          <w:b w:val="0"/>
          <w:i w:val="0"/>
          <w:sz w:val="19"/>
        </w:rPr>
        <w:t>CORREO ELECTRÓNICO:</w:t>
      </w:r>
    </w:p>
    <w:p>
      <w:r>
        <w:br w:type="page"/>
      </w:r>
    </w:p>
    <w:p>
      <w:pPr>
        <w:spacing w:before="0" w:after="200"/>
        <w:jc w:val="center"/>
      </w:pPr>
      <w:r>
        <w:rPr>
          <w:rFonts w:ascii="Arial" w:hAnsi="Arial"/>
          <w:b/>
          <w:i w:val="0"/>
          <w:sz w:val="22"/>
        </w:rPr>
        <w:t>FORMATO PARTICIPACIÓN MAYORITARIA DE MUJERES CABEZA DE</w:t>
        <w:br/>
        <w:t>FAMILIA Y/O PERSONAS EN PROCESO DE REINCORPORACIÓN Y/O</w:t>
        <w:br/>
        <w:t>REINTEGRACIÓN (PERSONAS JURÍDICAS)</w:t>
      </w:r>
    </w:p>
    <w:p>
      <w:pPr>
        <w:spacing w:before="0" w:after="160"/>
        <w:jc w:val="center"/>
      </w:pPr>
      <w:r>
        <w:rPr>
          <w:rFonts w:ascii="Arial" w:hAnsi="Arial"/>
          <w:b w:val="0"/>
          <w:i/>
          <w:sz w:val="19"/>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br/>
        <w:b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pPr>
        <w:spacing w:before="0" w:after="200"/>
      </w:pPr>
      <w:r>
        <w:rPr>
          <w:rFonts w:ascii="Arial" w:hAnsi="Arial"/>
          <w:b w:val="0"/>
          <w:i w:val="0"/>
          <w:sz w:val="19"/>
        </w:rPr>
        <w:t>Bogotá D. C.,</w:t>
      </w:r>
    </w:p>
    <w:p>
      <w:pPr>
        <w:spacing w:before="0" w:after="0"/>
      </w:pPr>
      <w:r>
        <w:rPr>
          <w:rFonts w:ascii="Arial" w:hAnsi="Arial"/>
          <w:b w:val="0"/>
          <w:i w:val="0"/>
          <w:sz w:val="19"/>
        </w:rPr>
        <w:t>Señores</w:t>
      </w:r>
    </w:p>
    <w:p>
      <w:pPr>
        <w:spacing w:before="0" w:after="0"/>
      </w:pPr>
      <w:r>
        <w:rPr>
          <w:rFonts w:ascii="Arial" w:hAnsi="Arial"/>
          <w:b/>
          <w:i w:val="0"/>
          <w:sz w:val="19"/>
        </w:rPr>
        <w:t>DIRECCIÓN DE SUSTITUCIÓN DE CULTIVOS ILÍCITOS</w:t>
      </w:r>
    </w:p>
    <w:p>
      <w:pPr>
        <w:spacing w:before="0" w:after="200"/>
      </w:pPr>
      <w:r>
        <w:rPr>
          <w:rFonts w:ascii="Arial" w:hAnsi="Arial"/>
          <w:b w:val="0"/>
          <w:i w:val="0"/>
          <w:sz w:val="19"/>
        </w:rPr>
        <w:t>Ciudad</w:t>
      </w:r>
    </w:p>
    <w:p>
      <w:pPr>
        <w:spacing w:before="0" w:after="200"/>
      </w:pPr>
      <w:r>
        <w:rPr>
          <w:rFonts w:ascii="Arial" w:hAnsi="Arial"/>
          <w:b/>
          <w:i w:val="0"/>
          <w:sz w:val="19"/>
        </w:rPr>
        <w:t>REF. PROPUESTA PARA EL PROCESO N° XXXXXXXXXXXXXXXX</w:t>
      </w:r>
    </w:p>
    <w:p>
      <w:pPr>
        <w:spacing w:before="0" w:after="160"/>
      </w:pPr>
      <w:r>
        <w:rPr>
          <w:rFonts w:ascii="Arial" w:hAnsi="Arial"/>
          <w:b w:val="0"/>
          <w:i w:val="0"/>
          <w:sz w:val="19"/>
        </w:rPr>
        <w:t>Estimados señores:</w:t>
      </w:r>
    </w:p>
    <w:p>
      <w:pPr>
        <w:spacing w:before="0" w:after="80"/>
      </w:pPr>
      <w:r>
        <w:rPr>
          <w:rFonts w:ascii="Arial" w:hAnsi="Arial"/>
          <w:b w:val="0"/>
          <w:i w:val="0"/>
          <w:sz w:val="19"/>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pPr>
        <w:spacing w:before="0" w:after="80"/>
      </w:pPr>
      <w:r>
        <w:rPr>
          <w:rFonts w:ascii="Arial" w:hAnsi="Arial"/>
          <w:b w:val="0"/>
          <w:i w:val="0"/>
          <w:sz w:val="19"/>
        </w:rPr>
        <w:t>En el siguiente cuadro señalo las madres cabeza de familia y/o personas en proceso de reincorporación o reintegración que participan mayoritariamente en la persona jurídica, junto con su respectivo porcentaje de participación:</w:t>
      </w:r>
    </w:p>
    <w:tbl>
      <w:tblPr>
        <w:tblStyle w:val="TableGrid"/>
        <w:tblW w:type="auto" w:w="0"/>
        <w:jc w:val="center"/>
        <w:tblLook w:firstColumn="1" w:firstRow="1" w:lastColumn="0" w:lastRow="0" w:noHBand="0" w:noVBand="1" w:val="04A0"/>
      </w:tblPr>
      <w:tblGrid>
        <w:gridCol w:w="4680"/>
        <w:gridCol w:w="4680"/>
      </w:tblGrid>
      <w:tr>
        <w:tc>
          <w:tcPr>
            <w:tcW w:type="dxa" w:w="4968"/>
            <w:vAlign w:val="center"/>
          </w:tcPr>
          <w:p>
            <w:pPr>
              <w:jc w:val="center"/>
            </w:pPr>
            <w:r>
              <w:rPr>
                <w:rFonts w:ascii="Arial" w:hAnsi="Arial"/>
                <w:b/>
                <w:sz w:val="18"/>
              </w:rPr>
              <w:t>Identificación de las madres cabeza de familia o personas en proceso de reincorporación o reintegración (Incluir nombre y documento de identidad)</w:t>
            </w:r>
          </w:p>
        </w:tc>
        <w:tc>
          <w:tcPr>
            <w:tcW w:type="dxa" w:w="4968"/>
            <w:vAlign w:val="center"/>
          </w:tcPr>
          <w:p>
            <w:pPr>
              <w:jc w:val="center"/>
            </w:pPr>
            <w:r>
              <w:rPr>
                <w:rFonts w:ascii="Arial" w:hAnsi="Arial"/>
                <w:b/>
                <w:sz w:val="18"/>
              </w:rPr>
              <w:t>Número de cuotas sociales, acciones que poseen o el alcance o condición de su participación en el caso de las personas jurídicas sin ánimo de lucro.</w:t>
            </w:r>
          </w:p>
        </w:tc>
      </w:tr>
      <w:tr>
        <w:tc>
          <w:tcPr>
            <w:tcW w:type="dxa" w:w="4968"/>
            <w:vAlign w:val="center"/>
          </w:tcPr>
          <w:p>
            <w:r>
              <w:br/>
            </w:r>
          </w:p>
        </w:tc>
        <w:tc>
          <w:tcPr>
            <w:tcW w:type="dxa" w:w="4968"/>
            <w:vAlign w:val="center"/>
          </w:tcPr>
          <w:p>
            <w:r>
              <w:br/>
            </w:r>
          </w:p>
        </w:tc>
      </w:tr>
      <w:tr>
        <w:tc>
          <w:tcPr>
            <w:tcW w:type="dxa" w:w="4968"/>
            <w:vAlign w:val="center"/>
          </w:tcPr>
          <w:p>
            <w:r>
              <w:br/>
            </w:r>
          </w:p>
        </w:tc>
        <w:tc>
          <w:tcPr>
            <w:tcW w:type="dxa" w:w="4968"/>
            <w:vAlign w:val="center"/>
          </w:tcPr>
          <w:p>
            <w:r>
              <w:br/>
            </w:r>
          </w:p>
        </w:tc>
      </w:tr>
      <w:tr>
        <w:tc>
          <w:tcPr>
            <w:tcW w:type="dxa" w:w="4968"/>
            <w:vAlign w:val="center"/>
          </w:tcPr>
          <w:p>
            <w:r>
              <w:br/>
            </w:r>
          </w:p>
        </w:tc>
        <w:tc>
          <w:tcPr>
            <w:tcW w:type="dxa" w:w="4968"/>
            <w:vAlign w:val="center"/>
          </w:tcPr>
          <w:p>
            <w:r>
              <w:br/>
            </w:r>
          </w:p>
        </w:tc>
      </w:tr>
    </w:tbl>
    <w:p>
      <w:pPr>
        <w:spacing w:after="40"/>
      </w:pPr>
    </w:p>
    <w:p>
      <w:pPr>
        <w:spacing w:before="0" w:after="80"/>
      </w:pPr>
      <w:r>
        <w:rPr>
          <w:rFonts w:ascii="Arial" w:hAnsi="Arial"/>
          <w:b w:val="0"/>
          <w:i/>
          <w:sz w:val="19"/>
        </w:rPr>
        <w:t>[Para la acreditación de desempate establecida en el literal (c) del numeral 7 del numeral 4.7 del documento tipo incluir la siguiente redacción:]</w:t>
      </w:r>
    </w:p>
    <w:p>
      <w:pPr>
        <w:spacing w:before="0" w:after="80"/>
      </w:pPr>
      <w:r>
        <w:rPr>
          <w:rFonts w:ascii="Arial" w:hAnsi="Arial"/>
          <w:b w:val="0"/>
          <w:i w:val="0"/>
          <w:sz w:val="19"/>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pPr>
        <w:spacing w:before="0" w:after="280"/>
      </w:pPr>
      <w:r>
        <w:rPr>
          <w:rFonts w:ascii="Arial" w:hAnsi="Arial"/>
          <w:b w:val="0"/>
          <w:i w:val="0"/>
          <w:sz w:val="19"/>
        </w:rPr>
        <w:t>Atentamente:</w:t>
      </w:r>
    </w:p>
    <w:p>
      <w:pPr>
        <w:spacing w:before="0" w:after="20"/>
      </w:pPr>
      <w:r>
        <w:rPr>
          <w:rFonts w:ascii="Arial" w:hAnsi="Arial"/>
          <w:b w:val="0"/>
          <w:i w:val="0"/>
          <w:sz w:val="19"/>
        </w:rPr>
        <w:t>FIRMA</w:t>
      </w:r>
    </w:p>
    <w:p>
      <w:pPr>
        <w:spacing w:before="0" w:after="20"/>
      </w:pPr>
      <w:r>
        <w:rPr>
          <w:rFonts w:ascii="Arial" w:hAnsi="Arial"/>
          <w:b w:val="0"/>
          <w:i w:val="0"/>
          <w:sz w:val="19"/>
        </w:rPr>
        <w:t>NOMBRE:</w:t>
      </w:r>
    </w:p>
    <w:p>
      <w:pPr>
        <w:spacing w:before="0" w:after="20"/>
      </w:pPr>
      <w:r>
        <w:rPr>
          <w:rFonts w:ascii="Arial" w:hAnsi="Arial"/>
          <w:b w:val="0"/>
          <w:i w:val="0"/>
          <w:sz w:val="19"/>
        </w:rPr>
        <w:t>NOMBRE O RAZÓN SOCIAL:</w:t>
      </w:r>
    </w:p>
    <w:p>
      <w:pPr>
        <w:spacing w:before="0" w:after="20"/>
      </w:pPr>
      <w:r>
        <w:rPr>
          <w:rFonts w:ascii="Arial" w:hAnsi="Arial"/>
          <w:b w:val="0"/>
          <w:i w:val="0"/>
          <w:sz w:val="19"/>
        </w:rPr>
        <w:t>NIT:                         DOCUMENTO DE IDENTIDAD:</w:t>
      </w:r>
    </w:p>
    <w:p>
      <w:pPr>
        <w:spacing w:before="0" w:after="20"/>
      </w:pPr>
      <w:r>
        <w:rPr>
          <w:rFonts w:ascii="Arial" w:hAnsi="Arial"/>
          <w:b w:val="0"/>
          <w:i w:val="0"/>
          <w:sz w:val="19"/>
        </w:rPr>
        <w:t>CIUDAD:</w:t>
      </w:r>
    </w:p>
    <w:p>
      <w:pPr>
        <w:spacing w:before="0" w:after="20"/>
      </w:pPr>
      <w:r>
        <w:rPr>
          <w:rFonts w:ascii="Arial" w:hAnsi="Arial"/>
          <w:b w:val="0"/>
          <w:i w:val="0"/>
          <w:sz w:val="19"/>
        </w:rPr>
        <w:t>DIRECCIÓN:</w:t>
      </w:r>
    </w:p>
    <w:p>
      <w:pPr>
        <w:spacing w:before="0" w:after="20"/>
      </w:pPr>
      <w:r>
        <w:rPr>
          <w:rFonts w:ascii="Arial" w:hAnsi="Arial"/>
          <w:b w:val="0"/>
          <w:i w:val="0"/>
          <w:sz w:val="19"/>
        </w:rPr>
        <w:t>TELÉFONO:</w:t>
      </w:r>
    </w:p>
    <w:p>
      <w:pPr>
        <w:spacing w:before="0" w:after="20"/>
      </w:pPr>
      <w:r>
        <w:rPr>
          <w:rFonts w:ascii="Arial" w:hAnsi="Arial"/>
          <w:b w:val="0"/>
          <w:i w:val="0"/>
          <w:sz w:val="19"/>
        </w:rPr>
        <w:t>CORREO ELECTRÓNICO:</w:t>
      </w:r>
    </w:p>
    <w:p>
      <w:r>
        <w:br w:type="page"/>
      </w:r>
    </w:p>
    <w:p>
      <w:pPr>
        <w:spacing w:before="0" w:after="200"/>
        <w:jc w:val="center"/>
      </w:pPr>
      <w:r>
        <w:rPr>
          <w:rFonts w:ascii="Arial" w:hAnsi="Arial"/>
          <w:b/>
          <w:i w:val="0"/>
          <w:sz w:val="22"/>
        </w:rPr>
        <w:t>FORMATO PARTICIPACIÓN MAYORITARIA DE PERSONAS EN PROCESO DE</w:t>
        <w:br/>
        <w:t>REINCORPORACIÓN (PERSONA JURÍDICA INTEGRANTE DEL PROPONENTE PLURAL)</w:t>
      </w:r>
    </w:p>
    <w:p>
      <w:pPr>
        <w:spacing w:before="0" w:after="160"/>
        <w:jc w:val="center"/>
      </w:pPr>
      <w:r>
        <w:rPr>
          <w:rFonts w:ascii="Arial" w:hAnsi="Arial"/>
          <w:b w:val="0"/>
          <w:i/>
          <w:sz w:val="19"/>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pPr>
        <w:spacing w:before="0" w:after="200"/>
      </w:pPr>
      <w:r>
        <w:rPr>
          <w:rFonts w:ascii="Arial" w:hAnsi="Arial"/>
          <w:b w:val="0"/>
          <w:i w:val="0"/>
          <w:sz w:val="19"/>
        </w:rPr>
        <w:t>Bogotá D. C.,</w:t>
      </w:r>
    </w:p>
    <w:p>
      <w:pPr>
        <w:spacing w:before="0" w:after="0"/>
      </w:pPr>
      <w:r>
        <w:rPr>
          <w:rFonts w:ascii="Arial" w:hAnsi="Arial"/>
          <w:b w:val="0"/>
          <w:i w:val="0"/>
          <w:sz w:val="19"/>
        </w:rPr>
        <w:t>Señores</w:t>
      </w:r>
    </w:p>
    <w:p>
      <w:pPr>
        <w:spacing w:before="0" w:after="0"/>
      </w:pPr>
      <w:r>
        <w:rPr>
          <w:rFonts w:ascii="Arial" w:hAnsi="Arial"/>
          <w:b/>
          <w:i w:val="0"/>
          <w:sz w:val="19"/>
        </w:rPr>
        <w:t>DIRECCIÓN DE SUSTITUCIÓN DE CULTIVOS ILÍCITOS</w:t>
      </w:r>
    </w:p>
    <w:p>
      <w:pPr>
        <w:spacing w:before="0" w:after="200"/>
      </w:pPr>
      <w:r>
        <w:rPr>
          <w:rFonts w:ascii="Arial" w:hAnsi="Arial"/>
          <w:b w:val="0"/>
          <w:i w:val="0"/>
          <w:sz w:val="19"/>
        </w:rPr>
        <w:t>Ciudad</w:t>
      </w:r>
    </w:p>
    <w:p>
      <w:pPr>
        <w:spacing w:before="0" w:after="200"/>
      </w:pPr>
      <w:r>
        <w:rPr>
          <w:rFonts w:ascii="Arial" w:hAnsi="Arial"/>
          <w:b/>
          <w:i w:val="0"/>
          <w:sz w:val="19"/>
        </w:rPr>
        <w:t>REF. PROPUESTA PARA EL PROCESO N° XXXXXXXXXXXXXXXX</w:t>
      </w:r>
    </w:p>
    <w:p>
      <w:pPr>
        <w:spacing w:before="0" w:after="160"/>
      </w:pPr>
      <w:r>
        <w:rPr>
          <w:rFonts w:ascii="Arial" w:hAnsi="Arial"/>
          <w:b w:val="0"/>
          <w:i w:val="0"/>
          <w:sz w:val="19"/>
        </w:rPr>
        <w:t>Estimados señores:</w:t>
      </w:r>
    </w:p>
    <w:p>
      <w:pPr>
        <w:spacing w:before="0" w:after="80"/>
      </w:pPr>
      <w:r>
        <w:rPr>
          <w:rFonts w:ascii="Arial" w:hAnsi="Arial"/>
          <w:b w:val="0"/>
          <w:i w:val="0"/>
          <w:sz w:val="19"/>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pPr>
        <w:spacing w:before="0" w:after="80"/>
      </w:pPr>
      <w:r>
        <w:rPr>
          <w:rFonts w:ascii="Arial" w:hAnsi="Arial"/>
          <w:b w:val="0"/>
          <w:i w:val="0"/>
          <w:sz w:val="19"/>
        </w:rPr>
        <w:t>En el siguiente cuadro señalo las personas en proceso de reincorporación que participan mayoritariamente en la persona jurídica, junto con su respectivo porcentaje de participación:</w:t>
      </w:r>
    </w:p>
    <w:tbl>
      <w:tblPr>
        <w:tblStyle w:val="TableGrid"/>
        <w:tblW w:type="auto" w:w="0"/>
        <w:jc w:val="center"/>
        <w:tblLook w:firstColumn="1" w:firstRow="1" w:lastColumn="0" w:lastRow="0" w:noHBand="0" w:noVBand="1" w:val="04A0"/>
      </w:tblPr>
      <w:tblGrid>
        <w:gridCol w:w="4680"/>
        <w:gridCol w:w="4680"/>
      </w:tblGrid>
      <w:tr>
        <w:tc>
          <w:tcPr>
            <w:tcW w:type="dxa" w:w="4968"/>
            <w:vAlign w:val="center"/>
          </w:tcPr>
          <w:p>
            <w:pPr>
              <w:jc w:val="center"/>
            </w:pPr>
            <w:r>
              <w:rPr>
                <w:rFonts w:ascii="Arial" w:hAnsi="Arial"/>
                <w:b/>
                <w:sz w:val="18"/>
              </w:rPr>
              <w:t>Identificación de las personas en proceso de reincorporación (Incluir nombre y documento de identidad)</w:t>
            </w:r>
          </w:p>
        </w:tc>
        <w:tc>
          <w:tcPr>
            <w:tcW w:type="dxa" w:w="4968"/>
            <w:vAlign w:val="center"/>
          </w:tcPr>
          <w:p>
            <w:pPr>
              <w:jc w:val="center"/>
            </w:pPr>
            <w:r>
              <w:rPr>
                <w:rFonts w:ascii="Arial" w:hAnsi="Arial"/>
                <w:b/>
                <w:sz w:val="18"/>
              </w:rPr>
              <w:t>Número de cuotas sociales, acciones que poseen o el alcance o condición de su participación en el caso de las personas jurídicas sin ánimo de lucro</w:t>
            </w:r>
          </w:p>
        </w:tc>
      </w:tr>
      <w:tr>
        <w:tc>
          <w:tcPr>
            <w:tcW w:type="dxa" w:w="4968"/>
            <w:vAlign w:val="center"/>
          </w:tcPr>
          <w:p>
            <w:r>
              <w:br/>
            </w:r>
          </w:p>
        </w:tc>
        <w:tc>
          <w:tcPr>
            <w:tcW w:type="dxa" w:w="4968"/>
            <w:vAlign w:val="center"/>
          </w:tcPr>
          <w:p>
            <w:r>
              <w:br/>
            </w:r>
          </w:p>
        </w:tc>
      </w:tr>
      <w:tr>
        <w:tc>
          <w:tcPr>
            <w:tcW w:type="dxa" w:w="4968"/>
            <w:vAlign w:val="center"/>
          </w:tcPr>
          <w:p>
            <w:r>
              <w:br/>
            </w:r>
          </w:p>
        </w:tc>
        <w:tc>
          <w:tcPr>
            <w:tcW w:type="dxa" w:w="4968"/>
            <w:vAlign w:val="center"/>
          </w:tcPr>
          <w:p>
            <w:r>
              <w:br/>
            </w:r>
          </w:p>
        </w:tc>
      </w:tr>
      <w:tr>
        <w:tc>
          <w:tcPr>
            <w:tcW w:type="dxa" w:w="4968"/>
            <w:vAlign w:val="center"/>
          </w:tcPr>
          <w:p>
            <w:r>
              <w:br/>
            </w:r>
          </w:p>
        </w:tc>
        <w:tc>
          <w:tcPr>
            <w:tcW w:type="dxa" w:w="4968"/>
            <w:vAlign w:val="center"/>
          </w:tcPr>
          <w:p>
            <w:r>
              <w:br/>
            </w:r>
          </w:p>
        </w:tc>
      </w:tr>
    </w:tbl>
    <w:p>
      <w:pPr>
        <w:spacing w:after="40"/>
      </w:pPr>
    </w:p>
    <w:p>
      <w:pPr>
        <w:spacing w:before="0" w:after="280"/>
      </w:pPr>
      <w:r>
        <w:rPr>
          <w:rFonts w:ascii="Arial" w:hAnsi="Arial"/>
          <w:b w:val="0"/>
          <w:i w:val="0"/>
          <w:sz w:val="19"/>
        </w:rPr>
        <w:t>Atentamente:</w:t>
      </w:r>
    </w:p>
    <w:p>
      <w:pPr>
        <w:spacing w:before="0" w:after="20"/>
      </w:pPr>
      <w:r>
        <w:rPr>
          <w:rFonts w:ascii="Arial" w:hAnsi="Arial"/>
          <w:b w:val="0"/>
          <w:i w:val="0"/>
          <w:sz w:val="19"/>
        </w:rPr>
        <w:t>FIRMA</w:t>
      </w:r>
    </w:p>
    <w:p>
      <w:pPr>
        <w:spacing w:before="0" w:after="20"/>
      </w:pPr>
      <w:r>
        <w:rPr>
          <w:rFonts w:ascii="Arial" w:hAnsi="Arial"/>
          <w:b w:val="0"/>
          <w:i w:val="0"/>
          <w:sz w:val="19"/>
        </w:rPr>
        <w:t>NOMBRE:</w:t>
      </w:r>
    </w:p>
    <w:p>
      <w:pPr>
        <w:spacing w:before="0" w:after="20"/>
      </w:pPr>
      <w:r>
        <w:rPr>
          <w:rFonts w:ascii="Arial" w:hAnsi="Arial"/>
          <w:b w:val="0"/>
          <w:i w:val="0"/>
          <w:sz w:val="19"/>
        </w:rPr>
        <w:t>NOMBRE O RAZÓN SOCIAL:</w:t>
      </w:r>
    </w:p>
    <w:p>
      <w:pPr>
        <w:spacing w:before="0" w:after="20"/>
      </w:pPr>
      <w:r>
        <w:rPr>
          <w:rFonts w:ascii="Arial" w:hAnsi="Arial"/>
          <w:b w:val="0"/>
          <w:i w:val="0"/>
          <w:sz w:val="19"/>
        </w:rPr>
        <w:t>NIT:                         DOCUMENTO DE IDENTIDAD:</w:t>
      </w:r>
    </w:p>
    <w:p>
      <w:pPr>
        <w:spacing w:before="0" w:after="20"/>
      </w:pPr>
      <w:r>
        <w:rPr>
          <w:rFonts w:ascii="Arial" w:hAnsi="Arial"/>
          <w:b w:val="0"/>
          <w:i w:val="0"/>
          <w:sz w:val="19"/>
        </w:rPr>
        <w:t>CIUDAD:</w:t>
      </w:r>
    </w:p>
    <w:p>
      <w:pPr>
        <w:spacing w:before="0" w:after="20"/>
      </w:pPr>
      <w:r>
        <w:rPr>
          <w:rFonts w:ascii="Arial" w:hAnsi="Arial"/>
          <w:b w:val="0"/>
          <w:i w:val="0"/>
          <w:sz w:val="19"/>
        </w:rPr>
        <w:t>DIRECCIÓN:</w:t>
      </w:r>
    </w:p>
    <w:p>
      <w:pPr>
        <w:spacing w:before="0" w:after="20"/>
      </w:pPr>
      <w:r>
        <w:rPr>
          <w:rFonts w:ascii="Arial" w:hAnsi="Arial"/>
          <w:b w:val="0"/>
          <w:i w:val="0"/>
          <w:sz w:val="19"/>
        </w:rPr>
        <w:t>TELÉFONO:</w:t>
      </w:r>
    </w:p>
    <w:p>
      <w:pPr>
        <w:spacing w:before="0" w:after="20"/>
      </w:pPr>
      <w:r>
        <w:rPr>
          <w:rFonts w:ascii="Arial" w:hAnsi="Arial"/>
          <w:b w:val="0"/>
          <w:i w:val="0"/>
          <w:sz w:val="19"/>
        </w:rPr>
        <w:t>CORREO ELECTRÓNICO:</w:t>
      </w:r>
    </w:p>
    <w:p>
      <w:r>
        <w:br w:type="page"/>
      </w:r>
    </w:p>
    <w:p>
      <w:pPr>
        <w:spacing w:before="0" w:after="200"/>
        <w:jc w:val="center"/>
      </w:pPr>
      <w:r>
        <w:rPr>
          <w:rFonts w:ascii="Arial" w:hAnsi="Arial"/>
          <w:b/>
          <w:i w:val="0"/>
          <w:sz w:val="22"/>
        </w:rPr>
        <w:t>FORMATO– PARTICIPACIÓN MAYORITARIA DE MUJERES CABEZA DE</w:t>
        <w:br/>
        <w:t>FAMILIA Y/O MUJERES VÍCTIMA DE VIOLENCIA INTRAFAMILIAR</w:t>
        <w:br/>
        <w:t>(PERSONA JURÍDICA)</w:t>
      </w:r>
    </w:p>
    <w:p>
      <w:pPr>
        <w:spacing w:before="0" w:after="160"/>
        <w:jc w:val="center"/>
      </w:pPr>
      <w:r>
        <w:rPr>
          <w:rFonts w:ascii="Arial" w:hAnsi="Arial"/>
          <w:b w:val="0"/>
          <w:i/>
          <w:sz w:val="19"/>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pPr>
        <w:spacing w:before="0" w:after="200"/>
      </w:pPr>
      <w:r>
        <w:rPr>
          <w:rFonts w:ascii="Arial" w:hAnsi="Arial"/>
          <w:b w:val="0"/>
          <w:i w:val="0"/>
          <w:sz w:val="19"/>
        </w:rPr>
        <w:t>Bogotá D. C.,</w:t>
      </w:r>
    </w:p>
    <w:p>
      <w:pPr>
        <w:spacing w:before="0" w:after="0"/>
      </w:pPr>
      <w:r>
        <w:rPr>
          <w:rFonts w:ascii="Arial" w:hAnsi="Arial"/>
          <w:b w:val="0"/>
          <w:i w:val="0"/>
          <w:sz w:val="19"/>
        </w:rPr>
        <w:t>Señores</w:t>
      </w:r>
    </w:p>
    <w:p>
      <w:pPr>
        <w:spacing w:before="0" w:after="0"/>
      </w:pPr>
      <w:r>
        <w:rPr>
          <w:rFonts w:ascii="Arial" w:hAnsi="Arial"/>
          <w:b/>
          <w:i w:val="0"/>
          <w:sz w:val="19"/>
        </w:rPr>
        <w:t>DIRECCIÓN DE SUSTITUCIÓN DE CULTIVOS DE USO ILÍCITO</w:t>
      </w:r>
    </w:p>
    <w:p>
      <w:pPr>
        <w:spacing w:before="0" w:after="200"/>
      </w:pPr>
      <w:r>
        <w:rPr>
          <w:rFonts w:ascii="Arial" w:hAnsi="Arial"/>
          <w:b w:val="0"/>
          <w:i w:val="0"/>
          <w:sz w:val="19"/>
        </w:rPr>
        <w:t>Ciudad</w:t>
      </w:r>
    </w:p>
    <w:p>
      <w:pPr>
        <w:spacing w:before="0" w:after="200"/>
      </w:pPr>
      <w:r>
        <w:rPr>
          <w:rFonts w:ascii="Arial" w:hAnsi="Arial"/>
          <w:b/>
          <w:i w:val="0"/>
          <w:sz w:val="19"/>
        </w:rPr>
        <w:t>REF. PROPUESTA PARA EL PROCESO N° XXXXXXXXXXXXXXXX</w:t>
      </w:r>
    </w:p>
    <w:p>
      <w:pPr>
        <w:spacing w:before="0" w:after="160"/>
      </w:pPr>
      <w:r>
        <w:rPr>
          <w:rFonts w:ascii="Arial" w:hAnsi="Arial"/>
          <w:b w:val="0"/>
          <w:i w:val="0"/>
          <w:sz w:val="19"/>
        </w:rPr>
        <w:t>Estimados señores:</w:t>
      </w:r>
    </w:p>
    <w:p>
      <w:pPr>
        <w:spacing w:before="0" w:after="80"/>
      </w:pPr>
      <w:r>
        <w:rPr>
          <w:rFonts w:ascii="Arial" w:hAnsi="Arial"/>
          <w:b w:val="0"/>
          <w:i w:val="0"/>
          <w:sz w:val="19"/>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pPr>
        <w:spacing w:before="0" w:after="80"/>
      </w:pPr>
      <w:r>
        <w:rPr>
          <w:rFonts w:ascii="Arial" w:hAnsi="Arial"/>
          <w:b w:val="0"/>
          <w:i w:val="0"/>
          <w:sz w:val="19"/>
        </w:rPr>
        <w:t>En el siguiente cuadro señalo las mujeres cabeza de familia o mujeres víctima de violencia intrafamiliar que participan mayoritariamente en la persona jurídica, junto con su respectivo porcentaje de participación:</w:t>
      </w:r>
    </w:p>
    <w:tbl>
      <w:tblPr>
        <w:tblStyle w:val="TableGrid"/>
        <w:tblW w:type="auto" w:w="0"/>
        <w:jc w:val="center"/>
        <w:tblLook w:firstColumn="1" w:firstRow="1" w:lastColumn="0" w:lastRow="0" w:noHBand="0" w:noVBand="1" w:val="04A0"/>
      </w:tblPr>
      <w:tblGrid>
        <w:gridCol w:w="4680"/>
        <w:gridCol w:w="4680"/>
      </w:tblGrid>
      <w:tr>
        <w:tc>
          <w:tcPr>
            <w:tcW w:type="dxa" w:w="4968"/>
            <w:vAlign w:val="center"/>
          </w:tcPr>
          <w:p>
            <w:pPr>
              <w:jc w:val="center"/>
            </w:pPr>
            <w:r>
              <w:rPr>
                <w:rFonts w:ascii="Arial" w:hAnsi="Arial"/>
                <w:b/>
                <w:sz w:val="18"/>
              </w:rPr>
              <w:t>Identificación de las mujeres cabeza de familia o mujeres víctima de violencia intrafamiliar que participan en la persona jurídica (Incluir nombre y documento de identidad)</w:t>
            </w:r>
          </w:p>
        </w:tc>
        <w:tc>
          <w:tcPr>
            <w:tcW w:type="dxa" w:w="4968"/>
            <w:vAlign w:val="center"/>
          </w:tcPr>
          <w:p>
            <w:pPr>
              <w:jc w:val="center"/>
            </w:pPr>
            <w:r>
              <w:rPr>
                <w:rFonts w:ascii="Arial" w:hAnsi="Arial"/>
                <w:b/>
                <w:sz w:val="18"/>
              </w:rPr>
              <w:t>Número de cuotas sociales, acciones que poseen o el alcance o condición de su participación en el caso de las personas jurídicas sin ánimo de lucro.</w:t>
            </w:r>
          </w:p>
        </w:tc>
      </w:tr>
      <w:tr>
        <w:tc>
          <w:tcPr>
            <w:tcW w:type="dxa" w:w="4968"/>
            <w:vAlign w:val="center"/>
          </w:tcPr>
          <w:p>
            <w:r>
              <w:br/>
            </w:r>
          </w:p>
        </w:tc>
        <w:tc>
          <w:tcPr>
            <w:tcW w:type="dxa" w:w="4968"/>
            <w:vAlign w:val="center"/>
          </w:tcPr>
          <w:p>
            <w:r>
              <w:br/>
            </w:r>
          </w:p>
        </w:tc>
      </w:tr>
      <w:tr>
        <w:tc>
          <w:tcPr>
            <w:tcW w:type="dxa" w:w="4968"/>
            <w:vAlign w:val="center"/>
          </w:tcPr>
          <w:p>
            <w:r>
              <w:br/>
            </w:r>
          </w:p>
        </w:tc>
        <w:tc>
          <w:tcPr>
            <w:tcW w:type="dxa" w:w="4968"/>
            <w:vAlign w:val="center"/>
          </w:tcPr>
          <w:p>
            <w:r>
              <w:br/>
            </w:r>
          </w:p>
        </w:tc>
      </w:tr>
      <w:tr>
        <w:tc>
          <w:tcPr>
            <w:tcW w:type="dxa" w:w="4968"/>
            <w:vAlign w:val="center"/>
          </w:tcPr>
          <w:p>
            <w:r>
              <w:br/>
            </w:r>
          </w:p>
        </w:tc>
        <w:tc>
          <w:tcPr>
            <w:tcW w:type="dxa" w:w="4968"/>
            <w:vAlign w:val="center"/>
          </w:tcPr>
          <w:p>
            <w:r>
              <w:br/>
            </w:r>
          </w:p>
        </w:tc>
      </w:tr>
    </w:tbl>
    <w:p>
      <w:pPr>
        <w:spacing w:after="40"/>
      </w:pPr>
    </w:p>
    <w:p>
      <w:pPr>
        <w:spacing w:before="0" w:after="280"/>
      </w:pPr>
      <w:r>
        <w:rPr>
          <w:rFonts w:ascii="Arial" w:hAnsi="Arial"/>
          <w:b w:val="0"/>
          <w:i w:val="0"/>
          <w:sz w:val="19"/>
        </w:rPr>
        <w:t>Atentamente:</w:t>
      </w:r>
    </w:p>
    <w:p>
      <w:pPr>
        <w:spacing w:before="0" w:after="20"/>
      </w:pPr>
      <w:r>
        <w:rPr>
          <w:rFonts w:ascii="Arial" w:hAnsi="Arial"/>
          <w:b w:val="0"/>
          <w:i w:val="0"/>
          <w:sz w:val="19"/>
        </w:rPr>
        <w:t>FIRMA</w:t>
      </w:r>
    </w:p>
    <w:p>
      <w:pPr>
        <w:spacing w:before="0" w:after="20"/>
      </w:pPr>
      <w:r>
        <w:rPr>
          <w:rFonts w:ascii="Arial" w:hAnsi="Arial"/>
          <w:b w:val="0"/>
          <w:i w:val="0"/>
          <w:sz w:val="19"/>
        </w:rPr>
        <w:t>NOMBRE:</w:t>
      </w:r>
    </w:p>
    <w:p>
      <w:pPr>
        <w:spacing w:before="0" w:after="20"/>
      </w:pPr>
      <w:r>
        <w:rPr>
          <w:rFonts w:ascii="Arial" w:hAnsi="Arial"/>
          <w:b w:val="0"/>
          <w:i w:val="0"/>
          <w:sz w:val="19"/>
        </w:rPr>
        <w:t>NOMBRE O RAZÓN SOCIAL:</w:t>
      </w:r>
    </w:p>
    <w:p>
      <w:pPr>
        <w:spacing w:before="0" w:after="20"/>
      </w:pPr>
      <w:r>
        <w:rPr>
          <w:rFonts w:ascii="Arial" w:hAnsi="Arial"/>
          <w:b w:val="0"/>
          <w:i w:val="0"/>
          <w:sz w:val="19"/>
        </w:rPr>
        <w:t>NIT:                         DOCUMENTO DE IDENTIDAD:</w:t>
      </w:r>
    </w:p>
    <w:p>
      <w:pPr>
        <w:spacing w:before="0" w:after="20"/>
      </w:pPr>
      <w:r>
        <w:rPr>
          <w:rFonts w:ascii="Arial" w:hAnsi="Arial"/>
          <w:b w:val="0"/>
          <w:i w:val="0"/>
          <w:sz w:val="19"/>
        </w:rPr>
        <w:t>CIUDAD:</w:t>
      </w:r>
    </w:p>
    <w:p>
      <w:pPr>
        <w:spacing w:before="0" w:after="20"/>
      </w:pPr>
      <w:r>
        <w:rPr>
          <w:rFonts w:ascii="Arial" w:hAnsi="Arial"/>
          <w:b w:val="0"/>
          <w:i w:val="0"/>
          <w:sz w:val="19"/>
        </w:rPr>
        <w:t>DIRECCIÓN:</w:t>
      </w:r>
    </w:p>
    <w:p>
      <w:pPr>
        <w:spacing w:before="0" w:after="20"/>
      </w:pPr>
      <w:r>
        <w:rPr>
          <w:rFonts w:ascii="Arial" w:hAnsi="Arial"/>
          <w:b w:val="0"/>
          <w:i w:val="0"/>
          <w:sz w:val="19"/>
        </w:rPr>
        <w:t>TELÉFONO:</w:t>
      </w:r>
    </w:p>
    <w:p>
      <w:pPr>
        <w:spacing w:before="0" w:after="20"/>
      </w:pPr>
      <w:r>
        <w:rPr>
          <w:rFonts w:ascii="Arial" w:hAnsi="Arial"/>
          <w:b w:val="0"/>
          <w:i w:val="0"/>
          <w:sz w:val="19"/>
        </w:rPr>
        <w:t>CORREO ELECTRÓNICO:</w:t>
      </w:r>
    </w:p>
    <w:sectPr w:rsidR="00FC693F" w:rsidRPr="0006063C" w:rsidSect="00034616">
      <w:pgSz w:w="12240" w:h="15840"/>
      <w:pgMar w:top="936" w:right="1152" w:bottom="93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40" w:lineRule="auto"/>
    </w:pPr>
    <w:rPr>
      <w:rFonts w:ascii="Arial" w:hAnsi="Arial"/>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