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120"/>
        <w:jc w:val="center"/>
      </w:pPr>
      <w:r>
        <w:rPr>
          <w:b/>
          <w:sz w:val="28"/>
        </w:rPr>
        <w:t>FORMATO 52</w:t>
      </w:r>
    </w:p>
    <w:p>
      <w:pPr>
        <w:spacing w:after="120"/>
        <w:jc w:val="center"/>
      </w:pPr>
      <w:r>
        <w:rPr>
          <w:b/>
          <w:sz w:val="24"/>
        </w:rPr>
        <w:t>ANEXOS 1 A 5 – OFERTA EN PROCESO DE MÍNIMA CUANTÍA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4703"/>
        <w:gridCol w:w="4703"/>
      </w:tblGrid>
      <w:tr>
        <w:tc>
          <w:tcPr>
            <w:tcW w:type="dxa" w:w="4703"/>
          </w:tcPr>
          <w:p>
            <w:r>
              <w:rPr>
                <w:b/>
              </w:rPr>
            </w:r>
            <w:r>
              <w:rPr>
                <w:sz w:val="19"/>
              </w:rPr>
              <w:t>Proceso</w:t>
            </w:r>
          </w:p>
        </w:tc>
        <w:tc>
          <w:tcPr>
            <w:tcW w:type="dxa" w:w="4703"/>
          </w:tcPr>
          <w:p>
            <w:r/>
            <w:r>
              <w:rPr>
                <w:sz w:val="19"/>
              </w:rPr>
              <w:t>Mínima cuantía No. CMC-[___]-2026</w:t>
            </w:r>
          </w:p>
        </w:tc>
      </w:tr>
      <w:tr>
        <w:tc>
          <w:tcPr>
            <w:tcW w:type="dxa" w:w="4703"/>
          </w:tcPr>
          <w:p>
            <w:r>
              <w:rPr>
                <w:b/>
              </w:rPr>
            </w:r>
            <w:r>
              <w:rPr>
                <w:sz w:val="19"/>
              </w:rPr>
              <w:t>Entidad</w:t>
            </w:r>
          </w:p>
        </w:tc>
        <w:tc>
          <w:tcPr>
            <w:tcW w:type="dxa" w:w="4703"/>
          </w:tcPr>
          <w:p>
            <w:r/>
            <w:r>
              <w:rPr>
                <w:sz w:val="19"/>
              </w:rPr>
              <w:t>Municipio de San Rafael – Antioquia (NIT 890.982.123-1) – Concejo Municipal</w:t>
            </w:r>
          </w:p>
        </w:tc>
      </w:tr>
      <w:tr>
        <w:tc>
          <w:tcPr>
            <w:tcW w:type="dxa" w:w="4703"/>
          </w:tcPr>
          <w:p>
            <w:r>
              <w:rPr>
                <w:b/>
              </w:rPr>
            </w:r>
            <w:r>
              <w:rPr>
                <w:sz w:val="19"/>
              </w:rPr>
              <w:t>Objeto</w:t>
            </w:r>
          </w:p>
        </w:tc>
        <w:tc>
          <w:tcPr>
            <w:tcW w:type="dxa" w:w="4703"/>
          </w:tcPr>
          <w:p>
            <w:r/>
            <w:r>
              <w:rPr>
                <w:sz w:val="19"/>
              </w:rPr>
              <w:t>SUMINISTRO DE EQUIPOS DE OFICINA DESTINADOS AL FORTALECIMIENTO DE LA GESTION ADMINISTRATIVA Y OPERATIVA DEL CONCEJO MUNICIPAL DE SAN RAFAEL.</w:t>
            </w:r>
          </w:p>
        </w:tc>
      </w:tr>
    </w:tbl>
    <w:p/>
    <w:p>
      <w:pPr>
        <w:spacing w:after="120"/>
      </w:pPr>
      <w:r>
        <w:rPr>
          <w:b w:val="0"/>
        </w:rPr>
        <w:t>Contenido: Anexo 1 – Carta de presentación de la oferta; Anexo 2 – Propuesta económica; Anexo 3 – Certificación de experiencia; Anexo 4 – Limitación a Mipyme; Anexo 5 – Declaración de inhabilidades, incompatibilidades y REDAM. El oferente diligencia los espacios entre corchetes.</w:t>
      </w:r>
    </w:p>
    <w:p>
      <w:r>
        <w:br w:type="page"/>
      </w:r>
    </w:p>
    <w:p>
      <w:pPr>
        <w:spacing w:after="120"/>
      </w:pPr>
      <w:r>
        <w:rPr>
          <w:b/>
          <w:sz w:val="24"/>
        </w:rPr>
        <w:t>ANEXO 1 – CARTA DE PRESENTACIÓN DE LA OFERTA</w:t>
      </w:r>
    </w:p>
    <w:p>
      <w:pPr>
        <w:spacing w:after="120"/>
      </w:pPr>
      <w:r>
        <w:rPr>
          <w:b w:val="0"/>
        </w:rPr>
        <w:t>San Rafael, Antioquia, [fecha]</w:t>
      </w:r>
    </w:p>
    <w:p>
      <w:pPr>
        <w:spacing w:after="120"/>
      </w:pPr>
      <w:r>
        <w:rPr>
          <w:b w:val="0"/>
        </w:rPr>
        <w:t>Señores</w:t>
        <w:br/>
        <w:t>MUNICIPIO DE SAN RAFAEL – ANTIOQUIA</w:t>
        <w:br/>
        <w:t>Concejo Municipal</w:t>
      </w:r>
    </w:p>
    <w:p>
      <w:pPr>
        <w:spacing w:after="120"/>
      </w:pPr>
      <w:r>
        <w:rPr>
          <w:b w:val="0"/>
        </w:rPr>
        <w:t>Referencia: Proceso de mínima cuantía No. CMC-[___]-2026</w:t>
      </w:r>
    </w:p>
    <w:p>
      <w:pPr>
        <w:spacing w:after="120"/>
      </w:pPr>
      <w:r>
        <w:rPr>
          <w:b w:val="0"/>
        </w:rPr>
        <w:t>Objeto: SUMINISTRO DE EQUIPOS DE OFICINA DESTINADOS AL FORTALECIMIENTO DE LA GESTION ADMINISTRATIVA Y OPERATIVA DEL CONCEJO MUNICIPAL DE SAN RAFAEL.</w:t>
      </w:r>
    </w:p>
    <w:p>
      <w:pPr>
        <w:spacing w:after="120"/>
      </w:pPr>
      <w:r>
        <w:rPr>
          <w:b w:val="0"/>
        </w:rPr>
        <w:t>Yo, [nombre completo], identificado(a) con [cédula/NIT] No. [____] de [ciudad], obrando en [nombre propio / representación legal de la sociedad o asociación ____], presento oferta para el proceso de la referencia y declaro:</w:t>
      </w:r>
    </w:p>
    <w:p>
      <w:pPr>
        <w:pStyle w:val="ListBullet"/>
        <w:spacing w:after="60"/>
      </w:pPr>
      <w:r>
        <w:t>Que conozco y acepto la invitación, los Estudios Previos y el Formato 52, y que la oferta se sujeta a ellos.</w:t>
      </w:r>
    </w:p>
    <w:p>
      <w:pPr>
        <w:pStyle w:val="ListBullet"/>
        <w:spacing w:after="60"/>
      </w:pPr>
      <w:r>
        <w:t>Que ofrezco los bienes relacionados en el Anexo 2 (2 archivadores metálicos y 3 UPS de 750 VA o equivalente), por un valor total de [valor en números y letras], que no supera el presupuesto oficial de $3.964.000 ni el valor unitario de ningún ítem.</w:t>
      </w:r>
    </w:p>
    <w:p>
      <w:pPr>
        <w:pStyle w:val="ListBullet"/>
        <w:spacing w:after="60"/>
      </w:pPr>
      <w:r>
        <w:t>Que los precios incluyen IVA, transporte, estampillas, impuestos y todos los costos directos e indirectos, y se mantienen fijos durante la ejecución.</w:t>
      </w:r>
    </w:p>
    <w:p>
      <w:pPr>
        <w:pStyle w:val="ListBullet"/>
        <w:spacing w:after="60"/>
      </w:pPr>
      <w:r>
        <w:t>Que entregaré los bienes en el Municipio de San Rafael, Antioquia, dentro del plazo de dos (2) meses, en una única entrega, nuevos y de primera calidad.</w:t>
      </w:r>
    </w:p>
    <w:p>
      <w:pPr>
        <w:pStyle w:val="ListBullet"/>
        <w:spacing w:after="60"/>
      </w:pPr>
      <w:r>
        <w:t>Que tengo la capacidad jurídica para contratar y no estoy incurso en inhabilidades, incompatibilidades ni conflicto de intereses (Anexo 5).</w:t>
      </w:r>
    </w:p>
    <w:p>
      <w:pPr>
        <w:pStyle w:val="ListBullet"/>
        <w:spacing w:after="60"/>
      </w:pPr>
      <w:r>
        <w:t>Que la oferta tiene validez de treinta (30) días calendario y que, si me es aceptada, constituiré las garantías de cumplimiento (10%, plazo más cuatro meses) y de calidad y correcto funcionamiento (10%, plazo más un año).</w:t>
      </w:r>
    </w:p>
    <w:p>
      <w:pPr>
        <w:pStyle w:val="ListBullet"/>
        <w:spacing w:after="60"/>
      </w:pPr>
      <w:r>
        <w:t>Que la información de la oferta es veraz y autorizo su verificación.</w:t>
      </w:r>
    </w:p>
    <w:p>
      <w:pPr>
        <w:spacing w:after="120"/>
      </w:pPr>
      <w:r>
        <w:rPr>
          <w:b w:val="0"/>
        </w:rPr>
      </w:r>
    </w:p>
    <w:p>
      <w:pPr>
        <w:spacing w:after="120"/>
      </w:pPr>
      <w:r>
        <w:rPr>
          <w:b w:val="0"/>
        </w:rPr>
        <w:t>_____________________________</w:t>
      </w:r>
    </w:p>
    <w:p>
      <w:pPr>
        <w:spacing w:after="120"/>
      </w:pPr>
      <w:r>
        <w:rPr>
          <w:b w:val="0"/>
        </w:rPr>
        <w:t>[Nombre del oferente o representante legal]</w:t>
      </w:r>
    </w:p>
    <w:p>
      <w:pPr>
        <w:spacing w:after="120"/>
      </w:pPr>
      <w:r>
        <w:rPr>
          <w:b w:val="0"/>
        </w:rPr>
        <w:t>C.C. o NIT: [____________]</w:t>
      </w:r>
    </w:p>
    <w:p>
      <w:pPr>
        <w:spacing w:after="120"/>
      </w:pPr>
      <w:r>
        <w:rPr>
          <w:b w:val="0"/>
        </w:rPr>
        <w:t>Dirección, teléfono y correo: [____________]</w:t>
      </w:r>
    </w:p>
    <w:p>
      <w:r>
        <w:br w:type="page"/>
      </w:r>
    </w:p>
    <w:p>
      <w:pPr>
        <w:spacing w:after="120"/>
      </w:pPr>
      <w:r>
        <w:rPr>
          <w:b/>
          <w:sz w:val="24"/>
        </w:rPr>
        <w:t>ANEXO 2 – PROPUESTA ECONÓMICA</w:t>
      </w:r>
    </w:p>
    <w:p>
      <w:pPr>
        <w:spacing w:after="120"/>
      </w:pPr>
      <w:r>
        <w:rPr>
          <w:b w:val="0"/>
        </w:rPr>
        <w:t>Proceso de mínima cuantía No. CMC-[___]-2026. Objeto: suministro de equipos de oficina para el Concejo Municipal de San Rafael.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1344"/>
        <w:gridCol w:w="1344"/>
        <w:gridCol w:w="1344"/>
        <w:gridCol w:w="1344"/>
        <w:gridCol w:w="1344"/>
        <w:gridCol w:w="1344"/>
        <w:gridCol w:w="1344"/>
      </w:tblGrid>
      <w:tr>
        <w:tc>
          <w:tcPr>
            <w:tcW w:type="dxa" w:w="1344"/>
          </w:tcPr>
          <w:p>
            <w:r/>
            <w:r>
              <w:rPr>
                <w:b/>
                <w:sz w:val="19"/>
              </w:rPr>
              <w:t>Ítem</w:t>
            </w:r>
          </w:p>
        </w:tc>
        <w:tc>
          <w:tcPr>
            <w:tcW w:type="dxa" w:w="1344"/>
          </w:tcPr>
          <w:p>
            <w:r/>
            <w:r>
              <w:rPr>
                <w:b/>
                <w:sz w:val="19"/>
              </w:rPr>
              <w:t>Descripción</w:t>
            </w:r>
          </w:p>
        </w:tc>
        <w:tc>
          <w:tcPr>
            <w:tcW w:type="dxa" w:w="1344"/>
          </w:tcPr>
          <w:p>
            <w:r/>
            <w:r>
              <w:rPr>
                <w:b/>
                <w:sz w:val="19"/>
              </w:rPr>
              <w:t>Unidad</w:t>
            </w:r>
          </w:p>
        </w:tc>
        <w:tc>
          <w:tcPr>
            <w:tcW w:type="dxa" w:w="1344"/>
          </w:tcPr>
          <w:p>
            <w:r/>
            <w:r>
              <w:rPr>
                <w:b/>
                <w:sz w:val="19"/>
              </w:rPr>
              <w:t>Cantidad</w:t>
            </w:r>
          </w:p>
        </w:tc>
        <w:tc>
          <w:tcPr>
            <w:tcW w:type="dxa" w:w="1344"/>
          </w:tcPr>
          <w:p>
            <w:r/>
            <w:r>
              <w:rPr>
                <w:b/>
                <w:sz w:val="19"/>
              </w:rPr>
              <w:t>Valor unitario máximo (presupuesto oficial)</w:t>
            </w:r>
          </w:p>
        </w:tc>
        <w:tc>
          <w:tcPr>
            <w:tcW w:type="dxa" w:w="1344"/>
          </w:tcPr>
          <w:p>
            <w:r/>
            <w:r>
              <w:rPr>
                <w:b/>
                <w:sz w:val="19"/>
              </w:rPr>
              <w:t>Valor unitario ofertado</w:t>
            </w:r>
          </w:p>
        </w:tc>
        <w:tc>
          <w:tcPr>
            <w:tcW w:type="dxa" w:w="1344"/>
          </w:tcPr>
          <w:p>
            <w:r/>
            <w:r>
              <w:rPr>
                <w:b/>
                <w:sz w:val="19"/>
              </w:rPr>
              <w:t>Valor total ofertado</w:t>
            </w:r>
          </w:p>
        </w:tc>
      </w:tr>
      <w:tr>
        <w:tc>
          <w:tcPr>
            <w:tcW w:type="dxa" w:w="1344"/>
          </w:tcPr>
          <w:p>
            <w:r/>
            <w:r>
              <w:rPr>
                <w:sz w:val="19"/>
              </w:rPr>
              <w:t>1</w:t>
            </w:r>
          </w:p>
        </w:tc>
        <w:tc>
          <w:tcPr>
            <w:tcW w:type="dxa" w:w="1344"/>
          </w:tcPr>
          <w:p>
            <w:r/>
            <w:r>
              <w:rPr>
                <w:sz w:val="19"/>
              </w:rPr>
              <w:t>Archivador metálico 4 puestos para carpetas con llave central con correderas metálicas de alta resistencia.</w:t>
            </w:r>
          </w:p>
        </w:tc>
        <w:tc>
          <w:tcPr>
            <w:tcW w:type="dxa" w:w="1344"/>
          </w:tcPr>
          <w:p>
            <w:r/>
            <w:r>
              <w:rPr>
                <w:sz w:val="19"/>
              </w:rPr>
              <w:t>Unidad</w:t>
            </w:r>
          </w:p>
        </w:tc>
        <w:tc>
          <w:tcPr>
            <w:tcW w:type="dxa" w:w="1344"/>
          </w:tcPr>
          <w:p>
            <w:r/>
            <w:r>
              <w:rPr>
                <w:sz w:val="19"/>
              </w:rPr>
              <w:t>2</w:t>
            </w:r>
          </w:p>
        </w:tc>
        <w:tc>
          <w:tcPr>
            <w:tcW w:type="dxa" w:w="1344"/>
          </w:tcPr>
          <w:p>
            <w:r/>
            <w:r>
              <w:rPr>
                <w:sz w:val="19"/>
              </w:rPr>
              <w:t>$1.277.219</w:t>
            </w:r>
          </w:p>
        </w:tc>
        <w:tc>
          <w:tcPr>
            <w:tcW w:type="dxa" w:w="1344"/>
          </w:tcPr>
          <w:p>
            <w:r/>
            <w:r>
              <w:rPr>
                <w:sz w:val="19"/>
              </w:rPr>
              <w:t>$ [________]</w:t>
            </w:r>
          </w:p>
        </w:tc>
        <w:tc>
          <w:tcPr>
            <w:tcW w:type="dxa" w:w="1344"/>
          </w:tcPr>
          <w:p>
            <w:r/>
            <w:r>
              <w:rPr>
                <w:sz w:val="19"/>
              </w:rPr>
              <w:t>$ [________]</w:t>
            </w:r>
          </w:p>
        </w:tc>
      </w:tr>
      <w:tr>
        <w:tc>
          <w:tcPr>
            <w:tcW w:type="dxa" w:w="1344"/>
          </w:tcPr>
          <w:p>
            <w:r/>
            <w:r>
              <w:rPr>
                <w:sz w:val="19"/>
              </w:rPr>
              <w:t>2</w:t>
            </w:r>
          </w:p>
        </w:tc>
        <w:tc>
          <w:tcPr>
            <w:tcW w:type="dxa" w:w="1344"/>
          </w:tcPr>
          <w:p>
            <w:r/>
            <w:r>
              <w:rPr>
                <w:sz w:val="19"/>
              </w:rPr>
              <w:t>UPS de 750 VA o equivalente, con indicadores visuales de funcionamiento. Protección contra sobrecargas, picos y variaciones de tensión.</w:t>
            </w:r>
          </w:p>
        </w:tc>
        <w:tc>
          <w:tcPr>
            <w:tcW w:type="dxa" w:w="1344"/>
          </w:tcPr>
          <w:p>
            <w:r/>
            <w:r>
              <w:rPr>
                <w:sz w:val="19"/>
              </w:rPr>
              <w:t>Unidad</w:t>
            </w:r>
          </w:p>
        </w:tc>
        <w:tc>
          <w:tcPr>
            <w:tcW w:type="dxa" w:w="1344"/>
          </w:tcPr>
          <w:p>
            <w:r/>
            <w:r>
              <w:rPr>
                <w:sz w:val="19"/>
              </w:rPr>
              <w:t>3</w:t>
            </w:r>
          </w:p>
        </w:tc>
        <w:tc>
          <w:tcPr>
            <w:tcW w:type="dxa" w:w="1344"/>
          </w:tcPr>
          <w:p>
            <w:r/>
            <w:r>
              <w:rPr>
                <w:sz w:val="19"/>
              </w:rPr>
              <w:t>$469.854</w:t>
            </w:r>
          </w:p>
        </w:tc>
        <w:tc>
          <w:tcPr>
            <w:tcW w:type="dxa" w:w="1344"/>
          </w:tcPr>
          <w:p>
            <w:r/>
            <w:r>
              <w:rPr>
                <w:sz w:val="19"/>
              </w:rPr>
              <w:t>$ [________]</w:t>
            </w:r>
          </w:p>
        </w:tc>
        <w:tc>
          <w:tcPr>
            <w:tcW w:type="dxa" w:w="1344"/>
          </w:tcPr>
          <w:p>
            <w:r/>
            <w:r>
              <w:rPr>
                <w:sz w:val="19"/>
              </w:rPr>
              <w:t>$ [________]</w:t>
            </w:r>
          </w:p>
        </w:tc>
      </w:tr>
      <w:tr>
        <w:tc>
          <w:tcPr>
            <w:tcW w:type="dxa" w:w="1344"/>
          </w:tcPr>
          <w:p>
            <w:r/>
            <w:r>
              <w:rPr>
                <w:sz w:val="19"/>
              </w:rPr>
            </w:r>
          </w:p>
        </w:tc>
        <w:tc>
          <w:tcPr>
            <w:tcW w:type="dxa" w:w="1344"/>
          </w:tcPr>
          <w:p>
            <w:r/>
            <w:r>
              <w:rPr>
                <w:sz w:val="19"/>
              </w:rPr>
              <w:t>VALOR TOTAL DE LA OFERTA (máximo $3.964.000)</w:t>
            </w:r>
          </w:p>
        </w:tc>
        <w:tc>
          <w:tcPr>
            <w:tcW w:type="dxa" w:w="1344"/>
          </w:tcPr>
          <w:p>
            <w:r/>
            <w:r>
              <w:rPr>
                <w:sz w:val="19"/>
              </w:rPr>
            </w:r>
          </w:p>
        </w:tc>
        <w:tc>
          <w:tcPr>
            <w:tcW w:type="dxa" w:w="1344"/>
          </w:tcPr>
          <w:p>
            <w:r/>
            <w:r>
              <w:rPr>
                <w:sz w:val="19"/>
              </w:rPr>
            </w:r>
          </w:p>
        </w:tc>
        <w:tc>
          <w:tcPr>
            <w:tcW w:type="dxa" w:w="1344"/>
          </w:tcPr>
          <w:p>
            <w:r/>
            <w:r>
              <w:rPr>
                <w:sz w:val="19"/>
              </w:rPr>
            </w:r>
          </w:p>
        </w:tc>
        <w:tc>
          <w:tcPr>
            <w:tcW w:type="dxa" w:w="1344"/>
          </w:tcPr>
          <w:p>
            <w:r/>
            <w:r>
              <w:rPr>
                <w:sz w:val="19"/>
              </w:rPr>
            </w:r>
          </w:p>
        </w:tc>
        <w:tc>
          <w:tcPr>
            <w:tcW w:type="dxa" w:w="1344"/>
          </w:tcPr>
          <w:p>
            <w:r/>
            <w:r>
              <w:rPr>
                <w:sz w:val="19"/>
              </w:rPr>
              <w:t>$ [________]</w:t>
            </w:r>
          </w:p>
        </w:tc>
      </w:tr>
    </w:tbl>
    <w:p/>
    <w:p>
      <w:pPr>
        <w:spacing w:after="120"/>
      </w:pPr>
      <w:r>
        <w:rPr>
          <w:b w:val="0"/>
        </w:rPr>
        <w:t>Valor total en letras: [____________]. La propuesta no puede superar el valor unitario de cada ítem ni el presupuesto oficial; de lo contrario será rechazada. El valor incluye IVA y demás impuestos de ley. No se reajusta durante el plazo.</w:t>
      </w:r>
    </w:p>
    <w:p>
      <w:pPr>
        <w:spacing w:after="120"/>
      </w:pPr>
      <w:r>
        <w:rPr>
          <w:b w:val="0"/>
        </w:rPr>
      </w:r>
    </w:p>
    <w:p>
      <w:pPr>
        <w:spacing w:after="120"/>
      </w:pPr>
      <w:r>
        <w:rPr>
          <w:b w:val="0"/>
        </w:rPr>
        <w:t>_____________________________</w:t>
      </w:r>
    </w:p>
    <w:p>
      <w:pPr>
        <w:spacing w:after="120"/>
      </w:pPr>
      <w:r>
        <w:rPr>
          <w:b w:val="0"/>
        </w:rPr>
        <w:t>[Nombre del oferente o representante legal]</w:t>
      </w:r>
    </w:p>
    <w:p>
      <w:pPr>
        <w:spacing w:after="120"/>
      </w:pPr>
      <w:r>
        <w:rPr>
          <w:b w:val="0"/>
        </w:rPr>
        <w:t>C.C. o NIT: [____________]</w:t>
      </w:r>
    </w:p>
    <w:p>
      <w:pPr>
        <w:spacing w:after="120"/>
      </w:pPr>
      <w:r>
        <w:rPr>
          <w:b w:val="0"/>
        </w:rPr>
        <w:t>Dirección, teléfono y correo: [____________]</w:t>
      </w:r>
    </w:p>
    <w:p>
      <w:r>
        <w:br w:type="page"/>
      </w:r>
    </w:p>
    <w:p>
      <w:pPr>
        <w:spacing w:after="120"/>
      </w:pPr>
      <w:r>
        <w:rPr>
          <w:b/>
          <w:sz w:val="24"/>
        </w:rPr>
        <w:t>ANEXO 3 – CERTIFICACIÓN DE EXPERIENCIA</w:t>
      </w:r>
    </w:p>
    <w:p>
      <w:pPr>
        <w:spacing w:after="120"/>
      </w:pPr>
      <w:r>
        <w:rPr>
          <w:b w:val="0"/>
        </w:rPr>
        <w:t>Proceso de mínima cuantía No. CMC-[___]-2026. Se exige acreditar al menos un (1) contrato, certificación, factura de venta o documento equivalente relacionado con el suministro o venta de bienes similares al objeto contractual (muebles de archivo o equipos de respaldo eléctrico).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1568"/>
        <w:gridCol w:w="1568"/>
        <w:gridCol w:w="1568"/>
        <w:gridCol w:w="1568"/>
        <w:gridCol w:w="1568"/>
        <w:gridCol w:w="1568"/>
      </w:tblGrid>
      <w:tr>
        <w:tc>
          <w:tcPr>
            <w:tcW w:type="dxa" w:w="1568"/>
          </w:tcPr>
          <w:p>
            <w:r/>
            <w:r>
              <w:rPr>
                <w:b/>
                <w:sz w:val="19"/>
              </w:rPr>
              <w:t>No.</w:t>
            </w:r>
          </w:p>
        </w:tc>
        <w:tc>
          <w:tcPr>
            <w:tcW w:type="dxa" w:w="1568"/>
          </w:tcPr>
          <w:p>
            <w:r/>
            <w:r>
              <w:rPr>
                <w:b/>
                <w:sz w:val="19"/>
              </w:rPr>
              <w:t>Contratante o cliente</w:t>
            </w:r>
          </w:p>
        </w:tc>
        <w:tc>
          <w:tcPr>
            <w:tcW w:type="dxa" w:w="1568"/>
          </w:tcPr>
          <w:p>
            <w:r/>
            <w:r>
              <w:rPr>
                <w:b/>
                <w:sz w:val="19"/>
              </w:rPr>
              <w:t>Objeto o bienes suministrados</w:t>
            </w:r>
          </w:p>
        </w:tc>
        <w:tc>
          <w:tcPr>
            <w:tcW w:type="dxa" w:w="1568"/>
          </w:tcPr>
          <w:p>
            <w:r/>
            <w:r>
              <w:rPr>
                <w:b/>
                <w:sz w:val="19"/>
              </w:rPr>
              <w:t>Fecha</w:t>
            </w:r>
          </w:p>
        </w:tc>
        <w:tc>
          <w:tcPr>
            <w:tcW w:type="dxa" w:w="1568"/>
          </w:tcPr>
          <w:p>
            <w:r/>
            <w:r>
              <w:rPr>
                <w:b/>
                <w:sz w:val="19"/>
              </w:rPr>
              <w:t>Valor</w:t>
            </w:r>
          </w:p>
        </w:tc>
        <w:tc>
          <w:tcPr>
            <w:tcW w:type="dxa" w:w="1568"/>
          </w:tcPr>
          <w:p>
            <w:r/>
            <w:r>
              <w:rPr>
                <w:b/>
                <w:sz w:val="19"/>
              </w:rPr>
              <w:t>Soporte (folio)</w:t>
            </w:r>
          </w:p>
        </w:tc>
      </w:tr>
      <w:tr>
        <w:tc>
          <w:tcPr>
            <w:tcW w:type="dxa" w:w="1568"/>
          </w:tcPr>
          <w:p>
            <w:r/>
            <w:r>
              <w:rPr>
                <w:sz w:val="19"/>
              </w:rPr>
              <w:t>1</w:t>
            </w:r>
          </w:p>
        </w:tc>
        <w:tc>
          <w:tcPr>
            <w:tcW w:type="dxa" w:w="1568"/>
          </w:tcPr>
          <w:p>
            <w:r/>
            <w:r>
              <w:rPr>
                <w:sz w:val="19"/>
              </w:rPr>
              <w:t>[____]</w:t>
            </w:r>
          </w:p>
        </w:tc>
        <w:tc>
          <w:tcPr>
            <w:tcW w:type="dxa" w:w="1568"/>
          </w:tcPr>
          <w:p>
            <w:r/>
            <w:r>
              <w:rPr>
                <w:sz w:val="19"/>
              </w:rPr>
              <w:t>[____]</w:t>
            </w:r>
          </w:p>
        </w:tc>
        <w:tc>
          <w:tcPr>
            <w:tcW w:type="dxa" w:w="1568"/>
          </w:tcPr>
          <w:p>
            <w:r/>
            <w:r>
              <w:rPr>
                <w:sz w:val="19"/>
              </w:rPr>
              <w:t>[____]</w:t>
            </w:r>
          </w:p>
        </w:tc>
        <w:tc>
          <w:tcPr>
            <w:tcW w:type="dxa" w:w="1568"/>
          </w:tcPr>
          <w:p>
            <w:r/>
            <w:r>
              <w:rPr>
                <w:sz w:val="19"/>
              </w:rPr>
              <w:t>[____]</w:t>
            </w:r>
          </w:p>
        </w:tc>
        <w:tc>
          <w:tcPr>
            <w:tcW w:type="dxa" w:w="1568"/>
          </w:tcPr>
          <w:p>
            <w:r/>
            <w:r>
              <w:rPr>
                <w:sz w:val="19"/>
              </w:rPr>
              <w:t>[__]</w:t>
            </w:r>
          </w:p>
        </w:tc>
      </w:tr>
      <w:tr>
        <w:tc>
          <w:tcPr>
            <w:tcW w:type="dxa" w:w="1568"/>
          </w:tcPr>
          <w:p>
            <w:r/>
            <w:r>
              <w:rPr>
                <w:sz w:val="19"/>
              </w:rPr>
              <w:t>2</w:t>
            </w:r>
          </w:p>
        </w:tc>
        <w:tc>
          <w:tcPr>
            <w:tcW w:type="dxa" w:w="1568"/>
          </w:tcPr>
          <w:p>
            <w:r/>
            <w:r>
              <w:rPr>
                <w:sz w:val="19"/>
              </w:rPr>
              <w:t>[____]</w:t>
            </w:r>
          </w:p>
        </w:tc>
        <w:tc>
          <w:tcPr>
            <w:tcW w:type="dxa" w:w="1568"/>
          </w:tcPr>
          <w:p>
            <w:r/>
            <w:r>
              <w:rPr>
                <w:sz w:val="19"/>
              </w:rPr>
              <w:t>[____]</w:t>
            </w:r>
          </w:p>
        </w:tc>
        <w:tc>
          <w:tcPr>
            <w:tcW w:type="dxa" w:w="1568"/>
          </w:tcPr>
          <w:p>
            <w:r/>
            <w:r>
              <w:rPr>
                <w:sz w:val="19"/>
              </w:rPr>
              <w:t>[____]</w:t>
            </w:r>
          </w:p>
        </w:tc>
        <w:tc>
          <w:tcPr>
            <w:tcW w:type="dxa" w:w="1568"/>
          </w:tcPr>
          <w:p>
            <w:r/>
            <w:r>
              <w:rPr>
                <w:sz w:val="19"/>
              </w:rPr>
              <w:t>[____]</w:t>
            </w:r>
          </w:p>
        </w:tc>
        <w:tc>
          <w:tcPr>
            <w:tcW w:type="dxa" w:w="1568"/>
          </w:tcPr>
          <w:p>
            <w:r/>
            <w:r>
              <w:rPr>
                <w:sz w:val="19"/>
              </w:rPr>
              <w:t>[__]</w:t>
            </w:r>
          </w:p>
        </w:tc>
      </w:tr>
      <w:tr>
        <w:tc>
          <w:tcPr>
            <w:tcW w:type="dxa" w:w="1568"/>
          </w:tcPr>
          <w:p>
            <w:r/>
            <w:r>
              <w:rPr>
                <w:sz w:val="19"/>
              </w:rPr>
              <w:t>3</w:t>
            </w:r>
          </w:p>
        </w:tc>
        <w:tc>
          <w:tcPr>
            <w:tcW w:type="dxa" w:w="1568"/>
          </w:tcPr>
          <w:p>
            <w:r/>
            <w:r>
              <w:rPr>
                <w:sz w:val="19"/>
              </w:rPr>
              <w:t>[____]</w:t>
            </w:r>
          </w:p>
        </w:tc>
        <w:tc>
          <w:tcPr>
            <w:tcW w:type="dxa" w:w="1568"/>
          </w:tcPr>
          <w:p>
            <w:r/>
            <w:r>
              <w:rPr>
                <w:sz w:val="19"/>
              </w:rPr>
              <w:t>[____]</w:t>
            </w:r>
          </w:p>
        </w:tc>
        <w:tc>
          <w:tcPr>
            <w:tcW w:type="dxa" w:w="1568"/>
          </w:tcPr>
          <w:p>
            <w:r/>
            <w:r>
              <w:rPr>
                <w:sz w:val="19"/>
              </w:rPr>
              <w:t>[____]</w:t>
            </w:r>
          </w:p>
        </w:tc>
        <w:tc>
          <w:tcPr>
            <w:tcW w:type="dxa" w:w="1568"/>
          </w:tcPr>
          <w:p>
            <w:r/>
            <w:r>
              <w:rPr>
                <w:sz w:val="19"/>
              </w:rPr>
              <w:t>[____]</w:t>
            </w:r>
          </w:p>
        </w:tc>
        <w:tc>
          <w:tcPr>
            <w:tcW w:type="dxa" w:w="1568"/>
          </w:tcPr>
          <w:p>
            <w:r/>
            <w:r>
              <w:rPr>
                <w:sz w:val="19"/>
              </w:rPr>
              <w:t>[__]</w:t>
            </w:r>
          </w:p>
        </w:tc>
      </w:tr>
    </w:tbl>
    <w:p/>
    <w:p>
      <w:pPr>
        <w:spacing w:after="120"/>
      </w:pPr>
      <w:r>
        <w:rPr>
          <w:b w:val="0"/>
        </w:rPr>
        <w:t>Declaro bajo la gravedad de juramento que la información es cierta y anexo los contratos, certificaciones o facturas que la soportan.</w:t>
      </w:r>
    </w:p>
    <w:p>
      <w:pPr>
        <w:spacing w:after="120"/>
      </w:pPr>
      <w:r>
        <w:rPr>
          <w:b w:val="0"/>
        </w:rPr>
      </w:r>
    </w:p>
    <w:p>
      <w:pPr>
        <w:spacing w:after="120"/>
      </w:pPr>
      <w:r>
        <w:rPr>
          <w:b w:val="0"/>
        </w:rPr>
        <w:t>_____________________________</w:t>
      </w:r>
    </w:p>
    <w:p>
      <w:pPr>
        <w:spacing w:after="120"/>
      </w:pPr>
      <w:r>
        <w:rPr>
          <w:b w:val="0"/>
        </w:rPr>
        <w:t>[Nombre del oferente o representante legal]</w:t>
      </w:r>
    </w:p>
    <w:p>
      <w:pPr>
        <w:spacing w:after="120"/>
      </w:pPr>
      <w:r>
        <w:rPr>
          <w:b w:val="0"/>
        </w:rPr>
        <w:t>C.C. o NIT: [____________]</w:t>
      </w:r>
    </w:p>
    <w:p>
      <w:pPr>
        <w:spacing w:after="120"/>
      </w:pPr>
      <w:r>
        <w:rPr>
          <w:b w:val="0"/>
        </w:rPr>
        <w:t>Dirección, teléfono y correo: [____________]</w:t>
      </w:r>
    </w:p>
    <w:p>
      <w:r>
        <w:br w:type="page"/>
      </w:r>
    </w:p>
    <w:p>
      <w:pPr>
        <w:spacing w:after="120"/>
      </w:pPr>
      <w:r>
        <w:rPr>
          <w:b/>
          <w:sz w:val="24"/>
        </w:rPr>
        <w:t>ANEXO 4 – LIMITACIÓN A MIPYME</w:t>
      </w:r>
    </w:p>
    <w:p>
      <w:pPr>
        <w:spacing w:after="120"/>
      </w:pPr>
      <w:r>
        <w:rPr>
          <w:b w:val="0"/>
        </w:rPr>
        <w:t>Proceso de mínima cuantía No. CMC-[___]-2026. Convocatoria limitada a Mipyme, en escala: (1) domiciliadas en San Rafael; (2) domiciliadas en Antioquia; (3) resto del país.</w:t>
      </w:r>
    </w:p>
    <w:p>
      <w:pPr>
        <w:spacing w:after="120"/>
      </w:pPr>
      <w:r>
        <w:rPr>
          <w:b w:val="0"/>
        </w:rPr>
        <w:t>Yo, [nombre], en calidad de [representante legal / persona natural], y [nombre], contador o revisor fiscal con tarjeta profesional No. [____], certificamos que:</w:t>
      </w:r>
    </w:p>
    <w:p>
      <w:pPr>
        <w:pStyle w:val="ListBullet"/>
        <w:spacing w:after="60"/>
      </w:pPr>
      <w:r>
        <w:t>[Nombre del oferente], NIT/C.C. [____], es una [micro / pequeña / mediana] empresa, según los criterios del Decreto 957 de 2019 y la normativa vigente.</w:t>
      </w:r>
    </w:p>
    <w:p>
      <w:pPr>
        <w:pStyle w:val="ListBullet"/>
        <w:spacing w:after="60"/>
      </w:pPr>
      <w:r>
        <w:t>Su domicilio principal está en el municipio de [____], departamento de [____] (marque: [ ] San Rafael  [ ] otro municipio de Antioquia  [ ] otro departamento).</w:t>
      </w:r>
    </w:p>
    <w:p>
      <w:pPr>
        <w:pStyle w:val="ListBullet"/>
        <w:spacing w:after="60"/>
      </w:pPr>
      <w:r>
        <w:t>Tiene [__] meses de constituida y su matrícula mercantil está vigente.</w:t>
      </w:r>
    </w:p>
    <w:p>
      <w:pPr>
        <w:spacing w:after="120"/>
      </w:pPr>
      <w:r>
        <w:rPr>
          <w:b w:val="0"/>
        </w:rPr>
        <w:t>Se adjunta certificado de existencia y representación legal o matrícula mercantil, con fecha de expedición no superior a treinta (30) días. Esta certificación se expide en [fecha].</w:t>
      </w:r>
    </w:p>
    <w:p>
      <w:pPr>
        <w:spacing w:after="120"/>
      </w:pPr>
      <w:r>
        <w:rPr>
          <w:b w:val="0"/>
        </w:rPr>
      </w:r>
    </w:p>
    <w:p>
      <w:pPr>
        <w:spacing w:after="120"/>
      </w:pPr>
      <w:r>
        <w:rPr>
          <w:b w:val="0"/>
        </w:rPr>
        <w:t>_____________________________</w:t>
      </w:r>
    </w:p>
    <w:p>
      <w:pPr>
        <w:spacing w:after="120"/>
      </w:pPr>
      <w:r>
        <w:rPr>
          <w:b w:val="0"/>
        </w:rPr>
        <w:t>[Representante legal o persona natural]</w:t>
      </w:r>
    </w:p>
    <w:p>
      <w:pPr>
        <w:spacing w:after="120"/>
      </w:pPr>
      <w:r>
        <w:rPr>
          <w:b w:val="0"/>
        </w:rPr>
        <w:t>C.C. o NIT: [____________]</w:t>
      </w:r>
    </w:p>
    <w:p>
      <w:pPr>
        <w:spacing w:after="120"/>
      </w:pPr>
      <w:r>
        <w:rPr>
          <w:b w:val="0"/>
        </w:rPr>
        <w:t>Dirección, teléfono y correo: [____________]</w:t>
      </w:r>
    </w:p>
    <w:p>
      <w:pPr>
        <w:spacing w:after="120"/>
      </w:pPr>
      <w:r>
        <w:rPr>
          <w:b w:val="0"/>
        </w:rPr>
        <w:t>_____________________________</w:t>
      </w:r>
    </w:p>
    <w:p>
      <w:pPr>
        <w:spacing w:after="120"/>
      </w:pPr>
      <w:r>
        <w:rPr>
          <w:b w:val="0"/>
        </w:rPr>
        <w:t>[Nombre del contador o revisor fiscal]</w:t>
      </w:r>
    </w:p>
    <w:p>
      <w:pPr>
        <w:spacing w:after="120"/>
      </w:pPr>
      <w:r>
        <w:rPr>
          <w:b w:val="0"/>
        </w:rPr>
        <w:t>T.P. No. [____]</w:t>
      </w:r>
    </w:p>
    <w:p>
      <w:r>
        <w:br w:type="page"/>
      </w:r>
    </w:p>
    <w:p>
      <w:pPr>
        <w:spacing w:after="120"/>
      </w:pPr>
      <w:r>
        <w:rPr>
          <w:b/>
          <w:sz w:val="24"/>
        </w:rPr>
        <w:t>ANEXO 5 – DECLARACIÓN DE INHABILIDADES, INCOMPATIBILIDADES Y REDAM</w:t>
      </w:r>
    </w:p>
    <w:p>
      <w:pPr>
        <w:spacing w:after="120"/>
      </w:pPr>
      <w:r>
        <w:rPr>
          <w:b w:val="0"/>
        </w:rPr>
        <w:t>Proceso de mínima cuantía No. CMC-[___]-2026. Objeto: SUMINISTRO DE EQUIPOS DE OFICINA DESTINADOS AL FORTALECIMIENTO DE LA GESTION ADMINISTRATIVA Y OPERATIVA DEL CONCEJO MUNICIPAL DE SAN RAFAEL.</w:t>
      </w:r>
    </w:p>
    <w:p>
      <w:pPr>
        <w:spacing w:after="120"/>
      </w:pPr>
      <w:r>
        <w:rPr>
          <w:b w:val="0"/>
        </w:rPr>
        <w:t>Yo, [nombre], identificado(a) con [cédula/NIT] No. [____], obrando en [nombre propio / representación de ____], declaro bajo la gravedad de juramento, que se entiende prestado con la firma:</w:t>
      </w:r>
    </w:p>
    <w:p>
      <w:pPr>
        <w:pStyle w:val="ListBullet"/>
        <w:spacing w:after="60"/>
      </w:pPr>
      <w:r>
        <w:t>No estoy incurso en ninguna inhabilidad, incompatibilidad o prohibición de las Leyes 80 de 1993, 1150 de 2007, 1474 de 2011 y 2195 de 2022, ni en conflicto de intereses con el Municipio de San Rafael.</w:t>
      </w:r>
    </w:p>
    <w:p>
      <w:pPr>
        <w:pStyle w:val="ListBullet"/>
        <w:spacing w:after="60"/>
      </w:pPr>
      <w:r>
        <w:t>No estoy reportado en el Boletín de Responsables Fiscales de la Contraloría General de la República.</w:t>
      </w:r>
    </w:p>
    <w:p>
      <w:pPr>
        <w:pStyle w:val="ListBullet"/>
        <w:spacing w:after="60"/>
      </w:pPr>
      <w:r>
        <w:t>No tengo antecedentes disciplinarios que me inhabiliten ni antecedentes judiciales vigentes, ni medidas correctivas pendientes del Código Nacional de Seguridad y Convivencia.</w:t>
      </w:r>
    </w:p>
    <w:p>
      <w:pPr>
        <w:pStyle w:val="ListBullet"/>
        <w:spacing w:after="60"/>
      </w:pPr>
      <w:r>
        <w:t>No estoy inscrito en el Registro de Deudores Alimentarios Morosos (REDAM), conforme a la Ley 2097 de 2021.</w:t>
      </w:r>
    </w:p>
    <w:p>
      <w:pPr>
        <w:pStyle w:val="ListBullet"/>
        <w:spacing w:after="60"/>
      </w:pPr>
      <w:r>
        <w:t>Estoy al día en el pago de aportes al Sistema de Seguridad Social Integral y parafiscales.</w:t>
      </w:r>
    </w:p>
    <w:p>
      <w:pPr>
        <w:pStyle w:val="ListBullet"/>
        <w:spacing w:after="60"/>
      </w:pPr>
      <w:r>
        <w:t>Autorizo al Municipio a verificar esta información en las bases de datos oficiales.</w:t>
      </w:r>
    </w:p>
    <w:p>
      <w:pPr>
        <w:spacing w:after="120"/>
      </w:pPr>
      <w:r>
        <w:rPr>
          <w:b w:val="0"/>
        </w:rPr>
      </w:r>
    </w:p>
    <w:p>
      <w:pPr>
        <w:spacing w:after="120"/>
      </w:pPr>
      <w:r>
        <w:rPr>
          <w:b w:val="0"/>
        </w:rPr>
        <w:t>_____________________________</w:t>
      </w:r>
    </w:p>
    <w:p>
      <w:pPr>
        <w:spacing w:after="120"/>
      </w:pPr>
      <w:r>
        <w:rPr>
          <w:b w:val="0"/>
        </w:rPr>
        <w:t>[Nombre del oferente o representante legal]</w:t>
      </w:r>
    </w:p>
    <w:p>
      <w:pPr>
        <w:spacing w:after="120"/>
      </w:pPr>
      <w:r>
        <w:rPr>
          <w:b w:val="0"/>
        </w:rPr>
        <w:t>C.C. o NIT: [____________]</w:t>
      </w:r>
    </w:p>
    <w:p>
      <w:pPr>
        <w:spacing w:after="120"/>
      </w:pPr>
      <w:r>
        <w:rPr>
          <w:b w:val="0"/>
        </w:rPr>
        <w:t>Dirección, teléfono y correo: [____________]</w:t>
      </w:r>
    </w:p>
    <w:sectPr w:rsidR="00FC693F" w:rsidRPr="0006063C" w:rsidSect="00034616">
      <w:pgSz w:w="12240" w:h="15840"/>
      <w:pgMar w:top="1247" w:right="1417" w:bottom="124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