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AFB981" w14:textId="77777777" w:rsidR="00260BF7" w:rsidRPr="00DE26D0" w:rsidRDefault="009A6A2E" w:rsidP="00DE26D0">
      <w:pPr>
        <w:pStyle w:val="Ttulo2"/>
        <w:jc w:val="both"/>
        <w:rPr>
          <w:rFonts w:ascii="Arial" w:hAnsi="Arial" w:cs="Arial"/>
          <w:color w:val="auto"/>
          <w:sz w:val="22"/>
          <w:szCs w:val="22"/>
          <w:lang w:val="es-CO"/>
        </w:rPr>
      </w:pPr>
      <w:r w:rsidRPr="00DE26D0">
        <w:rPr>
          <w:color w:val="auto"/>
          <w:lang w:val="es-CO"/>
        </w:rPr>
        <w:t>1</w:t>
      </w:r>
      <w:r w:rsidRPr="00DE26D0">
        <w:rPr>
          <w:rFonts w:ascii="Arial" w:hAnsi="Arial" w:cs="Arial"/>
          <w:color w:val="auto"/>
          <w:sz w:val="22"/>
          <w:szCs w:val="22"/>
          <w:lang w:val="es-CO"/>
        </w:rPr>
        <w:t>. OBJETIVO</w:t>
      </w:r>
    </w:p>
    <w:p w14:paraId="256C6B6C" w14:textId="70B4C745" w:rsidR="00260BF7" w:rsidRPr="00DE26D0" w:rsidRDefault="003E5132" w:rsidP="00DE26D0">
      <w:pPr>
        <w:jc w:val="both"/>
        <w:rPr>
          <w:rFonts w:ascii="Arial" w:hAnsi="Arial" w:cs="Arial"/>
          <w:lang w:val="es-CO"/>
        </w:rPr>
      </w:pPr>
      <w:r>
        <w:rPr>
          <w:rFonts w:ascii="Arial" w:hAnsi="Arial" w:cs="Arial"/>
          <w:lang w:val="es-CO"/>
        </w:rPr>
        <w:t>Declarar, f</w:t>
      </w:r>
      <w:r w:rsidR="009A6A2E" w:rsidRPr="00DE26D0">
        <w:rPr>
          <w:rFonts w:ascii="Arial" w:hAnsi="Arial" w:cs="Arial"/>
          <w:lang w:val="es-CO"/>
        </w:rPr>
        <w:t xml:space="preserve">ormalizar </w:t>
      </w:r>
      <w:r w:rsidR="00124EB4">
        <w:rPr>
          <w:rFonts w:ascii="Arial" w:hAnsi="Arial" w:cs="Arial"/>
          <w:lang w:val="es-CO"/>
        </w:rPr>
        <w:t xml:space="preserve">y aceptar </w:t>
      </w:r>
      <w:r w:rsidR="009A6A2E" w:rsidRPr="00DE26D0">
        <w:rPr>
          <w:rFonts w:ascii="Arial" w:hAnsi="Arial" w:cs="Arial"/>
          <w:lang w:val="es-CO"/>
        </w:rPr>
        <w:t xml:space="preserve">el compromiso ético, legal y de transparencia de toda persona natural o jurídica interesada en participar en los procesos de contratación adelantados por la Alcaldía de </w:t>
      </w:r>
      <w:r w:rsidR="00A74875">
        <w:rPr>
          <w:rFonts w:ascii="Arial" w:hAnsi="Arial" w:cs="Arial"/>
          <w:lang w:val="es-CO"/>
        </w:rPr>
        <w:t>Nocaima</w:t>
      </w:r>
      <w:r w:rsidR="009A6A2E" w:rsidRPr="00DE26D0">
        <w:rPr>
          <w:rFonts w:ascii="Arial" w:hAnsi="Arial" w:cs="Arial"/>
          <w:lang w:val="es-CO"/>
        </w:rPr>
        <w:t>, mediante la adopción de principios, declaraciones y compromisos que contribuyan a prevenir riesgos de corrupción, fraude, conflicto de interés, soborno, colusión, lavado de activos, financiación del terrorismo y demás conductas que puedan afectar la integridad de la gestión pública.</w:t>
      </w:r>
    </w:p>
    <w:p w14:paraId="4B61D4BE"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2. ALCANCE</w:t>
      </w:r>
    </w:p>
    <w:p w14:paraId="032B53F2" w14:textId="3A5BD8F8" w:rsidR="00260BF7" w:rsidRPr="00DE26D0" w:rsidRDefault="009A6A2E" w:rsidP="00DE26D0">
      <w:pPr>
        <w:pStyle w:val="Listaconvietas"/>
        <w:jc w:val="both"/>
        <w:rPr>
          <w:rFonts w:ascii="Arial" w:hAnsi="Arial" w:cs="Arial"/>
        </w:rPr>
      </w:pPr>
      <w:r w:rsidRPr="00DE26D0">
        <w:rPr>
          <w:rFonts w:ascii="Arial" w:hAnsi="Arial" w:cs="Arial"/>
        </w:rPr>
        <w:t>Personas naturales</w:t>
      </w:r>
    </w:p>
    <w:p w14:paraId="30401301" w14:textId="2FE9C270" w:rsidR="00260BF7" w:rsidRPr="00DE26D0" w:rsidRDefault="009A6A2E" w:rsidP="00DE26D0">
      <w:pPr>
        <w:pStyle w:val="Listaconvietas"/>
        <w:jc w:val="both"/>
        <w:rPr>
          <w:rFonts w:ascii="Arial" w:hAnsi="Arial" w:cs="Arial"/>
        </w:rPr>
      </w:pPr>
      <w:r w:rsidRPr="00DE26D0">
        <w:rPr>
          <w:rFonts w:ascii="Arial" w:hAnsi="Arial" w:cs="Arial"/>
        </w:rPr>
        <w:t xml:space="preserve">Personas </w:t>
      </w:r>
      <w:proofErr w:type="spellStart"/>
      <w:r w:rsidRPr="00DE26D0">
        <w:rPr>
          <w:rFonts w:ascii="Arial" w:hAnsi="Arial" w:cs="Arial"/>
        </w:rPr>
        <w:t>jurídicas</w:t>
      </w:r>
      <w:proofErr w:type="spellEnd"/>
    </w:p>
    <w:p w14:paraId="2525C7A9" w14:textId="4C103493" w:rsidR="00260BF7" w:rsidRPr="00DE26D0" w:rsidRDefault="009A6A2E" w:rsidP="00DE26D0">
      <w:pPr>
        <w:pStyle w:val="Listaconvietas"/>
        <w:jc w:val="both"/>
        <w:rPr>
          <w:rFonts w:ascii="Arial" w:hAnsi="Arial" w:cs="Arial"/>
        </w:rPr>
      </w:pPr>
      <w:proofErr w:type="spellStart"/>
      <w:r w:rsidRPr="00DE26D0">
        <w:rPr>
          <w:rFonts w:ascii="Arial" w:hAnsi="Arial" w:cs="Arial"/>
        </w:rPr>
        <w:t>Consorcios</w:t>
      </w:r>
      <w:proofErr w:type="spellEnd"/>
    </w:p>
    <w:p w14:paraId="35697503" w14:textId="226F48BA" w:rsidR="00260BF7" w:rsidRPr="00DE26D0" w:rsidRDefault="009A6A2E" w:rsidP="00DE26D0">
      <w:pPr>
        <w:pStyle w:val="Listaconvietas"/>
        <w:jc w:val="both"/>
        <w:rPr>
          <w:rFonts w:ascii="Arial" w:hAnsi="Arial" w:cs="Arial"/>
        </w:rPr>
      </w:pPr>
      <w:proofErr w:type="spellStart"/>
      <w:r w:rsidRPr="00DE26D0">
        <w:rPr>
          <w:rFonts w:ascii="Arial" w:hAnsi="Arial" w:cs="Arial"/>
        </w:rPr>
        <w:t>Uniones</w:t>
      </w:r>
      <w:proofErr w:type="spellEnd"/>
      <w:r w:rsidRPr="00DE26D0">
        <w:rPr>
          <w:rFonts w:ascii="Arial" w:hAnsi="Arial" w:cs="Arial"/>
        </w:rPr>
        <w:t xml:space="preserve"> </w:t>
      </w:r>
      <w:proofErr w:type="spellStart"/>
      <w:r w:rsidRPr="00DE26D0">
        <w:rPr>
          <w:rFonts w:ascii="Arial" w:hAnsi="Arial" w:cs="Arial"/>
        </w:rPr>
        <w:t>Temporales</w:t>
      </w:r>
      <w:proofErr w:type="spellEnd"/>
    </w:p>
    <w:p w14:paraId="29BACD08" w14:textId="5795DAB3" w:rsidR="00260BF7" w:rsidRPr="00DE26D0" w:rsidRDefault="009A6A2E" w:rsidP="00DE26D0">
      <w:pPr>
        <w:pStyle w:val="Listaconvietas"/>
        <w:jc w:val="both"/>
        <w:rPr>
          <w:rFonts w:ascii="Arial" w:hAnsi="Arial" w:cs="Arial"/>
        </w:rPr>
      </w:pPr>
      <w:proofErr w:type="spellStart"/>
      <w:r w:rsidRPr="00DE26D0">
        <w:rPr>
          <w:rFonts w:ascii="Arial" w:hAnsi="Arial" w:cs="Arial"/>
        </w:rPr>
        <w:t>Promesas</w:t>
      </w:r>
      <w:proofErr w:type="spellEnd"/>
      <w:r w:rsidRPr="00DE26D0">
        <w:rPr>
          <w:rFonts w:ascii="Arial" w:hAnsi="Arial" w:cs="Arial"/>
        </w:rPr>
        <w:t xml:space="preserve"> de Sociedad Futura</w:t>
      </w:r>
    </w:p>
    <w:p w14:paraId="7E5876AE" w14:textId="6B7CDC81" w:rsidR="00260BF7" w:rsidRPr="00DE26D0" w:rsidRDefault="009A6A2E" w:rsidP="00DE26D0">
      <w:pPr>
        <w:pStyle w:val="Listaconvietas"/>
        <w:jc w:val="both"/>
        <w:rPr>
          <w:rFonts w:ascii="Arial" w:hAnsi="Arial" w:cs="Arial"/>
        </w:rPr>
      </w:pPr>
      <w:proofErr w:type="spellStart"/>
      <w:r w:rsidRPr="00DE26D0">
        <w:rPr>
          <w:rFonts w:ascii="Arial" w:hAnsi="Arial" w:cs="Arial"/>
        </w:rPr>
        <w:t>Representantes</w:t>
      </w:r>
      <w:proofErr w:type="spellEnd"/>
      <w:r w:rsidRPr="00DE26D0">
        <w:rPr>
          <w:rFonts w:ascii="Arial" w:hAnsi="Arial" w:cs="Arial"/>
        </w:rPr>
        <w:t xml:space="preserve"> </w:t>
      </w:r>
      <w:proofErr w:type="spellStart"/>
      <w:r w:rsidRPr="00DE26D0">
        <w:rPr>
          <w:rFonts w:ascii="Arial" w:hAnsi="Arial" w:cs="Arial"/>
        </w:rPr>
        <w:t>Legales</w:t>
      </w:r>
      <w:proofErr w:type="spellEnd"/>
    </w:p>
    <w:p w14:paraId="22CDFC0E" w14:textId="775D17E3" w:rsidR="00260BF7" w:rsidRPr="00DE26D0" w:rsidRDefault="009A6A2E" w:rsidP="00DE26D0">
      <w:pPr>
        <w:pStyle w:val="Listaconvietas"/>
        <w:jc w:val="both"/>
        <w:rPr>
          <w:rFonts w:ascii="Arial" w:hAnsi="Arial" w:cs="Arial"/>
        </w:rPr>
      </w:pPr>
      <w:proofErr w:type="spellStart"/>
      <w:r w:rsidRPr="00DE26D0">
        <w:rPr>
          <w:rFonts w:ascii="Arial" w:hAnsi="Arial" w:cs="Arial"/>
        </w:rPr>
        <w:t>Apoderados</w:t>
      </w:r>
      <w:proofErr w:type="spellEnd"/>
    </w:p>
    <w:p w14:paraId="534B6EE4" w14:textId="123B058E" w:rsidR="00260BF7" w:rsidRPr="00DE26D0" w:rsidRDefault="009A6A2E" w:rsidP="00DE26D0">
      <w:pPr>
        <w:pStyle w:val="Listaconvietas"/>
        <w:jc w:val="both"/>
        <w:rPr>
          <w:rFonts w:ascii="Arial" w:hAnsi="Arial" w:cs="Arial"/>
        </w:rPr>
      </w:pPr>
      <w:proofErr w:type="spellStart"/>
      <w:r w:rsidRPr="00DE26D0">
        <w:rPr>
          <w:rFonts w:ascii="Arial" w:hAnsi="Arial" w:cs="Arial"/>
        </w:rPr>
        <w:t>Oferentes</w:t>
      </w:r>
      <w:proofErr w:type="spellEnd"/>
    </w:p>
    <w:p w14:paraId="0FE9F773" w14:textId="22F5CDDA" w:rsidR="00260BF7" w:rsidRPr="00DE26D0" w:rsidRDefault="009A6A2E" w:rsidP="00DE26D0">
      <w:pPr>
        <w:pStyle w:val="Listaconvietas"/>
        <w:jc w:val="both"/>
        <w:rPr>
          <w:rFonts w:ascii="Arial" w:hAnsi="Arial" w:cs="Arial"/>
        </w:rPr>
      </w:pPr>
      <w:proofErr w:type="spellStart"/>
      <w:r w:rsidRPr="00DE26D0">
        <w:rPr>
          <w:rFonts w:ascii="Arial" w:hAnsi="Arial" w:cs="Arial"/>
        </w:rPr>
        <w:t>Contratistas</w:t>
      </w:r>
      <w:proofErr w:type="spellEnd"/>
    </w:p>
    <w:p w14:paraId="1DC6A95B" w14:textId="77777777" w:rsidR="00260BF7"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3. INFORMACIÓN GENERAL DEL PROPONENTE</w:t>
      </w:r>
    </w:p>
    <w:p w14:paraId="0F3165FC" w14:textId="77777777" w:rsidR="00DE26D0" w:rsidRPr="00DE26D0" w:rsidRDefault="00DE26D0" w:rsidP="00DE26D0"/>
    <w:tbl>
      <w:tblPr>
        <w:tblStyle w:val="Tablanormal1"/>
        <w:tblW w:w="0" w:type="auto"/>
        <w:tblLook w:val="04A0" w:firstRow="1" w:lastRow="0" w:firstColumn="1" w:lastColumn="0" w:noHBand="0" w:noVBand="1"/>
      </w:tblPr>
      <w:tblGrid>
        <w:gridCol w:w="2800"/>
        <w:gridCol w:w="5830"/>
      </w:tblGrid>
      <w:tr w:rsidR="00260BF7" w:rsidRPr="00DE26D0" w14:paraId="5810946F" w14:textId="77777777" w:rsidTr="00DE26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695BD2D6"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Nombre</w:t>
            </w:r>
          </w:p>
        </w:tc>
        <w:tc>
          <w:tcPr>
            <w:tcW w:w="5838" w:type="dxa"/>
          </w:tcPr>
          <w:p w14:paraId="02B4403A" w14:textId="40365A91" w:rsidR="00260BF7" w:rsidRPr="00DE26D0" w:rsidRDefault="00260BF7" w:rsidP="00DE26D0">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260BF7" w:rsidRPr="00DE26D0" w14:paraId="7CCCEF09" w14:textId="77777777" w:rsidTr="00DE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F1B5C58"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NIT/CC</w:t>
            </w:r>
          </w:p>
        </w:tc>
        <w:tc>
          <w:tcPr>
            <w:tcW w:w="5838" w:type="dxa"/>
          </w:tcPr>
          <w:p w14:paraId="27B2434F" w14:textId="003D5342"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260BF7" w:rsidRPr="00DE26D0" w14:paraId="6C589EDC" w14:textId="77777777" w:rsidTr="00DE26D0">
        <w:tc>
          <w:tcPr>
            <w:cnfStyle w:val="001000000000" w:firstRow="0" w:lastRow="0" w:firstColumn="1" w:lastColumn="0" w:oddVBand="0" w:evenVBand="0" w:oddHBand="0" w:evenHBand="0" w:firstRowFirstColumn="0" w:firstRowLastColumn="0" w:lastRowFirstColumn="0" w:lastRowLastColumn="0"/>
            <w:tcW w:w="2802" w:type="dxa"/>
          </w:tcPr>
          <w:p w14:paraId="5CFB1518"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Representante Legal</w:t>
            </w:r>
          </w:p>
        </w:tc>
        <w:tc>
          <w:tcPr>
            <w:tcW w:w="5838" w:type="dxa"/>
          </w:tcPr>
          <w:p w14:paraId="2765180E" w14:textId="4BAFB1A4"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60BF7" w:rsidRPr="00DE26D0" w14:paraId="23CD2975" w14:textId="77777777" w:rsidTr="00DE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1ED34C98"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Correo</w:t>
            </w:r>
          </w:p>
        </w:tc>
        <w:tc>
          <w:tcPr>
            <w:tcW w:w="5838" w:type="dxa"/>
          </w:tcPr>
          <w:p w14:paraId="2B2E21A3" w14:textId="2E3EAFEE"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260BF7" w:rsidRPr="00DE26D0" w14:paraId="131147E5" w14:textId="77777777" w:rsidTr="00DE26D0">
        <w:tc>
          <w:tcPr>
            <w:cnfStyle w:val="001000000000" w:firstRow="0" w:lastRow="0" w:firstColumn="1" w:lastColumn="0" w:oddVBand="0" w:evenVBand="0" w:oddHBand="0" w:evenHBand="0" w:firstRowFirstColumn="0" w:firstRowLastColumn="0" w:lastRowFirstColumn="0" w:lastRowLastColumn="0"/>
            <w:tcW w:w="2802" w:type="dxa"/>
          </w:tcPr>
          <w:p w14:paraId="10BC2CAC"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Celular</w:t>
            </w:r>
          </w:p>
        </w:tc>
        <w:tc>
          <w:tcPr>
            <w:tcW w:w="5838" w:type="dxa"/>
          </w:tcPr>
          <w:p w14:paraId="1E0A7AAF" w14:textId="35F00D09"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60BF7" w:rsidRPr="00DE26D0" w14:paraId="47A996C8" w14:textId="77777777" w:rsidTr="00DE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18FFD823"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Dirección</w:t>
            </w:r>
          </w:p>
        </w:tc>
        <w:tc>
          <w:tcPr>
            <w:tcW w:w="5838" w:type="dxa"/>
          </w:tcPr>
          <w:p w14:paraId="2A13762E" w14:textId="5530E85C"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260BF7" w:rsidRPr="00DE26D0" w14:paraId="650E52BD" w14:textId="77777777" w:rsidTr="00DE26D0">
        <w:tc>
          <w:tcPr>
            <w:cnfStyle w:val="001000000000" w:firstRow="0" w:lastRow="0" w:firstColumn="1" w:lastColumn="0" w:oddVBand="0" w:evenVBand="0" w:oddHBand="0" w:evenHBand="0" w:firstRowFirstColumn="0" w:firstRowLastColumn="0" w:lastRowFirstColumn="0" w:lastRowLastColumn="0"/>
            <w:tcW w:w="2802" w:type="dxa"/>
          </w:tcPr>
          <w:p w14:paraId="500A48DA"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Proceso Contractual No.</w:t>
            </w:r>
          </w:p>
        </w:tc>
        <w:tc>
          <w:tcPr>
            <w:tcW w:w="5838" w:type="dxa"/>
          </w:tcPr>
          <w:p w14:paraId="3599B700" w14:textId="504F064F"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60BF7" w:rsidRPr="00DE26D0" w14:paraId="26991633" w14:textId="77777777" w:rsidTr="00DE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71891165"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Objeto del Proceso</w:t>
            </w:r>
          </w:p>
        </w:tc>
        <w:tc>
          <w:tcPr>
            <w:tcW w:w="5838" w:type="dxa"/>
          </w:tcPr>
          <w:p w14:paraId="326D4FBF" w14:textId="02B1EC54"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260BF7" w:rsidRPr="00DE26D0" w14:paraId="23E24D1F" w14:textId="77777777" w:rsidTr="00DE26D0">
        <w:tc>
          <w:tcPr>
            <w:cnfStyle w:val="001000000000" w:firstRow="0" w:lastRow="0" w:firstColumn="1" w:lastColumn="0" w:oddVBand="0" w:evenVBand="0" w:oddHBand="0" w:evenHBand="0" w:firstRowFirstColumn="0" w:firstRowLastColumn="0" w:lastRowFirstColumn="0" w:lastRowLastColumn="0"/>
            <w:tcW w:w="2802" w:type="dxa"/>
          </w:tcPr>
          <w:p w14:paraId="59F564C3"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Dependencia</w:t>
            </w:r>
          </w:p>
        </w:tc>
        <w:tc>
          <w:tcPr>
            <w:tcW w:w="5838" w:type="dxa"/>
          </w:tcPr>
          <w:p w14:paraId="36277C8F" w14:textId="7EC40E01"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60BF7" w:rsidRPr="00DE26D0" w14:paraId="3D04CC80" w14:textId="77777777" w:rsidTr="00DE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3BB56991"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Modalidad</w:t>
            </w:r>
          </w:p>
        </w:tc>
        <w:tc>
          <w:tcPr>
            <w:tcW w:w="5838" w:type="dxa"/>
          </w:tcPr>
          <w:p w14:paraId="399FA835" w14:textId="425A451C"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260BF7" w:rsidRPr="00DE26D0" w14:paraId="46BC894D" w14:textId="77777777" w:rsidTr="00DE26D0">
        <w:tc>
          <w:tcPr>
            <w:cnfStyle w:val="001000000000" w:firstRow="0" w:lastRow="0" w:firstColumn="1" w:lastColumn="0" w:oddVBand="0" w:evenVBand="0" w:oddHBand="0" w:evenHBand="0" w:firstRowFirstColumn="0" w:firstRowLastColumn="0" w:lastRowFirstColumn="0" w:lastRowLastColumn="0"/>
            <w:tcW w:w="2802" w:type="dxa"/>
          </w:tcPr>
          <w:p w14:paraId="7C261CC5" w14:textId="77777777" w:rsidR="00260BF7" w:rsidRPr="00177ADF" w:rsidRDefault="009A6A2E" w:rsidP="00DE26D0">
            <w:pPr>
              <w:jc w:val="both"/>
              <w:rPr>
                <w:rFonts w:ascii="Arial" w:hAnsi="Arial" w:cs="Arial"/>
                <w:b w:val="0"/>
                <w:bCs w:val="0"/>
                <w:sz w:val="24"/>
                <w:szCs w:val="24"/>
              </w:rPr>
            </w:pPr>
            <w:r w:rsidRPr="00177ADF">
              <w:rPr>
                <w:rFonts w:ascii="Arial" w:hAnsi="Arial" w:cs="Arial"/>
                <w:b w:val="0"/>
                <w:bCs w:val="0"/>
                <w:sz w:val="24"/>
                <w:szCs w:val="24"/>
              </w:rPr>
              <w:t>Fecha</w:t>
            </w:r>
          </w:p>
        </w:tc>
        <w:tc>
          <w:tcPr>
            <w:tcW w:w="5838" w:type="dxa"/>
          </w:tcPr>
          <w:p w14:paraId="5D2A9C56" w14:textId="1C1A209C"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0E607DEA" w14:textId="77777777" w:rsidR="00124EB4" w:rsidRDefault="00124EB4" w:rsidP="00DE26D0">
      <w:pPr>
        <w:pStyle w:val="Ttulo2"/>
        <w:jc w:val="both"/>
        <w:rPr>
          <w:rFonts w:ascii="Arial" w:hAnsi="Arial" w:cs="Arial"/>
          <w:color w:val="auto"/>
          <w:sz w:val="22"/>
          <w:szCs w:val="22"/>
          <w:lang w:val="es-CO"/>
        </w:rPr>
      </w:pPr>
    </w:p>
    <w:p w14:paraId="49EC24B1" w14:textId="5DF4AB67" w:rsidR="00260BF7"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4. DECLARACIÓN BAJO GRAVEDAD DE JURAMENTO</w:t>
      </w:r>
    </w:p>
    <w:p w14:paraId="03486C5A" w14:textId="77777777" w:rsidR="00260BF7" w:rsidRPr="00DE26D0" w:rsidRDefault="009A6A2E" w:rsidP="00DE26D0">
      <w:pPr>
        <w:jc w:val="both"/>
        <w:rPr>
          <w:rFonts w:ascii="Arial" w:hAnsi="Arial" w:cs="Arial"/>
          <w:lang w:val="es-CO"/>
        </w:rPr>
      </w:pPr>
      <w:r w:rsidRPr="00DE26D0">
        <w:rPr>
          <w:rFonts w:ascii="Arial" w:hAnsi="Arial" w:cs="Arial"/>
          <w:lang w:val="es-CO"/>
        </w:rPr>
        <w:t>Yo, ________________________, identificado(a) con ____________________, actuando en nombre propio o en representación de ________________________, declaro bajo gravedad de juramento que toda la información suministrada es veraz, completa y verificable y manifiesto mi compromiso de actuar con integridad durante todas las etapas del proceso contractual.</w:t>
      </w:r>
    </w:p>
    <w:p w14:paraId="3B5A94DC" w14:textId="25AFAE17" w:rsidR="00DE26D0"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 xml:space="preserve">5. </w:t>
      </w:r>
      <w:r w:rsidR="00DE26D0" w:rsidRPr="00DE26D0">
        <w:rPr>
          <w:rFonts w:ascii="Arial" w:hAnsi="Arial" w:cs="Arial"/>
          <w:color w:val="auto"/>
          <w:sz w:val="22"/>
          <w:szCs w:val="22"/>
          <w:lang w:val="es-CO"/>
        </w:rPr>
        <w:t xml:space="preserve">VALORES Y </w:t>
      </w:r>
      <w:r w:rsidRPr="00DE26D0">
        <w:rPr>
          <w:rFonts w:ascii="Arial" w:hAnsi="Arial" w:cs="Arial"/>
          <w:color w:val="auto"/>
          <w:sz w:val="22"/>
          <w:szCs w:val="22"/>
          <w:lang w:val="es-CO"/>
        </w:rPr>
        <w:t>PRINCIPIOS DE INTEGRIDAD</w:t>
      </w:r>
    </w:p>
    <w:p w14:paraId="34BF51DA" w14:textId="2860D091" w:rsidR="00DE26D0" w:rsidRPr="00DE26D0" w:rsidRDefault="00DE26D0" w:rsidP="00DE26D0">
      <w:pPr>
        <w:rPr>
          <w:rFonts w:ascii="Arial" w:hAnsi="Arial" w:cs="Arial"/>
          <w:lang w:val="es-CO"/>
        </w:rPr>
      </w:pPr>
      <w:r w:rsidRPr="00DE26D0">
        <w:rPr>
          <w:rFonts w:ascii="Arial" w:hAnsi="Arial" w:cs="Arial"/>
          <w:lang w:val="es-CO"/>
        </w:rPr>
        <w:t>Los valores y principios aplicables son los definidos en el Código de Integridad vigente, además se complementa con los siguientes:</w:t>
      </w:r>
    </w:p>
    <w:p w14:paraId="7850B72D"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Buena fe</w:t>
      </w:r>
    </w:p>
    <w:p w14:paraId="4B90361A"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Moralidad</w:t>
      </w:r>
    </w:p>
    <w:p w14:paraId="76786DEA"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Legalidad</w:t>
      </w:r>
    </w:p>
    <w:p w14:paraId="051DAE7C"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Responsabilidad</w:t>
      </w:r>
    </w:p>
    <w:p w14:paraId="5EBB83EA"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Imparcialidad</w:t>
      </w:r>
    </w:p>
    <w:p w14:paraId="5AC0A30A"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Igualdad</w:t>
      </w:r>
    </w:p>
    <w:p w14:paraId="2B3B9A37"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Publicidad</w:t>
      </w:r>
    </w:p>
    <w:p w14:paraId="2897F2D1"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Economía</w:t>
      </w:r>
    </w:p>
    <w:p w14:paraId="684B16A9"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Selección objetiva</w:t>
      </w:r>
    </w:p>
    <w:p w14:paraId="23B15053" w14:textId="77777777" w:rsidR="00260BF7" w:rsidRPr="003E5132" w:rsidRDefault="009A6A2E" w:rsidP="00DE26D0">
      <w:pPr>
        <w:pStyle w:val="Listaconvietas"/>
        <w:numPr>
          <w:ilvl w:val="0"/>
          <w:numId w:val="0"/>
        </w:numPr>
        <w:ind w:left="360" w:hanging="360"/>
        <w:jc w:val="both"/>
        <w:rPr>
          <w:rFonts w:ascii="Arial" w:hAnsi="Arial" w:cs="Arial"/>
          <w:lang w:val="es-CO"/>
        </w:rPr>
      </w:pPr>
      <w:r w:rsidRPr="003E5132">
        <w:rPr>
          <w:rFonts w:ascii="Segoe UI Symbol" w:hAnsi="Segoe UI Symbol" w:cs="Segoe UI Symbol"/>
          <w:lang w:val="es-CO"/>
        </w:rPr>
        <w:t>☐</w:t>
      </w:r>
      <w:r w:rsidRPr="003E5132">
        <w:rPr>
          <w:rFonts w:ascii="Arial" w:hAnsi="Arial" w:cs="Arial"/>
          <w:lang w:val="es-CO"/>
        </w:rPr>
        <w:t xml:space="preserve"> Respeto por los recursos públicos</w:t>
      </w:r>
    </w:p>
    <w:p w14:paraId="64634E73"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6. DECLARACIÓN DE CONFLICTO DE INTERÉS</w:t>
      </w:r>
    </w:p>
    <w:p w14:paraId="50C58ADC" w14:textId="77777777" w:rsidR="00260BF7" w:rsidRPr="00DE26D0" w:rsidRDefault="009A6A2E" w:rsidP="00DE26D0">
      <w:pPr>
        <w:pStyle w:val="Listaconvietas"/>
        <w:jc w:val="both"/>
        <w:rPr>
          <w:rFonts w:ascii="Arial" w:hAnsi="Arial" w:cs="Arial"/>
          <w:lang w:val="es-CO"/>
        </w:rPr>
      </w:pPr>
      <w:r w:rsidRPr="00DE26D0">
        <w:rPr>
          <w:rFonts w:ascii="Segoe UI Symbol" w:hAnsi="Segoe UI Symbol" w:cs="Segoe UI Symbol"/>
          <w:lang w:val="es-CO"/>
        </w:rPr>
        <w:t>☐</w:t>
      </w:r>
      <w:r w:rsidRPr="00DE26D0">
        <w:rPr>
          <w:rFonts w:ascii="Arial" w:hAnsi="Arial" w:cs="Arial"/>
          <w:lang w:val="es-CO"/>
        </w:rPr>
        <w:t xml:space="preserve"> NO tengo conflicto de interés real, potencial o aparente.</w:t>
      </w:r>
    </w:p>
    <w:p w14:paraId="7597D4FE" w14:textId="77777777" w:rsidR="00DE26D0" w:rsidRPr="003E5132" w:rsidRDefault="009A6A2E" w:rsidP="00DE26D0">
      <w:pPr>
        <w:pStyle w:val="Listaconvietas"/>
        <w:jc w:val="both"/>
        <w:rPr>
          <w:rFonts w:ascii="Arial" w:hAnsi="Arial" w:cs="Arial"/>
          <w:lang w:val="es-CO"/>
        </w:rPr>
      </w:pPr>
      <w:r w:rsidRPr="00DE26D0">
        <w:rPr>
          <w:rFonts w:ascii="Segoe UI Symbol" w:hAnsi="Segoe UI Symbol" w:cs="Segoe UI Symbol"/>
          <w:lang w:val="es-CO"/>
        </w:rPr>
        <w:t>☐</w:t>
      </w:r>
      <w:r w:rsidRPr="00DE26D0">
        <w:rPr>
          <w:rFonts w:ascii="Arial" w:hAnsi="Arial" w:cs="Arial"/>
          <w:lang w:val="es-CO"/>
        </w:rPr>
        <w:t xml:space="preserve"> SI tengo conflicto de interés. </w:t>
      </w:r>
    </w:p>
    <w:p w14:paraId="456D0824" w14:textId="0BF51056" w:rsidR="00260BF7" w:rsidRPr="00DE26D0" w:rsidRDefault="009A6A2E" w:rsidP="00DE26D0">
      <w:pPr>
        <w:pStyle w:val="Listaconvietas"/>
        <w:jc w:val="both"/>
        <w:rPr>
          <w:rFonts w:ascii="Arial" w:hAnsi="Arial" w:cs="Arial"/>
        </w:rPr>
      </w:pPr>
      <w:r w:rsidRPr="00DE26D0">
        <w:rPr>
          <w:rFonts w:ascii="Arial" w:hAnsi="Arial" w:cs="Arial"/>
        </w:rPr>
        <w:t xml:space="preserve">En </w:t>
      </w:r>
      <w:r w:rsidRPr="00DE26D0">
        <w:rPr>
          <w:rFonts w:ascii="Arial" w:hAnsi="Arial" w:cs="Arial"/>
          <w:lang w:val="es-CO"/>
        </w:rPr>
        <w:t>caso afirmativo describ</w:t>
      </w:r>
      <w:r w:rsidR="00DE26D0" w:rsidRPr="00DE26D0">
        <w:rPr>
          <w:rFonts w:ascii="Arial" w:hAnsi="Arial" w:cs="Arial"/>
          <w:lang w:val="es-CO"/>
        </w:rPr>
        <w:t>irlo</w:t>
      </w:r>
      <w:r w:rsidRPr="00DE26D0">
        <w:rPr>
          <w:rFonts w:ascii="Arial" w:hAnsi="Arial" w:cs="Arial"/>
        </w:rPr>
        <w:t>: ____________________________</w:t>
      </w:r>
    </w:p>
    <w:p w14:paraId="02DE2E57"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7. INHABILIDADES E INCOMPATIBILIDADES</w:t>
      </w:r>
    </w:p>
    <w:p w14:paraId="20A46A3E" w14:textId="51B96FB1" w:rsidR="00260BF7" w:rsidRPr="00DE26D0" w:rsidRDefault="009A6A2E" w:rsidP="00DE26D0">
      <w:pPr>
        <w:pStyle w:val="Listaconvietas"/>
        <w:jc w:val="both"/>
        <w:rPr>
          <w:rFonts w:ascii="Arial" w:hAnsi="Arial" w:cs="Arial"/>
          <w:lang w:val="es-CO"/>
        </w:rPr>
      </w:pPr>
      <w:r w:rsidRPr="00DE26D0">
        <w:rPr>
          <w:rFonts w:ascii="Arial" w:hAnsi="Arial" w:cs="Arial"/>
          <w:lang w:val="es-CO"/>
        </w:rPr>
        <w:t>No me encuentro incurso en causales de inhabilidad.</w:t>
      </w:r>
    </w:p>
    <w:p w14:paraId="5E8C8D90" w14:textId="362D9B17" w:rsidR="00260BF7" w:rsidRPr="00DE26D0" w:rsidRDefault="009A6A2E" w:rsidP="00DE26D0">
      <w:pPr>
        <w:pStyle w:val="Listaconvietas"/>
        <w:jc w:val="both"/>
        <w:rPr>
          <w:rFonts w:ascii="Arial" w:hAnsi="Arial" w:cs="Arial"/>
          <w:lang w:val="es-CO"/>
        </w:rPr>
      </w:pPr>
      <w:r w:rsidRPr="00DE26D0">
        <w:rPr>
          <w:rFonts w:ascii="Arial" w:hAnsi="Arial" w:cs="Arial"/>
          <w:lang w:val="es-CO"/>
        </w:rPr>
        <w:t>No me encuentro incurso en incompatibilidades.</w:t>
      </w:r>
    </w:p>
    <w:p w14:paraId="511FB144" w14:textId="36AAD1A5" w:rsidR="00260BF7" w:rsidRPr="00DE26D0" w:rsidRDefault="009A6A2E" w:rsidP="00DE26D0">
      <w:pPr>
        <w:pStyle w:val="Listaconvietas"/>
        <w:jc w:val="both"/>
        <w:rPr>
          <w:rFonts w:ascii="Arial" w:hAnsi="Arial" w:cs="Arial"/>
          <w:lang w:val="es-CO"/>
        </w:rPr>
      </w:pPr>
      <w:r w:rsidRPr="00DE26D0">
        <w:rPr>
          <w:rFonts w:ascii="Arial" w:hAnsi="Arial" w:cs="Arial"/>
          <w:lang w:val="es-CO"/>
        </w:rPr>
        <w:t>No me encuentro incurso en prohibiciones para contratar.</w:t>
      </w:r>
    </w:p>
    <w:p w14:paraId="47E06361"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8. COMPROMISOS ANTICORRUPCIÓN</w:t>
      </w:r>
    </w:p>
    <w:p w14:paraId="06516CBD" w14:textId="0013F0F8" w:rsidR="00260BF7" w:rsidRPr="00DE26D0" w:rsidRDefault="009A6A2E" w:rsidP="00DE26D0">
      <w:pPr>
        <w:pStyle w:val="Listaconvietas"/>
        <w:jc w:val="both"/>
        <w:rPr>
          <w:rFonts w:ascii="Arial" w:hAnsi="Arial" w:cs="Arial"/>
          <w:lang w:val="es-CO"/>
        </w:rPr>
      </w:pPr>
      <w:r w:rsidRPr="00DE26D0">
        <w:rPr>
          <w:rFonts w:ascii="Arial" w:hAnsi="Arial" w:cs="Arial"/>
        </w:rPr>
        <w:t xml:space="preserve">No </w:t>
      </w:r>
      <w:r w:rsidRPr="00DE26D0">
        <w:rPr>
          <w:rFonts w:ascii="Arial" w:hAnsi="Arial" w:cs="Arial"/>
          <w:lang w:val="es-CO"/>
        </w:rPr>
        <w:t>ofrecer sobornos</w:t>
      </w:r>
    </w:p>
    <w:p w14:paraId="7CC542BB" w14:textId="392ABFA1" w:rsidR="00260BF7" w:rsidRPr="00DE26D0" w:rsidRDefault="009A6A2E" w:rsidP="00DE26D0">
      <w:pPr>
        <w:pStyle w:val="Listaconvietas"/>
        <w:jc w:val="both"/>
        <w:rPr>
          <w:rFonts w:ascii="Arial" w:hAnsi="Arial" w:cs="Arial"/>
          <w:lang w:val="es-CO"/>
        </w:rPr>
      </w:pPr>
      <w:r w:rsidRPr="00DE26D0">
        <w:rPr>
          <w:rFonts w:ascii="Arial" w:hAnsi="Arial" w:cs="Arial"/>
          <w:lang w:val="es-CO"/>
        </w:rPr>
        <w:t>No recibir beneficios indebidos</w:t>
      </w:r>
    </w:p>
    <w:p w14:paraId="369E095A" w14:textId="669130A3" w:rsidR="00260BF7" w:rsidRPr="00DE26D0" w:rsidRDefault="009A6A2E" w:rsidP="00DE26D0">
      <w:pPr>
        <w:pStyle w:val="Listaconvietas"/>
        <w:jc w:val="both"/>
        <w:rPr>
          <w:rFonts w:ascii="Arial" w:hAnsi="Arial" w:cs="Arial"/>
          <w:lang w:val="es-CO"/>
        </w:rPr>
      </w:pPr>
      <w:r w:rsidRPr="00DE26D0">
        <w:rPr>
          <w:rFonts w:ascii="Arial" w:hAnsi="Arial" w:cs="Arial"/>
          <w:lang w:val="es-CO"/>
        </w:rPr>
        <w:lastRenderedPageBreak/>
        <w:t>No entregar dádivas</w:t>
      </w:r>
    </w:p>
    <w:p w14:paraId="67D9A0A1" w14:textId="0969FC10" w:rsidR="00260BF7" w:rsidRPr="00DE26D0" w:rsidRDefault="009A6A2E" w:rsidP="00DE26D0">
      <w:pPr>
        <w:pStyle w:val="Listaconvietas"/>
        <w:jc w:val="both"/>
        <w:rPr>
          <w:rFonts w:ascii="Arial" w:hAnsi="Arial" w:cs="Arial"/>
          <w:lang w:val="es-CO"/>
        </w:rPr>
      </w:pPr>
      <w:r w:rsidRPr="00DE26D0">
        <w:rPr>
          <w:rFonts w:ascii="Arial" w:hAnsi="Arial" w:cs="Arial"/>
          <w:lang w:val="es-CO"/>
        </w:rPr>
        <w:t>No realizar tráfico de influencias</w:t>
      </w:r>
    </w:p>
    <w:p w14:paraId="22F41FA6" w14:textId="542B1DF3" w:rsidR="00260BF7" w:rsidRPr="00DE26D0" w:rsidRDefault="009A6A2E" w:rsidP="00DE26D0">
      <w:pPr>
        <w:pStyle w:val="Listaconvietas"/>
        <w:jc w:val="both"/>
        <w:rPr>
          <w:rFonts w:ascii="Arial" w:hAnsi="Arial" w:cs="Arial"/>
          <w:lang w:val="es-CO"/>
        </w:rPr>
      </w:pPr>
      <w:r w:rsidRPr="00DE26D0">
        <w:rPr>
          <w:rFonts w:ascii="Arial" w:hAnsi="Arial" w:cs="Arial"/>
          <w:lang w:val="es-CO"/>
        </w:rPr>
        <w:t>No alterar documentos</w:t>
      </w:r>
    </w:p>
    <w:p w14:paraId="0A6EF102" w14:textId="5D009F26" w:rsidR="00260BF7" w:rsidRPr="00DE26D0" w:rsidRDefault="009A6A2E" w:rsidP="00DE26D0">
      <w:pPr>
        <w:pStyle w:val="Listaconvietas"/>
        <w:jc w:val="both"/>
        <w:rPr>
          <w:rFonts w:ascii="Arial" w:hAnsi="Arial" w:cs="Arial"/>
          <w:lang w:val="es-CO"/>
        </w:rPr>
      </w:pPr>
      <w:r w:rsidRPr="00DE26D0">
        <w:rPr>
          <w:rFonts w:ascii="Arial" w:hAnsi="Arial" w:cs="Arial"/>
          <w:lang w:val="es-CO"/>
        </w:rPr>
        <w:t>No presentar documentos falsos</w:t>
      </w:r>
    </w:p>
    <w:p w14:paraId="5D209B10" w14:textId="033C4843" w:rsidR="00260BF7" w:rsidRPr="00DE26D0" w:rsidRDefault="009A6A2E" w:rsidP="00DE26D0">
      <w:pPr>
        <w:pStyle w:val="Listaconvietas"/>
        <w:jc w:val="both"/>
        <w:rPr>
          <w:rFonts w:ascii="Arial" w:hAnsi="Arial" w:cs="Arial"/>
          <w:lang w:val="es-CO"/>
        </w:rPr>
      </w:pPr>
      <w:r w:rsidRPr="00DE26D0">
        <w:rPr>
          <w:rFonts w:ascii="Arial" w:hAnsi="Arial" w:cs="Arial"/>
          <w:lang w:val="es-CO"/>
        </w:rPr>
        <w:t>No ocultar información</w:t>
      </w:r>
    </w:p>
    <w:p w14:paraId="46E99DA3" w14:textId="178602C1" w:rsidR="00260BF7" w:rsidRPr="00DE26D0" w:rsidRDefault="009A6A2E" w:rsidP="00DE26D0">
      <w:pPr>
        <w:pStyle w:val="Listaconvietas"/>
        <w:jc w:val="both"/>
        <w:rPr>
          <w:rFonts w:ascii="Arial" w:hAnsi="Arial" w:cs="Arial"/>
          <w:lang w:val="es-CO"/>
        </w:rPr>
      </w:pPr>
      <w:r w:rsidRPr="00DE26D0">
        <w:rPr>
          <w:rFonts w:ascii="Arial" w:hAnsi="Arial" w:cs="Arial"/>
          <w:lang w:val="es-CO"/>
        </w:rPr>
        <w:t>No participar en acuerdos colusorios</w:t>
      </w:r>
    </w:p>
    <w:p w14:paraId="0B51547A" w14:textId="10F1B4F7" w:rsidR="00260BF7" w:rsidRPr="00DE26D0" w:rsidRDefault="009A6A2E" w:rsidP="00DE26D0">
      <w:pPr>
        <w:pStyle w:val="Listaconvietas"/>
        <w:jc w:val="both"/>
        <w:rPr>
          <w:rFonts w:ascii="Arial" w:hAnsi="Arial" w:cs="Arial"/>
          <w:lang w:val="es-CO"/>
        </w:rPr>
      </w:pPr>
      <w:r w:rsidRPr="00DE26D0">
        <w:rPr>
          <w:rFonts w:ascii="Arial" w:hAnsi="Arial" w:cs="Arial"/>
          <w:lang w:val="es-CO"/>
        </w:rPr>
        <w:t>Informar actos de corrupción</w:t>
      </w:r>
    </w:p>
    <w:p w14:paraId="4A229321"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9. LIBRE COMPETENCIA</w:t>
      </w:r>
    </w:p>
    <w:p w14:paraId="2B73256B" w14:textId="68E472D4" w:rsidR="00260BF7" w:rsidRPr="00DE26D0" w:rsidRDefault="009A6A2E" w:rsidP="00DE26D0">
      <w:pPr>
        <w:pStyle w:val="Listaconvietas"/>
        <w:jc w:val="both"/>
        <w:rPr>
          <w:rFonts w:ascii="Arial" w:hAnsi="Arial" w:cs="Arial"/>
          <w:lang w:val="es-CO"/>
        </w:rPr>
      </w:pPr>
      <w:r w:rsidRPr="00DE26D0">
        <w:rPr>
          <w:rFonts w:ascii="Arial" w:hAnsi="Arial" w:cs="Arial"/>
          <w:lang w:val="es-CO"/>
        </w:rPr>
        <w:t>La propuesta fue elaborada de forma independiente.</w:t>
      </w:r>
    </w:p>
    <w:p w14:paraId="7B6F37D5" w14:textId="2F9FFA38" w:rsidR="00260BF7" w:rsidRPr="00DE26D0" w:rsidRDefault="009A6A2E" w:rsidP="00DE26D0">
      <w:pPr>
        <w:pStyle w:val="Listaconvietas"/>
        <w:jc w:val="both"/>
        <w:rPr>
          <w:rFonts w:ascii="Arial" w:hAnsi="Arial" w:cs="Arial"/>
          <w:lang w:val="es-CO"/>
        </w:rPr>
      </w:pPr>
      <w:r w:rsidRPr="00DE26D0">
        <w:rPr>
          <w:rFonts w:ascii="Arial" w:hAnsi="Arial" w:cs="Arial"/>
          <w:lang w:val="es-CO"/>
        </w:rPr>
        <w:t>No existen acuerdos con otros oferentes.</w:t>
      </w:r>
    </w:p>
    <w:p w14:paraId="74BDEEE5" w14:textId="1B023CBB" w:rsidR="00260BF7" w:rsidRPr="00DE26D0" w:rsidRDefault="009A6A2E" w:rsidP="00DE26D0">
      <w:pPr>
        <w:pStyle w:val="Listaconvietas"/>
        <w:jc w:val="both"/>
        <w:rPr>
          <w:rFonts w:ascii="Arial" w:hAnsi="Arial" w:cs="Arial"/>
          <w:lang w:val="es-CO"/>
        </w:rPr>
      </w:pPr>
      <w:r w:rsidRPr="00DE26D0">
        <w:rPr>
          <w:rFonts w:ascii="Arial" w:hAnsi="Arial" w:cs="Arial"/>
          <w:lang w:val="es-CO"/>
        </w:rPr>
        <w:t>No existe manipulación de precios.</w:t>
      </w:r>
    </w:p>
    <w:p w14:paraId="3582C599"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10. BENEFICIARIO FINAL</w:t>
      </w:r>
    </w:p>
    <w:p w14:paraId="74E3428A" w14:textId="2282094B" w:rsidR="00260BF7" w:rsidRPr="00DE26D0" w:rsidRDefault="009A6A2E" w:rsidP="00DE26D0">
      <w:pPr>
        <w:pStyle w:val="Listaconvietas"/>
        <w:jc w:val="both"/>
        <w:rPr>
          <w:rFonts w:ascii="Arial" w:hAnsi="Arial" w:cs="Arial"/>
        </w:rPr>
      </w:pPr>
      <w:r w:rsidRPr="00DE26D0">
        <w:rPr>
          <w:rFonts w:ascii="Arial" w:hAnsi="Arial" w:cs="Arial"/>
        </w:rPr>
        <w:t xml:space="preserve">Soy </w:t>
      </w:r>
      <w:proofErr w:type="spellStart"/>
      <w:r w:rsidRPr="00DE26D0">
        <w:rPr>
          <w:rFonts w:ascii="Arial" w:hAnsi="Arial" w:cs="Arial"/>
        </w:rPr>
        <w:t>beneficiario</w:t>
      </w:r>
      <w:proofErr w:type="spellEnd"/>
      <w:r w:rsidRPr="00DE26D0">
        <w:rPr>
          <w:rFonts w:ascii="Arial" w:hAnsi="Arial" w:cs="Arial"/>
        </w:rPr>
        <w:t xml:space="preserve"> final.</w:t>
      </w:r>
    </w:p>
    <w:p w14:paraId="4D7C9EAB" w14:textId="49136158" w:rsidR="00260BF7" w:rsidRPr="00DE26D0" w:rsidRDefault="009A6A2E" w:rsidP="00DE26D0">
      <w:pPr>
        <w:pStyle w:val="Listaconvietas"/>
        <w:jc w:val="both"/>
        <w:rPr>
          <w:rFonts w:ascii="Arial" w:hAnsi="Arial" w:cs="Arial"/>
          <w:lang w:val="es-CO"/>
        </w:rPr>
      </w:pPr>
      <w:r w:rsidRPr="00DE26D0">
        <w:rPr>
          <w:rFonts w:ascii="Arial" w:hAnsi="Arial" w:cs="Arial"/>
          <w:lang w:val="es-CO"/>
        </w:rPr>
        <w:t>Actúo en representación de otra persona. Nombre: ____________</w:t>
      </w:r>
      <w:r w:rsidR="00DE26D0">
        <w:rPr>
          <w:rFonts w:ascii="Arial" w:hAnsi="Arial" w:cs="Arial"/>
          <w:lang w:val="es-CO"/>
        </w:rPr>
        <w:t>______</w:t>
      </w:r>
    </w:p>
    <w:p w14:paraId="40DFEDBF"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11. PREVENCIÓN LA/FT</w:t>
      </w:r>
    </w:p>
    <w:p w14:paraId="69B09A3E" w14:textId="5E7AC87E" w:rsidR="00260BF7" w:rsidRPr="00DE26D0" w:rsidRDefault="009A6A2E" w:rsidP="00DE26D0">
      <w:pPr>
        <w:pStyle w:val="Listaconvietas"/>
        <w:jc w:val="both"/>
        <w:rPr>
          <w:rFonts w:ascii="Arial" w:hAnsi="Arial" w:cs="Arial"/>
          <w:lang w:val="es-CO"/>
        </w:rPr>
      </w:pPr>
      <w:r w:rsidRPr="00DE26D0">
        <w:rPr>
          <w:rFonts w:ascii="Arial" w:hAnsi="Arial" w:cs="Arial"/>
          <w:lang w:val="es-CO"/>
        </w:rPr>
        <w:t>Los recursos tienen origen lícito.</w:t>
      </w:r>
    </w:p>
    <w:p w14:paraId="371A1EE8" w14:textId="37768FF7" w:rsidR="00260BF7" w:rsidRPr="00DE26D0" w:rsidRDefault="009A6A2E" w:rsidP="00DE26D0">
      <w:pPr>
        <w:pStyle w:val="Listaconvietas"/>
        <w:jc w:val="both"/>
        <w:rPr>
          <w:rFonts w:ascii="Arial" w:hAnsi="Arial" w:cs="Arial"/>
          <w:lang w:val="es-CO"/>
        </w:rPr>
      </w:pPr>
      <w:r w:rsidRPr="00DE26D0">
        <w:rPr>
          <w:rFonts w:ascii="Arial" w:hAnsi="Arial" w:cs="Arial"/>
          <w:lang w:val="es-CO"/>
        </w:rPr>
        <w:t>No aparezco en listas restrictivas.</w:t>
      </w:r>
    </w:p>
    <w:p w14:paraId="002070B8" w14:textId="28E23543" w:rsidR="00260BF7" w:rsidRPr="00DE26D0" w:rsidRDefault="009A6A2E" w:rsidP="00DE26D0">
      <w:pPr>
        <w:pStyle w:val="Listaconvietas"/>
        <w:jc w:val="both"/>
        <w:rPr>
          <w:rFonts w:ascii="Arial" w:hAnsi="Arial" w:cs="Arial"/>
          <w:lang w:val="es-CO"/>
        </w:rPr>
      </w:pPr>
      <w:r w:rsidRPr="00DE26D0">
        <w:rPr>
          <w:rFonts w:ascii="Arial" w:hAnsi="Arial" w:cs="Arial"/>
          <w:lang w:val="es-CO"/>
        </w:rPr>
        <w:t>No financio actividades ilícitas.</w:t>
      </w:r>
    </w:p>
    <w:p w14:paraId="7790EC6D" w14:textId="77777777" w:rsidR="00260BF7"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13. CONFIDENCIALIDAD</w:t>
      </w:r>
    </w:p>
    <w:p w14:paraId="0DCB0A89" w14:textId="7CEAF389" w:rsidR="00260BF7" w:rsidRPr="00DE26D0" w:rsidRDefault="009A6A2E" w:rsidP="00DE26D0">
      <w:pPr>
        <w:pStyle w:val="Listaconvietas"/>
        <w:jc w:val="both"/>
        <w:rPr>
          <w:rFonts w:ascii="Arial" w:hAnsi="Arial" w:cs="Arial"/>
          <w:lang w:val="es-CO"/>
        </w:rPr>
      </w:pPr>
      <w:r w:rsidRPr="00DE26D0">
        <w:rPr>
          <w:rFonts w:ascii="Arial" w:hAnsi="Arial" w:cs="Arial"/>
          <w:lang w:val="es-CO"/>
        </w:rPr>
        <w:t>Proteger información reservada.</w:t>
      </w:r>
    </w:p>
    <w:p w14:paraId="415FF213" w14:textId="47C87283" w:rsidR="00260BF7" w:rsidRPr="00DE26D0" w:rsidRDefault="009A6A2E" w:rsidP="00DE26D0">
      <w:pPr>
        <w:pStyle w:val="Listaconvietas"/>
        <w:jc w:val="both"/>
        <w:rPr>
          <w:rFonts w:ascii="Arial" w:hAnsi="Arial" w:cs="Arial"/>
          <w:lang w:val="es-CO"/>
        </w:rPr>
      </w:pPr>
      <w:r w:rsidRPr="00DE26D0">
        <w:rPr>
          <w:rFonts w:ascii="Arial" w:hAnsi="Arial" w:cs="Arial"/>
          <w:lang w:val="es-CO"/>
        </w:rPr>
        <w:t>No divulgar información institucional.</w:t>
      </w:r>
    </w:p>
    <w:p w14:paraId="18D6A79C" w14:textId="31440147" w:rsidR="00260BF7" w:rsidRPr="00DE26D0" w:rsidRDefault="009A6A2E" w:rsidP="00DE26D0">
      <w:pPr>
        <w:pStyle w:val="Listaconvietas"/>
        <w:jc w:val="both"/>
        <w:rPr>
          <w:rFonts w:ascii="Arial" w:hAnsi="Arial" w:cs="Arial"/>
          <w:lang w:val="es-CO"/>
        </w:rPr>
      </w:pPr>
      <w:r w:rsidRPr="00DE26D0">
        <w:rPr>
          <w:rFonts w:ascii="Arial" w:hAnsi="Arial" w:cs="Arial"/>
          <w:lang w:val="es-CO"/>
        </w:rPr>
        <w:t>Custodiar documentos físicos y electrónicos.</w:t>
      </w:r>
    </w:p>
    <w:p w14:paraId="7DE8C3F1"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14. SEGURIDAD DIGITAL</w:t>
      </w:r>
    </w:p>
    <w:p w14:paraId="65B1DE33" w14:textId="0F18A4A7" w:rsidR="00260BF7" w:rsidRPr="00DE26D0" w:rsidRDefault="009A6A2E" w:rsidP="00DE26D0">
      <w:pPr>
        <w:pStyle w:val="Listaconvietas"/>
        <w:jc w:val="both"/>
        <w:rPr>
          <w:rFonts w:ascii="Arial" w:hAnsi="Arial" w:cs="Arial"/>
          <w:lang w:val="es-CO"/>
        </w:rPr>
      </w:pPr>
      <w:r w:rsidRPr="00DE26D0">
        <w:rPr>
          <w:rFonts w:ascii="Arial" w:hAnsi="Arial" w:cs="Arial"/>
          <w:lang w:val="es-CO"/>
        </w:rPr>
        <w:t>No divulgar contraseñas.</w:t>
      </w:r>
    </w:p>
    <w:p w14:paraId="73A628DC" w14:textId="7703C7CD" w:rsidR="00260BF7" w:rsidRPr="00DE26D0" w:rsidRDefault="009A6A2E" w:rsidP="00DE26D0">
      <w:pPr>
        <w:pStyle w:val="Listaconvietas"/>
        <w:jc w:val="both"/>
        <w:rPr>
          <w:rFonts w:ascii="Arial" w:hAnsi="Arial" w:cs="Arial"/>
          <w:lang w:val="es-CO"/>
        </w:rPr>
      </w:pPr>
      <w:r w:rsidRPr="00DE26D0">
        <w:rPr>
          <w:rFonts w:ascii="Arial" w:hAnsi="Arial" w:cs="Arial"/>
          <w:lang w:val="es-CO"/>
        </w:rPr>
        <w:t>Proteger archivos digitales.</w:t>
      </w:r>
    </w:p>
    <w:p w14:paraId="487A7410" w14:textId="2D3D89F5" w:rsidR="00260BF7" w:rsidRPr="00DE26D0" w:rsidRDefault="009A6A2E" w:rsidP="00DE26D0">
      <w:pPr>
        <w:pStyle w:val="Listaconvietas"/>
        <w:jc w:val="both"/>
        <w:rPr>
          <w:rFonts w:ascii="Arial" w:hAnsi="Arial" w:cs="Arial"/>
          <w:lang w:val="es-CO"/>
        </w:rPr>
      </w:pPr>
      <w:r w:rsidRPr="00DE26D0">
        <w:rPr>
          <w:rFonts w:ascii="Arial" w:hAnsi="Arial" w:cs="Arial"/>
          <w:lang w:val="es-CO"/>
        </w:rPr>
        <w:t>Reportar incidentes de seguridad.</w:t>
      </w:r>
    </w:p>
    <w:p w14:paraId="1CC35245" w14:textId="77777777" w:rsidR="00260BF7"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15. COMPROMISO AMBIENTAL</w:t>
      </w:r>
    </w:p>
    <w:p w14:paraId="0C37ED59" w14:textId="7F27121D" w:rsidR="00260BF7" w:rsidRPr="00DE26D0" w:rsidRDefault="009A6A2E" w:rsidP="00DE26D0">
      <w:pPr>
        <w:pStyle w:val="Listaconvietas"/>
        <w:jc w:val="both"/>
        <w:rPr>
          <w:rFonts w:ascii="Arial" w:hAnsi="Arial" w:cs="Arial"/>
          <w:lang w:val="es-CO"/>
        </w:rPr>
      </w:pPr>
      <w:r w:rsidRPr="00DE26D0">
        <w:rPr>
          <w:rFonts w:ascii="Arial" w:hAnsi="Arial" w:cs="Arial"/>
          <w:lang w:val="es-CO"/>
        </w:rPr>
        <w:t>Uso racional del papel.</w:t>
      </w:r>
    </w:p>
    <w:p w14:paraId="58991F5C" w14:textId="21ADC544" w:rsidR="00260BF7" w:rsidRPr="00DE26D0" w:rsidRDefault="009A6A2E" w:rsidP="00DE26D0">
      <w:pPr>
        <w:pStyle w:val="Listaconvietas"/>
        <w:jc w:val="both"/>
        <w:rPr>
          <w:rFonts w:ascii="Arial" w:hAnsi="Arial" w:cs="Arial"/>
          <w:lang w:val="es-CO"/>
        </w:rPr>
      </w:pPr>
      <w:r w:rsidRPr="00DE26D0">
        <w:rPr>
          <w:rFonts w:ascii="Arial" w:hAnsi="Arial" w:cs="Arial"/>
          <w:lang w:val="es-CO"/>
        </w:rPr>
        <w:t>Gestión adecuada de residuos.</w:t>
      </w:r>
    </w:p>
    <w:p w14:paraId="0554F6D3" w14:textId="11703C9E" w:rsidR="00260BF7" w:rsidRPr="00DE26D0" w:rsidRDefault="009A6A2E" w:rsidP="00DE26D0">
      <w:pPr>
        <w:pStyle w:val="Listaconvietas"/>
        <w:jc w:val="both"/>
        <w:rPr>
          <w:rFonts w:ascii="Arial" w:hAnsi="Arial" w:cs="Arial"/>
          <w:lang w:val="es-CO"/>
        </w:rPr>
      </w:pPr>
      <w:r w:rsidRPr="00DE26D0">
        <w:rPr>
          <w:rFonts w:ascii="Arial" w:hAnsi="Arial" w:cs="Arial"/>
          <w:lang w:val="es-CO"/>
        </w:rPr>
        <w:t>Ahorro de agua.</w:t>
      </w:r>
    </w:p>
    <w:p w14:paraId="278DAD6F" w14:textId="2DA34F79" w:rsidR="00260BF7" w:rsidRPr="00DE26D0" w:rsidRDefault="009A6A2E" w:rsidP="00DE26D0">
      <w:pPr>
        <w:pStyle w:val="Listaconvietas"/>
        <w:jc w:val="both"/>
        <w:rPr>
          <w:rFonts w:ascii="Arial" w:hAnsi="Arial" w:cs="Arial"/>
          <w:lang w:val="es-CO"/>
        </w:rPr>
      </w:pPr>
      <w:r w:rsidRPr="00DE26D0">
        <w:rPr>
          <w:rFonts w:ascii="Arial" w:hAnsi="Arial" w:cs="Arial"/>
          <w:lang w:val="es-CO"/>
        </w:rPr>
        <w:t>Ahorro de energía.</w:t>
      </w:r>
    </w:p>
    <w:p w14:paraId="01433852"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lastRenderedPageBreak/>
        <w:t>16. TRATAMIENTO DE DATOS</w:t>
      </w:r>
    </w:p>
    <w:p w14:paraId="0AD44FB9" w14:textId="641B5239" w:rsidR="00260BF7" w:rsidRPr="00DE26D0" w:rsidRDefault="009A6A2E" w:rsidP="00DE26D0">
      <w:pPr>
        <w:pStyle w:val="Listaconvietas"/>
        <w:jc w:val="both"/>
        <w:rPr>
          <w:rFonts w:ascii="Arial" w:hAnsi="Arial" w:cs="Arial"/>
          <w:lang w:val="es-CO"/>
        </w:rPr>
      </w:pPr>
      <w:r w:rsidRPr="00DE26D0">
        <w:rPr>
          <w:rFonts w:ascii="Arial" w:hAnsi="Arial" w:cs="Arial"/>
          <w:lang w:val="es-CO"/>
        </w:rPr>
        <w:t>Autorizo el tratamiento para el proceso contractual.</w:t>
      </w:r>
    </w:p>
    <w:p w14:paraId="0E032CF3" w14:textId="136BAF23" w:rsidR="00260BF7" w:rsidRPr="00DE26D0" w:rsidRDefault="009A6A2E" w:rsidP="00DE26D0">
      <w:pPr>
        <w:pStyle w:val="Listaconvietas"/>
        <w:jc w:val="both"/>
        <w:rPr>
          <w:rFonts w:ascii="Arial" w:hAnsi="Arial" w:cs="Arial"/>
          <w:lang w:val="es-CO"/>
        </w:rPr>
      </w:pPr>
      <w:r w:rsidRPr="00DE26D0">
        <w:rPr>
          <w:rFonts w:ascii="Arial" w:hAnsi="Arial" w:cs="Arial"/>
          <w:lang w:val="es-CO"/>
        </w:rPr>
        <w:t>Gestión documental.</w:t>
      </w:r>
    </w:p>
    <w:p w14:paraId="2AE022DC" w14:textId="6A8C82BF" w:rsidR="00260BF7" w:rsidRPr="00DE26D0" w:rsidRDefault="009A6A2E" w:rsidP="00DE26D0">
      <w:pPr>
        <w:pStyle w:val="Listaconvietas"/>
        <w:jc w:val="both"/>
        <w:rPr>
          <w:rFonts w:ascii="Arial" w:hAnsi="Arial" w:cs="Arial"/>
          <w:lang w:val="es-CO"/>
        </w:rPr>
      </w:pPr>
      <w:r w:rsidRPr="00DE26D0">
        <w:rPr>
          <w:rFonts w:ascii="Arial" w:hAnsi="Arial" w:cs="Arial"/>
          <w:lang w:val="es-CO"/>
        </w:rPr>
        <w:t>Auditorías.</w:t>
      </w:r>
    </w:p>
    <w:p w14:paraId="73A61312" w14:textId="085F1095" w:rsidR="00260BF7" w:rsidRPr="00DE26D0" w:rsidRDefault="009A6A2E" w:rsidP="00DE26D0">
      <w:pPr>
        <w:pStyle w:val="Listaconvietas"/>
        <w:jc w:val="both"/>
        <w:rPr>
          <w:rFonts w:ascii="Arial" w:hAnsi="Arial" w:cs="Arial"/>
          <w:lang w:val="es-CO"/>
        </w:rPr>
      </w:pPr>
      <w:r w:rsidRPr="00DE26D0">
        <w:rPr>
          <w:rFonts w:ascii="Arial" w:hAnsi="Arial" w:cs="Arial"/>
          <w:lang w:val="es-CO"/>
        </w:rPr>
        <w:t>Órganos de control.</w:t>
      </w:r>
    </w:p>
    <w:p w14:paraId="0FED36F8" w14:textId="77777777" w:rsidR="00E9109A" w:rsidRDefault="00E9109A" w:rsidP="00E9109A">
      <w:pPr>
        <w:pStyle w:val="Listaconvietas"/>
        <w:numPr>
          <w:ilvl w:val="0"/>
          <w:numId w:val="0"/>
        </w:numPr>
        <w:jc w:val="both"/>
        <w:rPr>
          <w:rFonts w:ascii="Arial" w:hAnsi="Arial" w:cs="Arial"/>
          <w:lang w:val="es-CO"/>
        </w:rPr>
      </w:pPr>
    </w:p>
    <w:p w14:paraId="24B9B76A" w14:textId="563A26BE" w:rsidR="00E9109A" w:rsidRPr="00E9109A" w:rsidRDefault="009A6A2E" w:rsidP="00E9109A">
      <w:pPr>
        <w:pStyle w:val="Listaconvietas"/>
        <w:numPr>
          <w:ilvl w:val="0"/>
          <w:numId w:val="0"/>
        </w:numPr>
        <w:jc w:val="both"/>
        <w:rPr>
          <w:rFonts w:ascii="Arial" w:hAnsi="Arial" w:cs="Arial"/>
          <w:b/>
          <w:bCs/>
          <w:lang w:val="es-CO"/>
        </w:rPr>
      </w:pPr>
      <w:r w:rsidRPr="00E9109A">
        <w:rPr>
          <w:rFonts w:ascii="Arial" w:hAnsi="Arial" w:cs="Arial"/>
          <w:b/>
          <w:bCs/>
          <w:lang w:val="es-CO"/>
        </w:rPr>
        <w:t>17. CONOCIMIENTO DEL PTEP</w:t>
      </w:r>
      <w:r w:rsidR="00E9109A" w:rsidRPr="00E9109A">
        <w:rPr>
          <w:rFonts w:ascii="Arial" w:hAnsi="Arial" w:cs="Arial"/>
          <w:b/>
          <w:bCs/>
          <w:lang w:val="es-CO"/>
        </w:rPr>
        <w:t xml:space="preserve"> (Documentos publicados en la página web)</w:t>
      </w:r>
    </w:p>
    <w:p w14:paraId="5777951E" w14:textId="5091B2FD" w:rsidR="00260BF7" w:rsidRPr="00DE26D0" w:rsidRDefault="009A6A2E" w:rsidP="00DE26D0">
      <w:pPr>
        <w:pStyle w:val="Listaconvietas"/>
        <w:jc w:val="both"/>
        <w:rPr>
          <w:rFonts w:ascii="Arial" w:hAnsi="Arial" w:cs="Arial"/>
          <w:lang w:val="es-CO"/>
        </w:rPr>
      </w:pPr>
      <w:r w:rsidRPr="00DE26D0">
        <w:rPr>
          <w:rFonts w:ascii="Arial" w:hAnsi="Arial" w:cs="Arial"/>
          <w:lang w:val="es-CO"/>
        </w:rPr>
        <w:t>Conozco el PTEP</w:t>
      </w:r>
      <w:r w:rsidR="00DE26D0" w:rsidRPr="00DE26D0">
        <w:rPr>
          <w:rFonts w:ascii="Arial" w:hAnsi="Arial" w:cs="Arial"/>
          <w:lang w:val="es-CO"/>
        </w:rPr>
        <w:t xml:space="preserve"> </w:t>
      </w:r>
    </w:p>
    <w:p w14:paraId="21A08368" w14:textId="4F482CAF" w:rsidR="00260BF7" w:rsidRPr="00DE26D0" w:rsidRDefault="009A6A2E" w:rsidP="00DE26D0">
      <w:pPr>
        <w:pStyle w:val="Listaconvietas"/>
        <w:jc w:val="both"/>
        <w:rPr>
          <w:rFonts w:ascii="Arial" w:hAnsi="Arial" w:cs="Arial"/>
          <w:lang w:val="es-CO"/>
        </w:rPr>
      </w:pPr>
      <w:r w:rsidRPr="00DE26D0">
        <w:rPr>
          <w:rFonts w:ascii="Arial" w:hAnsi="Arial" w:cs="Arial"/>
          <w:lang w:val="es-CO"/>
        </w:rPr>
        <w:t>Código de Integridad.</w:t>
      </w:r>
    </w:p>
    <w:p w14:paraId="25DDE8A7" w14:textId="1EC5644E" w:rsidR="00260BF7" w:rsidRPr="00DE26D0" w:rsidRDefault="009A6A2E" w:rsidP="00DE26D0">
      <w:pPr>
        <w:pStyle w:val="Listaconvietas"/>
        <w:jc w:val="both"/>
        <w:rPr>
          <w:rFonts w:ascii="Arial" w:hAnsi="Arial" w:cs="Arial"/>
          <w:lang w:val="es-CO"/>
        </w:rPr>
      </w:pPr>
      <w:r w:rsidRPr="00DE26D0">
        <w:rPr>
          <w:rFonts w:ascii="Arial" w:hAnsi="Arial" w:cs="Arial"/>
          <w:lang w:val="es-CO"/>
        </w:rPr>
        <w:t xml:space="preserve">Política de </w:t>
      </w:r>
      <w:r w:rsidR="00DE26D0" w:rsidRPr="00DE26D0">
        <w:rPr>
          <w:rFonts w:ascii="Arial" w:hAnsi="Arial" w:cs="Arial"/>
          <w:lang w:val="es-CO"/>
        </w:rPr>
        <w:t>uso y tratamiento de datos personales</w:t>
      </w:r>
      <w:r w:rsidRPr="00DE26D0">
        <w:rPr>
          <w:rFonts w:ascii="Arial" w:hAnsi="Arial" w:cs="Arial"/>
          <w:lang w:val="es-CO"/>
        </w:rPr>
        <w:t>.</w:t>
      </w:r>
    </w:p>
    <w:p w14:paraId="4D33072A" w14:textId="01D3A5B5" w:rsidR="00260BF7" w:rsidRPr="00DE26D0" w:rsidRDefault="009A6A2E" w:rsidP="00DE26D0">
      <w:pPr>
        <w:pStyle w:val="Listaconvietas"/>
        <w:jc w:val="both"/>
        <w:rPr>
          <w:rFonts w:ascii="Arial" w:hAnsi="Arial" w:cs="Arial"/>
          <w:lang w:val="es-CO"/>
        </w:rPr>
      </w:pPr>
      <w:r w:rsidRPr="00DE26D0">
        <w:rPr>
          <w:rFonts w:ascii="Arial" w:hAnsi="Arial" w:cs="Arial"/>
          <w:lang w:val="es-CO"/>
        </w:rPr>
        <w:t>Canales de denuncia.</w:t>
      </w:r>
    </w:p>
    <w:p w14:paraId="39A6AE73" w14:textId="2CDFBCFB" w:rsidR="00260BF7" w:rsidRPr="00DE26D0" w:rsidRDefault="009A6A2E" w:rsidP="00DE26D0">
      <w:pPr>
        <w:pStyle w:val="Listaconvietas"/>
        <w:jc w:val="both"/>
        <w:rPr>
          <w:rFonts w:ascii="Arial" w:hAnsi="Arial" w:cs="Arial"/>
          <w:lang w:val="es-CO"/>
        </w:rPr>
      </w:pPr>
      <w:r w:rsidRPr="00DE26D0">
        <w:rPr>
          <w:rFonts w:ascii="Arial" w:hAnsi="Arial" w:cs="Arial"/>
          <w:lang w:val="es-CO"/>
        </w:rPr>
        <w:t>Política de Seguridad Digital.</w:t>
      </w:r>
    </w:p>
    <w:p w14:paraId="4A7F4399" w14:textId="77777777"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12. DECLARACIÓN PEP</w:t>
      </w:r>
    </w:p>
    <w:p w14:paraId="0F512BE9" w14:textId="77777777" w:rsidR="00260BF7" w:rsidRPr="00DE26D0" w:rsidRDefault="009A6A2E" w:rsidP="00DE26D0">
      <w:pPr>
        <w:jc w:val="both"/>
        <w:rPr>
          <w:rFonts w:ascii="Arial" w:hAnsi="Arial" w:cs="Arial"/>
          <w:lang w:val="es-CO"/>
        </w:rPr>
      </w:pPr>
      <w:r w:rsidRPr="00DE26D0">
        <w:rPr>
          <w:rFonts w:ascii="Arial" w:hAnsi="Arial" w:cs="Arial"/>
          <w:lang w:val="es-CO"/>
        </w:rPr>
        <w:t xml:space="preserve">¿Es Persona Expuesta Políticamente?  </w:t>
      </w:r>
      <w:r w:rsidRPr="00DE26D0">
        <w:rPr>
          <w:rFonts w:ascii="Segoe UI Symbol" w:hAnsi="Segoe UI Symbol" w:cs="Segoe UI Symbol"/>
          <w:lang w:val="es-CO"/>
        </w:rPr>
        <w:t>☐</w:t>
      </w:r>
      <w:r w:rsidRPr="00DE26D0">
        <w:rPr>
          <w:rFonts w:ascii="Arial" w:hAnsi="Arial" w:cs="Arial"/>
          <w:lang w:val="es-CO"/>
        </w:rPr>
        <w:t xml:space="preserve"> SI   </w:t>
      </w:r>
      <w:r w:rsidRPr="00DE26D0">
        <w:rPr>
          <w:rFonts w:ascii="Segoe UI Symbol" w:hAnsi="Segoe UI Symbol" w:cs="Segoe UI Symbol"/>
          <w:lang w:val="es-CO"/>
        </w:rPr>
        <w:t>☐</w:t>
      </w:r>
      <w:r w:rsidRPr="00DE26D0">
        <w:rPr>
          <w:rFonts w:ascii="Arial" w:hAnsi="Arial" w:cs="Arial"/>
          <w:lang w:val="es-CO"/>
        </w:rPr>
        <w:t xml:space="preserve"> NO</w:t>
      </w:r>
      <w:r w:rsidRPr="00DE26D0">
        <w:rPr>
          <w:rFonts w:ascii="Arial" w:hAnsi="Arial" w:cs="Arial"/>
          <w:lang w:val="es-CO"/>
        </w:rPr>
        <w:br/>
        <w:t>Cargo: ____________________ Entidad: ____________________</w:t>
      </w:r>
      <w:r w:rsidRPr="00DE26D0">
        <w:rPr>
          <w:rFonts w:ascii="Arial" w:hAnsi="Arial" w:cs="Arial"/>
          <w:lang w:val="es-CO"/>
        </w:rPr>
        <w:br/>
        <w:t xml:space="preserve">¿Maneja recursos públicos? </w:t>
      </w:r>
      <w:r w:rsidRPr="00DE26D0">
        <w:rPr>
          <w:rFonts w:ascii="Segoe UI Symbol" w:hAnsi="Segoe UI Symbol" w:cs="Segoe UI Symbol"/>
          <w:lang w:val="es-CO"/>
        </w:rPr>
        <w:t>☐</w:t>
      </w:r>
      <w:r w:rsidRPr="00DE26D0">
        <w:rPr>
          <w:rFonts w:ascii="Arial" w:hAnsi="Arial" w:cs="Arial"/>
          <w:lang w:val="es-CO"/>
        </w:rPr>
        <w:t xml:space="preserve"> SI </w:t>
      </w:r>
      <w:r w:rsidRPr="00DE26D0">
        <w:rPr>
          <w:rFonts w:ascii="Segoe UI Symbol" w:hAnsi="Segoe UI Symbol" w:cs="Segoe UI Symbol"/>
          <w:lang w:val="es-CO"/>
        </w:rPr>
        <w:t>☐</w:t>
      </w:r>
      <w:r w:rsidRPr="00DE26D0">
        <w:rPr>
          <w:rFonts w:ascii="Arial" w:hAnsi="Arial" w:cs="Arial"/>
          <w:lang w:val="es-CO"/>
        </w:rPr>
        <w:t xml:space="preserve"> NO</w:t>
      </w:r>
      <w:r w:rsidRPr="00DE26D0">
        <w:rPr>
          <w:rFonts w:ascii="Arial" w:hAnsi="Arial" w:cs="Arial"/>
          <w:lang w:val="es-CO"/>
        </w:rPr>
        <w:br/>
        <w:t xml:space="preserve">¿Ejerce poder público? </w:t>
      </w:r>
      <w:r w:rsidRPr="00DE26D0">
        <w:rPr>
          <w:rFonts w:ascii="Segoe UI Symbol" w:hAnsi="Segoe UI Symbol" w:cs="Segoe UI Symbol"/>
          <w:lang w:val="es-CO"/>
        </w:rPr>
        <w:t>☐</w:t>
      </w:r>
      <w:r w:rsidRPr="00DE26D0">
        <w:rPr>
          <w:rFonts w:ascii="Arial" w:hAnsi="Arial" w:cs="Arial"/>
          <w:lang w:val="es-CO"/>
        </w:rPr>
        <w:t xml:space="preserve"> SI </w:t>
      </w:r>
      <w:r w:rsidRPr="00DE26D0">
        <w:rPr>
          <w:rFonts w:ascii="Segoe UI Symbol" w:hAnsi="Segoe UI Symbol" w:cs="Segoe UI Symbol"/>
          <w:lang w:val="es-CO"/>
        </w:rPr>
        <w:t>☐</w:t>
      </w:r>
      <w:r w:rsidRPr="00DE26D0">
        <w:rPr>
          <w:rFonts w:ascii="Arial" w:hAnsi="Arial" w:cs="Arial"/>
          <w:lang w:val="es-CO"/>
        </w:rPr>
        <w:t xml:space="preserve"> NO</w:t>
      </w:r>
      <w:r w:rsidRPr="00DE26D0">
        <w:rPr>
          <w:rFonts w:ascii="Arial" w:hAnsi="Arial" w:cs="Arial"/>
          <w:lang w:val="es-CO"/>
        </w:rPr>
        <w:br/>
        <w:t xml:space="preserve">¿Tiene vínculo con una PEP? </w:t>
      </w:r>
      <w:r w:rsidRPr="00DE26D0">
        <w:rPr>
          <w:rFonts w:ascii="Segoe UI Symbol" w:hAnsi="Segoe UI Symbol" w:cs="Segoe UI Symbol"/>
          <w:lang w:val="es-CO"/>
        </w:rPr>
        <w:t>☐</w:t>
      </w:r>
      <w:r w:rsidRPr="00DE26D0">
        <w:rPr>
          <w:rFonts w:ascii="Arial" w:hAnsi="Arial" w:cs="Arial"/>
          <w:lang w:val="es-CO"/>
        </w:rPr>
        <w:t xml:space="preserve"> SI </w:t>
      </w:r>
      <w:r w:rsidRPr="00DE26D0">
        <w:rPr>
          <w:rFonts w:ascii="Segoe UI Symbol" w:hAnsi="Segoe UI Symbol" w:cs="Segoe UI Symbol"/>
          <w:lang w:val="es-CO"/>
        </w:rPr>
        <w:t>☐</w:t>
      </w:r>
      <w:r w:rsidRPr="00DE26D0">
        <w:rPr>
          <w:rFonts w:ascii="Arial" w:hAnsi="Arial" w:cs="Arial"/>
          <w:lang w:val="es-CO"/>
        </w:rPr>
        <w:t xml:space="preserve"> NO ¿Cuál? ____________________</w:t>
      </w:r>
    </w:p>
    <w:p w14:paraId="380E4FA1" w14:textId="77777777" w:rsidR="00260BF7"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18. CANALES DE REPORTE</w:t>
      </w:r>
    </w:p>
    <w:p w14:paraId="18119FFE" w14:textId="77777777" w:rsidR="00260BF7" w:rsidRPr="00DE26D0" w:rsidRDefault="009A6A2E" w:rsidP="00DE26D0">
      <w:pPr>
        <w:jc w:val="both"/>
        <w:rPr>
          <w:rFonts w:ascii="Arial" w:hAnsi="Arial" w:cs="Arial"/>
          <w:lang w:val="es-CO"/>
        </w:rPr>
      </w:pPr>
      <w:r w:rsidRPr="00DE26D0">
        <w:rPr>
          <w:rFonts w:ascii="Arial" w:hAnsi="Arial" w:cs="Arial"/>
          <w:lang w:val="es-CO"/>
        </w:rPr>
        <w:t>Me comprometo a reportar cualquier posible acto de corrupción o irregularidad mediante los canales institucionales o ante las autoridades competentes.</w:t>
      </w:r>
    </w:p>
    <w:p w14:paraId="77339834" w14:textId="77777777" w:rsidR="00260BF7" w:rsidRPr="00DE26D0" w:rsidRDefault="009A6A2E" w:rsidP="00DE26D0">
      <w:pPr>
        <w:pStyle w:val="Ttulo2"/>
        <w:jc w:val="both"/>
        <w:rPr>
          <w:rFonts w:ascii="Arial" w:hAnsi="Arial" w:cs="Arial"/>
          <w:color w:val="auto"/>
          <w:sz w:val="22"/>
          <w:szCs w:val="22"/>
          <w:lang w:val="es-CO"/>
        </w:rPr>
      </w:pPr>
      <w:r w:rsidRPr="00DE26D0">
        <w:rPr>
          <w:rFonts w:ascii="Arial" w:hAnsi="Arial" w:cs="Arial"/>
          <w:color w:val="auto"/>
          <w:sz w:val="22"/>
          <w:szCs w:val="22"/>
          <w:lang w:val="es-CO"/>
        </w:rPr>
        <w:t>19. CONSECUENCIAS DEL INCUMPLIMIENTO</w:t>
      </w:r>
    </w:p>
    <w:p w14:paraId="1163074B" w14:textId="13B43F47" w:rsidR="00260BF7" w:rsidRPr="00DE26D0" w:rsidRDefault="009A6A2E" w:rsidP="00DE26D0">
      <w:pPr>
        <w:jc w:val="both"/>
        <w:rPr>
          <w:rFonts w:ascii="Arial" w:hAnsi="Arial" w:cs="Arial"/>
          <w:lang w:val="es-CO"/>
        </w:rPr>
      </w:pPr>
      <w:r w:rsidRPr="00DE26D0">
        <w:rPr>
          <w:rFonts w:ascii="Arial" w:hAnsi="Arial" w:cs="Arial"/>
          <w:lang w:val="es-CO"/>
        </w:rPr>
        <w:t xml:space="preserve">Conozco que el incumplimiento de este compromiso podrá generar las consecuencias legales, administrativas, civiles, fiscales, disciplinarias o </w:t>
      </w:r>
      <w:r w:rsidR="00DE26D0" w:rsidRPr="00DE26D0">
        <w:rPr>
          <w:rFonts w:ascii="Arial" w:hAnsi="Arial" w:cs="Arial"/>
          <w:lang w:val="es-CO"/>
        </w:rPr>
        <w:t>penales previstos</w:t>
      </w:r>
      <w:r w:rsidRPr="00DE26D0">
        <w:rPr>
          <w:rFonts w:ascii="Arial" w:hAnsi="Arial" w:cs="Arial"/>
          <w:lang w:val="es-CO"/>
        </w:rPr>
        <w:t xml:space="preserve"> en el ordenamiento jurídico, sin perjuicio de las actuaciones propias del proceso contractual.</w:t>
      </w:r>
    </w:p>
    <w:p w14:paraId="1F1B7A3A" w14:textId="05B2718C" w:rsidR="00260BF7" w:rsidRPr="00DE26D0" w:rsidRDefault="009A6A2E" w:rsidP="00DE26D0">
      <w:pPr>
        <w:pStyle w:val="Ttulo2"/>
        <w:jc w:val="both"/>
        <w:rPr>
          <w:rFonts w:ascii="Arial" w:hAnsi="Arial" w:cs="Arial"/>
          <w:color w:val="auto"/>
          <w:sz w:val="22"/>
          <w:szCs w:val="22"/>
        </w:rPr>
      </w:pPr>
      <w:r w:rsidRPr="00DE26D0">
        <w:rPr>
          <w:rFonts w:ascii="Arial" w:hAnsi="Arial" w:cs="Arial"/>
          <w:color w:val="auto"/>
          <w:sz w:val="22"/>
          <w:szCs w:val="22"/>
        </w:rPr>
        <w:t>20. ACEPTACIÓN</w:t>
      </w:r>
      <w:r w:rsidR="007231D9">
        <w:rPr>
          <w:rFonts w:ascii="Arial" w:hAnsi="Arial" w:cs="Arial"/>
          <w:color w:val="auto"/>
          <w:sz w:val="22"/>
          <w:szCs w:val="22"/>
        </w:rPr>
        <w:t xml:space="preserve"> DEL COMPROMISO</w:t>
      </w:r>
    </w:p>
    <w:tbl>
      <w:tblPr>
        <w:tblStyle w:val="Tablanormal1"/>
        <w:tblW w:w="0" w:type="auto"/>
        <w:tblLook w:val="04A0" w:firstRow="1" w:lastRow="0" w:firstColumn="1" w:lastColumn="0" w:noHBand="0" w:noVBand="1"/>
      </w:tblPr>
      <w:tblGrid>
        <w:gridCol w:w="2374"/>
        <w:gridCol w:w="6256"/>
      </w:tblGrid>
      <w:tr w:rsidR="00260BF7" w:rsidRPr="00DE26D0" w14:paraId="4DE3EA3C" w14:textId="77777777" w:rsidTr="00124E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3735056D" w14:textId="77777777" w:rsidR="00260BF7" w:rsidRDefault="009A6A2E" w:rsidP="00DE26D0">
            <w:pPr>
              <w:jc w:val="both"/>
              <w:rPr>
                <w:rFonts w:ascii="Arial" w:hAnsi="Arial" w:cs="Arial"/>
                <w:b w:val="0"/>
                <w:bCs w:val="0"/>
              </w:rPr>
            </w:pPr>
            <w:r w:rsidRPr="00DE26D0">
              <w:rPr>
                <w:rFonts w:ascii="Arial" w:hAnsi="Arial" w:cs="Arial"/>
              </w:rPr>
              <w:t xml:space="preserve">Lugar y </w:t>
            </w:r>
            <w:proofErr w:type="spellStart"/>
            <w:r w:rsidRPr="00DE26D0">
              <w:rPr>
                <w:rFonts w:ascii="Arial" w:hAnsi="Arial" w:cs="Arial"/>
              </w:rPr>
              <w:t>fecha</w:t>
            </w:r>
            <w:proofErr w:type="spellEnd"/>
          </w:p>
          <w:p w14:paraId="7C2CBC76" w14:textId="77777777" w:rsidR="00124EB4" w:rsidRPr="00DE26D0" w:rsidRDefault="00124EB4" w:rsidP="00DE26D0">
            <w:pPr>
              <w:jc w:val="both"/>
              <w:rPr>
                <w:rFonts w:ascii="Arial" w:hAnsi="Arial" w:cs="Arial"/>
              </w:rPr>
            </w:pPr>
          </w:p>
        </w:tc>
        <w:tc>
          <w:tcPr>
            <w:tcW w:w="6264" w:type="dxa"/>
          </w:tcPr>
          <w:p w14:paraId="5B470050" w14:textId="73A24679" w:rsidR="00260BF7" w:rsidRPr="00DE26D0" w:rsidRDefault="00260BF7" w:rsidP="00DE26D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260BF7" w:rsidRPr="00DE26D0" w14:paraId="22D2BA6D" w14:textId="77777777" w:rsidTr="00124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7FBEF47B" w14:textId="77777777" w:rsidR="00260BF7" w:rsidRDefault="009A6A2E" w:rsidP="00DE26D0">
            <w:pPr>
              <w:jc w:val="both"/>
              <w:rPr>
                <w:rFonts w:ascii="Arial" w:hAnsi="Arial" w:cs="Arial"/>
                <w:b w:val="0"/>
                <w:bCs w:val="0"/>
              </w:rPr>
            </w:pPr>
            <w:r w:rsidRPr="00DE26D0">
              <w:rPr>
                <w:rFonts w:ascii="Arial" w:hAnsi="Arial" w:cs="Arial"/>
              </w:rPr>
              <w:t>Nombre</w:t>
            </w:r>
          </w:p>
          <w:p w14:paraId="3B9DCC39" w14:textId="77777777" w:rsidR="00124EB4" w:rsidRPr="00DE26D0" w:rsidRDefault="00124EB4" w:rsidP="00DE26D0">
            <w:pPr>
              <w:jc w:val="both"/>
              <w:rPr>
                <w:rFonts w:ascii="Arial" w:hAnsi="Arial" w:cs="Arial"/>
              </w:rPr>
            </w:pPr>
          </w:p>
        </w:tc>
        <w:tc>
          <w:tcPr>
            <w:tcW w:w="6264" w:type="dxa"/>
          </w:tcPr>
          <w:p w14:paraId="2FB08B0A" w14:textId="33767A82" w:rsidR="00260BF7" w:rsidRPr="00DE26D0"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60BF7" w:rsidRPr="00DE26D0" w14:paraId="2A9B5CA8" w14:textId="77777777" w:rsidTr="00124EB4">
        <w:tc>
          <w:tcPr>
            <w:cnfStyle w:val="001000000000" w:firstRow="0" w:lastRow="0" w:firstColumn="1" w:lastColumn="0" w:oddVBand="0" w:evenVBand="0" w:oddHBand="0" w:evenHBand="0" w:firstRowFirstColumn="0" w:firstRowLastColumn="0" w:lastRowFirstColumn="0" w:lastRowLastColumn="0"/>
            <w:tcW w:w="2376" w:type="dxa"/>
          </w:tcPr>
          <w:p w14:paraId="713374E7" w14:textId="77777777" w:rsidR="00260BF7" w:rsidRDefault="009A6A2E" w:rsidP="00DE26D0">
            <w:pPr>
              <w:jc w:val="both"/>
              <w:rPr>
                <w:rFonts w:ascii="Arial" w:hAnsi="Arial" w:cs="Arial"/>
                <w:b w:val="0"/>
                <w:bCs w:val="0"/>
              </w:rPr>
            </w:pPr>
            <w:r w:rsidRPr="00DE26D0">
              <w:rPr>
                <w:rFonts w:ascii="Arial" w:hAnsi="Arial" w:cs="Arial"/>
              </w:rPr>
              <w:t>C.C./NIT</w:t>
            </w:r>
          </w:p>
          <w:p w14:paraId="0946BF7E" w14:textId="77777777" w:rsidR="00124EB4" w:rsidRPr="00DE26D0" w:rsidRDefault="00124EB4" w:rsidP="00DE26D0">
            <w:pPr>
              <w:jc w:val="both"/>
              <w:rPr>
                <w:rFonts w:ascii="Arial" w:hAnsi="Arial" w:cs="Arial"/>
              </w:rPr>
            </w:pPr>
          </w:p>
        </w:tc>
        <w:tc>
          <w:tcPr>
            <w:tcW w:w="6264" w:type="dxa"/>
          </w:tcPr>
          <w:p w14:paraId="7A2CFAB8" w14:textId="63468C17" w:rsidR="00260BF7" w:rsidRPr="00DE26D0" w:rsidRDefault="00260BF7" w:rsidP="00DE26D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60BF7" w:rsidRPr="00DE26D0" w14:paraId="766E7832" w14:textId="77777777" w:rsidTr="00124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14:paraId="732A3BA1" w14:textId="77777777" w:rsidR="00260BF7" w:rsidRDefault="009A6A2E" w:rsidP="00DE26D0">
            <w:pPr>
              <w:jc w:val="both"/>
              <w:rPr>
                <w:rFonts w:ascii="Arial" w:hAnsi="Arial" w:cs="Arial"/>
                <w:b w:val="0"/>
                <w:bCs w:val="0"/>
              </w:rPr>
            </w:pPr>
            <w:proofErr w:type="spellStart"/>
            <w:r w:rsidRPr="00DE26D0">
              <w:rPr>
                <w:rFonts w:ascii="Arial" w:hAnsi="Arial" w:cs="Arial"/>
              </w:rPr>
              <w:t>Firma</w:t>
            </w:r>
            <w:proofErr w:type="spellEnd"/>
          </w:p>
          <w:p w14:paraId="63174428" w14:textId="77777777" w:rsidR="00124EB4" w:rsidRPr="00DE26D0" w:rsidRDefault="00124EB4" w:rsidP="00DE26D0">
            <w:pPr>
              <w:jc w:val="both"/>
              <w:rPr>
                <w:rFonts w:ascii="Arial" w:hAnsi="Arial" w:cs="Arial"/>
              </w:rPr>
            </w:pPr>
          </w:p>
        </w:tc>
        <w:tc>
          <w:tcPr>
            <w:tcW w:w="6264" w:type="dxa"/>
          </w:tcPr>
          <w:p w14:paraId="7AB78F2A" w14:textId="77777777" w:rsidR="00260BF7" w:rsidRDefault="00260BF7"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A20D2CA" w14:textId="77777777" w:rsidR="007231D9" w:rsidRDefault="007231D9"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E9EA00B" w14:textId="54C5FDEF" w:rsidR="007231D9" w:rsidRPr="00DE26D0" w:rsidRDefault="007231D9" w:rsidP="00DE26D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5D898B8B" w14:textId="77777777" w:rsidR="009A6A2E" w:rsidRPr="00DE26D0" w:rsidRDefault="009A6A2E" w:rsidP="00C7432B">
      <w:pPr>
        <w:jc w:val="both"/>
        <w:rPr>
          <w:rFonts w:ascii="Arial" w:hAnsi="Arial" w:cs="Arial"/>
        </w:rPr>
      </w:pPr>
    </w:p>
    <w:sectPr w:rsidR="009A6A2E" w:rsidRPr="00DE26D0" w:rsidSect="00F22EFF">
      <w:headerReference w:type="default" r:id="rId8"/>
      <w:footerReference w:type="default" r:id="rId9"/>
      <w:pgSz w:w="12240" w:h="15840"/>
      <w:pgMar w:top="1440" w:right="1800" w:bottom="2269" w:left="1800" w:header="720" w:footer="12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6B8B7E" w14:textId="77777777" w:rsidR="00EA3DF3" w:rsidRDefault="00EA3DF3" w:rsidP="00DE26D0">
      <w:pPr>
        <w:spacing w:after="0" w:line="240" w:lineRule="auto"/>
      </w:pPr>
      <w:r>
        <w:separator/>
      </w:r>
    </w:p>
  </w:endnote>
  <w:endnote w:type="continuationSeparator" w:id="0">
    <w:p w14:paraId="24DB71F4" w14:textId="77777777" w:rsidR="00EA3DF3" w:rsidRDefault="00EA3DF3" w:rsidP="00DE2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Open Sans Light">
    <w:panose1 w:val="020B0306030504020204"/>
    <w:charset w:val="00"/>
    <w:family w:val="swiss"/>
    <w:pitch w:val="variable"/>
    <w:sig w:usb0="E00002EF" w:usb1="4000205B" w:usb2="00000028"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5FBAE7" w14:textId="4FAAE682" w:rsidR="00DE26D0" w:rsidRDefault="00895C18">
    <w:pPr>
      <w:pStyle w:val="Piedepgina"/>
    </w:pPr>
    <w:r>
      <w:rPr>
        <w:noProof/>
        <w:lang w:eastAsia="es-CO"/>
      </w:rPr>
      <w:drawing>
        <wp:anchor distT="0" distB="0" distL="114300" distR="114300" simplePos="0" relativeHeight="251678208" behindDoc="1" locked="0" layoutInCell="1" allowOverlap="1" wp14:anchorId="01B9D50D" wp14:editId="17612710">
          <wp:simplePos x="0" y="0"/>
          <wp:positionH relativeFrom="page">
            <wp:posOffset>0</wp:posOffset>
          </wp:positionH>
          <wp:positionV relativeFrom="paragraph">
            <wp:posOffset>6350</wp:posOffset>
          </wp:positionV>
          <wp:extent cx="7764780" cy="112395"/>
          <wp:effectExtent l="0" t="0" r="7620" b="1905"/>
          <wp:wrapNone/>
          <wp:docPr id="1937494876" name="Imagen 1" descr="Imagen que contiene Rectáng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18338" name="Imagen 1" descr="Imagen que contiene Rectángulo&#10;&#10;Descripción generada automáticamente"/>
                  <pic:cNvPicPr/>
                </pic:nvPicPr>
                <pic:blipFill rotWithShape="1">
                  <a:blip r:embed="rId1">
                    <a:extLst>
                      <a:ext uri="{28A0092B-C50C-407E-A947-70E740481C1C}">
                        <a14:useLocalDpi xmlns:a14="http://schemas.microsoft.com/office/drawing/2010/main" val="0"/>
                      </a:ext>
                    </a:extLst>
                  </a:blip>
                  <a:srcRect t="50742"/>
                  <a:stretch/>
                </pic:blipFill>
                <pic:spPr bwMode="auto">
                  <a:xfrm flipV="1">
                    <a:off x="0" y="0"/>
                    <a:ext cx="7764780" cy="112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45720" distB="45720" distL="114300" distR="114300" simplePos="0" relativeHeight="251659776" behindDoc="1" locked="0" layoutInCell="1" allowOverlap="1" wp14:anchorId="10D06539" wp14:editId="47A46D4F">
              <wp:simplePos x="0" y="0"/>
              <wp:positionH relativeFrom="margin">
                <wp:posOffset>-294640</wp:posOffset>
              </wp:positionH>
              <wp:positionV relativeFrom="paragraph">
                <wp:posOffset>174625</wp:posOffset>
              </wp:positionV>
              <wp:extent cx="6038850" cy="624205"/>
              <wp:effectExtent l="0" t="0" r="0" b="444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624205"/>
                      </a:xfrm>
                      <a:prstGeom prst="rect">
                        <a:avLst/>
                      </a:prstGeom>
                      <a:noFill/>
                      <a:ln w="9525">
                        <a:noFill/>
                        <a:miter lim="800000"/>
                        <a:headEnd/>
                        <a:tailEnd/>
                      </a:ln>
                    </wps:spPr>
                    <wps:txbx>
                      <w:txbxContent>
                        <w:p w14:paraId="0C2B6A01" w14:textId="77777777" w:rsidR="00895C18" w:rsidRPr="00895C18" w:rsidRDefault="00895C18" w:rsidP="00895C18">
                          <w:pPr>
                            <w:spacing w:after="0"/>
                            <w:jc w:val="center"/>
                            <w:rPr>
                              <w:rFonts w:asciiTheme="majorHAnsi" w:hAnsiTheme="majorHAnsi" w:cstheme="majorHAnsi"/>
                              <w:lang w:val="es-CO"/>
                              <w14:textOutline w14:w="9525" w14:cap="rnd" w14:cmpd="sng" w14:algn="ctr">
                                <w14:noFill/>
                                <w14:prstDash w14:val="solid"/>
                                <w14:bevel/>
                              </w14:textOutline>
                            </w:rPr>
                          </w:pPr>
                          <w:r w:rsidRPr="00895C18">
                            <w:rPr>
                              <w:rFonts w:asciiTheme="majorHAnsi" w:hAnsiTheme="majorHAnsi" w:cstheme="majorHAnsi"/>
                              <w:lang w:val="es-CO"/>
                              <w14:textOutline w14:w="9525" w14:cap="rnd" w14:cmpd="sng" w14:algn="ctr">
                                <w14:noFill/>
                                <w14:prstDash w14:val="solid"/>
                                <w14:bevel/>
                              </w14:textOutline>
                            </w:rPr>
                            <w:t>Carrera 6 No. 6 – 41 • código postal 253620 • Teléfono 300 7285906 •</w:t>
                          </w:r>
                        </w:p>
                        <w:p w14:paraId="788E625B" w14:textId="77777777" w:rsidR="00895C18" w:rsidRDefault="00895C18" w:rsidP="00895C18">
                          <w:pPr>
                            <w:jc w:val="center"/>
                            <w:rPr>
                              <w:rFonts w:asciiTheme="majorHAnsi" w:hAnsiTheme="majorHAnsi" w:cstheme="majorHAnsi"/>
                              <w14:textOutline w14:w="9525" w14:cap="rnd" w14:cmpd="sng" w14:algn="ctr">
                                <w14:noFill/>
                                <w14:prstDash w14:val="solid"/>
                                <w14:bevel/>
                              </w14:textOutline>
                            </w:rPr>
                          </w:pPr>
                          <w:hyperlink r:id="rId2" w:history="1">
                            <w:r w:rsidRPr="00353E3E">
                              <w:rPr>
                                <w:rStyle w:val="Hipervnculo"/>
                                <w:rFonts w:asciiTheme="majorHAnsi" w:hAnsiTheme="majorHAnsi" w:cstheme="majorHAnsi"/>
                                <w14:textOutline w14:w="9525" w14:cap="rnd" w14:cmpd="sng" w14:algn="ctr">
                                  <w14:noFill/>
                                  <w14:prstDash w14:val="solid"/>
                                  <w14:bevel/>
                                </w14:textOutline>
                              </w:rPr>
                              <w:t>www.nocaima-cundinamarca.gov.co</w:t>
                            </w:r>
                          </w:hyperlink>
                          <w:r w:rsidRPr="00353E3E">
                            <w:rPr>
                              <w:rFonts w:asciiTheme="majorHAnsi" w:hAnsiTheme="majorHAnsi" w:cstheme="majorHAnsi"/>
                              <w14:textOutline w14:w="9525" w14:cap="rnd" w14:cmpd="sng" w14:algn="ctr">
                                <w14:noFill/>
                                <w14:prstDash w14:val="solid"/>
                                <w14:bevel/>
                              </w14:textOutline>
                            </w:rPr>
                            <w:t xml:space="preserve"> • e-mail: </w:t>
                          </w:r>
                          <w:hyperlink r:id="rId3" w:history="1">
                            <w:r w:rsidRPr="00B0648D">
                              <w:rPr>
                                <w:rStyle w:val="Hipervnculo"/>
                                <w:rFonts w:asciiTheme="majorHAnsi" w:hAnsiTheme="majorHAnsi" w:cstheme="majorHAnsi"/>
                                <w14:textOutline w14:w="9525" w14:cap="rnd" w14:cmpd="sng" w14:algn="ctr">
                                  <w14:noFill/>
                                  <w14:prstDash w14:val="solid"/>
                                  <w14:bevel/>
                                </w14:textOutline>
                              </w:rPr>
                              <w:t>alcaldia@nocaima-cundinamarca.gov.co</w:t>
                            </w:r>
                          </w:hyperlink>
                        </w:p>
                        <w:p w14:paraId="09602D88" w14:textId="77777777" w:rsidR="00895C18" w:rsidRPr="00353E3E" w:rsidRDefault="00895C18" w:rsidP="00895C18">
                          <w:pPr>
                            <w:jc w:val="center"/>
                            <w:rPr>
                              <w:rFonts w:asciiTheme="majorHAnsi" w:hAnsiTheme="majorHAnsi" w:cstheme="majorHAnsi"/>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D06539" id="_x0000_t202" coordsize="21600,21600" o:spt="202" path="m,l,21600r21600,l21600,xe">
              <v:stroke joinstyle="miter"/>
              <v:path gradientshapeok="t" o:connecttype="rect"/>
            </v:shapetype>
            <v:shape id="Cuadro de texto 2" o:spid="_x0000_s1026" type="#_x0000_t202" style="position:absolute;margin-left:-23.2pt;margin-top:13.75pt;width:475.5pt;height:49.1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" filled="f" stroked="f">
              <v:textbox>
                <w:txbxContent>
                  <w:p w14:paraId="0C2B6A01" w14:textId="77777777" w:rsidR="00895C18" w:rsidRPr="00895C18" w:rsidRDefault="00895C18" w:rsidP="00895C18">
                    <w:pPr>
                      <w:spacing w:after="0"/>
                      <w:jc w:val="center"/>
                      <w:rPr>
                        <w:rFonts w:asciiTheme="majorHAnsi" w:hAnsiTheme="majorHAnsi" w:cstheme="majorHAnsi"/>
                        <w:lang w:val="es-CO"/>
                        <w14:textOutline w14:w="9525" w14:cap="rnd" w14:cmpd="sng" w14:algn="ctr">
                          <w14:noFill/>
                          <w14:prstDash w14:val="solid"/>
                          <w14:bevel/>
                        </w14:textOutline>
                      </w:rPr>
                    </w:pPr>
                    <w:r w:rsidRPr="00895C18">
                      <w:rPr>
                        <w:rFonts w:asciiTheme="majorHAnsi" w:hAnsiTheme="majorHAnsi" w:cstheme="majorHAnsi"/>
                        <w:lang w:val="es-CO"/>
                        <w14:textOutline w14:w="9525" w14:cap="rnd" w14:cmpd="sng" w14:algn="ctr">
                          <w14:noFill/>
                          <w14:prstDash w14:val="solid"/>
                          <w14:bevel/>
                        </w14:textOutline>
                      </w:rPr>
                      <w:t>Carrera 6 No. 6 – 41 • código postal 253620 • Teléfono 300 7285906 •</w:t>
                    </w:r>
                  </w:p>
                  <w:p w14:paraId="788E625B" w14:textId="77777777" w:rsidR="00895C18" w:rsidRDefault="00895C18" w:rsidP="00895C18">
                    <w:pPr>
                      <w:jc w:val="center"/>
                      <w:rPr>
                        <w:rFonts w:asciiTheme="majorHAnsi" w:hAnsiTheme="majorHAnsi" w:cstheme="majorHAnsi"/>
                        <w14:textOutline w14:w="9525" w14:cap="rnd" w14:cmpd="sng" w14:algn="ctr">
                          <w14:noFill/>
                          <w14:prstDash w14:val="solid"/>
                          <w14:bevel/>
                        </w14:textOutline>
                      </w:rPr>
                    </w:pPr>
                    <w:hyperlink r:id="rId4" w:history="1">
                      <w:r w:rsidRPr="00353E3E">
                        <w:rPr>
                          <w:rStyle w:val="Hipervnculo"/>
                          <w:rFonts w:asciiTheme="majorHAnsi" w:hAnsiTheme="majorHAnsi" w:cstheme="majorHAnsi"/>
                          <w14:textOutline w14:w="9525" w14:cap="rnd" w14:cmpd="sng" w14:algn="ctr">
                            <w14:noFill/>
                            <w14:prstDash w14:val="solid"/>
                            <w14:bevel/>
                          </w14:textOutline>
                        </w:rPr>
                        <w:t>www.nocaima-cundinamarca.gov.co</w:t>
                      </w:r>
                    </w:hyperlink>
                    <w:r w:rsidRPr="00353E3E">
                      <w:rPr>
                        <w:rFonts w:asciiTheme="majorHAnsi" w:hAnsiTheme="majorHAnsi" w:cstheme="majorHAnsi"/>
                        <w14:textOutline w14:w="9525" w14:cap="rnd" w14:cmpd="sng" w14:algn="ctr">
                          <w14:noFill/>
                          <w14:prstDash w14:val="solid"/>
                          <w14:bevel/>
                        </w14:textOutline>
                      </w:rPr>
                      <w:t xml:space="preserve"> • e-mail: </w:t>
                    </w:r>
                    <w:hyperlink r:id="rId5" w:history="1">
                      <w:r w:rsidRPr="00B0648D">
                        <w:rPr>
                          <w:rStyle w:val="Hipervnculo"/>
                          <w:rFonts w:asciiTheme="majorHAnsi" w:hAnsiTheme="majorHAnsi" w:cstheme="majorHAnsi"/>
                          <w14:textOutline w14:w="9525" w14:cap="rnd" w14:cmpd="sng" w14:algn="ctr">
                            <w14:noFill/>
                            <w14:prstDash w14:val="solid"/>
                            <w14:bevel/>
                          </w14:textOutline>
                        </w:rPr>
                        <w:t>alcaldia@nocaima-cundinamarca.gov.co</w:t>
                      </w:r>
                    </w:hyperlink>
                  </w:p>
                  <w:p w14:paraId="09602D88" w14:textId="77777777" w:rsidR="00895C18" w:rsidRPr="00353E3E" w:rsidRDefault="00895C18" w:rsidP="00895C18">
                    <w:pPr>
                      <w:jc w:val="center"/>
                      <w:rPr>
                        <w:rFonts w:asciiTheme="majorHAnsi" w:hAnsiTheme="majorHAnsi" w:cstheme="majorHAnsi"/>
                        <w14:textOutline w14:w="9525" w14:cap="rnd" w14:cmpd="sng" w14:algn="ctr">
                          <w14:noFill/>
                          <w14:prstDash w14:val="solid"/>
                          <w14:bevel/>
                        </w14:textOutline>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50B227" w14:textId="77777777" w:rsidR="00EA3DF3" w:rsidRDefault="00EA3DF3" w:rsidP="00DE26D0">
      <w:pPr>
        <w:spacing w:after="0" w:line="240" w:lineRule="auto"/>
      </w:pPr>
      <w:r>
        <w:separator/>
      </w:r>
    </w:p>
  </w:footnote>
  <w:footnote w:type="continuationSeparator" w:id="0">
    <w:p w14:paraId="734027F0" w14:textId="77777777" w:rsidR="00EA3DF3" w:rsidRDefault="00EA3DF3" w:rsidP="00DE2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3"/>
      <w:gridCol w:w="5245"/>
      <w:gridCol w:w="1748"/>
    </w:tblGrid>
    <w:tr w:rsidR="00DE26D0" w:rsidRPr="008B3425" w14:paraId="100CC398" w14:textId="77777777" w:rsidTr="00A74875">
      <w:trPr>
        <w:cantSplit/>
        <w:trHeight w:val="297"/>
      </w:trPr>
      <w:tc>
        <w:tcPr>
          <w:tcW w:w="2343" w:type="dxa"/>
          <w:vMerge w:val="restart"/>
        </w:tcPr>
        <w:p w14:paraId="1A7DDDDC" w14:textId="351BB195" w:rsidR="00DE26D0" w:rsidRPr="008B3425" w:rsidRDefault="00EB08B8" w:rsidP="00DE26D0">
          <w:pPr>
            <w:pStyle w:val="Encabezado"/>
            <w:tabs>
              <w:tab w:val="left" w:pos="1935"/>
            </w:tabs>
            <w:jc w:val="center"/>
            <w:rPr>
              <w:rFonts w:ascii="Arial" w:hAnsi="Arial" w:cs="Arial"/>
              <w:b/>
              <w:bCs/>
            </w:rPr>
          </w:pPr>
          <w:r w:rsidRPr="008E4535">
            <w:rPr>
              <w:noProof/>
            </w:rPr>
            <w:drawing>
              <wp:anchor distT="0" distB="0" distL="114300" distR="114300" simplePos="0" relativeHeight="251640320" behindDoc="1" locked="0" layoutInCell="1" allowOverlap="1" wp14:anchorId="02787534" wp14:editId="58D790FB">
                <wp:simplePos x="0" y="0"/>
                <wp:positionH relativeFrom="column">
                  <wp:posOffset>-3174</wp:posOffset>
                </wp:positionH>
                <wp:positionV relativeFrom="paragraph">
                  <wp:posOffset>154112</wp:posOffset>
                </wp:positionV>
                <wp:extent cx="1358900" cy="474537"/>
                <wp:effectExtent l="0" t="0" r="0" b="1905"/>
                <wp:wrapNone/>
                <wp:docPr id="4776563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0617" cy="47862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45" w:type="dxa"/>
          <w:vMerge w:val="restart"/>
          <w:vAlign w:val="center"/>
        </w:tcPr>
        <w:p w14:paraId="3A8626AB" w14:textId="12852A61" w:rsidR="00EB08B8" w:rsidRPr="00EB08B8" w:rsidRDefault="00EB08B8" w:rsidP="00DE26D0">
          <w:pPr>
            <w:pStyle w:val="Encabezado"/>
            <w:tabs>
              <w:tab w:val="left" w:pos="1935"/>
              <w:tab w:val="center" w:pos="2900"/>
              <w:tab w:val="left" w:pos="4680"/>
            </w:tabs>
            <w:jc w:val="center"/>
            <w:rPr>
              <w:rFonts w:ascii="Open Sans Light" w:hAnsi="Open Sans Light" w:cs="Open Sans Light"/>
              <w:b/>
              <w:bCs/>
              <w:lang w:val="es-CO"/>
            </w:rPr>
          </w:pPr>
          <w:r w:rsidRPr="00EB08B8">
            <w:rPr>
              <w:rFonts w:ascii="Open Sans Light" w:hAnsi="Open Sans Light" w:cs="Open Sans Light"/>
              <w:b/>
              <w:bCs/>
              <w:lang w:val="es-CO"/>
            </w:rPr>
            <w:t>ALCALDIA DE NO</w:t>
          </w:r>
          <w:r>
            <w:rPr>
              <w:rFonts w:ascii="Open Sans Light" w:hAnsi="Open Sans Light" w:cs="Open Sans Light"/>
              <w:b/>
              <w:bCs/>
              <w:lang w:val="es-CO"/>
            </w:rPr>
            <w:t>CAIMA</w:t>
          </w:r>
        </w:p>
        <w:p w14:paraId="69B4FC30" w14:textId="4F9C4EC1" w:rsidR="00DE26D0" w:rsidRPr="00EB08B8" w:rsidRDefault="00EB08B8" w:rsidP="00DE26D0">
          <w:pPr>
            <w:pStyle w:val="Encabezado"/>
            <w:tabs>
              <w:tab w:val="left" w:pos="1935"/>
              <w:tab w:val="center" w:pos="2900"/>
              <w:tab w:val="left" w:pos="4680"/>
            </w:tabs>
            <w:jc w:val="center"/>
            <w:rPr>
              <w:rFonts w:ascii="Arial" w:hAnsi="Arial" w:cs="Arial"/>
              <w:b/>
              <w:bCs/>
              <w:lang w:val="es-CO"/>
            </w:rPr>
          </w:pPr>
          <w:r w:rsidRPr="00EB08B8">
            <w:rPr>
              <w:rFonts w:ascii="Open Sans Light" w:hAnsi="Open Sans Light" w:cs="Open Sans Light"/>
              <w:b/>
              <w:bCs/>
              <w:lang w:val="es-CO"/>
            </w:rPr>
            <w:t>GESTION CONTRACTUAL</w:t>
          </w:r>
        </w:p>
      </w:tc>
      <w:tc>
        <w:tcPr>
          <w:tcW w:w="1748" w:type="dxa"/>
        </w:tcPr>
        <w:p w14:paraId="5F3BB146" w14:textId="32302132" w:rsidR="00DE26D0" w:rsidRPr="005138CC" w:rsidRDefault="00DE26D0" w:rsidP="00DE26D0">
          <w:pPr>
            <w:pStyle w:val="Encabezado"/>
            <w:tabs>
              <w:tab w:val="left" w:pos="1935"/>
            </w:tabs>
            <w:rPr>
              <w:rFonts w:ascii="Open Sans" w:hAnsi="Open Sans" w:cs="Open Sans"/>
              <w:b/>
              <w:bCs/>
              <w:color w:val="FFFFFF"/>
              <w:sz w:val="18"/>
              <w:szCs w:val="18"/>
            </w:rPr>
          </w:pPr>
          <w:r w:rsidRPr="005138CC">
            <w:rPr>
              <w:rFonts w:ascii="Open Sans" w:hAnsi="Open Sans" w:cs="Open Sans"/>
              <w:bCs/>
              <w:sz w:val="18"/>
              <w:szCs w:val="18"/>
            </w:rPr>
            <w:t>Código: G</w:t>
          </w:r>
          <w:r>
            <w:rPr>
              <w:rFonts w:ascii="Open Sans" w:hAnsi="Open Sans" w:cs="Open Sans"/>
              <w:bCs/>
              <w:sz w:val="18"/>
              <w:szCs w:val="18"/>
            </w:rPr>
            <w:t>C</w:t>
          </w:r>
          <w:r w:rsidRPr="005138CC">
            <w:rPr>
              <w:rFonts w:ascii="Open Sans" w:hAnsi="Open Sans" w:cs="Open Sans"/>
              <w:bCs/>
              <w:sz w:val="18"/>
              <w:szCs w:val="18"/>
            </w:rPr>
            <w:t>-</w:t>
          </w:r>
          <w:r>
            <w:rPr>
              <w:rFonts w:ascii="Open Sans" w:hAnsi="Open Sans" w:cs="Open Sans"/>
              <w:bCs/>
              <w:sz w:val="18"/>
              <w:szCs w:val="18"/>
            </w:rPr>
            <w:t>F</w:t>
          </w:r>
          <w:r w:rsidRPr="005138CC">
            <w:rPr>
              <w:rFonts w:ascii="Open Sans" w:hAnsi="Open Sans" w:cs="Open Sans"/>
              <w:bCs/>
              <w:sz w:val="18"/>
              <w:szCs w:val="18"/>
            </w:rPr>
            <w:t>-</w:t>
          </w:r>
          <w:r>
            <w:rPr>
              <w:rFonts w:ascii="Open Sans" w:hAnsi="Open Sans" w:cs="Open Sans"/>
              <w:bCs/>
              <w:sz w:val="18"/>
              <w:szCs w:val="18"/>
            </w:rPr>
            <w:t>4</w:t>
          </w:r>
          <w:r w:rsidR="00A74875">
            <w:rPr>
              <w:rFonts w:ascii="Open Sans" w:hAnsi="Open Sans" w:cs="Open Sans"/>
              <w:bCs/>
              <w:sz w:val="18"/>
              <w:szCs w:val="18"/>
            </w:rPr>
            <w:t>0</w:t>
          </w:r>
        </w:p>
      </w:tc>
    </w:tr>
    <w:tr w:rsidR="00DE26D0" w:rsidRPr="008B3425" w14:paraId="467DD645" w14:textId="77777777" w:rsidTr="00A74875">
      <w:trPr>
        <w:cantSplit/>
        <w:trHeight w:val="285"/>
      </w:trPr>
      <w:tc>
        <w:tcPr>
          <w:tcW w:w="2343" w:type="dxa"/>
          <w:vMerge/>
        </w:tcPr>
        <w:p w14:paraId="54B846AE" w14:textId="77777777" w:rsidR="00DE26D0" w:rsidRPr="008B3425" w:rsidRDefault="00DE26D0" w:rsidP="00DE26D0">
          <w:pPr>
            <w:pStyle w:val="Encabezado"/>
            <w:tabs>
              <w:tab w:val="left" w:pos="1935"/>
            </w:tabs>
            <w:jc w:val="center"/>
            <w:rPr>
              <w:rFonts w:ascii="Arial" w:hAnsi="Arial" w:cs="Arial"/>
              <w:b/>
              <w:bCs/>
            </w:rPr>
          </w:pPr>
        </w:p>
      </w:tc>
      <w:tc>
        <w:tcPr>
          <w:tcW w:w="5245" w:type="dxa"/>
          <w:vMerge/>
          <w:vAlign w:val="center"/>
        </w:tcPr>
        <w:p w14:paraId="3C7C5E59" w14:textId="77777777" w:rsidR="00DE26D0" w:rsidRPr="008B3425" w:rsidRDefault="00DE26D0" w:rsidP="00DE26D0">
          <w:pPr>
            <w:pStyle w:val="Encabezado"/>
            <w:tabs>
              <w:tab w:val="left" w:pos="1935"/>
              <w:tab w:val="center" w:pos="2900"/>
              <w:tab w:val="left" w:pos="4680"/>
            </w:tabs>
            <w:rPr>
              <w:rFonts w:ascii="Arial" w:hAnsi="Arial" w:cs="Arial"/>
              <w:b/>
              <w:bCs/>
              <w:sz w:val="24"/>
            </w:rPr>
          </w:pPr>
        </w:p>
      </w:tc>
      <w:tc>
        <w:tcPr>
          <w:tcW w:w="1748" w:type="dxa"/>
        </w:tcPr>
        <w:p w14:paraId="0A3C4DB5" w14:textId="673EE965" w:rsidR="00DE26D0" w:rsidRPr="005138CC" w:rsidRDefault="00DE26D0" w:rsidP="00DE26D0">
          <w:pPr>
            <w:pStyle w:val="Encabezado"/>
            <w:tabs>
              <w:tab w:val="left" w:pos="1935"/>
            </w:tabs>
            <w:rPr>
              <w:rFonts w:ascii="Open Sans" w:hAnsi="Open Sans" w:cs="Open Sans"/>
              <w:b/>
              <w:bCs/>
              <w:color w:val="FFFFFF"/>
              <w:sz w:val="18"/>
              <w:szCs w:val="18"/>
            </w:rPr>
          </w:pPr>
          <w:r w:rsidRPr="005138CC">
            <w:rPr>
              <w:rFonts w:ascii="Open Sans" w:hAnsi="Open Sans" w:cs="Open Sans"/>
              <w:bCs/>
              <w:sz w:val="18"/>
              <w:szCs w:val="18"/>
            </w:rPr>
            <w:t>Version: 01</w:t>
          </w:r>
        </w:p>
      </w:tc>
    </w:tr>
    <w:tr w:rsidR="00DE26D0" w:rsidRPr="008B3425" w14:paraId="6F44834F" w14:textId="77777777" w:rsidTr="00A74875">
      <w:trPr>
        <w:cantSplit/>
        <w:trHeight w:val="435"/>
      </w:trPr>
      <w:tc>
        <w:tcPr>
          <w:tcW w:w="2343" w:type="dxa"/>
          <w:vMerge/>
        </w:tcPr>
        <w:p w14:paraId="6491F3C6" w14:textId="77777777" w:rsidR="00DE26D0" w:rsidRPr="008B3425" w:rsidRDefault="00DE26D0" w:rsidP="00DE26D0">
          <w:pPr>
            <w:pStyle w:val="Encabezado"/>
            <w:tabs>
              <w:tab w:val="left" w:pos="1935"/>
            </w:tabs>
            <w:jc w:val="center"/>
            <w:rPr>
              <w:rFonts w:ascii="Arial" w:hAnsi="Arial" w:cs="Arial"/>
              <w:b/>
              <w:bCs/>
            </w:rPr>
          </w:pPr>
        </w:p>
      </w:tc>
      <w:tc>
        <w:tcPr>
          <w:tcW w:w="5245" w:type="dxa"/>
          <w:vAlign w:val="center"/>
        </w:tcPr>
        <w:p w14:paraId="4E41E38C" w14:textId="1C5B9998" w:rsidR="00DE26D0" w:rsidRPr="00DE26D0" w:rsidRDefault="00DE26D0" w:rsidP="00DE26D0">
          <w:pPr>
            <w:jc w:val="center"/>
            <w:rPr>
              <w:rFonts w:ascii="Open Sans" w:hAnsi="Open Sans" w:cs="Open Sans"/>
              <w:lang w:val="es-CO"/>
            </w:rPr>
          </w:pPr>
          <w:r w:rsidRPr="00DE26D0">
            <w:rPr>
              <w:rFonts w:ascii="Open Sans" w:hAnsi="Open Sans" w:cs="Open Sans"/>
              <w:lang w:val="es-CO"/>
            </w:rPr>
            <w:t>COMPROMISO DE INTEGRIDAD PARA PARTICIPAR EN LOS PROCESOS DE CONTRATACIÓN</w:t>
          </w:r>
        </w:p>
      </w:tc>
      <w:tc>
        <w:tcPr>
          <w:tcW w:w="1748" w:type="dxa"/>
        </w:tcPr>
        <w:p w14:paraId="50C34BEC" w14:textId="39BE5AB1" w:rsidR="00DE26D0" w:rsidRPr="005138CC" w:rsidRDefault="00DE26D0" w:rsidP="00DE26D0">
          <w:pPr>
            <w:pStyle w:val="Encabezado"/>
            <w:tabs>
              <w:tab w:val="left" w:pos="1935"/>
            </w:tabs>
            <w:rPr>
              <w:rFonts w:ascii="Open Sans" w:hAnsi="Open Sans" w:cs="Open Sans"/>
              <w:bCs/>
              <w:sz w:val="18"/>
              <w:szCs w:val="18"/>
            </w:rPr>
          </w:pPr>
          <w:r w:rsidRPr="00A74875">
            <w:rPr>
              <w:rFonts w:ascii="Open Sans" w:hAnsi="Open Sans" w:cs="Open Sans"/>
              <w:bCs/>
              <w:sz w:val="18"/>
              <w:szCs w:val="18"/>
              <w:lang w:val="es-CO"/>
            </w:rPr>
            <w:t>Fecha de emisión</w:t>
          </w:r>
          <w:r w:rsidRPr="005138CC">
            <w:rPr>
              <w:rFonts w:ascii="Open Sans" w:hAnsi="Open Sans" w:cs="Open Sans"/>
              <w:bCs/>
              <w:sz w:val="18"/>
              <w:szCs w:val="18"/>
            </w:rPr>
            <w:t xml:space="preserve">: </w:t>
          </w:r>
          <w:r>
            <w:rPr>
              <w:rFonts w:ascii="Open Sans" w:hAnsi="Open Sans" w:cs="Open Sans"/>
              <w:bCs/>
              <w:sz w:val="18"/>
              <w:szCs w:val="18"/>
            </w:rPr>
            <w:t>10/08/2026</w:t>
          </w:r>
        </w:p>
      </w:tc>
    </w:tr>
  </w:tbl>
  <w:p w14:paraId="070C67A2" w14:textId="77777777" w:rsidR="00DE26D0" w:rsidRDefault="00DE26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328291489">
    <w:abstractNumId w:val="8"/>
  </w:num>
  <w:num w:numId="2" w16cid:durableId="32929414">
    <w:abstractNumId w:val="6"/>
  </w:num>
  <w:num w:numId="3" w16cid:durableId="1918246085">
    <w:abstractNumId w:val="5"/>
  </w:num>
  <w:num w:numId="4" w16cid:durableId="1373769734">
    <w:abstractNumId w:val="4"/>
  </w:num>
  <w:num w:numId="5" w16cid:durableId="1548107229">
    <w:abstractNumId w:val="7"/>
  </w:num>
  <w:num w:numId="6" w16cid:durableId="2146776780">
    <w:abstractNumId w:val="3"/>
  </w:num>
  <w:num w:numId="7" w16cid:durableId="1013415542">
    <w:abstractNumId w:val="2"/>
  </w:num>
  <w:num w:numId="8" w16cid:durableId="296642651">
    <w:abstractNumId w:val="1"/>
  </w:num>
  <w:num w:numId="9" w16cid:durableId="14692006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082"/>
    <w:rsid w:val="0006063C"/>
    <w:rsid w:val="001007D5"/>
    <w:rsid w:val="00124EB4"/>
    <w:rsid w:val="0015074B"/>
    <w:rsid w:val="00177ADF"/>
    <w:rsid w:val="00260BF7"/>
    <w:rsid w:val="0029639D"/>
    <w:rsid w:val="00326F90"/>
    <w:rsid w:val="00334AEA"/>
    <w:rsid w:val="003E5132"/>
    <w:rsid w:val="004A4050"/>
    <w:rsid w:val="004B1642"/>
    <w:rsid w:val="007231D9"/>
    <w:rsid w:val="00895C18"/>
    <w:rsid w:val="008F7838"/>
    <w:rsid w:val="009A6A2E"/>
    <w:rsid w:val="00A74875"/>
    <w:rsid w:val="00AA1D8D"/>
    <w:rsid w:val="00AD4C65"/>
    <w:rsid w:val="00B47730"/>
    <w:rsid w:val="00C7432B"/>
    <w:rsid w:val="00CB0664"/>
    <w:rsid w:val="00DE26D0"/>
    <w:rsid w:val="00E9109A"/>
    <w:rsid w:val="00EA3DF3"/>
    <w:rsid w:val="00EB08B8"/>
    <w:rsid w:val="00F22E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1C2028"/>
  <w14:defaultImageDpi w14:val="300"/>
  <w15:docId w15:val="{64C32DB7-BA56-4FA1-A4E8-6A131C81E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2,h18 Car Car Car,Encabezado1,h1,h81,h91,h101,h181,h18 Car Car Car Car,h18 Car Car Car Car Car Car,h18 Car Car,encabezado,articulo,Haut de page, Car"/>
    <w:basedOn w:val="Normal"/>
    <w:link w:val="EncabezadoCar"/>
    <w:unhideWhenUsed/>
    <w:qFormat/>
    <w:rsid w:val="00E618BF"/>
    <w:pPr>
      <w:tabs>
        <w:tab w:val="center" w:pos="4680"/>
        <w:tab w:val="right" w:pos="9360"/>
      </w:tabs>
      <w:spacing w:after="0" w:line="240" w:lineRule="auto"/>
    </w:pPr>
  </w:style>
  <w:style w:type="character" w:customStyle="1" w:styleId="EncabezadoCar">
    <w:name w:val="Encabezado Car"/>
    <w:aliases w:val="h Car,h8 Car,h9 Car,h10 Car,h18 Car,Car2 Car,h18 Car Car Car Car1,Encabezado1 Car,h1 Car,h81 Car,h91 Car,h101 Car,h181 Car,h18 Car Car Car Car Car,h18 Car Car Car Car Car Car Car,h18 Car Car Car1,encabezado Car,articulo Car, Car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anormal1">
    <w:name w:val="Plain Table 1"/>
    <w:basedOn w:val="Tablanormal"/>
    <w:uiPriority w:val="99"/>
    <w:rsid w:val="00DE26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99"/>
    <w:rsid w:val="00124E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95C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nocaima-cundinamarca.gov.co" TargetMode="External"/><Relationship Id="rId2" Type="http://schemas.openxmlformats.org/officeDocument/2006/relationships/hyperlink" Target="http://www.nocaima-cundinamarca.gov.co" TargetMode="External"/><Relationship Id="rId1" Type="http://schemas.openxmlformats.org/officeDocument/2006/relationships/image" Target="media/image2.png"/><Relationship Id="rId5" Type="http://schemas.openxmlformats.org/officeDocument/2006/relationships/hyperlink" Target="mailto:alcaldia@nocaima-cundinamarca.gov.co" TargetMode="External"/><Relationship Id="rId4" Type="http://schemas.openxmlformats.org/officeDocument/2006/relationships/hyperlink" Target="http://www.noc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556</Words>
  <Characters>3600</Characters>
  <Application>Microsoft Office Word</Application>
  <DocSecurity>0</DocSecurity>
  <Lines>144</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martin nieto</cp:lastModifiedBy>
  <cp:revision>4</cp:revision>
  <dcterms:created xsi:type="dcterms:W3CDTF">2026-10-05T11:04:00Z</dcterms:created>
  <dcterms:modified xsi:type="dcterms:W3CDTF">2026-10-05T11:20:00Z</dcterms:modified>
  <cp:category/>
</cp:coreProperties>
</file>