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AA3A8" w14:textId="339B6F40" w:rsidR="001924CE" w:rsidRPr="00AC24BF" w:rsidRDefault="001924CE" w:rsidP="001924CE">
      <w:pPr>
        <w:rPr>
          <w:rFonts w:ascii="Helvetica" w:hAnsi="Helvetica" w:cs="Helvetica"/>
          <w:b/>
        </w:rPr>
      </w:pPr>
      <w:r w:rsidRPr="00AC24BF">
        <w:rPr>
          <w:rFonts w:ascii="Helvetica" w:hAnsi="Helvetica" w:cs="Helvetica"/>
        </w:rPr>
        <w:drawing>
          <wp:inline distT="0" distB="0" distL="0" distR="0" wp14:anchorId="610531D7" wp14:editId="1F55E23E">
            <wp:extent cx="2281944" cy="73342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1944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28019" w14:textId="040FAE8E" w:rsidR="005D60A3" w:rsidRPr="00AC24BF" w:rsidRDefault="00F95CDE">
      <w:pPr>
        <w:jc w:val="center"/>
        <w:rPr>
          <w:rFonts w:ascii="Helvetica" w:hAnsi="Helvetica" w:cs="Helvetica"/>
        </w:rPr>
      </w:pPr>
      <w:r w:rsidRPr="00AC24BF">
        <w:rPr>
          <w:rFonts w:ascii="Helvetica" w:hAnsi="Helvetica" w:cs="Helvetica"/>
          <w:b/>
        </w:rPr>
        <w:t xml:space="preserve">PROFORMA </w:t>
      </w:r>
      <w:proofErr w:type="spellStart"/>
      <w:r w:rsidR="000F1506" w:rsidRPr="00AC24BF">
        <w:rPr>
          <w:rFonts w:ascii="Helvetica" w:hAnsi="Helvetica" w:cs="Helvetica"/>
          <w:b/>
        </w:rPr>
        <w:t>N°</w:t>
      </w:r>
      <w:proofErr w:type="spellEnd"/>
      <w:r w:rsidRPr="00AC24BF">
        <w:rPr>
          <w:rFonts w:ascii="Helvetica" w:hAnsi="Helvetica" w:cs="Helvetica"/>
          <w:b/>
        </w:rPr>
        <w:t xml:space="preserve"> </w:t>
      </w:r>
      <w:r w:rsidR="001827EE" w:rsidRPr="00AC24BF">
        <w:rPr>
          <w:rFonts w:ascii="Helvetica" w:hAnsi="Helvetica" w:cs="Helvetica"/>
          <w:b/>
        </w:rPr>
        <w:t>8</w:t>
      </w:r>
      <w:r w:rsidRPr="00AC24BF">
        <w:rPr>
          <w:rFonts w:ascii="Helvetica" w:hAnsi="Helvetica" w:cs="Helvetica"/>
          <w:b/>
        </w:rPr>
        <w:br/>
      </w:r>
    </w:p>
    <w:p w14:paraId="4E093013" w14:textId="77777777" w:rsidR="005D60A3" w:rsidRPr="00AC24BF" w:rsidRDefault="00F95CDE">
      <w:pPr>
        <w:jc w:val="center"/>
        <w:rPr>
          <w:rFonts w:ascii="Helvetica" w:hAnsi="Helvetica" w:cs="Helvetica"/>
        </w:rPr>
      </w:pPr>
      <w:bookmarkStart w:id="0" w:name="_Hlk210632135"/>
      <w:r w:rsidRPr="00AC24BF">
        <w:rPr>
          <w:rFonts w:ascii="Helvetica" w:hAnsi="Helvetica" w:cs="Helvetica"/>
        </w:rPr>
        <w:t>Proponentes con trabajadores con discapacidad</w:t>
      </w:r>
      <w:bookmarkEnd w:id="0"/>
      <w:r w:rsidRPr="00AC24BF">
        <w:rPr>
          <w:rFonts w:ascii="Helvetica" w:hAnsi="Helvetica" w:cs="Helvetica"/>
        </w:rPr>
        <w:br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5D60A3" w:rsidRPr="00AC24BF" w14:paraId="0D73E6DE" w14:textId="77777777">
        <w:tc>
          <w:tcPr>
            <w:tcW w:w="4320" w:type="dxa"/>
          </w:tcPr>
          <w:p w14:paraId="51861F72" w14:textId="77777777" w:rsidR="005D60A3" w:rsidRPr="00AC24BF" w:rsidRDefault="00F95CDE">
            <w:pPr>
              <w:rPr>
                <w:rFonts w:ascii="Helvetica" w:hAnsi="Helvetica" w:cs="Helvetica"/>
              </w:rPr>
            </w:pPr>
            <w:r w:rsidRPr="00AC24BF">
              <w:rPr>
                <w:rFonts w:ascii="Helvetica" w:hAnsi="Helvetica" w:cs="Helvetica"/>
              </w:rPr>
              <w:t>Empresa:</w:t>
            </w:r>
          </w:p>
        </w:tc>
        <w:tc>
          <w:tcPr>
            <w:tcW w:w="4320" w:type="dxa"/>
          </w:tcPr>
          <w:p w14:paraId="21712A63" w14:textId="77777777" w:rsidR="005D60A3" w:rsidRPr="00AC24BF" w:rsidRDefault="00F95CDE">
            <w:pPr>
              <w:rPr>
                <w:rFonts w:ascii="Helvetica" w:hAnsi="Helvetica" w:cs="Helvetica"/>
              </w:rPr>
            </w:pPr>
            <w:r w:rsidRPr="00AC24BF">
              <w:rPr>
                <w:rFonts w:ascii="Helvetica" w:hAnsi="Helvetica" w:cs="Helvetica"/>
              </w:rPr>
              <w:t>[Nombre de la empresa]</w:t>
            </w:r>
          </w:p>
        </w:tc>
      </w:tr>
      <w:tr w:rsidR="005D60A3" w:rsidRPr="00AC24BF" w14:paraId="419E2705" w14:textId="77777777">
        <w:tc>
          <w:tcPr>
            <w:tcW w:w="4320" w:type="dxa"/>
          </w:tcPr>
          <w:p w14:paraId="326C9064" w14:textId="77777777" w:rsidR="005D60A3" w:rsidRPr="00AC24BF" w:rsidRDefault="00F95CDE">
            <w:pPr>
              <w:rPr>
                <w:rFonts w:ascii="Helvetica" w:hAnsi="Helvetica" w:cs="Helvetica"/>
              </w:rPr>
            </w:pPr>
            <w:r w:rsidRPr="00AC24BF">
              <w:rPr>
                <w:rFonts w:ascii="Helvetica" w:hAnsi="Helvetica" w:cs="Helvetica"/>
              </w:rPr>
              <w:t>NIT:</w:t>
            </w:r>
          </w:p>
        </w:tc>
        <w:tc>
          <w:tcPr>
            <w:tcW w:w="4320" w:type="dxa"/>
          </w:tcPr>
          <w:p w14:paraId="09EC1995" w14:textId="77777777" w:rsidR="005D60A3" w:rsidRPr="00AC24BF" w:rsidRDefault="00F95CDE">
            <w:pPr>
              <w:rPr>
                <w:rFonts w:ascii="Helvetica" w:hAnsi="Helvetica" w:cs="Helvetica"/>
              </w:rPr>
            </w:pPr>
            <w:r w:rsidRPr="00AC24BF">
              <w:rPr>
                <w:rFonts w:ascii="Helvetica" w:hAnsi="Helvetica" w:cs="Helvetica"/>
              </w:rPr>
              <w:t>[Número]</w:t>
            </w:r>
          </w:p>
        </w:tc>
      </w:tr>
      <w:tr w:rsidR="005D60A3" w:rsidRPr="00AC24BF" w14:paraId="46CD6ED0" w14:textId="77777777">
        <w:tc>
          <w:tcPr>
            <w:tcW w:w="4320" w:type="dxa"/>
          </w:tcPr>
          <w:p w14:paraId="6B4BC600" w14:textId="77777777" w:rsidR="005D60A3" w:rsidRPr="00AC24BF" w:rsidRDefault="00F95CDE">
            <w:pPr>
              <w:rPr>
                <w:rFonts w:ascii="Helvetica" w:hAnsi="Helvetica" w:cs="Helvetica"/>
              </w:rPr>
            </w:pPr>
            <w:r w:rsidRPr="00AC24BF">
              <w:rPr>
                <w:rFonts w:ascii="Helvetica" w:hAnsi="Helvetica" w:cs="Helvetica"/>
              </w:rPr>
              <w:t>Representante Legal:</w:t>
            </w:r>
          </w:p>
        </w:tc>
        <w:tc>
          <w:tcPr>
            <w:tcW w:w="4320" w:type="dxa"/>
          </w:tcPr>
          <w:p w14:paraId="54F7F060" w14:textId="77777777" w:rsidR="005D60A3" w:rsidRPr="00AC24BF" w:rsidRDefault="00F95CDE">
            <w:pPr>
              <w:rPr>
                <w:rFonts w:ascii="Helvetica" w:hAnsi="Helvetica" w:cs="Helvetica"/>
              </w:rPr>
            </w:pPr>
            <w:r w:rsidRPr="00AC24BF">
              <w:rPr>
                <w:rFonts w:ascii="Helvetica" w:hAnsi="Helvetica" w:cs="Helvetica"/>
              </w:rPr>
              <w:t>[Nombre completo del representante legal]</w:t>
            </w:r>
          </w:p>
        </w:tc>
      </w:tr>
    </w:tbl>
    <w:p w14:paraId="5220F688" w14:textId="77777777" w:rsidR="005D60A3" w:rsidRPr="00AC24BF" w:rsidRDefault="005D60A3">
      <w:pPr>
        <w:rPr>
          <w:rFonts w:ascii="Helvetica" w:hAnsi="Helvetica" w:cs="Helvetica"/>
        </w:rPr>
      </w:pPr>
    </w:p>
    <w:p w14:paraId="559E987F" w14:textId="783E9F6C" w:rsidR="005D60A3" w:rsidRPr="00AC24BF" w:rsidRDefault="00F95CDE" w:rsidP="00AC24BF">
      <w:pPr>
        <w:jc w:val="both"/>
        <w:rPr>
          <w:rFonts w:ascii="Helvetica" w:hAnsi="Helvetica" w:cs="Helvetica"/>
        </w:rPr>
      </w:pPr>
      <w:r w:rsidRPr="00AC24BF">
        <w:rPr>
          <w:rFonts w:ascii="Helvetica" w:hAnsi="Helvetica" w:cs="Helvetica"/>
        </w:rPr>
        <w:t>Yo, [Nombre completo del representante legal], mayor de edad, identificado con cédula de ciudadanía No. [número], en calidad de representante legal de la empresa [nombre de la empresa], con NIT [número], actuando en nombre propio y en representación de la entidad que represento, me permito CERTIFICAR que:</w:t>
      </w:r>
      <w:r w:rsidRPr="00AC24BF">
        <w:rPr>
          <w:rFonts w:ascii="Helvetica" w:hAnsi="Helvetica" w:cs="Helvetica"/>
        </w:rPr>
        <w:br/>
      </w:r>
      <w:r w:rsidRPr="00AC24BF">
        <w:rPr>
          <w:rFonts w:ascii="Helvetica" w:hAnsi="Helvetica" w:cs="Helvetica"/>
        </w:rPr>
        <w:br/>
        <w:t xml:space="preserve">1. La empresa [nombre de la empresa] cuenta actualmente con trabajadores vinculados mediante contrato laboral que presentan condición de discapacidad debidamente certificada por la autoridad competente </w:t>
      </w:r>
      <w:r w:rsidR="00AC24BF" w:rsidRPr="00AC24BF">
        <w:rPr>
          <w:rFonts w:ascii="Helvetica" w:hAnsi="Helvetica" w:cs="Helvetica"/>
        </w:rPr>
        <w:t>(Formato Constatación de Vinculación de Trabajadores en Situación de Discapacidad, expedido por el Ministerio de Trabajo, con</w:t>
      </w:r>
      <w:r w:rsidR="00AC24BF" w:rsidRPr="00AC24BF">
        <w:rPr>
          <w:rFonts w:ascii="Helvetica" w:hAnsi="Helvetica" w:cs="Helvetica"/>
        </w:rPr>
        <w:t xml:space="preserve"> </w:t>
      </w:r>
      <w:r w:rsidR="00AC24BF" w:rsidRPr="00AC24BF">
        <w:rPr>
          <w:rFonts w:ascii="Helvetica" w:hAnsi="Helvetica" w:cs="Helvetica"/>
        </w:rPr>
        <w:t>vigencia no mayor a un (1) año).</w:t>
      </w:r>
      <w:r w:rsidRPr="00AC24BF">
        <w:rPr>
          <w:rFonts w:ascii="Helvetica" w:hAnsi="Helvetica" w:cs="Helvetica"/>
        </w:rPr>
        <w:br/>
      </w:r>
      <w:r w:rsidRPr="00AC24BF">
        <w:rPr>
          <w:rFonts w:ascii="Helvetica" w:hAnsi="Helvetica" w:cs="Helvetica"/>
        </w:rPr>
        <w:br/>
        <w:t>2. Se adjuntan los documentos de soporte que acreditan la condición de discapacidad y</w:t>
      </w:r>
      <w:r w:rsidR="00AC24BF" w:rsidRPr="00AC24BF">
        <w:rPr>
          <w:rFonts w:ascii="Helvetica" w:hAnsi="Helvetica" w:cs="Helvetica"/>
        </w:rPr>
        <w:t xml:space="preserve"> </w:t>
      </w:r>
      <w:r w:rsidRPr="00AC24BF">
        <w:rPr>
          <w:rFonts w:ascii="Helvetica" w:hAnsi="Helvetica" w:cs="Helvetica"/>
        </w:rPr>
        <w:t>el</w:t>
      </w:r>
      <w:r w:rsidR="00AC24BF" w:rsidRPr="00AC24BF">
        <w:rPr>
          <w:rFonts w:ascii="Helvetica" w:hAnsi="Helvetica" w:cs="Helvetica"/>
        </w:rPr>
        <w:t xml:space="preserve"> </w:t>
      </w:r>
      <w:r w:rsidRPr="00AC24BF">
        <w:rPr>
          <w:rFonts w:ascii="Helvetica" w:hAnsi="Helvetica" w:cs="Helvetica"/>
        </w:rPr>
        <w:t>vínculo laboral vigente de dichos trabajadores.</w:t>
      </w:r>
      <w:r w:rsidRPr="00AC24BF">
        <w:rPr>
          <w:rFonts w:ascii="Helvetica" w:hAnsi="Helvetica" w:cs="Helvetica"/>
        </w:rPr>
        <w:br/>
      </w:r>
      <w:r w:rsidRPr="00AC24BF">
        <w:rPr>
          <w:rFonts w:ascii="Helvetica" w:hAnsi="Helvetica" w:cs="Helvetica"/>
        </w:rPr>
        <w:br/>
        <w:t>En constancia se firma en la ciudad de [ciudad], a los [día] del mes de [mes] de [año].</w:t>
      </w:r>
    </w:p>
    <w:p w14:paraId="404D18DA" w14:textId="77777777" w:rsidR="005D60A3" w:rsidRPr="00AC24BF" w:rsidRDefault="00F95CDE">
      <w:pPr>
        <w:rPr>
          <w:rFonts w:ascii="Helvetica" w:hAnsi="Helvetica" w:cs="Helvetica"/>
        </w:rPr>
      </w:pPr>
      <w:r w:rsidRPr="00AC24BF">
        <w:rPr>
          <w:rFonts w:ascii="Helvetica" w:hAnsi="Helvetica" w:cs="Helvetica"/>
        </w:rPr>
        <w:br/>
      </w:r>
      <w:r w:rsidRPr="00AC24BF">
        <w:rPr>
          <w:rFonts w:ascii="Helvetica" w:hAnsi="Helvetica" w:cs="Helvetica"/>
        </w:rPr>
        <w:br/>
        <w:t>______________________________</w:t>
      </w:r>
    </w:p>
    <w:p w14:paraId="68BF3F6E" w14:textId="77777777" w:rsidR="005D60A3" w:rsidRPr="00AC24BF" w:rsidRDefault="00F95CDE">
      <w:pPr>
        <w:rPr>
          <w:rFonts w:ascii="Helvetica" w:hAnsi="Helvetica" w:cs="Helvetica"/>
        </w:rPr>
      </w:pPr>
      <w:r w:rsidRPr="00AC24BF">
        <w:rPr>
          <w:rFonts w:ascii="Helvetica" w:hAnsi="Helvetica" w:cs="Helvetica"/>
        </w:rPr>
        <w:t>[Nombre del representante legal]</w:t>
      </w:r>
    </w:p>
    <w:p w14:paraId="0BF14FCE" w14:textId="77777777" w:rsidR="005D60A3" w:rsidRPr="00AC24BF" w:rsidRDefault="00F95CDE">
      <w:pPr>
        <w:rPr>
          <w:rFonts w:ascii="Helvetica" w:hAnsi="Helvetica" w:cs="Helvetica"/>
        </w:rPr>
      </w:pPr>
      <w:r w:rsidRPr="00AC24BF">
        <w:rPr>
          <w:rFonts w:ascii="Helvetica" w:hAnsi="Helvetica" w:cs="Helvetica"/>
        </w:rPr>
        <w:t>C.C. No. [número]</w:t>
      </w:r>
    </w:p>
    <w:p w14:paraId="438F5A71" w14:textId="77777777" w:rsidR="005D60A3" w:rsidRPr="00AC24BF" w:rsidRDefault="00F95CDE">
      <w:pPr>
        <w:rPr>
          <w:rFonts w:ascii="Helvetica" w:hAnsi="Helvetica" w:cs="Helvetica"/>
        </w:rPr>
      </w:pPr>
      <w:r w:rsidRPr="00AC24BF">
        <w:rPr>
          <w:rFonts w:ascii="Helvetica" w:hAnsi="Helvetica" w:cs="Helvetica"/>
        </w:rPr>
        <w:t>Representante Legal</w:t>
      </w:r>
    </w:p>
    <w:p w14:paraId="6D8D7B43" w14:textId="77777777" w:rsidR="005D60A3" w:rsidRPr="00AC24BF" w:rsidRDefault="00F95CDE">
      <w:pPr>
        <w:rPr>
          <w:rFonts w:ascii="Helvetica" w:hAnsi="Helvetica" w:cs="Helvetica"/>
        </w:rPr>
      </w:pPr>
      <w:r w:rsidRPr="00AC24BF">
        <w:rPr>
          <w:rFonts w:ascii="Helvetica" w:hAnsi="Helvetica" w:cs="Helvetica"/>
        </w:rPr>
        <w:t>[Nombre de la empresa]</w:t>
      </w:r>
    </w:p>
    <w:p w14:paraId="67BEADDA" w14:textId="58B2748F" w:rsidR="005D60A3" w:rsidRPr="00440200" w:rsidRDefault="00F95CDE">
      <w:pPr>
        <w:rPr>
          <w:rFonts w:ascii="Helvetica" w:hAnsi="Helvetica" w:cs="Helvetica"/>
        </w:rPr>
      </w:pPr>
      <w:r w:rsidRPr="00AC24BF">
        <w:rPr>
          <w:rFonts w:ascii="Helvetica" w:hAnsi="Helvetica" w:cs="Helvetica"/>
        </w:rPr>
        <w:br/>
      </w:r>
      <w:r w:rsidRPr="00AC24BF">
        <w:rPr>
          <w:rFonts w:ascii="Helvetica" w:hAnsi="Helvetica" w:cs="Helvetica"/>
        </w:rPr>
        <w:br/>
      </w:r>
    </w:p>
    <w:sectPr w:rsidR="005D60A3" w:rsidRPr="0044020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DA612" w14:textId="77777777" w:rsidR="005A49CC" w:rsidRPr="00AC24BF" w:rsidRDefault="005A49CC">
      <w:pPr>
        <w:spacing w:after="0" w:line="240" w:lineRule="auto"/>
      </w:pPr>
      <w:r w:rsidRPr="00AC24BF">
        <w:separator/>
      </w:r>
    </w:p>
  </w:endnote>
  <w:endnote w:type="continuationSeparator" w:id="0">
    <w:p w14:paraId="1960425D" w14:textId="77777777" w:rsidR="005A49CC" w:rsidRPr="00AC24BF" w:rsidRDefault="005A49CC">
      <w:pPr>
        <w:spacing w:after="0" w:line="240" w:lineRule="auto"/>
      </w:pPr>
      <w:r w:rsidRPr="00AC24B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01CB0" w14:textId="77777777" w:rsidR="005A49CC" w:rsidRPr="00AC24BF" w:rsidRDefault="005A49CC">
      <w:pPr>
        <w:spacing w:after="0" w:line="240" w:lineRule="auto"/>
      </w:pPr>
      <w:r w:rsidRPr="00AC24BF">
        <w:separator/>
      </w:r>
    </w:p>
  </w:footnote>
  <w:footnote w:type="continuationSeparator" w:id="0">
    <w:p w14:paraId="2A62742D" w14:textId="77777777" w:rsidR="005A49CC" w:rsidRPr="00AC24BF" w:rsidRDefault="005A49CC">
      <w:pPr>
        <w:spacing w:after="0" w:line="240" w:lineRule="auto"/>
      </w:pPr>
      <w:r w:rsidRPr="00AC24BF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43173789">
    <w:abstractNumId w:val="8"/>
  </w:num>
  <w:num w:numId="2" w16cid:durableId="128479438">
    <w:abstractNumId w:val="6"/>
  </w:num>
  <w:num w:numId="3" w16cid:durableId="542522099">
    <w:abstractNumId w:val="5"/>
  </w:num>
  <w:num w:numId="4" w16cid:durableId="1490167399">
    <w:abstractNumId w:val="4"/>
  </w:num>
  <w:num w:numId="5" w16cid:durableId="1584222225">
    <w:abstractNumId w:val="7"/>
  </w:num>
  <w:num w:numId="6" w16cid:durableId="1878735628">
    <w:abstractNumId w:val="3"/>
  </w:num>
  <w:num w:numId="7" w16cid:durableId="1096287264">
    <w:abstractNumId w:val="2"/>
  </w:num>
  <w:num w:numId="8" w16cid:durableId="1694646180">
    <w:abstractNumId w:val="1"/>
  </w:num>
  <w:num w:numId="9" w16cid:durableId="578830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5356"/>
    <w:rsid w:val="000F1506"/>
    <w:rsid w:val="0015074B"/>
    <w:rsid w:val="001827EE"/>
    <w:rsid w:val="001924CE"/>
    <w:rsid w:val="0029639D"/>
    <w:rsid w:val="00326F90"/>
    <w:rsid w:val="00440200"/>
    <w:rsid w:val="0055600B"/>
    <w:rsid w:val="005A49CC"/>
    <w:rsid w:val="005D60A3"/>
    <w:rsid w:val="00672181"/>
    <w:rsid w:val="00801390"/>
    <w:rsid w:val="008831FC"/>
    <w:rsid w:val="00AA1D8D"/>
    <w:rsid w:val="00AC24BF"/>
    <w:rsid w:val="00AE6AF0"/>
    <w:rsid w:val="00B47730"/>
    <w:rsid w:val="00B86AB7"/>
    <w:rsid w:val="00CB0664"/>
    <w:rsid w:val="00D04188"/>
    <w:rsid w:val="00E8656D"/>
    <w:rsid w:val="00EE01B4"/>
    <w:rsid w:val="00F129D8"/>
    <w:rsid w:val="00F82EBF"/>
    <w:rsid w:val="00F95CDE"/>
    <w:rsid w:val="00FC693F"/>
    <w:rsid w:val="00FE1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F07D26"/>
  <w14:defaultImageDpi w14:val="300"/>
  <w15:docId w15:val="{F272E89D-8534-4213-9334-09CAAD6A0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F129D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29D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29D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29D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29D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1018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Jairo Rodriguez</cp:lastModifiedBy>
  <cp:revision>10</cp:revision>
  <dcterms:created xsi:type="dcterms:W3CDTF">2025-10-06T13:19:00Z</dcterms:created>
  <dcterms:modified xsi:type="dcterms:W3CDTF">2026-10-01T04:41:00Z</dcterms:modified>
  <cp:category/>
</cp:coreProperties>
</file>