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34F1C" w14:textId="29530363" w:rsidR="00156BFA" w:rsidRPr="00386442" w:rsidRDefault="00D45F64" w:rsidP="00156BFA">
      <w:pPr>
        <w:shd w:val="clear" w:color="auto" w:fill="F2F2F2" w:themeFill="background1" w:themeFillShade="F2"/>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Pr>
          <w:rFonts w:ascii="Arial Narrow" w:hAnsi="Arial Narrow" w:cs="Calibri"/>
          <w:b/>
          <w:sz w:val="22"/>
          <w:szCs w:val="22"/>
          <w:lang w:val="es-CO" w:eastAsia="es-CO"/>
        </w:rPr>
        <w:t>ANEXO 6</w:t>
      </w:r>
    </w:p>
    <w:p w14:paraId="303E9E91" w14:textId="77777777" w:rsidR="00156BFA" w:rsidRPr="00386442" w:rsidRDefault="00156BFA" w:rsidP="00156BFA">
      <w:pPr>
        <w:shd w:val="clear" w:color="auto" w:fill="F2F2F2" w:themeFill="background1" w:themeFillShade="F2"/>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sidRPr="00386442">
        <w:rPr>
          <w:rFonts w:ascii="Arial Narrow" w:hAnsi="Arial Narrow" w:cs="Calibri"/>
          <w:b/>
          <w:sz w:val="22"/>
          <w:szCs w:val="22"/>
          <w:lang w:val="es-CO" w:eastAsia="es-CO"/>
        </w:rPr>
        <w:t>PROPUESTA ECONÓMICA</w:t>
      </w:r>
    </w:p>
    <w:p w14:paraId="6D55FFC2" w14:textId="77777777" w:rsidR="00156BFA" w:rsidRPr="00386442" w:rsidRDefault="00156BFA" w:rsidP="00156BFA">
      <w:pPr>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p>
    <w:p w14:paraId="1741A293" w14:textId="79093C9C" w:rsidR="00156BFA" w:rsidRPr="00386442" w:rsidRDefault="00214F99" w:rsidP="00156BFA">
      <w:pPr>
        <w:spacing w:line="276" w:lineRule="auto"/>
        <w:jc w:val="center"/>
        <w:rPr>
          <w:rFonts w:ascii="Arial Narrow" w:hAnsi="Arial Narrow"/>
          <w:b/>
          <w:bCs/>
          <w:sz w:val="22"/>
          <w:szCs w:val="22"/>
          <w:lang w:val="es-CO"/>
        </w:rPr>
      </w:pPr>
      <w:r>
        <w:rPr>
          <w:rFonts w:ascii="Arial Narrow" w:hAnsi="Arial Narrow"/>
          <w:b/>
          <w:bCs/>
          <w:sz w:val="22"/>
          <w:szCs w:val="22"/>
          <w:lang w:val="es-CO"/>
        </w:rPr>
        <w:t>PROCESO DE LICITACIÓN PUBLICA</w:t>
      </w:r>
      <w:r w:rsidR="00156BFA" w:rsidRPr="00386442">
        <w:rPr>
          <w:rFonts w:ascii="Arial Narrow" w:hAnsi="Arial Narrow"/>
          <w:b/>
          <w:bCs/>
          <w:sz w:val="22"/>
          <w:szCs w:val="22"/>
          <w:lang w:val="es-CO"/>
        </w:rPr>
        <w:t xml:space="preserve"> No. ____________ DE (AÑO)</w:t>
      </w:r>
    </w:p>
    <w:p w14:paraId="4C06A6DC" w14:textId="77777777" w:rsidR="00156BFA" w:rsidRPr="00386442" w:rsidRDefault="00156BFA" w:rsidP="00156BFA">
      <w:pPr>
        <w:spacing w:line="276" w:lineRule="auto"/>
        <w:rPr>
          <w:rFonts w:ascii="Arial Narrow" w:hAnsi="Arial Narrow"/>
          <w:b/>
          <w:bCs/>
          <w:sz w:val="22"/>
          <w:szCs w:val="22"/>
          <w:lang w:val="es-CO"/>
        </w:rPr>
      </w:pPr>
    </w:p>
    <w:p w14:paraId="363C2E5F" w14:textId="554243D4" w:rsidR="00156BFA" w:rsidRDefault="00156BFA" w:rsidP="00156BFA">
      <w:pPr>
        <w:spacing w:line="276" w:lineRule="auto"/>
        <w:rPr>
          <w:rFonts w:ascii="Arial Narrow" w:hAnsi="Arial Narrow"/>
          <w:b/>
          <w:bCs/>
          <w:sz w:val="22"/>
          <w:szCs w:val="22"/>
          <w:lang w:val="es-CO"/>
        </w:rPr>
      </w:pPr>
      <w:r w:rsidRPr="00386442">
        <w:rPr>
          <w:rFonts w:ascii="Arial Narrow" w:hAnsi="Arial Narrow"/>
          <w:sz w:val="22"/>
          <w:szCs w:val="22"/>
          <w:lang w:val="es-CO"/>
        </w:rPr>
        <w:t xml:space="preserve">OBJETO: </w:t>
      </w:r>
      <w:r w:rsidRPr="00386442">
        <w:rPr>
          <w:rFonts w:ascii="Arial Narrow" w:hAnsi="Arial Narrow"/>
          <w:b/>
          <w:bCs/>
          <w:sz w:val="22"/>
          <w:szCs w:val="22"/>
          <w:lang w:val="es-CO"/>
        </w:rPr>
        <w:t>“________________________________”</w:t>
      </w:r>
    </w:p>
    <w:p w14:paraId="7B3550B6" w14:textId="77777777" w:rsidR="00156BFA" w:rsidRDefault="00156BFA" w:rsidP="00156BFA">
      <w:pPr>
        <w:spacing w:line="276" w:lineRule="auto"/>
        <w:rPr>
          <w:rFonts w:ascii="Arial Narrow" w:hAnsi="Arial Narrow"/>
          <w:sz w:val="22"/>
          <w:szCs w:val="22"/>
          <w:lang w:val="es-CO"/>
        </w:rPr>
      </w:pPr>
    </w:p>
    <w:tbl>
      <w:tblPr>
        <w:tblW w:w="12071" w:type="dxa"/>
        <w:jc w:val="center"/>
        <w:tblLayout w:type="fixed"/>
        <w:tblLook w:val="04A0" w:firstRow="1" w:lastRow="0" w:firstColumn="1" w:lastColumn="0" w:noHBand="0" w:noVBand="1"/>
      </w:tblPr>
      <w:tblGrid>
        <w:gridCol w:w="264"/>
        <w:gridCol w:w="868"/>
        <w:gridCol w:w="843"/>
        <w:gridCol w:w="4767"/>
        <w:gridCol w:w="6"/>
        <w:gridCol w:w="786"/>
        <w:gridCol w:w="893"/>
        <w:gridCol w:w="6"/>
        <w:gridCol w:w="631"/>
        <w:gridCol w:w="709"/>
        <w:gridCol w:w="1164"/>
        <w:gridCol w:w="1134"/>
      </w:tblGrid>
      <w:tr w:rsidR="003C543E" w:rsidRPr="003C543E" w14:paraId="77043ED7" w14:textId="77777777" w:rsidTr="005E1B4C">
        <w:trPr>
          <w:cantSplit/>
          <w:tblHeader/>
          <w:jc w:val="center"/>
        </w:trPr>
        <w:tc>
          <w:tcPr>
            <w:tcW w:w="264" w:type="dxa"/>
            <w:tcBorders>
              <w:top w:val="single" w:sz="6" w:space="0" w:color="000000"/>
              <w:left w:val="single" w:sz="6" w:space="0" w:color="000000"/>
              <w:bottom w:val="single" w:sz="6" w:space="0" w:color="000000"/>
              <w:right w:val="single" w:sz="6" w:space="0" w:color="000000"/>
            </w:tcBorders>
            <w:shd w:val="clear" w:color="auto" w:fill="D9E1F2"/>
            <w:tcMar>
              <w:top w:w="40" w:type="dxa"/>
              <w:left w:w="40" w:type="dxa"/>
              <w:bottom w:w="40" w:type="dxa"/>
              <w:right w:w="40" w:type="dxa"/>
            </w:tcMar>
            <w:vAlign w:val="center"/>
          </w:tcPr>
          <w:p w14:paraId="53F4EE4D"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3"/>
                <w:szCs w:val="22"/>
                <w:lang w:val="en-US" w:eastAsia="en-US"/>
              </w:rPr>
              <w:t>No.</w:t>
            </w:r>
          </w:p>
        </w:tc>
        <w:tc>
          <w:tcPr>
            <w:tcW w:w="868" w:type="dxa"/>
            <w:tcBorders>
              <w:top w:val="single" w:sz="6" w:space="0" w:color="000000"/>
              <w:left w:val="single" w:sz="6" w:space="0" w:color="000000"/>
              <w:bottom w:val="single" w:sz="6" w:space="0" w:color="000000"/>
              <w:right w:val="single" w:sz="6" w:space="0" w:color="000000"/>
            </w:tcBorders>
            <w:shd w:val="clear" w:color="auto" w:fill="D9E1F2"/>
            <w:tcMar>
              <w:top w:w="40" w:type="dxa"/>
              <w:left w:w="40" w:type="dxa"/>
              <w:bottom w:w="40" w:type="dxa"/>
              <w:right w:w="40" w:type="dxa"/>
            </w:tcMar>
            <w:vAlign w:val="center"/>
          </w:tcPr>
          <w:p w14:paraId="7666DBC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3"/>
                <w:szCs w:val="22"/>
                <w:lang w:val="en-US" w:eastAsia="en-US"/>
              </w:rPr>
              <w:t>MUNICIPIO</w:t>
            </w:r>
          </w:p>
        </w:tc>
        <w:tc>
          <w:tcPr>
            <w:tcW w:w="843" w:type="dxa"/>
            <w:tcBorders>
              <w:top w:val="single" w:sz="6" w:space="0" w:color="000000"/>
              <w:left w:val="single" w:sz="6" w:space="0" w:color="000000"/>
              <w:bottom w:val="single" w:sz="6" w:space="0" w:color="000000"/>
              <w:right w:val="single" w:sz="6" w:space="0" w:color="000000"/>
            </w:tcBorders>
            <w:shd w:val="clear" w:color="auto" w:fill="D9E1F2"/>
            <w:tcMar>
              <w:top w:w="40" w:type="dxa"/>
              <w:left w:w="40" w:type="dxa"/>
              <w:bottom w:w="40" w:type="dxa"/>
              <w:right w:w="40" w:type="dxa"/>
            </w:tcMar>
            <w:vAlign w:val="center"/>
          </w:tcPr>
          <w:p w14:paraId="63098ED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3"/>
                <w:szCs w:val="22"/>
                <w:lang w:val="en-US" w:eastAsia="en-US"/>
              </w:rPr>
              <w:t>IE</w:t>
            </w:r>
          </w:p>
        </w:tc>
        <w:tc>
          <w:tcPr>
            <w:tcW w:w="4767" w:type="dxa"/>
            <w:tcBorders>
              <w:top w:val="single" w:sz="6" w:space="0" w:color="000000"/>
              <w:left w:val="single" w:sz="6" w:space="0" w:color="000000"/>
              <w:bottom w:val="single" w:sz="6" w:space="0" w:color="000000"/>
              <w:right w:val="single" w:sz="6" w:space="0" w:color="000000"/>
            </w:tcBorders>
            <w:shd w:val="clear" w:color="auto" w:fill="D9E1F2"/>
            <w:tcMar>
              <w:top w:w="40" w:type="dxa"/>
              <w:left w:w="40" w:type="dxa"/>
              <w:bottom w:w="40" w:type="dxa"/>
              <w:right w:w="40" w:type="dxa"/>
            </w:tcMar>
            <w:vAlign w:val="center"/>
          </w:tcPr>
          <w:p w14:paraId="00BAE259"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3"/>
                <w:szCs w:val="22"/>
                <w:lang w:val="en-US" w:eastAsia="en-US"/>
              </w:rPr>
              <w:t>RECORRIDO</w:t>
            </w:r>
          </w:p>
        </w:tc>
        <w:tc>
          <w:tcPr>
            <w:tcW w:w="792" w:type="dxa"/>
            <w:gridSpan w:val="2"/>
            <w:tcBorders>
              <w:top w:val="single" w:sz="6" w:space="0" w:color="000000"/>
              <w:left w:val="single" w:sz="6" w:space="0" w:color="000000"/>
              <w:bottom w:val="single" w:sz="6" w:space="0" w:color="000000"/>
              <w:right w:val="single" w:sz="6" w:space="0" w:color="000000"/>
            </w:tcBorders>
            <w:shd w:val="clear" w:color="auto" w:fill="D9E1F2"/>
            <w:tcMar>
              <w:top w:w="40" w:type="dxa"/>
              <w:left w:w="40" w:type="dxa"/>
              <w:bottom w:w="40" w:type="dxa"/>
              <w:right w:w="40" w:type="dxa"/>
            </w:tcMar>
            <w:vAlign w:val="center"/>
          </w:tcPr>
          <w:p w14:paraId="1C8A21F0"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3"/>
                <w:szCs w:val="22"/>
                <w:lang w:val="en-US" w:eastAsia="en-US"/>
              </w:rPr>
              <w:t>N° de Ruta</w:t>
            </w:r>
          </w:p>
        </w:tc>
        <w:tc>
          <w:tcPr>
            <w:tcW w:w="893" w:type="dxa"/>
            <w:tcBorders>
              <w:top w:val="single" w:sz="6" w:space="0" w:color="000000"/>
              <w:left w:val="single" w:sz="6" w:space="0" w:color="000000"/>
              <w:bottom w:val="single" w:sz="6" w:space="0" w:color="000000"/>
              <w:right w:val="single" w:sz="6" w:space="0" w:color="000000"/>
            </w:tcBorders>
            <w:shd w:val="clear" w:color="auto" w:fill="D9E1F2"/>
            <w:tcMar>
              <w:top w:w="40" w:type="dxa"/>
              <w:left w:w="40" w:type="dxa"/>
              <w:bottom w:w="40" w:type="dxa"/>
              <w:right w:w="40" w:type="dxa"/>
            </w:tcMar>
            <w:vAlign w:val="center"/>
          </w:tcPr>
          <w:p w14:paraId="7A44B11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3"/>
                <w:szCs w:val="22"/>
                <w:lang w:val="en-US" w:eastAsia="en-US"/>
              </w:rPr>
              <w:t>Km de Distancia</w:t>
            </w:r>
          </w:p>
        </w:tc>
        <w:tc>
          <w:tcPr>
            <w:tcW w:w="637" w:type="dxa"/>
            <w:gridSpan w:val="2"/>
            <w:tcBorders>
              <w:top w:val="single" w:sz="6" w:space="0" w:color="000000"/>
              <w:left w:val="single" w:sz="6" w:space="0" w:color="000000"/>
              <w:bottom w:val="single" w:sz="6" w:space="0" w:color="000000"/>
              <w:right w:val="single" w:sz="6" w:space="0" w:color="000000"/>
            </w:tcBorders>
            <w:shd w:val="clear" w:color="auto" w:fill="D9E1F2"/>
            <w:tcMar>
              <w:top w:w="40" w:type="dxa"/>
              <w:left w:w="40" w:type="dxa"/>
              <w:bottom w:w="40" w:type="dxa"/>
              <w:right w:w="40" w:type="dxa"/>
            </w:tcMar>
            <w:vAlign w:val="center"/>
          </w:tcPr>
          <w:p w14:paraId="384B31A3"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3"/>
                <w:szCs w:val="22"/>
                <w:lang w:val="en-US" w:eastAsia="en-US"/>
              </w:rPr>
              <w:t xml:space="preserve">N° de </w:t>
            </w:r>
            <w:proofErr w:type="spellStart"/>
            <w:r w:rsidRPr="003C543E">
              <w:rPr>
                <w:rFonts w:ascii="Arial" w:eastAsia="MS Mincho" w:hAnsi="Arial"/>
                <w:b/>
                <w:sz w:val="13"/>
                <w:szCs w:val="22"/>
                <w:lang w:val="en-US" w:eastAsia="en-US"/>
              </w:rPr>
              <w:t>Estud</w:t>
            </w:r>
            <w:proofErr w:type="spellEnd"/>
            <w:r w:rsidRPr="003C543E">
              <w:rPr>
                <w:rFonts w:ascii="Arial" w:eastAsia="MS Mincho" w:hAnsi="Arial"/>
                <w:b/>
                <w:sz w:val="13"/>
                <w:szCs w:val="22"/>
                <w:lang w:val="en-US" w:eastAsia="en-US"/>
              </w:rPr>
              <w:t>.</w:t>
            </w:r>
          </w:p>
        </w:tc>
        <w:tc>
          <w:tcPr>
            <w:tcW w:w="709" w:type="dxa"/>
            <w:tcBorders>
              <w:top w:val="single" w:sz="6" w:space="0" w:color="000000"/>
              <w:left w:val="single" w:sz="6" w:space="0" w:color="000000"/>
              <w:bottom w:val="single" w:sz="6" w:space="0" w:color="000000"/>
              <w:right w:val="single" w:sz="6" w:space="0" w:color="000000"/>
            </w:tcBorders>
            <w:shd w:val="clear" w:color="auto" w:fill="D9E1F2"/>
            <w:tcMar>
              <w:top w:w="40" w:type="dxa"/>
              <w:left w:w="40" w:type="dxa"/>
              <w:bottom w:w="40" w:type="dxa"/>
              <w:right w:w="40" w:type="dxa"/>
            </w:tcMar>
            <w:vAlign w:val="center"/>
          </w:tcPr>
          <w:p w14:paraId="37BC0DC3"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3"/>
                <w:szCs w:val="22"/>
                <w:lang w:val="en-US" w:eastAsia="en-US"/>
              </w:rPr>
              <w:t>No. Días</w:t>
            </w:r>
          </w:p>
        </w:tc>
        <w:tc>
          <w:tcPr>
            <w:tcW w:w="1164" w:type="dxa"/>
            <w:tcBorders>
              <w:top w:val="single" w:sz="6" w:space="0" w:color="000000"/>
              <w:left w:val="single" w:sz="6" w:space="0" w:color="000000"/>
              <w:bottom w:val="single" w:sz="6" w:space="0" w:color="000000"/>
              <w:right w:val="single" w:sz="6" w:space="0" w:color="000000"/>
            </w:tcBorders>
            <w:shd w:val="clear" w:color="auto" w:fill="D9E1F2"/>
            <w:tcMar>
              <w:top w:w="40" w:type="dxa"/>
              <w:left w:w="40" w:type="dxa"/>
              <w:bottom w:w="40" w:type="dxa"/>
              <w:right w:w="40" w:type="dxa"/>
            </w:tcMar>
            <w:vAlign w:val="center"/>
          </w:tcPr>
          <w:p w14:paraId="4468B99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3"/>
                <w:szCs w:val="22"/>
                <w:lang w:val="en-US" w:eastAsia="en-US"/>
              </w:rPr>
              <w:t xml:space="preserve">valor </w:t>
            </w:r>
            <w:proofErr w:type="spellStart"/>
            <w:r w:rsidRPr="003C543E">
              <w:rPr>
                <w:rFonts w:ascii="Arial" w:eastAsia="MS Mincho" w:hAnsi="Arial"/>
                <w:b/>
                <w:sz w:val="13"/>
                <w:szCs w:val="22"/>
                <w:lang w:val="en-US" w:eastAsia="en-US"/>
              </w:rPr>
              <w:t>promedio</w:t>
            </w:r>
            <w:proofErr w:type="spellEnd"/>
            <w:r w:rsidRPr="003C543E">
              <w:rPr>
                <w:rFonts w:ascii="Arial" w:eastAsia="MS Mincho" w:hAnsi="Arial"/>
                <w:b/>
                <w:sz w:val="13"/>
                <w:szCs w:val="22"/>
                <w:lang w:val="en-US" w:eastAsia="en-US"/>
              </w:rPr>
              <w:t xml:space="preserve"> </w:t>
            </w:r>
            <w:proofErr w:type="spellStart"/>
            <w:r w:rsidRPr="003C543E">
              <w:rPr>
                <w:rFonts w:ascii="Arial" w:eastAsia="MS Mincho" w:hAnsi="Arial"/>
                <w:b/>
                <w:sz w:val="13"/>
                <w:szCs w:val="22"/>
                <w:lang w:val="en-US" w:eastAsia="en-US"/>
              </w:rPr>
              <w:t>estudiante</w:t>
            </w:r>
            <w:proofErr w:type="spellEnd"/>
          </w:p>
        </w:tc>
        <w:tc>
          <w:tcPr>
            <w:tcW w:w="1134" w:type="dxa"/>
            <w:tcBorders>
              <w:top w:val="single" w:sz="6" w:space="0" w:color="000000"/>
              <w:left w:val="single" w:sz="6" w:space="0" w:color="000000"/>
              <w:bottom w:val="single" w:sz="6" w:space="0" w:color="000000"/>
              <w:right w:val="single" w:sz="6" w:space="0" w:color="000000"/>
            </w:tcBorders>
            <w:shd w:val="clear" w:color="auto" w:fill="D9E1F2"/>
            <w:tcMar>
              <w:top w:w="40" w:type="dxa"/>
              <w:left w:w="40" w:type="dxa"/>
              <w:bottom w:w="40" w:type="dxa"/>
              <w:right w:w="40" w:type="dxa"/>
            </w:tcMar>
            <w:vAlign w:val="center"/>
          </w:tcPr>
          <w:p w14:paraId="00A5E30E"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3"/>
                <w:szCs w:val="22"/>
                <w:lang w:val="en-US" w:eastAsia="en-US"/>
              </w:rPr>
              <w:t xml:space="preserve">Valor </w:t>
            </w:r>
            <w:proofErr w:type="spellStart"/>
            <w:r w:rsidRPr="003C543E">
              <w:rPr>
                <w:rFonts w:ascii="Arial" w:eastAsia="MS Mincho" w:hAnsi="Arial"/>
                <w:b/>
                <w:sz w:val="13"/>
                <w:szCs w:val="22"/>
                <w:lang w:val="en-US" w:eastAsia="en-US"/>
              </w:rPr>
              <w:t>ruta</w:t>
            </w:r>
            <w:proofErr w:type="spellEnd"/>
          </w:p>
        </w:tc>
      </w:tr>
      <w:tr w:rsidR="003C543E" w:rsidRPr="003C543E" w14:paraId="77B9C9BE" w14:textId="77777777" w:rsidTr="005E1B4C">
        <w:trPr>
          <w:cantSplit/>
          <w:jc w:val="center"/>
        </w:trPr>
        <w:tc>
          <w:tcPr>
            <w:tcW w:w="264" w:type="dxa"/>
            <w:vMerge w:val="restart"/>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8EBA521"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4"/>
                <w:szCs w:val="22"/>
                <w:lang w:val="en-US" w:eastAsia="en-US"/>
              </w:rPr>
              <w:t>13</w:t>
            </w:r>
          </w:p>
          <w:p w14:paraId="032AE571"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1FB0DCAC"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F0E63F0"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61CDA89"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BF88645"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6843F05D"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1168FDD3"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3DE398F"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F52D55F"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27D0A715"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AA696FD"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3FB30E4"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68F7185"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802DB3A"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0A106BA"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6C8BF26C"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FE005F4"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6051510F"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2A9F8A1C"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5822FF6"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2E76B767"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1B66A564"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BE39EEE"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654F3BD"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4178D5A"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6967A8F"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5E870A7"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136930E"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5B45881"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62B40D3A"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06C4509"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4A13160"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6F0182C"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3DC4A31"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65171D87"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2D4BB41"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6208613"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8C48275"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5CDB094"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EFBCAB9"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C9CF472"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C5AA012"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BBB802D"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330E337"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589768A"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59589DD"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4D6B555"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BF753BE"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A54A65E"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C7F5836"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C67F752"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B87C73F"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22F3C083"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C2D288B"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6B795D38"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29FA2FF2"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E0E2177"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F26C82A"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DD9EFDE"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CD3CDD1"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648BD7A4"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63DC8D36"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1F223A45"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F2220E2"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B548AAA"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55892AB"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1FF8E13"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3FA5496"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58B9E43"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8434AC7"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8989759"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0F3101D"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7BE201F"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13E31B35"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A9780D8"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136A7F9"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8D6DC90"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5D869BD"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1A5D40F1"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69129C2"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9FBA08A"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154A964B"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69746BA6"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252A62F"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27BE1B9D"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33614E6"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CCCA49C"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21D39B1D"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DF261FB" w14:textId="77777777" w:rsidR="003C543E" w:rsidRPr="003C543E" w:rsidRDefault="003C543E" w:rsidP="003C543E">
            <w:pPr>
              <w:spacing w:after="200" w:line="276" w:lineRule="auto"/>
              <w:jc w:val="center"/>
              <w:rPr>
                <w:rFonts w:ascii="Cambria" w:eastAsia="MS Mincho" w:hAnsi="Cambria"/>
                <w:sz w:val="22"/>
                <w:szCs w:val="22"/>
                <w:lang w:val="en-US" w:eastAsia="en-US"/>
              </w:rPr>
            </w:pPr>
          </w:p>
        </w:tc>
        <w:tc>
          <w:tcPr>
            <w:tcW w:w="868" w:type="dxa"/>
            <w:vMerge w:val="restart"/>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6A5A7BB"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4"/>
                <w:szCs w:val="22"/>
                <w:lang w:val="en-US" w:eastAsia="en-US"/>
              </w:rPr>
              <w:lastRenderedPageBreak/>
              <w:t>LA PLATA</w:t>
            </w:r>
          </w:p>
          <w:p w14:paraId="7C20B10F"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D357D85"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81D0E8A"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6DC398F3"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3CF93CC"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D65B3C7"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1AEBBBF"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7658227"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C3EDDFF"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22D75296"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987FAE4"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0B0D1B9"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A6A7855"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1970B5A"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A9B5790"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47AD6F4"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795057C"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2B0064C1"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925F995"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0E4AF2E"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02160AF"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B8705C5"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15F53B7F"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BF8444F"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E618E58"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F9ECBB6"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9FA0E2A"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8FE1D46"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27B5F33A"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A40C806"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2463A62"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B3AC840"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69210275"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2684016"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646F4FF3"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1D5B13D1"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A13FA0A"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B6C258D"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EE97CD8"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E675697"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D71BCE4"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F684F18"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6FAF2482"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2D18726F"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1DEAD2AF"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4A14C8E"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B02BA47"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2B115B4"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1E9A610D"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2389EE37"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D847A2F"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E5064D8"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D399167"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48BFB94"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93F2A77"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74CFEEF"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2FDCD949"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688A3C7"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2FFF678"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09EFFA9"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EC2B45C"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6E8E2694"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E6AF0F4"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7AA9DC7"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773ACA9"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2BB3D9A4"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2DB12100"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F4BCE38"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1A3336A7"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9C46555"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E703E5A"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314DFAE"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2D60004"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66CB38D9"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1D50BACC"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D1AE60C"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BF82E34"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B11648C"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54B18AA"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1CFE0861"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89423D0"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62ED3B4"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D7C84DF"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D0228BD"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6E1D0AC"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00F339F"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23C2C22"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6975F83B"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6DC0CE24" w14:textId="77777777" w:rsidR="003C543E" w:rsidRPr="003C543E" w:rsidRDefault="003C543E" w:rsidP="003C543E">
            <w:pPr>
              <w:spacing w:after="200" w:line="276" w:lineRule="auto"/>
              <w:jc w:val="center"/>
              <w:rPr>
                <w:rFonts w:ascii="Cambria" w:eastAsia="MS Mincho" w:hAnsi="Cambria"/>
                <w:sz w:val="22"/>
                <w:szCs w:val="22"/>
                <w:lang w:val="en-US" w:eastAsia="en-US"/>
              </w:rPr>
            </w:pPr>
          </w:p>
        </w:tc>
        <w:tc>
          <w:tcPr>
            <w:tcW w:w="843" w:type="dxa"/>
            <w:vMerge w:val="restart"/>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8B12BB3"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3"/>
                <w:szCs w:val="22"/>
                <w:lang w:val="en-US" w:eastAsia="en-US"/>
              </w:rPr>
              <w:lastRenderedPageBreak/>
              <w:t>SANTA LUCIA</w:t>
            </w:r>
          </w:p>
          <w:p w14:paraId="5FE625CD" w14:textId="77777777" w:rsidR="003C543E" w:rsidRPr="003C543E" w:rsidRDefault="003C543E" w:rsidP="003C543E">
            <w:pPr>
              <w:spacing w:after="200" w:line="276" w:lineRule="auto"/>
              <w:jc w:val="center"/>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B451705"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1: Vereda El Coral, La Morena, La Línea, Nueva </w:t>
            </w:r>
            <w:proofErr w:type="spellStart"/>
            <w:r w:rsidRPr="003C543E">
              <w:rPr>
                <w:rFonts w:ascii="Arial" w:eastAsia="MS Mincho" w:hAnsi="Arial"/>
                <w:sz w:val="12"/>
                <w:szCs w:val="22"/>
                <w:lang w:val="en-US" w:eastAsia="en-US"/>
              </w:rPr>
              <w:t>Ilanda</w:t>
            </w:r>
            <w:proofErr w:type="spellEnd"/>
            <w:r w:rsidRPr="003C543E">
              <w:rPr>
                <w:rFonts w:ascii="Arial" w:eastAsia="MS Mincho" w:hAnsi="Arial"/>
                <w:sz w:val="12"/>
                <w:szCs w:val="22"/>
                <w:lang w:val="en-US" w:eastAsia="en-US"/>
              </w:rPr>
              <w:t xml:space="preserve"> –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Santa Lucia.</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490E3B9"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57CFFE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773317E"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40</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93E750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C1D8276" w14:textId="1C55CE69"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322C3AE" w14:textId="58F663A7"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4E3DCD72"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D7D6E91"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00783EC"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B5CC701"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14B5C23"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2: Vereda La </w:t>
            </w:r>
            <w:proofErr w:type="spellStart"/>
            <w:r w:rsidRPr="003C543E">
              <w:rPr>
                <w:rFonts w:ascii="Arial" w:eastAsia="MS Mincho" w:hAnsi="Arial"/>
                <w:sz w:val="12"/>
                <w:szCs w:val="22"/>
                <w:lang w:val="en-US" w:eastAsia="en-US"/>
              </w:rPr>
              <w:t>Lindosa</w:t>
            </w:r>
            <w:proofErr w:type="spellEnd"/>
            <w:r w:rsidRPr="003C543E">
              <w:rPr>
                <w:rFonts w:ascii="Arial" w:eastAsia="MS Mincho" w:hAnsi="Arial"/>
                <w:sz w:val="12"/>
                <w:szCs w:val="22"/>
                <w:lang w:val="en-US" w:eastAsia="en-US"/>
              </w:rPr>
              <w:t xml:space="preserve">, El Escribano, </w:t>
            </w:r>
            <w:proofErr w:type="spellStart"/>
            <w:r w:rsidRPr="003C543E">
              <w:rPr>
                <w:rFonts w:ascii="Arial" w:eastAsia="MS Mincho" w:hAnsi="Arial"/>
                <w:sz w:val="12"/>
                <w:szCs w:val="22"/>
                <w:lang w:val="en-US" w:eastAsia="en-US"/>
              </w:rPr>
              <w:t>Caloto</w:t>
            </w:r>
            <w:proofErr w:type="spellEnd"/>
            <w:r w:rsidRPr="003C543E">
              <w:rPr>
                <w:rFonts w:ascii="Arial" w:eastAsia="MS Mincho" w:hAnsi="Arial"/>
                <w:sz w:val="12"/>
                <w:szCs w:val="22"/>
                <w:lang w:val="en-US" w:eastAsia="en-US"/>
              </w:rPr>
              <w:t xml:space="preserve">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Santa Lucia.</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31A7E69"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A7057DD"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12</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2E78B5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40</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7D911B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D8AAC60" w14:textId="22DC5356"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C038624" w14:textId="7F59D03C"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64ADA5C2"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3FF7B5C"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B2C564E"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val="restart"/>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EF7DF08"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3"/>
                <w:szCs w:val="22"/>
                <w:lang w:val="en-US" w:eastAsia="en-US"/>
              </w:rPr>
              <w:t>CANSARROCINES</w:t>
            </w:r>
          </w:p>
          <w:p w14:paraId="2633F094"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1A119DC"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C69DA54"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3E96DFB"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D2D0921"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3C413C1" w14:textId="77777777" w:rsidR="003C543E" w:rsidRPr="003C543E" w:rsidRDefault="003C543E" w:rsidP="003C543E">
            <w:pPr>
              <w:spacing w:after="200" w:line="276" w:lineRule="auto"/>
              <w:jc w:val="center"/>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43681A6"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1. Punto de </w:t>
            </w:r>
            <w:proofErr w:type="spellStart"/>
            <w:r w:rsidRPr="003C543E">
              <w:rPr>
                <w:rFonts w:ascii="Arial" w:eastAsia="MS Mincho" w:hAnsi="Arial"/>
                <w:sz w:val="12"/>
                <w:szCs w:val="22"/>
                <w:lang w:val="en-US" w:eastAsia="en-US"/>
              </w:rPr>
              <w:t>referencia</w:t>
            </w:r>
            <w:proofErr w:type="spellEnd"/>
            <w:r w:rsidRPr="003C543E">
              <w:rPr>
                <w:rFonts w:ascii="Arial" w:eastAsia="MS Mincho" w:hAnsi="Arial"/>
                <w:sz w:val="12"/>
                <w:szCs w:val="22"/>
                <w:lang w:val="en-US" w:eastAsia="en-US"/>
              </w:rPr>
              <w:t xml:space="preserve">: El trapiche Vereda </w:t>
            </w:r>
            <w:proofErr w:type="spellStart"/>
            <w:r w:rsidRPr="003C543E">
              <w:rPr>
                <w:rFonts w:ascii="Arial" w:eastAsia="MS Mincho" w:hAnsi="Arial"/>
                <w:sz w:val="12"/>
                <w:szCs w:val="22"/>
                <w:lang w:val="en-US" w:eastAsia="en-US"/>
              </w:rPr>
              <w:t>los</w:t>
            </w:r>
            <w:proofErr w:type="spellEnd"/>
            <w:r w:rsidRPr="003C543E">
              <w:rPr>
                <w:rFonts w:ascii="Arial" w:eastAsia="MS Mincho" w:hAnsi="Arial"/>
                <w:sz w:val="12"/>
                <w:szCs w:val="22"/>
                <w:lang w:val="en-US" w:eastAsia="en-US"/>
              </w:rPr>
              <w:t xml:space="preserve"> Ángeles a la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San Francisco.</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A186911"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58367A6"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4</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D2C272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22</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1E76AA0"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5F2330C" w14:textId="7975BEC4"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79D32AA" w14:textId="33969472"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273E2C20"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4BCE302"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D5DB446"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ED98E4F"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B356555"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2.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Las Delicias </w:t>
            </w:r>
            <w:proofErr w:type="spellStart"/>
            <w:r w:rsidRPr="003C543E">
              <w:rPr>
                <w:rFonts w:ascii="Arial" w:eastAsia="MS Mincho" w:hAnsi="Arial"/>
                <w:sz w:val="12"/>
                <w:szCs w:val="22"/>
                <w:lang w:val="en-US" w:eastAsia="en-US"/>
              </w:rPr>
              <w:t>parte</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alta</w:t>
            </w:r>
            <w:proofErr w:type="spellEnd"/>
            <w:r w:rsidRPr="003C543E">
              <w:rPr>
                <w:rFonts w:ascii="Arial" w:eastAsia="MS Mincho" w:hAnsi="Arial"/>
                <w:sz w:val="12"/>
                <w:szCs w:val="22"/>
                <w:lang w:val="en-US" w:eastAsia="en-US"/>
              </w:rPr>
              <w:t xml:space="preserve"> a la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San Francisco.</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A7D58A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4</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5BED24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4</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4962FA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23</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0AE3005"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5750550" w14:textId="35244BB5"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5598B35" w14:textId="32C99CA0"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783BE834" w14:textId="77777777" w:rsidTr="005E1B4C">
        <w:trPr>
          <w:cantSplit/>
          <w:trHeight w:val="241"/>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72F8020"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452FD75"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ED21CF6"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DADF0B1"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3. Placa </w:t>
            </w:r>
            <w:proofErr w:type="spellStart"/>
            <w:r w:rsidRPr="003C543E">
              <w:rPr>
                <w:rFonts w:ascii="Arial" w:eastAsia="MS Mincho" w:hAnsi="Arial"/>
                <w:sz w:val="12"/>
                <w:szCs w:val="22"/>
                <w:lang w:val="en-US" w:eastAsia="en-US"/>
              </w:rPr>
              <w:t>huella</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predio</w:t>
            </w:r>
            <w:proofErr w:type="spellEnd"/>
            <w:r w:rsidRPr="003C543E">
              <w:rPr>
                <w:rFonts w:ascii="Arial" w:eastAsia="MS Mincho" w:hAnsi="Arial"/>
                <w:sz w:val="12"/>
                <w:szCs w:val="22"/>
                <w:lang w:val="en-US" w:eastAsia="en-US"/>
              </w:rPr>
              <w:t xml:space="preserve"> Audelo Benavides a la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San Francisco.</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4F7A2A6"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5</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B2786F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67137D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16</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079625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BBDA460" w14:textId="4C7924D0"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557E6BE" w14:textId="7B8A7D57"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03554B8B"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D480349"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EB2CCAE"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C62FBC9"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C624049"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4: Inicia a </w:t>
            </w:r>
            <w:proofErr w:type="spellStart"/>
            <w:r w:rsidRPr="003C543E">
              <w:rPr>
                <w:rFonts w:ascii="Arial" w:eastAsia="MS Mincho" w:hAnsi="Arial"/>
                <w:sz w:val="12"/>
                <w:szCs w:val="22"/>
                <w:lang w:val="en-US" w:eastAsia="en-US"/>
              </w:rPr>
              <w:t>partir</w:t>
            </w:r>
            <w:proofErr w:type="spellEnd"/>
            <w:r w:rsidRPr="003C543E">
              <w:rPr>
                <w:rFonts w:ascii="Arial" w:eastAsia="MS Mincho" w:hAnsi="Arial"/>
                <w:sz w:val="12"/>
                <w:szCs w:val="22"/>
                <w:lang w:val="en-US" w:eastAsia="en-US"/>
              </w:rPr>
              <w:t xml:space="preserve"> de la finca de la familia Guevara </w:t>
            </w:r>
            <w:proofErr w:type="spellStart"/>
            <w:r w:rsidRPr="003C543E">
              <w:rPr>
                <w:rFonts w:ascii="Arial" w:eastAsia="MS Mincho" w:hAnsi="Arial"/>
                <w:sz w:val="12"/>
                <w:szCs w:val="22"/>
                <w:lang w:val="en-US" w:eastAsia="en-US"/>
              </w:rPr>
              <w:t>hacia</w:t>
            </w:r>
            <w:proofErr w:type="spellEnd"/>
            <w:r w:rsidRPr="003C543E">
              <w:rPr>
                <w:rFonts w:ascii="Arial" w:eastAsia="MS Mincho" w:hAnsi="Arial"/>
                <w:sz w:val="12"/>
                <w:szCs w:val="22"/>
                <w:lang w:val="en-US" w:eastAsia="en-US"/>
              </w:rPr>
              <w:t xml:space="preserve"> la </w:t>
            </w:r>
            <w:proofErr w:type="spellStart"/>
            <w:r w:rsidRPr="003C543E">
              <w:rPr>
                <w:rFonts w:ascii="Arial" w:eastAsia="MS Mincho" w:hAnsi="Arial"/>
                <w:sz w:val="12"/>
                <w:szCs w:val="22"/>
                <w:lang w:val="en-US" w:eastAsia="en-US"/>
              </w:rPr>
              <w:t>vereda</w:t>
            </w:r>
            <w:proofErr w:type="spellEnd"/>
            <w:r w:rsidRPr="003C543E">
              <w:rPr>
                <w:rFonts w:ascii="Arial" w:eastAsia="MS Mincho" w:hAnsi="Arial"/>
                <w:sz w:val="12"/>
                <w:szCs w:val="22"/>
                <w:lang w:val="en-US" w:eastAsia="en-US"/>
              </w:rPr>
              <w:t xml:space="preserve"> San Francisco, IE </w:t>
            </w:r>
            <w:proofErr w:type="spellStart"/>
            <w:r w:rsidRPr="003C543E">
              <w:rPr>
                <w:rFonts w:ascii="Arial" w:eastAsia="MS Mincho" w:hAnsi="Arial"/>
                <w:sz w:val="12"/>
                <w:szCs w:val="22"/>
                <w:lang w:val="en-US" w:eastAsia="en-US"/>
              </w:rPr>
              <w:t>Cansarrocines</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San Francisco.</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0490A8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6</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D24FCD6"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F046EE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24</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81EEFCD"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5E2768C" w14:textId="5E861308"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BEAA1FD" w14:textId="58950115"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3F286DA5"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A3FC4CC"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B6DB3E1"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A9AB38D"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BE708F4"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5: Vereda Betania-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Bajo Getzen a la IE </w:t>
            </w:r>
            <w:proofErr w:type="spellStart"/>
            <w:r w:rsidRPr="003C543E">
              <w:rPr>
                <w:rFonts w:ascii="Arial" w:eastAsia="MS Mincho" w:hAnsi="Arial"/>
                <w:sz w:val="12"/>
                <w:szCs w:val="22"/>
                <w:lang w:val="en-US" w:eastAsia="en-US"/>
              </w:rPr>
              <w:t>Cansarrocines</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Bajo Getzen.</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94F6596"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7</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5F9096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7</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DE99891"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10</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58ED3B5"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35CA936" w14:textId="67576109"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4D44A04" w14:textId="1E329161"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20513E66"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D0325E4"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CD1523A"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54C4FF8"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BA488DA"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6: Cruce Cuevas -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Bajo Getzen.</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222F008"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8</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15F3EC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4</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DF7D990"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5</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8626CF6"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2FAF8C0" w14:textId="14FFFA6D"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125C05C" w14:textId="3B36E650"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3970C0A0"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7D392A4"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AAD7CC6"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C989C56"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5B25200"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7: Vereda la </w:t>
            </w:r>
            <w:proofErr w:type="spellStart"/>
            <w:r w:rsidRPr="003C543E">
              <w:rPr>
                <w:rFonts w:ascii="Arial" w:eastAsia="MS Mincho" w:hAnsi="Arial"/>
                <w:sz w:val="12"/>
                <w:szCs w:val="22"/>
                <w:lang w:val="en-US" w:eastAsia="en-US"/>
              </w:rPr>
              <w:t>Independencia</w:t>
            </w:r>
            <w:proofErr w:type="spellEnd"/>
            <w:r w:rsidRPr="003C543E">
              <w:rPr>
                <w:rFonts w:ascii="Arial" w:eastAsia="MS Mincho" w:hAnsi="Arial"/>
                <w:sz w:val="12"/>
                <w:szCs w:val="22"/>
                <w:lang w:val="en-US" w:eastAsia="en-US"/>
              </w:rPr>
              <w:t xml:space="preserve"> - a la I.E </w:t>
            </w:r>
            <w:proofErr w:type="spellStart"/>
            <w:r w:rsidRPr="003C543E">
              <w:rPr>
                <w:rFonts w:ascii="Arial" w:eastAsia="MS Mincho" w:hAnsi="Arial"/>
                <w:sz w:val="12"/>
                <w:szCs w:val="22"/>
                <w:lang w:val="en-US" w:eastAsia="en-US"/>
              </w:rPr>
              <w:t>Cansarrocines</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San Francisco.</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500C42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9</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9712931"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5</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545F24D"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31</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76D41F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588CAAC" w14:textId="4312A164"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BD3DA76" w14:textId="442E662D"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64E6D5D4"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59A995C"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6FA3318"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val="restart"/>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786DCE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3"/>
                <w:szCs w:val="22"/>
                <w:lang w:val="en-US" w:eastAsia="en-US"/>
              </w:rPr>
              <w:t>GALLEGO</w:t>
            </w:r>
          </w:p>
          <w:p w14:paraId="1BD6A607"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14AC0EEC"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27C525F0"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14D367D" w14:textId="77777777" w:rsidR="003C543E" w:rsidRPr="003C543E" w:rsidRDefault="003C543E" w:rsidP="003C543E">
            <w:pPr>
              <w:spacing w:after="200" w:line="276" w:lineRule="auto"/>
              <w:jc w:val="center"/>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A302C22"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1: Vereda San Rafael- Madrigal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Gallego.</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519DC35"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10</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C21BE8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9</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596789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42</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89CF9E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92B9325" w14:textId="3CC65963"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7B8BAE5" w14:textId="205FFF90"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7B162185"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6A622C6"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E90C9F7"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3A0DFE0"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DB9515E"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2: Bajo Pescador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Gallego.</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9735771"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11</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8EE712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7</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E77BC9C"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28B8589"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D8EC2F1" w14:textId="1DDBED90"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8D98026" w14:textId="19357446"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37054C36"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B10E4DA"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2284AA5"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EC498C6"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725AF16"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3: Vereda Bajo Rico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Gallego.</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BBA9995"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12</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0A2EAF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7</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51D70C8"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5</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57C7B2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38D607B" w14:textId="209889BE"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1BB3C4D" w14:textId="057C3F86"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6BD701AB"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1497F5E"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BA82B7D"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D993B4A"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A8480C4"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4: Vereda El Porvenir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Gallego.</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84CB4D9"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13</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1C2B3E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6</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57CCBA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8</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F9CE575"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11BB104" w14:textId="5E208AAD"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E62B56E" w14:textId="0A9DADC8"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5DEE49E1"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267EC9E"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7ED27AA"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0177C6D"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00D2901"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5: Jardines y </w:t>
            </w:r>
            <w:proofErr w:type="spellStart"/>
            <w:r w:rsidRPr="003C543E">
              <w:rPr>
                <w:rFonts w:ascii="Arial" w:eastAsia="MS Mincho" w:hAnsi="Arial"/>
                <w:sz w:val="12"/>
                <w:szCs w:val="22"/>
                <w:lang w:val="en-US" w:eastAsia="en-US"/>
              </w:rPr>
              <w:t>los</w:t>
            </w:r>
            <w:proofErr w:type="spellEnd"/>
            <w:r w:rsidRPr="003C543E">
              <w:rPr>
                <w:rFonts w:ascii="Arial" w:eastAsia="MS Mincho" w:hAnsi="Arial"/>
                <w:sz w:val="12"/>
                <w:szCs w:val="22"/>
                <w:lang w:val="en-US" w:eastAsia="en-US"/>
              </w:rPr>
              <w:t xml:space="preserve"> Pinos, Bajo Villa Mercedes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Gallego.</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3EAE92C"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14</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60026B6"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ED9D2FC"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15</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57FD03C"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3645A99" w14:textId="2174F175"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BF48064" w14:textId="1E5FCA7B"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71317536"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9951681"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78D1D92"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val="restart"/>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BB42130"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3"/>
                <w:szCs w:val="22"/>
                <w:lang w:val="en-US" w:eastAsia="en-US"/>
              </w:rPr>
              <w:t>LUIS CARLOS TRUJILLO POLANCO</w:t>
            </w:r>
          </w:p>
          <w:p w14:paraId="5869FC49"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5007227"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2D28491E"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D89BC9E"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2815E67F" w14:textId="77777777" w:rsidR="003C543E" w:rsidRPr="003C543E" w:rsidRDefault="003C543E" w:rsidP="003C543E">
            <w:pPr>
              <w:spacing w:after="200" w:line="276" w:lineRule="auto"/>
              <w:jc w:val="center"/>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B385B98"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lastRenderedPageBreak/>
              <w:t xml:space="preserve">Ruta 1: El </w:t>
            </w:r>
            <w:proofErr w:type="spellStart"/>
            <w:r w:rsidRPr="003C543E">
              <w:rPr>
                <w:rFonts w:ascii="Arial" w:eastAsia="MS Mincho" w:hAnsi="Arial"/>
                <w:sz w:val="12"/>
                <w:szCs w:val="22"/>
                <w:lang w:val="en-US" w:eastAsia="en-US"/>
              </w:rPr>
              <w:t>Remolino</w:t>
            </w:r>
            <w:proofErr w:type="spellEnd"/>
            <w:r w:rsidRPr="003C543E">
              <w:rPr>
                <w:rFonts w:ascii="Arial" w:eastAsia="MS Mincho" w:hAnsi="Arial"/>
                <w:sz w:val="12"/>
                <w:szCs w:val="22"/>
                <w:lang w:val="en-US" w:eastAsia="en-US"/>
              </w:rPr>
              <w:t xml:space="preserve">- Getzen- Panorama- </w:t>
            </w:r>
            <w:proofErr w:type="spellStart"/>
            <w:r w:rsidRPr="003C543E">
              <w:rPr>
                <w:rFonts w:ascii="Arial" w:eastAsia="MS Mincho" w:hAnsi="Arial"/>
                <w:sz w:val="12"/>
                <w:szCs w:val="22"/>
                <w:lang w:val="en-US" w:eastAsia="en-US"/>
              </w:rPr>
              <w:t>Cansarrocines</w:t>
            </w:r>
            <w:proofErr w:type="spellEnd"/>
            <w:r w:rsidRPr="003C543E">
              <w:rPr>
                <w:rFonts w:ascii="Arial" w:eastAsia="MS Mincho" w:hAnsi="Arial"/>
                <w:sz w:val="12"/>
                <w:szCs w:val="22"/>
                <w:lang w:val="en-US" w:eastAsia="en-US"/>
              </w:rPr>
              <w:t xml:space="preserve"> - </w:t>
            </w:r>
            <w:proofErr w:type="spellStart"/>
            <w:r w:rsidRPr="003C543E">
              <w:rPr>
                <w:rFonts w:ascii="Arial" w:eastAsia="MS Mincho" w:hAnsi="Arial"/>
                <w:sz w:val="12"/>
                <w:szCs w:val="22"/>
                <w:lang w:val="en-US" w:eastAsia="en-US"/>
              </w:rPr>
              <w:t>Laderas</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hacia</w:t>
            </w:r>
            <w:proofErr w:type="spellEnd"/>
            <w:r w:rsidRPr="003C543E">
              <w:rPr>
                <w:rFonts w:ascii="Arial" w:eastAsia="MS Mincho" w:hAnsi="Arial"/>
                <w:sz w:val="12"/>
                <w:szCs w:val="22"/>
                <w:lang w:val="en-US" w:eastAsia="en-US"/>
              </w:rPr>
              <w:t xml:space="preserve"> la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Luis Carlos Trujillo Polanco.</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C1EBEAB"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15</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285880D"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15</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7C1442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29</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C602F29"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0FE0B11" w14:textId="5BE79444"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CFB567B" w14:textId="5E2FEEC3"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3065430F"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16A923B"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0788D6B"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BD60D3F"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DC71FC1"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Ruta 2: Carmelo - Fátima a la IE Luis Carlos Trujillo Polanco.</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B19D7F3"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16</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97E5EE5"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8</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00B33F6"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5</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8D523C1"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3C99694" w14:textId="1FD533FF"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7A28214" w14:textId="51389394"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2BE5CC2C"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7CA71CA"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C7C15F7"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F639EC9"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BCF812D"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3: </w:t>
            </w:r>
            <w:proofErr w:type="spellStart"/>
            <w:r w:rsidRPr="003C543E">
              <w:rPr>
                <w:rFonts w:ascii="Arial" w:eastAsia="MS Mincho" w:hAnsi="Arial"/>
                <w:sz w:val="12"/>
                <w:szCs w:val="22"/>
                <w:lang w:val="en-US" w:eastAsia="en-US"/>
              </w:rPr>
              <w:t>Lucitania</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hacia</w:t>
            </w:r>
            <w:proofErr w:type="spellEnd"/>
            <w:r w:rsidRPr="003C543E">
              <w:rPr>
                <w:rFonts w:ascii="Arial" w:eastAsia="MS Mincho" w:hAnsi="Arial"/>
                <w:sz w:val="12"/>
                <w:szCs w:val="22"/>
                <w:lang w:val="en-US" w:eastAsia="en-US"/>
              </w:rPr>
              <w:t xml:space="preserve"> la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Luis Carlos Trujillo Polanco.</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29B7470"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17</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0CEC56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5</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777DCA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C58E38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91CE159" w14:textId="42B43295"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3FDD51F" w14:textId="160545D7"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3100052B"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9D67985"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400AC60"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8E1962C"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14AF1C6"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4: </w:t>
            </w:r>
            <w:proofErr w:type="spellStart"/>
            <w:r w:rsidRPr="003C543E">
              <w:rPr>
                <w:rFonts w:ascii="Arial" w:eastAsia="MS Mincho" w:hAnsi="Arial"/>
                <w:sz w:val="12"/>
                <w:szCs w:val="22"/>
                <w:lang w:val="en-US" w:eastAsia="en-US"/>
              </w:rPr>
              <w:t>Estudiantes</w:t>
            </w:r>
            <w:proofErr w:type="spellEnd"/>
            <w:r w:rsidRPr="003C543E">
              <w:rPr>
                <w:rFonts w:ascii="Arial" w:eastAsia="MS Mincho" w:hAnsi="Arial"/>
                <w:sz w:val="12"/>
                <w:szCs w:val="22"/>
                <w:lang w:val="en-US" w:eastAsia="en-US"/>
              </w:rPr>
              <w:t xml:space="preserve"> con </w:t>
            </w:r>
            <w:proofErr w:type="spellStart"/>
            <w:r w:rsidRPr="003C543E">
              <w:rPr>
                <w:rFonts w:ascii="Arial" w:eastAsia="MS Mincho" w:hAnsi="Arial"/>
                <w:sz w:val="12"/>
                <w:szCs w:val="22"/>
                <w:lang w:val="en-US" w:eastAsia="en-US"/>
              </w:rPr>
              <w:t>necesidades</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educativas</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especiales</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Cra</w:t>
            </w:r>
            <w:proofErr w:type="spellEnd"/>
            <w:r w:rsidRPr="003C543E">
              <w:rPr>
                <w:rFonts w:ascii="Arial" w:eastAsia="MS Mincho" w:hAnsi="Arial"/>
                <w:sz w:val="12"/>
                <w:szCs w:val="22"/>
                <w:lang w:val="en-US" w:eastAsia="en-US"/>
              </w:rPr>
              <w:t xml:space="preserve">. 6 y </w:t>
            </w:r>
            <w:proofErr w:type="spellStart"/>
            <w:r w:rsidRPr="003C543E">
              <w:rPr>
                <w:rFonts w:ascii="Arial" w:eastAsia="MS Mincho" w:hAnsi="Arial"/>
                <w:sz w:val="12"/>
                <w:szCs w:val="22"/>
                <w:lang w:val="en-US" w:eastAsia="en-US"/>
              </w:rPr>
              <w:t>calle</w:t>
            </w:r>
            <w:proofErr w:type="spellEnd"/>
            <w:r w:rsidRPr="003C543E">
              <w:rPr>
                <w:rFonts w:ascii="Arial" w:eastAsia="MS Mincho" w:hAnsi="Arial"/>
                <w:sz w:val="12"/>
                <w:szCs w:val="22"/>
                <w:lang w:val="en-US" w:eastAsia="en-US"/>
              </w:rPr>
              <w:t xml:space="preserve"> 10 Su Chance Barrio San Rafael </w:t>
            </w:r>
            <w:proofErr w:type="spellStart"/>
            <w:r w:rsidRPr="003C543E">
              <w:rPr>
                <w:rFonts w:ascii="Arial" w:eastAsia="MS Mincho" w:hAnsi="Arial"/>
                <w:sz w:val="12"/>
                <w:szCs w:val="22"/>
                <w:lang w:val="en-US" w:eastAsia="en-US"/>
              </w:rPr>
              <w:t>hacia</w:t>
            </w:r>
            <w:proofErr w:type="spellEnd"/>
            <w:r w:rsidRPr="003C543E">
              <w:rPr>
                <w:rFonts w:ascii="Arial" w:eastAsia="MS Mincho" w:hAnsi="Arial"/>
                <w:sz w:val="12"/>
                <w:szCs w:val="22"/>
                <w:lang w:val="en-US" w:eastAsia="en-US"/>
              </w:rPr>
              <w:t xml:space="preserve"> la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Luis Carlos Trujillo Polanco. (Barrios San Rafael, </w:t>
            </w:r>
            <w:proofErr w:type="spellStart"/>
            <w:r w:rsidRPr="003C543E">
              <w:rPr>
                <w:rFonts w:ascii="Arial" w:eastAsia="MS Mincho" w:hAnsi="Arial"/>
                <w:sz w:val="12"/>
                <w:szCs w:val="22"/>
                <w:lang w:val="en-US" w:eastAsia="en-US"/>
              </w:rPr>
              <w:t>Eudes</w:t>
            </w:r>
            <w:proofErr w:type="spellEnd"/>
            <w:r w:rsidRPr="003C543E">
              <w:rPr>
                <w:rFonts w:ascii="Arial" w:eastAsia="MS Mincho" w:hAnsi="Arial"/>
                <w:sz w:val="12"/>
                <w:szCs w:val="22"/>
                <w:lang w:val="en-US" w:eastAsia="en-US"/>
              </w:rPr>
              <w:t>, Jorge Eduardo, La Estancia, Alto Jerusalén).</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329FFF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D4D61B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CA9E7F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15</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D35F5A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A1D1314" w14:textId="02827BB9"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871CE31" w14:textId="62D10B59"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0C71617E"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8D31484"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4C6FA40"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07B2B1C"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031C469"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5: </w:t>
            </w:r>
            <w:proofErr w:type="spellStart"/>
            <w:r w:rsidRPr="003C543E">
              <w:rPr>
                <w:rFonts w:ascii="Arial" w:eastAsia="MS Mincho" w:hAnsi="Arial"/>
                <w:sz w:val="12"/>
                <w:szCs w:val="22"/>
                <w:lang w:val="en-US" w:eastAsia="en-US"/>
              </w:rPr>
              <w:t>Estudiantes</w:t>
            </w:r>
            <w:proofErr w:type="spellEnd"/>
            <w:r w:rsidRPr="003C543E">
              <w:rPr>
                <w:rFonts w:ascii="Arial" w:eastAsia="MS Mincho" w:hAnsi="Arial"/>
                <w:sz w:val="12"/>
                <w:szCs w:val="22"/>
                <w:lang w:val="en-US" w:eastAsia="en-US"/>
              </w:rPr>
              <w:t xml:space="preserve"> con </w:t>
            </w:r>
            <w:proofErr w:type="spellStart"/>
            <w:r w:rsidRPr="003C543E">
              <w:rPr>
                <w:rFonts w:ascii="Arial" w:eastAsia="MS Mincho" w:hAnsi="Arial"/>
                <w:sz w:val="12"/>
                <w:szCs w:val="22"/>
                <w:lang w:val="en-US" w:eastAsia="en-US"/>
              </w:rPr>
              <w:t>necesidades</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educativas</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especiales</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Desde</w:t>
            </w:r>
            <w:proofErr w:type="spellEnd"/>
            <w:r w:rsidRPr="003C543E">
              <w:rPr>
                <w:rFonts w:ascii="Arial" w:eastAsia="MS Mincho" w:hAnsi="Arial"/>
                <w:sz w:val="12"/>
                <w:szCs w:val="22"/>
                <w:lang w:val="en-US" w:eastAsia="en-US"/>
              </w:rPr>
              <w:t xml:space="preserve"> la Villa </w:t>
            </w:r>
            <w:proofErr w:type="spellStart"/>
            <w:r w:rsidRPr="003C543E">
              <w:rPr>
                <w:rFonts w:ascii="Arial" w:eastAsia="MS Mincho" w:hAnsi="Arial"/>
                <w:sz w:val="12"/>
                <w:szCs w:val="22"/>
                <w:lang w:val="en-US" w:eastAsia="en-US"/>
              </w:rPr>
              <w:t>Olímpica</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hacia</w:t>
            </w:r>
            <w:proofErr w:type="spellEnd"/>
            <w:r w:rsidRPr="003C543E">
              <w:rPr>
                <w:rFonts w:ascii="Arial" w:eastAsia="MS Mincho" w:hAnsi="Arial"/>
                <w:sz w:val="12"/>
                <w:szCs w:val="22"/>
                <w:lang w:val="en-US" w:eastAsia="en-US"/>
              </w:rPr>
              <w:t xml:space="preserve"> la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San Rafael. (Barrios Villa del Prado, El </w:t>
            </w:r>
            <w:proofErr w:type="spellStart"/>
            <w:r w:rsidRPr="003C543E">
              <w:rPr>
                <w:rFonts w:ascii="Arial" w:eastAsia="MS Mincho" w:hAnsi="Arial"/>
                <w:sz w:val="12"/>
                <w:szCs w:val="22"/>
                <w:lang w:val="en-US" w:eastAsia="en-US"/>
              </w:rPr>
              <w:t>Altico</w:t>
            </w:r>
            <w:proofErr w:type="spellEnd"/>
            <w:r w:rsidRPr="003C543E">
              <w:rPr>
                <w:rFonts w:ascii="Arial" w:eastAsia="MS Mincho" w:hAnsi="Arial"/>
                <w:sz w:val="12"/>
                <w:szCs w:val="22"/>
                <w:lang w:val="en-US" w:eastAsia="en-US"/>
              </w:rPr>
              <w:t xml:space="preserve">, La Pola, </w:t>
            </w:r>
            <w:proofErr w:type="spellStart"/>
            <w:r w:rsidRPr="003C543E">
              <w:rPr>
                <w:rFonts w:ascii="Arial" w:eastAsia="MS Mincho" w:hAnsi="Arial"/>
                <w:sz w:val="12"/>
                <w:szCs w:val="22"/>
                <w:lang w:val="en-US" w:eastAsia="en-US"/>
              </w:rPr>
              <w:t>Terminalito</w:t>
            </w:r>
            <w:proofErr w:type="spellEnd"/>
            <w:r w:rsidRPr="003C543E">
              <w:rPr>
                <w:rFonts w:ascii="Arial" w:eastAsia="MS Mincho" w:hAnsi="Arial"/>
                <w:sz w:val="12"/>
                <w:szCs w:val="22"/>
                <w:lang w:val="en-US" w:eastAsia="en-US"/>
              </w:rPr>
              <w:t>).</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048D7EC"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19</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590423D"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A49FF4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9</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3D2BD21"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6AE6445" w14:textId="08AD3672"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B497745" w14:textId="780E671D"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5E28264A"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4B5E6ED"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1690F3B"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67A0B19"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3088E8F"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6: </w:t>
            </w:r>
            <w:proofErr w:type="spellStart"/>
            <w:r w:rsidRPr="003C543E">
              <w:rPr>
                <w:rFonts w:ascii="Arial" w:eastAsia="MS Mincho" w:hAnsi="Arial"/>
                <w:sz w:val="12"/>
                <w:szCs w:val="22"/>
                <w:lang w:val="en-US" w:eastAsia="en-US"/>
              </w:rPr>
              <w:t>Estudiantes</w:t>
            </w:r>
            <w:proofErr w:type="spellEnd"/>
            <w:r w:rsidRPr="003C543E">
              <w:rPr>
                <w:rFonts w:ascii="Arial" w:eastAsia="MS Mincho" w:hAnsi="Arial"/>
                <w:sz w:val="12"/>
                <w:szCs w:val="22"/>
                <w:lang w:val="en-US" w:eastAsia="en-US"/>
              </w:rPr>
              <w:t xml:space="preserve"> con </w:t>
            </w:r>
            <w:proofErr w:type="spellStart"/>
            <w:r w:rsidRPr="003C543E">
              <w:rPr>
                <w:rFonts w:ascii="Arial" w:eastAsia="MS Mincho" w:hAnsi="Arial"/>
                <w:sz w:val="12"/>
                <w:szCs w:val="22"/>
                <w:lang w:val="en-US" w:eastAsia="en-US"/>
              </w:rPr>
              <w:t>necesidades</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educativas</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especiales</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Desde</w:t>
            </w:r>
            <w:proofErr w:type="spellEnd"/>
            <w:r w:rsidRPr="003C543E">
              <w:rPr>
                <w:rFonts w:ascii="Arial" w:eastAsia="MS Mincho" w:hAnsi="Arial"/>
                <w:sz w:val="12"/>
                <w:szCs w:val="22"/>
                <w:lang w:val="en-US" w:eastAsia="en-US"/>
              </w:rPr>
              <w:t xml:space="preserve"> el Barrio El </w:t>
            </w:r>
            <w:proofErr w:type="spellStart"/>
            <w:r w:rsidRPr="003C543E">
              <w:rPr>
                <w:rFonts w:ascii="Arial" w:eastAsia="MS Mincho" w:hAnsi="Arial"/>
                <w:sz w:val="12"/>
                <w:szCs w:val="22"/>
                <w:lang w:val="en-US" w:eastAsia="en-US"/>
              </w:rPr>
              <w:t>Remolino</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hacia</w:t>
            </w:r>
            <w:proofErr w:type="spellEnd"/>
            <w:r w:rsidRPr="003C543E">
              <w:rPr>
                <w:rFonts w:ascii="Arial" w:eastAsia="MS Mincho" w:hAnsi="Arial"/>
                <w:sz w:val="12"/>
                <w:szCs w:val="22"/>
                <w:lang w:val="en-US" w:eastAsia="en-US"/>
              </w:rPr>
              <w:t xml:space="preserve"> la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Jorge Eduardo Duran Rozo. (Barrio El </w:t>
            </w:r>
            <w:proofErr w:type="spellStart"/>
            <w:r w:rsidRPr="003C543E">
              <w:rPr>
                <w:rFonts w:ascii="Arial" w:eastAsia="MS Mincho" w:hAnsi="Arial"/>
                <w:sz w:val="12"/>
                <w:szCs w:val="22"/>
                <w:lang w:val="en-US" w:eastAsia="en-US"/>
              </w:rPr>
              <w:t>Remolino</w:t>
            </w:r>
            <w:proofErr w:type="spellEnd"/>
            <w:r w:rsidRPr="003C543E">
              <w:rPr>
                <w:rFonts w:ascii="Arial" w:eastAsia="MS Mincho" w:hAnsi="Arial"/>
                <w:sz w:val="12"/>
                <w:szCs w:val="22"/>
                <w:lang w:val="en-US" w:eastAsia="en-US"/>
              </w:rPr>
              <w:t>).</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A51C608"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E27290E"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F5ECA2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5</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27D8890"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4ECF314" w14:textId="5B96AA1C"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135F5EC" w14:textId="3E08E7A3"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1FDB87F5"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551D0A1"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EBD91F8"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val="restart"/>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995BCFE"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3"/>
                <w:szCs w:val="22"/>
                <w:lang w:val="en-US" w:eastAsia="en-US"/>
              </w:rPr>
              <w:t>EL CARMELO</w:t>
            </w:r>
          </w:p>
          <w:p w14:paraId="00805DAE"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79683FF"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452B8C9"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487D295"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9A6769E"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62217917" w14:textId="77777777" w:rsidR="003C543E" w:rsidRPr="003C543E" w:rsidRDefault="003C543E" w:rsidP="003C543E">
            <w:pPr>
              <w:spacing w:after="200" w:line="276" w:lineRule="auto"/>
              <w:jc w:val="center"/>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92F6490"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1: Vereda Alto Cañada - Las Mercedes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El Carmelo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el Carmelo.</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A31AFCB"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21</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F31E38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7F27149"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26</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AF0BCAE"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0836423" w14:textId="76AB2E87"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BA54F2E" w14:textId="2024FAD7"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2AE00DCD"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3FB84B1"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31E471B"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B9A9140"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3C3382A"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2: Vereda El Rosal- El Cerrito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El Carmelo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el Carmelo.</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34E7D0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22</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51F19E1"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24</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530D09D"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30</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CBFFBF6"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C31FFE7" w14:textId="45B7BF14"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53344B7" w14:textId="352A4C37"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0173223B"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07E4BD5"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8302CD4"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B34A3FF"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D844575"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3: Vereda San Juan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El Carmelo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el Carmelo.</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669487B"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23</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00E929E"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8</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A1B7BA9"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B63C81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DFF7E43" w14:textId="32BAADAD"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D9B7F64" w14:textId="3EA59B91"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70EE1980"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8F4F17F"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7E17A98"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028D5EA"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9A32A6F"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4: Vereda Villa de Leyva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El Carmelo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El Carmelo.</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39F8F2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24</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B44D405"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12</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A868468"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5925349"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991F8A1" w14:textId="724DDBB8"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FFBFB8D" w14:textId="2FF31E14"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4C7756F8"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9553610"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507F9AC"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E02310C"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52072FA"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5: Vereda El Limón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El Carmelo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El Carmelo.</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8E79D96"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25</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895693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6F362FD"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26</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2295A3B"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777467F" w14:textId="1CD59F0A"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5D877C3" w14:textId="4A42F7D5"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46A9B6FD"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9504DD9"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8C74AEF"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0928924"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0A40D83"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6: Vereda Bajo Cañada La Esperanza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El Carmelo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El Carmelo.</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0A70F7D"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26</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40A116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15</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14A0126"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10</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F1ABDC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FEF9D98" w14:textId="140CA635"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67D7977" w14:textId="4450FE0B"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3C2014D9"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7DDE797"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70A8A56"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A69D019"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861142B"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7: Vereda Las Mercedes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El Carmelo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Alto Cañada.</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F4F7B3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27</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7375676"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6</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0FCA00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22</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694A229"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F1DC28E" w14:textId="722ECE13"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3BD9C40" w14:textId="08A4A631"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46295CC7"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5CC9B41"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56CDEF7"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val="restart"/>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CB24EB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3"/>
                <w:szCs w:val="22"/>
                <w:lang w:val="en-US" w:eastAsia="en-US"/>
              </w:rPr>
              <w:t>TECNICO AGRICOLA</w:t>
            </w:r>
          </w:p>
          <w:p w14:paraId="1F83C4E3"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1D250797"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0A0FE81" w14:textId="77777777" w:rsidR="003C543E" w:rsidRPr="003C543E" w:rsidRDefault="003C543E" w:rsidP="003C543E">
            <w:pPr>
              <w:spacing w:after="200" w:line="276" w:lineRule="auto"/>
              <w:jc w:val="center"/>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B505BC1"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1: </w:t>
            </w:r>
            <w:proofErr w:type="spellStart"/>
            <w:r w:rsidRPr="003C543E">
              <w:rPr>
                <w:rFonts w:ascii="Arial" w:eastAsia="MS Mincho" w:hAnsi="Arial"/>
                <w:sz w:val="12"/>
                <w:szCs w:val="22"/>
                <w:lang w:val="en-US" w:eastAsia="en-US"/>
              </w:rPr>
              <w:t>Desde</w:t>
            </w:r>
            <w:proofErr w:type="spellEnd"/>
            <w:r w:rsidRPr="003C543E">
              <w:rPr>
                <w:rFonts w:ascii="Arial" w:eastAsia="MS Mincho" w:hAnsi="Arial"/>
                <w:sz w:val="12"/>
                <w:szCs w:val="22"/>
                <w:lang w:val="en-US" w:eastAsia="en-US"/>
              </w:rPr>
              <w:t xml:space="preserve"> la </w:t>
            </w:r>
            <w:proofErr w:type="spellStart"/>
            <w:r w:rsidRPr="003C543E">
              <w:rPr>
                <w:rFonts w:ascii="Arial" w:eastAsia="MS Mincho" w:hAnsi="Arial"/>
                <w:sz w:val="12"/>
                <w:szCs w:val="22"/>
                <w:lang w:val="en-US" w:eastAsia="en-US"/>
              </w:rPr>
              <w:t>vereda</w:t>
            </w:r>
            <w:proofErr w:type="spellEnd"/>
            <w:r w:rsidRPr="003C543E">
              <w:rPr>
                <w:rFonts w:ascii="Arial" w:eastAsia="MS Mincho" w:hAnsi="Arial"/>
                <w:sz w:val="12"/>
                <w:szCs w:val="22"/>
                <w:lang w:val="en-US" w:eastAsia="en-US"/>
              </w:rPr>
              <w:t xml:space="preserve"> Alto Retiro, hasta la IE Técnico Agrícola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central.</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4DCBA21"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28</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2DD549C"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003CF98"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10</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D3FDBC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5DF27CC" w14:textId="2F885FDF"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D06BA64" w14:textId="1DD2BF16"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17AF992E"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BD91EF3"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3853642"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87F3D9E"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46BC6B7"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2: </w:t>
            </w:r>
            <w:proofErr w:type="spellStart"/>
            <w:r w:rsidRPr="003C543E">
              <w:rPr>
                <w:rFonts w:ascii="Arial" w:eastAsia="MS Mincho" w:hAnsi="Arial"/>
                <w:sz w:val="12"/>
                <w:szCs w:val="22"/>
                <w:lang w:val="en-US" w:eastAsia="en-US"/>
              </w:rPr>
              <w:t>Desde</w:t>
            </w:r>
            <w:proofErr w:type="spellEnd"/>
            <w:r w:rsidRPr="003C543E">
              <w:rPr>
                <w:rFonts w:ascii="Arial" w:eastAsia="MS Mincho" w:hAnsi="Arial"/>
                <w:sz w:val="12"/>
                <w:szCs w:val="22"/>
                <w:lang w:val="en-US" w:eastAsia="en-US"/>
              </w:rPr>
              <w:t xml:space="preserve"> la Vereda El Coral, hasta la IE Técnico Agrícola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Central.</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5B33F1B"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29</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888ECD6"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16</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7F2BBA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7</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6162E3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BF7DC6E" w14:textId="38F97700"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ED049E4" w14:textId="4D709D0D"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3E383CF5"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6943C2C"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FD5423F"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35B31B1"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C8E4618"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3: </w:t>
            </w:r>
            <w:proofErr w:type="spellStart"/>
            <w:r w:rsidRPr="003C543E">
              <w:rPr>
                <w:rFonts w:ascii="Arial" w:eastAsia="MS Mincho" w:hAnsi="Arial"/>
                <w:sz w:val="12"/>
                <w:szCs w:val="22"/>
                <w:lang w:val="en-US" w:eastAsia="en-US"/>
              </w:rPr>
              <w:t>Desde</w:t>
            </w:r>
            <w:proofErr w:type="spellEnd"/>
            <w:r w:rsidRPr="003C543E">
              <w:rPr>
                <w:rFonts w:ascii="Arial" w:eastAsia="MS Mincho" w:hAnsi="Arial"/>
                <w:sz w:val="12"/>
                <w:szCs w:val="22"/>
                <w:lang w:val="en-US" w:eastAsia="en-US"/>
              </w:rPr>
              <w:t xml:space="preserve"> el </w:t>
            </w:r>
            <w:proofErr w:type="spellStart"/>
            <w:r w:rsidRPr="003C543E">
              <w:rPr>
                <w:rFonts w:ascii="Arial" w:eastAsia="MS Mincho" w:hAnsi="Arial"/>
                <w:sz w:val="12"/>
                <w:szCs w:val="22"/>
                <w:lang w:val="en-US" w:eastAsia="en-US"/>
              </w:rPr>
              <w:t>Resguardo</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Indígena</w:t>
            </w:r>
            <w:proofErr w:type="spellEnd"/>
            <w:r w:rsidRPr="003C543E">
              <w:rPr>
                <w:rFonts w:ascii="Arial" w:eastAsia="MS Mincho" w:hAnsi="Arial"/>
                <w:sz w:val="12"/>
                <w:szCs w:val="22"/>
                <w:lang w:val="en-US" w:eastAsia="en-US"/>
              </w:rPr>
              <w:t xml:space="preserve"> Nueva Esperanza </w:t>
            </w:r>
            <w:proofErr w:type="spellStart"/>
            <w:r w:rsidRPr="003C543E">
              <w:rPr>
                <w:rFonts w:ascii="Arial" w:eastAsia="MS Mincho" w:hAnsi="Arial"/>
                <w:sz w:val="12"/>
                <w:szCs w:val="22"/>
                <w:lang w:val="en-US" w:eastAsia="en-US"/>
              </w:rPr>
              <w:t>ubicado</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en</w:t>
            </w:r>
            <w:proofErr w:type="spellEnd"/>
            <w:r w:rsidRPr="003C543E">
              <w:rPr>
                <w:rFonts w:ascii="Arial" w:eastAsia="MS Mincho" w:hAnsi="Arial"/>
                <w:sz w:val="12"/>
                <w:szCs w:val="22"/>
                <w:lang w:val="en-US" w:eastAsia="en-US"/>
              </w:rPr>
              <w:t xml:space="preserve"> la </w:t>
            </w:r>
            <w:proofErr w:type="spellStart"/>
            <w:r w:rsidRPr="003C543E">
              <w:rPr>
                <w:rFonts w:ascii="Arial" w:eastAsia="MS Mincho" w:hAnsi="Arial"/>
                <w:sz w:val="12"/>
                <w:szCs w:val="22"/>
                <w:lang w:val="en-US" w:eastAsia="en-US"/>
              </w:rPr>
              <w:t>vereda</w:t>
            </w:r>
            <w:proofErr w:type="spellEnd"/>
            <w:r w:rsidRPr="003C543E">
              <w:rPr>
                <w:rFonts w:ascii="Arial" w:eastAsia="MS Mincho" w:hAnsi="Arial"/>
                <w:sz w:val="12"/>
                <w:szCs w:val="22"/>
                <w:lang w:val="en-US" w:eastAsia="en-US"/>
              </w:rPr>
              <w:t xml:space="preserve"> San Martín, hasta la IE Técnico Agrícola.</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923C4A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30</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C3D4FB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10</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72890D3"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13</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A48CB0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5A2170C" w14:textId="063ACB23"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65B0E17" w14:textId="188FBF81"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5588E8F9"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E874A1D"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732FC78"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A0C81CC"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CDC7934"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4: </w:t>
            </w:r>
            <w:proofErr w:type="spellStart"/>
            <w:r w:rsidRPr="003C543E">
              <w:rPr>
                <w:rFonts w:ascii="Arial" w:eastAsia="MS Mincho" w:hAnsi="Arial"/>
                <w:sz w:val="12"/>
                <w:szCs w:val="22"/>
                <w:lang w:val="en-US" w:eastAsia="en-US"/>
              </w:rPr>
              <w:t>Necesidades</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Educativas</w:t>
            </w:r>
            <w:proofErr w:type="spellEnd"/>
            <w:r w:rsidRPr="003C543E">
              <w:rPr>
                <w:rFonts w:ascii="Arial" w:eastAsia="MS Mincho" w:hAnsi="Arial"/>
                <w:sz w:val="12"/>
                <w:szCs w:val="22"/>
                <w:lang w:val="en-US" w:eastAsia="en-US"/>
              </w:rPr>
              <w:t xml:space="preserve"> Especiales - Alto San Sebastián hasta la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San Antonio de la IE Técnico Agrícola.</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12290BD"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31</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6177C1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4</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E01ACD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14FBBEC"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AE91916" w14:textId="5DB27DC5"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B743E5B" w14:textId="238FDA77"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3B806954"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05E6FFA"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1FA834A"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val="restart"/>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28B93F0"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3"/>
                <w:szCs w:val="22"/>
                <w:lang w:val="en-US" w:eastAsia="en-US"/>
              </w:rPr>
              <w:t>VILLALOSADA</w:t>
            </w:r>
          </w:p>
          <w:p w14:paraId="7FB72F2E"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19A057A"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CD0E645"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51ED3CF"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AB09806" w14:textId="77777777" w:rsidR="003C543E" w:rsidRPr="003C543E" w:rsidRDefault="003C543E" w:rsidP="003C543E">
            <w:pPr>
              <w:spacing w:after="200" w:line="276" w:lineRule="auto"/>
              <w:jc w:val="center"/>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3C4E058"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Ruta 1: Vereda Bellavista A I.E Villa Losada.</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2DF525B"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32</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C674459"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9</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0B5FBA1"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22</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082F52D"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B04A734" w14:textId="60BCD049"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C8F2B64" w14:textId="468F5E2E"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6391936F"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85598BA"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6D0EFEA"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8909D67"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EF35781"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Ruta 2: Vereda El Perico A I.E Villa Losada.</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870B699"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33</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719D10B"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5</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4755516"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19</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44DE86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BD9DF8E" w14:textId="1E11D872"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0623B81" w14:textId="2DA961C9"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2184A98E"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2D205C7"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E34982F"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2BF0457"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5163919"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Ruta 3: Vereda La Guinea A I.E Villa Losada.</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099567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34</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596D9A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7291EB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23</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F8BD85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2F6C896" w14:textId="561923BA"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079F3A4" w14:textId="1D7C69E5"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29131BCB"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969714B"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D2C39BD"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4AFEC4B"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C08AA8C"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Ruta 4: Vereda Los Pinos A I.E Villa Losada.</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383AAA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35</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D35C060"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9</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221ED3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7</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A95C4EC"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EB07430" w14:textId="48F72911"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2664935" w14:textId="4CEF57D4"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39A9FD85"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D1E14A9"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60B8709"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34856D5"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9381F2A"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Ruta 5: Vereda Villa Mercedes A la I.E Villa Losada.</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9107CC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36</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88FB50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8</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C21E75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7</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BB44420"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DA66BD2" w14:textId="15093403"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4833C39" w14:textId="1D1D2252"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56E23ABA"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96FB49A"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D705741"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9D03440"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3715AB6"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Ruta 6: Vereda San Sebastián A la I.E Villa Losada.</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EB1BB5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37</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36C5CBB"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6</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F2E5C4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33</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0962039"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A5F1927" w14:textId="01BA655B"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D54BCF8" w14:textId="66CF050F"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6239427A"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FF3DA18"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902B379"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val="restart"/>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7ABD9E3"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3"/>
                <w:szCs w:val="22"/>
                <w:lang w:val="en-US" w:eastAsia="en-US"/>
              </w:rPr>
              <w:t>SAN MIGUEL</w:t>
            </w:r>
          </w:p>
          <w:p w14:paraId="26D2A465"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9F982BE"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4199ADF"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155753ED"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23B68C3"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C2EED7C" w14:textId="77777777" w:rsidR="003C543E" w:rsidRPr="003C543E" w:rsidRDefault="003C543E" w:rsidP="003C543E">
            <w:pPr>
              <w:spacing w:after="200" w:line="276" w:lineRule="auto"/>
              <w:jc w:val="center"/>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F59966C"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1: Vereda Santa Marta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San Miguel.</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AEC880C"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38</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F2C13E5"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7,5</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904027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23</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9DEA97B"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E1893E7" w14:textId="2F0208B6"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FEEAB94" w14:textId="7C150D0C"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68EE62C6"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9B829DF"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92B2AE7"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819A00E"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A1E2583"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2: Vereda el Roble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San Miguel.</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191BFB3"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39</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F73F6D8"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4</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ED1748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14</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46FC0B3"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E405736" w14:textId="4EA28AE2"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55E97B3" w14:textId="4CB6CDF4"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517C1463"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C504157"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DE7604D"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0663E91"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D7B1D4A"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3: Vereda Palestina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San Miguel.</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71F66D6"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40</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AB92078"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B1F77AE"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17</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13F311E"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04C1CBF" w14:textId="1C07D8EB"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2F7A4D9" w14:textId="74196996"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3B4E5AFB"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02707F6"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46934B9"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3185435"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763352A"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4: Vereda Villa Mercedes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San Miguel.</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3FB8A23"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41</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3EF408C"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6,5</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C8C20E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19</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6D7739E"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27B6098" w14:textId="0DF4A4DE"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2358C25" w14:textId="7D659869"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45E21190"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8052C78"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987D6E8"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B4C378E"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5FC220B"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5: Vereda Villa Esperanza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San Miguel.</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4B2E991"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42</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EB75D55"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4,5</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B8450C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35</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E1CE140"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4FA3C19" w14:textId="3D94E416"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EE081D8" w14:textId="13FF0838"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3EB106D7"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CC88FD7"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542EC5F"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372B401"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2706CBF"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6: Vereda Agua Bonita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San Miguel.</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E08A1E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43</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C37A51C"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7,3</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DC5F19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16</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DD3416B"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C818C00" w14:textId="39EB1939"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0E4A594" w14:textId="0B33611F"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27480D10"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8604B69"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139C4CD"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03FB527"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7157A59"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7: Vereda San José de Juntas y Jardines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San Miguel.</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E0398CC"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44</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B09BC9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F952866"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32</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83BC3B1"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7CF5A0F" w14:textId="4D21ABB1"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8BEB58F" w14:textId="1FC47F71"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2265D032"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229D7B0"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A44293E"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val="restart"/>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3EF131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3"/>
                <w:szCs w:val="22"/>
                <w:lang w:val="en-US" w:eastAsia="en-US"/>
              </w:rPr>
              <w:t>MONSERRATE</w:t>
            </w:r>
          </w:p>
          <w:p w14:paraId="15BCB5A6"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39155AF"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990CCC6" w14:textId="77777777" w:rsidR="003C543E" w:rsidRPr="003C543E" w:rsidRDefault="003C543E" w:rsidP="003C543E">
            <w:pPr>
              <w:spacing w:after="200" w:line="276" w:lineRule="auto"/>
              <w:jc w:val="center"/>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30CBC98"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1: Vereda La Mesa Monserrate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principal.</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AABE603"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45</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FA3F648"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8</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02BDEEE"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34</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E1421D5"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562CC41" w14:textId="5059D93B"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A42DEAF" w14:textId="21EF9BB4"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182B6E20"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6F0C1DE"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D4A21DD"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001E850"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43A1469"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2: Vereda </w:t>
            </w:r>
            <w:proofErr w:type="spellStart"/>
            <w:r w:rsidRPr="003C543E">
              <w:rPr>
                <w:rFonts w:ascii="Arial" w:eastAsia="MS Mincho" w:hAnsi="Arial"/>
                <w:sz w:val="12"/>
                <w:szCs w:val="22"/>
                <w:lang w:val="en-US" w:eastAsia="en-US"/>
              </w:rPr>
              <w:t>escuela</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La </w:t>
            </w:r>
            <w:proofErr w:type="spellStart"/>
            <w:r w:rsidRPr="003C543E">
              <w:rPr>
                <w:rFonts w:ascii="Arial" w:eastAsia="MS Mincho" w:hAnsi="Arial"/>
                <w:sz w:val="12"/>
                <w:szCs w:val="22"/>
                <w:lang w:val="en-US" w:eastAsia="en-US"/>
              </w:rPr>
              <w:t>Muralla</w:t>
            </w:r>
            <w:proofErr w:type="spellEnd"/>
            <w:r w:rsidRPr="003C543E">
              <w:rPr>
                <w:rFonts w:ascii="Arial" w:eastAsia="MS Mincho" w:hAnsi="Arial"/>
                <w:sz w:val="12"/>
                <w:szCs w:val="22"/>
                <w:lang w:val="en-US" w:eastAsia="en-US"/>
              </w:rPr>
              <w:t xml:space="preserve"> 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Principal Monserrate.</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32DE7B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46</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31E728E"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5</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21D71B9"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33</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EA0B2A1"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5F19DF6" w14:textId="0035181E"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145A72D" w14:textId="0FEAF491"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32D35C16"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52C7001"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4D1C0EA"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DE28FBA"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7B08753"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3: Vereda de Alto </w:t>
            </w:r>
            <w:proofErr w:type="spellStart"/>
            <w:r w:rsidRPr="003C543E">
              <w:rPr>
                <w:rFonts w:ascii="Arial" w:eastAsia="MS Mincho" w:hAnsi="Arial"/>
                <w:sz w:val="12"/>
                <w:szCs w:val="22"/>
                <w:lang w:val="en-US" w:eastAsia="en-US"/>
              </w:rPr>
              <w:t>Patico</w:t>
            </w:r>
            <w:proofErr w:type="spellEnd"/>
            <w:r w:rsidRPr="003C543E">
              <w:rPr>
                <w:rFonts w:ascii="Arial" w:eastAsia="MS Mincho" w:hAnsi="Arial"/>
                <w:sz w:val="12"/>
                <w:szCs w:val="22"/>
                <w:lang w:val="en-US" w:eastAsia="en-US"/>
              </w:rPr>
              <w:t xml:space="preserve"> 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Monserrate.</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A4429D5"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47</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405B070"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10</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94E8D4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14</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58EDFC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52B4F86" w14:textId="43B524F6"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996A20B" w14:textId="1757C1C0"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0A809A4E"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1807488"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8037C9D"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8D092F0"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4A1DD5A"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4: Vereda del </w:t>
            </w:r>
            <w:proofErr w:type="spellStart"/>
            <w:r w:rsidRPr="003C543E">
              <w:rPr>
                <w:rFonts w:ascii="Arial" w:eastAsia="MS Mincho" w:hAnsi="Arial"/>
                <w:sz w:val="12"/>
                <w:szCs w:val="22"/>
                <w:lang w:val="en-US" w:eastAsia="en-US"/>
              </w:rPr>
              <w:t>Tablón</w:t>
            </w:r>
            <w:proofErr w:type="spellEnd"/>
            <w:r w:rsidRPr="003C543E">
              <w:rPr>
                <w:rFonts w:ascii="Arial" w:eastAsia="MS Mincho" w:hAnsi="Arial"/>
                <w:sz w:val="12"/>
                <w:szCs w:val="22"/>
                <w:lang w:val="en-US" w:eastAsia="en-US"/>
              </w:rPr>
              <w:t xml:space="preserve"> 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Monserrate.</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0B5893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48</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F5D82F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176B106"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32</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17204EE"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E33D875" w14:textId="1CB09A46"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603CA9B" w14:textId="3E1B39C2"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34BC8B1D"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2AC531E"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7FD62E4"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val="restart"/>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EC79920"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3"/>
                <w:szCs w:val="22"/>
                <w:lang w:val="en-US" w:eastAsia="en-US"/>
              </w:rPr>
              <w:t>YU LUUСX</w:t>
            </w:r>
          </w:p>
          <w:p w14:paraId="0A4A385F"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C613C86"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195BBA5F"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6F09923F"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D3C5C84" w14:textId="77777777" w:rsidR="003C543E" w:rsidRPr="003C543E" w:rsidRDefault="003C543E" w:rsidP="003C543E">
            <w:pPr>
              <w:spacing w:after="200" w:line="276" w:lineRule="auto"/>
              <w:jc w:val="center"/>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FB627DD"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1: Vereda Candelaria, Patio Bonito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Yu'luucx</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Pishau</w:t>
            </w:r>
            <w:proofErr w:type="spellEnd"/>
            <w:r w:rsidRPr="003C543E">
              <w:rPr>
                <w:rFonts w:ascii="Arial" w:eastAsia="MS Mincho" w:hAnsi="Arial"/>
                <w:sz w:val="12"/>
                <w:szCs w:val="22"/>
                <w:lang w:val="en-US" w:eastAsia="en-US"/>
              </w:rPr>
              <w:t>.</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A24496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49</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D21325D"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10</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D95DED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27</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993D69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79D61C9" w14:textId="3583A882"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BBD358F" w14:textId="16E465AF"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2EE9DF96"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0319B0C"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A15E816"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5756DD5"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503560D"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2: Vereda La Playa, </w:t>
            </w:r>
            <w:proofErr w:type="spellStart"/>
            <w:r w:rsidRPr="003C543E">
              <w:rPr>
                <w:rFonts w:ascii="Arial" w:eastAsia="MS Mincho" w:hAnsi="Arial"/>
                <w:sz w:val="12"/>
                <w:szCs w:val="22"/>
                <w:lang w:val="en-US" w:eastAsia="en-US"/>
              </w:rPr>
              <w:t>Aguacatal</w:t>
            </w:r>
            <w:proofErr w:type="spellEnd"/>
            <w:r w:rsidRPr="003C543E">
              <w:rPr>
                <w:rFonts w:ascii="Arial" w:eastAsia="MS Mincho" w:hAnsi="Arial"/>
                <w:sz w:val="12"/>
                <w:szCs w:val="22"/>
                <w:lang w:val="en-US" w:eastAsia="en-US"/>
              </w:rPr>
              <w:t xml:space="preserve">, La Palma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Yu'luucx</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Pishau</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principal.</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C090A1D"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50</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1D5C8C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10</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183AC98"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3810F46"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933B1EB" w14:textId="3627BDA6"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F3D54C5" w14:textId="2DA35C40"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131EF634"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D33450C"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2ECC91C"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0EBF24B"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6BAE6CA"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3: La Palma, La Reforma, </w:t>
            </w:r>
            <w:proofErr w:type="spellStart"/>
            <w:r w:rsidRPr="003C543E">
              <w:rPr>
                <w:rFonts w:ascii="Arial" w:eastAsia="MS Mincho" w:hAnsi="Arial"/>
                <w:sz w:val="12"/>
                <w:szCs w:val="22"/>
                <w:lang w:val="en-US" w:eastAsia="en-US"/>
              </w:rPr>
              <w:t>Pigoanza</w:t>
            </w:r>
            <w:proofErr w:type="spellEnd"/>
            <w:r w:rsidRPr="003C543E">
              <w:rPr>
                <w:rFonts w:ascii="Arial" w:eastAsia="MS Mincho" w:hAnsi="Arial"/>
                <w:sz w:val="12"/>
                <w:szCs w:val="22"/>
                <w:lang w:val="en-US" w:eastAsia="en-US"/>
              </w:rPr>
              <w:t xml:space="preserve">, Juntas a la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Peñón</w:t>
            </w:r>
            <w:proofErr w:type="spellEnd"/>
            <w:r w:rsidRPr="003C543E">
              <w:rPr>
                <w:rFonts w:ascii="Arial" w:eastAsia="MS Mincho" w:hAnsi="Arial"/>
                <w:sz w:val="12"/>
                <w:szCs w:val="22"/>
                <w:lang w:val="en-US" w:eastAsia="en-US"/>
              </w:rPr>
              <w:t xml:space="preserve"> de Talaga.</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B34880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51</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9547586"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10</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82D79DC"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33</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3A8C125"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C066236" w14:textId="6F16E002"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BF28D2E" w14:textId="5B9CA7FB"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66512105"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5D7F039"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827918C"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10795B4"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B06FF2C"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4: El Congreso, La </w:t>
            </w:r>
            <w:proofErr w:type="spellStart"/>
            <w:r w:rsidRPr="003C543E">
              <w:rPr>
                <w:rFonts w:ascii="Arial" w:eastAsia="MS Mincho" w:hAnsi="Arial"/>
                <w:sz w:val="12"/>
                <w:szCs w:val="22"/>
                <w:lang w:val="en-US" w:eastAsia="en-US"/>
              </w:rPr>
              <w:t>Comuna</w:t>
            </w:r>
            <w:proofErr w:type="spellEnd"/>
            <w:r w:rsidRPr="003C543E">
              <w:rPr>
                <w:rFonts w:ascii="Arial" w:eastAsia="MS Mincho" w:hAnsi="Arial"/>
                <w:sz w:val="12"/>
                <w:szCs w:val="22"/>
                <w:lang w:val="en-US" w:eastAsia="en-US"/>
              </w:rPr>
              <w:t xml:space="preserve">, La Estación a la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Peñón</w:t>
            </w:r>
            <w:proofErr w:type="spellEnd"/>
            <w:r w:rsidRPr="003C543E">
              <w:rPr>
                <w:rFonts w:ascii="Arial" w:eastAsia="MS Mincho" w:hAnsi="Arial"/>
                <w:sz w:val="12"/>
                <w:szCs w:val="22"/>
                <w:lang w:val="en-US" w:eastAsia="en-US"/>
              </w:rPr>
              <w:t xml:space="preserve"> de Talaga.</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677FA39"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52</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3C7423D"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E44D65C"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1E043BE"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3938BF8" w14:textId="23E540BF"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E6D6890" w14:textId="2CF19CD4"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102C897D"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16CAC4F"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11B3754"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C26692F"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89DF77C"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5: </w:t>
            </w:r>
            <w:proofErr w:type="spellStart"/>
            <w:r w:rsidRPr="003C543E">
              <w:rPr>
                <w:rFonts w:ascii="Arial" w:eastAsia="MS Mincho" w:hAnsi="Arial"/>
                <w:sz w:val="12"/>
                <w:szCs w:val="22"/>
                <w:lang w:val="en-US" w:eastAsia="en-US"/>
              </w:rPr>
              <w:t>Fxiw</w:t>
            </w:r>
            <w:proofErr w:type="spellEnd"/>
            <w:r w:rsidRPr="003C543E">
              <w:rPr>
                <w:rFonts w:ascii="Arial" w:eastAsia="MS Mincho" w:hAnsi="Arial"/>
                <w:sz w:val="12"/>
                <w:szCs w:val="22"/>
                <w:lang w:val="en-US" w:eastAsia="en-US"/>
              </w:rPr>
              <w:t xml:space="preserve"> Paez Nueva Irlanda, La Ponderosa, Alto Coral a la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Potrerito</w:t>
            </w:r>
            <w:proofErr w:type="spellEnd"/>
            <w:r w:rsidRPr="003C543E">
              <w:rPr>
                <w:rFonts w:ascii="Arial" w:eastAsia="MS Mincho" w:hAnsi="Arial"/>
                <w:sz w:val="12"/>
                <w:szCs w:val="22"/>
                <w:lang w:val="en-US" w:eastAsia="en-US"/>
              </w:rPr>
              <w:t>.</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F2C077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53</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728567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12</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18B2B4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30</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30897F8"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BBAAFBA" w14:textId="4C1A48C2"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3F459F9" w14:textId="276608DA"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135976C8"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7A346B2"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DDBDCAC"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6ADB3AA"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0D239ED"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6: Vereda La Morena, El Coral, San Francisco, El Refugio a la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Potrero.</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C0529A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54</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D1B4BD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12</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B38AFED"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44</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8C1DBA8"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0149D96" w14:textId="19BC534D"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1EE705C" w14:textId="68D475D4"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743C6F5F"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A2E85B5"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5CC73A8"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val="restart"/>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F7DB405"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3"/>
                <w:szCs w:val="22"/>
                <w:lang w:val="en-US" w:eastAsia="en-US"/>
              </w:rPr>
              <w:t>CAMPESTRE SAN JOSE</w:t>
            </w:r>
          </w:p>
          <w:p w14:paraId="7470024C"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8151FB0"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2D6D6301"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87BDC74" w14:textId="77777777" w:rsidR="003C543E" w:rsidRPr="003C543E" w:rsidRDefault="003C543E" w:rsidP="003C543E">
            <w:pPr>
              <w:spacing w:after="200" w:line="276" w:lineRule="auto"/>
              <w:jc w:val="center"/>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2C525BC"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lastRenderedPageBreak/>
              <w:t xml:space="preserve">Ruta 1: Alto Retiro – Bajo Retiro a la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Principal (</w:t>
            </w:r>
            <w:proofErr w:type="spellStart"/>
            <w:r w:rsidRPr="003C543E">
              <w:rPr>
                <w:rFonts w:ascii="Arial" w:eastAsia="MS Mincho" w:hAnsi="Arial"/>
                <w:sz w:val="12"/>
                <w:szCs w:val="22"/>
                <w:lang w:val="en-US" w:eastAsia="en-US"/>
              </w:rPr>
              <w:t>ida</w:t>
            </w:r>
            <w:proofErr w:type="spellEnd"/>
            <w:r w:rsidRPr="003C543E">
              <w:rPr>
                <w:rFonts w:ascii="Arial" w:eastAsia="MS Mincho" w:hAnsi="Arial"/>
                <w:sz w:val="12"/>
                <w:szCs w:val="22"/>
                <w:lang w:val="en-US" w:eastAsia="en-US"/>
              </w:rPr>
              <w:t xml:space="preserve"> y </w:t>
            </w:r>
            <w:proofErr w:type="spellStart"/>
            <w:r w:rsidRPr="003C543E">
              <w:rPr>
                <w:rFonts w:ascii="Arial" w:eastAsia="MS Mincho" w:hAnsi="Arial"/>
                <w:sz w:val="12"/>
                <w:szCs w:val="22"/>
                <w:lang w:val="en-US" w:eastAsia="en-US"/>
              </w:rPr>
              <w:t>vuelta</w:t>
            </w:r>
            <w:proofErr w:type="spellEnd"/>
            <w:r w:rsidRPr="003C543E">
              <w:rPr>
                <w:rFonts w:ascii="Arial" w:eastAsia="MS Mincho" w:hAnsi="Arial"/>
                <w:sz w:val="12"/>
                <w:szCs w:val="22"/>
                <w:lang w:val="en-US" w:eastAsia="en-US"/>
              </w:rPr>
              <w:t>).</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0455DBD"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55</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029D73B"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4</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032B56B"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40</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466C0EC"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503E3A4" w14:textId="39B94372"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140F67A" w14:textId="135D48CE"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7A144628"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D899389"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1EDCAB5"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A8656BA"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EB9D04C"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2: Alto </w:t>
            </w:r>
            <w:proofErr w:type="spellStart"/>
            <w:r w:rsidRPr="003C543E">
              <w:rPr>
                <w:rFonts w:ascii="Arial" w:eastAsia="MS Mincho" w:hAnsi="Arial"/>
                <w:sz w:val="12"/>
                <w:szCs w:val="22"/>
                <w:lang w:val="en-US" w:eastAsia="en-US"/>
              </w:rPr>
              <w:t>Chilicambe</w:t>
            </w:r>
            <w:proofErr w:type="spellEnd"/>
            <w:r w:rsidRPr="003C543E">
              <w:rPr>
                <w:rFonts w:ascii="Arial" w:eastAsia="MS Mincho" w:hAnsi="Arial"/>
                <w:sz w:val="12"/>
                <w:szCs w:val="22"/>
                <w:lang w:val="en-US" w:eastAsia="en-US"/>
              </w:rPr>
              <w:t xml:space="preserve">- La Orquídea- Chocó- Bajo </w:t>
            </w:r>
            <w:proofErr w:type="spellStart"/>
            <w:r w:rsidRPr="003C543E">
              <w:rPr>
                <w:rFonts w:ascii="Arial" w:eastAsia="MS Mincho" w:hAnsi="Arial"/>
                <w:sz w:val="12"/>
                <w:szCs w:val="22"/>
                <w:lang w:val="en-US" w:eastAsia="en-US"/>
              </w:rPr>
              <w:t>Moscopan</w:t>
            </w:r>
            <w:proofErr w:type="spellEnd"/>
            <w:r w:rsidRPr="003C543E">
              <w:rPr>
                <w:rFonts w:ascii="Arial" w:eastAsia="MS Mincho" w:hAnsi="Arial"/>
                <w:sz w:val="12"/>
                <w:szCs w:val="22"/>
                <w:lang w:val="en-US" w:eastAsia="en-US"/>
              </w:rPr>
              <w:t xml:space="preserve">- 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Principal (</w:t>
            </w:r>
            <w:proofErr w:type="spellStart"/>
            <w:r w:rsidRPr="003C543E">
              <w:rPr>
                <w:rFonts w:ascii="Arial" w:eastAsia="MS Mincho" w:hAnsi="Arial"/>
                <w:sz w:val="12"/>
                <w:szCs w:val="22"/>
                <w:lang w:val="en-US" w:eastAsia="en-US"/>
              </w:rPr>
              <w:t>ida</w:t>
            </w:r>
            <w:proofErr w:type="spellEnd"/>
            <w:r w:rsidRPr="003C543E">
              <w:rPr>
                <w:rFonts w:ascii="Arial" w:eastAsia="MS Mincho" w:hAnsi="Arial"/>
                <w:sz w:val="12"/>
                <w:szCs w:val="22"/>
                <w:lang w:val="en-US" w:eastAsia="en-US"/>
              </w:rPr>
              <w:t xml:space="preserve"> y </w:t>
            </w:r>
            <w:proofErr w:type="spellStart"/>
            <w:r w:rsidRPr="003C543E">
              <w:rPr>
                <w:rFonts w:ascii="Arial" w:eastAsia="MS Mincho" w:hAnsi="Arial"/>
                <w:sz w:val="12"/>
                <w:szCs w:val="22"/>
                <w:lang w:val="en-US" w:eastAsia="en-US"/>
              </w:rPr>
              <w:t>vuelta</w:t>
            </w:r>
            <w:proofErr w:type="spellEnd"/>
            <w:r w:rsidRPr="003C543E">
              <w:rPr>
                <w:rFonts w:ascii="Arial" w:eastAsia="MS Mincho" w:hAnsi="Arial"/>
                <w:sz w:val="12"/>
                <w:szCs w:val="22"/>
                <w:lang w:val="en-US" w:eastAsia="en-US"/>
              </w:rPr>
              <w:t>).</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978CC5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56</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A43686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7</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7088EC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31</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E5B63CE"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310B00C" w14:textId="7CBEB8E2"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23EB0E0" w14:textId="3BC7C331"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04BFD76D"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6D462FD"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CE68ADB"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369D2A5"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DC2CAAC"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3: Rosal- El Carmen- La Estrella- El Cedro- Los Alpes- 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Principal (</w:t>
            </w:r>
            <w:proofErr w:type="spellStart"/>
            <w:r w:rsidRPr="003C543E">
              <w:rPr>
                <w:rFonts w:ascii="Arial" w:eastAsia="MS Mincho" w:hAnsi="Arial"/>
                <w:sz w:val="12"/>
                <w:szCs w:val="22"/>
                <w:lang w:val="en-US" w:eastAsia="en-US"/>
              </w:rPr>
              <w:t>ida</w:t>
            </w:r>
            <w:proofErr w:type="spellEnd"/>
            <w:r w:rsidRPr="003C543E">
              <w:rPr>
                <w:rFonts w:ascii="Arial" w:eastAsia="MS Mincho" w:hAnsi="Arial"/>
                <w:sz w:val="12"/>
                <w:szCs w:val="22"/>
                <w:lang w:val="en-US" w:eastAsia="en-US"/>
              </w:rPr>
              <w:t xml:space="preserve"> y </w:t>
            </w:r>
            <w:proofErr w:type="spellStart"/>
            <w:r w:rsidRPr="003C543E">
              <w:rPr>
                <w:rFonts w:ascii="Arial" w:eastAsia="MS Mincho" w:hAnsi="Arial"/>
                <w:sz w:val="12"/>
                <w:szCs w:val="22"/>
                <w:lang w:val="en-US" w:eastAsia="en-US"/>
              </w:rPr>
              <w:t>vuelta</w:t>
            </w:r>
            <w:proofErr w:type="spellEnd"/>
            <w:r w:rsidRPr="003C543E">
              <w:rPr>
                <w:rFonts w:ascii="Arial" w:eastAsia="MS Mincho" w:hAnsi="Arial"/>
                <w:sz w:val="12"/>
                <w:szCs w:val="22"/>
                <w:lang w:val="en-US" w:eastAsia="en-US"/>
              </w:rPr>
              <w:t>).</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4E6144E"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57</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9A5DCC9"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32</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B13ECCC"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19</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6704FE3"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DB58204" w14:textId="799809D6"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749C965" w14:textId="58BE4B2E"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51669FB4"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EB818C2"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79AB21B"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4AF714D"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99A795A"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4: Rosal- El Carmen- La Estrella- 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El Cedro (</w:t>
            </w:r>
            <w:proofErr w:type="spellStart"/>
            <w:r w:rsidRPr="003C543E">
              <w:rPr>
                <w:rFonts w:ascii="Arial" w:eastAsia="MS Mincho" w:hAnsi="Arial"/>
                <w:sz w:val="12"/>
                <w:szCs w:val="22"/>
                <w:lang w:val="en-US" w:eastAsia="en-US"/>
              </w:rPr>
              <w:t>ida</w:t>
            </w:r>
            <w:proofErr w:type="spellEnd"/>
            <w:r w:rsidRPr="003C543E">
              <w:rPr>
                <w:rFonts w:ascii="Arial" w:eastAsia="MS Mincho" w:hAnsi="Arial"/>
                <w:sz w:val="12"/>
                <w:szCs w:val="22"/>
                <w:lang w:val="en-US" w:eastAsia="en-US"/>
              </w:rPr>
              <w:t xml:space="preserve"> y </w:t>
            </w:r>
            <w:proofErr w:type="spellStart"/>
            <w:r w:rsidRPr="003C543E">
              <w:rPr>
                <w:rFonts w:ascii="Arial" w:eastAsia="MS Mincho" w:hAnsi="Arial"/>
                <w:sz w:val="12"/>
                <w:szCs w:val="22"/>
                <w:lang w:val="en-US" w:eastAsia="en-US"/>
              </w:rPr>
              <w:t>vuelta</w:t>
            </w:r>
            <w:proofErr w:type="spellEnd"/>
            <w:r w:rsidRPr="003C543E">
              <w:rPr>
                <w:rFonts w:ascii="Arial" w:eastAsia="MS Mincho" w:hAnsi="Arial"/>
                <w:sz w:val="12"/>
                <w:szCs w:val="22"/>
                <w:lang w:val="en-US" w:eastAsia="en-US"/>
              </w:rPr>
              <w:t>).</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62E5E7D"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58</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BEBD7B9"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12</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1BFA6C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16</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06E0093"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718F0E7" w14:textId="1E07A247" w:rsidR="003C543E" w:rsidRPr="003C543E" w:rsidRDefault="003C543E" w:rsidP="00993CEE">
            <w:pPr>
              <w:spacing w:after="200" w:line="276" w:lineRule="auto"/>
              <w:jc w:val="center"/>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2DE9E2B" w14:textId="17940F98"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66535336"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9098C30"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E53F870"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66EA2D9"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D6A4795"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5: La Palma- 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Principal (</w:t>
            </w:r>
            <w:proofErr w:type="spellStart"/>
            <w:r w:rsidRPr="003C543E">
              <w:rPr>
                <w:rFonts w:ascii="Arial" w:eastAsia="MS Mincho" w:hAnsi="Arial"/>
                <w:sz w:val="12"/>
                <w:szCs w:val="22"/>
                <w:lang w:val="en-US" w:eastAsia="en-US"/>
              </w:rPr>
              <w:t>ida</w:t>
            </w:r>
            <w:proofErr w:type="spellEnd"/>
            <w:r w:rsidRPr="003C543E">
              <w:rPr>
                <w:rFonts w:ascii="Arial" w:eastAsia="MS Mincho" w:hAnsi="Arial"/>
                <w:sz w:val="12"/>
                <w:szCs w:val="22"/>
                <w:lang w:val="en-US" w:eastAsia="en-US"/>
              </w:rPr>
              <w:t xml:space="preserve"> y </w:t>
            </w:r>
            <w:proofErr w:type="spellStart"/>
            <w:r w:rsidRPr="003C543E">
              <w:rPr>
                <w:rFonts w:ascii="Arial" w:eastAsia="MS Mincho" w:hAnsi="Arial"/>
                <w:sz w:val="12"/>
                <w:szCs w:val="22"/>
                <w:lang w:val="en-US" w:eastAsia="en-US"/>
              </w:rPr>
              <w:t>vuelta</w:t>
            </w:r>
            <w:proofErr w:type="spellEnd"/>
            <w:r w:rsidRPr="003C543E">
              <w:rPr>
                <w:rFonts w:ascii="Arial" w:eastAsia="MS Mincho" w:hAnsi="Arial"/>
                <w:sz w:val="12"/>
                <w:szCs w:val="22"/>
                <w:lang w:val="en-US" w:eastAsia="en-US"/>
              </w:rPr>
              <w:t>).</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148F66C"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59</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7225829"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8</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B9D0F4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17</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361318D"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2B6BE9F" w14:textId="2626EEE5"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7BBAFC8" w14:textId="3EA79544"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72699574"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5AC2A5E"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8E21344"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val="restart"/>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409FD9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3"/>
                <w:szCs w:val="22"/>
                <w:lang w:val="en-US" w:eastAsia="en-US"/>
              </w:rPr>
              <w:t>SAN VICENTE</w:t>
            </w:r>
          </w:p>
          <w:p w14:paraId="3E52FE59"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10F46A7C"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BA5DBD6"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4EF4A79"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1B090AD5" w14:textId="77777777" w:rsidR="003C543E" w:rsidRPr="003C543E" w:rsidRDefault="003C543E" w:rsidP="003C543E">
            <w:pPr>
              <w:spacing w:after="200" w:line="276" w:lineRule="auto"/>
              <w:jc w:val="center"/>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4F13F0E"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1: Vereda </w:t>
            </w:r>
            <w:proofErr w:type="spellStart"/>
            <w:r w:rsidRPr="003C543E">
              <w:rPr>
                <w:rFonts w:ascii="Arial" w:eastAsia="MS Mincho" w:hAnsi="Arial"/>
                <w:sz w:val="12"/>
                <w:szCs w:val="22"/>
                <w:lang w:val="en-US" w:eastAsia="en-US"/>
              </w:rPr>
              <w:t>Bélgica</w:t>
            </w:r>
            <w:proofErr w:type="spellEnd"/>
            <w:r w:rsidRPr="003C543E">
              <w:rPr>
                <w:rFonts w:ascii="Arial" w:eastAsia="MS Mincho" w:hAnsi="Arial"/>
                <w:sz w:val="12"/>
                <w:szCs w:val="22"/>
                <w:lang w:val="en-US" w:eastAsia="en-US"/>
              </w:rPr>
              <w:t xml:space="preserve">- Vereda Los Ángeles- Vereda Las Brisas A la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San Vicente.</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60CE655"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60</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7ED3A7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12</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2E8131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93</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C310D81"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0DFF7E3" w14:textId="3E1635E2"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B359A35" w14:textId="751DF351"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154DCAD5"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79777CE"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8DBECA1"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811D1AD"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EA5B6FC"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2: Vereda San Mateo – Vereda El Triunfo A La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San Vicente.</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669B2E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61</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001C540"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EF90708"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31</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28FB57D"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E3278B7" w14:textId="190C70ED"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14DEB6F" w14:textId="0D54E960"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1DF2992E"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46B081F"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92376AF"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08D0737"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D5ABBB3"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3: Vereda El </w:t>
            </w:r>
            <w:proofErr w:type="spellStart"/>
            <w:r w:rsidRPr="003C543E">
              <w:rPr>
                <w:rFonts w:ascii="Arial" w:eastAsia="MS Mincho" w:hAnsi="Arial"/>
                <w:sz w:val="12"/>
                <w:szCs w:val="22"/>
                <w:lang w:val="en-US" w:eastAsia="en-US"/>
              </w:rPr>
              <w:t>Líbano</w:t>
            </w:r>
            <w:proofErr w:type="spellEnd"/>
            <w:r w:rsidRPr="003C543E">
              <w:rPr>
                <w:rFonts w:ascii="Arial" w:eastAsia="MS Mincho" w:hAnsi="Arial"/>
                <w:sz w:val="12"/>
                <w:szCs w:val="22"/>
                <w:lang w:val="en-US" w:eastAsia="en-US"/>
              </w:rPr>
              <w:t xml:space="preserve"> – Vereda Dos Aguas – Vereda Alto San Mateo A La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San Vicente.</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CDF7906"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62</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432C17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23</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A347D06"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27</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AAD08A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B31AE5B" w14:textId="56AE1F0A"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BFAC209" w14:textId="70E99F9E"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4B3113CD"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EEB3F3E"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1E61CF2"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3F1274A"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57CFE47"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4: Vereda La Esmeralda – Vereda La Alpina A La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San Vicente.</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733ACB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63</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4755719"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16</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49B2E8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58</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054BFB9"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E4BC50C" w14:textId="4D9D5A32"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BD3109C" w14:textId="289A1C4A"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73BA1BFE"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4D1853A"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4F0CF2B"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548A14E"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E60EA67"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5: Vereda La Palma – Vereda Los Laureles – Vereda Villa Colombia A La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San Vicente.</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70D4CAD"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64</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4439231"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10</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F4C39B1"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28</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A4E179C"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0ECB37B" w14:textId="3B3BFA7B"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3AE6089" w14:textId="070511FC"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188DF15E"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5D0D044"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6D2973E"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8011DDD"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DE34FF9"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6: Vereda La Esmeralda – Vereda Los Laureles- Vereda Villa Colombia A La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La Palma.</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47FCF23"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65</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63A36B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13</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2523C35"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7DCB7C3"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9828D14" w14:textId="688FA718"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06B1EEB" w14:textId="6A0A268C"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3B96D8BF"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8716E61"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2A440CD"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val="restart"/>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256CFD8"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3"/>
                <w:szCs w:val="22"/>
                <w:lang w:val="en-US" w:eastAsia="en-US"/>
              </w:rPr>
              <w:t>SEGOVIANAS</w:t>
            </w:r>
          </w:p>
          <w:p w14:paraId="57703D00"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7E1174D"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61479779" w14:textId="77777777" w:rsidR="003C543E" w:rsidRPr="003C543E" w:rsidRDefault="003C543E" w:rsidP="003C543E">
            <w:pPr>
              <w:spacing w:after="200" w:line="276" w:lineRule="auto"/>
              <w:jc w:val="center"/>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28AE722"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1 (Alto </w:t>
            </w:r>
            <w:proofErr w:type="spellStart"/>
            <w:r w:rsidRPr="003C543E">
              <w:rPr>
                <w:rFonts w:ascii="Arial" w:eastAsia="MS Mincho" w:hAnsi="Arial"/>
                <w:sz w:val="12"/>
                <w:szCs w:val="22"/>
                <w:lang w:val="en-US" w:eastAsia="en-US"/>
              </w:rPr>
              <w:t>Segovianas</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Segovianas</w:t>
            </w:r>
            <w:proofErr w:type="spellEnd"/>
            <w:r w:rsidRPr="003C543E">
              <w:rPr>
                <w:rFonts w:ascii="Arial" w:eastAsia="MS Mincho" w:hAnsi="Arial"/>
                <w:sz w:val="12"/>
                <w:szCs w:val="22"/>
                <w:lang w:val="en-US" w:eastAsia="en-US"/>
              </w:rPr>
              <w:t xml:space="preserve"> - Alto </w:t>
            </w:r>
            <w:proofErr w:type="spellStart"/>
            <w:r w:rsidRPr="003C543E">
              <w:rPr>
                <w:rFonts w:ascii="Arial" w:eastAsia="MS Mincho" w:hAnsi="Arial"/>
                <w:sz w:val="12"/>
                <w:szCs w:val="22"/>
                <w:lang w:val="en-US" w:eastAsia="en-US"/>
              </w:rPr>
              <w:t>Segovianas</w:t>
            </w:r>
            <w:proofErr w:type="spellEnd"/>
            <w:r w:rsidRPr="003C543E">
              <w:rPr>
                <w:rFonts w:ascii="Arial" w:eastAsia="MS Mincho" w:hAnsi="Arial"/>
                <w:sz w:val="12"/>
                <w:szCs w:val="22"/>
                <w:lang w:val="en-US" w:eastAsia="en-US"/>
              </w:rPr>
              <w:t>).</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5D1C596"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66</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B95FB3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7</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3D319DE"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38</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494058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DA6035B" w14:textId="2275B91B"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4DBB40B" w14:textId="6C1A1FB9"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5FA94066"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505ED8E"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F773614"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B6280C5"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CF2E7CD"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2 (Vereda El Bosque - </w:t>
            </w:r>
            <w:proofErr w:type="spellStart"/>
            <w:r w:rsidRPr="003C543E">
              <w:rPr>
                <w:rFonts w:ascii="Arial" w:eastAsia="MS Mincho" w:hAnsi="Arial"/>
                <w:sz w:val="12"/>
                <w:szCs w:val="22"/>
                <w:lang w:val="en-US" w:eastAsia="en-US"/>
              </w:rPr>
              <w:t>Segovianas</w:t>
            </w:r>
            <w:proofErr w:type="spellEnd"/>
            <w:r w:rsidRPr="003C543E">
              <w:rPr>
                <w:rFonts w:ascii="Arial" w:eastAsia="MS Mincho" w:hAnsi="Arial"/>
                <w:sz w:val="12"/>
                <w:szCs w:val="22"/>
                <w:lang w:val="en-US" w:eastAsia="en-US"/>
              </w:rPr>
              <w:t xml:space="preserve"> - Vereda El Bosque).</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DB35BF8"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67</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4DC1149"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5</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98FEF58"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32</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1DDC3E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3B26DCE" w14:textId="4C8FB33D"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F2B6AB4" w14:textId="3FDC0D9E"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28CD0C41"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B186E0E"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3430997"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DD3E575"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516A03A"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3 (Vereda El Paraíso- </w:t>
            </w:r>
            <w:proofErr w:type="spellStart"/>
            <w:r w:rsidRPr="003C543E">
              <w:rPr>
                <w:rFonts w:ascii="Arial" w:eastAsia="MS Mincho" w:hAnsi="Arial"/>
                <w:sz w:val="12"/>
                <w:szCs w:val="22"/>
                <w:lang w:val="en-US" w:eastAsia="en-US"/>
              </w:rPr>
              <w:t>Segovianas</w:t>
            </w:r>
            <w:proofErr w:type="spellEnd"/>
            <w:r w:rsidRPr="003C543E">
              <w:rPr>
                <w:rFonts w:ascii="Arial" w:eastAsia="MS Mincho" w:hAnsi="Arial"/>
                <w:sz w:val="12"/>
                <w:szCs w:val="22"/>
                <w:lang w:val="en-US" w:eastAsia="en-US"/>
              </w:rPr>
              <w:t>-Vereda El Paraíso).</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00DD27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68</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D503A1C"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5</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9D208F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13</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9AE7CBE"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5F4417F" w14:textId="780333CC"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68148A8" w14:textId="2DE70B4D"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25E0F601"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D5BEE6E"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AD6E37B"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0E1A048"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ACE9F48"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4 (Vereda El Jazmín- Alto San Isidro </w:t>
            </w:r>
            <w:proofErr w:type="spellStart"/>
            <w:r w:rsidRPr="003C543E">
              <w:rPr>
                <w:rFonts w:ascii="Arial" w:eastAsia="MS Mincho" w:hAnsi="Arial"/>
                <w:sz w:val="12"/>
                <w:szCs w:val="22"/>
                <w:lang w:val="en-US" w:eastAsia="en-US"/>
              </w:rPr>
              <w:t>Segovianas</w:t>
            </w:r>
            <w:proofErr w:type="spellEnd"/>
            <w:r w:rsidRPr="003C543E">
              <w:rPr>
                <w:rFonts w:ascii="Arial" w:eastAsia="MS Mincho" w:hAnsi="Arial"/>
                <w:sz w:val="12"/>
                <w:szCs w:val="22"/>
                <w:lang w:val="en-US" w:eastAsia="en-US"/>
              </w:rPr>
              <w:t>-Alto San Isidro Vereda El Jazmín).</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3C15EAE"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69</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C5A04A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7</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471C43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36</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B81B01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94C9BED" w14:textId="13A95BEC"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B069076" w14:textId="63382321"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349EBA84"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24A56DC"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8F30F3D"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val="restart"/>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F9C5E6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3"/>
                <w:szCs w:val="22"/>
                <w:lang w:val="en-US" w:eastAsia="en-US"/>
              </w:rPr>
              <w:t>SAN SEBASTIAN</w:t>
            </w:r>
          </w:p>
          <w:p w14:paraId="0CDEFEC0"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61DFB0FD" w14:textId="77777777" w:rsidR="003C543E" w:rsidRPr="003C543E" w:rsidRDefault="003C543E" w:rsidP="003C543E">
            <w:pPr>
              <w:spacing w:after="200" w:line="276" w:lineRule="auto"/>
              <w:jc w:val="center"/>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D95BE50"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1. </w:t>
            </w:r>
            <w:proofErr w:type="spellStart"/>
            <w:r w:rsidRPr="003C543E">
              <w:rPr>
                <w:rFonts w:ascii="Arial" w:eastAsia="MS Mincho" w:hAnsi="Arial"/>
                <w:sz w:val="12"/>
                <w:szCs w:val="22"/>
                <w:lang w:val="en-US" w:eastAsia="en-US"/>
              </w:rPr>
              <w:t>Estudiantes</w:t>
            </w:r>
            <w:proofErr w:type="spellEnd"/>
            <w:r w:rsidRPr="003C543E">
              <w:rPr>
                <w:rFonts w:ascii="Arial" w:eastAsia="MS Mincho" w:hAnsi="Arial"/>
                <w:sz w:val="12"/>
                <w:szCs w:val="22"/>
                <w:lang w:val="en-US" w:eastAsia="en-US"/>
              </w:rPr>
              <w:t xml:space="preserve"> con </w:t>
            </w:r>
            <w:proofErr w:type="spellStart"/>
            <w:r w:rsidRPr="003C543E">
              <w:rPr>
                <w:rFonts w:ascii="Arial" w:eastAsia="MS Mincho" w:hAnsi="Arial"/>
                <w:sz w:val="12"/>
                <w:szCs w:val="22"/>
                <w:lang w:val="en-US" w:eastAsia="en-US"/>
              </w:rPr>
              <w:t>necesidades</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educativas</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especiales</w:t>
            </w:r>
            <w:proofErr w:type="spellEnd"/>
            <w:r w:rsidRPr="003C543E">
              <w:rPr>
                <w:rFonts w:ascii="Arial" w:eastAsia="MS Mincho" w:hAnsi="Arial"/>
                <w:sz w:val="12"/>
                <w:szCs w:val="22"/>
                <w:lang w:val="en-US" w:eastAsia="en-US"/>
              </w:rPr>
              <w:t xml:space="preserve"> jornada </w:t>
            </w:r>
            <w:proofErr w:type="spellStart"/>
            <w:r w:rsidRPr="003C543E">
              <w:rPr>
                <w:rFonts w:ascii="Arial" w:eastAsia="MS Mincho" w:hAnsi="Arial"/>
                <w:sz w:val="12"/>
                <w:szCs w:val="22"/>
                <w:lang w:val="en-US" w:eastAsia="en-US"/>
              </w:rPr>
              <w:t>tarde</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desde</w:t>
            </w:r>
            <w:proofErr w:type="spellEnd"/>
            <w:r w:rsidRPr="003C543E">
              <w:rPr>
                <w:rFonts w:ascii="Arial" w:eastAsia="MS Mincho" w:hAnsi="Arial"/>
                <w:sz w:val="12"/>
                <w:szCs w:val="22"/>
                <w:lang w:val="en-US" w:eastAsia="en-US"/>
              </w:rPr>
              <w:t xml:space="preserve"> el Barrio Bela Vista, a la I.E San Sebastián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la Libertad.</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4B2EC30"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70</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F1BC13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6CFEAF1"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4</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174ED8D"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DCA176F" w14:textId="7BA8A43E"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CF1D5AB" w14:textId="0FB1D703"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2A96E0CF"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8663909"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4A6FB5E"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5060A9B"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3D1C4C2"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2. </w:t>
            </w:r>
            <w:proofErr w:type="spellStart"/>
            <w:r w:rsidRPr="003C543E">
              <w:rPr>
                <w:rFonts w:ascii="Arial" w:eastAsia="MS Mincho" w:hAnsi="Arial"/>
                <w:sz w:val="12"/>
                <w:szCs w:val="22"/>
                <w:lang w:val="en-US" w:eastAsia="en-US"/>
              </w:rPr>
              <w:t>Estudiantes</w:t>
            </w:r>
            <w:proofErr w:type="spellEnd"/>
            <w:r w:rsidRPr="003C543E">
              <w:rPr>
                <w:rFonts w:ascii="Arial" w:eastAsia="MS Mincho" w:hAnsi="Arial"/>
                <w:sz w:val="12"/>
                <w:szCs w:val="22"/>
                <w:lang w:val="en-US" w:eastAsia="en-US"/>
              </w:rPr>
              <w:t xml:space="preserve"> con </w:t>
            </w:r>
            <w:proofErr w:type="spellStart"/>
            <w:r w:rsidRPr="003C543E">
              <w:rPr>
                <w:rFonts w:ascii="Arial" w:eastAsia="MS Mincho" w:hAnsi="Arial"/>
                <w:sz w:val="12"/>
                <w:szCs w:val="22"/>
                <w:lang w:val="en-US" w:eastAsia="en-US"/>
              </w:rPr>
              <w:t>necesidades</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educativas</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especiales</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desde</w:t>
            </w:r>
            <w:proofErr w:type="spellEnd"/>
            <w:r w:rsidRPr="003C543E">
              <w:rPr>
                <w:rFonts w:ascii="Arial" w:eastAsia="MS Mincho" w:hAnsi="Arial"/>
                <w:sz w:val="12"/>
                <w:szCs w:val="22"/>
                <w:lang w:val="en-US" w:eastAsia="en-US"/>
              </w:rPr>
              <w:t xml:space="preserve"> el Barrio la Victoria, B/ Villa de la Hacienda, B/ La Pola, Bella Vista, La Libertad, B/ José Darío Olives, B/ </w:t>
            </w:r>
            <w:proofErr w:type="spellStart"/>
            <w:r w:rsidRPr="003C543E">
              <w:rPr>
                <w:rFonts w:ascii="Arial" w:eastAsia="MS Mincho" w:hAnsi="Arial"/>
                <w:sz w:val="12"/>
                <w:szCs w:val="22"/>
                <w:lang w:val="en-US" w:eastAsia="en-US"/>
              </w:rPr>
              <w:t>Guamí</w:t>
            </w:r>
            <w:proofErr w:type="spellEnd"/>
            <w:r w:rsidRPr="003C543E">
              <w:rPr>
                <w:rFonts w:ascii="Arial" w:eastAsia="MS Mincho" w:hAnsi="Arial"/>
                <w:sz w:val="12"/>
                <w:szCs w:val="22"/>
                <w:lang w:val="en-US" w:eastAsia="en-US"/>
              </w:rPr>
              <w:t xml:space="preserve">, B/ </w:t>
            </w:r>
            <w:proofErr w:type="spellStart"/>
            <w:r w:rsidRPr="003C543E">
              <w:rPr>
                <w:rFonts w:ascii="Arial" w:eastAsia="MS Mincho" w:hAnsi="Arial"/>
                <w:sz w:val="12"/>
                <w:szCs w:val="22"/>
                <w:lang w:val="en-US" w:eastAsia="en-US"/>
              </w:rPr>
              <w:t>Eudes</w:t>
            </w:r>
            <w:proofErr w:type="spellEnd"/>
            <w:r w:rsidRPr="003C543E">
              <w:rPr>
                <w:rFonts w:ascii="Arial" w:eastAsia="MS Mincho" w:hAnsi="Arial"/>
                <w:sz w:val="12"/>
                <w:szCs w:val="22"/>
                <w:lang w:val="en-US" w:eastAsia="en-US"/>
              </w:rPr>
              <w:t xml:space="preserve">, B/ San Rafael, Villa del </w:t>
            </w:r>
            <w:proofErr w:type="spellStart"/>
            <w:r w:rsidRPr="003C543E">
              <w:rPr>
                <w:rFonts w:ascii="Arial" w:eastAsia="MS Mincho" w:hAnsi="Arial"/>
                <w:sz w:val="12"/>
                <w:szCs w:val="22"/>
                <w:lang w:val="en-US" w:eastAsia="en-US"/>
              </w:rPr>
              <w:t>Cambis</w:t>
            </w:r>
            <w:proofErr w:type="spellEnd"/>
            <w:r w:rsidRPr="003C543E">
              <w:rPr>
                <w:rFonts w:ascii="Arial" w:eastAsia="MS Mincho" w:hAnsi="Arial"/>
                <w:sz w:val="12"/>
                <w:szCs w:val="22"/>
                <w:lang w:val="en-US" w:eastAsia="en-US"/>
              </w:rPr>
              <w:t xml:space="preserve">, Los Ángeles a la IE San Sebastián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principal.</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1762843"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71</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CF34763"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C0691E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17</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3175AC0"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20154CF" w14:textId="34924490"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81F79F8" w14:textId="6A5D242C"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51216574"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93B2423"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CE642BB"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89AEF0D"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AD1ADF3"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3. </w:t>
            </w:r>
            <w:proofErr w:type="spellStart"/>
            <w:r w:rsidRPr="003C543E">
              <w:rPr>
                <w:rFonts w:ascii="Arial" w:eastAsia="MS Mincho" w:hAnsi="Arial"/>
                <w:sz w:val="12"/>
                <w:szCs w:val="22"/>
                <w:lang w:val="en-US" w:eastAsia="en-US"/>
              </w:rPr>
              <w:t>Estudiantes</w:t>
            </w:r>
            <w:proofErr w:type="spellEnd"/>
            <w:r w:rsidRPr="003C543E">
              <w:rPr>
                <w:rFonts w:ascii="Arial" w:eastAsia="MS Mincho" w:hAnsi="Arial"/>
                <w:sz w:val="12"/>
                <w:szCs w:val="22"/>
                <w:lang w:val="en-US" w:eastAsia="en-US"/>
              </w:rPr>
              <w:t xml:space="preserve"> con </w:t>
            </w:r>
            <w:proofErr w:type="spellStart"/>
            <w:r w:rsidRPr="003C543E">
              <w:rPr>
                <w:rFonts w:ascii="Arial" w:eastAsia="MS Mincho" w:hAnsi="Arial"/>
                <w:sz w:val="12"/>
                <w:szCs w:val="22"/>
                <w:lang w:val="en-US" w:eastAsia="en-US"/>
              </w:rPr>
              <w:t>necesidades</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educativas</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especiales</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desde</w:t>
            </w:r>
            <w:proofErr w:type="spellEnd"/>
            <w:r w:rsidRPr="003C543E">
              <w:rPr>
                <w:rFonts w:ascii="Arial" w:eastAsia="MS Mincho" w:hAnsi="Arial"/>
                <w:sz w:val="12"/>
                <w:szCs w:val="22"/>
                <w:lang w:val="en-US" w:eastAsia="en-US"/>
              </w:rPr>
              <w:t xml:space="preserve"> la </w:t>
            </w:r>
            <w:proofErr w:type="spellStart"/>
            <w:r w:rsidRPr="003C543E">
              <w:rPr>
                <w:rFonts w:ascii="Arial" w:eastAsia="MS Mincho" w:hAnsi="Arial"/>
                <w:sz w:val="12"/>
                <w:szCs w:val="22"/>
                <w:lang w:val="en-US" w:eastAsia="en-US"/>
              </w:rPr>
              <w:t>vereda</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Laderas</w:t>
            </w:r>
            <w:proofErr w:type="spellEnd"/>
            <w:r w:rsidRPr="003C543E">
              <w:rPr>
                <w:rFonts w:ascii="Arial" w:eastAsia="MS Mincho" w:hAnsi="Arial"/>
                <w:sz w:val="12"/>
                <w:szCs w:val="22"/>
                <w:lang w:val="en-US" w:eastAsia="en-US"/>
              </w:rPr>
              <w:t xml:space="preserve"> a la IE San Sebastián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Principal.</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90B102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72</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8778FF1"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DDA0058"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F4C0A1C"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32C9B5A" w14:textId="1241A05A"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150BAF7" w14:textId="7AB1538A"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5C9A22FD"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93DF72C"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9401945"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val="restart"/>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B162E15"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3"/>
                <w:szCs w:val="22"/>
                <w:lang w:val="en-US" w:eastAsia="en-US"/>
              </w:rPr>
              <w:t>LAS ACACIAS</w:t>
            </w:r>
          </w:p>
          <w:p w14:paraId="3CF29014"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08E2ECD"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29A638A7" w14:textId="77777777" w:rsidR="003C543E" w:rsidRPr="003C543E" w:rsidRDefault="003C543E" w:rsidP="003C543E">
            <w:pPr>
              <w:spacing w:after="200" w:line="276" w:lineRule="auto"/>
              <w:jc w:val="center"/>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8D831C3"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1: Vereda San José De Juntas, Vereda Los Jardines, Vereda La Aurora, A La Vereda Los Sauces a la </w:t>
            </w:r>
            <w:proofErr w:type="spellStart"/>
            <w:r w:rsidRPr="003C543E">
              <w:rPr>
                <w:rFonts w:ascii="Arial" w:eastAsia="MS Mincho" w:hAnsi="Arial"/>
                <w:sz w:val="12"/>
                <w:szCs w:val="22"/>
                <w:lang w:val="en-US" w:eastAsia="en-US"/>
              </w:rPr>
              <w:t>vereda</w:t>
            </w:r>
            <w:proofErr w:type="spellEnd"/>
            <w:r w:rsidRPr="003C543E">
              <w:rPr>
                <w:rFonts w:ascii="Arial" w:eastAsia="MS Mincho" w:hAnsi="Arial"/>
                <w:sz w:val="12"/>
                <w:szCs w:val="22"/>
                <w:lang w:val="en-US" w:eastAsia="en-US"/>
              </w:rPr>
              <w:t xml:space="preserve"> Las Acacias.</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8F9F08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73</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78DAAC9"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16</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0DDB3E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57</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44B079E"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D7037C7" w14:textId="7FDED3D5"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5189F0A" w14:textId="22719894"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44D10EA5"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03D3461"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70F395D"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E18939B"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FE36D96"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Ruta 2: Vereda El Cedral A La Vereda Las Acacias.</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2EFE9E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74</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8EC6D7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12</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1319EA5"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4</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79FDD03"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AEE70FE" w14:textId="7AF72587"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8717CE4" w14:textId="76679BFC"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526BE9A6"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32BA549"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C70B716"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B2CB177"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CA10058"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3: Vereda Esmeralda Moscopán, </w:t>
            </w:r>
            <w:proofErr w:type="spellStart"/>
            <w:r w:rsidRPr="003C543E">
              <w:rPr>
                <w:rFonts w:ascii="Arial" w:eastAsia="MS Mincho" w:hAnsi="Arial"/>
                <w:sz w:val="12"/>
                <w:szCs w:val="22"/>
                <w:lang w:val="en-US" w:eastAsia="en-US"/>
              </w:rPr>
              <w:t>vereda</w:t>
            </w:r>
            <w:proofErr w:type="spellEnd"/>
            <w:r w:rsidRPr="003C543E">
              <w:rPr>
                <w:rFonts w:ascii="Arial" w:eastAsia="MS Mincho" w:hAnsi="Arial"/>
                <w:sz w:val="12"/>
                <w:szCs w:val="22"/>
                <w:lang w:val="en-US" w:eastAsia="en-US"/>
              </w:rPr>
              <w:t xml:space="preserve"> Antonio Nariño.</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796E8D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75</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36F54C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16</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114138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27</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A3D4B6E"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C836F55" w14:textId="7FD7FAC5"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9530ED0" w14:textId="1BBC4AE2"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0534D58D"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0EF65F7"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B277458"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3A735FA"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0CE81C7"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4: Vereda La Unión, Vereda </w:t>
            </w:r>
            <w:proofErr w:type="spellStart"/>
            <w:r w:rsidRPr="003C543E">
              <w:rPr>
                <w:rFonts w:ascii="Arial" w:eastAsia="MS Mincho" w:hAnsi="Arial"/>
                <w:sz w:val="12"/>
                <w:szCs w:val="22"/>
                <w:lang w:val="en-US" w:eastAsia="en-US"/>
              </w:rPr>
              <w:t>Cachipay</w:t>
            </w:r>
            <w:proofErr w:type="spellEnd"/>
            <w:r w:rsidRPr="003C543E">
              <w:rPr>
                <w:rFonts w:ascii="Arial" w:eastAsia="MS Mincho" w:hAnsi="Arial"/>
                <w:sz w:val="12"/>
                <w:szCs w:val="22"/>
                <w:lang w:val="en-US" w:eastAsia="en-US"/>
              </w:rPr>
              <w:t xml:space="preserve"> a La Vereda Las Acacias.</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D556D7D"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76</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155FEB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15</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B1ABC6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25</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BBB1A9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3F800A0" w14:textId="2B13C675"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C3CD7F0" w14:textId="30B13A04"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4FD85A8F"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6F14103"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057F22D"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val="restart"/>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8F252E8"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3"/>
                <w:szCs w:val="22"/>
                <w:lang w:val="en-US" w:eastAsia="en-US"/>
              </w:rPr>
              <w:t>VILLA DE LOS ANDES</w:t>
            </w:r>
          </w:p>
          <w:p w14:paraId="13636EB8"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689B41F0"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273D7DC3"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7D0E790E"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2F46F869"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0B4A464"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3D137EC6"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2FF341BB" w14:textId="77777777" w:rsidR="003C543E" w:rsidRPr="003C543E" w:rsidRDefault="003C543E" w:rsidP="003C543E">
            <w:pPr>
              <w:spacing w:after="200" w:line="276" w:lineRule="auto"/>
              <w:jc w:val="center"/>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22D6792"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1. Vereda La Florida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Villa de Los Andes de Belén.</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2EB0E33"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77</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E8CA34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12</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460B21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32</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C9CC0ED"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4A1E9C9" w14:textId="1A0B782F"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292ABE0" w14:textId="450E568D"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3E517641"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A1703E8"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FFDB19A"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2931E03"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0F3345A"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2. Vereda Alto Rico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Villa de Los Andes de Belén.</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D2C43AD"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78</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62D1BA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9</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B8B1E19"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26</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30EA10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343DAB8" w14:textId="521B30E5"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D2A642A" w14:textId="782F9A94"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58BEC9F1"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63261AC"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5D9D6F4"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11835D0"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8D57156"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3. Vereda el </w:t>
            </w:r>
            <w:proofErr w:type="spellStart"/>
            <w:r w:rsidRPr="003C543E">
              <w:rPr>
                <w:rFonts w:ascii="Arial" w:eastAsia="MS Mincho" w:hAnsi="Arial"/>
                <w:sz w:val="12"/>
                <w:szCs w:val="22"/>
                <w:lang w:val="en-US" w:eastAsia="en-US"/>
              </w:rPr>
              <w:t>Arayan</w:t>
            </w:r>
            <w:proofErr w:type="spellEnd"/>
            <w:r w:rsidRPr="003C543E">
              <w:rPr>
                <w:rFonts w:ascii="Arial" w:eastAsia="MS Mincho" w:hAnsi="Arial"/>
                <w:sz w:val="12"/>
                <w:szCs w:val="22"/>
                <w:lang w:val="en-US" w:eastAsia="en-US"/>
              </w:rPr>
              <w:t xml:space="preserve">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Villa de </w:t>
            </w:r>
            <w:proofErr w:type="spellStart"/>
            <w:r w:rsidRPr="003C543E">
              <w:rPr>
                <w:rFonts w:ascii="Arial" w:eastAsia="MS Mincho" w:hAnsi="Arial"/>
                <w:sz w:val="12"/>
                <w:szCs w:val="22"/>
                <w:lang w:val="en-US" w:eastAsia="en-US"/>
              </w:rPr>
              <w:t>los</w:t>
            </w:r>
            <w:proofErr w:type="spellEnd"/>
            <w:r w:rsidRPr="003C543E">
              <w:rPr>
                <w:rFonts w:ascii="Arial" w:eastAsia="MS Mincho" w:hAnsi="Arial"/>
                <w:sz w:val="12"/>
                <w:szCs w:val="22"/>
                <w:lang w:val="en-US" w:eastAsia="en-US"/>
              </w:rPr>
              <w:t xml:space="preserve"> Andes.</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F69C4FD"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79</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7B6E218"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4</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E0C97CD"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31</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4284838"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86787BF" w14:textId="554A145A"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6CFB0CF" w14:textId="15FBB2D0"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6661CA08"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A560D1A"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2415D29"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09FC901"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CEF26C5"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4. Vereda la María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Villa de </w:t>
            </w:r>
            <w:proofErr w:type="spellStart"/>
            <w:r w:rsidRPr="003C543E">
              <w:rPr>
                <w:rFonts w:ascii="Arial" w:eastAsia="MS Mincho" w:hAnsi="Arial"/>
                <w:sz w:val="12"/>
                <w:szCs w:val="22"/>
                <w:lang w:val="en-US" w:eastAsia="en-US"/>
              </w:rPr>
              <w:t>los</w:t>
            </w:r>
            <w:proofErr w:type="spellEnd"/>
            <w:r w:rsidRPr="003C543E">
              <w:rPr>
                <w:rFonts w:ascii="Arial" w:eastAsia="MS Mincho" w:hAnsi="Arial"/>
                <w:sz w:val="12"/>
                <w:szCs w:val="22"/>
                <w:lang w:val="en-US" w:eastAsia="en-US"/>
              </w:rPr>
              <w:t xml:space="preserve"> Andes.</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DAF33A0"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80</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55C55D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8</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2571033"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19</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115333E"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55BACA3" w14:textId="7407A189"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8FABE43" w14:textId="63CD0C03"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70393133"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0908FDD"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4EBEDE5"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A125782"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CB416F4"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5: Vereda La Reforma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Villa de Los Andes de Belén.</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3E16AE1"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81</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9CE043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F84A0F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14</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E1F647E"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55F03ED" w14:textId="4C52CA0C"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9265FE2" w14:textId="1F1E0AF9"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37942018"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D215209"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254FB4F"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139EFF2"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6B7067B"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6. Vereda </w:t>
            </w:r>
            <w:proofErr w:type="spellStart"/>
            <w:r w:rsidRPr="003C543E">
              <w:rPr>
                <w:rFonts w:ascii="Arial" w:eastAsia="MS Mincho" w:hAnsi="Arial"/>
                <w:sz w:val="12"/>
                <w:szCs w:val="22"/>
                <w:lang w:val="en-US" w:eastAsia="en-US"/>
              </w:rPr>
              <w:t>Matecaña</w:t>
            </w:r>
            <w:proofErr w:type="spellEnd"/>
            <w:r w:rsidRPr="003C543E">
              <w:rPr>
                <w:rFonts w:ascii="Arial" w:eastAsia="MS Mincho" w:hAnsi="Arial"/>
                <w:sz w:val="12"/>
                <w:szCs w:val="22"/>
                <w:lang w:val="en-US" w:eastAsia="en-US"/>
              </w:rPr>
              <w:t xml:space="preserve">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Villa de </w:t>
            </w:r>
            <w:proofErr w:type="spellStart"/>
            <w:r w:rsidRPr="003C543E">
              <w:rPr>
                <w:rFonts w:ascii="Arial" w:eastAsia="MS Mincho" w:hAnsi="Arial"/>
                <w:sz w:val="12"/>
                <w:szCs w:val="22"/>
                <w:lang w:val="en-US" w:eastAsia="en-US"/>
              </w:rPr>
              <w:t>los</w:t>
            </w:r>
            <w:proofErr w:type="spellEnd"/>
            <w:r w:rsidRPr="003C543E">
              <w:rPr>
                <w:rFonts w:ascii="Arial" w:eastAsia="MS Mincho" w:hAnsi="Arial"/>
                <w:sz w:val="12"/>
                <w:szCs w:val="22"/>
                <w:lang w:val="en-US" w:eastAsia="en-US"/>
              </w:rPr>
              <w:t xml:space="preserve"> Andes.</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680885B"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82</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BFBE59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2,3</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9A2FC11"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16</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CACCC7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C2D35EB" w14:textId="7DB0F1DE"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D7A4ACA" w14:textId="5E97B96A"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481A8A4E"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8A00419"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DCA0295"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9D1DD42"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321D942"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7: Vereda Alto Pescado, el Pescado y San Rafael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Villa de </w:t>
            </w:r>
            <w:proofErr w:type="spellStart"/>
            <w:r w:rsidRPr="003C543E">
              <w:rPr>
                <w:rFonts w:ascii="Arial" w:eastAsia="MS Mincho" w:hAnsi="Arial"/>
                <w:sz w:val="12"/>
                <w:szCs w:val="22"/>
                <w:lang w:val="en-US" w:eastAsia="en-US"/>
              </w:rPr>
              <w:t>los</w:t>
            </w:r>
            <w:proofErr w:type="spellEnd"/>
            <w:r w:rsidRPr="003C543E">
              <w:rPr>
                <w:rFonts w:ascii="Arial" w:eastAsia="MS Mincho" w:hAnsi="Arial"/>
                <w:sz w:val="12"/>
                <w:szCs w:val="22"/>
                <w:lang w:val="en-US" w:eastAsia="en-US"/>
              </w:rPr>
              <w:t xml:space="preserve"> Andes.</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498A03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83</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E47B67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5</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02F2A6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38</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C7A75F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10CD961" w14:textId="083BD41A"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4FC24BF" w14:textId="7A44A60F"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638BC75C"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D38A0C9"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07D1FAD"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B3515D4"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E9321A8"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8: Vereda el Diamante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Villa de </w:t>
            </w:r>
            <w:proofErr w:type="spellStart"/>
            <w:r w:rsidRPr="003C543E">
              <w:rPr>
                <w:rFonts w:ascii="Arial" w:eastAsia="MS Mincho" w:hAnsi="Arial"/>
                <w:sz w:val="12"/>
                <w:szCs w:val="22"/>
                <w:lang w:val="en-US" w:eastAsia="en-US"/>
              </w:rPr>
              <w:t>los</w:t>
            </w:r>
            <w:proofErr w:type="spellEnd"/>
            <w:r w:rsidRPr="003C543E">
              <w:rPr>
                <w:rFonts w:ascii="Arial" w:eastAsia="MS Mincho" w:hAnsi="Arial"/>
                <w:sz w:val="12"/>
                <w:szCs w:val="22"/>
                <w:lang w:val="en-US" w:eastAsia="en-US"/>
              </w:rPr>
              <w:t xml:space="preserve"> Andes.</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D7F1A59"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84</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022ACE3"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12</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D4F5129"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9</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6E983C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7719375" w14:textId="3B3074D5"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B32B662" w14:textId="36A38BA1"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2B65D40D"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46BF4B5"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C9786E4"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C1EA914"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F492C58"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9: Vereda el Congreso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Villa de </w:t>
            </w:r>
            <w:proofErr w:type="spellStart"/>
            <w:r w:rsidRPr="003C543E">
              <w:rPr>
                <w:rFonts w:ascii="Arial" w:eastAsia="MS Mincho" w:hAnsi="Arial"/>
                <w:sz w:val="12"/>
                <w:szCs w:val="22"/>
                <w:lang w:val="en-US" w:eastAsia="en-US"/>
              </w:rPr>
              <w:t>los</w:t>
            </w:r>
            <w:proofErr w:type="spellEnd"/>
            <w:r w:rsidRPr="003C543E">
              <w:rPr>
                <w:rFonts w:ascii="Arial" w:eastAsia="MS Mincho" w:hAnsi="Arial"/>
                <w:sz w:val="12"/>
                <w:szCs w:val="22"/>
                <w:lang w:val="en-US" w:eastAsia="en-US"/>
              </w:rPr>
              <w:t xml:space="preserve"> Andes.</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537222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85</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F2536FB"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12</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1BB4A1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7</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9157D5E"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877370B" w14:textId="1012DD27"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0878E2B" w14:textId="3EBACF19"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2C67E8C1"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C84B4AF"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A14A619"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val="restart"/>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534BEC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b/>
                <w:sz w:val="13"/>
                <w:szCs w:val="22"/>
                <w:lang w:val="en-US" w:eastAsia="en-US"/>
              </w:rPr>
              <w:t>MISAEL PASTRANA BORRERO</w:t>
            </w:r>
          </w:p>
          <w:p w14:paraId="638702B9"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4D8062C6"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515A3187" w14:textId="77777777" w:rsidR="003C543E" w:rsidRPr="003C543E" w:rsidRDefault="003C543E" w:rsidP="003C543E">
            <w:pPr>
              <w:spacing w:after="200" w:line="276" w:lineRule="auto"/>
              <w:jc w:val="center"/>
              <w:rPr>
                <w:rFonts w:ascii="Cambria" w:eastAsia="MS Mincho" w:hAnsi="Cambria"/>
                <w:sz w:val="22"/>
                <w:szCs w:val="22"/>
                <w:lang w:val="en-US" w:eastAsia="en-US"/>
              </w:rPr>
            </w:pPr>
          </w:p>
          <w:p w14:paraId="0C2ADB97" w14:textId="77777777" w:rsidR="003C543E" w:rsidRPr="003C543E" w:rsidRDefault="003C543E" w:rsidP="003C543E">
            <w:pPr>
              <w:spacing w:after="200" w:line="276" w:lineRule="auto"/>
              <w:jc w:val="center"/>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336F7A3"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1: Vereda </w:t>
            </w:r>
            <w:proofErr w:type="spellStart"/>
            <w:r w:rsidRPr="003C543E">
              <w:rPr>
                <w:rFonts w:ascii="Arial" w:eastAsia="MS Mincho" w:hAnsi="Arial"/>
                <w:sz w:val="12"/>
                <w:szCs w:val="22"/>
                <w:lang w:val="en-US" w:eastAsia="en-US"/>
              </w:rPr>
              <w:t>Laderas</w:t>
            </w:r>
            <w:proofErr w:type="spellEnd"/>
            <w:r w:rsidRPr="003C543E">
              <w:rPr>
                <w:rFonts w:ascii="Arial" w:eastAsia="MS Mincho" w:hAnsi="Arial"/>
                <w:sz w:val="12"/>
                <w:szCs w:val="22"/>
                <w:lang w:val="en-US" w:eastAsia="en-US"/>
              </w:rPr>
              <w:t xml:space="preserve">, Aranzazu, </w:t>
            </w:r>
            <w:proofErr w:type="spellStart"/>
            <w:r w:rsidRPr="003C543E">
              <w:rPr>
                <w:rFonts w:ascii="Arial" w:eastAsia="MS Mincho" w:hAnsi="Arial"/>
                <w:sz w:val="12"/>
                <w:szCs w:val="22"/>
                <w:lang w:val="en-US" w:eastAsia="en-US"/>
              </w:rPr>
              <w:t>Cansarrocines</w:t>
            </w:r>
            <w:proofErr w:type="spellEnd"/>
            <w:r w:rsidRPr="003C543E">
              <w:rPr>
                <w:rFonts w:ascii="Arial" w:eastAsia="MS Mincho" w:hAnsi="Arial"/>
                <w:sz w:val="12"/>
                <w:szCs w:val="22"/>
                <w:lang w:val="en-US" w:eastAsia="en-US"/>
              </w:rPr>
              <w:t xml:space="preserve">,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Misael Pastrana Borrero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Cooperativo</w:t>
            </w:r>
            <w:proofErr w:type="spellEnd"/>
            <w:r w:rsidRPr="003C543E">
              <w:rPr>
                <w:rFonts w:ascii="Arial" w:eastAsia="MS Mincho" w:hAnsi="Arial"/>
                <w:sz w:val="12"/>
                <w:szCs w:val="22"/>
                <w:lang w:val="en-US" w:eastAsia="en-US"/>
              </w:rPr>
              <w:t>.</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EC70281"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86</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3B7E3FB"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10</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0B1FB3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25</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6FF1717"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325AA58" w14:textId="1FA7D930"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704C0DF" w14:textId="0543B785"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1632EB33"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959015E"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696310A"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AE427D2"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DD87F4C"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2: La Esperanza, Panorama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Misael Pastrana Borrero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Cooperativo</w:t>
            </w:r>
            <w:proofErr w:type="spellEnd"/>
            <w:r w:rsidRPr="003C543E">
              <w:rPr>
                <w:rFonts w:ascii="Arial" w:eastAsia="MS Mincho" w:hAnsi="Arial"/>
                <w:sz w:val="12"/>
                <w:szCs w:val="22"/>
                <w:lang w:val="en-US" w:eastAsia="en-US"/>
              </w:rPr>
              <w:t>.</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59888E8"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87</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7C927AF"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5</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B046B11"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38C6D2C"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D4536E1" w14:textId="11E41BD2"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357465C" w14:textId="770C0B19"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449C7CF5"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A75CAB6"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3EE7106"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D72C2E6"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6ABFBF3"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3: Bajo Retiro, Alto Retiro, Bajo Cañada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Misael Pastrana Borrero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Cooperativo</w:t>
            </w:r>
            <w:proofErr w:type="spellEnd"/>
            <w:r w:rsidRPr="003C543E">
              <w:rPr>
                <w:rFonts w:ascii="Arial" w:eastAsia="MS Mincho" w:hAnsi="Arial"/>
                <w:sz w:val="12"/>
                <w:szCs w:val="22"/>
                <w:lang w:val="en-US" w:eastAsia="en-US"/>
              </w:rPr>
              <w:t>.</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EED5FA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88</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37AB931"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8</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61F8A0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18</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2FE3649"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D7553E8" w14:textId="2412A6AF"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920A667" w14:textId="7A9150ED"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63FC3787" w14:textId="77777777" w:rsidTr="005E1B4C">
        <w:trPr>
          <w:cantSplit/>
          <w:jc w:val="center"/>
        </w:trPr>
        <w:tc>
          <w:tcPr>
            <w:tcW w:w="264"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2729E0B"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225DA12"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12BC8B8"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7C00F10"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4: Fátima, </w:t>
            </w:r>
            <w:proofErr w:type="spellStart"/>
            <w:r w:rsidRPr="003C543E">
              <w:rPr>
                <w:rFonts w:ascii="Arial" w:eastAsia="MS Mincho" w:hAnsi="Arial"/>
                <w:sz w:val="12"/>
                <w:szCs w:val="22"/>
                <w:lang w:val="en-US" w:eastAsia="en-US"/>
              </w:rPr>
              <w:t>Lucitania</w:t>
            </w:r>
            <w:proofErr w:type="spellEnd"/>
            <w:r w:rsidRPr="003C543E">
              <w:rPr>
                <w:rFonts w:ascii="Arial" w:eastAsia="MS Mincho" w:hAnsi="Arial"/>
                <w:sz w:val="12"/>
                <w:szCs w:val="22"/>
                <w:lang w:val="en-US" w:eastAsia="en-US"/>
              </w:rPr>
              <w:t xml:space="preserve">, La Morena, El Coral, El Bosque, El </w:t>
            </w:r>
            <w:proofErr w:type="spellStart"/>
            <w:r w:rsidRPr="003C543E">
              <w:rPr>
                <w:rFonts w:ascii="Arial" w:eastAsia="MS Mincho" w:hAnsi="Arial"/>
                <w:sz w:val="12"/>
                <w:szCs w:val="22"/>
                <w:lang w:val="en-US" w:eastAsia="en-US"/>
              </w:rPr>
              <w:t>Tablón</w:t>
            </w:r>
            <w:proofErr w:type="spellEnd"/>
            <w:r w:rsidRPr="003C543E">
              <w:rPr>
                <w:rFonts w:ascii="Arial" w:eastAsia="MS Mincho" w:hAnsi="Arial"/>
                <w:sz w:val="12"/>
                <w:szCs w:val="22"/>
                <w:lang w:val="en-US" w:eastAsia="en-US"/>
              </w:rPr>
              <w:t xml:space="preserve">, San Isidro, El Carmelo, La </w:t>
            </w:r>
            <w:proofErr w:type="spellStart"/>
            <w:r w:rsidRPr="003C543E">
              <w:rPr>
                <w:rFonts w:ascii="Arial" w:eastAsia="MS Mincho" w:hAnsi="Arial"/>
                <w:sz w:val="12"/>
                <w:szCs w:val="22"/>
                <w:lang w:val="en-US" w:eastAsia="en-US"/>
              </w:rPr>
              <w:t>Azufrada</w:t>
            </w:r>
            <w:proofErr w:type="spellEnd"/>
            <w:r w:rsidRPr="003C543E">
              <w:rPr>
                <w:rFonts w:ascii="Arial" w:eastAsia="MS Mincho" w:hAnsi="Arial"/>
                <w:sz w:val="12"/>
                <w:szCs w:val="22"/>
                <w:lang w:val="en-US" w:eastAsia="en-US"/>
              </w:rPr>
              <w:t xml:space="preserve"> a la </w:t>
            </w:r>
            <w:proofErr w:type="spellStart"/>
            <w:r w:rsidRPr="003C543E">
              <w:rPr>
                <w:rFonts w:ascii="Arial" w:eastAsia="MS Mincho" w:hAnsi="Arial"/>
                <w:sz w:val="12"/>
                <w:szCs w:val="22"/>
                <w:lang w:val="en-US" w:eastAsia="en-US"/>
              </w:rPr>
              <w:t>Institución</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Educativa</w:t>
            </w:r>
            <w:proofErr w:type="spellEnd"/>
            <w:r w:rsidRPr="003C543E">
              <w:rPr>
                <w:rFonts w:ascii="Arial" w:eastAsia="MS Mincho" w:hAnsi="Arial"/>
                <w:sz w:val="12"/>
                <w:szCs w:val="22"/>
                <w:lang w:val="en-US" w:eastAsia="en-US"/>
              </w:rPr>
              <w:t xml:space="preserve"> Misael Pastrana Borrero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w:t>
            </w:r>
            <w:proofErr w:type="spellStart"/>
            <w:r w:rsidRPr="003C543E">
              <w:rPr>
                <w:rFonts w:ascii="Arial" w:eastAsia="MS Mincho" w:hAnsi="Arial"/>
                <w:sz w:val="12"/>
                <w:szCs w:val="22"/>
                <w:lang w:val="en-US" w:eastAsia="en-US"/>
              </w:rPr>
              <w:t>Cooperativo</w:t>
            </w:r>
            <w:proofErr w:type="spellEnd"/>
            <w:r w:rsidRPr="003C543E">
              <w:rPr>
                <w:rFonts w:ascii="Arial" w:eastAsia="MS Mincho" w:hAnsi="Arial"/>
                <w:sz w:val="12"/>
                <w:szCs w:val="22"/>
                <w:lang w:val="en-US" w:eastAsia="en-US"/>
              </w:rPr>
              <w:t>.</w:t>
            </w:r>
          </w:p>
        </w:tc>
        <w:tc>
          <w:tcPr>
            <w:tcW w:w="79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E0EB8F2"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89</w:t>
            </w:r>
          </w:p>
        </w:tc>
        <w:tc>
          <w:tcPr>
            <w:tcW w:w="8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5D9F77B"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30</w:t>
            </w:r>
          </w:p>
        </w:tc>
        <w:tc>
          <w:tcPr>
            <w:tcW w:w="637"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5F7DBD0"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28</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0B881E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15C0509" w14:textId="33DA8DA2"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239F1C0" w14:textId="62784B4D" w:rsidR="003C543E" w:rsidRPr="003C543E" w:rsidRDefault="003C543E" w:rsidP="003C543E">
            <w:pPr>
              <w:spacing w:after="200" w:line="276" w:lineRule="auto"/>
              <w:jc w:val="right"/>
              <w:rPr>
                <w:rFonts w:ascii="Cambria" w:eastAsia="MS Mincho" w:hAnsi="Cambria"/>
                <w:sz w:val="22"/>
                <w:szCs w:val="22"/>
                <w:lang w:val="en-US" w:eastAsia="en-US"/>
              </w:rPr>
            </w:pPr>
          </w:p>
        </w:tc>
      </w:tr>
      <w:tr w:rsidR="003C543E" w:rsidRPr="003C543E" w14:paraId="1338E945" w14:textId="77777777" w:rsidTr="005E1B4C">
        <w:trPr>
          <w:cantSplit/>
          <w:trHeight w:val="370"/>
          <w:jc w:val="center"/>
        </w:trPr>
        <w:tc>
          <w:tcPr>
            <w:tcW w:w="264" w:type="dxa"/>
            <w:vMerge/>
            <w:tcBorders>
              <w:top w:val="single" w:sz="6" w:space="0" w:color="000000"/>
              <w:left w:val="single" w:sz="6" w:space="0" w:color="000000"/>
              <w:bottom w:val="single" w:sz="4" w:space="0" w:color="auto"/>
              <w:right w:val="single" w:sz="6" w:space="0" w:color="000000"/>
            </w:tcBorders>
            <w:tcMar>
              <w:top w:w="40" w:type="dxa"/>
              <w:left w:w="40" w:type="dxa"/>
              <w:bottom w:w="40" w:type="dxa"/>
              <w:right w:w="40" w:type="dxa"/>
            </w:tcMar>
            <w:vAlign w:val="center"/>
          </w:tcPr>
          <w:p w14:paraId="5DEB1BA5"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68" w:type="dxa"/>
            <w:vMerge/>
            <w:tcBorders>
              <w:top w:val="single" w:sz="6" w:space="0" w:color="000000"/>
              <w:left w:val="single" w:sz="6" w:space="0" w:color="000000"/>
              <w:bottom w:val="single" w:sz="4" w:space="0" w:color="auto"/>
              <w:right w:val="single" w:sz="6" w:space="0" w:color="000000"/>
            </w:tcBorders>
            <w:tcMar>
              <w:top w:w="40" w:type="dxa"/>
              <w:left w:w="40" w:type="dxa"/>
              <w:bottom w:w="40" w:type="dxa"/>
              <w:right w:w="40" w:type="dxa"/>
            </w:tcMar>
            <w:vAlign w:val="center"/>
          </w:tcPr>
          <w:p w14:paraId="1F906E79"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843" w:type="dxa"/>
            <w:vMerge/>
            <w:tcBorders>
              <w:top w:val="single" w:sz="6" w:space="0" w:color="000000"/>
              <w:left w:val="single" w:sz="6" w:space="0" w:color="000000"/>
              <w:bottom w:val="single" w:sz="4" w:space="0" w:color="auto"/>
              <w:right w:val="single" w:sz="6" w:space="0" w:color="000000"/>
            </w:tcBorders>
            <w:tcMar>
              <w:top w:w="40" w:type="dxa"/>
              <w:left w:w="40" w:type="dxa"/>
              <w:bottom w:w="40" w:type="dxa"/>
              <w:right w:w="40" w:type="dxa"/>
            </w:tcMar>
            <w:vAlign w:val="center"/>
          </w:tcPr>
          <w:p w14:paraId="02EAD028" w14:textId="77777777" w:rsidR="003C543E" w:rsidRPr="003C543E" w:rsidRDefault="003C543E" w:rsidP="003C543E">
            <w:pPr>
              <w:spacing w:after="200" w:line="276" w:lineRule="auto"/>
              <w:rPr>
                <w:rFonts w:ascii="Cambria" w:eastAsia="MS Mincho" w:hAnsi="Cambria"/>
                <w:sz w:val="22"/>
                <w:szCs w:val="22"/>
                <w:lang w:val="en-US" w:eastAsia="en-US"/>
              </w:rPr>
            </w:pPr>
          </w:p>
        </w:tc>
        <w:tc>
          <w:tcPr>
            <w:tcW w:w="4767" w:type="dxa"/>
            <w:tcBorders>
              <w:top w:val="single" w:sz="6" w:space="0" w:color="000000"/>
              <w:left w:val="single" w:sz="6" w:space="0" w:color="000000"/>
              <w:bottom w:val="single" w:sz="4" w:space="0" w:color="auto"/>
              <w:right w:val="single" w:sz="6" w:space="0" w:color="000000"/>
            </w:tcBorders>
            <w:tcMar>
              <w:top w:w="40" w:type="dxa"/>
              <w:left w:w="40" w:type="dxa"/>
              <w:bottom w:w="40" w:type="dxa"/>
              <w:right w:w="40" w:type="dxa"/>
            </w:tcMar>
            <w:vAlign w:val="center"/>
          </w:tcPr>
          <w:p w14:paraId="05404ADA" w14:textId="77777777" w:rsidR="003C543E" w:rsidRPr="003C543E" w:rsidRDefault="003C543E" w:rsidP="003C543E">
            <w:pPr>
              <w:spacing w:after="200" w:line="276" w:lineRule="auto"/>
              <w:rPr>
                <w:rFonts w:ascii="Cambria" w:eastAsia="MS Mincho" w:hAnsi="Cambria"/>
                <w:sz w:val="22"/>
                <w:szCs w:val="22"/>
                <w:lang w:val="en-US" w:eastAsia="en-US"/>
              </w:rPr>
            </w:pPr>
            <w:r w:rsidRPr="003C543E">
              <w:rPr>
                <w:rFonts w:ascii="Arial" w:eastAsia="MS Mincho" w:hAnsi="Arial"/>
                <w:sz w:val="12"/>
                <w:szCs w:val="22"/>
                <w:lang w:val="en-US" w:eastAsia="en-US"/>
              </w:rPr>
              <w:t xml:space="preserve">Ruta 5: Vereda Fátima, </w:t>
            </w:r>
            <w:proofErr w:type="spellStart"/>
            <w:r w:rsidRPr="003C543E">
              <w:rPr>
                <w:rFonts w:ascii="Arial" w:eastAsia="MS Mincho" w:hAnsi="Arial"/>
                <w:sz w:val="12"/>
                <w:szCs w:val="22"/>
                <w:lang w:val="en-US" w:eastAsia="en-US"/>
              </w:rPr>
              <w:t>Cansarrocines</w:t>
            </w:r>
            <w:proofErr w:type="spellEnd"/>
            <w:r w:rsidRPr="003C543E">
              <w:rPr>
                <w:rFonts w:ascii="Arial" w:eastAsia="MS Mincho" w:hAnsi="Arial"/>
                <w:sz w:val="12"/>
                <w:szCs w:val="22"/>
                <w:lang w:val="en-US" w:eastAsia="en-US"/>
              </w:rPr>
              <w:t xml:space="preserve">, La Esperanza, Panorama a la IE Misael Pastrana Borrero </w:t>
            </w:r>
            <w:proofErr w:type="spellStart"/>
            <w:r w:rsidRPr="003C543E">
              <w:rPr>
                <w:rFonts w:ascii="Arial" w:eastAsia="MS Mincho" w:hAnsi="Arial"/>
                <w:sz w:val="12"/>
                <w:szCs w:val="22"/>
                <w:lang w:val="en-US" w:eastAsia="en-US"/>
              </w:rPr>
              <w:t>sede</w:t>
            </w:r>
            <w:proofErr w:type="spellEnd"/>
            <w:r w:rsidRPr="003C543E">
              <w:rPr>
                <w:rFonts w:ascii="Arial" w:eastAsia="MS Mincho" w:hAnsi="Arial"/>
                <w:sz w:val="12"/>
                <w:szCs w:val="22"/>
                <w:lang w:val="en-US" w:eastAsia="en-US"/>
              </w:rPr>
              <w:t xml:space="preserve"> Misael Pastrana Borrero.</w:t>
            </w:r>
          </w:p>
        </w:tc>
        <w:tc>
          <w:tcPr>
            <w:tcW w:w="792" w:type="dxa"/>
            <w:gridSpan w:val="2"/>
            <w:tcBorders>
              <w:top w:val="single" w:sz="6" w:space="0" w:color="000000"/>
              <w:left w:val="single" w:sz="6" w:space="0" w:color="000000"/>
              <w:bottom w:val="single" w:sz="4" w:space="0" w:color="auto"/>
              <w:right w:val="single" w:sz="6" w:space="0" w:color="000000"/>
            </w:tcBorders>
            <w:tcMar>
              <w:top w:w="40" w:type="dxa"/>
              <w:left w:w="40" w:type="dxa"/>
              <w:bottom w:w="40" w:type="dxa"/>
              <w:right w:w="40" w:type="dxa"/>
            </w:tcMar>
            <w:vAlign w:val="center"/>
          </w:tcPr>
          <w:p w14:paraId="0E844925"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90</w:t>
            </w:r>
          </w:p>
        </w:tc>
        <w:tc>
          <w:tcPr>
            <w:tcW w:w="893" w:type="dxa"/>
            <w:tcBorders>
              <w:top w:val="single" w:sz="6" w:space="0" w:color="000000"/>
              <w:left w:val="single" w:sz="6" w:space="0" w:color="000000"/>
              <w:bottom w:val="single" w:sz="4" w:space="0" w:color="auto"/>
              <w:right w:val="single" w:sz="4" w:space="0" w:color="auto"/>
            </w:tcBorders>
            <w:tcMar>
              <w:top w:w="40" w:type="dxa"/>
              <w:left w:w="40" w:type="dxa"/>
              <w:bottom w:w="40" w:type="dxa"/>
              <w:right w:w="40" w:type="dxa"/>
            </w:tcMar>
            <w:vAlign w:val="center"/>
          </w:tcPr>
          <w:p w14:paraId="03F6C08A"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10</w:t>
            </w:r>
          </w:p>
        </w:tc>
        <w:tc>
          <w:tcPr>
            <w:tcW w:w="637" w:type="dxa"/>
            <w:gridSpan w:val="2"/>
            <w:tcBorders>
              <w:top w:val="single" w:sz="6" w:space="0" w:color="000000"/>
              <w:left w:val="single" w:sz="4" w:space="0" w:color="auto"/>
              <w:bottom w:val="single" w:sz="4" w:space="0" w:color="auto"/>
              <w:right w:val="single" w:sz="4" w:space="0" w:color="auto"/>
            </w:tcBorders>
            <w:tcMar>
              <w:top w:w="40" w:type="dxa"/>
              <w:left w:w="40" w:type="dxa"/>
              <w:bottom w:w="40" w:type="dxa"/>
              <w:right w:w="40" w:type="dxa"/>
            </w:tcMar>
            <w:vAlign w:val="center"/>
          </w:tcPr>
          <w:p w14:paraId="2C4529E4"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41</w:t>
            </w:r>
          </w:p>
        </w:tc>
        <w:tc>
          <w:tcPr>
            <w:tcW w:w="709" w:type="dxa"/>
            <w:tcBorders>
              <w:top w:val="single" w:sz="6" w:space="0" w:color="000000"/>
              <w:left w:val="single" w:sz="4" w:space="0" w:color="auto"/>
              <w:bottom w:val="single" w:sz="4" w:space="0" w:color="auto"/>
              <w:right w:val="single" w:sz="6" w:space="0" w:color="000000"/>
            </w:tcBorders>
            <w:tcMar>
              <w:top w:w="40" w:type="dxa"/>
              <w:left w:w="40" w:type="dxa"/>
              <w:bottom w:w="40" w:type="dxa"/>
              <w:right w:w="40" w:type="dxa"/>
            </w:tcMar>
            <w:vAlign w:val="center"/>
          </w:tcPr>
          <w:p w14:paraId="7464D10D" w14:textId="77777777" w:rsidR="003C543E" w:rsidRPr="003C543E" w:rsidRDefault="003C543E" w:rsidP="003C543E">
            <w:pPr>
              <w:spacing w:after="200" w:line="276" w:lineRule="auto"/>
              <w:jc w:val="center"/>
              <w:rPr>
                <w:rFonts w:ascii="Cambria" w:eastAsia="MS Mincho" w:hAnsi="Cambria"/>
                <w:sz w:val="22"/>
                <w:szCs w:val="22"/>
                <w:lang w:val="en-US" w:eastAsia="en-US"/>
              </w:rPr>
            </w:pPr>
            <w:r w:rsidRPr="003C543E">
              <w:rPr>
                <w:rFonts w:ascii="Arial" w:eastAsia="MS Mincho" w:hAnsi="Arial"/>
                <w:sz w:val="12"/>
                <w:szCs w:val="22"/>
                <w:lang w:val="en-US" w:eastAsia="en-US"/>
              </w:rPr>
              <w:t>20</w:t>
            </w:r>
          </w:p>
        </w:tc>
        <w:tc>
          <w:tcPr>
            <w:tcW w:w="116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AB4D146" w14:textId="3BEDC5CE" w:rsidR="003C543E" w:rsidRPr="003C543E" w:rsidRDefault="003C543E" w:rsidP="003C543E">
            <w:pPr>
              <w:spacing w:after="200" w:line="276" w:lineRule="auto"/>
              <w:jc w:val="right"/>
              <w:rPr>
                <w:rFonts w:ascii="Cambria" w:eastAsia="MS Mincho" w:hAnsi="Cambria"/>
                <w:sz w:val="22"/>
                <w:szCs w:val="22"/>
                <w:lang w:val="en-US" w:eastAsia="en-US"/>
              </w:rPr>
            </w:pPr>
          </w:p>
        </w:tc>
        <w:tc>
          <w:tcPr>
            <w:tcW w:w="11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5CD6217" w14:textId="2BCA3AD7" w:rsidR="003C543E" w:rsidRPr="003C543E" w:rsidRDefault="003C543E" w:rsidP="003C543E">
            <w:pPr>
              <w:spacing w:after="200" w:line="276" w:lineRule="auto"/>
              <w:jc w:val="right"/>
              <w:rPr>
                <w:rFonts w:ascii="Cambria" w:eastAsia="MS Mincho" w:hAnsi="Cambria"/>
                <w:sz w:val="22"/>
                <w:szCs w:val="22"/>
                <w:lang w:val="en-US" w:eastAsia="en-US"/>
              </w:rPr>
            </w:pPr>
          </w:p>
        </w:tc>
      </w:tr>
      <w:tr w:rsidR="005E1B4C" w:rsidRPr="003C543E" w14:paraId="5568D9A5" w14:textId="77777777" w:rsidTr="005E1B4C">
        <w:trPr>
          <w:cantSplit/>
          <w:trHeight w:val="182"/>
          <w:jc w:val="center"/>
        </w:trPr>
        <w:tc>
          <w:tcPr>
            <w:tcW w:w="6748" w:type="dxa"/>
            <w:gridSpan w:val="5"/>
            <w:tcBorders>
              <w:top w:val="single" w:sz="4" w:space="0" w:color="auto"/>
              <w:left w:val="single" w:sz="4" w:space="0" w:color="auto"/>
              <w:bottom w:val="single" w:sz="4" w:space="0" w:color="auto"/>
              <w:right w:val="single" w:sz="4" w:space="0" w:color="auto"/>
            </w:tcBorders>
            <w:shd w:val="clear" w:color="auto" w:fill="9DC3E6"/>
            <w:tcMar>
              <w:top w:w="40" w:type="dxa"/>
              <w:left w:w="40" w:type="dxa"/>
              <w:bottom w:w="40" w:type="dxa"/>
              <w:right w:w="40" w:type="dxa"/>
            </w:tcMar>
            <w:vAlign w:val="center"/>
          </w:tcPr>
          <w:p w14:paraId="0959B88A" w14:textId="77777777" w:rsidR="005E1B4C" w:rsidRPr="003C543E" w:rsidRDefault="005E1B4C" w:rsidP="005E1B4C">
            <w:pPr>
              <w:spacing w:after="200" w:line="276" w:lineRule="auto"/>
              <w:jc w:val="center"/>
              <w:rPr>
                <w:rFonts w:ascii="Cambria" w:eastAsia="MS Mincho" w:hAnsi="Cambria"/>
                <w:sz w:val="22"/>
                <w:szCs w:val="22"/>
                <w:lang w:val="en-US" w:eastAsia="en-US"/>
              </w:rPr>
            </w:pPr>
            <w:r w:rsidRPr="003C543E">
              <w:rPr>
                <w:rFonts w:ascii="Arial" w:eastAsia="MS Mincho" w:hAnsi="Arial"/>
                <w:b/>
                <w:sz w:val="14"/>
                <w:szCs w:val="22"/>
                <w:lang w:val="en-US" w:eastAsia="en-US"/>
              </w:rPr>
              <w:t>SUBTOTAL</w:t>
            </w:r>
          </w:p>
        </w:tc>
        <w:tc>
          <w:tcPr>
            <w:tcW w:w="786" w:type="dxa"/>
            <w:tcBorders>
              <w:top w:val="single" w:sz="4" w:space="0" w:color="auto"/>
              <w:left w:val="single" w:sz="4" w:space="0" w:color="auto"/>
              <w:bottom w:val="single" w:sz="4" w:space="0" w:color="auto"/>
              <w:right w:val="single" w:sz="4" w:space="0" w:color="auto"/>
            </w:tcBorders>
            <w:shd w:val="clear" w:color="auto" w:fill="9DC3E6"/>
            <w:vAlign w:val="center"/>
          </w:tcPr>
          <w:p w14:paraId="1B93FB83" w14:textId="77777777" w:rsidR="005E1B4C" w:rsidRPr="003C543E" w:rsidRDefault="005E1B4C" w:rsidP="005E1B4C">
            <w:pPr>
              <w:spacing w:after="200" w:line="276" w:lineRule="auto"/>
              <w:rPr>
                <w:rFonts w:ascii="Cambria" w:eastAsia="MS Mincho" w:hAnsi="Cambria"/>
                <w:sz w:val="22"/>
                <w:szCs w:val="22"/>
                <w:lang w:val="en-US" w:eastAsia="en-US"/>
              </w:rPr>
            </w:pPr>
          </w:p>
        </w:tc>
        <w:tc>
          <w:tcPr>
            <w:tcW w:w="899" w:type="dxa"/>
            <w:gridSpan w:val="2"/>
            <w:tcBorders>
              <w:top w:val="single" w:sz="4" w:space="0" w:color="auto"/>
              <w:left w:val="single" w:sz="4" w:space="0" w:color="auto"/>
              <w:bottom w:val="single" w:sz="4" w:space="0" w:color="auto"/>
              <w:right w:val="single" w:sz="4" w:space="0" w:color="auto"/>
            </w:tcBorders>
            <w:shd w:val="clear" w:color="auto" w:fill="9DC3E6"/>
            <w:vAlign w:val="center"/>
          </w:tcPr>
          <w:p w14:paraId="024C2844" w14:textId="77777777" w:rsidR="005E1B4C" w:rsidRPr="003C543E" w:rsidRDefault="005E1B4C" w:rsidP="005E1B4C">
            <w:pPr>
              <w:spacing w:after="200" w:line="276" w:lineRule="auto"/>
              <w:rPr>
                <w:rFonts w:ascii="Cambria" w:eastAsia="MS Mincho" w:hAnsi="Cambria"/>
                <w:sz w:val="22"/>
                <w:szCs w:val="22"/>
                <w:lang w:val="en-US" w:eastAsia="en-US"/>
              </w:rPr>
            </w:pPr>
          </w:p>
        </w:tc>
        <w:tc>
          <w:tcPr>
            <w:tcW w:w="631" w:type="dxa"/>
            <w:tcBorders>
              <w:top w:val="single" w:sz="4" w:space="0" w:color="auto"/>
              <w:left w:val="single" w:sz="4" w:space="0" w:color="auto"/>
              <w:bottom w:val="single" w:sz="4" w:space="0" w:color="auto"/>
              <w:right w:val="single" w:sz="4" w:space="0" w:color="auto"/>
            </w:tcBorders>
            <w:shd w:val="clear" w:color="auto" w:fill="9DC3E6"/>
            <w:vAlign w:val="center"/>
          </w:tcPr>
          <w:p w14:paraId="48548705" w14:textId="77777777" w:rsidR="005E1B4C" w:rsidRPr="003C543E" w:rsidRDefault="005E1B4C" w:rsidP="005E1B4C">
            <w:pPr>
              <w:spacing w:after="200" w:line="276" w:lineRule="auto"/>
              <w:rPr>
                <w:rFonts w:ascii="Cambria" w:eastAsia="MS Mincho" w:hAnsi="Cambria"/>
                <w:sz w:val="22"/>
                <w:szCs w:val="22"/>
                <w:lang w:val="en-US"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9DC3E6"/>
            <w:vAlign w:val="center"/>
          </w:tcPr>
          <w:p w14:paraId="0B8CCAFD" w14:textId="77777777" w:rsidR="005E1B4C" w:rsidRPr="003C543E" w:rsidRDefault="005E1B4C" w:rsidP="005E1B4C">
            <w:pPr>
              <w:spacing w:after="200" w:line="276" w:lineRule="auto"/>
              <w:rPr>
                <w:rFonts w:ascii="Cambria" w:eastAsia="MS Mincho" w:hAnsi="Cambria"/>
                <w:sz w:val="22"/>
                <w:szCs w:val="22"/>
                <w:lang w:val="en-US" w:eastAsia="en-US"/>
              </w:rPr>
            </w:pPr>
          </w:p>
        </w:tc>
        <w:tc>
          <w:tcPr>
            <w:tcW w:w="1164" w:type="dxa"/>
            <w:tcBorders>
              <w:top w:val="single" w:sz="6" w:space="0" w:color="000000"/>
              <w:left w:val="single" w:sz="4" w:space="0" w:color="auto"/>
              <w:bottom w:val="single" w:sz="6" w:space="0" w:color="000000"/>
              <w:right w:val="single" w:sz="6" w:space="0" w:color="000000"/>
            </w:tcBorders>
            <w:shd w:val="clear" w:color="auto" w:fill="9DC3E6"/>
            <w:tcMar>
              <w:top w:w="40" w:type="dxa"/>
              <w:left w:w="40" w:type="dxa"/>
              <w:bottom w:w="40" w:type="dxa"/>
              <w:right w:w="40" w:type="dxa"/>
            </w:tcMar>
            <w:vAlign w:val="center"/>
          </w:tcPr>
          <w:p w14:paraId="520929A6" w14:textId="7445E25F" w:rsidR="005E1B4C" w:rsidRPr="005E1B4C" w:rsidRDefault="005E1B4C" w:rsidP="003C543E">
            <w:pPr>
              <w:spacing w:after="200" w:line="276" w:lineRule="auto"/>
              <w:jc w:val="right"/>
              <w:rPr>
                <w:rFonts w:ascii="Arial Narrow" w:eastAsia="MS Mincho" w:hAnsi="Arial Narrow"/>
                <w:b/>
                <w:bCs/>
                <w:sz w:val="18"/>
                <w:szCs w:val="18"/>
                <w:lang w:val="en-US" w:eastAsia="en-US"/>
              </w:rPr>
            </w:pPr>
            <w:r w:rsidRPr="005E1B4C">
              <w:rPr>
                <w:rFonts w:ascii="Arial Narrow" w:eastAsia="MS Mincho" w:hAnsi="Arial Narrow"/>
                <w:b/>
                <w:bCs/>
                <w:sz w:val="18"/>
                <w:szCs w:val="18"/>
                <w:lang w:val="en-US" w:eastAsia="en-US"/>
              </w:rPr>
              <w:t>$</w:t>
            </w:r>
          </w:p>
        </w:tc>
        <w:tc>
          <w:tcPr>
            <w:tcW w:w="1134" w:type="dxa"/>
            <w:tcBorders>
              <w:top w:val="single" w:sz="6" w:space="0" w:color="000000"/>
              <w:left w:val="single" w:sz="6" w:space="0" w:color="000000"/>
              <w:bottom w:val="single" w:sz="6" w:space="0" w:color="000000"/>
              <w:right w:val="single" w:sz="6" w:space="0" w:color="000000"/>
            </w:tcBorders>
            <w:shd w:val="clear" w:color="auto" w:fill="9DC3E6"/>
            <w:tcMar>
              <w:top w:w="40" w:type="dxa"/>
              <w:left w:w="40" w:type="dxa"/>
              <w:bottom w:w="40" w:type="dxa"/>
              <w:right w:w="40" w:type="dxa"/>
            </w:tcMar>
            <w:vAlign w:val="center"/>
          </w:tcPr>
          <w:p w14:paraId="448FA2E4" w14:textId="380A50DF" w:rsidR="005E1B4C" w:rsidRPr="005E1B4C" w:rsidRDefault="005E1B4C" w:rsidP="003C543E">
            <w:pPr>
              <w:spacing w:after="200" w:line="276" w:lineRule="auto"/>
              <w:jc w:val="right"/>
              <w:rPr>
                <w:rFonts w:ascii="Arial Narrow" w:eastAsia="MS Mincho" w:hAnsi="Arial Narrow"/>
                <w:b/>
                <w:bCs/>
                <w:sz w:val="18"/>
                <w:szCs w:val="18"/>
                <w:lang w:val="en-US" w:eastAsia="en-US"/>
              </w:rPr>
            </w:pPr>
            <w:r w:rsidRPr="005E1B4C">
              <w:rPr>
                <w:rFonts w:ascii="Arial Narrow" w:eastAsia="MS Mincho" w:hAnsi="Arial Narrow"/>
                <w:b/>
                <w:bCs/>
                <w:sz w:val="18"/>
                <w:szCs w:val="18"/>
                <w:lang w:val="en-US" w:eastAsia="en-US"/>
              </w:rPr>
              <w:t>$</w:t>
            </w:r>
          </w:p>
        </w:tc>
      </w:tr>
    </w:tbl>
    <w:p w14:paraId="6B0035BF" w14:textId="77777777" w:rsidR="00876B18" w:rsidRDefault="00876B18" w:rsidP="00156BFA">
      <w:pPr>
        <w:spacing w:line="276" w:lineRule="auto"/>
        <w:rPr>
          <w:rFonts w:ascii="Arial Narrow" w:hAnsi="Arial Narrow"/>
          <w:sz w:val="22"/>
          <w:szCs w:val="22"/>
          <w:lang w:val="es-CO"/>
        </w:rPr>
      </w:pPr>
    </w:p>
    <w:p w14:paraId="4B3ABC63" w14:textId="77777777" w:rsidR="005C480D" w:rsidRPr="00386442" w:rsidRDefault="005C480D" w:rsidP="00156BFA">
      <w:pPr>
        <w:spacing w:line="276" w:lineRule="auto"/>
        <w:rPr>
          <w:rFonts w:ascii="Arial Narrow" w:hAnsi="Arial Narrow"/>
          <w:sz w:val="22"/>
          <w:szCs w:val="22"/>
          <w:lang w:val="es-CO"/>
        </w:rPr>
      </w:pPr>
    </w:p>
    <w:p w14:paraId="47663F77" w14:textId="77777777" w:rsidR="00156BFA" w:rsidRPr="001F09BA" w:rsidRDefault="00156BFA" w:rsidP="002C3F9B">
      <w:pPr>
        <w:jc w:val="both"/>
        <w:rPr>
          <w:rFonts w:ascii="Arial Narrow" w:hAnsi="Arial Narrow"/>
          <w:sz w:val="22"/>
          <w:szCs w:val="22"/>
          <w:u w:val="single"/>
          <w:lang w:val="es-CO"/>
        </w:rPr>
      </w:pPr>
      <w:r w:rsidRPr="001F09BA">
        <w:rPr>
          <w:rFonts w:ascii="Arial Narrow" w:hAnsi="Arial Narrow"/>
          <w:sz w:val="22"/>
          <w:szCs w:val="22"/>
          <w:u w:val="single"/>
          <w:lang w:val="es-CO"/>
        </w:rPr>
        <w:t>VALOR OFERTA ECONOMICA TOTAL:                                                       (</w:t>
      </w:r>
      <w:r w:rsidRPr="001F09BA">
        <w:rPr>
          <w:rFonts w:ascii="Arial Narrow" w:hAnsi="Arial Narrow" w:cs="Tahoma"/>
          <w:b/>
          <w:color w:val="000000"/>
          <w:sz w:val="22"/>
          <w:szCs w:val="22"/>
          <w:u w:val="single"/>
          <w:lang w:val="es-CO"/>
        </w:rPr>
        <w:t>$              ,</w:t>
      </w:r>
      <w:proofErr w:type="spellStart"/>
      <w:r w:rsidRPr="001F09BA">
        <w:rPr>
          <w:rFonts w:ascii="Arial Narrow" w:hAnsi="Arial Narrow" w:cs="Tahoma"/>
          <w:b/>
          <w:color w:val="000000"/>
          <w:sz w:val="22"/>
          <w:szCs w:val="22"/>
          <w:u w:val="single"/>
          <w:lang w:val="es-CO"/>
        </w:rPr>
        <w:t>oo</w:t>
      </w:r>
      <w:proofErr w:type="spellEnd"/>
      <w:r w:rsidRPr="001F09BA">
        <w:rPr>
          <w:rFonts w:ascii="Arial Narrow" w:hAnsi="Arial Narrow" w:cs="Tahoma"/>
          <w:b/>
          <w:color w:val="000000"/>
          <w:sz w:val="22"/>
          <w:szCs w:val="22"/>
          <w:u w:val="single"/>
          <w:lang w:val="es-CO"/>
        </w:rPr>
        <w:t>) M/CTE.</w:t>
      </w:r>
    </w:p>
    <w:p w14:paraId="389DA10E" w14:textId="77777777" w:rsidR="00156BFA" w:rsidRPr="001F09BA" w:rsidRDefault="00156BFA" w:rsidP="002C3F9B">
      <w:pPr>
        <w:jc w:val="both"/>
        <w:rPr>
          <w:rFonts w:ascii="Arial Narrow" w:hAnsi="Arial Narrow"/>
          <w:sz w:val="22"/>
          <w:szCs w:val="22"/>
          <w:u w:val="single"/>
          <w:lang w:val="es-CO"/>
        </w:rPr>
      </w:pPr>
    </w:p>
    <w:p w14:paraId="12387459" w14:textId="77777777" w:rsidR="00156BFA" w:rsidRPr="001F09BA" w:rsidRDefault="00156BFA" w:rsidP="002C3F9B">
      <w:pPr>
        <w:jc w:val="both"/>
        <w:rPr>
          <w:rFonts w:ascii="Arial Narrow" w:hAnsi="Arial Narrow"/>
          <w:b/>
          <w:sz w:val="22"/>
          <w:szCs w:val="22"/>
          <w:lang w:val="es-CO"/>
        </w:rPr>
      </w:pPr>
      <w:r w:rsidRPr="001F09BA">
        <w:rPr>
          <w:rFonts w:ascii="Arial Narrow" w:hAnsi="Arial Narrow"/>
          <w:b/>
          <w:sz w:val="22"/>
          <w:szCs w:val="22"/>
          <w:lang w:val="es-CO"/>
        </w:rPr>
        <w:t>NOTAS:</w:t>
      </w:r>
    </w:p>
    <w:p w14:paraId="1AD44124" w14:textId="77777777" w:rsidR="00156BFA" w:rsidRPr="001F09BA" w:rsidRDefault="00156BFA" w:rsidP="002C3F9B">
      <w:pPr>
        <w:jc w:val="both"/>
        <w:rPr>
          <w:rFonts w:ascii="Arial Narrow" w:hAnsi="Arial Narrow"/>
          <w:sz w:val="22"/>
          <w:szCs w:val="22"/>
          <w:lang w:val="es-CO"/>
        </w:rPr>
      </w:pPr>
    </w:p>
    <w:p w14:paraId="5BD3CE81" w14:textId="77777777" w:rsidR="00156BFA" w:rsidRPr="001F09BA" w:rsidRDefault="00156BFA" w:rsidP="002C3F9B">
      <w:pPr>
        <w:pStyle w:val="Sinespaciado"/>
        <w:jc w:val="both"/>
        <w:rPr>
          <w:rFonts w:ascii="Arial Narrow" w:hAnsi="Arial Narrow"/>
          <w:szCs w:val="24"/>
        </w:rPr>
      </w:pPr>
      <w:r w:rsidRPr="001F09BA">
        <w:rPr>
          <w:rFonts w:ascii="Arial Narrow" w:hAnsi="Arial Narrow"/>
          <w:b/>
        </w:rPr>
        <w:t>Nota 1.-</w:t>
      </w:r>
      <w:r w:rsidRPr="001F09BA">
        <w:rPr>
          <w:rFonts w:ascii="Arial Narrow" w:hAnsi="Arial Narrow"/>
        </w:rPr>
        <w:t xml:space="preserve"> Las condiciones técnicas ofrecidas en la oferta presentada por El Contratista formarán parte integral de este acuerdo, le vinculan y serán objeto de verificación para establecer el cumplimiento de lo prometido. </w:t>
      </w:r>
    </w:p>
    <w:p w14:paraId="67A60F31" w14:textId="77777777" w:rsidR="00156BFA" w:rsidRPr="001F09BA" w:rsidRDefault="00156BFA" w:rsidP="002C3F9B">
      <w:pPr>
        <w:pStyle w:val="Sinespaciado"/>
        <w:jc w:val="both"/>
        <w:rPr>
          <w:rFonts w:ascii="Arial Narrow" w:hAnsi="Arial Narrow"/>
        </w:rPr>
      </w:pPr>
    </w:p>
    <w:p w14:paraId="68A1ACF4" w14:textId="77777777" w:rsidR="00156BFA" w:rsidRPr="001F09BA" w:rsidRDefault="00156BFA" w:rsidP="002C3F9B">
      <w:pPr>
        <w:pStyle w:val="Sinespaciado"/>
        <w:jc w:val="both"/>
        <w:rPr>
          <w:rFonts w:ascii="Arial Narrow" w:hAnsi="Arial Narrow"/>
        </w:rPr>
      </w:pPr>
      <w:r w:rsidRPr="001F09BA">
        <w:rPr>
          <w:rFonts w:ascii="Arial Narrow" w:hAnsi="Arial Narrow"/>
          <w:b/>
        </w:rPr>
        <w:t>Nota 2.-</w:t>
      </w:r>
      <w:r w:rsidRPr="001F09BA">
        <w:rPr>
          <w:rFonts w:ascii="Arial Narrow" w:hAnsi="Arial Narrow"/>
        </w:rPr>
        <w:t xml:space="preserve"> El Municipio se reserva la facultad de rechazar, al momento de su recibo, los contenidos que haciendo parte del contenido global del contrato, no cumplan con las mínimas condiciones de calidad, se encuentren defectuosos o no correspondan a los ofrecidos por el Contratista, procediéndose a descontar los valores respectivos para el pago conforme a lo recibido. </w:t>
      </w:r>
    </w:p>
    <w:p w14:paraId="1D750AE6" w14:textId="77777777" w:rsidR="00156BFA" w:rsidRPr="001F09BA" w:rsidRDefault="00156BFA" w:rsidP="002C3F9B">
      <w:pPr>
        <w:pStyle w:val="Sinespaciado"/>
        <w:jc w:val="both"/>
        <w:rPr>
          <w:rFonts w:ascii="Arial Narrow" w:hAnsi="Arial Narrow"/>
        </w:rPr>
      </w:pPr>
    </w:p>
    <w:p w14:paraId="2E2FCF81" w14:textId="77777777" w:rsidR="00156BFA" w:rsidRPr="001F09BA" w:rsidRDefault="00156BFA" w:rsidP="002C3F9B">
      <w:pPr>
        <w:pStyle w:val="Sinespaciado"/>
        <w:jc w:val="both"/>
        <w:rPr>
          <w:rFonts w:ascii="Arial Narrow" w:eastAsia="SimSun" w:hAnsi="Arial Narrow"/>
          <w:b/>
          <w:lang w:val="es-CO"/>
        </w:rPr>
      </w:pPr>
      <w:r w:rsidRPr="001F09BA">
        <w:rPr>
          <w:rFonts w:ascii="Arial Narrow" w:hAnsi="Arial Narrow"/>
          <w:b/>
        </w:rPr>
        <w:lastRenderedPageBreak/>
        <w:t>Nota 3.-</w:t>
      </w:r>
      <w:r w:rsidRPr="001F09BA">
        <w:rPr>
          <w:rFonts w:ascii="Arial Narrow" w:hAnsi="Arial Narrow"/>
        </w:rPr>
        <w:t xml:space="preserve"> Los valores aquí descritos deben contemplar el IVA y demás impuestos, costos y gastos en que el contratista incurra para la presentación de la propuesta, la celebración, legalización y liquidación del contrato, así como todos los costos que se produzcan para la correcta ejecución del contrato y la puesta en sitio de los elementos allí descritos.</w:t>
      </w:r>
    </w:p>
    <w:p w14:paraId="7B38594F" w14:textId="77777777" w:rsidR="00156BFA" w:rsidRPr="001F09BA" w:rsidRDefault="00156BFA" w:rsidP="002C3F9B">
      <w:pPr>
        <w:pStyle w:val="Sinespaciado"/>
        <w:jc w:val="both"/>
        <w:rPr>
          <w:rFonts w:ascii="Arial Narrow" w:eastAsia="SimSun" w:hAnsi="Arial Narrow"/>
          <w:b/>
          <w:lang w:val="es-CO"/>
        </w:rPr>
      </w:pPr>
    </w:p>
    <w:p w14:paraId="3BC7168C" w14:textId="78778105" w:rsidR="00156BFA" w:rsidRPr="001F09BA" w:rsidRDefault="00156BFA" w:rsidP="002C3F9B">
      <w:pPr>
        <w:pStyle w:val="Cuerpo"/>
        <w:spacing w:line="240" w:lineRule="auto"/>
        <w:jc w:val="both"/>
        <w:rPr>
          <w:rFonts w:ascii="Arial Narrow" w:eastAsia="Arial Narrow" w:hAnsi="Arial Narrow" w:cs="Arial Narrow"/>
          <w:lang w:val="es-CO"/>
        </w:rPr>
      </w:pPr>
      <w:r w:rsidRPr="001F09BA">
        <w:rPr>
          <w:rFonts w:ascii="Arial Narrow" w:hAnsi="Arial Narrow"/>
          <w:b/>
          <w:lang w:val="es-CO"/>
        </w:rPr>
        <w:t>Nota 4.-</w:t>
      </w:r>
      <w:r w:rsidRPr="001F09BA">
        <w:rPr>
          <w:rFonts w:ascii="Arial Narrow" w:hAnsi="Arial Narrow"/>
          <w:lang w:val="es-CO"/>
        </w:rPr>
        <w:t xml:space="preserve"> Los productos y servicios deben ser ofrecidos cuando y donde se requieran, según las </w:t>
      </w:r>
      <w:r w:rsidR="00907147" w:rsidRPr="001F09BA">
        <w:rPr>
          <w:rFonts w:ascii="Arial Narrow" w:hAnsi="Arial Narrow"/>
          <w:lang w:val="es-CO"/>
        </w:rPr>
        <w:t>indicaciones</w:t>
      </w:r>
      <w:r w:rsidRPr="001F09BA">
        <w:rPr>
          <w:rFonts w:ascii="Arial Narrow" w:hAnsi="Arial Narrow"/>
          <w:lang w:val="es-CO"/>
        </w:rPr>
        <w:t xml:space="preserve"> del supervisor del proceso.</w:t>
      </w:r>
    </w:p>
    <w:p w14:paraId="5FB8D399" w14:textId="77777777" w:rsidR="00156BFA" w:rsidRPr="001F09BA" w:rsidRDefault="00156BFA" w:rsidP="00156BFA">
      <w:pPr>
        <w:spacing w:line="276" w:lineRule="auto"/>
        <w:rPr>
          <w:rFonts w:ascii="Arial Narrow" w:hAnsi="Arial Narrow"/>
          <w:b/>
          <w:sz w:val="22"/>
          <w:szCs w:val="22"/>
          <w:vertAlign w:val="superscript"/>
          <w:lang w:val="es-CO"/>
        </w:rPr>
      </w:pPr>
    </w:p>
    <w:p w14:paraId="509A6D26" w14:textId="77777777" w:rsidR="00156BFA" w:rsidRPr="001F09BA" w:rsidRDefault="00156BFA" w:rsidP="00156BFA">
      <w:pPr>
        <w:spacing w:line="276" w:lineRule="auto"/>
        <w:rPr>
          <w:rFonts w:ascii="Arial Narrow" w:hAnsi="Arial Narrow"/>
          <w:sz w:val="22"/>
          <w:szCs w:val="22"/>
          <w:lang w:val="es-CO"/>
        </w:rPr>
      </w:pPr>
      <w:r w:rsidRPr="001F09BA">
        <w:rPr>
          <w:rFonts w:ascii="Arial Narrow" w:hAnsi="Arial Narrow"/>
          <w:sz w:val="22"/>
          <w:szCs w:val="22"/>
          <w:lang w:val="es-CO"/>
        </w:rPr>
        <w:t>Nombre y/o razón Social._____________________________</w:t>
      </w:r>
    </w:p>
    <w:p w14:paraId="4F5A191B" w14:textId="77777777" w:rsidR="00156BFA" w:rsidRPr="001F09BA" w:rsidRDefault="00156BFA" w:rsidP="00156BFA">
      <w:pPr>
        <w:spacing w:line="276" w:lineRule="auto"/>
        <w:rPr>
          <w:rFonts w:ascii="Arial Narrow" w:hAnsi="Arial Narrow"/>
          <w:sz w:val="22"/>
          <w:szCs w:val="22"/>
          <w:lang w:val="es-CO"/>
        </w:rPr>
      </w:pPr>
      <w:r w:rsidRPr="001F09BA">
        <w:rPr>
          <w:rFonts w:ascii="Arial Narrow" w:hAnsi="Arial Narrow"/>
          <w:sz w:val="22"/>
          <w:szCs w:val="22"/>
          <w:lang w:val="es-CO"/>
        </w:rPr>
        <w:t>NIT________________________</w:t>
      </w:r>
    </w:p>
    <w:p w14:paraId="4E81F387" w14:textId="77777777" w:rsidR="00156BFA" w:rsidRPr="001F09BA" w:rsidRDefault="00156BFA" w:rsidP="00156BFA">
      <w:pPr>
        <w:spacing w:line="276" w:lineRule="auto"/>
        <w:rPr>
          <w:rFonts w:ascii="Arial Narrow" w:hAnsi="Arial Narrow"/>
          <w:sz w:val="22"/>
          <w:szCs w:val="22"/>
          <w:lang w:val="es-CO"/>
        </w:rPr>
      </w:pPr>
    </w:p>
    <w:p w14:paraId="6A687043" w14:textId="77777777" w:rsidR="00156BFA" w:rsidRPr="001F09BA" w:rsidRDefault="00156BFA" w:rsidP="00156BFA">
      <w:pPr>
        <w:spacing w:line="276" w:lineRule="auto"/>
        <w:rPr>
          <w:rFonts w:ascii="Arial Narrow" w:hAnsi="Arial Narrow"/>
          <w:sz w:val="22"/>
          <w:szCs w:val="22"/>
          <w:lang w:val="es-CO"/>
        </w:rPr>
      </w:pPr>
    </w:p>
    <w:p w14:paraId="43A79B99" w14:textId="77777777" w:rsidR="00156BFA" w:rsidRPr="001F09BA" w:rsidRDefault="00156BFA" w:rsidP="00156BFA">
      <w:pPr>
        <w:spacing w:line="276" w:lineRule="auto"/>
        <w:rPr>
          <w:rFonts w:ascii="Arial Narrow" w:hAnsi="Arial Narrow"/>
          <w:sz w:val="22"/>
          <w:szCs w:val="22"/>
          <w:lang w:val="es-CO"/>
        </w:rPr>
      </w:pPr>
      <w:r w:rsidRPr="001F09BA">
        <w:rPr>
          <w:rFonts w:ascii="Arial Narrow" w:hAnsi="Arial Narrow"/>
          <w:sz w:val="22"/>
          <w:szCs w:val="22"/>
          <w:lang w:val="es-CO"/>
        </w:rPr>
        <w:t>Firma del representante Legal___________________________</w:t>
      </w:r>
    </w:p>
    <w:p w14:paraId="10090D95" w14:textId="77777777" w:rsidR="00156BFA" w:rsidRPr="001F09BA" w:rsidRDefault="00156BFA" w:rsidP="00156BFA">
      <w:pPr>
        <w:spacing w:line="276" w:lineRule="auto"/>
        <w:rPr>
          <w:rFonts w:ascii="Arial Narrow" w:hAnsi="Arial Narrow"/>
          <w:sz w:val="22"/>
          <w:szCs w:val="22"/>
          <w:lang w:val="es-CO"/>
        </w:rPr>
      </w:pPr>
      <w:r w:rsidRPr="001F09BA">
        <w:rPr>
          <w:rFonts w:ascii="Arial Narrow" w:hAnsi="Arial Narrow"/>
          <w:sz w:val="22"/>
          <w:szCs w:val="22"/>
          <w:lang w:val="es-CO"/>
        </w:rPr>
        <w:t>Nombre del Representante Legal:________________________</w:t>
      </w:r>
    </w:p>
    <w:p w14:paraId="465ACE2B" w14:textId="77777777" w:rsidR="00156BFA" w:rsidRPr="00386442" w:rsidRDefault="00156BFA" w:rsidP="00156BFA">
      <w:pPr>
        <w:spacing w:line="276" w:lineRule="auto"/>
        <w:rPr>
          <w:rFonts w:ascii="Arial Narrow" w:hAnsi="Arial Narrow"/>
          <w:sz w:val="22"/>
          <w:szCs w:val="22"/>
          <w:lang w:val="es-CO"/>
        </w:rPr>
      </w:pPr>
      <w:r w:rsidRPr="001F09BA">
        <w:rPr>
          <w:rFonts w:ascii="Arial Narrow" w:hAnsi="Arial Narrow"/>
          <w:sz w:val="22"/>
          <w:szCs w:val="22"/>
          <w:lang w:val="es-CO"/>
        </w:rPr>
        <w:t>No. De C.C. del Representante Legal_____________________</w:t>
      </w:r>
    </w:p>
    <w:p w14:paraId="24A41493" w14:textId="77777777" w:rsidR="000126EC" w:rsidRPr="00156BFA" w:rsidRDefault="000126EC">
      <w:pPr>
        <w:rPr>
          <w:lang w:val="es-CO"/>
        </w:rPr>
      </w:pPr>
    </w:p>
    <w:sectPr w:rsidR="000126EC" w:rsidRPr="00156BF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ans Serif 12cpi">
    <w:charset w:val="00"/>
    <w:family w:val="moder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Univers (WN)">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aconnmeros31"/>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aconnmeros21"/>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aconvietas31"/>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D902AE04"/>
    <w:lvl w:ilvl="0">
      <w:start w:val="1"/>
      <w:numFmt w:val="bullet"/>
      <w:pStyle w:val="Listaconvietas2"/>
      <w:lvlText w:val=""/>
      <w:lvlJc w:val="left"/>
      <w:pPr>
        <w:tabs>
          <w:tab w:val="num" w:pos="900"/>
        </w:tabs>
        <w:ind w:left="90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aconnmeros1"/>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aconvietas1"/>
      <w:lvlText w:val=""/>
      <w:lvlJc w:val="left"/>
      <w:pPr>
        <w:tabs>
          <w:tab w:val="num" w:pos="360"/>
        </w:tabs>
        <w:ind w:left="360" w:hanging="360"/>
      </w:pPr>
      <w:rPr>
        <w:rFonts w:ascii="Symbol" w:hAnsi="Symbol" w:hint="default"/>
      </w:rPr>
    </w:lvl>
  </w:abstractNum>
  <w:abstractNum w:abstractNumId="6" w15:restartNumberingAfterBreak="0">
    <w:nsid w:val="394F4AA8"/>
    <w:multiLevelType w:val="hybridMultilevel"/>
    <w:tmpl w:val="EABE37C4"/>
    <w:lvl w:ilvl="0" w:tplc="E2522372">
      <w:start w:val="1"/>
      <w:numFmt w:val="decimal"/>
      <w:lvlText w:val="%1."/>
      <w:lvlJc w:val="left"/>
      <w:pPr>
        <w:tabs>
          <w:tab w:val="num" w:pos="1440"/>
        </w:tabs>
        <w:ind w:left="1440" w:hanging="360"/>
      </w:pPr>
      <w:rPr>
        <w:rFonts w:cs="Times New Roman"/>
      </w:rPr>
    </w:lvl>
    <w:lvl w:ilvl="1" w:tplc="0C0A0003">
      <w:start w:val="1"/>
      <w:numFmt w:val="decimal"/>
      <w:lvlText w:val="%2."/>
      <w:lvlJc w:val="left"/>
      <w:pPr>
        <w:tabs>
          <w:tab w:val="num" w:pos="2160"/>
        </w:tabs>
        <w:ind w:left="2160" w:hanging="360"/>
      </w:pPr>
      <w:rPr>
        <w:rFonts w:cs="Times New Roman"/>
      </w:rPr>
    </w:lvl>
    <w:lvl w:ilvl="2" w:tplc="0C0A0005">
      <w:start w:val="1"/>
      <w:numFmt w:val="decimal"/>
      <w:pStyle w:val="T1"/>
      <w:lvlText w:val="%3."/>
      <w:lvlJc w:val="left"/>
      <w:pPr>
        <w:tabs>
          <w:tab w:val="num" w:pos="1980"/>
        </w:tabs>
        <w:ind w:left="1980" w:hanging="360"/>
      </w:pPr>
      <w:rPr>
        <w:rFonts w:cs="Times New Roman"/>
      </w:rPr>
    </w:lvl>
    <w:lvl w:ilvl="3" w:tplc="0C0A0001">
      <w:start w:val="1"/>
      <w:numFmt w:val="decimal"/>
      <w:lvlText w:val="%4."/>
      <w:lvlJc w:val="left"/>
      <w:pPr>
        <w:tabs>
          <w:tab w:val="num" w:pos="3600"/>
        </w:tabs>
        <w:ind w:left="3600" w:hanging="360"/>
      </w:pPr>
      <w:rPr>
        <w:rFonts w:cs="Times New Roman"/>
      </w:rPr>
    </w:lvl>
    <w:lvl w:ilvl="4" w:tplc="0C0A0003">
      <w:start w:val="1"/>
      <w:numFmt w:val="decimal"/>
      <w:lvlText w:val="%5."/>
      <w:lvlJc w:val="left"/>
      <w:pPr>
        <w:tabs>
          <w:tab w:val="num" w:pos="4320"/>
        </w:tabs>
        <w:ind w:left="4320" w:hanging="360"/>
      </w:pPr>
      <w:rPr>
        <w:rFonts w:cs="Times New Roman"/>
      </w:rPr>
    </w:lvl>
    <w:lvl w:ilvl="5" w:tplc="0C0A0005">
      <w:start w:val="1"/>
      <w:numFmt w:val="decimal"/>
      <w:lvlText w:val="%6."/>
      <w:lvlJc w:val="left"/>
      <w:pPr>
        <w:tabs>
          <w:tab w:val="num" w:pos="5040"/>
        </w:tabs>
        <w:ind w:left="5040" w:hanging="360"/>
      </w:pPr>
      <w:rPr>
        <w:rFonts w:cs="Times New Roman"/>
      </w:rPr>
    </w:lvl>
    <w:lvl w:ilvl="6" w:tplc="0C0A0001">
      <w:start w:val="1"/>
      <w:numFmt w:val="decimal"/>
      <w:lvlText w:val="%7."/>
      <w:lvlJc w:val="left"/>
      <w:pPr>
        <w:tabs>
          <w:tab w:val="num" w:pos="5760"/>
        </w:tabs>
        <w:ind w:left="5760" w:hanging="360"/>
      </w:pPr>
      <w:rPr>
        <w:rFonts w:cs="Times New Roman"/>
      </w:rPr>
    </w:lvl>
    <w:lvl w:ilvl="7" w:tplc="0C0A0003">
      <w:start w:val="1"/>
      <w:numFmt w:val="decimal"/>
      <w:lvlText w:val="%8."/>
      <w:lvlJc w:val="left"/>
      <w:pPr>
        <w:tabs>
          <w:tab w:val="num" w:pos="6480"/>
        </w:tabs>
        <w:ind w:left="6480" w:hanging="360"/>
      </w:pPr>
      <w:rPr>
        <w:rFonts w:cs="Times New Roman"/>
      </w:rPr>
    </w:lvl>
    <w:lvl w:ilvl="8" w:tplc="0C0A0005">
      <w:start w:val="1"/>
      <w:numFmt w:val="decimal"/>
      <w:lvlText w:val="%9."/>
      <w:lvlJc w:val="left"/>
      <w:pPr>
        <w:tabs>
          <w:tab w:val="num" w:pos="7200"/>
        </w:tabs>
        <w:ind w:left="7200" w:hanging="360"/>
      </w:pPr>
      <w:rPr>
        <w:rFonts w:cs="Times New Roman"/>
      </w:rPr>
    </w:lvl>
  </w:abstractNum>
  <w:num w:numId="1" w16cid:durableId="19535867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69110047">
    <w:abstractNumId w:val="3"/>
  </w:num>
  <w:num w:numId="3" w16cid:durableId="1577980351">
    <w:abstractNumId w:val="5"/>
  </w:num>
  <w:num w:numId="4" w16cid:durableId="672144481">
    <w:abstractNumId w:val="2"/>
  </w:num>
  <w:num w:numId="5" w16cid:durableId="1072849867">
    <w:abstractNumId w:val="4"/>
  </w:num>
  <w:num w:numId="6" w16cid:durableId="1518469997">
    <w:abstractNumId w:val="1"/>
  </w:num>
  <w:num w:numId="7" w16cid:durableId="37751039">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BFA"/>
    <w:rsid w:val="000126EC"/>
    <w:rsid w:val="000C758A"/>
    <w:rsid w:val="000F03C7"/>
    <w:rsid w:val="00156BFA"/>
    <w:rsid w:val="001F09BA"/>
    <w:rsid w:val="00214F99"/>
    <w:rsid w:val="002C3F9B"/>
    <w:rsid w:val="00300246"/>
    <w:rsid w:val="00324FC5"/>
    <w:rsid w:val="00325B42"/>
    <w:rsid w:val="003C543E"/>
    <w:rsid w:val="004B584C"/>
    <w:rsid w:val="004F0B90"/>
    <w:rsid w:val="005A2CB4"/>
    <w:rsid w:val="005C480D"/>
    <w:rsid w:val="005E1B4C"/>
    <w:rsid w:val="00641B90"/>
    <w:rsid w:val="007462A3"/>
    <w:rsid w:val="007D0BCB"/>
    <w:rsid w:val="00842995"/>
    <w:rsid w:val="00876B18"/>
    <w:rsid w:val="00900110"/>
    <w:rsid w:val="00907147"/>
    <w:rsid w:val="00993CEE"/>
    <w:rsid w:val="00A15A1B"/>
    <w:rsid w:val="00B722B9"/>
    <w:rsid w:val="00BC065F"/>
    <w:rsid w:val="00C44C02"/>
    <w:rsid w:val="00D45F64"/>
    <w:rsid w:val="00E04C51"/>
    <w:rsid w:val="00E15B9C"/>
    <w:rsid w:val="00FB5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1CB53"/>
  <w15:chartTrackingRefBased/>
  <w15:docId w15:val="{A4C47F52-9446-4A5C-8A51-2FDA91DCC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0" w:qFormat="1"/>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60" w:qFormat="1"/>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BFA"/>
    <w:pPr>
      <w:spacing w:after="0" w:line="240" w:lineRule="auto"/>
    </w:pPr>
    <w:rPr>
      <w:rFonts w:ascii="Times New Roman" w:eastAsia="Times New Roman" w:hAnsi="Times New Roman" w:cs="Times New Roman"/>
      <w:sz w:val="24"/>
      <w:szCs w:val="24"/>
      <w:lang w:val="es-ES_tradnl" w:eastAsia="es-ES_tradnl"/>
    </w:rPr>
  </w:style>
  <w:style w:type="paragraph" w:styleId="Ttulo1">
    <w:name w:val="heading 1"/>
    <w:aliases w:val="Car,Edgar 1,Pregunta,Título 1-BCN"/>
    <w:basedOn w:val="Normal"/>
    <w:next w:val="Normal"/>
    <w:link w:val="Ttulo1Car"/>
    <w:uiPriority w:val="9"/>
    <w:qFormat/>
    <w:rsid w:val="001F09BA"/>
    <w:pPr>
      <w:keepNext/>
      <w:spacing w:before="240" w:after="60"/>
      <w:outlineLvl w:val="0"/>
    </w:pPr>
    <w:rPr>
      <w:rFonts w:ascii="Arial" w:hAnsi="Arial"/>
      <w:b/>
      <w:bCs/>
      <w:kern w:val="32"/>
      <w:sz w:val="32"/>
      <w:szCs w:val="32"/>
      <w:lang w:eastAsia="es-ES"/>
    </w:rPr>
  </w:style>
  <w:style w:type="paragraph" w:styleId="Ttulo2">
    <w:name w:val="heading 2"/>
    <w:aliases w:val="H2,H2 Car,Edgar 2,Titre secondaire (2)"/>
    <w:basedOn w:val="Normal"/>
    <w:next w:val="Normal"/>
    <w:link w:val="Ttulo2Car"/>
    <w:uiPriority w:val="9"/>
    <w:qFormat/>
    <w:rsid w:val="001F09BA"/>
    <w:pPr>
      <w:keepNext/>
      <w:ind w:left="360"/>
      <w:outlineLvl w:val="1"/>
    </w:pPr>
    <w:rPr>
      <w:rFonts w:ascii="Arial" w:hAnsi="Arial"/>
      <w:b/>
      <w:sz w:val="22"/>
      <w:szCs w:val="20"/>
      <w:lang w:val="es-MX" w:eastAsia="es-CO"/>
    </w:rPr>
  </w:style>
  <w:style w:type="paragraph" w:styleId="Ttulo3">
    <w:name w:val="heading 3"/>
    <w:aliases w:val="Car1,Car11,Edgar 3,Sous-titre (3),Car111"/>
    <w:basedOn w:val="Normal"/>
    <w:next w:val="Normal"/>
    <w:link w:val="Ttulo3Car"/>
    <w:uiPriority w:val="9"/>
    <w:qFormat/>
    <w:rsid w:val="001F09BA"/>
    <w:pPr>
      <w:keepNext/>
      <w:keepLines/>
      <w:spacing w:before="200" w:line="276" w:lineRule="auto"/>
      <w:outlineLvl w:val="2"/>
    </w:pPr>
    <w:rPr>
      <w:rFonts w:ascii="Calibri" w:hAnsi="Calibri"/>
      <w:b/>
      <w:bCs/>
      <w:color w:val="4F81BD"/>
      <w:sz w:val="22"/>
      <w:szCs w:val="22"/>
      <w:lang w:val="es-CO" w:eastAsia="x-none"/>
    </w:rPr>
  </w:style>
  <w:style w:type="paragraph" w:styleId="Ttulo4">
    <w:name w:val="heading 4"/>
    <w:aliases w:val="Edgar 4"/>
    <w:basedOn w:val="Normal"/>
    <w:next w:val="Normal"/>
    <w:link w:val="Ttulo4Car"/>
    <w:uiPriority w:val="9"/>
    <w:qFormat/>
    <w:rsid w:val="001F09BA"/>
    <w:pPr>
      <w:keepNext/>
      <w:spacing w:before="240" w:after="60"/>
      <w:outlineLvl w:val="3"/>
    </w:pPr>
    <w:rPr>
      <w:b/>
      <w:bCs/>
      <w:sz w:val="28"/>
      <w:szCs w:val="28"/>
      <w:lang w:eastAsia="es-ES"/>
    </w:rPr>
  </w:style>
  <w:style w:type="paragraph" w:styleId="Ttulo5">
    <w:name w:val="heading 5"/>
    <w:basedOn w:val="Normal"/>
    <w:next w:val="Normal"/>
    <w:link w:val="Ttulo5Car"/>
    <w:uiPriority w:val="9"/>
    <w:qFormat/>
    <w:rsid w:val="001F09BA"/>
    <w:pPr>
      <w:spacing w:before="240" w:after="60"/>
      <w:outlineLvl w:val="4"/>
    </w:pPr>
    <w:rPr>
      <w:b/>
      <w:bCs/>
      <w:i/>
      <w:iCs/>
      <w:sz w:val="26"/>
      <w:szCs w:val="26"/>
      <w:lang w:eastAsia="es-ES"/>
    </w:rPr>
  </w:style>
  <w:style w:type="paragraph" w:styleId="Ttulo6">
    <w:name w:val="heading 6"/>
    <w:basedOn w:val="Normal"/>
    <w:next w:val="Normal"/>
    <w:link w:val="Ttulo6Car"/>
    <w:uiPriority w:val="9"/>
    <w:qFormat/>
    <w:rsid w:val="001F09BA"/>
    <w:pPr>
      <w:spacing w:before="240" w:after="60"/>
      <w:outlineLvl w:val="5"/>
    </w:pPr>
    <w:rPr>
      <w:b/>
      <w:bCs/>
      <w:sz w:val="20"/>
      <w:szCs w:val="20"/>
      <w:lang w:eastAsia="es-ES"/>
    </w:rPr>
  </w:style>
  <w:style w:type="paragraph" w:styleId="Ttulo7">
    <w:name w:val="heading 7"/>
    <w:basedOn w:val="Normal"/>
    <w:next w:val="Normal"/>
    <w:link w:val="Ttulo7Car"/>
    <w:uiPriority w:val="9"/>
    <w:qFormat/>
    <w:rsid w:val="001F09BA"/>
    <w:pPr>
      <w:keepNext/>
      <w:overflowPunct w:val="0"/>
      <w:autoSpaceDE w:val="0"/>
      <w:autoSpaceDN w:val="0"/>
      <w:adjustRightInd w:val="0"/>
      <w:ind w:left="708"/>
      <w:jc w:val="both"/>
      <w:textAlignment w:val="baseline"/>
      <w:outlineLvl w:val="6"/>
    </w:pPr>
    <w:rPr>
      <w:rFonts w:ascii="Arial" w:hAnsi="Arial"/>
      <w:sz w:val="20"/>
      <w:szCs w:val="20"/>
      <w:lang w:eastAsia="es-CO"/>
    </w:rPr>
  </w:style>
  <w:style w:type="paragraph" w:styleId="Ttulo8">
    <w:name w:val="heading 8"/>
    <w:basedOn w:val="Normal"/>
    <w:next w:val="Normal"/>
    <w:link w:val="Ttulo8Car"/>
    <w:uiPriority w:val="9"/>
    <w:qFormat/>
    <w:rsid w:val="001F09BA"/>
    <w:pPr>
      <w:keepNext/>
      <w:pBdr>
        <w:top w:val="single" w:sz="6" w:space="1" w:color="auto"/>
        <w:left w:val="single" w:sz="6" w:space="14" w:color="auto"/>
        <w:bottom w:val="single" w:sz="6" w:space="1" w:color="auto"/>
        <w:right w:val="single" w:sz="6" w:space="31" w:color="auto"/>
      </w:pBdr>
      <w:tabs>
        <w:tab w:val="left" w:pos="2410"/>
      </w:tabs>
      <w:ind w:left="851" w:right="3878"/>
      <w:jc w:val="center"/>
      <w:outlineLvl w:val="7"/>
    </w:pPr>
    <w:rPr>
      <w:rFonts w:ascii="Arial" w:hAnsi="Arial"/>
      <w:b/>
      <w:szCs w:val="20"/>
      <w:lang w:eastAsia="es-MX"/>
    </w:rPr>
  </w:style>
  <w:style w:type="paragraph" w:styleId="Ttulo9">
    <w:name w:val="heading 9"/>
    <w:basedOn w:val="Normal"/>
    <w:next w:val="Normal"/>
    <w:link w:val="Ttulo9Car"/>
    <w:uiPriority w:val="9"/>
    <w:qFormat/>
    <w:rsid w:val="001F09BA"/>
    <w:pPr>
      <w:keepNext/>
      <w:ind w:left="851"/>
      <w:outlineLvl w:val="8"/>
    </w:pPr>
    <w:rPr>
      <w:rFonts w:ascii="Arial" w:hAnsi="Arial"/>
      <w:b/>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TITULO 1,Normas Icontec"/>
    <w:link w:val="SinespaciadoCar"/>
    <w:uiPriority w:val="1"/>
    <w:qFormat/>
    <w:rsid w:val="00156BFA"/>
    <w:pPr>
      <w:spacing w:after="0" w:line="240" w:lineRule="auto"/>
    </w:pPr>
    <w:rPr>
      <w:rFonts w:ascii="Calibri" w:eastAsia="Times New Roman" w:hAnsi="Calibri" w:cs="Times New Roman"/>
      <w:lang w:val="es-ES" w:eastAsia="es-ES"/>
    </w:rPr>
  </w:style>
  <w:style w:type="character" w:customStyle="1" w:styleId="SinespaciadoCar">
    <w:name w:val="Sin espaciado Car"/>
    <w:aliases w:val="TITULO 1 Car,Normas Icontec Car"/>
    <w:link w:val="Sinespaciado"/>
    <w:uiPriority w:val="1"/>
    <w:qFormat/>
    <w:rsid w:val="00156BFA"/>
    <w:rPr>
      <w:rFonts w:ascii="Calibri" w:eastAsia="Times New Roman" w:hAnsi="Calibri" w:cs="Times New Roman"/>
      <w:lang w:val="es-ES" w:eastAsia="es-ES"/>
    </w:rPr>
  </w:style>
  <w:style w:type="paragraph" w:customStyle="1" w:styleId="Cuerpo">
    <w:name w:val="Cuerpo"/>
    <w:rsid w:val="00156BFA"/>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s-CO"/>
    </w:rPr>
  </w:style>
  <w:style w:type="character" w:customStyle="1" w:styleId="Ttulo1Car">
    <w:name w:val="Título 1 Car"/>
    <w:aliases w:val="Car Car,Edgar 1 Car,Pregunta Car,Título 1-BCN Car"/>
    <w:basedOn w:val="Fuentedeprrafopredeter"/>
    <w:link w:val="Ttulo1"/>
    <w:uiPriority w:val="9"/>
    <w:rsid w:val="001F09BA"/>
    <w:rPr>
      <w:rFonts w:ascii="Arial" w:eastAsia="Times New Roman" w:hAnsi="Arial" w:cs="Times New Roman"/>
      <w:b/>
      <w:bCs/>
      <w:kern w:val="32"/>
      <w:sz w:val="32"/>
      <w:szCs w:val="32"/>
      <w:lang w:val="es-ES_tradnl" w:eastAsia="es-ES"/>
    </w:rPr>
  </w:style>
  <w:style w:type="character" w:customStyle="1" w:styleId="Ttulo2Car">
    <w:name w:val="Título 2 Car"/>
    <w:aliases w:val="H2 Car1,H2 Car Car,Edgar 2 Car,Titre secondaire (2) Car"/>
    <w:basedOn w:val="Fuentedeprrafopredeter"/>
    <w:link w:val="Ttulo2"/>
    <w:uiPriority w:val="9"/>
    <w:rsid w:val="001F09BA"/>
    <w:rPr>
      <w:rFonts w:ascii="Arial" w:eastAsia="Times New Roman" w:hAnsi="Arial" w:cs="Times New Roman"/>
      <w:b/>
      <w:szCs w:val="20"/>
      <w:lang w:val="es-MX" w:eastAsia="es-CO"/>
    </w:rPr>
  </w:style>
  <w:style w:type="character" w:customStyle="1" w:styleId="Ttulo3Car">
    <w:name w:val="Título 3 Car"/>
    <w:aliases w:val="Car1 Car,Car11 Car,Edgar 3 Car,Sous-titre (3) Car,Car111 Car"/>
    <w:basedOn w:val="Fuentedeprrafopredeter"/>
    <w:link w:val="Ttulo3"/>
    <w:uiPriority w:val="9"/>
    <w:rsid w:val="001F09BA"/>
    <w:rPr>
      <w:rFonts w:ascii="Calibri" w:eastAsia="Times New Roman" w:hAnsi="Calibri" w:cs="Times New Roman"/>
      <w:b/>
      <w:bCs/>
      <w:color w:val="4F81BD"/>
      <w:lang w:val="es-CO" w:eastAsia="x-none"/>
    </w:rPr>
  </w:style>
  <w:style w:type="character" w:customStyle="1" w:styleId="Ttulo4Car">
    <w:name w:val="Título 4 Car"/>
    <w:aliases w:val="Edgar 4 Car"/>
    <w:basedOn w:val="Fuentedeprrafopredeter"/>
    <w:link w:val="Ttulo4"/>
    <w:uiPriority w:val="9"/>
    <w:rsid w:val="001F09BA"/>
    <w:rPr>
      <w:rFonts w:ascii="Times New Roman" w:eastAsia="Times New Roman" w:hAnsi="Times New Roman" w:cs="Times New Roman"/>
      <w:b/>
      <w:bCs/>
      <w:sz w:val="28"/>
      <w:szCs w:val="28"/>
      <w:lang w:val="es-ES_tradnl" w:eastAsia="es-ES"/>
    </w:rPr>
  </w:style>
  <w:style w:type="character" w:customStyle="1" w:styleId="Ttulo5Car">
    <w:name w:val="Título 5 Car"/>
    <w:basedOn w:val="Fuentedeprrafopredeter"/>
    <w:link w:val="Ttulo5"/>
    <w:uiPriority w:val="9"/>
    <w:rsid w:val="001F09BA"/>
    <w:rPr>
      <w:rFonts w:ascii="Times New Roman" w:eastAsia="Times New Roman" w:hAnsi="Times New Roman" w:cs="Times New Roman"/>
      <w:b/>
      <w:bCs/>
      <w:i/>
      <w:iCs/>
      <w:sz w:val="26"/>
      <w:szCs w:val="26"/>
      <w:lang w:val="es-ES_tradnl" w:eastAsia="es-ES"/>
    </w:rPr>
  </w:style>
  <w:style w:type="character" w:customStyle="1" w:styleId="Ttulo6Car">
    <w:name w:val="Título 6 Car"/>
    <w:basedOn w:val="Fuentedeprrafopredeter"/>
    <w:link w:val="Ttulo6"/>
    <w:uiPriority w:val="9"/>
    <w:rsid w:val="001F09BA"/>
    <w:rPr>
      <w:rFonts w:ascii="Times New Roman" w:eastAsia="Times New Roman" w:hAnsi="Times New Roman" w:cs="Times New Roman"/>
      <w:b/>
      <w:bCs/>
      <w:sz w:val="20"/>
      <w:szCs w:val="20"/>
      <w:lang w:val="es-ES_tradnl" w:eastAsia="es-ES"/>
    </w:rPr>
  </w:style>
  <w:style w:type="character" w:customStyle="1" w:styleId="Ttulo7Car">
    <w:name w:val="Título 7 Car"/>
    <w:basedOn w:val="Fuentedeprrafopredeter"/>
    <w:link w:val="Ttulo7"/>
    <w:uiPriority w:val="9"/>
    <w:rsid w:val="001F09BA"/>
    <w:rPr>
      <w:rFonts w:ascii="Arial" w:eastAsia="Times New Roman" w:hAnsi="Arial" w:cs="Times New Roman"/>
      <w:sz w:val="20"/>
      <w:szCs w:val="20"/>
      <w:lang w:val="es-ES_tradnl" w:eastAsia="es-CO"/>
    </w:rPr>
  </w:style>
  <w:style w:type="character" w:customStyle="1" w:styleId="Ttulo8Car">
    <w:name w:val="Título 8 Car"/>
    <w:basedOn w:val="Fuentedeprrafopredeter"/>
    <w:link w:val="Ttulo8"/>
    <w:uiPriority w:val="9"/>
    <w:rsid w:val="001F09BA"/>
    <w:rPr>
      <w:rFonts w:ascii="Arial" w:eastAsia="Times New Roman" w:hAnsi="Arial" w:cs="Times New Roman"/>
      <w:b/>
      <w:sz w:val="24"/>
      <w:szCs w:val="20"/>
      <w:lang w:val="es-ES_tradnl" w:eastAsia="es-MX"/>
    </w:rPr>
  </w:style>
  <w:style w:type="character" w:customStyle="1" w:styleId="Ttulo9Car">
    <w:name w:val="Título 9 Car"/>
    <w:basedOn w:val="Fuentedeprrafopredeter"/>
    <w:link w:val="Ttulo9"/>
    <w:uiPriority w:val="9"/>
    <w:rsid w:val="001F09BA"/>
    <w:rPr>
      <w:rFonts w:ascii="Arial" w:eastAsia="Times New Roman" w:hAnsi="Arial" w:cs="Times New Roman"/>
      <w:b/>
      <w:sz w:val="24"/>
      <w:szCs w:val="20"/>
      <w:lang w:val="es-ES_tradnl" w:eastAsia="es-MX"/>
    </w:rPr>
  </w:style>
  <w:style w:type="paragraph" w:styleId="Encabezado">
    <w:name w:val="header"/>
    <w:aliases w:val="encabezado,Encabezado1,Encabezado Car Car,Encabezado Car Car Car Car Car,Encabezado Car Car Car,Tablas,h,Header Bold,TENDER"/>
    <w:basedOn w:val="Normal"/>
    <w:link w:val="EncabezadoCar"/>
    <w:uiPriority w:val="99"/>
    <w:unhideWhenUsed/>
    <w:rsid w:val="001F09BA"/>
    <w:pPr>
      <w:tabs>
        <w:tab w:val="center" w:pos="4252"/>
        <w:tab w:val="right" w:pos="8504"/>
      </w:tabs>
      <w:spacing w:after="200" w:line="276" w:lineRule="auto"/>
    </w:pPr>
    <w:rPr>
      <w:rFonts w:ascii="Calibri" w:eastAsia="Calibri" w:hAnsi="Calibri"/>
      <w:sz w:val="22"/>
      <w:szCs w:val="22"/>
      <w:lang w:eastAsia="en-US"/>
    </w:rPr>
  </w:style>
  <w:style w:type="character" w:customStyle="1" w:styleId="EncabezadoCar">
    <w:name w:val="Encabezado Car"/>
    <w:aliases w:val="encabezado Car1,Encabezado1 Car,Encabezado Car Car Car1,Encabezado Car Car Car Car Car Car,Encabezado Car Car Car Car,Tablas Car,h Car,Header Bold Car,TENDER Car"/>
    <w:basedOn w:val="Fuentedeprrafopredeter"/>
    <w:link w:val="Encabezado"/>
    <w:uiPriority w:val="99"/>
    <w:rsid w:val="001F09BA"/>
    <w:rPr>
      <w:rFonts w:ascii="Calibri" w:eastAsia="Calibri" w:hAnsi="Calibri" w:cs="Times New Roman"/>
      <w:lang w:val="es-ES_tradnl"/>
    </w:rPr>
  </w:style>
  <w:style w:type="paragraph" w:styleId="Piedepgina">
    <w:name w:val="footer"/>
    <w:aliases w:val="Referencia de Documento,pie de página,Bas de page"/>
    <w:basedOn w:val="Normal"/>
    <w:link w:val="PiedepginaCar"/>
    <w:uiPriority w:val="99"/>
    <w:unhideWhenUsed/>
    <w:qFormat/>
    <w:rsid w:val="001F09BA"/>
    <w:pPr>
      <w:tabs>
        <w:tab w:val="center" w:pos="4252"/>
        <w:tab w:val="right" w:pos="8504"/>
      </w:tabs>
      <w:spacing w:after="200" w:line="276" w:lineRule="auto"/>
    </w:pPr>
    <w:rPr>
      <w:rFonts w:ascii="Calibri" w:eastAsia="Calibri" w:hAnsi="Calibri"/>
      <w:sz w:val="22"/>
      <w:szCs w:val="22"/>
      <w:lang w:eastAsia="en-US"/>
    </w:rPr>
  </w:style>
  <w:style w:type="character" w:customStyle="1" w:styleId="PiedepginaCar">
    <w:name w:val="Pie de página Car"/>
    <w:aliases w:val="Referencia de Documento Car,pie de página Car,Bas de page Car"/>
    <w:basedOn w:val="Fuentedeprrafopredeter"/>
    <w:link w:val="Piedepgina"/>
    <w:uiPriority w:val="99"/>
    <w:qFormat/>
    <w:rsid w:val="001F09BA"/>
    <w:rPr>
      <w:rFonts w:ascii="Calibri" w:eastAsia="Calibri" w:hAnsi="Calibri" w:cs="Times New Roman"/>
      <w:lang w:val="es-ES_tradnl"/>
    </w:rPr>
  </w:style>
  <w:style w:type="table" w:styleId="Listavistosa-nfasis5">
    <w:name w:val="Colorful List Accent 5"/>
    <w:basedOn w:val="Tablanormal"/>
    <w:uiPriority w:val="60"/>
    <w:qFormat/>
    <w:rsid w:val="001F09BA"/>
    <w:pPr>
      <w:spacing w:after="0" w:line="240" w:lineRule="auto"/>
    </w:pPr>
    <w:rPr>
      <w:rFonts w:ascii="Cambria" w:eastAsia="Times New Roman" w:hAnsi="Cambria" w:cs="Times New Roman"/>
      <w:color w:val="365F91"/>
      <w:lang w:val="es-CO" w:eastAsia="es-ES_tradnl"/>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Nmerodepgina">
    <w:name w:val="page number"/>
    <w:basedOn w:val="Fuentedeprrafopredeter"/>
    <w:unhideWhenUsed/>
    <w:rsid w:val="001F09BA"/>
  </w:style>
  <w:style w:type="paragraph" w:styleId="Sangradetextonormal">
    <w:name w:val="Body Text Indent"/>
    <w:basedOn w:val="Normal"/>
    <w:link w:val="SangradetextonormalCar"/>
    <w:uiPriority w:val="99"/>
    <w:rsid w:val="001F09BA"/>
    <w:pPr>
      <w:spacing w:after="120" w:line="276" w:lineRule="auto"/>
      <w:ind w:left="283"/>
    </w:pPr>
    <w:rPr>
      <w:rFonts w:ascii="Calibri" w:eastAsia="Calibri" w:hAnsi="Calibri"/>
      <w:sz w:val="22"/>
      <w:szCs w:val="22"/>
      <w:lang w:val="es-CO" w:eastAsia="x-none"/>
    </w:rPr>
  </w:style>
  <w:style w:type="character" w:customStyle="1" w:styleId="SangradetextonormalCar">
    <w:name w:val="Sangría de texto normal Car"/>
    <w:basedOn w:val="Fuentedeprrafopredeter"/>
    <w:link w:val="Sangradetextonormal"/>
    <w:uiPriority w:val="99"/>
    <w:rsid w:val="001F09BA"/>
    <w:rPr>
      <w:rFonts w:ascii="Calibri" w:eastAsia="Calibri" w:hAnsi="Calibri" w:cs="Times New Roman"/>
      <w:lang w:val="es-CO" w:eastAsia="x-none"/>
    </w:rPr>
  </w:style>
  <w:style w:type="paragraph" w:customStyle="1" w:styleId="NUEV">
    <w:name w:val="NUEV."/>
    <w:rsid w:val="001F09BA"/>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4"/>
      <w:szCs w:val="24"/>
      <w:lang w:val="es-ES" w:eastAsia="es-ES"/>
    </w:rPr>
  </w:style>
  <w:style w:type="character" w:customStyle="1" w:styleId="a9">
    <w:name w:val="a9"/>
    <w:basedOn w:val="Fuentedeprrafopredeter"/>
    <w:rsid w:val="001F09BA"/>
  </w:style>
  <w:style w:type="paragraph" w:customStyle="1" w:styleId="Cuadrculamedia21">
    <w:name w:val="Cuadrícula media 21"/>
    <w:uiPriority w:val="1"/>
    <w:qFormat/>
    <w:rsid w:val="001F09BA"/>
    <w:pPr>
      <w:spacing w:after="0" w:line="240" w:lineRule="auto"/>
    </w:pPr>
    <w:rPr>
      <w:rFonts w:ascii="Calibri" w:eastAsia="Calibri" w:hAnsi="Calibri" w:cs="Times New Roman"/>
      <w:lang w:val="es-CO"/>
    </w:rPr>
  </w:style>
  <w:style w:type="character" w:customStyle="1" w:styleId="Textoindependiente3Car">
    <w:name w:val="Texto independiente 3 Car"/>
    <w:link w:val="Textoindependiente3"/>
    <w:uiPriority w:val="99"/>
    <w:rsid w:val="001F09BA"/>
    <w:rPr>
      <w:rFonts w:ascii="Calibri" w:eastAsia="Calibri" w:hAnsi="Calibri" w:cs="Times New Roman"/>
      <w:sz w:val="16"/>
      <w:szCs w:val="16"/>
      <w:lang w:val="es-CO"/>
    </w:rPr>
  </w:style>
  <w:style w:type="paragraph" w:styleId="Textoindependiente3">
    <w:name w:val="Body Text 3"/>
    <w:basedOn w:val="Normal"/>
    <w:link w:val="Textoindependiente3Car"/>
    <w:uiPriority w:val="99"/>
    <w:unhideWhenUsed/>
    <w:rsid w:val="001F09BA"/>
    <w:pPr>
      <w:spacing w:after="120" w:line="276" w:lineRule="auto"/>
    </w:pPr>
    <w:rPr>
      <w:rFonts w:ascii="Calibri" w:eastAsia="Calibri" w:hAnsi="Calibri"/>
      <w:sz w:val="16"/>
      <w:szCs w:val="16"/>
      <w:lang w:val="es-CO" w:eastAsia="en-US"/>
    </w:rPr>
  </w:style>
  <w:style w:type="character" w:customStyle="1" w:styleId="Textoindependiente3Car1">
    <w:name w:val="Texto independiente 3 Car1"/>
    <w:basedOn w:val="Fuentedeprrafopredeter"/>
    <w:uiPriority w:val="99"/>
    <w:semiHidden/>
    <w:rsid w:val="001F09BA"/>
    <w:rPr>
      <w:rFonts w:ascii="Times New Roman" w:eastAsia="Times New Roman" w:hAnsi="Times New Roman" w:cs="Times New Roman"/>
      <w:sz w:val="16"/>
      <w:szCs w:val="16"/>
      <w:lang w:val="es-ES_tradnl" w:eastAsia="es-ES_tradnl"/>
    </w:rPr>
  </w:style>
  <w:style w:type="character" w:customStyle="1" w:styleId="A90">
    <w:name w:val="A9"/>
    <w:rsid w:val="001F09BA"/>
    <w:rPr>
      <w:color w:val="211D1E"/>
      <w:sz w:val="19"/>
      <w:szCs w:val="19"/>
    </w:rPr>
  </w:style>
  <w:style w:type="paragraph" w:customStyle="1" w:styleId="Pa14">
    <w:name w:val="Pa14"/>
    <w:basedOn w:val="Normal"/>
    <w:next w:val="Normal"/>
    <w:uiPriority w:val="99"/>
    <w:rsid w:val="001F09BA"/>
    <w:pPr>
      <w:autoSpaceDE w:val="0"/>
      <w:autoSpaceDN w:val="0"/>
      <w:adjustRightInd w:val="0"/>
      <w:spacing w:line="191" w:lineRule="atLeast"/>
    </w:pPr>
    <w:rPr>
      <w:lang w:val="es-ES" w:eastAsia="es-ES"/>
    </w:rPr>
  </w:style>
  <w:style w:type="paragraph" w:styleId="Textoindependiente">
    <w:name w:val="Body Text"/>
    <w:aliases w:val="bt,body text,body tesx,contents,Subsection Body Text"/>
    <w:basedOn w:val="Normal"/>
    <w:link w:val="TextoindependienteCar"/>
    <w:uiPriority w:val="99"/>
    <w:qFormat/>
    <w:rsid w:val="001F09BA"/>
    <w:pPr>
      <w:jc w:val="both"/>
    </w:pPr>
    <w:rPr>
      <w:rFonts w:ascii="Arial" w:hAnsi="Arial"/>
      <w:sz w:val="20"/>
      <w:szCs w:val="20"/>
      <w:lang w:val="es-CO" w:eastAsia="es-ES"/>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1F09BA"/>
    <w:rPr>
      <w:rFonts w:ascii="Arial" w:eastAsia="Times New Roman" w:hAnsi="Arial" w:cs="Times New Roman"/>
      <w:sz w:val="20"/>
      <w:szCs w:val="20"/>
      <w:lang w:val="es-CO" w:eastAsia="es-ES"/>
    </w:rPr>
  </w:style>
  <w:style w:type="character" w:customStyle="1" w:styleId="TextodegloboCar">
    <w:name w:val="Texto de globo Car"/>
    <w:link w:val="Textodeglobo"/>
    <w:uiPriority w:val="99"/>
    <w:rsid w:val="001F09BA"/>
    <w:rPr>
      <w:rFonts w:ascii="Tahoma" w:eastAsia="Calibri" w:hAnsi="Tahoma" w:cs="Tahoma"/>
      <w:sz w:val="16"/>
      <w:szCs w:val="16"/>
      <w:lang w:val="es-CO"/>
    </w:rPr>
  </w:style>
  <w:style w:type="paragraph" w:styleId="Textodeglobo">
    <w:name w:val="Balloon Text"/>
    <w:basedOn w:val="Normal"/>
    <w:link w:val="TextodegloboCar"/>
    <w:uiPriority w:val="99"/>
    <w:unhideWhenUsed/>
    <w:rsid w:val="001F09BA"/>
    <w:rPr>
      <w:rFonts w:ascii="Tahoma" w:eastAsia="Calibri" w:hAnsi="Tahoma" w:cs="Tahoma"/>
      <w:sz w:val="16"/>
      <w:szCs w:val="16"/>
      <w:lang w:val="es-CO" w:eastAsia="en-US"/>
    </w:rPr>
  </w:style>
  <w:style w:type="character" w:customStyle="1" w:styleId="TextodegloboCar1">
    <w:name w:val="Texto de globo Car1"/>
    <w:basedOn w:val="Fuentedeprrafopredeter"/>
    <w:uiPriority w:val="99"/>
    <w:semiHidden/>
    <w:rsid w:val="001F09BA"/>
    <w:rPr>
      <w:rFonts w:ascii="Segoe UI" w:eastAsia="Times New Roman" w:hAnsi="Segoe UI" w:cs="Segoe UI"/>
      <w:sz w:val="18"/>
      <w:szCs w:val="18"/>
      <w:lang w:val="es-ES_tradnl" w:eastAsia="es-ES_tradnl"/>
    </w:rPr>
  </w:style>
  <w:style w:type="character" w:customStyle="1" w:styleId="TextonotapieCar">
    <w:name w:val="Texto nota pie Car"/>
    <w:link w:val="Textonotapie"/>
    <w:uiPriority w:val="99"/>
    <w:rsid w:val="001F09BA"/>
    <w:rPr>
      <w:rFonts w:ascii="Calibri" w:eastAsia="Calibri" w:hAnsi="Calibri" w:cs="Times New Roman"/>
      <w:sz w:val="20"/>
      <w:szCs w:val="20"/>
      <w:lang w:val="es-CO"/>
    </w:rPr>
  </w:style>
  <w:style w:type="paragraph" w:styleId="Textonotapie">
    <w:name w:val="footnote text"/>
    <w:basedOn w:val="Normal"/>
    <w:link w:val="TextonotapieCar"/>
    <w:uiPriority w:val="99"/>
    <w:unhideWhenUsed/>
    <w:rsid w:val="001F09BA"/>
    <w:rPr>
      <w:rFonts w:ascii="Calibri" w:eastAsia="Calibri" w:hAnsi="Calibri"/>
      <w:sz w:val="20"/>
      <w:szCs w:val="20"/>
      <w:lang w:val="es-CO" w:eastAsia="en-US"/>
    </w:rPr>
  </w:style>
  <w:style w:type="character" w:customStyle="1" w:styleId="TextonotapieCar1">
    <w:name w:val="Texto nota pie Car1"/>
    <w:basedOn w:val="Fuentedeprrafopredeter"/>
    <w:uiPriority w:val="99"/>
    <w:semiHidden/>
    <w:rsid w:val="001F09BA"/>
    <w:rPr>
      <w:rFonts w:ascii="Times New Roman" w:eastAsia="Times New Roman" w:hAnsi="Times New Roman" w:cs="Times New Roman"/>
      <w:sz w:val="20"/>
      <w:szCs w:val="20"/>
      <w:lang w:val="es-ES_tradnl" w:eastAsia="es-ES_tradnl"/>
    </w:rPr>
  </w:style>
  <w:style w:type="paragraph" w:customStyle="1" w:styleId="Listamedia1-nfasis61">
    <w:name w:val="Lista media 1 - Énfasis 61"/>
    <w:basedOn w:val="Normal"/>
    <w:uiPriority w:val="34"/>
    <w:qFormat/>
    <w:rsid w:val="001F09BA"/>
    <w:pPr>
      <w:spacing w:after="200" w:line="276" w:lineRule="auto"/>
      <w:ind w:left="720"/>
      <w:contextualSpacing/>
    </w:pPr>
    <w:rPr>
      <w:rFonts w:ascii="Calibri" w:eastAsia="Calibri" w:hAnsi="Calibri"/>
      <w:sz w:val="22"/>
      <w:szCs w:val="22"/>
      <w:lang w:eastAsia="en-US"/>
    </w:rPr>
  </w:style>
  <w:style w:type="paragraph" w:customStyle="1" w:styleId="Normal1">
    <w:name w:val="Normal1"/>
    <w:basedOn w:val="Normal"/>
    <w:next w:val="Normal"/>
    <w:rsid w:val="001F09BA"/>
    <w:rPr>
      <w:rFonts w:ascii="Tahoma" w:hAnsi="Tahoma"/>
      <w:sz w:val="22"/>
      <w:szCs w:val="20"/>
      <w:lang w:eastAsia="es-ES"/>
    </w:rPr>
  </w:style>
  <w:style w:type="character" w:styleId="Hipervnculo">
    <w:name w:val="Hyperlink"/>
    <w:uiPriority w:val="99"/>
    <w:unhideWhenUsed/>
    <w:rsid w:val="001F09BA"/>
    <w:rPr>
      <w:color w:val="0000FF"/>
      <w:u w:val="single"/>
    </w:rPr>
  </w:style>
  <w:style w:type="character" w:customStyle="1" w:styleId="textonavy1">
    <w:name w:val="texto_navy1"/>
    <w:uiPriority w:val="99"/>
    <w:rsid w:val="001F09BA"/>
    <w:rPr>
      <w:color w:val="000080"/>
    </w:rPr>
  </w:style>
  <w:style w:type="paragraph" w:styleId="Textoindependiente2">
    <w:name w:val="Body Text 2"/>
    <w:basedOn w:val="Normal"/>
    <w:link w:val="Textoindependiente2Car"/>
    <w:uiPriority w:val="99"/>
    <w:unhideWhenUsed/>
    <w:rsid w:val="001F09BA"/>
    <w:pPr>
      <w:spacing w:after="120" w:line="480" w:lineRule="auto"/>
    </w:pPr>
    <w:rPr>
      <w:rFonts w:ascii="Calibri" w:eastAsia="Calibri" w:hAnsi="Calibri"/>
      <w:sz w:val="22"/>
      <w:szCs w:val="22"/>
      <w:lang w:val="es-CO" w:eastAsia="x-none"/>
    </w:rPr>
  </w:style>
  <w:style w:type="character" w:customStyle="1" w:styleId="Textoindependiente2Car">
    <w:name w:val="Texto independiente 2 Car"/>
    <w:basedOn w:val="Fuentedeprrafopredeter"/>
    <w:link w:val="Textoindependiente2"/>
    <w:uiPriority w:val="99"/>
    <w:rsid w:val="001F09BA"/>
    <w:rPr>
      <w:rFonts w:ascii="Calibri" w:eastAsia="Calibri" w:hAnsi="Calibri" w:cs="Times New Roman"/>
      <w:lang w:val="es-CO" w:eastAsia="x-none"/>
    </w:rPr>
  </w:style>
  <w:style w:type="character" w:customStyle="1" w:styleId="apple-style-span">
    <w:name w:val="apple-style-span"/>
    <w:basedOn w:val="Fuentedeprrafopredeter"/>
    <w:uiPriority w:val="99"/>
    <w:rsid w:val="001F09BA"/>
  </w:style>
  <w:style w:type="paragraph" w:customStyle="1" w:styleId="Default">
    <w:name w:val="Default"/>
    <w:link w:val="DefaultCar"/>
    <w:rsid w:val="001F09BA"/>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DefaultCar">
    <w:name w:val="Default Car"/>
    <w:link w:val="Default"/>
    <w:locked/>
    <w:rsid w:val="001F09BA"/>
    <w:rPr>
      <w:rFonts w:ascii="Times New Roman" w:eastAsia="Times New Roman" w:hAnsi="Times New Roman" w:cs="Times New Roman"/>
      <w:color w:val="000000"/>
      <w:sz w:val="24"/>
      <w:szCs w:val="24"/>
      <w:lang w:val="es-ES" w:eastAsia="es-ES"/>
    </w:rPr>
  </w:style>
  <w:style w:type="table" w:styleId="Tablaconcuadrcula">
    <w:name w:val="Table Grid"/>
    <w:basedOn w:val="Tablanormal"/>
    <w:uiPriority w:val="59"/>
    <w:rsid w:val="001F09BA"/>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neadereferencia">
    <w:name w:val="Línea de referencia"/>
    <w:basedOn w:val="Textoindependiente"/>
    <w:link w:val="LneadereferenciaCar"/>
    <w:rsid w:val="001F09BA"/>
    <w:rPr>
      <w:rFonts w:ascii="Tahoma" w:hAnsi="Tahoma"/>
      <w:color w:val="000000"/>
      <w:lang w:val="es-ES"/>
    </w:rPr>
  </w:style>
  <w:style w:type="character" w:customStyle="1" w:styleId="LneadereferenciaCar">
    <w:name w:val="Línea de referencia Car"/>
    <w:link w:val="Lneadereferencia"/>
    <w:rsid w:val="001F09BA"/>
    <w:rPr>
      <w:rFonts w:ascii="Tahoma" w:eastAsia="Times New Roman" w:hAnsi="Tahoma" w:cs="Times New Roman"/>
      <w:color w:val="000000"/>
      <w:sz w:val="20"/>
      <w:szCs w:val="20"/>
      <w:lang w:val="es-ES" w:eastAsia="es-ES"/>
    </w:rPr>
  </w:style>
  <w:style w:type="paragraph" w:customStyle="1" w:styleId="CM18">
    <w:name w:val="CM18"/>
    <w:basedOn w:val="Default"/>
    <w:next w:val="Default"/>
    <w:uiPriority w:val="99"/>
    <w:rsid w:val="001F09BA"/>
    <w:rPr>
      <w:rFonts w:ascii="Arial" w:eastAsia="Calibri" w:hAnsi="Arial" w:cs="Arial"/>
      <w:color w:val="auto"/>
      <w:lang w:eastAsia="en-US"/>
    </w:rPr>
  </w:style>
  <w:style w:type="paragraph" w:customStyle="1" w:styleId="Sombreadomedio1-nfasis11">
    <w:name w:val="Sombreado medio 1 - Énfasis 11"/>
    <w:uiPriority w:val="1"/>
    <w:qFormat/>
    <w:rsid w:val="001F09BA"/>
    <w:pPr>
      <w:spacing w:after="0" w:line="240" w:lineRule="auto"/>
    </w:pPr>
    <w:rPr>
      <w:rFonts w:ascii="Calibri" w:eastAsia="Calibri" w:hAnsi="Calibri" w:cs="Times New Roman"/>
      <w:lang w:val="es-CO"/>
    </w:rPr>
  </w:style>
  <w:style w:type="character" w:styleId="Refdecomentario">
    <w:name w:val="annotation reference"/>
    <w:rsid w:val="001F09BA"/>
    <w:rPr>
      <w:sz w:val="16"/>
      <w:szCs w:val="16"/>
    </w:rPr>
  </w:style>
  <w:style w:type="paragraph" w:styleId="Textocomentario">
    <w:name w:val="annotation text"/>
    <w:basedOn w:val="Normal"/>
    <w:link w:val="TextocomentarioCar"/>
    <w:rsid w:val="001F09BA"/>
    <w:pPr>
      <w:spacing w:after="200" w:line="276" w:lineRule="auto"/>
    </w:pPr>
    <w:rPr>
      <w:rFonts w:ascii="Calibri" w:eastAsia="Calibri" w:hAnsi="Calibri"/>
      <w:sz w:val="20"/>
      <w:szCs w:val="20"/>
      <w:lang w:eastAsia="en-US"/>
    </w:rPr>
  </w:style>
  <w:style w:type="character" w:customStyle="1" w:styleId="TextocomentarioCar">
    <w:name w:val="Texto comentario Car"/>
    <w:basedOn w:val="Fuentedeprrafopredeter"/>
    <w:link w:val="Textocomentario"/>
    <w:rsid w:val="001F09BA"/>
    <w:rPr>
      <w:rFonts w:ascii="Calibri" w:eastAsia="Calibri" w:hAnsi="Calibri" w:cs="Times New Roman"/>
      <w:sz w:val="20"/>
      <w:szCs w:val="20"/>
      <w:lang w:val="es-ES_tradnl"/>
    </w:rPr>
  </w:style>
  <w:style w:type="paragraph" w:styleId="Asuntodelcomentario">
    <w:name w:val="annotation subject"/>
    <w:basedOn w:val="Textocomentario"/>
    <w:next w:val="Textocomentario"/>
    <w:link w:val="AsuntodelcomentarioCar"/>
    <w:uiPriority w:val="99"/>
    <w:rsid w:val="001F09BA"/>
    <w:rPr>
      <w:b/>
      <w:bCs/>
    </w:rPr>
  </w:style>
  <w:style w:type="character" w:customStyle="1" w:styleId="AsuntodelcomentarioCar">
    <w:name w:val="Asunto del comentario Car"/>
    <w:basedOn w:val="TextocomentarioCar"/>
    <w:link w:val="Asuntodelcomentario"/>
    <w:uiPriority w:val="99"/>
    <w:rsid w:val="001F09BA"/>
    <w:rPr>
      <w:rFonts w:ascii="Calibri" w:eastAsia="Calibri" w:hAnsi="Calibri" w:cs="Times New Roman"/>
      <w:b/>
      <w:bCs/>
      <w:sz w:val="20"/>
      <w:szCs w:val="20"/>
      <w:lang w:val="es-ES_tradnl"/>
    </w:rPr>
  </w:style>
  <w:style w:type="paragraph" w:styleId="NormalWeb">
    <w:name w:val="Normal (Web)"/>
    <w:basedOn w:val="Normal"/>
    <w:unhideWhenUsed/>
    <w:rsid w:val="001F09BA"/>
    <w:pPr>
      <w:spacing w:before="100" w:beforeAutospacing="1" w:after="100" w:afterAutospacing="1"/>
    </w:pPr>
    <w:rPr>
      <w:lang w:val="es-CO" w:eastAsia="es-CO"/>
    </w:rPr>
  </w:style>
  <w:style w:type="character" w:styleId="Hipervnculovisitado">
    <w:name w:val="FollowedHyperlink"/>
    <w:uiPriority w:val="99"/>
    <w:unhideWhenUsed/>
    <w:rsid w:val="001F09BA"/>
    <w:rPr>
      <w:color w:val="800080"/>
      <w:u w:val="single"/>
    </w:rPr>
  </w:style>
  <w:style w:type="character" w:styleId="Fuerte">
    <w:name w:val="Strong"/>
    <w:uiPriority w:val="22"/>
    <w:qFormat/>
    <w:rsid w:val="001F09BA"/>
    <w:rPr>
      <w:b/>
      <w:bCs/>
    </w:rPr>
  </w:style>
  <w:style w:type="paragraph" w:styleId="Ttulo">
    <w:name w:val="Title"/>
    <w:basedOn w:val="Normal"/>
    <w:link w:val="TtuloCar"/>
    <w:uiPriority w:val="10"/>
    <w:qFormat/>
    <w:rsid w:val="001F09BA"/>
    <w:pPr>
      <w:jc w:val="center"/>
    </w:pPr>
    <w:rPr>
      <w:b/>
      <w:bCs/>
      <w:sz w:val="20"/>
      <w:szCs w:val="20"/>
      <w:lang w:eastAsia="es-ES"/>
    </w:rPr>
  </w:style>
  <w:style w:type="character" w:customStyle="1" w:styleId="TtuloCar">
    <w:name w:val="Título Car"/>
    <w:basedOn w:val="Fuentedeprrafopredeter"/>
    <w:link w:val="Ttulo"/>
    <w:uiPriority w:val="10"/>
    <w:rsid w:val="001F09BA"/>
    <w:rPr>
      <w:rFonts w:ascii="Times New Roman" w:eastAsia="Times New Roman" w:hAnsi="Times New Roman" w:cs="Times New Roman"/>
      <w:b/>
      <w:bCs/>
      <w:sz w:val="20"/>
      <w:szCs w:val="20"/>
      <w:lang w:val="es-ES_tradnl" w:eastAsia="es-ES"/>
    </w:rPr>
  </w:style>
  <w:style w:type="paragraph" w:customStyle="1" w:styleId="CUERPOTEXTO">
    <w:name w:val="CUERPO TEXTO"/>
    <w:rsid w:val="001F09BA"/>
    <w:pPr>
      <w:widowControl w:val="0"/>
      <w:suppressAutoHyphens/>
      <w:spacing w:before="28"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INUTAS">
    <w:name w:val="MINUTAS"/>
    <w:rsid w:val="001F09BA"/>
    <w:pPr>
      <w:suppressAutoHyphens/>
      <w:spacing w:before="170" w:after="0" w:line="240" w:lineRule="auto"/>
      <w:ind w:left="170" w:right="170" w:firstLine="1"/>
      <w:jc w:val="both"/>
    </w:pPr>
    <w:rPr>
      <w:rFonts w:ascii="Helvetica" w:eastAsia="Times New Roman" w:hAnsi="Helvetica" w:cs="Times New Roman"/>
      <w:sz w:val="20"/>
      <w:szCs w:val="20"/>
      <w:lang w:val="es-ES" w:eastAsia="es-ES"/>
    </w:rPr>
  </w:style>
  <w:style w:type="paragraph" w:customStyle="1" w:styleId="Textoindependiente21">
    <w:name w:val="Texto independiente 21"/>
    <w:basedOn w:val="Normal"/>
    <w:rsid w:val="001F09BA"/>
    <w:pPr>
      <w:jc w:val="both"/>
    </w:pPr>
    <w:rPr>
      <w:rFonts w:ascii="Arial" w:hAnsi="Arial"/>
      <w:b/>
      <w:szCs w:val="20"/>
      <w:lang w:eastAsia="es-ES"/>
    </w:rPr>
  </w:style>
  <w:style w:type="paragraph" w:customStyle="1" w:styleId="Pa2">
    <w:name w:val="Pa2"/>
    <w:basedOn w:val="Normal"/>
    <w:next w:val="Normal"/>
    <w:uiPriority w:val="99"/>
    <w:rsid w:val="001F09BA"/>
    <w:pPr>
      <w:autoSpaceDE w:val="0"/>
      <w:autoSpaceDN w:val="0"/>
      <w:adjustRightInd w:val="0"/>
      <w:spacing w:line="241" w:lineRule="atLeast"/>
    </w:pPr>
    <w:rPr>
      <w:lang w:eastAsia="es-ES"/>
    </w:rPr>
  </w:style>
  <w:style w:type="paragraph" w:styleId="Sangra3detindependiente">
    <w:name w:val="Body Text Indent 3"/>
    <w:basedOn w:val="Normal"/>
    <w:link w:val="Sangra3detindependienteCar"/>
    <w:rsid w:val="001F09BA"/>
    <w:pPr>
      <w:spacing w:after="120"/>
      <w:ind w:left="283"/>
    </w:pPr>
    <w:rPr>
      <w:sz w:val="16"/>
      <w:szCs w:val="16"/>
      <w:lang w:eastAsia="es-ES"/>
    </w:rPr>
  </w:style>
  <w:style w:type="character" w:customStyle="1" w:styleId="Sangra3detindependienteCar">
    <w:name w:val="Sangría 3 de t. independiente Car"/>
    <w:basedOn w:val="Fuentedeprrafopredeter"/>
    <w:link w:val="Sangra3detindependiente"/>
    <w:rsid w:val="001F09BA"/>
    <w:rPr>
      <w:rFonts w:ascii="Times New Roman" w:eastAsia="Times New Roman" w:hAnsi="Times New Roman" w:cs="Times New Roman"/>
      <w:sz w:val="16"/>
      <w:szCs w:val="16"/>
      <w:lang w:val="es-ES_tradnl" w:eastAsia="es-ES"/>
    </w:rPr>
  </w:style>
  <w:style w:type="paragraph" w:customStyle="1" w:styleId="Listavistosa-nfasis11">
    <w:name w:val="Lista vistosa - Énfasis 11"/>
    <w:basedOn w:val="Normal"/>
    <w:uiPriority w:val="34"/>
    <w:qFormat/>
    <w:rsid w:val="001F09BA"/>
    <w:pPr>
      <w:widowControl w:val="0"/>
      <w:ind w:left="708"/>
    </w:pPr>
    <w:rPr>
      <w:rFonts w:ascii="Arial" w:hAnsi="Arial"/>
      <w:snapToGrid w:val="0"/>
      <w:sz w:val="22"/>
      <w:szCs w:val="20"/>
      <w:lang w:eastAsia="es-ES"/>
    </w:rPr>
  </w:style>
  <w:style w:type="paragraph" w:customStyle="1" w:styleId="Prrafodelista1">
    <w:name w:val="Párrafo de lista1"/>
    <w:basedOn w:val="Normal"/>
    <w:rsid w:val="001F09BA"/>
    <w:pPr>
      <w:ind w:left="708"/>
    </w:pPr>
    <w:rPr>
      <w:rFonts w:ascii="Calibri" w:hAnsi="Calibri" w:cs="Calibri"/>
      <w:bCs/>
      <w:sz w:val="22"/>
      <w:szCs w:val="22"/>
      <w:lang w:val="es-CO" w:eastAsia="es-ES"/>
    </w:rPr>
  </w:style>
  <w:style w:type="character" w:customStyle="1" w:styleId="CarCar9">
    <w:name w:val="Car Car9"/>
    <w:locked/>
    <w:rsid w:val="001F09BA"/>
    <w:rPr>
      <w:rFonts w:ascii="Arial" w:hAnsi="Arial" w:cs="Arial"/>
      <w:sz w:val="20"/>
      <w:szCs w:val="20"/>
      <w:lang w:val="es-ES_tradnl" w:eastAsia="es-CO"/>
    </w:rPr>
  </w:style>
  <w:style w:type="character" w:styleId="Refdenotaalpie">
    <w:name w:val="footnote reference"/>
    <w:uiPriority w:val="99"/>
    <w:rsid w:val="001F09BA"/>
    <w:rPr>
      <w:rFonts w:cs="Times New Roman"/>
      <w:vertAlign w:val="superscript"/>
    </w:rPr>
  </w:style>
  <w:style w:type="character" w:customStyle="1" w:styleId="CarCar6">
    <w:name w:val="Car Car6"/>
    <w:locked/>
    <w:rsid w:val="001F09BA"/>
    <w:rPr>
      <w:rFonts w:ascii="Times New Roman" w:hAnsi="Times New Roman" w:cs="Times New Roman"/>
      <w:sz w:val="20"/>
      <w:szCs w:val="20"/>
      <w:lang w:val="es-ES_tradnl" w:eastAsia="es-CO"/>
    </w:rPr>
  </w:style>
  <w:style w:type="character" w:customStyle="1" w:styleId="encabezadoCar0">
    <w:name w:val="encabezado Car"/>
    <w:aliases w:val="Encabezado1 Car Car,Encabezado Car1,Encabezado1 Car1,Encabezado Car Car Car2,Encabezado Car Car Car Car Car Car1,Encabezado Car Car Car Car1,Tablas Car1,h Car1,Header Bold Car1,TENDER Car1"/>
    <w:uiPriority w:val="99"/>
    <w:locked/>
    <w:rsid w:val="001F09BA"/>
    <w:rPr>
      <w:rFonts w:ascii="Times New Roman" w:hAnsi="Times New Roman" w:cs="Times New Roman"/>
      <w:sz w:val="20"/>
      <w:szCs w:val="20"/>
      <w:lang w:val="es-ES" w:eastAsia="es-ES"/>
    </w:rPr>
  </w:style>
  <w:style w:type="paragraph" w:customStyle="1" w:styleId="CarCarCar5Car">
    <w:name w:val="Car Car Car5 Car"/>
    <w:basedOn w:val="Normal"/>
    <w:rsid w:val="001F09BA"/>
    <w:pPr>
      <w:spacing w:after="160" w:line="240" w:lineRule="exact"/>
    </w:pPr>
    <w:rPr>
      <w:rFonts w:ascii="Verdana" w:hAnsi="Verdana" w:cs="Verdana"/>
      <w:bCs/>
      <w:sz w:val="22"/>
      <w:szCs w:val="22"/>
      <w:lang w:val="en-US" w:eastAsia="en-US"/>
    </w:rPr>
  </w:style>
  <w:style w:type="paragraph" w:customStyle="1" w:styleId="Listamedia2-nfasis41">
    <w:name w:val="Lista media 2 - Énfasis 41"/>
    <w:basedOn w:val="Normal"/>
    <w:link w:val="Listamedia2-nfasis4Car"/>
    <w:uiPriority w:val="34"/>
    <w:qFormat/>
    <w:rsid w:val="001F09BA"/>
    <w:pPr>
      <w:ind w:left="708"/>
    </w:pPr>
    <w:rPr>
      <w:rFonts w:ascii="Arial" w:hAnsi="Arial"/>
      <w:bCs/>
      <w:sz w:val="22"/>
      <w:szCs w:val="22"/>
      <w:lang w:val="es-CO" w:eastAsia="es-ES"/>
    </w:rPr>
  </w:style>
  <w:style w:type="character" w:customStyle="1" w:styleId="Listamedia2-nfasis4Car">
    <w:name w:val="Lista media 2 - Énfasis 4 Car"/>
    <w:link w:val="Listamedia2-nfasis41"/>
    <w:uiPriority w:val="34"/>
    <w:locked/>
    <w:rsid w:val="001F09BA"/>
    <w:rPr>
      <w:rFonts w:ascii="Arial" w:eastAsia="Times New Roman" w:hAnsi="Arial" w:cs="Times New Roman"/>
      <w:bCs/>
      <w:lang w:val="es-CO" w:eastAsia="es-ES"/>
    </w:rPr>
  </w:style>
  <w:style w:type="paragraph" w:customStyle="1" w:styleId="Listavistosa-nfasis21">
    <w:name w:val="Lista vistosa - Énfasis 21"/>
    <w:uiPriority w:val="99"/>
    <w:qFormat/>
    <w:rsid w:val="001F09BA"/>
    <w:pPr>
      <w:spacing w:after="0" w:line="240" w:lineRule="auto"/>
    </w:pPr>
    <w:rPr>
      <w:rFonts w:ascii="Arial" w:eastAsia="Times New Roman" w:hAnsi="Arial" w:cs="Arial"/>
      <w:lang w:val="es-ES" w:eastAsia="es-ES"/>
    </w:rPr>
  </w:style>
  <w:style w:type="paragraph" w:styleId="Subttulo">
    <w:name w:val="Subtitle"/>
    <w:basedOn w:val="Normal"/>
    <w:link w:val="SubttuloCar"/>
    <w:uiPriority w:val="11"/>
    <w:qFormat/>
    <w:rsid w:val="001F09BA"/>
    <w:pPr>
      <w:spacing w:before="240" w:after="240"/>
      <w:jc w:val="center"/>
      <w:outlineLvl w:val="1"/>
    </w:pPr>
    <w:rPr>
      <w:rFonts w:ascii="Arial" w:hAnsi="Arial"/>
      <w:b/>
      <w:szCs w:val="20"/>
      <w:lang w:eastAsia="es-ES"/>
    </w:rPr>
  </w:style>
  <w:style w:type="character" w:customStyle="1" w:styleId="SubttuloCar">
    <w:name w:val="Subtítulo Car"/>
    <w:basedOn w:val="Fuentedeprrafopredeter"/>
    <w:link w:val="Subttulo"/>
    <w:uiPriority w:val="11"/>
    <w:rsid w:val="001F09BA"/>
    <w:rPr>
      <w:rFonts w:ascii="Arial" w:eastAsia="Times New Roman" w:hAnsi="Arial" w:cs="Times New Roman"/>
      <w:b/>
      <w:sz w:val="24"/>
      <w:szCs w:val="20"/>
      <w:lang w:val="es-ES_tradnl" w:eastAsia="es-ES"/>
    </w:rPr>
  </w:style>
  <w:style w:type="paragraph" w:customStyle="1" w:styleId="Epgrafe">
    <w:name w:val="Epígrafe"/>
    <w:aliases w:val="Epígrafe Car Car,Epígrafe Car Car Car,Epígrafe Car Car Car Car,Epígrafe Car Car Car Car Car,Epígrafe Car Car Car Car Car Car,Epígrafe Car Car Car Car Car Car Car,Epígrafe Car Car1 Car Car Car Car Car Car"/>
    <w:basedOn w:val="Normal"/>
    <w:next w:val="Normal"/>
    <w:link w:val="EpgrafeCar"/>
    <w:qFormat/>
    <w:rsid w:val="001F09BA"/>
    <w:pPr>
      <w:spacing w:before="40" w:after="40"/>
      <w:jc w:val="both"/>
    </w:pPr>
    <w:rPr>
      <w:rFonts w:ascii="Arial" w:hAnsi="Arial"/>
      <w:b/>
      <w:sz w:val="22"/>
      <w:szCs w:val="20"/>
      <w:lang w:val="x-none" w:eastAsia="es-ES"/>
    </w:rPr>
  </w:style>
  <w:style w:type="character" w:customStyle="1" w:styleId="EpgrafeCar">
    <w:name w:val="Epígrafe Car"/>
    <w:aliases w:val="Epígrafe Car Car Car1,Epígrafe Car Car Car Car1,Epígrafe Car Car Car Car Car1,Epígrafe Car Car Car Car Car Car1,Epígrafe Car Car Car Car Car Car Car1,Epígrafe Car Car Car Car Car Car Car Car,Epígrafe Car Car1 Car Car Car Car Car Car Car"/>
    <w:link w:val="Epgrafe"/>
    <w:rsid w:val="001F09BA"/>
    <w:rPr>
      <w:rFonts w:ascii="Arial" w:eastAsia="Times New Roman" w:hAnsi="Arial" w:cs="Times New Roman"/>
      <w:b/>
      <w:szCs w:val="20"/>
      <w:lang w:val="x-none" w:eastAsia="es-ES"/>
    </w:rPr>
  </w:style>
  <w:style w:type="paragraph" w:customStyle="1" w:styleId="CM47">
    <w:name w:val="CM47"/>
    <w:basedOn w:val="Default"/>
    <w:next w:val="Default"/>
    <w:uiPriority w:val="99"/>
    <w:rsid w:val="001F09BA"/>
    <w:rPr>
      <w:color w:val="auto"/>
      <w:lang w:val="es-CO" w:eastAsia="es-CO"/>
    </w:rPr>
  </w:style>
  <w:style w:type="character" w:customStyle="1" w:styleId="margen-left-10">
    <w:name w:val="margen-left-10"/>
    <w:basedOn w:val="Fuentedeprrafopredeter"/>
    <w:rsid w:val="001F09BA"/>
  </w:style>
  <w:style w:type="paragraph" w:customStyle="1" w:styleId="CM60">
    <w:name w:val="CM60"/>
    <w:basedOn w:val="Default"/>
    <w:next w:val="Default"/>
    <w:uiPriority w:val="99"/>
    <w:rsid w:val="001F09BA"/>
    <w:rPr>
      <w:color w:val="auto"/>
      <w:lang w:val="es-CO" w:eastAsia="es-CO"/>
    </w:rPr>
  </w:style>
  <w:style w:type="paragraph" w:customStyle="1" w:styleId="Sinespaciado1">
    <w:name w:val="Sin espaciado1"/>
    <w:uiPriority w:val="99"/>
    <w:rsid w:val="001F09BA"/>
    <w:pPr>
      <w:spacing w:after="0" w:line="240" w:lineRule="auto"/>
    </w:pPr>
    <w:rPr>
      <w:rFonts w:ascii="Calibri" w:eastAsia="Times New Roman" w:hAnsi="Calibri" w:cs="Calibri"/>
      <w:lang w:val="es-AR"/>
    </w:rPr>
  </w:style>
  <w:style w:type="paragraph" w:customStyle="1" w:styleId="CarCarCar">
    <w:name w:val="Car Car Car"/>
    <w:basedOn w:val="Normal"/>
    <w:uiPriority w:val="99"/>
    <w:rsid w:val="001F09BA"/>
    <w:pPr>
      <w:spacing w:after="160" w:line="240" w:lineRule="exact"/>
    </w:pPr>
    <w:rPr>
      <w:rFonts w:ascii="Verdana" w:hAnsi="Verdana" w:cs="Verdana"/>
      <w:sz w:val="20"/>
      <w:szCs w:val="20"/>
      <w:lang w:eastAsia="en-US"/>
    </w:rPr>
  </w:style>
  <w:style w:type="character" w:customStyle="1" w:styleId="NEGRILLA">
    <w:name w:val="NEGRILLA"/>
    <w:uiPriority w:val="99"/>
    <w:rsid w:val="001F09BA"/>
    <w:rPr>
      <w:b/>
    </w:rPr>
  </w:style>
  <w:style w:type="paragraph" w:customStyle="1" w:styleId="CENTRADO">
    <w:name w:val="CENTRADO"/>
    <w:uiPriority w:val="99"/>
    <w:rsid w:val="001F09BA"/>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paragraph" w:customStyle="1" w:styleId="BodyText21">
    <w:name w:val="Body Text 21"/>
    <w:basedOn w:val="Normal"/>
    <w:uiPriority w:val="99"/>
    <w:rsid w:val="001F09BA"/>
    <w:pPr>
      <w:jc w:val="both"/>
    </w:pPr>
    <w:rPr>
      <w:rFonts w:ascii="Arial" w:hAnsi="Arial"/>
      <w:sz w:val="22"/>
      <w:szCs w:val="20"/>
      <w:lang w:val="es-CO" w:eastAsia="es-ES"/>
    </w:rPr>
  </w:style>
  <w:style w:type="character" w:customStyle="1" w:styleId="EstiloParrafoComicSansMS11pt">
    <w:name w:val="Estilo Parrafo Comic Sans MS 11 pt"/>
    <w:uiPriority w:val="99"/>
    <w:rsid w:val="001F09BA"/>
    <w:rPr>
      <w:rFonts w:ascii="Comic Sans MS" w:hAnsi="Comic Sans MS" w:cs="Times New Roman"/>
      <w:spacing w:val="-2"/>
      <w:sz w:val="22"/>
    </w:rPr>
  </w:style>
  <w:style w:type="paragraph" w:customStyle="1" w:styleId="Car2CarCarCarCarCarCarCarCarCarCarCarCarCarCarCarCarCarCarCarCarCarCarCarCarCarCarCarCarCarCarCarCarCarCarCarCar">
    <w:name w:val="Car2 Car Car Car Car Car Car Car Car Car Car Car Car Car Car Car Car Car Car Car Car Car Car Car Car Car Car Car Car Car Car Car Car Car Car Car Car"/>
    <w:basedOn w:val="Normal"/>
    <w:uiPriority w:val="99"/>
    <w:rsid w:val="001F09BA"/>
    <w:pPr>
      <w:spacing w:after="160" w:line="240" w:lineRule="exact"/>
    </w:pPr>
    <w:rPr>
      <w:rFonts w:ascii="Verdana" w:hAnsi="Verdana"/>
      <w:sz w:val="20"/>
      <w:szCs w:val="20"/>
      <w:lang w:val="en-US" w:eastAsia="en-US"/>
    </w:rPr>
  </w:style>
  <w:style w:type="paragraph" w:customStyle="1" w:styleId="Texto">
    <w:name w:val="Texto"/>
    <w:basedOn w:val="Normal"/>
    <w:uiPriority w:val="99"/>
    <w:rsid w:val="001F09BA"/>
    <w:pPr>
      <w:spacing w:after="240"/>
      <w:jc w:val="both"/>
    </w:pPr>
    <w:rPr>
      <w:rFonts w:ascii="Arial" w:hAnsi="Arial" w:cs="Arial"/>
      <w:sz w:val="22"/>
      <w:szCs w:val="16"/>
      <w:lang w:val="es-CO" w:eastAsia="es-MX"/>
    </w:rPr>
  </w:style>
  <w:style w:type="paragraph" w:customStyle="1" w:styleId="font5">
    <w:name w:val="font5"/>
    <w:basedOn w:val="Normal"/>
    <w:uiPriority w:val="99"/>
    <w:rsid w:val="001F09BA"/>
    <w:pPr>
      <w:spacing w:before="100" w:beforeAutospacing="1" w:after="100" w:afterAutospacing="1"/>
    </w:pPr>
    <w:rPr>
      <w:rFonts w:ascii="Century Gothic" w:hAnsi="Century Gothic"/>
      <w:sz w:val="16"/>
      <w:szCs w:val="16"/>
      <w:lang w:val="es-AR" w:eastAsia="es-AR"/>
    </w:rPr>
  </w:style>
  <w:style w:type="paragraph" w:customStyle="1" w:styleId="xl65">
    <w:name w:val="xl65"/>
    <w:basedOn w:val="Normal"/>
    <w:rsid w:val="001F09BA"/>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lang w:val="es-AR" w:eastAsia="es-AR"/>
    </w:rPr>
  </w:style>
  <w:style w:type="paragraph" w:customStyle="1" w:styleId="xl66">
    <w:name w:val="xl66"/>
    <w:basedOn w:val="Normal"/>
    <w:rsid w:val="001F09B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lang w:val="es-AR" w:eastAsia="es-AR"/>
    </w:rPr>
  </w:style>
  <w:style w:type="paragraph" w:customStyle="1" w:styleId="xl67">
    <w:name w:val="xl67"/>
    <w:basedOn w:val="Normal"/>
    <w:rsid w:val="001F09B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lang w:val="es-AR" w:eastAsia="es-AR"/>
    </w:rPr>
  </w:style>
  <w:style w:type="paragraph" w:customStyle="1" w:styleId="xl68">
    <w:name w:val="xl68"/>
    <w:basedOn w:val="Normal"/>
    <w:rsid w:val="001F09B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lang w:val="es-AR" w:eastAsia="es-AR"/>
    </w:rPr>
  </w:style>
  <w:style w:type="paragraph" w:customStyle="1" w:styleId="xl69">
    <w:name w:val="xl69"/>
    <w:basedOn w:val="Normal"/>
    <w:rsid w:val="001F09BA"/>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entury Gothic" w:hAnsi="Century Gothic"/>
      <w:b/>
      <w:bCs/>
      <w:sz w:val="16"/>
      <w:szCs w:val="16"/>
      <w:lang w:val="es-AR" w:eastAsia="es-AR"/>
    </w:rPr>
  </w:style>
  <w:style w:type="paragraph" w:customStyle="1" w:styleId="xl70">
    <w:name w:val="xl70"/>
    <w:basedOn w:val="Normal"/>
    <w:rsid w:val="001F09BA"/>
    <w:pPr>
      <w:spacing w:before="100" w:beforeAutospacing="1" w:after="100" w:afterAutospacing="1"/>
      <w:jc w:val="center"/>
      <w:textAlignment w:val="center"/>
    </w:pPr>
    <w:rPr>
      <w:rFonts w:ascii="Century Gothic" w:hAnsi="Century Gothic"/>
      <w:sz w:val="16"/>
      <w:szCs w:val="16"/>
      <w:lang w:val="es-AR" w:eastAsia="es-AR"/>
    </w:rPr>
  </w:style>
  <w:style w:type="paragraph" w:customStyle="1" w:styleId="xl71">
    <w:name w:val="xl71"/>
    <w:basedOn w:val="Normal"/>
    <w:rsid w:val="001F09BA"/>
    <w:pPr>
      <w:spacing w:before="100" w:beforeAutospacing="1" w:after="100" w:afterAutospacing="1"/>
      <w:textAlignment w:val="center"/>
    </w:pPr>
    <w:rPr>
      <w:rFonts w:ascii="Century Gothic" w:hAnsi="Century Gothic"/>
      <w:sz w:val="16"/>
      <w:szCs w:val="16"/>
      <w:lang w:val="es-AR" w:eastAsia="es-AR"/>
    </w:rPr>
  </w:style>
  <w:style w:type="paragraph" w:customStyle="1" w:styleId="xl72">
    <w:name w:val="xl72"/>
    <w:basedOn w:val="Normal"/>
    <w:rsid w:val="001F09BA"/>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16"/>
      <w:szCs w:val="16"/>
      <w:lang w:val="es-AR" w:eastAsia="es-AR"/>
    </w:rPr>
  </w:style>
  <w:style w:type="paragraph" w:customStyle="1" w:styleId="xl73">
    <w:name w:val="xl73"/>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16"/>
      <w:szCs w:val="16"/>
      <w:lang w:val="es-AR" w:eastAsia="es-AR"/>
    </w:rPr>
  </w:style>
  <w:style w:type="paragraph" w:customStyle="1" w:styleId="xl74">
    <w:name w:val="xl74"/>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6"/>
      <w:szCs w:val="16"/>
      <w:lang w:val="es-AR" w:eastAsia="es-AR"/>
    </w:rPr>
  </w:style>
  <w:style w:type="paragraph" w:customStyle="1" w:styleId="xl75">
    <w:name w:val="xl75"/>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6"/>
      <w:szCs w:val="16"/>
      <w:lang w:val="es-AR" w:eastAsia="es-AR"/>
    </w:rPr>
  </w:style>
  <w:style w:type="paragraph" w:customStyle="1" w:styleId="xl76">
    <w:name w:val="xl76"/>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sz w:val="16"/>
      <w:szCs w:val="16"/>
      <w:lang w:val="es-AR" w:eastAsia="es-AR"/>
    </w:rPr>
  </w:style>
  <w:style w:type="paragraph" w:customStyle="1" w:styleId="xl77">
    <w:name w:val="xl77"/>
    <w:basedOn w:val="Normal"/>
    <w:rsid w:val="001F09B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sz w:val="16"/>
      <w:szCs w:val="16"/>
      <w:lang w:val="es-AR" w:eastAsia="es-AR"/>
    </w:rPr>
  </w:style>
  <w:style w:type="paragraph" w:customStyle="1" w:styleId="xl78">
    <w:name w:val="xl78"/>
    <w:basedOn w:val="Normal"/>
    <w:rsid w:val="001F09BA"/>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Century Gothic" w:hAnsi="Century Gothic"/>
      <w:sz w:val="16"/>
      <w:szCs w:val="16"/>
      <w:lang w:val="es-AR" w:eastAsia="es-AR"/>
    </w:rPr>
  </w:style>
  <w:style w:type="paragraph" w:customStyle="1" w:styleId="xl79">
    <w:name w:val="xl79"/>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6"/>
      <w:szCs w:val="16"/>
      <w:lang w:val="es-AR" w:eastAsia="es-AR"/>
    </w:rPr>
  </w:style>
  <w:style w:type="paragraph" w:customStyle="1" w:styleId="xl80">
    <w:name w:val="xl80"/>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sz w:val="16"/>
      <w:szCs w:val="16"/>
      <w:lang w:val="es-AR" w:eastAsia="es-AR"/>
    </w:rPr>
  </w:style>
  <w:style w:type="paragraph" w:customStyle="1" w:styleId="xl81">
    <w:name w:val="xl81"/>
    <w:basedOn w:val="Normal"/>
    <w:rsid w:val="001F09BA"/>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sz w:val="16"/>
      <w:szCs w:val="16"/>
      <w:lang w:val="es-AR" w:eastAsia="es-AR"/>
    </w:rPr>
  </w:style>
  <w:style w:type="paragraph" w:customStyle="1" w:styleId="xl82">
    <w:name w:val="xl82"/>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sz w:val="16"/>
      <w:szCs w:val="16"/>
      <w:lang w:val="es-AR" w:eastAsia="es-AR"/>
    </w:rPr>
  </w:style>
  <w:style w:type="paragraph" w:customStyle="1" w:styleId="xl83">
    <w:name w:val="xl83"/>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6"/>
      <w:szCs w:val="16"/>
      <w:lang w:val="es-AR" w:eastAsia="es-AR"/>
    </w:rPr>
  </w:style>
  <w:style w:type="paragraph" w:customStyle="1" w:styleId="xl84">
    <w:name w:val="xl84"/>
    <w:basedOn w:val="Normal"/>
    <w:rsid w:val="001F09BA"/>
    <w:pPr>
      <w:spacing w:before="100" w:beforeAutospacing="1" w:after="100" w:afterAutospacing="1"/>
      <w:textAlignment w:val="center"/>
    </w:pPr>
    <w:rPr>
      <w:rFonts w:ascii="Century Gothic" w:hAnsi="Century Gothic"/>
      <w:sz w:val="16"/>
      <w:szCs w:val="16"/>
      <w:lang w:val="es-AR" w:eastAsia="es-AR"/>
    </w:rPr>
  </w:style>
  <w:style w:type="paragraph" w:customStyle="1" w:styleId="xl85">
    <w:name w:val="xl85"/>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sz w:val="16"/>
      <w:szCs w:val="16"/>
      <w:lang w:val="es-AR" w:eastAsia="es-AR"/>
    </w:rPr>
  </w:style>
  <w:style w:type="paragraph" w:customStyle="1" w:styleId="xl86">
    <w:name w:val="xl86"/>
    <w:basedOn w:val="Normal"/>
    <w:rsid w:val="001F09BA"/>
    <w:pPr>
      <w:spacing w:before="100" w:beforeAutospacing="1" w:after="100" w:afterAutospacing="1"/>
      <w:textAlignment w:val="center"/>
    </w:pPr>
    <w:rPr>
      <w:rFonts w:ascii="Century Gothic" w:hAnsi="Century Gothic"/>
      <w:b/>
      <w:bCs/>
      <w:sz w:val="16"/>
      <w:szCs w:val="16"/>
      <w:lang w:val="es-AR" w:eastAsia="es-AR"/>
    </w:rPr>
  </w:style>
  <w:style w:type="paragraph" w:customStyle="1" w:styleId="xl87">
    <w:name w:val="xl87"/>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pPr>
    <w:rPr>
      <w:rFonts w:ascii="Century Gothic" w:hAnsi="Century Gothic"/>
      <w:sz w:val="16"/>
      <w:szCs w:val="16"/>
      <w:lang w:val="es-AR" w:eastAsia="es-AR"/>
    </w:rPr>
  </w:style>
  <w:style w:type="paragraph" w:customStyle="1" w:styleId="xl88">
    <w:name w:val="xl88"/>
    <w:basedOn w:val="Normal"/>
    <w:rsid w:val="001F09BA"/>
    <w:pPr>
      <w:pBdr>
        <w:left w:val="single" w:sz="8" w:space="0" w:color="auto"/>
        <w:bottom w:val="single" w:sz="8" w:space="0" w:color="auto"/>
      </w:pBdr>
      <w:spacing w:before="100" w:beforeAutospacing="1" w:after="100" w:afterAutospacing="1"/>
      <w:textAlignment w:val="center"/>
    </w:pPr>
    <w:rPr>
      <w:rFonts w:ascii="Century Gothic" w:hAnsi="Century Gothic"/>
      <w:sz w:val="16"/>
      <w:szCs w:val="16"/>
      <w:lang w:val="es-AR" w:eastAsia="es-AR"/>
    </w:rPr>
  </w:style>
  <w:style w:type="paragraph" w:customStyle="1" w:styleId="xl89">
    <w:name w:val="xl89"/>
    <w:basedOn w:val="Normal"/>
    <w:rsid w:val="001F09BA"/>
    <w:pPr>
      <w:pBdr>
        <w:top w:val="single" w:sz="8" w:space="0" w:color="auto"/>
        <w:bottom w:val="single" w:sz="8" w:space="0" w:color="auto"/>
      </w:pBdr>
      <w:spacing w:before="100" w:beforeAutospacing="1" w:after="100" w:afterAutospacing="1"/>
      <w:textAlignment w:val="center"/>
    </w:pPr>
    <w:rPr>
      <w:rFonts w:ascii="Century Gothic" w:hAnsi="Century Gothic"/>
      <w:b/>
      <w:bCs/>
      <w:sz w:val="16"/>
      <w:szCs w:val="16"/>
      <w:lang w:val="es-AR" w:eastAsia="es-AR"/>
    </w:rPr>
  </w:style>
  <w:style w:type="paragraph" w:customStyle="1" w:styleId="xl90">
    <w:name w:val="xl90"/>
    <w:basedOn w:val="Normal"/>
    <w:rsid w:val="001F09BA"/>
    <w:pPr>
      <w:pBdr>
        <w:top w:val="single" w:sz="8" w:space="0" w:color="auto"/>
        <w:bottom w:val="single" w:sz="8" w:space="0" w:color="auto"/>
      </w:pBdr>
      <w:spacing w:before="100" w:beforeAutospacing="1" w:after="100" w:afterAutospacing="1"/>
      <w:textAlignment w:val="center"/>
    </w:pPr>
    <w:rPr>
      <w:rFonts w:ascii="Century Gothic" w:hAnsi="Century Gothic"/>
      <w:sz w:val="16"/>
      <w:szCs w:val="16"/>
      <w:lang w:val="es-AR" w:eastAsia="es-AR"/>
    </w:rPr>
  </w:style>
  <w:style w:type="paragraph" w:customStyle="1" w:styleId="xl91">
    <w:name w:val="xl91"/>
    <w:basedOn w:val="Normal"/>
    <w:rsid w:val="001F09BA"/>
    <w:pPr>
      <w:pBdr>
        <w:top w:val="single" w:sz="8" w:space="0" w:color="auto"/>
        <w:bottom w:val="single" w:sz="8" w:space="0" w:color="auto"/>
      </w:pBdr>
      <w:spacing w:before="100" w:beforeAutospacing="1" w:after="100" w:afterAutospacing="1"/>
      <w:jc w:val="center"/>
      <w:textAlignment w:val="center"/>
    </w:pPr>
    <w:rPr>
      <w:rFonts w:ascii="Century Gothic" w:hAnsi="Century Gothic"/>
      <w:sz w:val="16"/>
      <w:szCs w:val="16"/>
      <w:lang w:val="es-AR" w:eastAsia="es-AR"/>
    </w:rPr>
  </w:style>
  <w:style w:type="paragraph" w:customStyle="1" w:styleId="xl92">
    <w:name w:val="xl92"/>
    <w:basedOn w:val="Normal"/>
    <w:rsid w:val="001F09BA"/>
    <w:pPr>
      <w:pBdr>
        <w:top w:val="single" w:sz="8" w:space="0" w:color="auto"/>
        <w:left w:val="single" w:sz="8" w:space="0" w:color="auto"/>
        <w:bottom w:val="single" w:sz="8" w:space="0" w:color="auto"/>
      </w:pBdr>
      <w:spacing w:before="100" w:beforeAutospacing="1" w:after="100" w:afterAutospacing="1"/>
      <w:jc w:val="right"/>
      <w:textAlignment w:val="center"/>
    </w:pPr>
    <w:rPr>
      <w:rFonts w:ascii="Century Gothic" w:hAnsi="Century Gothic"/>
      <w:sz w:val="16"/>
      <w:szCs w:val="16"/>
      <w:lang w:val="es-AR" w:eastAsia="es-AR"/>
    </w:rPr>
  </w:style>
  <w:style w:type="paragraph" w:customStyle="1" w:styleId="xl93">
    <w:name w:val="xl93"/>
    <w:basedOn w:val="Normal"/>
    <w:rsid w:val="001F09BA"/>
    <w:pPr>
      <w:pBdr>
        <w:top w:val="single" w:sz="8" w:space="0" w:color="auto"/>
        <w:bottom w:val="single" w:sz="8" w:space="0" w:color="auto"/>
        <w:right w:val="single" w:sz="8" w:space="0" w:color="auto"/>
      </w:pBdr>
      <w:spacing w:before="100" w:beforeAutospacing="1" w:after="100" w:afterAutospacing="1"/>
      <w:textAlignment w:val="center"/>
    </w:pPr>
    <w:rPr>
      <w:rFonts w:ascii="Century Gothic" w:hAnsi="Century Gothic"/>
      <w:b/>
      <w:bCs/>
      <w:sz w:val="16"/>
      <w:szCs w:val="16"/>
      <w:lang w:val="es-AR" w:eastAsia="es-AR"/>
    </w:rPr>
  </w:style>
  <w:style w:type="paragraph" w:customStyle="1" w:styleId="xl94">
    <w:name w:val="xl94"/>
    <w:basedOn w:val="Normal"/>
    <w:rsid w:val="001F09BA"/>
    <w:pPr>
      <w:spacing w:before="100" w:beforeAutospacing="1" w:after="100" w:afterAutospacing="1"/>
      <w:textAlignment w:val="center"/>
    </w:pPr>
    <w:rPr>
      <w:rFonts w:ascii="Century Gothic" w:hAnsi="Century Gothic"/>
      <w:sz w:val="16"/>
      <w:szCs w:val="16"/>
      <w:lang w:val="es-AR" w:eastAsia="es-AR"/>
    </w:rPr>
  </w:style>
  <w:style w:type="paragraph" w:customStyle="1" w:styleId="xl95">
    <w:name w:val="xl95"/>
    <w:basedOn w:val="Normal"/>
    <w:rsid w:val="001F09BA"/>
    <w:pPr>
      <w:spacing w:before="100" w:beforeAutospacing="1" w:after="100" w:afterAutospacing="1"/>
      <w:jc w:val="right"/>
      <w:textAlignment w:val="center"/>
    </w:pPr>
    <w:rPr>
      <w:rFonts w:ascii="Century Gothic" w:hAnsi="Century Gothic"/>
      <w:sz w:val="16"/>
      <w:szCs w:val="16"/>
      <w:lang w:val="es-AR" w:eastAsia="es-AR"/>
    </w:rPr>
  </w:style>
  <w:style w:type="paragraph" w:customStyle="1" w:styleId="xl96">
    <w:name w:val="xl96"/>
    <w:basedOn w:val="Normal"/>
    <w:rsid w:val="001F09BA"/>
    <w:pPr>
      <w:pBdr>
        <w:top w:val="single" w:sz="4" w:space="0" w:color="auto"/>
        <w:left w:val="single" w:sz="8" w:space="0" w:color="auto"/>
        <w:bottom w:val="single" w:sz="4" w:space="0" w:color="auto"/>
      </w:pBdr>
      <w:shd w:val="clear" w:color="000000" w:fill="93CDDD"/>
      <w:spacing w:before="100" w:beforeAutospacing="1" w:after="100" w:afterAutospacing="1"/>
      <w:textAlignment w:val="center"/>
    </w:pPr>
    <w:rPr>
      <w:rFonts w:ascii="Century Gothic" w:hAnsi="Century Gothic"/>
      <w:b/>
      <w:bCs/>
      <w:sz w:val="16"/>
      <w:szCs w:val="16"/>
      <w:lang w:val="es-AR" w:eastAsia="es-AR"/>
    </w:rPr>
  </w:style>
  <w:style w:type="paragraph" w:customStyle="1" w:styleId="xl97">
    <w:name w:val="xl97"/>
    <w:basedOn w:val="Normal"/>
    <w:rsid w:val="001F09BA"/>
    <w:pPr>
      <w:pBdr>
        <w:top w:val="single" w:sz="4" w:space="0" w:color="auto"/>
        <w:bottom w:val="single" w:sz="4" w:space="0" w:color="auto"/>
      </w:pBdr>
      <w:shd w:val="clear" w:color="000000" w:fill="93CDDD"/>
      <w:spacing w:before="100" w:beforeAutospacing="1" w:after="100" w:afterAutospacing="1"/>
      <w:textAlignment w:val="center"/>
    </w:pPr>
    <w:rPr>
      <w:rFonts w:ascii="Century Gothic" w:hAnsi="Century Gothic"/>
      <w:b/>
      <w:bCs/>
      <w:sz w:val="16"/>
      <w:szCs w:val="16"/>
      <w:lang w:val="es-AR" w:eastAsia="es-AR"/>
    </w:rPr>
  </w:style>
  <w:style w:type="paragraph" w:customStyle="1" w:styleId="xl98">
    <w:name w:val="xl98"/>
    <w:basedOn w:val="Normal"/>
    <w:rsid w:val="001F09BA"/>
    <w:pPr>
      <w:pBdr>
        <w:top w:val="single" w:sz="4" w:space="0" w:color="auto"/>
        <w:bottom w:val="single" w:sz="4" w:space="0" w:color="auto"/>
        <w:right w:val="single" w:sz="8" w:space="0" w:color="auto"/>
      </w:pBdr>
      <w:shd w:val="clear" w:color="000000" w:fill="93CDDD"/>
      <w:spacing w:before="100" w:beforeAutospacing="1" w:after="100" w:afterAutospacing="1"/>
      <w:textAlignment w:val="center"/>
    </w:pPr>
    <w:rPr>
      <w:rFonts w:ascii="Century Gothic" w:hAnsi="Century Gothic"/>
      <w:b/>
      <w:bCs/>
      <w:sz w:val="16"/>
      <w:szCs w:val="16"/>
      <w:lang w:val="es-AR" w:eastAsia="es-AR"/>
    </w:rPr>
  </w:style>
  <w:style w:type="paragraph" w:customStyle="1" w:styleId="T1">
    <w:name w:val="T1"/>
    <w:basedOn w:val="Normal"/>
    <w:next w:val="Ttulo1"/>
    <w:uiPriority w:val="99"/>
    <w:rsid w:val="001F09BA"/>
    <w:pPr>
      <w:numPr>
        <w:ilvl w:val="2"/>
        <w:numId w:val="1"/>
      </w:numPr>
      <w:tabs>
        <w:tab w:val="num" w:pos="720"/>
      </w:tabs>
      <w:jc w:val="center"/>
    </w:pPr>
    <w:rPr>
      <w:rFonts w:ascii="Arial" w:hAnsi="Arial" w:cs="Arial"/>
      <w:b/>
      <w:sz w:val="22"/>
      <w:szCs w:val="22"/>
      <w:lang w:eastAsia="es-ES"/>
    </w:rPr>
  </w:style>
  <w:style w:type="paragraph" w:customStyle="1" w:styleId="T3">
    <w:name w:val="T3"/>
    <w:basedOn w:val="Ttulo3"/>
    <w:link w:val="T3Car"/>
    <w:uiPriority w:val="99"/>
    <w:rsid w:val="001F09BA"/>
    <w:pPr>
      <w:keepLines w:val="0"/>
      <w:tabs>
        <w:tab w:val="num" w:pos="1260"/>
      </w:tabs>
      <w:spacing w:before="180" w:after="60" w:line="240" w:lineRule="auto"/>
      <w:ind w:left="1260" w:hanging="360"/>
      <w:jc w:val="both"/>
    </w:pPr>
    <w:rPr>
      <w:rFonts w:ascii="Arial" w:hAnsi="Arial"/>
      <w:color w:val="auto"/>
      <w:szCs w:val="26"/>
      <w:lang w:val="x-none" w:eastAsia="es-MX"/>
    </w:rPr>
  </w:style>
  <w:style w:type="character" w:customStyle="1" w:styleId="T3Car">
    <w:name w:val="T3 Car"/>
    <w:link w:val="T3"/>
    <w:uiPriority w:val="99"/>
    <w:locked/>
    <w:rsid w:val="001F09BA"/>
    <w:rPr>
      <w:rFonts w:ascii="Arial" w:eastAsia="Times New Roman" w:hAnsi="Arial" w:cs="Times New Roman"/>
      <w:b/>
      <w:bCs/>
      <w:szCs w:val="26"/>
      <w:lang w:val="x-none" w:eastAsia="es-MX"/>
    </w:rPr>
  </w:style>
  <w:style w:type="paragraph" w:customStyle="1" w:styleId="T4">
    <w:name w:val="T4"/>
    <w:basedOn w:val="Ttulo4"/>
    <w:uiPriority w:val="99"/>
    <w:rsid w:val="001F09BA"/>
    <w:pPr>
      <w:tabs>
        <w:tab w:val="num" w:pos="2880"/>
      </w:tabs>
      <w:autoSpaceDE w:val="0"/>
      <w:autoSpaceDN w:val="0"/>
      <w:adjustRightInd w:val="0"/>
      <w:spacing w:before="120" w:after="120"/>
      <w:ind w:left="862" w:hanging="862"/>
      <w:jc w:val="both"/>
    </w:pPr>
    <w:rPr>
      <w:bCs w:val="0"/>
      <w:sz w:val="22"/>
      <w:szCs w:val="22"/>
    </w:rPr>
  </w:style>
  <w:style w:type="character" w:customStyle="1" w:styleId="Ttulodelibro">
    <w:name w:val="Título de libro"/>
    <w:uiPriority w:val="99"/>
    <w:qFormat/>
    <w:rsid w:val="001F09BA"/>
    <w:rPr>
      <w:rFonts w:cs="Times New Roman"/>
      <w:b/>
      <w:bCs/>
      <w:smallCaps/>
      <w:spacing w:val="5"/>
    </w:rPr>
  </w:style>
  <w:style w:type="paragraph" w:customStyle="1" w:styleId="NormalWeb1">
    <w:name w:val="Normal (Web)1"/>
    <w:basedOn w:val="Normal"/>
    <w:uiPriority w:val="99"/>
    <w:rsid w:val="001F09BA"/>
    <w:pPr>
      <w:shd w:val="clear" w:color="auto" w:fill="FFFFFF"/>
      <w:spacing w:before="151" w:after="151"/>
    </w:pPr>
    <w:rPr>
      <w:lang w:eastAsia="es-ES"/>
    </w:rPr>
  </w:style>
  <w:style w:type="paragraph" w:customStyle="1" w:styleId="font6">
    <w:name w:val="font6"/>
    <w:basedOn w:val="Normal"/>
    <w:uiPriority w:val="99"/>
    <w:rsid w:val="001F09BA"/>
    <w:pPr>
      <w:spacing w:before="100" w:beforeAutospacing="1" w:after="100" w:afterAutospacing="1"/>
    </w:pPr>
    <w:rPr>
      <w:rFonts w:ascii="Arial" w:hAnsi="Arial" w:cs="Arial"/>
      <w:sz w:val="20"/>
      <w:szCs w:val="20"/>
      <w:lang w:val="es-CO" w:eastAsia="es-CO"/>
    </w:rPr>
  </w:style>
  <w:style w:type="paragraph" w:customStyle="1" w:styleId="xl341">
    <w:name w:val="xl341"/>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42">
    <w:name w:val="xl342"/>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43">
    <w:name w:val="xl343"/>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344">
    <w:name w:val="xl344"/>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45">
    <w:name w:val="xl345"/>
    <w:basedOn w:val="Normal"/>
    <w:uiPriority w:val="99"/>
    <w:rsid w:val="001F09BA"/>
    <w:pPr>
      <w:shd w:val="clear" w:color="000000" w:fill="33CCCC"/>
      <w:spacing w:before="100" w:beforeAutospacing="1" w:after="100" w:afterAutospacing="1"/>
      <w:textAlignment w:val="center"/>
    </w:pPr>
    <w:rPr>
      <w:rFonts w:ascii="Arial" w:hAnsi="Arial" w:cs="Arial"/>
      <w:color w:val="000000"/>
      <w:lang w:val="es-CO" w:eastAsia="es-CO"/>
    </w:rPr>
  </w:style>
  <w:style w:type="paragraph" w:customStyle="1" w:styleId="xl346">
    <w:name w:val="xl346"/>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es-CO" w:eastAsia="es-CO"/>
    </w:rPr>
  </w:style>
  <w:style w:type="paragraph" w:customStyle="1" w:styleId="xl347">
    <w:name w:val="xl347"/>
    <w:basedOn w:val="Normal"/>
    <w:uiPriority w:val="99"/>
    <w:rsid w:val="001F09BA"/>
    <w:pPr>
      <w:spacing w:before="100" w:beforeAutospacing="1" w:after="100" w:afterAutospacing="1"/>
      <w:textAlignment w:val="center"/>
    </w:pPr>
    <w:rPr>
      <w:rFonts w:ascii="Arial" w:hAnsi="Arial" w:cs="Arial"/>
      <w:color w:val="000000"/>
      <w:lang w:val="es-CO" w:eastAsia="es-CO"/>
    </w:rPr>
  </w:style>
  <w:style w:type="paragraph" w:customStyle="1" w:styleId="xl348">
    <w:name w:val="xl348"/>
    <w:basedOn w:val="Normal"/>
    <w:uiPriority w:val="99"/>
    <w:rsid w:val="001F09BA"/>
    <w:pPr>
      <w:spacing w:before="100" w:beforeAutospacing="1" w:after="100" w:afterAutospacing="1"/>
      <w:jc w:val="center"/>
      <w:textAlignment w:val="center"/>
    </w:pPr>
    <w:rPr>
      <w:rFonts w:ascii="Arial" w:hAnsi="Arial" w:cs="Arial"/>
      <w:color w:val="000000"/>
      <w:lang w:val="es-CO" w:eastAsia="es-CO"/>
    </w:rPr>
  </w:style>
  <w:style w:type="paragraph" w:customStyle="1" w:styleId="xl349">
    <w:name w:val="xl349"/>
    <w:basedOn w:val="Normal"/>
    <w:uiPriority w:val="99"/>
    <w:rsid w:val="001F09BA"/>
    <w:pPr>
      <w:spacing w:before="100" w:beforeAutospacing="1" w:after="100" w:afterAutospacing="1"/>
      <w:jc w:val="center"/>
      <w:textAlignment w:val="center"/>
    </w:pPr>
    <w:rPr>
      <w:rFonts w:ascii="Arial" w:hAnsi="Arial" w:cs="Arial"/>
      <w:color w:val="000000"/>
      <w:lang w:val="es-CO" w:eastAsia="es-CO"/>
    </w:rPr>
  </w:style>
  <w:style w:type="paragraph" w:customStyle="1" w:styleId="xl350">
    <w:name w:val="xl350"/>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51">
    <w:name w:val="xl351"/>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352">
    <w:name w:val="xl352"/>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3">
    <w:name w:val="xl353"/>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354">
    <w:name w:val="xl354"/>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355">
    <w:name w:val="xl355"/>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56">
    <w:name w:val="xl356"/>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357">
    <w:name w:val="xl357"/>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59">
    <w:name w:val="xl359"/>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360">
    <w:name w:val="xl360"/>
    <w:basedOn w:val="Normal"/>
    <w:uiPriority w:val="99"/>
    <w:rsid w:val="001F09BA"/>
    <w:pPr>
      <w:shd w:val="clear" w:color="000000" w:fill="33CCCC"/>
      <w:spacing w:before="100" w:beforeAutospacing="1" w:after="100" w:afterAutospacing="1"/>
      <w:textAlignment w:val="center"/>
    </w:pPr>
    <w:rPr>
      <w:rFonts w:ascii="Arial" w:hAnsi="Arial" w:cs="Arial"/>
      <w:lang w:val="es-CO" w:eastAsia="es-CO"/>
    </w:rPr>
  </w:style>
  <w:style w:type="paragraph" w:customStyle="1" w:styleId="xl361">
    <w:name w:val="xl361"/>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lang w:val="es-CO" w:eastAsia="es-CO"/>
    </w:rPr>
  </w:style>
  <w:style w:type="paragraph" w:customStyle="1" w:styleId="xl362">
    <w:name w:val="xl362"/>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63">
    <w:name w:val="xl363"/>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364">
    <w:name w:val="xl364"/>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365">
    <w:name w:val="xl365"/>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366">
    <w:name w:val="xl366"/>
    <w:basedOn w:val="Normal"/>
    <w:uiPriority w:val="99"/>
    <w:rsid w:val="001F09BA"/>
    <w:pPr>
      <w:shd w:val="clear" w:color="000000" w:fill="33CCCC"/>
      <w:spacing w:before="100" w:beforeAutospacing="1" w:after="100" w:afterAutospacing="1"/>
      <w:textAlignment w:val="center"/>
    </w:pPr>
    <w:rPr>
      <w:rFonts w:ascii="Arial" w:hAnsi="Arial" w:cs="Arial"/>
      <w:color w:val="000000"/>
      <w:lang w:val="es-CO" w:eastAsia="es-CO"/>
    </w:rPr>
  </w:style>
  <w:style w:type="paragraph" w:customStyle="1" w:styleId="xl367">
    <w:name w:val="xl367"/>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368">
    <w:name w:val="xl368"/>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69">
    <w:name w:val="xl369"/>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0">
    <w:name w:val="xl370"/>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71">
    <w:name w:val="xl371"/>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372">
    <w:name w:val="xl372"/>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373">
    <w:name w:val="xl373"/>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4">
    <w:name w:val="xl374"/>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5">
    <w:name w:val="xl375"/>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376">
    <w:name w:val="xl376"/>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377">
    <w:name w:val="xl377"/>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378">
    <w:name w:val="xl378"/>
    <w:basedOn w:val="Normal"/>
    <w:uiPriority w:val="99"/>
    <w:rsid w:val="001F09BA"/>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color w:val="000000"/>
      <w:lang w:val="es-CO" w:eastAsia="es-CO"/>
    </w:rPr>
  </w:style>
  <w:style w:type="paragraph" w:customStyle="1" w:styleId="xl379">
    <w:name w:val="xl379"/>
    <w:basedOn w:val="Normal"/>
    <w:uiPriority w:val="99"/>
    <w:rsid w:val="001F09BA"/>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color w:val="000000"/>
      <w:lang w:val="es-CO" w:eastAsia="es-CO"/>
    </w:rPr>
  </w:style>
  <w:style w:type="paragraph" w:customStyle="1" w:styleId="xl380">
    <w:name w:val="xl380"/>
    <w:basedOn w:val="Normal"/>
    <w:uiPriority w:val="99"/>
    <w:rsid w:val="001F09BA"/>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color w:val="000000"/>
      <w:lang w:val="es-CO" w:eastAsia="es-CO"/>
    </w:rPr>
  </w:style>
  <w:style w:type="paragraph" w:customStyle="1" w:styleId="xl381">
    <w:name w:val="xl381"/>
    <w:basedOn w:val="Normal"/>
    <w:uiPriority w:val="99"/>
    <w:rsid w:val="001F09BA"/>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color w:val="000000"/>
      <w:lang w:val="es-CO" w:eastAsia="es-CO"/>
    </w:rPr>
  </w:style>
  <w:style w:type="paragraph" w:customStyle="1" w:styleId="xl382">
    <w:name w:val="xl382"/>
    <w:basedOn w:val="Normal"/>
    <w:uiPriority w:val="99"/>
    <w:rsid w:val="001F09BA"/>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color w:val="000000"/>
      <w:lang w:val="es-CO" w:eastAsia="es-CO"/>
    </w:rPr>
  </w:style>
  <w:style w:type="paragraph" w:customStyle="1" w:styleId="xl383">
    <w:name w:val="xl383"/>
    <w:basedOn w:val="Normal"/>
    <w:uiPriority w:val="99"/>
    <w:rsid w:val="001F09B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lang w:val="es-CO" w:eastAsia="es-CO"/>
    </w:rPr>
  </w:style>
  <w:style w:type="paragraph" w:customStyle="1" w:styleId="xl384">
    <w:name w:val="xl384"/>
    <w:basedOn w:val="Normal"/>
    <w:uiPriority w:val="99"/>
    <w:rsid w:val="001F09BA"/>
    <w:pPr>
      <w:spacing w:before="100" w:beforeAutospacing="1" w:after="100" w:afterAutospacing="1"/>
      <w:textAlignment w:val="center"/>
    </w:pPr>
    <w:rPr>
      <w:rFonts w:ascii="Arial" w:hAnsi="Arial" w:cs="Arial"/>
      <w:color w:val="000000"/>
      <w:lang w:val="es-CO" w:eastAsia="es-CO"/>
    </w:rPr>
  </w:style>
  <w:style w:type="paragraph" w:customStyle="1" w:styleId="xl385">
    <w:name w:val="xl385"/>
    <w:basedOn w:val="Normal"/>
    <w:uiPriority w:val="99"/>
    <w:rsid w:val="001F09BA"/>
    <w:pPr>
      <w:spacing w:before="100" w:beforeAutospacing="1" w:after="100" w:afterAutospacing="1"/>
      <w:jc w:val="right"/>
      <w:textAlignment w:val="center"/>
    </w:pPr>
    <w:rPr>
      <w:rFonts w:ascii="Arial" w:hAnsi="Arial" w:cs="Arial"/>
      <w:color w:val="000000"/>
      <w:lang w:val="es-CO" w:eastAsia="es-CO"/>
    </w:rPr>
  </w:style>
  <w:style w:type="paragraph" w:customStyle="1" w:styleId="xl386">
    <w:name w:val="xl386"/>
    <w:basedOn w:val="Normal"/>
    <w:uiPriority w:val="99"/>
    <w:rsid w:val="001F09BA"/>
    <w:pPr>
      <w:spacing w:before="100" w:beforeAutospacing="1" w:after="100" w:afterAutospacing="1"/>
      <w:jc w:val="right"/>
      <w:textAlignment w:val="center"/>
    </w:pPr>
    <w:rPr>
      <w:rFonts w:ascii="Arial" w:hAnsi="Arial" w:cs="Arial"/>
      <w:color w:val="000000"/>
      <w:lang w:val="es-CO" w:eastAsia="es-CO"/>
    </w:rPr>
  </w:style>
  <w:style w:type="paragraph" w:customStyle="1" w:styleId="xl387">
    <w:name w:val="xl387"/>
    <w:basedOn w:val="Normal"/>
    <w:uiPriority w:val="99"/>
    <w:rsid w:val="001F09BA"/>
    <w:pPr>
      <w:shd w:val="clear" w:color="000000" w:fill="33CCCC"/>
      <w:spacing w:before="100" w:beforeAutospacing="1" w:after="100" w:afterAutospacing="1"/>
      <w:textAlignment w:val="center"/>
    </w:pPr>
    <w:rPr>
      <w:rFonts w:ascii="Arial" w:hAnsi="Arial" w:cs="Arial"/>
      <w:b/>
      <w:bCs/>
      <w:lang w:val="es-CO" w:eastAsia="es-CO"/>
    </w:rPr>
  </w:style>
  <w:style w:type="paragraph" w:customStyle="1" w:styleId="xl388">
    <w:name w:val="xl388"/>
    <w:basedOn w:val="Normal"/>
    <w:uiPriority w:val="99"/>
    <w:rsid w:val="001F09BA"/>
    <w:pPr>
      <w:shd w:val="clear" w:color="000000" w:fill="33CCCC"/>
      <w:spacing w:before="100" w:beforeAutospacing="1" w:after="100" w:afterAutospacing="1"/>
      <w:textAlignment w:val="center"/>
    </w:pPr>
    <w:rPr>
      <w:rFonts w:ascii="Arial" w:hAnsi="Arial" w:cs="Arial"/>
      <w:b/>
      <w:bCs/>
      <w:lang w:val="es-CO" w:eastAsia="es-CO"/>
    </w:rPr>
  </w:style>
  <w:style w:type="paragraph" w:customStyle="1" w:styleId="xl389">
    <w:name w:val="xl389"/>
    <w:basedOn w:val="Normal"/>
    <w:uiPriority w:val="99"/>
    <w:rsid w:val="001F09BA"/>
    <w:pPr>
      <w:shd w:val="clear" w:color="000000" w:fill="33CCCC"/>
      <w:spacing w:before="100" w:beforeAutospacing="1" w:after="100" w:afterAutospacing="1"/>
      <w:jc w:val="center"/>
      <w:textAlignment w:val="center"/>
    </w:pPr>
    <w:rPr>
      <w:rFonts w:ascii="Arial" w:hAnsi="Arial" w:cs="Arial"/>
      <w:b/>
      <w:bCs/>
      <w:lang w:val="es-CO" w:eastAsia="es-CO"/>
    </w:rPr>
  </w:style>
  <w:style w:type="paragraph" w:customStyle="1" w:styleId="xl390">
    <w:name w:val="xl390"/>
    <w:basedOn w:val="Normal"/>
    <w:uiPriority w:val="99"/>
    <w:rsid w:val="001F09BA"/>
    <w:pPr>
      <w:spacing w:before="100" w:beforeAutospacing="1" w:after="100" w:afterAutospacing="1"/>
      <w:jc w:val="center"/>
      <w:textAlignment w:val="center"/>
    </w:pPr>
    <w:rPr>
      <w:rFonts w:ascii="Arial" w:hAnsi="Arial" w:cs="Arial"/>
      <w:lang w:val="es-CO" w:eastAsia="es-CO"/>
    </w:rPr>
  </w:style>
  <w:style w:type="paragraph" w:customStyle="1" w:styleId="xl391">
    <w:name w:val="xl391"/>
    <w:basedOn w:val="Normal"/>
    <w:uiPriority w:val="99"/>
    <w:rsid w:val="001F09BA"/>
    <w:pPr>
      <w:spacing w:before="100" w:beforeAutospacing="1" w:after="100" w:afterAutospacing="1"/>
      <w:jc w:val="center"/>
      <w:textAlignment w:val="center"/>
    </w:pPr>
    <w:rPr>
      <w:rFonts w:ascii="Arial" w:hAnsi="Arial" w:cs="Arial"/>
      <w:lang w:val="es-CO" w:eastAsia="es-CO"/>
    </w:rPr>
  </w:style>
  <w:style w:type="paragraph" w:customStyle="1" w:styleId="xl392">
    <w:name w:val="xl392"/>
    <w:basedOn w:val="Normal"/>
    <w:uiPriority w:val="99"/>
    <w:rsid w:val="001F09B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93">
    <w:name w:val="xl393"/>
    <w:basedOn w:val="Normal"/>
    <w:uiPriority w:val="99"/>
    <w:rsid w:val="001F09BA"/>
    <w:pPr>
      <w:pBdr>
        <w:bottom w:val="single" w:sz="4" w:space="0" w:color="auto"/>
      </w:pBdr>
      <w:shd w:val="clear" w:color="000000" w:fill="FFFF00"/>
      <w:spacing w:before="100" w:beforeAutospacing="1" w:after="100" w:afterAutospacing="1"/>
      <w:textAlignment w:val="center"/>
    </w:pPr>
    <w:rPr>
      <w:rFonts w:ascii="Arial" w:hAnsi="Arial" w:cs="Arial"/>
      <w:b/>
      <w:bCs/>
      <w:color w:val="000000"/>
      <w:lang w:val="es-CO" w:eastAsia="es-CO"/>
    </w:rPr>
  </w:style>
  <w:style w:type="paragraph" w:customStyle="1" w:styleId="xl394">
    <w:name w:val="xl394"/>
    <w:basedOn w:val="Normal"/>
    <w:uiPriority w:val="99"/>
    <w:rsid w:val="001F09BA"/>
    <w:pPr>
      <w:spacing w:before="100" w:beforeAutospacing="1" w:after="100" w:afterAutospacing="1"/>
      <w:textAlignment w:val="center"/>
    </w:pPr>
    <w:rPr>
      <w:rFonts w:ascii="Arial" w:hAnsi="Arial" w:cs="Arial"/>
      <w:lang w:val="es-CO" w:eastAsia="es-CO"/>
    </w:rPr>
  </w:style>
  <w:style w:type="paragraph" w:customStyle="1" w:styleId="xl395">
    <w:name w:val="xl395"/>
    <w:basedOn w:val="Normal"/>
    <w:uiPriority w:val="99"/>
    <w:rsid w:val="001F09BA"/>
    <w:pPr>
      <w:spacing w:before="100" w:beforeAutospacing="1" w:after="100" w:afterAutospacing="1"/>
      <w:jc w:val="right"/>
      <w:textAlignment w:val="center"/>
    </w:pPr>
    <w:rPr>
      <w:rFonts w:ascii="Arial" w:hAnsi="Arial" w:cs="Arial"/>
      <w:lang w:val="es-CO" w:eastAsia="es-CO"/>
    </w:rPr>
  </w:style>
  <w:style w:type="paragraph" w:customStyle="1" w:styleId="xl396">
    <w:name w:val="xl396"/>
    <w:basedOn w:val="Normal"/>
    <w:uiPriority w:val="99"/>
    <w:rsid w:val="001F09BA"/>
    <w:pPr>
      <w:spacing w:before="100" w:beforeAutospacing="1" w:after="100" w:afterAutospacing="1"/>
      <w:jc w:val="right"/>
      <w:textAlignment w:val="center"/>
    </w:pPr>
    <w:rPr>
      <w:rFonts w:ascii="Arial" w:hAnsi="Arial" w:cs="Arial"/>
      <w:lang w:val="es-CO" w:eastAsia="es-CO"/>
    </w:rPr>
  </w:style>
  <w:style w:type="paragraph" w:customStyle="1" w:styleId="xl397">
    <w:name w:val="xl397"/>
    <w:basedOn w:val="Normal"/>
    <w:uiPriority w:val="99"/>
    <w:rsid w:val="001F09BA"/>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98">
    <w:name w:val="xl398"/>
    <w:basedOn w:val="Normal"/>
    <w:uiPriority w:val="99"/>
    <w:rsid w:val="001F09B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99">
    <w:name w:val="xl399"/>
    <w:basedOn w:val="Normal"/>
    <w:uiPriority w:val="99"/>
    <w:rsid w:val="001F09BA"/>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400">
    <w:name w:val="xl400"/>
    <w:basedOn w:val="Normal"/>
    <w:uiPriority w:val="99"/>
    <w:rsid w:val="001F09BA"/>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401">
    <w:name w:val="xl401"/>
    <w:basedOn w:val="Normal"/>
    <w:uiPriority w:val="99"/>
    <w:rsid w:val="001F09BA"/>
    <w:pPr>
      <w:spacing w:before="100" w:beforeAutospacing="1" w:after="100" w:afterAutospacing="1"/>
      <w:jc w:val="center"/>
      <w:textAlignment w:val="center"/>
    </w:pPr>
    <w:rPr>
      <w:rFonts w:ascii="Arial" w:hAnsi="Arial" w:cs="Arial"/>
      <w:b/>
      <w:bCs/>
      <w:color w:val="000000"/>
      <w:lang w:val="es-CO" w:eastAsia="es-CO"/>
    </w:rPr>
  </w:style>
  <w:style w:type="paragraph" w:customStyle="1" w:styleId="xl402">
    <w:name w:val="xl402"/>
    <w:basedOn w:val="Normal"/>
    <w:uiPriority w:val="99"/>
    <w:rsid w:val="001F09BA"/>
    <w:pPr>
      <w:spacing w:before="100" w:beforeAutospacing="1" w:after="100" w:afterAutospacing="1"/>
      <w:jc w:val="center"/>
      <w:textAlignment w:val="center"/>
    </w:pPr>
    <w:rPr>
      <w:rFonts w:ascii="Arial" w:hAnsi="Arial" w:cs="Arial"/>
      <w:b/>
      <w:bCs/>
      <w:color w:val="000000"/>
      <w:lang w:val="es-CO" w:eastAsia="es-CO"/>
    </w:rPr>
  </w:style>
  <w:style w:type="paragraph" w:customStyle="1" w:styleId="xl403">
    <w:name w:val="xl403"/>
    <w:basedOn w:val="Normal"/>
    <w:uiPriority w:val="99"/>
    <w:rsid w:val="001F09BA"/>
    <w:pPr>
      <w:shd w:val="clear" w:color="000000" w:fill="33CCCC"/>
      <w:spacing w:before="100" w:beforeAutospacing="1" w:after="100" w:afterAutospacing="1"/>
      <w:textAlignment w:val="center"/>
    </w:pPr>
    <w:rPr>
      <w:rFonts w:ascii="Arial" w:hAnsi="Arial" w:cs="Arial"/>
      <w:color w:val="FF0000"/>
      <w:lang w:val="es-CO" w:eastAsia="es-CO"/>
    </w:rPr>
  </w:style>
  <w:style w:type="paragraph" w:customStyle="1" w:styleId="xl404">
    <w:name w:val="xl404"/>
    <w:basedOn w:val="Normal"/>
    <w:uiPriority w:val="99"/>
    <w:rsid w:val="001F09BA"/>
    <w:pPr>
      <w:spacing w:before="100" w:beforeAutospacing="1" w:after="100" w:afterAutospacing="1"/>
      <w:jc w:val="center"/>
      <w:textAlignment w:val="center"/>
    </w:pPr>
    <w:rPr>
      <w:rFonts w:ascii="Arial" w:hAnsi="Arial" w:cs="Arial"/>
      <w:b/>
      <w:bCs/>
      <w:color w:val="000000"/>
      <w:lang w:val="es-CO" w:eastAsia="es-CO"/>
    </w:rPr>
  </w:style>
  <w:style w:type="paragraph" w:customStyle="1" w:styleId="xl405">
    <w:name w:val="xl405"/>
    <w:basedOn w:val="Normal"/>
    <w:uiPriority w:val="99"/>
    <w:rsid w:val="001F09B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color w:val="000000"/>
      <w:lang w:val="es-CO" w:eastAsia="es-CO"/>
    </w:rPr>
  </w:style>
  <w:style w:type="paragraph" w:customStyle="1" w:styleId="xl406">
    <w:name w:val="xl406"/>
    <w:basedOn w:val="Normal"/>
    <w:uiPriority w:val="99"/>
    <w:rsid w:val="001F09BA"/>
    <w:pPr>
      <w:pBdr>
        <w:top w:val="single" w:sz="8" w:space="0" w:color="auto"/>
      </w:pBdr>
      <w:spacing w:before="100" w:beforeAutospacing="1" w:after="100" w:afterAutospacing="1"/>
      <w:jc w:val="right"/>
      <w:textAlignment w:val="center"/>
    </w:pPr>
    <w:rPr>
      <w:rFonts w:ascii="Arial" w:hAnsi="Arial" w:cs="Arial"/>
      <w:b/>
      <w:bCs/>
      <w:color w:val="000000"/>
      <w:lang w:val="es-CO" w:eastAsia="es-CO"/>
    </w:rPr>
  </w:style>
  <w:style w:type="paragraph" w:customStyle="1" w:styleId="xl407">
    <w:name w:val="xl407"/>
    <w:basedOn w:val="Normal"/>
    <w:uiPriority w:val="99"/>
    <w:rsid w:val="001F09BA"/>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408">
    <w:name w:val="xl408"/>
    <w:basedOn w:val="Normal"/>
    <w:uiPriority w:val="99"/>
    <w:rsid w:val="001F09BA"/>
    <w:pP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409">
    <w:name w:val="xl409"/>
    <w:basedOn w:val="Normal"/>
    <w:uiPriority w:val="99"/>
    <w:rsid w:val="001F09BA"/>
    <w:pPr>
      <w:shd w:val="clear" w:color="000000" w:fill="33CCCC"/>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10">
    <w:name w:val="xl410"/>
    <w:basedOn w:val="Normal"/>
    <w:uiPriority w:val="99"/>
    <w:rsid w:val="001F09BA"/>
    <w:pPr>
      <w:pBdr>
        <w:left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color w:val="000000"/>
      <w:lang w:val="es-CO" w:eastAsia="es-CO"/>
    </w:rPr>
  </w:style>
  <w:style w:type="paragraph" w:customStyle="1" w:styleId="xl411">
    <w:name w:val="xl411"/>
    <w:basedOn w:val="Normal"/>
    <w:uiPriority w:val="99"/>
    <w:rsid w:val="001F09BA"/>
    <w:pPr>
      <w:shd w:val="clear" w:color="000000" w:fill="33CCCC"/>
      <w:spacing w:before="100" w:beforeAutospacing="1" w:after="100" w:afterAutospacing="1"/>
      <w:textAlignment w:val="center"/>
    </w:pPr>
    <w:rPr>
      <w:rFonts w:ascii="Arial" w:hAnsi="Arial" w:cs="Arial"/>
      <w:b/>
      <w:bCs/>
      <w:lang w:val="es-CO" w:eastAsia="es-CO"/>
    </w:rPr>
  </w:style>
  <w:style w:type="paragraph" w:customStyle="1" w:styleId="xl412">
    <w:name w:val="xl412"/>
    <w:basedOn w:val="Normal"/>
    <w:uiPriority w:val="99"/>
    <w:rsid w:val="001F09BA"/>
    <w:pP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413">
    <w:name w:val="xl413"/>
    <w:basedOn w:val="Normal"/>
    <w:uiPriority w:val="99"/>
    <w:rsid w:val="001F09BA"/>
    <w:pPr>
      <w:spacing w:before="100" w:beforeAutospacing="1" w:after="100" w:afterAutospacing="1"/>
      <w:jc w:val="center"/>
      <w:textAlignment w:val="center"/>
    </w:pPr>
    <w:rPr>
      <w:rFonts w:ascii="Arial" w:hAnsi="Arial" w:cs="Arial"/>
      <w:b/>
      <w:bCs/>
      <w:color w:val="000000"/>
      <w:sz w:val="28"/>
      <w:szCs w:val="28"/>
      <w:lang w:val="es-CO" w:eastAsia="es-CO"/>
    </w:rPr>
  </w:style>
  <w:style w:type="paragraph" w:customStyle="1" w:styleId="xl414">
    <w:name w:val="xl414"/>
    <w:basedOn w:val="Normal"/>
    <w:uiPriority w:val="99"/>
    <w:rsid w:val="001F09BA"/>
    <w:pP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415">
    <w:name w:val="xl415"/>
    <w:basedOn w:val="Normal"/>
    <w:uiPriority w:val="99"/>
    <w:rsid w:val="001F09BA"/>
    <w:pP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16">
    <w:name w:val="xl416"/>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lang w:val="es-CO" w:eastAsia="es-CO"/>
    </w:rPr>
  </w:style>
  <w:style w:type="paragraph" w:customStyle="1" w:styleId="xl417">
    <w:name w:val="xl417"/>
    <w:basedOn w:val="Normal"/>
    <w:uiPriority w:val="99"/>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8">
    <w:name w:val="xl418"/>
    <w:basedOn w:val="Normal"/>
    <w:uiPriority w:val="99"/>
    <w:rsid w:val="001F09BA"/>
    <w:pPr>
      <w:spacing w:before="100" w:beforeAutospacing="1" w:after="100" w:afterAutospacing="1"/>
      <w:textAlignment w:val="center"/>
    </w:pPr>
    <w:rPr>
      <w:rFonts w:ascii="Arial" w:hAnsi="Arial" w:cs="Arial"/>
      <w:lang w:val="es-CO" w:eastAsia="es-CO"/>
    </w:rPr>
  </w:style>
  <w:style w:type="paragraph" w:customStyle="1" w:styleId="xl419">
    <w:name w:val="xl419"/>
    <w:basedOn w:val="Normal"/>
    <w:uiPriority w:val="99"/>
    <w:rsid w:val="001F09B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28"/>
      <w:szCs w:val="28"/>
      <w:lang w:val="es-CO" w:eastAsia="es-CO"/>
    </w:rPr>
  </w:style>
  <w:style w:type="paragraph" w:customStyle="1" w:styleId="xl420">
    <w:name w:val="xl420"/>
    <w:basedOn w:val="Normal"/>
    <w:uiPriority w:val="99"/>
    <w:rsid w:val="001F09BA"/>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28"/>
      <w:szCs w:val="28"/>
      <w:lang w:val="es-CO" w:eastAsia="es-CO"/>
    </w:rPr>
  </w:style>
  <w:style w:type="paragraph" w:customStyle="1" w:styleId="xl421">
    <w:name w:val="xl421"/>
    <w:basedOn w:val="Normal"/>
    <w:uiPriority w:val="99"/>
    <w:rsid w:val="001F09BA"/>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val="es-CO" w:eastAsia="es-CO"/>
    </w:rPr>
  </w:style>
  <w:style w:type="paragraph" w:customStyle="1" w:styleId="JUSTIFICADO">
    <w:name w:val="JUSTIFICADO"/>
    <w:uiPriority w:val="99"/>
    <w:rsid w:val="001F09BA"/>
    <w:pPr>
      <w:overflowPunct w:val="0"/>
      <w:autoSpaceDE w:val="0"/>
      <w:autoSpaceDN w:val="0"/>
      <w:adjustRightInd w:val="0"/>
      <w:spacing w:after="0" w:line="240" w:lineRule="auto"/>
      <w:jc w:val="both"/>
      <w:textAlignment w:val="baseline"/>
    </w:pPr>
    <w:rPr>
      <w:rFonts w:ascii="Courier" w:eastAsia="Times New Roman" w:hAnsi="Courier" w:cs="Times New Roman"/>
      <w:sz w:val="24"/>
      <w:szCs w:val="20"/>
      <w:lang w:val="es-ES_tradnl" w:eastAsia="es-AR"/>
    </w:rPr>
  </w:style>
  <w:style w:type="character" w:customStyle="1" w:styleId="DefaultCarCar">
    <w:name w:val="Default Car Car"/>
    <w:uiPriority w:val="99"/>
    <w:rsid w:val="001F09BA"/>
    <w:rPr>
      <w:rFonts w:ascii="Arial" w:eastAsia="Times New Roman" w:hAnsi="Arial" w:cs="Arial"/>
      <w:color w:val="000000"/>
      <w:sz w:val="24"/>
      <w:szCs w:val="24"/>
      <w:lang w:val="es-ES" w:eastAsia="en-US" w:bidi="ar-SA"/>
    </w:rPr>
  </w:style>
  <w:style w:type="paragraph" w:styleId="Continuarlista">
    <w:name w:val="List Continue"/>
    <w:basedOn w:val="Normal"/>
    <w:uiPriority w:val="99"/>
    <w:rsid w:val="001F09BA"/>
    <w:pPr>
      <w:spacing w:after="120"/>
      <w:ind w:left="283"/>
      <w:contextualSpacing/>
    </w:pPr>
    <w:rPr>
      <w:lang w:eastAsia="es-ES"/>
    </w:rPr>
  </w:style>
  <w:style w:type="paragraph" w:customStyle="1" w:styleId="Listamedia1-nfasis41">
    <w:name w:val="Lista media 1 - Énfasis 41"/>
    <w:hidden/>
    <w:uiPriority w:val="99"/>
    <w:rsid w:val="001F09BA"/>
    <w:pPr>
      <w:spacing w:after="0" w:line="240" w:lineRule="auto"/>
    </w:pPr>
    <w:rPr>
      <w:rFonts w:ascii="Times New Roman" w:eastAsia="Times New Roman" w:hAnsi="Times New Roman" w:cs="Times New Roman"/>
      <w:sz w:val="24"/>
      <w:szCs w:val="24"/>
      <w:lang w:val="es-ES" w:eastAsia="es-ES"/>
    </w:rPr>
  </w:style>
  <w:style w:type="paragraph" w:customStyle="1" w:styleId="ListParagraph2">
    <w:name w:val="List Paragraph2"/>
    <w:basedOn w:val="Normal"/>
    <w:uiPriority w:val="99"/>
    <w:rsid w:val="001F09BA"/>
    <w:pPr>
      <w:ind w:left="720"/>
      <w:contextualSpacing/>
    </w:pPr>
    <w:rPr>
      <w:sz w:val="20"/>
      <w:szCs w:val="20"/>
      <w:lang w:eastAsia="es-ES"/>
    </w:rPr>
  </w:style>
  <w:style w:type="paragraph" w:customStyle="1" w:styleId="toa">
    <w:name w:val="toa"/>
    <w:basedOn w:val="Normal"/>
    <w:rsid w:val="001F09BA"/>
    <w:pPr>
      <w:tabs>
        <w:tab w:val="left" w:pos="0"/>
        <w:tab w:val="left" w:pos="9000"/>
        <w:tab w:val="right" w:pos="9360"/>
      </w:tabs>
      <w:suppressAutoHyphens/>
      <w:jc w:val="both"/>
    </w:pPr>
    <w:rPr>
      <w:rFonts w:ascii="Arial" w:hAnsi="Arial"/>
      <w:spacing w:val="-2"/>
      <w:szCs w:val="20"/>
      <w:lang w:val="en-US" w:eastAsia="es-ES"/>
    </w:rPr>
  </w:style>
  <w:style w:type="paragraph" w:customStyle="1" w:styleId="Textoindependiente31">
    <w:name w:val="Texto independiente 31"/>
    <w:basedOn w:val="Normal"/>
    <w:rsid w:val="001F09BA"/>
    <w:rPr>
      <w:rFonts w:ascii="Arial" w:hAnsi="Arial"/>
      <w:szCs w:val="20"/>
      <w:lang w:val="es-ES" w:eastAsia="es-ES"/>
    </w:rPr>
  </w:style>
  <w:style w:type="paragraph" w:customStyle="1" w:styleId="Normal0">
    <w:name w:val="Normal0"/>
    <w:basedOn w:val="Normal"/>
    <w:rsid w:val="001F09BA"/>
    <w:pPr>
      <w:widowControl w:val="0"/>
      <w:suppressAutoHyphens/>
      <w:jc w:val="both"/>
    </w:pPr>
    <w:rPr>
      <w:rFonts w:ascii="Arial" w:hAnsi="Arial"/>
      <w:szCs w:val="20"/>
      <w:lang w:val="es-ES" w:eastAsia="es-ES"/>
    </w:rPr>
  </w:style>
  <w:style w:type="paragraph" w:styleId="TDC2">
    <w:name w:val="toc 2"/>
    <w:basedOn w:val="Normal"/>
    <w:next w:val="Normal"/>
    <w:autoRedefine/>
    <w:rsid w:val="001F09BA"/>
    <w:pPr>
      <w:widowControl w:val="0"/>
      <w:tabs>
        <w:tab w:val="left" w:pos="851"/>
        <w:tab w:val="right" w:leader="dot" w:pos="9113"/>
      </w:tabs>
      <w:spacing w:line="-240" w:lineRule="auto"/>
      <w:ind w:left="851" w:hanging="851"/>
      <w:jc w:val="both"/>
    </w:pPr>
    <w:rPr>
      <w:rFonts w:ascii="Arial" w:hAnsi="Arial" w:cs="Arial"/>
      <w:bCs/>
      <w:noProof/>
      <w:sz w:val="20"/>
      <w:lang w:val="es-ES" w:eastAsia="es-ES"/>
    </w:rPr>
  </w:style>
  <w:style w:type="paragraph" w:customStyle="1" w:styleId="1">
    <w:name w:val="1"/>
    <w:basedOn w:val="Normal"/>
    <w:next w:val="Sangradetextonormal"/>
    <w:rsid w:val="001F09BA"/>
    <w:pPr>
      <w:widowControl w:val="0"/>
      <w:ind w:left="709" w:hanging="709"/>
      <w:jc w:val="both"/>
    </w:pPr>
    <w:rPr>
      <w:rFonts w:ascii="Arial" w:hAnsi="Arial"/>
      <w:snapToGrid w:val="0"/>
      <w:sz w:val="22"/>
      <w:szCs w:val="20"/>
      <w:lang w:val="es-CO" w:eastAsia="es-ES"/>
    </w:rPr>
  </w:style>
  <w:style w:type="paragraph" w:customStyle="1" w:styleId="MARITZA3">
    <w:name w:val="MARITZA3"/>
    <w:rsid w:val="001F09BA"/>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eastAsia="es-ES"/>
    </w:rPr>
  </w:style>
  <w:style w:type="paragraph" w:styleId="Sangra2detindependiente">
    <w:name w:val="Body Text Indent 2"/>
    <w:basedOn w:val="Normal"/>
    <w:link w:val="Sangra2detindependienteCar"/>
    <w:rsid w:val="001F09BA"/>
    <w:pPr>
      <w:widowControl w:val="0"/>
      <w:ind w:left="426" w:hanging="66"/>
      <w:jc w:val="both"/>
    </w:pPr>
    <w:rPr>
      <w:rFonts w:ascii="Arial" w:hAnsi="Arial"/>
      <w:snapToGrid w:val="0"/>
      <w:sz w:val="18"/>
      <w:szCs w:val="20"/>
      <w:lang w:val="es-CO" w:eastAsia="es-ES"/>
    </w:rPr>
  </w:style>
  <w:style w:type="character" w:customStyle="1" w:styleId="Sangra2detindependienteCar">
    <w:name w:val="Sangría 2 de t. independiente Car"/>
    <w:basedOn w:val="Fuentedeprrafopredeter"/>
    <w:link w:val="Sangra2detindependiente"/>
    <w:rsid w:val="001F09BA"/>
    <w:rPr>
      <w:rFonts w:ascii="Arial" w:eastAsia="Times New Roman" w:hAnsi="Arial" w:cs="Times New Roman"/>
      <w:snapToGrid w:val="0"/>
      <w:sz w:val="18"/>
      <w:szCs w:val="20"/>
      <w:lang w:val="es-CO" w:eastAsia="es-ES"/>
    </w:rPr>
  </w:style>
  <w:style w:type="paragraph" w:customStyle="1" w:styleId="MARITZA6">
    <w:name w:val="MARITZA6"/>
    <w:basedOn w:val="Normal"/>
    <w:rsid w:val="001F09BA"/>
    <w:pPr>
      <w:widowControl w:val="0"/>
      <w:tabs>
        <w:tab w:val="left" w:pos="-720"/>
        <w:tab w:val="left" w:pos="0"/>
      </w:tabs>
      <w:suppressAutoHyphens/>
      <w:jc w:val="center"/>
    </w:pPr>
    <w:rPr>
      <w:rFonts w:ascii="Sans Serif 12cpi" w:hAnsi="Sans Serif 12cpi"/>
      <w:b/>
      <w:snapToGrid w:val="0"/>
      <w:spacing w:val="-2"/>
      <w:szCs w:val="20"/>
      <w:lang w:eastAsia="es-ES"/>
    </w:rPr>
  </w:style>
  <w:style w:type="paragraph" w:customStyle="1" w:styleId="MARITZA1">
    <w:name w:val="MARITZA1"/>
    <w:rsid w:val="001F09BA"/>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eastAsia="es-ES"/>
    </w:rPr>
  </w:style>
  <w:style w:type="paragraph" w:customStyle="1" w:styleId="MARITZA4">
    <w:name w:val="MARITZA4"/>
    <w:basedOn w:val="MARITZA3"/>
    <w:rsid w:val="001F09BA"/>
    <w:pPr>
      <w:ind w:left="0" w:firstLine="0"/>
      <w:jc w:val="center"/>
    </w:pPr>
    <w:rPr>
      <w:rFonts w:ascii="Sans Serif 12cpi" w:hAnsi="Sans Serif 12cpi"/>
      <w:b/>
      <w:sz w:val="24"/>
    </w:rPr>
  </w:style>
  <w:style w:type="paragraph" w:styleId="Mapadeldocumento">
    <w:name w:val="Document Map"/>
    <w:basedOn w:val="Normal"/>
    <w:link w:val="MapadeldocumentoCar"/>
    <w:rsid w:val="001F09BA"/>
    <w:pPr>
      <w:widowControl w:val="0"/>
      <w:shd w:val="clear" w:color="auto" w:fill="000080"/>
    </w:pPr>
    <w:rPr>
      <w:rFonts w:ascii="Tahoma" w:hAnsi="Tahoma"/>
      <w:snapToGrid w:val="0"/>
      <w:sz w:val="22"/>
      <w:szCs w:val="20"/>
      <w:lang w:val="es-ES" w:eastAsia="es-ES"/>
    </w:rPr>
  </w:style>
  <w:style w:type="character" w:customStyle="1" w:styleId="MapadeldocumentoCar">
    <w:name w:val="Mapa del documento Car"/>
    <w:basedOn w:val="Fuentedeprrafopredeter"/>
    <w:link w:val="Mapadeldocumento"/>
    <w:rsid w:val="001F09BA"/>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1F09BA"/>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1F09BA"/>
    <w:rPr>
      <w:rFonts w:ascii="Arial" w:hAnsi="Arial"/>
      <w:szCs w:val="20"/>
      <w:lang w:val="en-US" w:eastAsia="es-ES"/>
    </w:rPr>
  </w:style>
  <w:style w:type="paragraph" w:customStyle="1" w:styleId="DOBLEESPACIO">
    <w:name w:val="DOBLE ESPACIO"/>
    <w:rsid w:val="001F09BA"/>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1F09BA"/>
    <w:pPr>
      <w:widowControl w:val="0"/>
      <w:ind w:left="709" w:right="-1" w:hanging="283"/>
      <w:jc w:val="both"/>
    </w:pPr>
    <w:rPr>
      <w:rFonts w:ascii="Arial" w:hAnsi="Arial"/>
      <w:snapToGrid w:val="0"/>
      <w:szCs w:val="20"/>
      <w:lang w:val="es-ES" w:eastAsia="es-ES"/>
    </w:rPr>
  </w:style>
  <w:style w:type="paragraph" w:customStyle="1" w:styleId="Sangra3detindependiente1">
    <w:name w:val="Sangría 3 de t. independiente1"/>
    <w:basedOn w:val="Normal"/>
    <w:rsid w:val="001F09BA"/>
    <w:pPr>
      <w:ind w:left="284"/>
      <w:jc w:val="both"/>
    </w:pPr>
    <w:rPr>
      <w:rFonts w:ascii="Arial" w:hAnsi="Arial"/>
      <w:sz w:val="22"/>
      <w:szCs w:val="20"/>
      <w:lang w:val="es-ES" w:eastAsia="es-ES"/>
    </w:rPr>
  </w:style>
  <w:style w:type="paragraph" w:customStyle="1" w:styleId="Listaconguion">
    <w:name w:val="Lista con guion"/>
    <w:basedOn w:val="Normal"/>
    <w:rsid w:val="001F09BA"/>
    <w:pPr>
      <w:tabs>
        <w:tab w:val="num" w:pos="360"/>
      </w:tabs>
      <w:spacing w:after="120"/>
      <w:ind w:left="360" w:hanging="360"/>
      <w:jc w:val="both"/>
    </w:pPr>
    <w:rPr>
      <w:rFonts w:ascii="Arial" w:hAnsi="Arial"/>
      <w:sz w:val="22"/>
      <w:szCs w:val="20"/>
      <w:lang w:val="es-CO" w:eastAsia="es-ES"/>
    </w:rPr>
  </w:style>
  <w:style w:type="paragraph" w:styleId="TDC1">
    <w:name w:val="toc 1"/>
    <w:basedOn w:val="Normal"/>
    <w:next w:val="Normal"/>
    <w:autoRedefine/>
    <w:rsid w:val="001F09BA"/>
    <w:pPr>
      <w:tabs>
        <w:tab w:val="left" w:pos="851"/>
        <w:tab w:val="right" w:leader="dot" w:pos="9072"/>
      </w:tabs>
      <w:spacing w:before="120" w:after="120"/>
      <w:ind w:left="851" w:hanging="851"/>
    </w:pPr>
    <w:rPr>
      <w:rFonts w:ascii="Arial" w:hAnsi="Arial" w:cs="Arial"/>
      <w:b/>
      <w:bCs/>
      <w:noProof/>
      <w:color w:val="000000"/>
      <w:sz w:val="22"/>
      <w:szCs w:val="32"/>
      <w:lang w:val="es-ES" w:eastAsia="es-ES"/>
    </w:rPr>
  </w:style>
  <w:style w:type="paragraph" w:styleId="TDC3">
    <w:name w:val="toc 3"/>
    <w:basedOn w:val="Normal"/>
    <w:next w:val="Normal"/>
    <w:autoRedefine/>
    <w:rsid w:val="001F09BA"/>
    <w:pPr>
      <w:tabs>
        <w:tab w:val="left" w:pos="900"/>
        <w:tab w:val="left" w:pos="9540"/>
        <w:tab w:val="right" w:leader="dot" w:pos="10260"/>
      </w:tabs>
      <w:ind w:left="900" w:right="-81" w:hanging="900"/>
      <w:jc w:val="both"/>
    </w:pPr>
    <w:rPr>
      <w:rFonts w:ascii="Arial" w:hAnsi="Arial" w:cs="Arial"/>
      <w:noProof/>
      <w:sz w:val="20"/>
      <w:lang w:val="es-ES" w:eastAsia="es-ES"/>
    </w:rPr>
  </w:style>
  <w:style w:type="paragraph" w:customStyle="1" w:styleId="TextopredeterminadoCar">
    <w:name w:val="Texto predeterminado Car"/>
    <w:basedOn w:val="Normal"/>
    <w:rsid w:val="001F09BA"/>
    <w:pPr>
      <w:widowControl w:val="0"/>
      <w:autoSpaceDE w:val="0"/>
      <w:autoSpaceDN w:val="0"/>
    </w:pPr>
    <w:rPr>
      <w:lang w:val="en-US" w:eastAsia="es-MX"/>
    </w:rPr>
  </w:style>
  <w:style w:type="paragraph" w:customStyle="1" w:styleId="C1">
    <w:name w:val="C1"/>
    <w:basedOn w:val="Normal"/>
    <w:rsid w:val="001F09BA"/>
    <w:pPr>
      <w:tabs>
        <w:tab w:val="left" w:pos="0"/>
      </w:tabs>
      <w:overflowPunct w:val="0"/>
      <w:autoSpaceDE w:val="0"/>
      <w:autoSpaceDN w:val="0"/>
      <w:adjustRightInd w:val="0"/>
      <w:spacing w:before="120" w:after="120"/>
      <w:jc w:val="both"/>
      <w:textAlignment w:val="baseline"/>
    </w:pPr>
    <w:rPr>
      <w:rFonts w:ascii="Arial" w:hAnsi="Arial"/>
      <w:sz w:val="22"/>
      <w:lang w:val="es-ES" w:eastAsia="es-MX"/>
    </w:rPr>
  </w:style>
  <w:style w:type="paragraph" w:customStyle="1" w:styleId="TextopredeterminadoCarCarCar">
    <w:name w:val="Texto predeterminado Car Car Car"/>
    <w:basedOn w:val="Normal"/>
    <w:rsid w:val="001F09BA"/>
    <w:pPr>
      <w:overflowPunct w:val="0"/>
      <w:autoSpaceDE w:val="0"/>
      <w:autoSpaceDN w:val="0"/>
      <w:adjustRightInd w:val="0"/>
      <w:textAlignment w:val="baseline"/>
    </w:pPr>
    <w:rPr>
      <w:szCs w:val="20"/>
      <w:lang w:val="es-CO" w:eastAsia="es-MX"/>
    </w:rPr>
  </w:style>
  <w:style w:type="paragraph" w:styleId="TDC4">
    <w:name w:val="toc 4"/>
    <w:basedOn w:val="Normal"/>
    <w:next w:val="Normal"/>
    <w:autoRedefine/>
    <w:rsid w:val="001F09BA"/>
    <w:pPr>
      <w:widowControl w:val="0"/>
      <w:ind w:left="660"/>
    </w:pPr>
    <w:rPr>
      <w:rFonts w:ascii="Arial" w:hAnsi="Arial"/>
      <w:snapToGrid w:val="0"/>
      <w:sz w:val="22"/>
      <w:szCs w:val="20"/>
      <w:lang w:val="es-ES" w:eastAsia="es-ES"/>
    </w:rPr>
  </w:style>
  <w:style w:type="paragraph" w:styleId="TDC5">
    <w:name w:val="toc 5"/>
    <w:basedOn w:val="Normal"/>
    <w:next w:val="Normal"/>
    <w:autoRedefine/>
    <w:rsid w:val="001F09BA"/>
    <w:pPr>
      <w:widowControl w:val="0"/>
      <w:ind w:left="880"/>
    </w:pPr>
    <w:rPr>
      <w:rFonts w:ascii="Arial" w:hAnsi="Arial"/>
      <w:snapToGrid w:val="0"/>
      <w:sz w:val="22"/>
      <w:szCs w:val="20"/>
      <w:lang w:val="es-ES" w:eastAsia="es-ES"/>
    </w:rPr>
  </w:style>
  <w:style w:type="paragraph" w:styleId="TDC6">
    <w:name w:val="toc 6"/>
    <w:basedOn w:val="Normal"/>
    <w:next w:val="Normal"/>
    <w:autoRedefine/>
    <w:rsid w:val="001F09BA"/>
    <w:pPr>
      <w:widowControl w:val="0"/>
      <w:ind w:left="1100"/>
    </w:pPr>
    <w:rPr>
      <w:rFonts w:ascii="Arial" w:hAnsi="Arial"/>
      <w:snapToGrid w:val="0"/>
      <w:sz w:val="22"/>
      <w:szCs w:val="20"/>
      <w:lang w:val="es-ES" w:eastAsia="es-ES"/>
    </w:rPr>
  </w:style>
  <w:style w:type="paragraph" w:styleId="TDC7">
    <w:name w:val="toc 7"/>
    <w:basedOn w:val="Normal"/>
    <w:next w:val="Normal"/>
    <w:autoRedefine/>
    <w:rsid w:val="001F09BA"/>
    <w:pPr>
      <w:widowControl w:val="0"/>
      <w:ind w:left="1320"/>
    </w:pPr>
    <w:rPr>
      <w:rFonts w:ascii="Arial" w:hAnsi="Arial"/>
      <w:snapToGrid w:val="0"/>
      <w:sz w:val="22"/>
      <w:szCs w:val="20"/>
      <w:lang w:val="es-ES" w:eastAsia="es-ES"/>
    </w:rPr>
  </w:style>
  <w:style w:type="paragraph" w:styleId="TDC8">
    <w:name w:val="toc 8"/>
    <w:basedOn w:val="Normal"/>
    <w:next w:val="Normal"/>
    <w:autoRedefine/>
    <w:rsid w:val="001F09BA"/>
    <w:pPr>
      <w:widowControl w:val="0"/>
      <w:ind w:left="1540"/>
    </w:pPr>
    <w:rPr>
      <w:rFonts w:ascii="Arial" w:hAnsi="Arial"/>
      <w:snapToGrid w:val="0"/>
      <w:sz w:val="22"/>
      <w:szCs w:val="20"/>
      <w:lang w:val="es-ES" w:eastAsia="es-ES"/>
    </w:rPr>
  </w:style>
  <w:style w:type="paragraph" w:styleId="TDC9">
    <w:name w:val="toc 9"/>
    <w:basedOn w:val="Normal"/>
    <w:next w:val="Normal"/>
    <w:autoRedefine/>
    <w:rsid w:val="001F09BA"/>
    <w:pPr>
      <w:widowControl w:val="0"/>
      <w:ind w:left="1760"/>
    </w:pPr>
    <w:rPr>
      <w:rFonts w:ascii="Arial" w:hAnsi="Arial"/>
      <w:snapToGrid w:val="0"/>
      <w:sz w:val="22"/>
      <w:szCs w:val="20"/>
      <w:lang w:val="es-ES" w:eastAsia="es-ES"/>
    </w:rPr>
  </w:style>
  <w:style w:type="paragraph" w:customStyle="1" w:styleId="Tc">
    <w:name w:val="Tc"/>
    <w:basedOn w:val="Normal"/>
    <w:rsid w:val="001F09BA"/>
    <w:pPr>
      <w:suppressAutoHyphens/>
      <w:spacing w:before="360" w:after="120"/>
      <w:jc w:val="center"/>
    </w:pPr>
    <w:rPr>
      <w:rFonts w:ascii="Arial" w:hAnsi="Arial"/>
      <w:b/>
      <w:szCs w:val="20"/>
      <w:lang w:eastAsia="es-ES"/>
    </w:rPr>
  </w:style>
  <w:style w:type="paragraph" w:customStyle="1" w:styleId="MARITZA2">
    <w:name w:val="MARITZA2"/>
    <w:uiPriority w:val="99"/>
    <w:rsid w:val="001F09BA"/>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1F09BA"/>
    <w:pPr>
      <w:widowControl w:val="0"/>
      <w:suppressAutoHyphens/>
      <w:jc w:val="both"/>
    </w:pPr>
    <w:rPr>
      <w:spacing w:val="-3"/>
      <w:szCs w:val="20"/>
      <w:lang w:val="es-ES" w:eastAsia="es-ES"/>
    </w:rPr>
  </w:style>
  <w:style w:type="paragraph" w:customStyle="1" w:styleId="BodyText22">
    <w:name w:val="Body Text 22"/>
    <w:basedOn w:val="Normal"/>
    <w:rsid w:val="001F09BA"/>
    <w:pPr>
      <w:widowControl w:val="0"/>
      <w:jc w:val="both"/>
    </w:pPr>
    <w:rPr>
      <w:rFonts w:ascii="Arial" w:hAnsi="Arial"/>
      <w:szCs w:val="20"/>
      <w:lang w:eastAsia="es-ES"/>
    </w:rPr>
  </w:style>
  <w:style w:type="paragraph" w:customStyle="1" w:styleId="conpes">
    <w:name w:val="conpes"/>
    <w:basedOn w:val="Normal"/>
    <w:autoRedefine/>
    <w:rsid w:val="001F09BA"/>
    <w:pPr>
      <w:jc w:val="both"/>
    </w:pPr>
    <w:rPr>
      <w:rFonts w:ascii="Arial" w:hAnsi="Arial" w:cs="Arial"/>
      <w:color w:val="000000"/>
      <w:lang w:val="es-ES" w:eastAsia="es-ES"/>
    </w:rPr>
  </w:style>
  <w:style w:type="paragraph" w:customStyle="1" w:styleId="Sangra2detindependiente1">
    <w:name w:val="Sangría 2 de t. independiente1"/>
    <w:basedOn w:val="Normal"/>
    <w:rsid w:val="001F09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ascii="Arial" w:hAnsi="Arial"/>
      <w:b/>
      <w:sz w:val="22"/>
      <w:szCs w:val="20"/>
      <w:lang w:eastAsia="es-ES"/>
    </w:rPr>
  </w:style>
  <w:style w:type="paragraph" w:customStyle="1" w:styleId="Textoindependiente0">
    <w:name w:val="Texto independiente(."/>
    <w:basedOn w:val="Normal"/>
    <w:rsid w:val="001F09BA"/>
    <w:pPr>
      <w:tabs>
        <w:tab w:val="left" w:pos="-720"/>
      </w:tabs>
      <w:suppressAutoHyphens/>
      <w:spacing w:after="120"/>
      <w:jc w:val="both"/>
    </w:pPr>
    <w:rPr>
      <w:rFonts w:ascii="Arial" w:hAnsi="Arial"/>
      <w:spacing w:val="-2"/>
      <w:szCs w:val="20"/>
      <w:lang w:eastAsia="es-ES"/>
    </w:rPr>
  </w:style>
  <w:style w:type="paragraph" w:customStyle="1" w:styleId="WW-Textoindependiente2">
    <w:name w:val="WW-Texto independiente 2"/>
    <w:basedOn w:val="Normal"/>
    <w:rsid w:val="001F09BA"/>
    <w:pPr>
      <w:widowControl w:val="0"/>
      <w:suppressAutoHyphens/>
      <w:jc w:val="both"/>
    </w:pPr>
    <w:rPr>
      <w:rFonts w:ascii="Tahoma" w:hAnsi="Tahoma"/>
      <w:color w:val="000000"/>
      <w:szCs w:val="20"/>
      <w:lang w:val="es-ES" w:eastAsia="es-MX"/>
    </w:rPr>
  </w:style>
  <w:style w:type="character" w:customStyle="1" w:styleId="TextoCar">
    <w:name w:val="Texto Car"/>
    <w:rsid w:val="001F09BA"/>
    <w:rPr>
      <w:rFonts w:ascii="Arial" w:hAnsi="Arial"/>
      <w:sz w:val="22"/>
      <w:lang w:val="es-CO" w:eastAsia="es-ES" w:bidi="ar-SA"/>
    </w:rPr>
  </w:style>
  <w:style w:type="paragraph" w:styleId="Textosinformato">
    <w:name w:val="Plain Text"/>
    <w:basedOn w:val="Normal"/>
    <w:link w:val="TextosinformatoCar"/>
    <w:rsid w:val="001F09BA"/>
    <w:rPr>
      <w:rFonts w:ascii="Courier New" w:hAnsi="Courier New" w:cs="Courier New"/>
      <w:sz w:val="20"/>
      <w:szCs w:val="20"/>
      <w:lang w:val="es-ES" w:eastAsia="es-ES"/>
    </w:rPr>
  </w:style>
  <w:style w:type="character" w:customStyle="1" w:styleId="TextosinformatoCar">
    <w:name w:val="Texto sin formato Car"/>
    <w:basedOn w:val="Fuentedeprrafopredeter"/>
    <w:link w:val="Textosinformato"/>
    <w:rsid w:val="001F09BA"/>
    <w:rPr>
      <w:rFonts w:ascii="Courier New" w:eastAsia="Times New Roman" w:hAnsi="Courier New" w:cs="Courier New"/>
      <w:sz w:val="20"/>
      <w:szCs w:val="20"/>
      <w:lang w:val="es-ES" w:eastAsia="es-ES"/>
    </w:rPr>
  </w:style>
  <w:style w:type="paragraph" w:customStyle="1" w:styleId="BodyText23">
    <w:name w:val="Body Text 23"/>
    <w:basedOn w:val="Normal"/>
    <w:rsid w:val="001F09BA"/>
    <w:pPr>
      <w:widowControl w:val="0"/>
      <w:jc w:val="both"/>
    </w:pPr>
    <w:rPr>
      <w:rFonts w:ascii="Arial" w:hAnsi="Arial" w:cs="Arial"/>
      <w:b/>
      <w:bCs/>
      <w:kern w:val="16"/>
      <w:lang w:val="es-CO" w:eastAsia="es-ES"/>
    </w:rPr>
  </w:style>
  <w:style w:type="paragraph" w:customStyle="1" w:styleId="Subttulo2">
    <w:name w:val="Subtítulo 2"/>
    <w:basedOn w:val="Subttulo"/>
    <w:next w:val="Normal"/>
    <w:rsid w:val="001F09BA"/>
    <w:pPr>
      <w:tabs>
        <w:tab w:val="left" w:pos="567"/>
      </w:tabs>
      <w:spacing w:before="0" w:after="0"/>
      <w:ind w:left="567" w:hanging="737"/>
      <w:jc w:val="both"/>
    </w:pPr>
    <w:rPr>
      <w:rFonts w:cs="Arial"/>
      <w:bCs/>
      <w:color w:val="000000"/>
      <w:sz w:val="20"/>
      <w:lang w:val="es-CO"/>
    </w:rPr>
  </w:style>
  <w:style w:type="paragraph" w:styleId="Sangranormal">
    <w:name w:val="Normal Indent"/>
    <w:basedOn w:val="Normal"/>
    <w:rsid w:val="001F09BA"/>
    <w:pPr>
      <w:ind w:left="708"/>
    </w:pPr>
    <w:rPr>
      <w:rFonts w:ascii="Univers (WN)" w:hAnsi="Univers (WN)"/>
      <w:sz w:val="22"/>
      <w:szCs w:val="20"/>
      <w:lang w:val="es-ES" w:eastAsia="es-ES"/>
    </w:rPr>
  </w:style>
  <w:style w:type="paragraph" w:customStyle="1" w:styleId="SUBTMINUTA">
    <w:name w:val="SUBT. MINUTA"/>
    <w:rsid w:val="001F09BA"/>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ES" w:eastAsia="es-ES"/>
    </w:rPr>
  </w:style>
  <w:style w:type="paragraph" w:customStyle="1" w:styleId="xl25">
    <w:name w:val="xl25"/>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6">
    <w:name w:val="xl26"/>
    <w:basedOn w:val="Normal"/>
    <w:rsid w:val="001F09BA"/>
    <w:pPr>
      <w:pBdr>
        <w:top w:val="single" w:sz="4" w:space="0" w:color="auto"/>
        <w:left w:val="single" w:sz="4" w:space="0" w:color="auto"/>
        <w:bottom w:val="single" w:sz="12"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7">
    <w:name w:val="xl27"/>
    <w:basedOn w:val="Normal"/>
    <w:rsid w:val="001F09BA"/>
    <w:pPr>
      <w:pBdr>
        <w:top w:val="single" w:sz="4" w:space="0" w:color="auto"/>
        <w:left w:val="single" w:sz="4" w:space="0" w:color="auto"/>
        <w:bottom w:val="single" w:sz="12" w:space="0" w:color="auto"/>
        <w:right w:val="single" w:sz="4" w:space="0" w:color="auto"/>
      </w:pBdr>
      <w:spacing w:before="100" w:beforeAutospacing="1" w:after="100" w:afterAutospacing="1"/>
    </w:pPr>
    <w:rPr>
      <w:sz w:val="16"/>
      <w:szCs w:val="16"/>
      <w:lang w:val="es-ES" w:eastAsia="es-ES"/>
    </w:rPr>
  </w:style>
  <w:style w:type="paragraph" w:customStyle="1" w:styleId="xl28">
    <w:name w:val="xl28"/>
    <w:basedOn w:val="Normal"/>
    <w:rsid w:val="001F09BA"/>
    <w:pPr>
      <w:pBdr>
        <w:top w:val="single" w:sz="12" w:space="0" w:color="auto"/>
        <w:left w:val="single" w:sz="12" w:space="0" w:color="auto"/>
        <w:bottom w:val="single" w:sz="12" w:space="0" w:color="auto"/>
        <w:right w:val="single" w:sz="4" w:space="0" w:color="auto"/>
      </w:pBdr>
      <w:spacing w:before="100" w:beforeAutospacing="1" w:after="100" w:afterAutospacing="1"/>
      <w:jc w:val="center"/>
    </w:pPr>
    <w:rPr>
      <w:sz w:val="16"/>
      <w:szCs w:val="16"/>
      <w:lang w:val="es-ES" w:eastAsia="es-ES"/>
    </w:rPr>
  </w:style>
  <w:style w:type="paragraph" w:customStyle="1" w:styleId="xl29">
    <w:name w:val="xl29"/>
    <w:basedOn w:val="Normal"/>
    <w:rsid w:val="001F09BA"/>
    <w:pPr>
      <w:pBdr>
        <w:top w:val="single" w:sz="12" w:space="0" w:color="auto"/>
        <w:left w:val="single" w:sz="4" w:space="0" w:color="auto"/>
        <w:bottom w:val="single" w:sz="12" w:space="0" w:color="auto"/>
        <w:right w:val="single" w:sz="4" w:space="0" w:color="auto"/>
      </w:pBdr>
      <w:spacing w:before="100" w:beforeAutospacing="1" w:after="100" w:afterAutospacing="1"/>
      <w:jc w:val="center"/>
    </w:pPr>
    <w:rPr>
      <w:sz w:val="16"/>
      <w:szCs w:val="16"/>
      <w:lang w:val="es-ES" w:eastAsia="es-ES"/>
    </w:rPr>
  </w:style>
  <w:style w:type="paragraph" w:customStyle="1" w:styleId="xl30">
    <w:name w:val="xl30"/>
    <w:basedOn w:val="Normal"/>
    <w:rsid w:val="001F09BA"/>
    <w:pPr>
      <w:pBdr>
        <w:top w:val="single" w:sz="12" w:space="0" w:color="auto"/>
        <w:left w:val="single" w:sz="4" w:space="0" w:color="auto"/>
        <w:bottom w:val="single" w:sz="12" w:space="0" w:color="auto"/>
        <w:right w:val="single" w:sz="12" w:space="0" w:color="auto"/>
      </w:pBdr>
      <w:spacing w:before="100" w:beforeAutospacing="1" w:after="100" w:afterAutospacing="1"/>
      <w:jc w:val="center"/>
    </w:pPr>
    <w:rPr>
      <w:sz w:val="16"/>
      <w:szCs w:val="16"/>
      <w:lang w:val="es-ES" w:eastAsia="es-ES"/>
    </w:rPr>
  </w:style>
  <w:style w:type="paragraph" w:customStyle="1" w:styleId="xl31">
    <w:name w:val="xl31"/>
    <w:basedOn w:val="Normal"/>
    <w:rsid w:val="001F09BA"/>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2">
    <w:name w:val="xl32"/>
    <w:basedOn w:val="Normal"/>
    <w:rsid w:val="001F09BA"/>
    <w:pPr>
      <w:pBdr>
        <w:top w:val="single" w:sz="12"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rsid w:val="001F09BA"/>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4">
    <w:name w:val="xl34"/>
    <w:basedOn w:val="Normal"/>
    <w:rsid w:val="001F09BA"/>
    <w:pPr>
      <w:pBdr>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rsid w:val="001F09BA"/>
    <w:pPr>
      <w:pBdr>
        <w:top w:val="single" w:sz="4" w:space="0" w:color="auto"/>
        <w:left w:val="single" w:sz="4" w:space="0" w:color="auto"/>
        <w:right w:val="single" w:sz="4" w:space="0" w:color="auto"/>
      </w:pBdr>
      <w:spacing w:before="100" w:beforeAutospacing="1" w:after="100" w:afterAutospacing="1"/>
    </w:pPr>
    <w:rPr>
      <w:sz w:val="16"/>
      <w:szCs w:val="16"/>
      <w:lang w:val="es-ES" w:eastAsia="es-ES"/>
    </w:rPr>
  </w:style>
  <w:style w:type="paragraph" w:customStyle="1" w:styleId="xl36">
    <w:name w:val="xl36"/>
    <w:basedOn w:val="Normal"/>
    <w:rsid w:val="001F09BA"/>
    <w:pPr>
      <w:pBdr>
        <w:top w:val="single" w:sz="12" w:space="0" w:color="auto"/>
        <w:left w:val="single" w:sz="12" w:space="0" w:color="auto"/>
      </w:pBdr>
      <w:spacing w:before="100" w:beforeAutospacing="1" w:after="100" w:afterAutospacing="1"/>
      <w:jc w:val="center"/>
    </w:pPr>
    <w:rPr>
      <w:sz w:val="16"/>
      <w:szCs w:val="16"/>
      <w:lang w:val="es-ES" w:eastAsia="es-ES"/>
    </w:rPr>
  </w:style>
  <w:style w:type="paragraph" w:customStyle="1" w:styleId="xl37">
    <w:name w:val="xl37"/>
    <w:basedOn w:val="Normal"/>
    <w:rsid w:val="001F09BA"/>
    <w:pPr>
      <w:pBdr>
        <w:top w:val="single" w:sz="12" w:space="0" w:color="auto"/>
      </w:pBdr>
      <w:spacing w:before="100" w:beforeAutospacing="1" w:after="100" w:afterAutospacing="1"/>
      <w:jc w:val="center"/>
    </w:pPr>
    <w:rPr>
      <w:lang w:val="es-ES" w:eastAsia="es-ES"/>
    </w:rPr>
  </w:style>
  <w:style w:type="paragraph" w:customStyle="1" w:styleId="xl38">
    <w:name w:val="xl38"/>
    <w:basedOn w:val="Normal"/>
    <w:rsid w:val="001F09BA"/>
    <w:pPr>
      <w:spacing w:before="100" w:beforeAutospacing="1" w:after="100" w:afterAutospacing="1"/>
      <w:jc w:val="center"/>
    </w:pPr>
    <w:rPr>
      <w:lang w:val="es-ES" w:eastAsia="es-ES"/>
    </w:rPr>
  </w:style>
  <w:style w:type="paragraph" w:customStyle="1" w:styleId="xl39">
    <w:name w:val="xl39"/>
    <w:basedOn w:val="Normal"/>
    <w:rsid w:val="001F09BA"/>
    <w:pPr>
      <w:pBdr>
        <w:top w:val="single" w:sz="12" w:space="0" w:color="auto"/>
      </w:pBdr>
      <w:spacing w:before="100" w:beforeAutospacing="1" w:after="100" w:afterAutospacing="1"/>
      <w:jc w:val="center"/>
    </w:pPr>
    <w:rPr>
      <w:lang w:val="es-ES" w:eastAsia="es-ES"/>
    </w:rPr>
  </w:style>
  <w:style w:type="paragraph" w:customStyle="1" w:styleId="xl40">
    <w:name w:val="xl40"/>
    <w:basedOn w:val="Normal"/>
    <w:rsid w:val="001F09BA"/>
    <w:pPr>
      <w:pBdr>
        <w:top w:val="single" w:sz="12" w:space="0" w:color="auto"/>
      </w:pBdr>
      <w:spacing w:before="100" w:beforeAutospacing="1" w:after="100" w:afterAutospacing="1"/>
    </w:pPr>
    <w:rPr>
      <w:rFonts w:ascii="Arial" w:hAnsi="Arial" w:cs="Arial"/>
      <w:sz w:val="16"/>
      <w:szCs w:val="16"/>
      <w:lang w:val="es-ES" w:eastAsia="es-ES"/>
    </w:rPr>
  </w:style>
  <w:style w:type="paragraph" w:customStyle="1" w:styleId="xl41">
    <w:name w:val="xl41"/>
    <w:basedOn w:val="Normal"/>
    <w:rsid w:val="001F09BA"/>
    <w:pPr>
      <w:pBdr>
        <w:top w:val="single" w:sz="12" w:space="0" w:color="auto"/>
      </w:pBdr>
      <w:spacing w:before="100" w:beforeAutospacing="1" w:after="100" w:afterAutospacing="1"/>
    </w:pPr>
    <w:rPr>
      <w:sz w:val="16"/>
      <w:szCs w:val="16"/>
      <w:lang w:val="es-ES" w:eastAsia="es-ES"/>
    </w:rPr>
  </w:style>
  <w:style w:type="paragraph" w:customStyle="1" w:styleId="xl42">
    <w:name w:val="xl42"/>
    <w:basedOn w:val="Normal"/>
    <w:rsid w:val="001F09BA"/>
    <w:pPr>
      <w:spacing w:before="100" w:beforeAutospacing="1" w:after="100" w:afterAutospacing="1"/>
      <w:jc w:val="center"/>
    </w:pPr>
    <w:rPr>
      <w:lang w:val="es-ES" w:eastAsia="es-ES"/>
    </w:rPr>
  </w:style>
  <w:style w:type="paragraph" w:customStyle="1" w:styleId="xl43">
    <w:name w:val="xl43"/>
    <w:basedOn w:val="Normal"/>
    <w:rsid w:val="001F09BA"/>
    <w:pPr>
      <w:spacing w:before="100" w:beforeAutospacing="1" w:after="100" w:afterAutospacing="1"/>
    </w:pPr>
    <w:rPr>
      <w:rFonts w:ascii="Arial" w:hAnsi="Arial" w:cs="Arial"/>
      <w:sz w:val="16"/>
      <w:szCs w:val="16"/>
      <w:lang w:val="es-ES" w:eastAsia="es-ES"/>
    </w:rPr>
  </w:style>
  <w:style w:type="paragraph" w:customStyle="1" w:styleId="xl44">
    <w:name w:val="xl44"/>
    <w:basedOn w:val="Normal"/>
    <w:rsid w:val="001F09BA"/>
    <w:pPr>
      <w:spacing w:before="100" w:beforeAutospacing="1" w:after="100" w:afterAutospacing="1"/>
    </w:pPr>
    <w:rPr>
      <w:sz w:val="16"/>
      <w:szCs w:val="16"/>
      <w:lang w:val="es-ES" w:eastAsia="es-ES"/>
    </w:rPr>
  </w:style>
  <w:style w:type="paragraph" w:customStyle="1" w:styleId="xl45">
    <w:name w:val="xl45"/>
    <w:basedOn w:val="Normal"/>
    <w:rsid w:val="001F09BA"/>
    <w:pPr>
      <w:pBdr>
        <w:top w:val="single" w:sz="4" w:space="0" w:color="auto"/>
        <w:left w:val="single" w:sz="4" w:space="0" w:color="auto"/>
        <w:bottom w:val="dotDotDash" w:sz="8"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46">
    <w:name w:val="xl46"/>
    <w:basedOn w:val="Normal"/>
    <w:rsid w:val="001F09BA"/>
    <w:pPr>
      <w:pBdr>
        <w:top w:val="single" w:sz="4" w:space="0" w:color="auto"/>
        <w:left w:val="single" w:sz="4" w:space="0" w:color="auto"/>
        <w:bottom w:val="dotDotDash" w:sz="8" w:space="0" w:color="auto"/>
        <w:right w:val="single" w:sz="4" w:space="0" w:color="auto"/>
      </w:pBdr>
      <w:spacing w:before="100" w:beforeAutospacing="1" w:after="100" w:afterAutospacing="1"/>
    </w:pPr>
    <w:rPr>
      <w:sz w:val="16"/>
      <w:szCs w:val="16"/>
      <w:lang w:val="es-ES" w:eastAsia="es-ES"/>
    </w:rPr>
  </w:style>
  <w:style w:type="paragraph" w:customStyle="1" w:styleId="xl47">
    <w:name w:val="xl47"/>
    <w:basedOn w:val="Normal"/>
    <w:rsid w:val="001F09BA"/>
    <w:pPr>
      <w:pBdr>
        <w:left w:val="single" w:sz="4" w:space="0" w:color="auto"/>
        <w:bottom w:val="dotDotDash" w:sz="8"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48">
    <w:name w:val="xl48"/>
    <w:basedOn w:val="Normal"/>
    <w:rsid w:val="001F09BA"/>
    <w:pPr>
      <w:pBdr>
        <w:top w:val="dotDotDash"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49">
    <w:name w:val="xl49"/>
    <w:basedOn w:val="Normal"/>
    <w:rsid w:val="001F09BA"/>
    <w:pPr>
      <w:pBdr>
        <w:left w:val="single" w:sz="4" w:space="0" w:color="auto"/>
        <w:bottom w:val="single" w:sz="12"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50">
    <w:name w:val="xl50"/>
    <w:basedOn w:val="Normal"/>
    <w:rsid w:val="001F09BA"/>
    <w:pPr>
      <w:pBdr>
        <w:left w:val="single" w:sz="4" w:space="0" w:color="auto"/>
        <w:bottom w:val="single" w:sz="4" w:space="0" w:color="auto"/>
        <w:right w:val="single" w:sz="4" w:space="0" w:color="auto"/>
      </w:pBdr>
      <w:spacing w:before="100" w:beforeAutospacing="1" w:after="100" w:afterAutospacing="1"/>
    </w:pPr>
    <w:rPr>
      <w:sz w:val="16"/>
      <w:szCs w:val="16"/>
      <w:lang w:val="es-ES" w:eastAsia="es-ES"/>
    </w:rPr>
  </w:style>
  <w:style w:type="paragraph" w:customStyle="1" w:styleId="xl51">
    <w:name w:val="xl51"/>
    <w:basedOn w:val="Normal"/>
    <w:rsid w:val="001F09BA"/>
    <w:pPr>
      <w:pBdr>
        <w:left w:val="single" w:sz="4" w:space="0" w:color="auto"/>
        <w:bottom w:val="single" w:sz="12" w:space="0" w:color="auto"/>
        <w:right w:val="single" w:sz="4" w:space="0" w:color="auto"/>
      </w:pBdr>
      <w:spacing w:before="100" w:beforeAutospacing="1" w:after="100" w:afterAutospacing="1"/>
    </w:pPr>
    <w:rPr>
      <w:sz w:val="16"/>
      <w:szCs w:val="16"/>
      <w:lang w:val="es-ES" w:eastAsia="es-ES"/>
    </w:rPr>
  </w:style>
  <w:style w:type="paragraph" w:customStyle="1" w:styleId="xl52">
    <w:name w:val="xl52"/>
    <w:basedOn w:val="Normal"/>
    <w:rsid w:val="001F09BA"/>
    <w:pPr>
      <w:pBdr>
        <w:left w:val="single" w:sz="4" w:space="0" w:color="auto"/>
        <w:bottom w:val="single" w:sz="12" w:space="0" w:color="auto"/>
        <w:right w:val="single" w:sz="4" w:space="0" w:color="auto"/>
      </w:pBdr>
      <w:spacing w:before="100" w:beforeAutospacing="1" w:after="100" w:afterAutospacing="1"/>
    </w:pPr>
    <w:rPr>
      <w:lang w:val="es-ES" w:eastAsia="es-ES"/>
    </w:rPr>
  </w:style>
  <w:style w:type="paragraph" w:customStyle="1" w:styleId="xl53">
    <w:name w:val="xl53"/>
    <w:basedOn w:val="Normal"/>
    <w:rsid w:val="001F09BA"/>
    <w:pPr>
      <w:pBdr>
        <w:top w:val="single" w:sz="12" w:space="0" w:color="auto"/>
        <w:left w:val="single" w:sz="4" w:space="0" w:color="auto"/>
        <w:right w:val="single" w:sz="12" w:space="0" w:color="auto"/>
      </w:pBdr>
      <w:spacing w:before="100" w:beforeAutospacing="1" w:after="100" w:afterAutospacing="1"/>
    </w:pPr>
    <w:rPr>
      <w:sz w:val="16"/>
      <w:szCs w:val="16"/>
      <w:lang w:val="es-ES" w:eastAsia="es-ES"/>
    </w:rPr>
  </w:style>
  <w:style w:type="paragraph" w:customStyle="1" w:styleId="xl54">
    <w:name w:val="xl54"/>
    <w:basedOn w:val="Normal"/>
    <w:rsid w:val="001F09BA"/>
    <w:pPr>
      <w:pBdr>
        <w:left w:val="single" w:sz="4" w:space="0" w:color="auto"/>
        <w:right w:val="single" w:sz="12" w:space="0" w:color="auto"/>
      </w:pBdr>
      <w:spacing w:before="100" w:beforeAutospacing="1" w:after="100" w:afterAutospacing="1"/>
    </w:pPr>
    <w:rPr>
      <w:sz w:val="16"/>
      <w:szCs w:val="16"/>
      <w:lang w:val="es-ES" w:eastAsia="es-ES"/>
    </w:rPr>
  </w:style>
  <w:style w:type="paragraph" w:customStyle="1" w:styleId="xl55">
    <w:name w:val="xl55"/>
    <w:basedOn w:val="Normal"/>
    <w:rsid w:val="001F09BA"/>
    <w:pPr>
      <w:pBdr>
        <w:left w:val="single" w:sz="4" w:space="0" w:color="auto"/>
        <w:bottom w:val="single" w:sz="12" w:space="0" w:color="auto"/>
        <w:right w:val="single" w:sz="12" w:space="0" w:color="auto"/>
      </w:pBdr>
      <w:spacing w:before="100" w:beforeAutospacing="1" w:after="100" w:afterAutospacing="1"/>
    </w:pPr>
    <w:rPr>
      <w:sz w:val="16"/>
      <w:szCs w:val="16"/>
      <w:lang w:val="es-ES" w:eastAsia="es-ES"/>
    </w:rPr>
  </w:style>
  <w:style w:type="paragraph" w:customStyle="1" w:styleId="xl56">
    <w:name w:val="xl56"/>
    <w:basedOn w:val="Normal"/>
    <w:rsid w:val="001F09BA"/>
    <w:pPr>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57">
    <w:name w:val="xl57"/>
    <w:basedOn w:val="Normal"/>
    <w:rsid w:val="001F09BA"/>
    <w:pPr>
      <w:pBdr>
        <w:top w:val="single" w:sz="4" w:space="0" w:color="auto"/>
        <w:left w:val="single" w:sz="12" w:space="0" w:color="auto"/>
        <w:bottom w:val="single" w:sz="4" w:space="0" w:color="auto"/>
        <w:right w:val="single" w:sz="4" w:space="0" w:color="auto"/>
      </w:pBdr>
      <w:spacing w:before="100" w:beforeAutospacing="1" w:after="100" w:afterAutospacing="1"/>
      <w:jc w:val="center"/>
    </w:pPr>
    <w:rPr>
      <w:lang w:val="es-ES" w:eastAsia="es-ES"/>
    </w:rPr>
  </w:style>
  <w:style w:type="paragraph" w:customStyle="1" w:styleId="xl58">
    <w:name w:val="xl58"/>
    <w:basedOn w:val="Normal"/>
    <w:rsid w:val="001F09BA"/>
    <w:pPr>
      <w:pBdr>
        <w:top w:val="single" w:sz="4" w:space="0" w:color="auto"/>
        <w:left w:val="single" w:sz="12" w:space="0" w:color="auto"/>
        <w:bottom w:val="single" w:sz="12" w:space="0" w:color="auto"/>
        <w:right w:val="single" w:sz="4" w:space="0" w:color="auto"/>
      </w:pBdr>
      <w:spacing w:before="100" w:beforeAutospacing="1" w:after="100" w:afterAutospacing="1"/>
      <w:jc w:val="center"/>
    </w:pPr>
    <w:rPr>
      <w:lang w:val="es-ES" w:eastAsia="es-ES"/>
    </w:rPr>
  </w:style>
  <w:style w:type="paragraph" w:customStyle="1" w:styleId="xl59">
    <w:name w:val="xl59"/>
    <w:basedOn w:val="Normal"/>
    <w:rsid w:val="001F09BA"/>
    <w:pPr>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60">
    <w:name w:val="xl60"/>
    <w:basedOn w:val="Normal"/>
    <w:rsid w:val="001F09BA"/>
    <w:pPr>
      <w:pBdr>
        <w:top w:val="single" w:sz="4" w:space="0" w:color="auto"/>
        <w:left w:val="single" w:sz="12" w:space="0" w:color="auto"/>
        <w:bottom w:val="single" w:sz="4" w:space="0" w:color="auto"/>
        <w:right w:val="single" w:sz="4" w:space="0" w:color="auto"/>
      </w:pBdr>
      <w:spacing w:before="100" w:beforeAutospacing="1" w:after="100" w:afterAutospacing="1"/>
      <w:jc w:val="center"/>
    </w:pPr>
    <w:rPr>
      <w:lang w:val="es-ES" w:eastAsia="es-ES"/>
    </w:rPr>
  </w:style>
  <w:style w:type="paragraph" w:customStyle="1" w:styleId="xl61">
    <w:name w:val="xl61"/>
    <w:basedOn w:val="Normal"/>
    <w:rsid w:val="001F09BA"/>
    <w:pPr>
      <w:pBdr>
        <w:top w:val="single" w:sz="4" w:space="0" w:color="auto"/>
        <w:left w:val="single" w:sz="12" w:space="0" w:color="auto"/>
        <w:bottom w:val="single" w:sz="12" w:space="0" w:color="auto"/>
        <w:right w:val="single" w:sz="4" w:space="0" w:color="auto"/>
      </w:pBdr>
      <w:spacing w:before="100" w:beforeAutospacing="1" w:after="100" w:afterAutospacing="1"/>
      <w:jc w:val="center"/>
    </w:pPr>
    <w:rPr>
      <w:lang w:val="es-ES" w:eastAsia="es-ES"/>
    </w:rPr>
  </w:style>
  <w:style w:type="paragraph" w:customStyle="1" w:styleId="xl62">
    <w:name w:val="xl62"/>
    <w:basedOn w:val="Normal"/>
    <w:rsid w:val="001F09BA"/>
    <w:pPr>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ascii="Arial" w:hAnsi="Arial" w:cs="Arial"/>
      <w:sz w:val="16"/>
      <w:szCs w:val="16"/>
      <w:lang w:val="es-ES" w:eastAsia="es-ES"/>
    </w:rPr>
  </w:style>
  <w:style w:type="paragraph" w:customStyle="1" w:styleId="xl63">
    <w:name w:val="xl63"/>
    <w:basedOn w:val="Normal"/>
    <w:rsid w:val="001F09BA"/>
    <w:pPr>
      <w:pBdr>
        <w:top w:val="single" w:sz="4" w:space="0" w:color="auto"/>
        <w:left w:val="single" w:sz="4" w:space="0" w:color="auto"/>
        <w:bottom w:val="single" w:sz="4" w:space="0" w:color="auto"/>
        <w:right w:val="single" w:sz="12" w:space="0" w:color="auto"/>
      </w:pBdr>
      <w:spacing w:before="100" w:beforeAutospacing="1" w:after="100" w:afterAutospacing="1"/>
      <w:jc w:val="center"/>
    </w:pPr>
    <w:rPr>
      <w:lang w:val="es-ES" w:eastAsia="es-ES"/>
    </w:rPr>
  </w:style>
  <w:style w:type="paragraph" w:customStyle="1" w:styleId="xl64">
    <w:name w:val="xl64"/>
    <w:basedOn w:val="Normal"/>
    <w:rsid w:val="001F09BA"/>
    <w:pPr>
      <w:pBdr>
        <w:top w:val="single" w:sz="4" w:space="0" w:color="auto"/>
        <w:left w:val="single" w:sz="4" w:space="0" w:color="auto"/>
        <w:bottom w:val="single" w:sz="12" w:space="0" w:color="auto"/>
        <w:right w:val="single" w:sz="12" w:space="0" w:color="auto"/>
      </w:pBdr>
      <w:spacing w:before="100" w:beforeAutospacing="1" w:after="100" w:afterAutospacing="1"/>
      <w:jc w:val="center"/>
    </w:pPr>
    <w:rPr>
      <w:lang w:val="es-ES" w:eastAsia="es-ES"/>
    </w:rPr>
  </w:style>
  <w:style w:type="paragraph" w:customStyle="1" w:styleId="xl99">
    <w:name w:val="xl99"/>
    <w:basedOn w:val="Normal"/>
    <w:rsid w:val="001F09BA"/>
    <w:pPr>
      <w:pBdr>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100">
    <w:name w:val="xl100"/>
    <w:basedOn w:val="Normal"/>
    <w:rsid w:val="001F09BA"/>
    <w:pPr>
      <w:pBdr>
        <w:top w:val="single" w:sz="12" w:space="0" w:color="auto"/>
        <w:left w:val="single" w:sz="12" w:space="0" w:color="auto"/>
        <w:bottom w:val="single" w:sz="12" w:space="0" w:color="auto"/>
        <w:right w:val="single" w:sz="12" w:space="0" w:color="auto"/>
      </w:pBdr>
      <w:spacing w:before="100" w:beforeAutospacing="1" w:after="100" w:afterAutospacing="1"/>
    </w:pPr>
    <w:rPr>
      <w:rFonts w:ascii="Arial" w:hAnsi="Arial" w:cs="Arial"/>
      <w:b/>
      <w:bCs/>
      <w:lang w:val="es-ES" w:eastAsia="es-ES"/>
    </w:rPr>
  </w:style>
  <w:style w:type="paragraph" w:customStyle="1" w:styleId="xl101">
    <w:name w:val="xl101"/>
    <w:basedOn w:val="Normal"/>
    <w:rsid w:val="001F09BA"/>
    <w:pPr>
      <w:pBdr>
        <w:left w:val="single" w:sz="12" w:space="0" w:color="auto"/>
        <w:bottom w:val="single" w:sz="12" w:space="0" w:color="auto"/>
      </w:pBdr>
      <w:spacing w:before="100" w:beforeAutospacing="1" w:after="100" w:afterAutospacing="1"/>
    </w:pPr>
    <w:rPr>
      <w:rFonts w:ascii="Arial" w:hAnsi="Arial" w:cs="Arial"/>
      <w:b/>
      <w:bCs/>
      <w:lang w:val="es-ES" w:eastAsia="es-ES"/>
    </w:rPr>
  </w:style>
  <w:style w:type="paragraph" w:customStyle="1" w:styleId="xl102">
    <w:name w:val="xl102"/>
    <w:basedOn w:val="Normal"/>
    <w:rsid w:val="001F09BA"/>
    <w:pPr>
      <w:pBdr>
        <w:bottom w:val="single" w:sz="12" w:space="0" w:color="auto"/>
      </w:pBdr>
      <w:spacing w:before="100" w:beforeAutospacing="1" w:after="100" w:afterAutospacing="1"/>
      <w:jc w:val="center"/>
    </w:pPr>
    <w:rPr>
      <w:rFonts w:ascii="Arial" w:hAnsi="Arial" w:cs="Arial"/>
      <w:b/>
      <w:bCs/>
      <w:lang w:val="es-ES" w:eastAsia="es-ES"/>
    </w:rPr>
  </w:style>
  <w:style w:type="paragraph" w:styleId="Listaconvietas2">
    <w:name w:val="List Bullet 2"/>
    <w:basedOn w:val="Normal"/>
    <w:uiPriority w:val="99"/>
    <w:rsid w:val="001F09BA"/>
    <w:pPr>
      <w:numPr>
        <w:numId w:val="2"/>
      </w:numPr>
    </w:pPr>
    <w:rPr>
      <w:lang w:val="es-ES" w:eastAsia="es-ES"/>
    </w:rPr>
  </w:style>
  <w:style w:type="paragraph" w:customStyle="1" w:styleId="BodyText28">
    <w:name w:val="Body Text 28"/>
    <w:basedOn w:val="Normal"/>
    <w:rsid w:val="001F09BA"/>
    <w:pPr>
      <w:widowControl w:val="0"/>
      <w:overflowPunct w:val="0"/>
      <w:autoSpaceDE w:val="0"/>
      <w:autoSpaceDN w:val="0"/>
      <w:adjustRightInd w:val="0"/>
      <w:jc w:val="both"/>
      <w:textAlignment w:val="baseline"/>
    </w:pPr>
    <w:rPr>
      <w:rFonts w:ascii="Arial" w:hAnsi="Arial"/>
      <w:sz w:val="22"/>
      <w:lang w:val="es-CO" w:eastAsia="es-ES"/>
    </w:rPr>
  </w:style>
  <w:style w:type="paragraph" w:styleId="Textoindependienteprimerasangra2">
    <w:name w:val="Body Text First Indent 2"/>
    <w:basedOn w:val="Sangradetextonormal"/>
    <w:link w:val="Textoindependienteprimerasangra2Car"/>
    <w:rsid w:val="001F09BA"/>
    <w:pPr>
      <w:widowControl w:val="0"/>
      <w:spacing w:line="240" w:lineRule="auto"/>
      <w:ind w:firstLine="210"/>
    </w:pPr>
    <w:rPr>
      <w:rFonts w:ascii="Arial" w:eastAsia="Times New Roman" w:hAnsi="Arial"/>
      <w:snapToGrid w:val="0"/>
      <w:szCs w:val="20"/>
      <w:lang w:val="es-ES" w:eastAsia="es-ES"/>
    </w:rPr>
  </w:style>
  <w:style w:type="character" w:customStyle="1" w:styleId="Textoindependienteprimerasangra2Car">
    <w:name w:val="Texto independiente primera sangría 2 Car"/>
    <w:basedOn w:val="SangradetextonormalCar"/>
    <w:link w:val="Textoindependienteprimerasangra2"/>
    <w:rsid w:val="001F09BA"/>
    <w:rPr>
      <w:rFonts w:ascii="Arial" w:eastAsia="Times New Roman" w:hAnsi="Arial" w:cs="Times New Roman"/>
      <w:snapToGrid w:val="0"/>
      <w:szCs w:val="20"/>
      <w:lang w:val="es-ES" w:eastAsia="es-ES"/>
    </w:rPr>
  </w:style>
  <w:style w:type="paragraph" w:customStyle="1" w:styleId="Cuadro2">
    <w:name w:val="Cuadro2"/>
    <w:basedOn w:val="Normal"/>
    <w:next w:val="Normal"/>
    <w:rsid w:val="001F09BA"/>
    <w:pPr>
      <w:widowControl w:val="0"/>
      <w:tabs>
        <w:tab w:val="left" w:pos="1800"/>
      </w:tabs>
      <w:spacing w:before="240" w:after="120"/>
      <w:ind w:left="360" w:hanging="360"/>
      <w:jc w:val="both"/>
    </w:pPr>
    <w:rPr>
      <w:szCs w:val="20"/>
      <w:lang w:val="es-CO" w:eastAsia="es-ES"/>
    </w:rPr>
  </w:style>
  <w:style w:type="paragraph" w:customStyle="1" w:styleId="CarCarCarCar">
    <w:name w:val="Car Car Car Car"/>
    <w:basedOn w:val="Normal"/>
    <w:rsid w:val="001F09BA"/>
    <w:pPr>
      <w:spacing w:after="160" w:line="240" w:lineRule="exact"/>
    </w:pPr>
    <w:rPr>
      <w:rFonts w:ascii="Verdana" w:hAnsi="Verdana"/>
      <w:sz w:val="20"/>
      <w:szCs w:val="20"/>
      <w:lang w:val="en-US" w:eastAsia="en-US"/>
    </w:rPr>
  </w:style>
  <w:style w:type="paragraph" w:customStyle="1" w:styleId="BodyText26">
    <w:name w:val="Body Text 26"/>
    <w:basedOn w:val="Normal"/>
    <w:rsid w:val="001F09BA"/>
    <w:pPr>
      <w:widowControl w:val="0"/>
      <w:overflowPunct w:val="0"/>
      <w:autoSpaceDE w:val="0"/>
      <w:autoSpaceDN w:val="0"/>
      <w:adjustRightInd w:val="0"/>
      <w:ind w:right="6"/>
      <w:jc w:val="both"/>
      <w:textAlignment w:val="baseline"/>
    </w:pPr>
    <w:rPr>
      <w:rFonts w:ascii="Arial" w:hAnsi="Arial"/>
      <w:sz w:val="22"/>
      <w:szCs w:val="20"/>
      <w:lang w:val="es-CO" w:eastAsia="es-ES"/>
    </w:rPr>
  </w:style>
  <w:style w:type="paragraph" w:customStyle="1" w:styleId="font0">
    <w:name w:val="font0"/>
    <w:basedOn w:val="Normal"/>
    <w:rsid w:val="001F09BA"/>
    <w:pPr>
      <w:spacing w:before="100" w:beforeAutospacing="1" w:after="100" w:afterAutospacing="1"/>
    </w:pPr>
    <w:rPr>
      <w:rFonts w:ascii="Arial" w:hAnsi="Arial" w:cs="Arial"/>
      <w:sz w:val="20"/>
      <w:szCs w:val="20"/>
      <w:lang w:val="es-ES" w:eastAsia="es-ES"/>
    </w:rPr>
  </w:style>
  <w:style w:type="paragraph" w:customStyle="1" w:styleId="font7">
    <w:name w:val="font7"/>
    <w:basedOn w:val="Normal"/>
    <w:rsid w:val="001F09BA"/>
    <w:pPr>
      <w:spacing w:before="100" w:beforeAutospacing="1" w:after="100" w:afterAutospacing="1"/>
    </w:pPr>
    <w:rPr>
      <w:rFonts w:ascii="Arial" w:hAnsi="Arial" w:cs="Arial"/>
      <w:b/>
      <w:bCs/>
      <w:color w:val="000000"/>
      <w:sz w:val="14"/>
      <w:szCs w:val="14"/>
      <w:lang w:val="es-ES" w:eastAsia="es-ES"/>
    </w:rPr>
  </w:style>
  <w:style w:type="paragraph" w:customStyle="1" w:styleId="font8">
    <w:name w:val="font8"/>
    <w:basedOn w:val="Normal"/>
    <w:rsid w:val="001F09BA"/>
    <w:pPr>
      <w:spacing w:before="100" w:beforeAutospacing="1" w:after="100" w:afterAutospacing="1"/>
    </w:pPr>
    <w:rPr>
      <w:rFonts w:ascii="Arial" w:hAnsi="Arial" w:cs="Arial"/>
      <w:b/>
      <w:bCs/>
      <w:color w:val="000000"/>
      <w:sz w:val="18"/>
      <w:szCs w:val="18"/>
      <w:lang w:val="es-ES" w:eastAsia="es-ES"/>
    </w:rPr>
  </w:style>
  <w:style w:type="paragraph" w:customStyle="1" w:styleId="xl22">
    <w:name w:val="xl22"/>
    <w:basedOn w:val="Normal"/>
    <w:rsid w:val="001F09BA"/>
    <w:pPr>
      <w:pBdr>
        <w:top w:val="single" w:sz="4" w:space="0" w:color="auto"/>
        <w:left w:val="single" w:sz="4" w:space="0" w:color="auto"/>
        <w:right w:val="single" w:sz="4" w:space="0" w:color="auto"/>
      </w:pBdr>
      <w:spacing w:before="100" w:beforeAutospacing="1" w:after="100" w:afterAutospacing="1"/>
    </w:pPr>
    <w:rPr>
      <w:lang w:val="es-ES" w:eastAsia="es-ES"/>
    </w:rPr>
  </w:style>
  <w:style w:type="paragraph" w:customStyle="1" w:styleId="xl23">
    <w:name w:val="xl23"/>
    <w:basedOn w:val="Normal"/>
    <w:rsid w:val="001F09BA"/>
    <w:pPr>
      <w:pBdr>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103">
    <w:name w:val="xl103"/>
    <w:basedOn w:val="Normal"/>
    <w:rsid w:val="001F09BA"/>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pPr>
    <w:rPr>
      <w:rFonts w:ascii="Tahoma" w:hAnsi="Tahoma" w:cs="Tahoma"/>
      <w:b/>
      <w:bCs/>
      <w:i/>
      <w:iCs/>
      <w:sz w:val="14"/>
      <w:szCs w:val="14"/>
      <w:lang w:val="es-MX" w:eastAsia="es-MX"/>
    </w:rPr>
  </w:style>
  <w:style w:type="paragraph" w:customStyle="1" w:styleId="xl104">
    <w:name w:val="xl104"/>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b/>
      <w:bCs/>
      <w:i/>
      <w:iCs/>
      <w:sz w:val="14"/>
      <w:szCs w:val="14"/>
      <w:lang w:val="es-MX" w:eastAsia="es-MX"/>
    </w:rPr>
  </w:style>
  <w:style w:type="paragraph" w:customStyle="1" w:styleId="xl105">
    <w:name w:val="xl105"/>
    <w:basedOn w:val="Normal"/>
    <w:rsid w:val="001F09BA"/>
    <w:pPr>
      <w:pBdr>
        <w:top w:val="single" w:sz="4" w:space="0" w:color="auto"/>
        <w:left w:val="single" w:sz="4" w:space="0" w:color="auto"/>
        <w:bottom w:val="single" w:sz="4" w:space="0" w:color="auto"/>
        <w:right w:val="single" w:sz="8" w:space="0" w:color="auto"/>
      </w:pBdr>
      <w:shd w:val="clear" w:color="000000" w:fill="969696"/>
      <w:spacing w:before="100" w:beforeAutospacing="1" w:after="100" w:afterAutospacing="1"/>
      <w:jc w:val="center"/>
      <w:textAlignment w:val="center"/>
    </w:pPr>
    <w:rPr>
      <w:rFonts w:ascii="Tahoma" w:hAnsi="Tahoma" w:cs="Tahoma"/>
      <w:b/>
      <w:bCs/>
      <w:sz w:val="14"/>
      <w:szCs w:val="14"/>
      <w:lang w:val="es-MX" w:eastAsia="es-MX"/>
    </w:rPr>
  </w:style>
  <w:style w:type="paragraph" w:customStyle="1" w:styleId="xl106">
    <w:name w:val="xl106"/>
    <w:basedOn w:val="Normal"/>
    <w:rsid w:val="001F09BA"/>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jc w:val="center"/>
    </w:pPr>
    <w:rPr>
      <w:rFonts w:ascii="Tahoma" w:hAnsi="Tahoma" w:cs="Tahoma"/>
      <w:b/>
      <w:bCs/>
      <w:i/>
      <w:iCs/>
      <w:sz w:val="14"/>
      <w:szCs w:val="14"/>
      <w:lang w:val="es-MX" w:eastAsia="es-MX"/>
    </w:rPr>
  </w:style>
  <w:style w:type="paragraph" w:customStyle="1" w:styleId="xl107">
    <w:name w:val="xl107"/>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b/>
      <w:bCs/>
      <w:i/>
      <w:iCs/>
      <w:sz w:val="14"/>
      <w:szCs w:val="14"/>
      <w:lang w:val="es-MX" w:eastAsia="es-MX"/>
    </w:rPr>
  </w:style>
  <w:style w:type="paragraph" w:customStyle="1" w:styleId="xl108">
    <w:name w:val="xl108"/>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i/>
      <w:iCs/>
      <w:sz w:val="14"/>
      <w:szCs w:val="14"/>
      <w:lang w:val="es-MX" w:eastAsia="es-MX"/>
    </w:rPr>
  </w:style>
  <w:style w:type="paragraph" w:customStyle="1" w:styleId="xl109">
    <w:name w:val="xl109"/>
    <w:basedOn w:val="Normal"/>
    <w:rsid w:val="001F09BA"/>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ahoma" w:hAnsi="Tahoma" w:cs="Tahoma"/>
      <w:b/>
      <w:bCs/>
      <w:sz w:val="14"/>
      <w:szCs w:val="14"/>
      <w:lang w:val="es-MX" w:eastAsia="es-MX"/>
    </w:rPr>
  </w:style>
  <w:style w:type="paragraph" w:customStyle="1" w:styleId="xl110">
    <w:name w:val="xl110"/>
    <w:basedOn w:val="Normal"/>
    <w:rsid w:val="001F09BA"/>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jc w:val="center"/>
      <w:textAlignment w:val="center"/>
    </w:pPr>
    <w:rPr>
      <w:rFonts w:ascii="Tahoma" w:hAnsi="Tahoma" w:cs="Tahoma"/>
      <w:b/>
      <w:bCs/>
      <w:i/>
      <w:iCs/>
      <w:sz w:val="14"/>
      <w:szCs w:val="14"/>
      <w:lang w:val="es-MX" w:eastAsia="es-MX"/>
    </w:rPr>
  </w:style>
  <w:style w:type="paragraph" w:customStyle="1" w:styleId="xl111">
    <w:name w:val="xl111"/>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
      <w:bCs/>
      <w:i/>
      <w:iCs/>
      <w:sz w:val="14"/>
      <w:szCs w:val="14"/>
      <w:lang w:val="es-MX" w:eastAsia="es-MX"/>
    </w:rPr>
  </w:style>
  <w:style w:type="paragraph" w:customStyle="1" w:styleId="xl112">
    <w:name w:val="xl112"/>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
      <w:bCs/>
      <w:i/>
      <w:iCs/>
      <w:sz w:val="14"/>
      <w:szCs w:val="14"/>
      <w:lang w:val="es-MX" w:eastAsia="es-MX"/>
    </w:rPr>
  </w:style>
  <w:style w:type="paragraph" w:customStyle="1" w:styleId="xl113">
    <w:name w:val="xl113"/>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MX" w:eastAsia="es-MX"/>
    </w:rPr>
  </w:style>
  <w:style w:type="paragraph" w:customStyle="1" w:styleId="xl114">
    <w:name w:val="xl114"/>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i/>
      <w:iCs/>
      <w:sz w:val="14"/>
      <w:szCs w:val="14"/>
      <w:lang w:val="es-MX" w:eastAsia="es-MX"/>
    </w:rPr>
  </w:style>
  <w:style w:type="paragraph" w:customStyle="1" w:styleId="xl115">
    <w:name w:val="xl115"/>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i/>
      <w:iCs/>
      <w:sz w:val="14"/>
      <w:szCs w:val="14"/>
      <w:lang w:val="es-MX" w:eastAsia="es-MX"/>
    </w:rPr>
  </w:style>
  <w:style w:type="paragraph" w:customStyle="1" w:styleId="xl116">
    <w:name w:val="xl116"/>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i/>
      <w:iCs/>
      <w:sz w:val="14"/>
      <w:szCs w:val="14"/>
      <w:lang w:val="es-MX" w:eastAsia="es-MX"/>
    </w:rPr>
  </w:style>
  <w:style w:type="paragraph" w:customStyle="1" w:styleId="xl117">
    <w:name w:val="xl117"/>
    <w:basedOn w:val="Normal"/>
    <w:rsid w:val="001F09BA"/>
    <w:pPr>
      <w:pBdr>
        <w:top w:val="single" w:sz="4" w:space="0" w:color="auto"/>
        <w:bottom w:val="single" w:sz="4" w:space="0" w:color="auto"/>
        <w:right w:val="single" w:sz="4" w:space="0" w:color="auto"/>
      </w:pBdr>
      <w:spacing w:before="100" w:beforeAutospacing="1" w:after="100" w:afterAutospacing="1"/>
    </w:pPr>
    <w:rPr>
      <w:rFonts w:ascii="Tahoma" w:hAnsi="Tahoma" w:cs="Tahoma"/>
      <w:b/>
      <w:bCs/>
      <w:i/>
      <w:iCs/>
      <w:sz w:val="14"/>
      <w:szCs w:val="14"/>
      <w:lang w:val="es-MX" w:eastAsia="es-MX"/>
    </w:rPr>
  </w:style>
  <w:style w:type="paragraph" w:customStyle="1" w:styleId="xl118">
    <w:name w:val="xl118"/>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MX" w:eastAsia="es-MX"/>
    </w:rPr>
  </w:style>
  <w:style w:type="paragraph" w:customStyle="1" w:styleId="xl119">
    <w:name w:val="xl119"/>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4"/>
      <w:szCs w:val="14"/>
      <w:lang w:val="es-MX" w:eastAsia="es-MX"/>
    </w:rPr>
  </w:style>
  <w:style w:type="paragraph" w:customStyle="1" w:styleId="xl120">
    <w:name w:val="xl120"/>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MX" w:eastAsia="es-MX"/>
    </w:rPr>
  </w:style>
  <w:style w:type="paragraph" w:customStyle="1" w:styleId="xl121">
    <w:name w:val="xl121"/>
    <w:basedOn w:val="Normal"/>
    <w:rsid w:val="001F09BA"/>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i/>
      <w:iCs/>
      <w:sz w:val="14"/>
      <w:szCs w:val="14"/>
      <w:lang w:val="es-MX" w:eastAsia="es-MX"/>
    </w:rPr>
  </w:style>
  <w:style w:type="paragraph" w:customStyle="1" w:styleId="xl122">
    <w:name w:val="xl122"/>
    <w:basedOn w:val="Normal"/>
    <w:rsid w:val="001F09BA"/>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hAnsi="Tahoma" w:cs="Tahoma"/>
      <w:sz w:val="14"/>
      <w:szCs w:val="14"/>
      <w:lang w:val="es-MX" w:eastAsia="es-MX"/>
    </w:rPr>
  </w:style>
  <w:style w:type="paragraph" w:customStyle="1" w:styleId="xl123">
    <w:name w:val="xl123"/>
    <w:basedOn w:val="Normal"/>
    <w:rsid w:val="001F09B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val="es-MX" w:eastAsia="es-MX"/>
    </w:rPr>
  </w:style>
  <w:style w:type="paragraph" w:customStyle="1" w:styleId="xl124">
    <w:name w:val="xl124"/>
    <w:basedOn w:val="Normal"/>
    <w:rsid w:val="001F09B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Arial" w:hAnsi="Arial" w:cs="Arial"/>
      <w:b/>
      <w:bCs/>
      <w:sz w:val="14"/>
      <w:szCs w:val="14"/>
      <w:lang w:val="es-MX" w:eastAsia="es-MX"/>
    </w:rPr>
  </w:style>
  <w:style w:type="paragraph" w:customStyle="1" w:styleId="xl125">
    <w:name w:val="xl125"/>
    <w:basedOn w:val="Normal"/>
    <w:rsid w:val="001F09B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4"/>
      <w:szCs w:val="14"/>
      <w:lang w:val="es-MX" w:eastAsia="es-MX"/>
    </w:rPr>
  </w:style>
  <w:style w:type="paragraph" w:customStyle="1" w:styleId="xl126">
    <w:name w:val="xl126"/>
    <w:basedOn w:val="Normal"/>
    <w:rsid w:val="001F09B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s-MX" w:eastAsia="es-MX"/>
    </w:rPr>
  </w:style>
  <w:style w:type="paragraph" w:customStyle="1" w:styleId="xl127">
    <w:name w:val="xl127"/>
    <w:basedOn w:val="Normal"/>
    <w:rsid w:val="001F09B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i/>
      <w:iCs/>
      <w:sz w:val="14"/>
      <w:szCs w:val="14"/>
      <w:lang w:val="es-MX" w:eastAsia="es-MX"/>
    </w:rPr>
  </w:style>
  <w:style w:type="character" w:customStyle="1" w:styleId="PuestoCar">
    <w:name w:val="Puesto Car"/>
    <w:uiPriority w:val="10"/>
    <w:rsid w:val="001F09BA"/>
    <w:rPr>
      <w:rFonts w:ascii="Arial" w:eastAsia="Times New Roman" w:hAnsi="Arial" w:cs="Times New Roman"/>
      <w:b/>
      <w:snapToGrid w:val="0"/>
      <w:szCs w:val="20"/>
      <w:lang w:val="es-CO" w:eastAsia="es-ES"/>
    </w:rPr>
  </w:style>
  <w:style w:type="paragraph" w:customStyle="1" w:styleId="western">
    <w:name w:val="western"/>
    <w:basedOn w:val="Normal"/>
    <w:rsid w:val="001F09BA"/>
    <w:pPr>
      <w:spacing w:before="100" w:beforeAutospacing="1" w:after="100" w:afterAutospacing="1"/>
    </w:pPr>
    <w:rPr>
      <w:lang w:val="es-CO" w:eastAsia="es-CO"/>
    </w:rPr>
  </w:style>
  <w:style w:type="character" w:customStyle="1" w:styleId="apple-converted-space">
    <w:name w:val="apple-converted-space"/>
    <w:basedOn w:val="Fuentedeprrafopredeter"/>
    <w:rsid w:val="001F09BA"/>
  </w:style>
  <w:style w:type="paragraph" w:customStyle="1" w:styleId="Sombreadovistoso-nfasis31">
    <w:name w:val="Sombreado vistoso - Énfasis 31"/>
    <w:basedOn w:val="Normal"/>
    <w:link w:val="Sombreadovistoso-nfasis3Car"/>
    <w:uiPriority w:val="34"/>
    <w:qFormat/>
    <w:rsid w:val="001F09BA"/>
    <w:pPr>
      <w:spacing w:after="200" w:line="276" w:lineRule="auto"/>
      <w:ind w:left="708"/>
    </w:pPr>
    <w:rPr>
      <w:rFonts w:ascii="Calibri" w:eastAsia="Calibri" w:hAnsi="Calibri"/>
      <w:sz w:val="22"/>
      <w:szCs w:val="22"/>
      <w:lang w:eastAsia="en-US"/>
    </w:rPr>
  </w:style>
  <w:style w:type="paragraph" w:customStyle="1" w:styleId="Cuadrculaclara-nfasis31">
    <w:name w:val="Cuadrícula clara - Énfasis 31"/>
    <w:basedOn w:val="Normal"/>
    <w:link w:val="Cuadrculaclara-nfasis3Car"/>
    <w:uiPriority w:val="34"/>
    <w:qFormat/>
    <w:rsid w:val="001F09BA"/>
    <w:pPr>
      <w:widowControl w:val="0"/>
      <w:ind w:left="708"/>
    </w:pPr>
    <w:rPr>
      <w:rFonts w:ascii="Arial" w:hAnsi="Arial"/>
      <w:snapToGrid w:val="0"/>
      <w:sz w:val="22"/>
      <w:szCs w:val="20"/>
      <w:lang w:eastAsia="es-ES"/>
    </w:rPr>
  </w:style>
  <w:style w:type="character" w:customStyle="1" w:styleId="Cuadrculaclara-nfasis3Car">
    <w:name w:val="Cuadrícula clara - Énfasis 3 Car"/>
    <w:link w:val="Cuadrculaclara-nfasis31"/>
    <w:locked/>
    <w:rsid w:val="001F09BA"/>
    <w:rPr>
      <w:rFonts w:ascii="Arial" w:eastAsia="Times New Roman" w:hAnsi="Arial" w:cs="Times New Roman"/>
      <w:snapToGrid w:val="0"/>
      <w:szCs w:val="20"/>
      <w:lang w:val="es-ES_tradnl" w:eastAsia="es-ES"/>
    </w:rPr>
  </w:style>
  <w:style w:type="paragraph" w:customStyle="1" w:styleId="xl128">
    <w:name w:val="xl128"/>
    <w:basedOn w:val="Normal"/>
    <w:rsid w:val="001F09B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129">
    <w:name w:val="xl129"/>
    <w:basedOn w:val="Normal"/>
    <w:rsid w:val="001F09BA"/>
    <w:pPr>
      <w:pBdr>
        <w:top w:val="single" w:sz="4" w:space="0" w:color="auto"/>
        <w:left w:val="single" w:sz="4" w:space="0" w:color="auto"/>
        <w:right w:val="single" w:sz="4" w:space="0" w:color="auto"/>
      </w:pBdr>
      <w:spacing w:before="100" w:beforeAutospacing="1" w:after="100" w:afterAutospacing="1"/>
      <w:jc w:val="both"/>
    </w:pPr>
    <w:rPr>
      <w:rFonts w:ascii="Arial Narrow" w:hAnsi="Arial Narrow"/>
      <w:lang w:val="es-CO" w:eastAsia="es-CO"/>
    </w:rPr>
  </w:style>
  <w:style w:type="paragraph" w:customStyle="1" w:styleId="xl130">
    <w:name w:val="xl130"/>
    <w:basedOn w:val="Normal"/>
    <w:rsid w:val="001F09B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131">
    <w:name w:val="xl131"/>
    <w:basedOn w:val="Normal"/>
    <w:rsid w:val="001F09B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132">
    <w:name w:val="xl132"/>
    <w:basedOn w:val="Normal"/>
    <w:rsid w:val="001F09B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pPr>
    <w:rPr>
      <w:rFonts w:ascii="Arial Narrow" w:hAnsi="Arial Narrow"/>
      <w:b/>
      <w:bCs/>
      <w:lang w:val="es-CO" w:eastAsia="es-CO"/>
    </w:rPr>
  </w:style>
  <w:style w:type="paragraph" w:customStyle="1" w:styleId="xl133">
    <w:name w:val="xl133"/>
    <w:basedOn w:val="Normal"/>
    <w:rsid w:val="001F09BA"/>
    <w:pPr>
      <w:spacing w:before="100" w:beforeAutospacing="1" w:after="100" w:afterAutospacing="1"/>
      <w:textAlignment w:val="center"/>
    </w:pPr>
    <w:rPr>
      <w:rFonts w:ascii="Calibri" w:hAnsi="Calibri" w:cs="Calibri"/>
      <w:lang w:val="es-CO" w:eastAsia="es-CO"/>
    </w:rPr>
  </w:style>
  <w:style w:type="paragraph" w:customStyle="1" w:styleId="xl134">
    <w:name w:val="xl134"/>
    <w:basedOn w:val="Normal"/>
    <w:rsid w:val="001F09BA"/>
    <w:pPr>
      <w:spacing w:before="100" w:beforeAutospacing="1" w:after="100" w:afterAutospacing="1"/>
    </w:pPr>
    <w:rPr>
      <w:rFonts w:ascii="Arial Narrow" w:hAnsi="Arial Narrow"/>
      <w:lang w:val="es-CO" w:eastAsia="es-CO"/>
    </w:rPr>
  </w:style>
  <w:style w:type="paragraph" w:customStyle="1" w:styleId="xl135">
    <w:name w:val="xl135"/>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136">
    <w:name w:val="xl136"/>
    <w:basedOn w:val="Normal"/>
    <w:rsid w:val="001F09B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137">
    <w:name w:val="xl137"/>
    <w:basedOn w:val="Normal"/>
    <w:rsid w:val="001F09B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138">
    <w:name w:val="xl138"/>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139">
    <w:name w:val="xl139"/>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val="es-CO" w:eastAsia="es-CO"/>
    </w:rPr>
  </w:style>
  <w:style w:type="paragraph" w:customStyle="1" w:styleId="xl140">
    <w:name w:val="xl140"/>
    <w:basedOn w:val="Normal"/>
    <w:rsid w:val="001F09BA"/>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141">
    <w:name w:val="xl141"/>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142">
    <w:name w:val="xl142"/>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143">
    <w:name w:val="xl143"/>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000000"/>
      <w:lang w:val="es-CO" w:eastAsia="es-CO"/>
    </w:rPr>
  </w:style>
  <w:style w:type="paragraph" w:customStyle="1" w:styleId="xl144">
    <w:name w:val="xl144"/>
    <w:basedOn w:val="Normal"/>
    <w:rsid w:val="001F09B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145">
    <w:name w:val="xl145"/>
    <w:basedOn w:val="Normal"/>
    <w:rsid w:val="001F09BA"/>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Narrow" w:hAnsi="Arial Narrow"/>
      <w:lang w:val="es-CO" w:eastAsia="es-CO"/>
    </w:rPr>
  </w:style>
  <w:style w:type="paragraph" w:customStyle="1" w:styleId="xl146">
    <w:name w:val="xl146"/>
    <w:basedOn w:val="Normal"/>
    <w:rsid w:val="001F09B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147">
    <w:name w:val="xl147"/>
    <w:basedOn w:val="Normal"/>
    <w:rsid w:val="001F09B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148">
    <w:name w:val="xl148"/>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val="es-CO" w:eastAsia="es-CO"/>
    </w:rPr>
  </w:style>
  <w:style w:type="paragraph" w:customStyle="1" w:styleId="xl149">
    <w:name w:val="xl149"/>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val="es-CO" w:eastAsia="es-CO"/>
    </w:rPr>
  </w:style>
  <w:style w:type="paragraph" w:customStyle="1" w:styleId="xl150">
    <w:name w:val="xl150"/>
    <w:basedOn w:val="Normal"/>
    <w:rsid w:val="001F09BA"/>
    <w:pPr>
      <w:pBdr>
        <w:top w:val="single" w:sz="8" w:space="0" w:color="auto"/>
        <w:left w:val="single" w:sz="8" w:space="0" w:color="auto"/>
        <w:bottom w:val="single" w:sz="8" w:space="0" w:color="auto"/>
      </w:pBdr>
      <w:spacing w:before="100" w:beforeAutospacing="1" w:after="100" w:afterAutospacing="1"/>
      <w:jc w:val="center"/>
    </w:pPr>
    <w:rPr>
      <w:rFonts w:ascii="Arial Narrow" w:hAnsi="Arial Narrow"/>
      <w:b/>
      <w:bCs/>
      <w:lang w:val="es-CO" w:eastAsia="es-CO"/>
    </w:rPr>
  </w:style>
  <w:style w:type="paragraph" w:customStyle="1" w:styleId="xl151">
    <w:name w:val="xl151"/>
    <w:basedOn w:val="Normal"/>
    <w:rsid w:val="001F09BA"/>
    <w:pPr>
      <w:pBdr>
        <w:top w:val="single" w:sz="8" w:space="0" w:color="auto"/>
        <w:bottom w:val="single" w:sz="8" w:space="0" w:color="auto"/>
      </w:pBdr>
      <w:spacing w:before="100" w:beforeAutospacing="1" w:after="100" w:afterAutospacing="1"/>
      <w:jc w:val="center"/>
    </w:pPr>
    <w:rPr>
      <w:rFonts w:ascii="Arial Narrow" w:hAnsi="Arial Narrow"/>
      <w:b/>
      <w:bCs/>
      <w:lang w:val="es-CO" w:eastAsia="es-CO"/>
    </w:rPr>
  </w:style>
  <w:style w:type="paragraph" w:customStyle="1" w:styleId="xl152">
    <w:name w:val="xl152"/>
    <w:basedOn w:val="Normal"/>
    <w:rsid w:val="001F09BA"/>
    <w:pPr>
      <w:pBdr>
        <w:top w:val="single" w:sz="8" w:space="0" w:color="auto"/>
        <w:bottom w:val="single" w:sz="8" w:space="0" w:color="auto"/>
        <w:right w:val="single" w:sz="8" w:space="0" w:color="auto"/>
      </w:pBdr>
      <w:spacing w:before="100" w:beforeAutospacing="1" w:after="100" w:afterAutospacing="1"/>
      <w:jc w:val="center"/>
    </w:pPr>
    <w:rPr>
      <w:rFonts w:ascii="Arial Narrow" w:hAnsi="Arial Narrow"/>
      <w:b/>
      <w:bCs/>
      <w:lang w:val="es-CO" w:eastAsia="es-CO"/>
    </w:rPr>
  </w:style>
  <w:style w:type="paragraph" w:customStyle="1" w:styleId="xl153">
    <w:name w:val="xl153"/>
    <w:basedOn w:val="Normal"/>
    <w:rsid w:val="001F09BA"/>
    <w:pPr>
      <w:pBdr>
        <w:top w:val="single" w:sz="8" w:space="0" w:color="auto"/>
        <w:left w:val="single" w:sz="8" w:space="0" w:color="auto"/>
        <w:bottom w:val="single" w:sz="8" w:space="0" w:color="auto"/>
      </w:pBdr>
      <w:shd w:val="clear" w:color="000000" w:fill="D9D9D9"/>
      <w:spacing w:before="100" w:beforeAutospacing="1" w:after="100" w:afterAutospacing="1"/>
      <w:jc w:val="center"/>
    </w:pPr>
    <w:rPr>
      <w:rFonts w:ascii="Arial Narrow" w:hAnsi="Arial Narrow"/>
      <w:b/>
      <w:bCs/>
      <w:lang w:val="es-CO" w:eastAsia="es-CO"/>
    </w:rPr>
  </w:style>
  <w:style w:type="paragraph" w:customStyle="1" w:styleId="xl154">
    <w:name w:val="xl154"/>
    <w:basedOn w:val="Normal"/>
    <w:rsid w:val="001F09BA"/>
    <w:pPr>
      <w:pBdr>
        <w:top w:val="single" w:sz="8" w:space="0" w:color="auto"/>
        <w:bottom w:val="single" w:sz="8" w:space="0" w:color="auto"/>
      </w:pBdr>
      <w:shd w:val="clear" w:color="000000" w:fill="D9D9D9"/>
      <w:spacing w:before="100" w:beforeAutospacing="1" w:after="100" w:afterAutospacing="1"/>
      <w:jc w:val="center"/>
    </w:pPr>
    <w:rPr>
      <w:rFonts w:ascii="Arial Narrow" w:hAnsi="Arial Narrow"/>
      <w:b/>
      <w:bCs/>
      <w:lang w:val="es-CO" w:eastAsia="es-CO"/>
    </w:rPr>
  </w:style>
  <w:style w:type="paragraph" w:customStyle="1" w:styleId="xl155">
    <w:name w:val="xl155"/>
    <w:basedOn w:val="Normal"/>
    <w:rsid w:val="001F09BA"/>
    <w:pPr>
      <w:pBdr>
        <w:top w:val="single" w:sz="8" w:space="0" w:color="auto"/>
        <w:bottom w:val="single" w:sz="8" w:space="0" w:color="auto"/>
        <w:right w:val="single" w:sz="8" w:space="0" w:color="auto"/>
      </w:pBdr>
      <w:shd w:val="clear" w:color="000000" w:fill="D9D9D9"/>
      <w:spacing w:before="100" w:beforeAutospacing="1" w:after="100" w:afterAutospacing="1"/>
      <w:jc w:val="center"/>
    </w:pPr>
    <w:rPr>
      <w:rFonts w:ascii="Arial Narrow" w:hAnsi="Arial Narrow"/>
      <w:b/>
      <w:bCs/>
      <w:lang w:val="es-CO" w:eastAsia="es-CO"/>
    </w:rPr>
  </w:style>
  <w:style w:type="paragraph" w:customStyle="1" w:styleId="xl156">
    <w:name w:val="xl156"/>
    <w:basedOn w:val="Normal"/>
    <w:rsid w:val="001F09BA"/>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Narrow" w:hAnsi="Arial Narrow"/>
      <w:b/>
      <w:bCs/>
      <w:lang w:val="es-CO" w:eastAsia="es-CO"/>
    </w:rPr>
  </w:style>
  <w:style w:type="paragraph" w:customStyle="1" w:styleId="xl157">
    <w:name w:val="xl157"/>
    <w:basedOn w:val="Normal"/>
    <w:rsid w:val="001F09BA"/>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Arial Narrow" w:hAnsi="Arial Narrow"/>
      <w:b/>
      <w:bCs/>
      <w:lang w:val="es-CO" w:eastAsia="es-CO"/>
    </w:rPr>
  </w:style>
  <w:style w:type="paragraph" w:customStyle="1" w:styleId="xl158">
    <w:name w:val="xl158"/>
    <w:basedOn w:val="Normal"/>
    <w:rsid w:val="001F09BA"/>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b/>
      <w:bCs/>
      <w:lang w:val="es-CO" w:eastAsia="es-CO"/>
    </w:rPr>
  </w:style>
  <w:style w:type="paragraph" w:customStyle="1" w:styleId="xl159">
    <w:name w:val="xl159"/>
    <w:basedOn w:val="Normal"/>
    <w:rsid w:val="001F09BA"/>
    <w:pPr>
      <w:pBdr>
        <w:top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Narrow" w:hAnsi="Arial Narrow"/>
      <w:b/>
      <w:bCs/>
      <w:lang w:val="es-CO" w:eastAsia="es-CO"/>
    </w:rPr>
  </w:style>
  <w:style w:type="paragraph" w:customStyle="1" w:styleId="xl160">
    <w:name w:val="xl160"/>
    <w:basedOn w:val="Normal"/>
    <w:rsid w:val="001F09BA"/>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Arial Narrow" w:hAnsi="Arial Narrow"/>
      <w:b/>
      <w:bCs/>
      <w:lang w:val="es-CO" w:eastAsia="es-CO"/>
    </w:rPr>
  </w:style>
  <w:style w:type="paragraph" w:customStyle="1" w:styleId="xl161">
    <w:name w:val="xl161"/>
    <w:basedOn w:val="Normal"/>
    <w:rsid w:val="001F09BA"/>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b/>
      <w:bCs/>
      <w:lang w:val="es-CO" w:eastAsia="es-CO"/>
    </w:rPr>
  </w:style>
  <w:style w:type="paragraph" w:customStyle="1" w:styleId="xl162">
    <w:name w:val="xl162"/>
    <w:basedOn w:val="Normal"/>
    <w:rsid w:val="001F09BA"/>
    <w:pPr>
      <w:pBdr>
        <w:top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Narrow" w:hAnsi="Arial Narrow"/>
      <w:b/>
      <w:bCs/>
      <w:lang w:val="es-CO" w:eastAsia="es-CO"/>
    </w:rPr>
  </w:style>
  <w:style w:type="paragraph" w:customStyle="1" w:styleId="xl163">
    <w:name w:val="xl163"/>
    <w:basedOn w:val="Normal"/>
    <w:rsid w:val="001F09BA"/>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Arial Narrow" w:hAnsi="Arial Narrow"/>
      <w:b/>
      <w:bCs/>
      <w:lang w:val="es-CO" w:eastAsia="es-CO"/>
    </w:rPr>
  </w:style>
  <w:style w:type="paragraph" w:customStyle="1" w:styleId="xl164">
    <w:name w:val="xl164"/>
    <w:basedOn w:val="Normal"/>
    <w:rsid w:val="001F09BA"/>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b/>
      <w:bCs/>
      <w:lang w:val="es-CO" w:eastAsia="es-CO"/>
    </w:rPr>
  </w:style>
  <w:style w:type="paragraph" w:customStyle="1" w:styleId="xl165">
    <w:name w:val="xl165"/>
    <w:basedOn w:val="Normal"/>
    <w:rsid w:val="001F09BA"/>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Narrow" w:hAnsi="Arial Narrow"/>
      <w:b/>
      <w:bCs/>
      <w:lang w:val="es-CO" w:eastAsia="es-CO"/>
    </w:rPr>
  </w:style>
  <w:style w:type="paragraph" w:customStyle="1" w:styleId="xl166">
    <w:name w:val="xl166"/>
    <w:basedOn w:val="Normal"/>
    <w:rsid w:val="001F09BA"/>
    <w:pPr>
      <w:pBdr>
        <w:top w:val="single" w:sz="8" w:space="0" w:color="auto"/>
        <w:bottom w:val="single" w:sz="8" w:space="0" w:color="auto"/>
        <w:right w:val="single" w:sz="4" w:space="0" w:color="auto"/>
      </w:pBdr>
      <w:shd w:val="clear" w:color="000000" w:fill="D9D9D9"/>
      <w:spacing w:before="100" w:beforeAutospacing="1" w:after="100" w:afterAutospacing="1"/>
    </w:pPr>
    <w:rPr>
      <w:rFonts w:ascii="Arial Narrow" w:hAnsi="Arial Narrow"/>
      <w:b/>
      <w:bCs/>
      <w:lang w:val="es-CO" w:eastAsia="es-CO"/>
    </w:rPr>
  </w:style>
  <w:style w:type="paragraph" w:customStyle="1" w:styleId="xl167">
    <w:name w:val="xl167"/>
    <w:basedOn w:val="Normal"/>
    <w:rsid w:val="001F09BA"/>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pPr>
    <w:rPr>
      <w:rFonts w:ascii="Arial Narrow" w:hAnsi="Arial Narrow"/>
      <w:b/>
      <w:bCs/>
      <w:lang w:val="es-CO" w:eastAsia="es-CO"/>
    </w:rPr>
  </w:style>
  <w:style w:type="paragraph" w:customStyle="1" w:styleId="xl168">
    <w:name w:val="xl168"/>
    <w:basedOn w:val="Normal"/>
    <w:rsid w:val="001F09BA"/>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Arial Narrow" w:hAnsi="Arial Narrow"/>
      <w:b/>
      <w:bCs/>
      <w:lang w:val="es-CO" w:eastAsia="es-CO"/>
    </w:rPr>
  </w:style>
  <w:style w:type="paragraph" w:customStyle="1" w:styleId="xl169">
    <w:name w:val="xl169"/>
    <w:basedOn w:val="Normal"/>
    <w:rsid w:val="001F09BA"/>
    <w:pPr>
      <w:pBdr>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70">
    <w:name w:val="xl170"/>
    <w:basedOn w:val="Normal"/>
    <w:rsid w:val="001F09BA"/>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71">
    <w:name w:val="xl171"/>
    <w:basedOn w:val="Normal"/>
    <w:rsid w:val="001F09BA"/>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72">
    <w:name w:val="xl172"/>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73">
    <w:name w:val="xl173"/>
    <w:basedOn w:val="Normal"/>
    <w:rsid w:val="001F09BA"/>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74">
    <w:name w:val="xl174"/>
    <w:basedOn w:val="Normal"/>
    <w:rsid w:val="001F09B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75">
    <w:name w:val="xl175"/>
    <w:basedOn w:val="Normal"/>
    <w:rsid w:val="001F09B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176">
    <w:name w:val="xl176"/>
    <w:basedOn w:val="Normal"/>
    <w:rsid w:val="001F09B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177">
    <w:name w:val="xl177"/>
    <w:basedOn w:val="Normal"/>
    <w:rsid w:val="001F09B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178">
    <w:name w:val="xl178"/>
    <w:basedOn w:val="Normal"/>
    <w:rsid w:val="001F09B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179">
    <w:name w:val="xl179"/>
    <w:basedOn w:val="Normal"/>
    <w:rsid w:val="001F09BA"/>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hAnsi="Arial Narrow"/>
      <w:b/>
      <w:bCs/>
      <w:lang w:val="es-CO" w:eastAsia="es-CO"/>
    </w:rPr>
  </w:style>
  <w:style w:type="paragraph" w:customStyle="1" w:styleId="xl180">
    <w:name w:val="xl180"/>
    <w:basedOn w:val="Normal"/>
    <w:rsid w:val="001F09BA"/>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hAnsi="Arial Narrow"/>
      <w:b/>
      <w:bCs/>
      <w:lang w:val="es-CO" w:eastAsia="es-CO"/>
    </w:rPr>
  </w:style>
  <w:style w:type="paragraph" w:customStyle="1" w:styleId="xl181">
    <w:name w:val="xl181"/>
    <w:basedOn w:val="Normal"/>
    <w:rsid w:val="001F09BA"/>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Narrow" w:hAnsi="Arial Narrow"/>
      <w:b/>
      <w:bCs/>
      <w:lang w:val="es-CO" w:eastAsia="es-CO"/>
    </w:rPr>
  </w:style>
  <w:style w:type="paragraph" w:customStyle="1" w:styleId="xl182">
    <w:name w:val="xl182"/>
    <w:basedOn w:val="Normal"/>
    <w:rsid w:val="001F09B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183">
    <w:name w:val="xl183"/>
    <w:basedOn w:val="Normal"/>
    <w:rsid w:val="001F09B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184">
    <w:name w:val="xl184"/>
    <w:basedOn w:val="Normal"/>
    <w:rsid w:val="001F09B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185">
    <w:name w:val="xl185"/>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186">
    <w:name w:val="xl186"/>
    <w:basedOn w:val="Normal"/>
    <w:rsid w:val="001F09BA"/>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hAnsi="Arial Narrow"/>
      <w:lang w:val="es-CO" w:eastAsia="es-CO"/>
    </w:rPr>
  </w:style>
  <w:style w:type="paragraph" w:customStyle="1" w:styleId="xl187">
    <w:name w:val="xl187"/>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188">
    <w:name w:val="xl188"/>
    <w:basedOn w:val="Normal"/>
    <w:rsid w:val="001F09BA"/>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189">
    <w:name w:val="xl189"/>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190">
    <w:name w:val="xl190"/>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91">
    <w:name w:val="xl191"/>
    <w:basedOn w:val="Normal"/>
    <w:rsid w:val="001F09BA"/>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192">
    <w:name w:val="xl192"/>
    <w:basedOn w:val="Normal"/>
    <w:rsid w:val="001F09BA"/>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Narrow" w:hAnsi="Arial Narrow"/>
      <w:lang w:val="es-CO" w:eastAsia="es-CO"/>
    </w:rPr>
  </w:style>
  <w:style w:type="paragraph" w:customStyle="1" w:styleId="xl193">
    <w:name w:val="xl193"/>
    <w:basedOn w:val="Normal"/>
    <w:rsid w:val="001F09BA"/>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194">
    <w:name w:val="xl194"/>
    <w:basedOn w:val="Normal"/>
    <w:rsid w:val="001F09BA"/>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lang w:val="es-CO" w:eastAsia="es-CO"/>
    </w:rPr>
  </w:style>
  <w:style w:type="paragraph" w:customStyle="1" w:styleId="xl195">
    <w:name w:val="xl195"/>
    <w:basedOn w:val="Normal"/>
    <w:rsid w:val="001F09B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196">
    <w:name w:val="xl196"/>
    <w:basedOn w:val="Normal"/>
    <w:rsid w:val="001F09BA"/>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Narrow" w:hAnsi="Arial Narrow"/>
      <w:b/>
      <w:bCs/>
      <w:sz w:val="22"/>
      <w:szCs w:val="22"/>
      <w:lang w:val="es-CO" w:eastAsia="es-CO"/>
    </w:rPr>
  </w:style>
  <w:style w:type="paragraph" w:customStyle="1" w:styleId="xl197">
    <w:name w:val="xl197"/>
    <w:basedOn w:val="Normal"/>
    <w:rsid w:val="001F09BA"/>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hAnsi="Arial Narrow"/>
      <w:lang w:val="es-CO" w:eastAsia="es-CO"/>
    </w:rPr>
  </w:style>
  <w:style w:type="paragraph" w:customStyle="1" w:styleId="xl198">
    <w:name w:val="xl198"/>
    <w:basedOn w:val="Normal"/>
    <w:rsid w:val="001F09BA"/>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hAnsi="Arial Narrow"/>
      <w:lang w:val="es-CO" w:eastAsia="es-CO"/>
    </w:rPr>
  </w:style>
  <w:style w:type="paragraph" w:customStyle="1" w:styleId="xl199">
    <w:name w:val="xl199"/>
    <w:basedOn w:val="Normal"/>
    <w:rsid w:val="001F09BA"/>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lang w:val="es-CO" w:eastAsia="es-CO"/>
    </w:rPr>
  </w:style>
  <w:style w:type="paragraph" w:customStyle="1" w:styleId="xl200">
    <w:name w:val="xl200"/>
    <w:basedOn w:val="Normal"/>
    <w:rsid w:val="001F09B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pPr>
    <w:rPr>
      <w:rFonts w:ascii="Arial Narrow" w:hAnsi="Arial Narrow"/>
      <w:b/>
      <w:bCs/>
      <w:lang w:val="es-CO" w:eastAsia="es-CO"/>
    </w:rPr>
  </w:style>
  <w:style w:type="paragraph" w:customStyle="1" w:styleId="xl201">
    <w:name w:val="xl201"/>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202">
    <w:name w:val="xl202"/>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203">
    <w:name w:val="xl203"/>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204">
    <w:name w:val="xl204"/>
    <w:basedOn w:val="Normal"/>
    <w:rsid w:val="001F09BA"/>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205">
    <w:name w:val="xl205"/>
    <w:basedOn w:val="Normal"/>
    <w:rsid w:val="001F09BA"/>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206">
    <w:name w:val="xl206"/>
    <w:basedOn w:val="Normal"/>
    <w:rsid w:val="001F09BA"/>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207">
    <w:name w:val="xl207"/>
    <w:basedOn w:val="Normal"/>
    <w:rsid w:val="001F09BA"/>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208">
    <w:name w:val="xl208"/>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209">
    <w:name w:val="xl209"/>
    <w:basedOn w:val="Normal"/>
    <w:rsid w:val="001F09BA"/>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hAnsi="Arial Narrow"/>
      <w:lang w:val="es-CO" w:eastAsia="es-CO"/>
    </w:rPr>
  </w:style>
  <w:style w:type="paragraph" w:customStyle="1" w:styleId="xl210">
    <w:name w:val="xl210"/>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000000"/>
      <w:lang w:val="es-CO" w:eastAsia="es-CO"/>
    </w:rPr>
  </w:style>
  <w:style w:type="paragraph" w:customStyle="1" w:styleId="xl211">
    <w:name w:val="xl211"/>
    <w:basedOn w:val="Normal"/>
    <w:rsid w:val="001F09BA"/>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b/>
      <w:bCs/>
      <w:color w:val="000000"/>
      <w:lang w:val="es-CO" w:eastAsia="es-CO"/>
    </w:rPr>
  </w:style>
  <w:style w:type="paragraph" w:customStyle="1" w:styleId="xl212">
    <w:name w:val="xl212"/>
    <w:basedOn w:val="Normal"/>
    <w:rsid w:val="001F09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lang w:val="es-CO" w:eastAsia="es-CO"/>
    </w:rPr>
  </w:style>
  <w:style w:type="paragraph" w:customStyle="1" w:styleId="xl213">
    <w:name w:val="xl213"/>
    <w:basedOn w:val="Normal"/>
    <w:rsid w:val="001F09BA"/>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Listavistosa-nfasis12">
    <w:name w:val="Lista vistosa - Énfasis 12"/>
    <w:basedOn w:val="Normal"/>
    <w:link w:val="Listavistosa-nfasis1Car1"/>
    <w:uiPriority w:val="34"/>
    <w:qFormat/>
    <w:rsid w:val="001F09BA"/>
    <w:pPr>
      <w:spacing w:after="200" w:line="276" w:lineRule="auto"/>
      <w:ind w:left="708"/>
    </w:pPr>
    <w:rPr>
      <w:rFonts w:ascii="Calibri" w:eastAsia="Calibri" w:hAnsi="Calibri"/>
      <w:sz w:val="22"/>
      <w:szCs w:val="22"/>
      <w:lang w:eastAsia="en-US"/>
    </w:rPr>
  </w:style>
  <w:style w:type="character" w:customStyle="1" w:styleId="Listavistosa-nfasis1Car1">
    <w:name w:val="Lista vistosa - Énfasis 1 Car1"/>
    <w:link w:val="Listavistosa-nfasis12"/>
    <w:uiPriority w:val="34"/>
    <w:locked/>
    <w:rsid w:val="001F09BA"/>
    <w:rPr>
      <w:rFonts w:ascii="Calibri" w:eastAsia="Calibri" w:hAnsi="Calibri" w:cs="Times New Roman"/>
      <w:lang w:val="es-ES_tradnl"/>
    </w:rPr>
  </w:style>
  <w:style w:type="paragraph" w:styleId="Prrafodelista">
    <w:name w:val="List Paragraph"/>
    <w:aliases w:val="titulo 3,Ha,Párrafo de lista2,Bullets,Bullet List,FooterText,numbered,Paragraphe de liste1,Bulletr List Paragraph,列出段落,列出段落1,List Paragraph21,Listeafsnit1,Parágrafo da Lista1,Normal. Viñetas,List Paragraph1,lp1,Num Bullet 1,LISTA,Bolita"/>
    <w:basedOn w:val="Normal"/>
    <w:link w:val="PrrafodelistaCar"/>
    <w:uiPriority w:val="34"/>
    <w:qFormat/>
    <w:rsid w:val="001F09BA"/>
    <w:pPr>
      <w:spacing w:after="200" w:line="276" w:lineRule="auto"/>
      <w:ind w:left="720"/>
      <w:contextualSpacing/>
    </w:pPr>
    <w:rPr>
      <w:rFonts w:ascii="Calibri" w:eastAsia="Calibri" w:hAnsi="Calibri"/>
      <w:sz w:val="22"/>
      <w:szCs w:val="22"/>
      <w:lang w:val="es-ES" w:eastAsia="en-US"/>
    </w:rPr>
  </w:style>
  <w:style w:type="character" w:customStyle="1" w:styleId="PrrafodelistaCar">
    <w:name w:val="Párrafo de lista Car"/>
    <w:aliases w:val="titulo 3 Car,Ha Car,Párrafo de lista2 Car,Bullets Car,Bullet List Car,FooterText Car,numbered Car,Paragraphe de liste1 Car,Bulletr List Paragraph Car,列出段落 Car,列出段落1 Car,List Paragraph21 Car,Listeafsnit1 Car,Parágrafo da Lista1 Car"/>
    <w:link w:val="Prrafodelista"/>
    <w:uiPriority w:val="34"/>
    <w:qFormat/>
    <w:locked/>
    <w:rsid w:val="001F09BA"/>
    <w:rPr>
      <w:rFonts w:ascii="Calibri" w:eastAsia="Calibri" w:hAnsi="Calibri" w:cs="Times New Roman"/>
      <w:lang w:val="es-ES"/>
    </w:rPr>
  </w:style>
  <w:style w:type="paragraph" w:styleId="Cierre">
    <w:name w:val="Closing"/>
    <w:basedOn w:val="Normal"/>
    <w:link w:val="CierreCar"/>
    <w:rsid w:val="001F09BA"/>
    <w:pPr>
      <w:ind w:left="4252"/>
    </w:pPr>
    <w:rPr>
      <w:rFonts w:ascii="Arial" w:hAnsi="Arial"/>
      <w:lang w:val="es-PE" w:eastAsia="es-ES"/>
    </w:rPr>
  </w:style>
  <w:style w:type="character" w:customStyle="1" w:styleId="CierreCar">
    <w:name w:val="Cierre Car"/>
    <w:basedOn w:val="Fuentedeprrafopredeter"/>
    <w:link w:val="Cierre"/>
    <w:rsid w:val="001F09BA"/>
    <w:rPr>
      <w:rFonts w:ascii="Arial" w:eastAsia="Times New Roman" w:hAnsi="Arial" w:cs="Times New Roman"/>
      <w:sz w:val="24"/>
      <w:szCs w:val="24"/>
      <w:lang w:val="es-PE" w:eastAsia="es-ES"/>
    </w:rPr>
  </w:style>
  <w:style w:type="character" w:customStyle="1" w:styleId="Ttulo1Car1">
    <w:name w:val="Título 1 Car1"/>
    <w:aliases w:val="Car Car1,Edgar 1 Car1,Pregunta Car1,Título 1-BCN Car1"/>
    <w:uiPriority w:val="99"/>
    <w:rsid w:val="001F09BA"/>
    <w:rPr>
      <w:rFonts w:ascii="Calibri Light" w:eastAsia="Times New Roman" w:hAnsi="Calibri Light" w:cs="Times New Roman"/>
      <w:b/>
      <w:bCs/>
      <w:color w:val="2E74B5"/>
      <w:sz w:val="28"/>
      <w:szCs w:val="28"/>
    </w:rPr>
  </w:style>
  <w:style w:type="character" w:customStyle="1" w:styleId="Ttulo2Car1">
    <w:name w:val="Título 2 Car1"/>
    <w:aliases w:val="H2 Car2,H2 Car Car1,Edgar 2 Car1,Titre secondaire (2) Car1"/>
    <w:uiPriority w:val="99"/>
    <w:semiHidden/>
    <w:rsid w:val="001F09BA"/>
    <w:rPr>
      <w:rFonts w:ascii="Calibri Light" w:eastAsia="Times New Roman" w:hAnsi="Calibri Light" w:cs="Times New Roman"/>
      <w:b/>
      <w:bCs/>
      <w:color w:val="5B9BD5"/>
      <w:sz w:val="26"/>
      <w:szCs w:val="26"/>
    </w:rPr>
  </w:style>
  <w:style w:type="character" w:customStyle="1" w:styleId="Ttulo3Car1">
    <w:name w:val="Título 3 Car1"/>
    <w:aliases w:val="Car1 Car1,Car11 Car1,Edgar 3 Car1,Sous-titre (3) Car1,Car111 Car1"/>
    <w:uiPriority w:val="99"/>
    <w:semiHidden/>
    <w:rsid w:val="001F09BA"/>
    <w:rPr>
      <w:rFonts w:ascii="Calibri Light" w:eastAsia="Times New Roman" w:hAnsi="Calibri Light" w:cs="Times New Roman"/>
      <w:b/>
      <w:bCs/>
      <w:color w:val="5B9BD5"/>
      <w:sz w:val="22"/>
      <w:szCs w:val="22"/>
    </w:rPr>
  </w:style>
  <w:style w:type="character" w:customStyle="1" w:styleId="Ttulo4Car1">
    <w:name w:val="Título 4 Car1"/>
    <w:aliases w:val="Edgar 4 Car1"/>
    <w:uiPriority w:val="9"/>
    <w:semiHidden/>
    <w:rsid w:val="001F09BA"/>
    <w:rPr>
      <w:rFonts w:ascii="Calibri Light" w:eastAsia="Times New Roman" w:hAnsi="Calibri Light" w:cs="Times New Roman"/>
      <w:b/>
      <w:bCs/>
      <w:i/>
      <w:iCs/>
      <w:color w:val="5B9BD5"/>
      <w:sz w:val="22"/>
      <w:szCs w:val="22"/>
    </w:rPr>
  </w:style>
  <w:style w:type="character" w:customStyle="1" w:styleId="PiedepginaCar1">
    <w:name w:val="Pie de página Car1"/>
    <w:aliases w:val="Referencia de Documento Car1,pie de página Car1,Bas de page Car1"/>
    <w:uiPriority w:val="99"/>
    <w:semiHidden/>
    <w:rsid w:val="001F09BA"/>
    <w:rPr>
      <w:rFonts w:ascii="Calibri" w:eastAsia="Calibri" w:hAnsi="Calibri" w:cs="Times New Roman"/>
      <w:sz w:val="22"/>
      <w:szCs w:val="22"/>
      <w:lang w:val="es-CO" w:eastAsia="en-US"/>
    </w:rPr>
  </w:style>
  <w:style w:type="character" w:customStyle="1" w:styleId="TextoindependienteCar1">
    <w:name w:val="Texto independiente Car1"/>
    <w:aliases w:val="bt Car1,body text Car1,body tesx Car1,contents Car1,Subsection Body Text Car1"/>
    <w:semiHidden/>
    <w:rsid w:val="001F09BA"/>
    <w:rPr>
      <w:rFonts w:ascii="Calibri" w:eastAsia="Calibri" w:hAnsi="Calibri" w:cs="Times New Roman"/>
      <w:sz w:val="22"/>
      <w:szCs w:val="22"/>
      <w:lang w:val="es-CO" w:eastAsia="en-US"/>
    </w:rPr>
  </w:style>
  <w:style w:type="paragraph" w:styleId="Revisin">
    <w:name w:val="Revision"/>
    <w:rsid w:val="001F09BA"/>
    <w:pPr>
      <w:spacing w:after="0" w:line="240" w:lineRule="auto"/>
    </w:pPr>
    <w:rPr>
      <w:rFonts w:ascii="Calibri" w:eastAsia="Calibri" w:hAnsi="Calibri" w:cs="Times New Roman"/>
      <w:lang w:val="es-ES_tradnl"/>
    </w:rPr>
  </w:style>
  <w:style w:type="paragraph" w:customStyle="1" w:styleId="Listaoscura-nfasis51">
    <w:name w:val="Lista oscura - Énfasis 51"/>
    <w:basedOn w:val="Normal"/>
    <w:uiPriority w:val="34"/>
    <w:qFormat/>
    <w:rsid w:val="001F09BA"/>
    <w:pPr>
      <w:spacing w:after="200" w:line="276" w:lineRule="auto"/>
      <w:ind w:left="720"/>
      <w:contextualSpacing/>
    </w:pPr>
    <w:rPr>
      <w:rFonts w:ascii="Calibri" w:eastAsia="Calibri" w:hAnsi="Calibri"/>
      <w:sz w:val="22"/>
      <w:szCs w:val="22"/>
      <w:lang w:eastAsia="en-US"/>
    </w:rPr>
  </w:style>
  <w:style w:type="character" w:customStyle="1" w:styleId="Sombreadovistoso-nfasis3Car">
    <w:name w:val="Sombreado vistoso - Énfasis 3 Car"/>
    <w:link w:val="Sombreadovistoso-nfasis31"/>
    <w:uiPriority w:val="34"/>
    <w:locked/>
    <w:rsid w:val="001F09BA"/>
    <w:rPr>
      <w:rFonts w:ascii="Calibri" w:eastAsia="Calibri" w:hAnsi="Calibri" w:cs="Times New Roman"/>
      <w:lang w:val="es-ES_tradnl"/>
    </w:rPr>
  </w:style>
  <w:style w:type="paragraph" w:customStyle="1" w:styleId="Sombreadomedio1-nfasis21">
    <w:name w:val="Sombreado medio 1 - Énfasis 21"/>
    <w:uiPriority w:val="99"/>
    <w:qFormat/>
    <w:rsid w:val="001F09BA"/>
    <w:pPr>
      <w:spacing w:after="0" w:line="240" w:lineRule="auto"/>
    </w:pPr>
    <w:rPr>
      <w:rFonts w:ascii="Arial" w:eastAsia="Times New Roman" w:hAnsi="Arial" w:cs="Arial"/>
      <w:lang w:val="es-ES" w:eastAsia="es-ES"/>
    </w:rPr>
  </w:style>
  <w:style w:type="paragraph" w:customStyle="1" w:styleId="Listaoscura-nfasis31">
    <w:name w:val="Lista oscura - Énfasis 31"/>
    <w:uiPriority w:val="99"/>
    <w:rsid w:val="001F09BA"/>
    <w:pPr>
      <w:spacing w:after="0" w:line="240" w:lineRule="auto"/>
    </w:pPr>
    <w:rPr>
      <w:rFonts w:ascii="Times New Roman" w:eastAsia="Times New Roman" w:hAnsi="Times New Roman" w:cs="Times New Roman"/>
      <w:sz w:val="24"/>
      <w:szCs w:val="24"/>
      <w:lang w:val="es-ES" w:eastAsia="es-ES"/>
    </w:rPr>
  </w:style>
  <w:style w:type="paragraph" w:customStyle="1" w:styleId="CM66">
    <w:name w:val="CM66"/>
    <w:basedOn w:val="Normal"/>
    <w:next w:val="Normal"/>
    <w:uiPriority w:val="99"/>
    <w:rsid w:val="001F09BA"/>
    <w:pPr>
      <w:widowControl w:val="0"/>
      <w:autoSpaceDE w:val="0"/>
      <w:autoSpaceDN w:val="0"/>
      <w:adjustRightInd w:val="0"/>
      <w:spacing w:after="345"/>
    </w:pPr>
    <w:rPr>
      <w:rFonts w:ascii="Arial" w:hAnsi="Arial" w:cs="Arial"/>
      <w:lang w:val="es-ES" w:eastAsia="es-ES"/>
    </w:rPr>
  </w:style>
  <w:style w:type="character" w:customStyle="1" w:styleId="Cuadrculaclara-nfasis3Car1">
    <w:name w:val="Cuadrícula clara - Énfasis 3 Car1"/>
    <w:locked/>
    <w:rsid w:val="001F09BA"/>
    <w:rPr>
      <w:rFonts w:ascii="Arial" w:eastAsia="Times New Roman" w:hAnsi="Arial" w:cs="Arial" w:hint="default"/>
      <w:snapToGrid/>
      <w:sz w:val="22"/>
      <w:lang w:val="es-ES_tradnl" w:eastAsia="es-ES"/>
    </w:rPr>
  </w:style>
  <w:style w:type="table" w:styleId="Cuadrculamedia1-nfasis2">
    <w:name w:val="Medium Grid 1 Accent 2"/>
    <w:basedOn w:val="Tablanormal"/>
    <w:link w:val="Listavistosa-nfasis1Car"/>
    <w:uiPriority w:val="34"/>
    <w:rsid w:val="001F09BA"/>
    <w:pPr>
      <w:snapToGrid w:val="0"/>
      <w:spacing w:after="0" w:line="240" w:lineRule="auto"/>
    </w:pPr>
    <w:rPr>
      <w:rFonts w:ascii="Arial" w:eastAsia="Times New Roman" w:hAnsi="Arial" w:cs="Arial"/>
      <w:lang w:val="es-ES_tradnl"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Cuadrculamedia1-nfasis2"/>
    <w:uiPriority w:val="34"/>
    <w:locked/>
    <w:rsid w:val="001F09BA"/>
    <w:rPr>
      <w:rFonts w:ascii="Arial" w:eastAsia="Times New Roman" w:hAnsi="Arial" w:cs="Arial" w:hint="default"/>
      <w:snapToGrid/>
      <w:sz w:val="22"/>
      <w:lang w:val="es-ES_tradnl" w:eastAsia="es-ES"/>
    </w:rPr>
  </w:style>
  <w:style w:type="table" w:styleId="Sombreadoclaro-nfasis2">
    <w:name w:val="Light Shading Accent 2"/>
    <w:basedOn w:val="Tablanormal"/>
    <w:link w:val="Sombreadoclaro-nfasis2Car"/>
    <w:rsid w:val="001F09BA"/>
    <w:pPr>
      <w:spacing w:after="0" w:line="240" w:lineRule="auto"/>
    </w:pPr>
    <w:rPr>
      <w:rFonts w:ascii="Calibri" w:eastAsia="Calibri" w:hAnsi="Calibri"/>
      <w:b/>
      <w:bCs/>
      <w:i/>
      <w:iCs/>
      <w:color w:val="4F81BD"/>
      <w:lang w:val="es-ES_tradnl"/>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Sombreadoclaro-nfasis2Car">
    <w:name w:val="Sombreado claro - Énfasis 2 Car"/>
    <w:link w:val="Sombreadoclaro-nfasis2"/>
    <w:locked/>
    <w:rsid w:val="001F09BA"/>
    <w:rPr>
      <w:rFonts w:ascii="Calibri" w:eastAsia="Calibri" w:hAnsi="Calibri" w:hint="default"/>
      <w:b/>
      <w:bCs/>
      <w:i/>
      <w:iCs/>
      <w:color w:val="4F81BD"/>
      <w:sz w:val="22"/>
      <w:szCs w:val="22"/>
      <w:lang w:val="es-ES_tradnl" w:eastAsia="en-US"/>
    </w:rPr>
  </w:style>
  <w:style w:type="character" w:customStyle="1" w:styleId="FontStyle46">
    <w:name w:val="Font Style46"/>
    <w:uiPriority w:val="99"/>
    <w:rsid w:val="001F09BA"/>
    <w:rPr>
      <w:rFonts w:ascii="Arial Narrow" w:hAnsi="Arial Narrow" w:hint="default"/>
      <w:b/>
      <w:bCs w:val="0"/>
      <w:sz w:val="24"/>
    </w:rPr>
  </w:style>
  <w:style w:type="table" w:styleId="Sombreadomedio1-nfasis5">
    <w:name w:val="Medium Shading 1 Accent 5"/>
    <w:basedOn w:val="Tablanormal"/>
    <w:uiPriority w:val="60"/>
    <w:qFormat/>
    <w:rsid w:val="001F09BA"/>
    <w:pPr>
      <w:spacing w:after="0" w:line="240" w:lineRule="auto"/>
    </w:pPr>
    <w:rPr>
      <w:rFonts w:ascii="Cambria" w:eastAsia="Times New Roman" w:hAnsi="Cambria" w:cs="Times New Roman"/>
      <w:color w:val="365F91"/>
      <w:lang w:val="es-CO" w:eastAsia="es-ES_tradnl"/>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Cita">
    <w:name w:val="Quote"/>
    <w:basedOn w:val="Normal"/>
    <w:next w:val="Normal"/>
    <w:link w:val="CitaCar"/>
    <w:uiPriority w:val="29"/>
    <w:qFormat/>
    <w:rsid w:val="001F09BA"/>
    <w:pPr>
      <w:spacing w:after="200" w:line="276" w:lineRule="auto"/>
    </w:pPr>
    <w:rPr>
      <w:rFonts w:ascii="Calibri" w:eastAsia="Calibri" w:hAnsi="Calibri"/>
      <w:i/>
      <w:iCs/>
      <w:color w:val="000000"/>
      <w:sz w:val="22"/>
      <w:szCs w:val="22"/>
      <w:lang w:eastAsia="en-US"/>
    </w:rPr>
  </w:style>
  <w:style w:type="character" w:customStyle="1" w:styleId="CitaCar">
    <w:name w:val="Cita Car"/>
    <w:basedOn w:val="Fuentedeprrafopredeter"/>
    <w:link w:val="Cita"/>
    <w:uiPriority w:val="29"/>
    <w:rsid w:val="001F09BA"/>
    <w:rPr>
      <w:rFonts w:ascii="Calibri" w:eastAsia="Calibri" w:hAnsi="Calibri" w:cs="Times New Roman"/>
      <w:i/>
      <w:iCs/>
      <w:color w:val="000000"/>
      <w:lang w:val="es-ES_tradnl"/>
    </w:rPr>
  </w:style>
  <w:style w:type="paragraph" w:customStyle="1" w:styleId="Textosinformato1">
    <w:name w:val="Texto sin formato1"/>
    <w:basedOn w:val="Normal"/>
    <w:rsid w:val="001F09BA"/>
    <w:rPr>
      <w:rFonts w:ascii="Courier New" w:hAnsi="Courier New"/>
      <w:sz w:val="20"/>
      <w:szCs w:val="20"/>
      <w:lang w:val="es-ES" w:eastAsia="es-ES"/>
    </w:rPr>
  </w:style>
  <w:style w:type="paragraph" w:customStyle="1" w:styleId="CM13">
    <w:name w:val="CM13"/>
    <w:basedOn w:val="Default"/>
    <w:next w:val="Default"/>
    <w:uiPriority w:val="99"/>
    <w:rsid w:val="001F09BA"/>
    <w:rPr>
      <w:rFonts w:ascii="Arial" w:eastAsia="Calibri" w:hAnsi="Arial" w:cs="Arial"/>
      <w:color w:val="auto"/>
      <w:lang w:val="en-US" w:eastAsia="en-US"/>
    </w:rPr>
  </w:style>
  <w:style w:type="paragraph" w:customStyle="1" w:styleId="Estilo">
    <w:name w:val="Estilo"/>
    <w:rsid w:val="001F09BA"/>
    <w:pPr>
      <w:widowControl w:val="0"/>
      <w:autoSpaceDE w:val="0"/>
      <w:autoSpaceDN w:val="0"/>
      <w:adjustRightInd w:val="0"/>
      <w:spacing w:after="0" w:line="240" w:lineRule="auto"/>
    </w:pPr>
    <w:rPr>
      <w:rFonts w:ascii="Arial" w:eastAsia="Times New Roman" w:hAnsi="Arial" w:cs="Arial"/>
      <w:sz w:val="24"/>
      <w:szCs w:val="24"/>
      <w:lang w:val="es-CO" w:eastAsia="es-CO"/>
    </w:rPr>
  </w:style>
  <w:style w:type="paragraph" w:customStyle="1" w:styleId="msonormal0">
    <w:name w:val="msonormal"/>
    <w:basedOn w:val="Normal"/>
    <w:rsid w:val="001F09BA"/>
    <w:pPr>
      <w:spacing w:before="100" w:beforeAutospacing="1" w:after="100" w:afterAutospacing="1"/>
    </w:pPr>
    <w:rPr>
      <w:lang w:val="es-CO" w:eastAsia="es-CO"/>
    </w:rPr>
  </w:style>
  <w:style w:type="paragraph" w:customStyle="1" w:styleId="TableParagraph">
    <w:name w:val="Table Paragraph"/>
    <w:basedOn w:val="Normal"/>
    <w:uiPriority w:val="1"/>
    <w:qFormat/>
    <w:rsid w:val="001F09BA"/>
    <w:pPr>
      <w:widowControl w:val="0"/>
      <w:autoSpaceDE w:val="0"/>
      <w:autoSpaceDN w:val="0"/>
    </w:pPr>
    <w:rPr>
      <w:rFonts w:ascii="Arial MT" w:eastAsia="Arial MT" w:hAnsi="Arial MT" w:cs="Arial MT"/>
      <w:sz w:val="22"/>
      <w:szCs w:val="22"/>
      <w:lang w:val="es-ES" w:eastAsia="en-US"/>
    </w:rPr>
  </w:style>
  <w:style w:type="character" w:customStyle="1" w:styleId="Mencinsinresolver1">
    <w:name w:val="Mención sin resolver1"/>
    <w:basedOn w:val="Fuentedeprrafopredeter"/>
    <w:uiPriority w:val="99"/>
    <w:semiHidden/>
    <w:unhideWhenUsed/>
    <w:rsid w:val="001F09BA"/>
    <w:rPr>
      <w:color w:val="605E5C"/>
      <w:shd w:val="clear" w:color="auto" w:fill="E1DFDD"/>
    </w:rPr>
  </w:style>
  <w:style w:type="numbering" w:customStyle="1" w:styleId="Sinlista1">
    <w:name w:val="Sin lista1"/>
    <w:next w:val="Sinlista"/>
    <w:uiPriority w:val="99"/>
    <w:semiHidden/>
    <w:unhideWhenUsed/>
    <w:rsid w:val="00876B18"/>
  </w:style>
  <w:style w:type="table" w:customStyle="1" w:styleId="Cuadrculamedia1-nfasis21">
    <w:name w:val="Cuadrícula media 1 - Énfasis 21"/>
    <w:basedOn w:val="Tablanormal"/>
    <w:next w:val="Cuadrculamedia1-nfasis2"/>
    <w:uiPriority w:val="34"/>
    <w:rsid w:val="00876B18"/>
    <w:pPr>
      <w:snapToGrid w:val="0"/>
      <w:spacing w:after="0" w:line="240" w:lineRule="auto"/>
    </w:pPr>
    <w:rPr>
      <w:rFonts w:ascii="Arial" w:eastAsia="Times New Roman" w:hAnsi="Arial" w:cs="Arial"/>
      <w:szCs w:val="20"/>
      <w:lang w:val="es-ES_tradnl"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Sombreadoclaro-nfasis21">
    <w:name w:val="Sombreado claro - Énfasis 21"/>
    <w:basedOn w:val="Tablanormal"/>
    <w:next w:val="Sombreadoclaro-nfasis2"/>
    <w:rsid w:val="00876B18"/>
    <w:pPr>
      <w:spacing w:after="0" w:line="240" w:lineRule="auto"/>
    </w:pPr>
    <w:rPr>
      <w:rFonts w:ascii="Calibri" w:eastAsia="Calibri" w:hAnsi="Calibri" w:cs="Times New Roman"/>
      <w:b/>
      <w:bCs/>
      <w:i/>
      <w:iCs/>
      <w:color w:val="4F81BD"/>
      <w:lang w:val="es-ES_tradnl"/>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CitadestacadaCar">
    <w:name w:val="Cita destacada Car"/>
    <w:basedOn w:val="Fuentedeprrafopredeter"/>
    <w:link w:val="Citadestacada"/>
    <w:uiPriority w:val="30"/>
    <w:rsid w:val="00876B18"/>
    <w:rPr>
      <w:i/>
      <w:iCs/>
      <w:color w:val="2E74B5" w:themeColor="accent1" w:themeShade="BF"/>
      <w:kern w:val="2"/>
      <w14:ligatures w14:val="standardContextual"/>
    </w:rPr>
  </w:style>
  <w:style w:type="paragraph" w:styleId="Citadestacada">
    <w:name w:val="Intense Quote"/>
    <w:basedOn w:val="Normal"/>
    <w:next w:val="Normal"/>
    <w:link w:val="CitadestacadaCar"/>
    <w:uiPriority w:val="30"/>
    <w:qFormat/>
    <w:rsid w:val="00876B18"/>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lang w:val="en-US" w:eastAsia="en-US"/>
      <w14:ligatures w14:val="standardContextual"/>
    </w:rPr>
  </w:style>
  <w:style w:type="character" w:customStyle="1" w:styleId="CitadestacadaCar1">
    <w:name w:val="Cita destacada Car1"/>
    <w:basedOn w:val="Fuentedeprrafopredeter"/>
    <w:uiPriority w:val="30"/>
    <w:rsid w:val="00876B18"/>
    <w:rPr>
      <w:rFonts w:ascii="Times New Roman" w:eastAsia="Times New Roman" w:hAnsi="Times New Roman" w:cs="Times New Roman"/>
      <w:i/>
      <w:iCs/>
      <w:color w:val="5B9BD5" w:themeColor="accent1"/>
      <w:sz w:val="24"/>
      <w:szCs w:val="24"/>
      <w:lang w:val="es-ES_tradnl" w:eastAsia="es-ES_tradnl"/>
    </w:rPr>
  </w:style>
  <w:style w:type="character" w:styleId="Textodelmarcadordeposicin">
    <w:name w:val="Placeholder Text"/>
    <w:basedOn w:val="Fuentedeprrafopredeter"/>
    <w:uiPriority w:val="99"/>
    <w:semiHidden/>
    <w:rsid w:val="002C3F9B"/>
    <w:rPr>
      <w:color w:val="808080"/>
    </w:rPr>
  </w:style>
  <w:style w:type="character" w:customStyle="1" w:styleId="all">
    <w:name w:val="all"/>
    <w:basedOn w:val="Fuentedeprrafopredeter"/>
    <w:rsid w:val="002C3F9B"/>
  </w:style>
  <w:style w:type="paragraph" w:customStyle="1" w:styleId="paratabla">
    <w:name w:val="paratabla"/>
    <w:basedOn w:val="Normal"/>
    <w:rsid w:val="002C3F9B"/>
    <w:pPr>
      <w:spacing w:before="20" w:after="20"/>
      <w:jc w:val="both"/>
    </w:pPr>
    <w:rPr>
      <w:rFonts w:ascii="Arial" w:hAnsi="Arial"/>
      <w:sz w:val="22"/>
      <w:szCs w:val="20"/>
      <w:lang w:eastAsia="es-MX"/>
    </w:rPr>
  </w:style>
  <w:style w:type="table" w:customStyle="1" w:styleId="TableNormal">
    <w:name w:val="Table Normal"/>
    <w:uiPriority w:val="2"/>
    <w:qFormat/>
    <w:rsid w:val="002C3F9B"/>
    <w:pPr>
      <w:spacing w:after="200" w:line="276" w:lineRule="auto"/>
    </w:pPr>
    <w:rPr>
      <w:rFonts w:ascii="Arial" w:eastAsia="Arial" w:hAnsi="Arial" w:cs="Arial"/>
      <w:sz w:val="24"/>
      <w:szCs w:val="24"/>
      <w:lang w:val="es-CO" w:eastAsia="es-CO"/>
    </w:rPr>
    <w:tblPr>
      <w:tblCellMar>
        <w:top w:w="0" w:type="dxa"/>
        <w:left w:w="0" w:type="dxa"/>
        <w:bottom w:w="0" w:type="dxa"/>
        <w:right w:w="0" w:type="dxa"/>
      </w:tblCellMar>
    </w:tblPr>
  </w:style>
  <w:style w:type="table" w:customStyle="1" w:styleId="90">
    <w:name w:val="90"/>
    <w:basedOn w:val="TableNormal"/>
    <w:rsid w:val="002C3F9B"/>
    <w:tblPr>
      <w:tblStyleRowBandSize w:val="1"/>
      <w:tblStyleColBandSize w:val="1"/>
      <w:tblCellMar>
        <w:top w:w="100" w:type="dxa"/>
        <w:left w:w="100" w:type="dxa"/>
        <w:bottom w:w="100" w:type="dxa"/>
        <w:right w:w="100" w:type="dxa"/>
      </w:tblCellMar>
    </w:tblPr>
  </w:style>
  <w:style w:type="table" w:customStyle="1" w:styleId="89">
    <w:name w:val="89"/>
    <w:basedOn w:val="TableNormal"/>
    <w:rsid w:val="002C3F9B"/>
    <w:tblPr>
      <w:tblStyleRowBandSize w:val="1"/>
      <w:tblStyleColBandSize w:val="1"/>
      <w:tblCellMar>
        <w:top w:w="100" w:type="dxa"/>
        <w:left w:w="100" w:type="dxa"/>
        <w:bottom w:w="100" w:type="dxa"/>
        <w:right w:w="100" w:type="dxa"/>
      </w:tblCellMar>
    </w:tblPr>
  </w:style>
  <w:style w:type="table" w:customStyle="1" w:styleId="88">
    <w:name w:val="88"/>
    <w:basedOn w:val="TableNormal"/>
    <w:rsid w:val="002C3F9B"/>
    <w:tblPr>
      <w:tblStyleRowBandSize w:val="1"/>
      <w:tblStyleColBandSize w:val="1"/>
      <w:tblCellMar>
        <w:top w:w="100" w:type="dxa"/>
        <w:left w:w="100" w:type="dxa"/>
        <w:bottom w:w="100" w:type="dxa"/>
        <w:right w:w="100" w:type="dxa"/>
      </w:tblCellMar>
    </w:tblPr>
  </w:style>
  <w:style w:type="table" w:customStyle="1" w:styleId="87">
    <w:name w:val="87"/>
    <w:basedOn w:val="TableNormal"/>
    <w:rsid w:val="002C3F9B"/>
    <w:tblPr>
      <w:tblStyleRowBandSize w:val="1"/>
      <w:tblStyleColBandSize w:val="1"/>
      <w:tblCellMar>
        <w:top w:w="100" w:type="dxa"/>
        <w:left w:w="100" w:type="dxa"/>
        <w:bottom w:w="100" w:type="dxa"/>
        <w:right w:w="100" w:type="dxa"/>
      </w:tblCellMar>
    </w:tblPr>
  </w:style>
  <w:style w:type="table" w:customStyle="1" w:styleId="86">
    <w:name w:val="86"/>
    <w:basedOn w:val="TableNormal"/>
    <w:rsid w:val="002C3F9B"/>
    <w:tblPr>
      <w:tblStyleRowBandSize w:val="1"/>
      <w:tblStyleColBandSize w:val="1"/>
      <w:tblCellMar>
        <w:top w:w="100" w:type="dxa"/>
        <w:left w:w="100" w:type="dxa"/>
        <w:bottom w:w="100" w:type="dxa"/>
        <w:right w:w="100" w:type="dxa"/>
      </w:tblCellMar>
    </w:tblPr>
  </w:style>
  <w:style w:type="table" w:customStyle="1" w:styleId="85">
    <w:name w:val="85"/>
    <w:basedOn w:val="TableNormal"/>
    <w:rsid w:val="002C3F9B"/>
    <w:tblPr>
      <w:tblStyleRowBandSize w:val="1"/>
      <w:tblStyleColBandSize w:val="1"/>
      <w:tblCellMar>
        <w:top w:w="100" w:type="dxa"/>
        <w:left w:w="100" w:type="dxa"/>
        <w:bottom w:w="100" w:type="dxa"/>
        <w:right w:w="100" w:type="dxa"/>
      </w:tblCellMar>
    </w:tblPr>
  </w:style>
  <w:style w:type="table" w:customStyle="1" w:styleId="84">
    <w:name w:val="84"/>
    <w:basedOn w:val="TableNormal"/>
    <w:rsid w:val="002C3F9B"/>
    <w:tblPr>
      <w:tblStyleRowBandSize w:val="1"/>
      <w:tblStyleColBandSize w:val="1"/>
      <w:tblCellMar>
        <w:top w:w="100" w:type="dxa"/>
        <w:left w:w="100" w:type="dxa"/>
        <w:bottom w:w="100" w:type="dxa"/>
        <w:right w:w="100" w:type="dxa"/>
      </w:tblCellMar>
    </w:tblPr>
  </w:style>
  <w:style w:type="table" w:customStyle="1" w:styleId="83">
    <w:name w:val="83"/>
    <w:basedOn w:val="TableNormal"/>
    <w:rsid w:val="002C3F9B"/>
    <w:tblPr>
      <w:tblStyleRowBandSize w:val="1"/>
      <w:tblStyleColBandSize w:val="1"/>
      <w:tblCellMar>
        <w:top w:w="100" w:type="dxa"/>
        <w:left w:w="100" w:type="dxa"/>
        <w:bottom w:w="100" w:type="dxa"/>
        <w:right w:w="100" w:type="dxa"/>
      </w:tblCellMar>
    </w:tblPr>
  </w:style>
  <w:style w:type="table" w:customStyle="1" w:styleId="82">
    <w:name w:val="82"/>
    <w:basedOn w:val="TableNormal"/>
    <w:rsid w:val="002C3F9B"/>
    <w:tblPr>
      <w:tblStyleRowBandSize w:val="1"/>
      <w:tblStyleColBandSize w:val="1"/>
      <w:tblCellMar>
        <w:top w:w="100" w:type="dxa"/>
        <w:left w:w="100" w:type="dxa"/>
        <w:bottom w:w="100" w:type="dxa"/>
        <w:right w:w="100" w:type="dxa"/>
      </w:tblCellMar>
    </w:tblPr>
  </w:style>
  <w:style w:type="table" w:customStyle="1" w:styleId="81">
    <w:name w:val="81"/>
    <w:basedOn w:val="TableNormal"/>
    <w:rsid w:val="002C3F9B"/>
    <w:tblPr>
      <w:tblStyleRowBandSize w:val="1"/>
      <w:tblStyleColBandSize w:val="1"/>
      <w:tblCellMar>
        <w:top w:w="100" w:type="dxa"/>
        <w:left w:w="100" w:type="dxa"/>
        <w:bottom w:w="100" w:type="dxa"/>
        <w:right w:w="100" w:type="dxa"/>
      </w:tblCellMar>
    </w:tblPr>
  </w:style>
  <w:style w:type="table" w:customStyle="1" w:styleId="80">
    <w:name w:val="80"/>
    <w:basedOn w:val="TableNormal"/>
    <w:rsid w:val="002C3F9B"/>
    <w:tblPr>
      <w:tblStyleRowBandSize w:val="1"/>
      <w:tblStyleColBandSize w:val="1"/>
      <w:tblCellMar>
        <w:top w:w="100" w:type="dxa"/>
        <w:left w:w="100" w:type="dxa"/>
        <w:bottom w:w="100" w:type="dxa"/>
        <w:right w:w="100" w:type="dxa"/>
      </w:tblCellMar>
    </w:tblPr>
  </w:style>
  <w:style w:type="table" w:customStyle="1" w:styleId="79">
    <w:name w:val="79"/>
    <w:basedOn w:val="TableNormal"/>
    <w:rsid w:val="002C3F9B"/>
    <w:tblPr>
      <w:tblStyleRowBandSize w:val="1"/>
      <w:tblStyleColBandSize w:val="1"/>
      <w:tblCellMar>
        <w:top w:w="100" w:type="dxa"/>
        <w:left w:w="100" w:type="dxa"/>
        <w:bottom w:w="100" w:type="dxa"/>
        <w:right w:w="100" w:type="dxa"/>
      </w:tblCellMar>
    </w:tblPr>
  </w:style>
  <w:style w:type="table" w:customStyle="1" w:styleId="78">
    <w:name w:val="78"/>
    <w:basedOn w:val="TableNormal"/>
    <w:rsid w:val="002C3F9B"/>
    <w:tblPr>
      <w:tblStyleRowBandSize w:val="1"/>
      <w:tblStyleColBandSize w:val="1"/>
      <w:tblCellMar>
        <w:left w:w="70" w:type="dxa"/>
        <w:right w:w="70" w:type="dxa"/>
      </w:tblCellMar>
    </w:tblPr>
  </w:style>
  <w:style w:type="table" w:customStyle="1" w:styleId="77">
    <w:name w:val="77"/>
    <w:basedOn w:val="TableNormal"/>
    <w:rsid w:val="002C3F9B"/>
    <w:tblPr>
      <w:tblStyleRowBandSize w:val="1"/>
      <w:tblStyleColBandSize w:val="1"/>
      <w:tblCellMar>
        <w:left w:w="70" w:type="dxa"/>
        <w:right w:w="70" w:type="dxa"/>
      </w:tblCellMar>
    </w:tblPr>
  </w:style>
  <w:style w:type="table" w:customStyle="1" w:styleId="76">
    <w:name w:val="76"/>
    <w:basedOn w:val="TableNormal"/>
    <w:rsid w:val="002C3F9B"/>
    <w:tblPr>
      <w:tblStyleRowBandSize w:val="1"/>
      <w:tblStyleColBandSize w:val="1"/>
      <w:tblCellMar>
        <w:left w:w="70" w:type="dxa"/>
        <w:right w:w="70" w:type="dxa"/>
      </w:tblCellMar>
    </w:tblPr>
  </w:style>
  <w:style w:type="table" w:customStyle="1" w:styleId="75">
    <w:name w:val="75"/>
    <w:basedOn w:val="TableNormal"/>
    <w:rsid w:val="002C3F9B"/>
    <w:tblPr>
      <w:tblStyleRowBandSize w:val="1"/>
      <w:tblStyleColBandSize w:val="1"/>
      <w:tblCellMar>
        <w:left w:w="70" w:type="dxa"/>
        <w:right w:w="70" w:type="dxa"/>
      </w:tblCellMar>
    </w:tblPr>
  </w:style>
  <w:style w:type="table" w:customStyle="1" w:styleId="74">
    <w:name w:val="74"/>
    <w:basedOn w:val="TableNormal"/>
    <w:rsid w:val="002C3F9B"/>
    <w:tblPr>
      <w:tblStyleRowBandSize w:val="1"/>
      <w:tblStyleColBandSize w:val="1"/>
      <w:tblCellMar>
        <w:top w:w="100" w:type="dxa"/>
        <w:left w:w="100" w:type="dxa"/>
        <w:bottom w:w="100" w:type="dxa"/>
        <w:right w:w="100" w:type="dxa"/>
      </w:tblCellMar>
    </w:tblPr>
  </w:style>
  <w:style w:type="table" w:customStyle="1" w:styleId="73">
    <w:name w:val="73"/>
    <w:basedOn w:val="TableNormal"/>
    <w:rsid w:val="002C3F9B"/>
    <w:tblPr>
      <w:tblStyleRowBandSize w:val="1"/>
      <w:tblStyleColBandSize w:val="1"/>
      <w:tblCellMar>
        <w:top w:w="100" w:type="dxa"/>
        <w:left w:w="100" w:type="dxa"/>
        <w:bottom w:w="100" w:type="dxa"/>
        <w:right w:w="100" w:type="dxa"/>
      </w:tblCellMar>
    </w:tblPr>
  </w:style>
  <w:style w:type="table" w:customStyle="1" w:styleId="72">
    <w:name w:val="72"/>
    <w:basedOn w:val="TableNormal"/>
    <w:rsid w:val="002C3F9B"/>
    <w:tblPr>
      <w:tblStyleRowBandSize w:val="1"/>
      <w:tblStyleColBandSize w:val="1"/>
      <w:tblCellMar>
        <w:top w:w="100" w:type="dxa"/>
        <w:left w:w="100" w:type="dxa"/>
        <w:bottom w:w="100" w:type="dxa"/>
        <w:right w:w="100" w:type="dxa"/>
      </w:tblCellMar>
    </w:tblPr>
  </w:style>
  <w:style w:type="table" w:customStyle="1" w:styleId="71">
    <w:name w:val="71"/>
    <w:basedOn w:val="TableNormal"/>
    <w:rsid w:val="002C3F9B"/>
    <w:tblPr>
      <w:tblStyleRowBandSize w:val="1"/>
      <w:tblStyleColBandSize w:val="1"/>
      <w:tblCellMar>
        <w:top w:w="100" w:type="dxa"/>
        <w:left w:w="100" w:type="dxa"/>
        <w:bottom w:w="100" w:type="dxa"/>
        <w:right w:w="100" w:type="dxa"/>
      </w:tblCellMar>
    </w:tblPr>
  </w:style>
  <w:style w:type="table" w:customStyle="1" w:styleId="70">
    <w:name w:val="70"/>
    <w:basedOn w:val="TableNormal"/>
    <w:rsid w:val="002C3F9B"/>
    <w:tblPr>
      <w:tblStyleRowBandSize w:val="1"/>
      <w:tblStyleColBandSize w:val="1"/>
      <w:tblCellMar>
        <w:left w:w="70" w:type="dxa"/>
        <w:right w:w="70" w:type="dxa"/>
      </w:tblCellMar>
    </w:tblPr>
  </w:style>
  <w:style w:type="table" w:customStyle="1" w:styleId="69">
    <w:name w:val="69"/>
    <w:basedOn w:val="TableNormal"/>
    <w:rsid w:val="002C3F9B"/>
    <w:tblPr>
      <w:tblStyleRowBandSize w:val="1"/>
      <w:tblStyleColBandSize w:val="1"/>
      <w:tblCellMar>
        <w:left w:w="70" w:type="dxa"/>
        <w:right w:w="70" w:type="dxa"/>
      </w:tblCellMar>
    </w:tblPr>
  </w:style>
  <w:style w:type="table" w:customStyle="1" w:styleId="68">
    <w:name w:val="68"/>
    <w:basedOn w:val="TableNormal"/>
    <w:rsid w:val="002C3F9B"/>
    <w:tblPr>
      <w:tblStyleRowBandSize w:val="1"/>
      <w:tblStyleColBandSize w:val="1"/>
      <w:tblCellMar>
        <w:left w:w="70" w:type="dxa"/>
        <w:right w:w="70" w:type="dxa"/>
      </w:tblCellMar>
    </w:tblPr>
  </w:style>
  <w:style w:type="table" w:customStyle="1" w:styleId="67">
    <w:name w:val="67"/>
    <w:basedOn w:val="TableNormal"/>
    <w:rsid w:val="002C3F9B"/>
    <w:tblPr>
      <w:tblStyleRowBandSize w:val="1"/>
      <w:tblStyleColBandSize w:val="1"/>
      <w:tblCellMar>
        <w:left w:w="70" w:type="dxa"/>
        <w:right w:w="70" w:type="dxa"/>
      </w:tblCellMar>
    </w:tblPr>
  </w:style>
  <w:style w:type="table" w:customStyle="1" w:styleId="66">
    <w:name w:val="66"/>
    <w:basedOn w:val="TableNormal"/>
    <w:rsid w:val="002C3F9B"/>
    <w:tblPr>
      <w:tblStyleRowBandSize w:val="1"/>
      <w:tblStyleColBandSize w:val="1"/>
      <w:tblCellMar>
        <w:left w:w="70" w:type="dxa"/>
        <w:right w:w="70" w:type="dxa"/>
      </w:tblCellMar>
    </w:tblPr>
  </w:style>
  <w:style w:type="table" w:customStyle="1" w:styleId="65">
    <w:name w:val="65"/>
    <w:basedOn w:val="TableNormal"/>
    <w:rsid w:val="002C3F9B"/>
    <w:tblPr>
      <w:tblStyleRowBandSize w:val="1"/>
      <w:tblStyleColBandSize w:val="1"/>
      <w:tblCellMar>
        <w:left w:w="70" w:type="dxa"/>
        <w:right w:w="70" w:type="dxa"/>
      </w:tblCellMar>
    </w:tblPr>
  </w:style>
  <w:style w:type="table" w:customStyle="1" w:styleId="64">
    <w:name w:val="64"/>
    <w:basedOn w:val="TableNormal"/>
    <w:rsid w:val="002C3F9B"/>
    <w:tblPr>
      <w:tblStyleRowBandSize w:val="1"/>
      <w:tblStyleColBandSize w:val="1"/>
      <w:tblCellMar>
        <w:left w:w="70" w:type="dxa"/>
        <w:right w:w="70" w:type="dxa"/>
      </w:tblCellMar>
    </w:tblPr>
  </w:style>
  <w:style w:type="table" w:customStyle="1" w:styleId="63">
    <w:name w:val="63"/>
    <w:basedOn w:val="TableNormal"/>
    <w:rsid w:val="002C3F9B"/>
    <w:tblPr>
      <w:tblStyleRowBandSize w:val="1"/>
      <w:tblStyleColBandSize w:val="1"/>
      <w:tblCellMar>
        <w:left w:w="70" w:type="dxa"/>
        <w:right w:w="70" w:type="dxa"/>
      </w:tblCellMar>
    </w:tblPr>
  </w:style>
  <w:style w:type="table" w:customStyle="1" w:styleId="62">
    <w:name w:val="62"/>
    <w:basedOn w:val="TableNormal"/>
    <w:rsid w:val="002C3F9B"/>
    <w:tblPr>
      <w:tblStyleRowBandSize w:val="1"/>
      <w:tblStyleColBandSize w:val="1"/>
      <w:tblCellMar>
        <w:left w:w="70" w:type="dxa"/>
        <w:right w:w="70" w:type="dxa"/>
      </w:tblCellMar>
    </w:tblPr>
  </w:style>
  <w:style w:type="table" w:customStyle="1" w:styleId="61">
    <w:name w:val="61"/>
    <w:basedOn w:val="TableNormal"/>
    <w:rsid w:val="002C3F9B"/>
    <w:tblPr>
      <w:tblStyleRowBandSize w:val="1"/>
      <w:tblStyleColBandSize w:val="1"/>
      <w:tblCellMar>
        <w:left w:w="70" w:type="dxa"/>
        <w:right w:w="70" w:type="dxa"/>
      </w:tblCellMar>
    </w:tblPr>
  </w:style>
  <w:style w:type="table" w:customStyle="1" w:styleId="60">
    <w:name w:val="60"/>
    <w:basedOn w:val="TableNormal"/>
    <w:rsid w:val="002C3F9B"/>
    <w:tblPr>
      <w:tblStyleRowBandSize w:val="1"/>
      <w:tblStyleColBandSize w:val="1"/>
      <w:tblCellMar>
        <w:left w:w="70" w:type="dxa"/>
        <w:right w:w="70" w:type="dxa"/>
      </w:tblCellMar>
    </w:tblPr>
  </w:style>
  <w:style w:type="table" w:customStyle="1" w:styleId="59">
    <w:name w:val="59"/>
    <w:basedOn w:val="TableNormal"/>
    <w:rsid w:val="002C3F9B"/>
    <w:tblPr>
      <w:tblStyleRowBandSize w:val="1"/>
      <w:tblStyleColBandSize w:val="1"/>
      <w:tblCellMar>
        <w:left w:w="70" w:type="dxa"/>
        <w:right w:w="70" w:type="dxa"/>
      </w:tblCellMar>
    </w:tblPr>
  </w:style>
  <w:style w:type="table" w:customStyle="1" w:styleId="58">
    <w:name w:val="58"/>
    <w:basedOn w:val="TableNormal"/>
    <w:rsid w:val="002C3F9B"/>
    <w:tblPr>
      <w:tblStyleRowBandSize w:val="1"/>
      <w:tblStyleColBandSize w:val="1"/>
      <w:tblCellMar>
        <w:left w:w="70" w:type="dxa"/>
        <w:right w:w="70" w:type="dxa"/>
      </w:tblCellMar>
    </w:tblPr>
  </w:style>
  <w:style w:type="table" w:customStyle="1" w:styleId="57">
    <w:name w:val="57"/>
    <w:basedOn w:val="TableNormal"/>
    <w:rsid w:val="002C3F9B"/>
    <w:tblPr>
      <w:tblStyleRowBandSize w:val="1"/>
      <w:tblStyleColBandSize w:val="1"/>
      <w:tblCellMar>
        <w:left w:w="70" w:type="dxa"/>
        <w:right w:w="70" w:type="dxa"/>
      </w:tblCellMar>
    </w:tblPr>
  </w:style>
  <w:style w:type="table" w:customStyle="1" w:styleId="56">
    <w:name w:val="56"/>
    <w:basedOn w:val="TableNormal"/>
    <w:rsid w:val="002C3F9B"/>
    <w:tblPr>
      <w:tblStyleRowBandSize w:val="1"/>
      <w:tblStyleColBandSize w:val="1"/>
      <w:tblCellMar>
        <w:left w:w="70" w:type="dxa"/>
        <w:right w:w="70" w:type="dxa"/>
      </w:tblCellMar>
    </w:tblPr>
  </w:style>
  <w:style w:type="table" w:customStyle="1" w:styleId="55">
    <w:name w:val="55"/>
    <w:basedOn w:val="TableNormal"/>
    <w:rsid w:val="002C3F9B"/>
    <w:tblPr>
      <w:tblStyleRowBandSize w:val="1"/>
      <w:tblStyleColBandSize w:val="1"/>
      <w:tblCellMar>
        <w:left w:w="70" w:type="dxa"/>
        <w:right w:w="70" w:type="dxa"/>
      </w:tblCellMar>
    </w:tblPr>
  </w:style>
  <w:style w:type="table" w:customStyle="1" w:styleId="54">
    <w:name w:val="54"/>
    <w:basedOn w:val="TableNormal"/>
    <w:rsid w:val="002C3F9B"/>
    <w:tblPr>
      <w:tblStyleRowBandSize w:val="1"/>
      <w:tblStyleColBandSize w:val="1"/>
      <w:tblCellMar>
        <w:left w:w="70" w:type="dxa"/>
        <w:right w:w="70" w:type="dxa"/>
      </w:tblCellMar>
    </w:tblPr>
  </w:style>
  <w:style w:type="table" w:customStyle="1" w:styleId="53">
    <w:name w:val="53"/>
    <w:basedOn w:val="TableNormal"/>
    <w:rsid w:val="002C3F9B"/>
    <w:tblPr>
      <w:tblStyleRowBandSize w:val="1"/>
      <w:tblStyleColBandSize w:val="1"/>
      <w:tblCellMar>
        <w:left w:w="70" w:type="dxa"/>
        <w:right w:w="70" w:type="dxa"/>
      </w:tblCellMar>
    </w:tblPr>
  </w:style>
  <w:style w:type="table" w:customStyle="1" w:styleId="52">
    <w:name w:val="52"/>
    <w:basedOn w:val="TableNormal"/>
    <w:rsid w:val="002C3F9B"/>
    <w:tblPr>
      <w:tblStyleRowBandSize w:val="1"/>
      <w:tblStyleColBandSize w:val="1"/>
      <w:tblCellMar>
        <w:left w:w="70" w:type="dxa"/>
        <w:right w:w="70" w:type="dxa"/>
      </w:tblCellMar>
    </w:tblPr>
  </w:style>
  <w:style w:type="table" w:customStyle="1" w:styleId="51">
    <w:name w:val="51"/>
    <w:basedOn w:val="TableNormal"/>
    <w:rsid w:val="002C3F9B"/>
    <w:tblPr>
      <w:tblStyleRowBandSize w:val="1"/>
      <w:tblStyleColBandSize w:val="1"/>
      <w:tblCellMar>
        <w:left w:w="70" w:type="dxa"/>
        <w:right w:w="70" w:type="dxa"/>
      </w:tblCellMar>
    </w:tblPr>
  </w:style>
  <w:style w:type="table" w:customStyle="1" w:styleId="50">
    <w:name w:val="50"/>
    <w:basedOn w:val="TableNormal"/>
    <w:rsid w:val="002C3F9B"/>
    <w:tblPr>
      <w:tblStyleRowBandSize w:val="1"/>
      <w:tblStyleColBandSize w:val="1"/>
      <w:tblCellMar>
        <w:left w:w="70" w:type="dxa"/>
        <w:right w:w="70" w:type="dxa"/>
      </w:tblCellMar>
    </w:tblPr>
  </w:style>
  <w:style w:type="table" w:customStyle="1" w:styleId="49">
    <w:name w:val="49"/>
    <w:basedOn w:val="TableNormal"/>
    <w:rsid w:val="002C3F9B"/>
    <w:tblPr>
      <w:tblStyleRowBandSize w:val="1"/>
      <w:tblStyleColBandSize w:val="1"/>
      <w:tblCellMar>
        <w:left w:w="70" w:type="dxa"/>
        <w:right w:w="70" w:type="dxa"/>
      </w:tblCellMar>
    </w:tblPr>
  </w:style>
  <w:style w:type="table" w:customStyle="1" w:styleId="48">
    <w:name w:val="48"/>
    <w:basedOn w:val="TableNormal"/>
    <w:rsid w:val="002C3F9B"/>
    <w:tblPr>
      <w:tblStyleRowBandSize w:val="1"/>
      <w:tblStyleColBandSize w:val="1"/>
      <w:tblCellMar>
        <w:left w:w="70" w:type="dxa"/>
        <w:right w:w="70" w:type="dxa"/>
      </w:tblCellMar>
    </w:tblPr>
  </w:style>
  <w:style w:type="table" w:customStyle="1" w:styleId="47">
    <w:name w:val="47"/>
    <w:basedOn w:val="TableNormal"/>
    <w:rsid w:val="002C3F9B"/>
    <w:tblPr>
      <w:tblStyleRowBandSize w:val="1"/>
      <w:tblStyleColBandSize w:val="1"/>
      <w:tblCellMar>
        <w:left w:w="70" w:type="dxa"/>
        <w:right w:w="70" w:type="dxa"/>
      </w:tblCellMar>
    </w:tblPr>
  </w:style>
  <w:style w:type="table" w:customStyle="1" w:styleId="46">
    <w:name w:val="46"/>
    <w:basedOn w:val="TableNormal"/>
    <w:rsid w:val="002C3F9B"/>
    <w:tblPr>
      <w:tblStyleRowBandSize w:val="1"/>
      <w:tblStyleColBandSize w:val="1"/>
      <w:tblCellMar>
        <w:left w:w="70" w:type="dxa"/>
        <w:right w:w="70" w:type="dxa"/>
      </w:tblCellMar>
    </w:tblPr>
  </w:style>
  <w:style w:type="table" w:customStyle="1" w:styleId="45">
    <w:name w:val="45"/>
    <w:basedOn w:val="TableNormal"/>
    <w:rsid w:val="002C3F9B"/>
    <w:tblPr>
      <w:tblStyleRowBandSize w:val="1"/>
      <w:tblStyleColBandSize w:val="1"/>
      <w:tblCellMar>
        <w:left w:w="70" w:type="dxa"/>
        <w:right w:w="70" w:type="dxa"/>
      </w:tblCellMar>
    </w:tblPr>
  </w:style>
  <w:style w:type="table" w:customStyle="1" w:styleId="44">
    <w:name w:val="44"/>
    <w:basedOn w:val="TableNormal"/>
    <w:rsid w:val="002C3F9B"/>
    <w:tblPr>
      <w:tblStyleRowBandSize w:val="1"/>
      <w:tblStyleColBandSize w:val="1"/>
      <w:tblCellMar>
        <w:left w:w="70" w:type="dxa"/>
        <w:right w:w="70" w:type="dxa"/>
      </w:tblCellMar>
    </w:tblPr>
  </w:style>
  <w:style w:type="table" w:customStyle="1" w:styleId="43">
    <w:name w:val="43"/>
    <w:basedOn w:val="TableNormal"/>
    <w:rsid w:val="002C3F9B"/>
    <w:tblPr>
      <w:tblStyleRowBandSize w:val="1"/>
      <w:tblStyleColBandSize w:val="1"/>
      <w:tblCellMar>
        <w:left w:w="70" w:type="dxa"/>
        <w:right w:w="70" w:type="dxa"/>
      </w:tblCellMar>
    </w:tblPr>
  </w:style>
  <w:style w:type="table" w:customStyle="1" w:styleId="42">
    <w:name w:val="42"/>
    <w:basedOn w:val="TableNormal"/>
    <w:rsid w:val="002C3F9B"/>
    <w:tblPr>
      <w:tblStyleRowBandSize w:val="1"/>
      <w:tblStyleColBandSize w:val="1"/>
      <w:tblCellMar>
        <w:left w:w="70" w:type="dxa"/>
        <w:right w:w="70" w:type="dxa"/>
      </w:tblCellMar>
    </w:tblPr>
  </w:style>
  <w:style w:type="table" w:customStyle="1" w:styleId="41">
    <w:name w:val="41"/>
    <w:basedOn w:val="TableNormal"/>
    <w:rsid w:val="002C3F9B"/>
    <w:tblPr>
      <w:tblStyleRowBandSize w:val="1"/>
      <w:tblStyleColBandSize w:val="1"/>
      <w:tblCellMar>
        <w:left w:w="70" w:type="dxa"/>
        <w:right w:w="70" w:type="dxa"/>
      </w:tblCellMar>
    </w:tblPr>
  </w:style>
  <w:style w:type="table" w:customStyle="1" w:styleId="40">
    <w:name w:val="40"/>
    <w:basedOn w:val="TableNormal"/>
    <w:rsid w:val="002C3F9B"/>
    <w:tblPr>
      <w:tblStyleRowBandSize w:val="1"/>
      <w:tblStyleColBandSize w:val="1"/>
      <w:tblCellMar>
        <w:left w:w="70" w:type="dxa"/>
        <w:right w:w="70" w:type="dxa"/>
      </w:tblCellMar>
    </w:tblPr>
  </w:style>
  <w:style w:type="table" w:customStyle="1" w:styleId="39">
    <w:name w:val="39"/>
    <w:basedOn w:val="TableNormal"/>
    <w:rsid w:val="002C3F9B"/>
    <w:tblPr>
      <w:tblStyleRowBandSize w:val="1"/>
      <w:tblStyleColBandSize w:val="1"/>
      <w:tblCellMar>
        <w:left w:w="70" w:type="dxa"/>
        <w:right w:w="70" w:type="dxa"/>
      </w:tblCellMar>
    </w:tblPr>
  </w:style>
  <w:style w:type="table" w:customStyle="1" w:styleId="38">
    <w:name w:val="38"/>
    <w:basedOn w:val="TableNormal"/>
    <w:rsid w:val="002C3F9B"/>
    <w:tblPr>
      <w:tblStyleRowBandSize w:val="1"/>
      <w:tblStyleColBandSize w:val="1"/>
      <w:tblCellMar>
        <w:left w:w="70" w:type="dxa"/>
        <w:right w:w="70" w:type="dxa"/>
      </w:tblCellMar>
    </w:tblPr>
  </w:style>
  <w:style w:type="table" w:customStyle="1" w:styleId="37">
    <w:name w:val="37"/>
    <w:basedOn w:val="TableNormal"/>
    <w:rsid w:val="002C3F9B"/>
    <w:tblPr>
      <w:tblStyleRowBandSize w:val="1"/>
      <w:tblStyleColBandSize w:val="1"/>
      <w:tblCellMar>
        <w:left w:w="70" w:type="dxa"/>
        <w:right w:w="70" w:type="dxa"/>
      </w:tblCellMar>
    </w:tblPr>
  </w:style>
  <w:style w:type="table" w:customStyle="1" w:styleId="36">
    <w:name w:val="36"/>
    <w:basedOn w:val="TableNormal"/>
    <w:rsid w:val="002C3F9B"/>
    <w:tblPr>
      <w:tblStyleRowBandSize w:val="1"/>
      <w:tblStyleColBandSize w:val="1"/>
      <w:tblCellMar>
        <w:left w:w="70" w:type="dxa"/>
        <w:right w:w="70" w:type="dxa"/>
      </w:tblCellMar>
    </w:tblPr>
  </w:style>
  <w:style w:type="table" w:customStyle="1" w:styleId="35">
    <w:name w:val="35"/>
    <w:basedOn w:val="TableNormal"/>
    <w:rsid w:val="002C3F9B"/>
    <w:tblPr>
      <w:tblStyleRowBandSize w:val="1"/>
      <w:tblStyleColBandSize w:val="1"/>
      <w:tblCellMar>
        <w:left w:w="70" w:type="dxa"/>
        <w:right w:w="70" w:type="dxa"/>
      </w:tblCellMar>
    </w:tblPr>
  </w:style>
  <w:style w:type="table" w:customStyle="1" w:styleId="34">
    <w:name w:val="34"/>
    <w:basedOn w:val="TableNormal"/>
    <w:rsid w:val="002C3F9B"/>
    <w:tblPr>
      <w:tblStyleRowBandSize w:val="1"/>
      <w:tblStyleColBandSize w:val="1"/>
      <w:tblCellMar>
        <w:left w:w="70" w:type="dxa"/>
        <w:right w:w="70" w:type="dxa"/>
      </w:tblCellMar>
    </w:tblPr>
  </w:style>
  <w:style w:type="table" w:customStyle="1" w:styleId="33">
    <w:name w:val="33"/>
    <w:basedOn w:val="TableNormal"/>
    <w:rsid w:val="002C3F9B"/>
    <w:tblPr>
      <w:tblStyleRowBandSize w:val="1"/>
      <w:tblStyleColBandSize w:val="1"/>
      <w:tblCellMar>
        <w:left w:w="70" w:type="dxa"/>
        <w:right w:w="70" w:type="dxa"/>
      </w:tblCellMar>
    </w:tblPr>
  </w:style>
  <w:style w:type="table" w:customStyle="1" w:styleId="32">
    <w:name w:val="32"/>
    <w:basedOn w:val="TableNormal"/>
    <w:rsid w:val="002C3F9B"/>
    <w:tblPr>
      <w:tblStyleRowBandSize w:val="1"/>
      <w:tblStyleColBandSize w:val="1"/>
      <w:tblCellMar>
        <w:left w:w="70" w:type="dxa"/>
        <w:right w:w="70" w:type="dxa"/>
      </w:tblCellMar>
    </w:tblPr>
  </w:style>
  <w:style w:type="table" w:customStyle="1" w:styleId="31">
    <w:name w:val="31"/>
    <w:basedOn w:val="TableNormal"/>
    <w:rsid w:val="002C3F9B"/>
    <w:tblPr>
      <w:tblStyleRowBandSize w:val="1"/>
      <w:tblStyleColBandSize w:val="1"/>
      <w:tblCellMar>
        <w:left w:w="70" w:type="dxa"/>
        <w:right w:w="70" w:type="dxa"/>
      </w:tblCellMar>
    </w:tblPr>
  </w:style>
  <w:style w:type="table" w:customStyle="1" w:styleId="30">
    <w:name w:val="30"/>
    <w:basedOn w:val="TableNormal"/>
    <w:rsid w:val="002C3F9B"/>
    <w:tblPr>
      <w:tblStyleRowBandSize w:val="1"/>
      <w:tblStyleColBandSize w:val="1"/>
      <w:tblCellMar>
        <w:left w:w="70" w:type="dxa"/>
        <w:right w:w="70" w:type="dxa"/>
      </w:tblCellMar>
    </w:tblPr>
  </w:style>
  <w:style w:type="table" w:customStyle="1" w:styleId="29">
    <w:name w:val="29"/>
    <w:basedOn w:val="TableNormal"/>
    <w:rsid w:val="002C3F9B"/>
    <w:tblPr>
      <w:tblStyleRowBandSize w:val="1"/>
      <w:tblStyleColBandSize w:val="1"/>
      <w:tblCellMar>
        <w:left w:w="70" w:type="dxa"/>
        <w:right w:w="70" w:type="dxa"/>
      </w:tblCellMar>
    </w:tblPr>
  </w:style>
  <w:style w:type="table" w:customStyle="1" w:styleId="28">
    <w:name w:val="28"/>
    <w:basedOn w:val="TableNormal"/>
    <w:rsid w:val="002C3F9B"/>
    <w:tblPr>
      <w:tblStyleRowBandSize w:val="1"/>
      <w:tblStyleColBandSize w:val="1"/>
      <w:tblCellMar>
        <w:left w:w="70" w:type="dxa"/>
        <w:right w:w="70" w:type="dxa"/>
      </w:tblCellMar>
    </w:tblPr>
  </w:style>
  <w:style w:type="table" w:customStyle="1" w:styleId="27">
    <w:name w:val="27"/>
    <w:basedOn w:val="TableNormal"/>
    <w:rsid w:val="002C3F9B"/>
    <w:tblPr>
      <w:tblStyleRowBandSize w:val="1"/>
      <w:tblStyleColBandSize w:val="1"/>
      <w:tblCellMar>
        <w:left w:w="70" w:type="dxa"/>
        <w:right w:w="70" w:type="dxa"/>
      </w:tblCellMar>
    </w:tblPr>
  </w:style>
  <w:style w:type="table" w:customStyle="1" w:styleId="26">
    <w:name w:val="26"/>
    <w:basedOn w:val="TableNormal"/>
    <w:rsid w:val="002C3F9B"/>
    <w:tblPr>
      <w:tblStyleRowBandSize w:val="1"/>
      <w:tblStyleColBandSize w:val="1"/>
      <w:tblCellMar>
        <w:left w:w="70" w:type="dxa"/>
        <w:right w:w="70" w:type="dxa"/>
      </w:tblCellMar>
    </w:tblPr>
  </w:style>
  <w:style w:type="table" w:customStyle="1" w:styleId="25">
    <w:name w:val="25"/>
    <w:basedOn w:val="TableNormal"/>
    <w:rsid w:val="002C3F9B"/>
    <w:tblPr>
      <w:tblStyleRowBandSize w:val="1"/>
      <w:tblStyleColBandSize w:val="1"/>
      <w:tblCellMar>
        <w:left w:w="70" w:type="dxa"/>
        <w:right w:w="70" w:type="dxa"/>
      </w:tblCellMar>
    </w:tblPr>
  </w:style>
  <w:style w:type="table" w:customStyle="1" w:styleId="24">
    <w:name w:val="24"/>
    <w:basedOn w:val="TableNormal"/>
    <w:rsid w:val="002C3F9B"/>
    <w:tblPr>
      <w:tblStyleRowBandSize w:val="1"/>
      <w:tblStyleColBandSize w:val="1"/>
      <w:tblCellMar>
        <w:left w:w="70" w:type="dxa"/>
        <w:right w:w="70" w:type="dxa"/>
      </w:tblCellMar>
    </w:tblPr>
  </w:style>
  <w:style w:type="table" w:customStyle="1" w:styleId="23">
    <w:name w:val="23"/>
    <w:basedOn w:val="TableNormal"/>
    <w:rsid w:val="002C3F9B"/>
    <w:tblPr>
      <w:tblStyleRowBandSize w:val="1"/>
      <w:tblStyleColBandSize w:val="1"/>
      <w:tblCellMar>
        <w:top w:w="100" w:type="dxa"/>
        <w:left w:w="100" w:type="dxa"/>
        <w:bottom w:w="100" w:type="dxa"/>
        <w:right w:w="100" w:type="dxa"/>
      </w:tblCellMar>
    </w:tblPr>
  </w:style>
  <w:style w:type="table" w:customStyle="1" w:styleId="22">
    <w:name w:val="22"/>
    <w:basedOn w:val="TableNormal"/>
    <w:rsid w:val="002C3F9B"/>
    <w:tblPr>
      <w:tblStyleRowBandSize w:val="1"/>
      <w:tblStyleColBandSize w:val="1"/>
      <w:tblCellMar>
        <w:top w:w="100" w:type="dxa"/>
        <w:left w:w="100" w:type="dxa"/>
        <w:bottom w:w="100" w:type="dxa"/>
        <w:right w:w="100" w:type="dxa"/>
      </w:tblCellMar>
    </w:tblPr>
  </w:style>
  <w:style w:type="table" w:customStyle="1" w:styleId="21">
    <w:name w:val="21"/>
    <w:basedOn w:val="TableNormal"/>
    <w:rsid w:val="002C3F9B"/>
    <w:tblPr>
      <w:tblStyleRowBandSize w:val="1"/>
      <w:tblStyleColBandSize w:val="1"/>
      <w:tblCellMar>
        <w:left w:w="70" w:type="dxa"/>
        <w:right w:w="70" w:type="dxa"/>
      </w:tblCellMar>
    </w:tblPr>
  </w:style>
  <w:style w:type="table" w:customStyle="1" w:styleId="20">
    <w:name w:val="20"/>
    <w:basedOn w:val="TableNormal"/>
    <w:rsid w:val="002C3F9B"/>
    <w:tblPr>
      <w:tblStyleRowBandSize w:val="1"/>
      <w:tblStyleColBandSize w:val="1"/>
      <w:tblCellMar>
        <w:top w:w="100" w:type="dxa"/>
        <w:left w:w="100" w:type="dxa"/>
        <w:bottom w:w="100" w:type="dxa"/>
        <w:right w:w="100" w:type="dxa"/>
      </w:tblCellMar>
    </w:tblPr>
  </w:style>
  <w:style w:type="table" w:customStyle="1" w:styleId="19">
    <w:name w:val="19"/>
    <w:basedOn w:val="TableNormal"/>
    <w:rsid w:val="002C3F9B"/>
    <w:tblPr>
      <w:tblStyleRowBandSize w:val="1"/>
      <w:tblStyleColBandSize w:val="1"/>
      <w:tblCellMar>
        <w:top w:w="100" w:type="dxa"/>
        <w:left w:w="100" w:type="dxa"/>
        <w:bottom w:w="100" w:type="dxa"/>
        <w:right w:w="100" w:type="dxa"/>
      </w:tblCellMar>
    </w:tblPr>
  </w:style>
  <w:style w:type="table" w:customStyle="1" w:styleId="18">
    <w:name w:val="18"/>
    <w:basedOn w:val="TableNormal"/>
    <w:rsid w:val="002C3F9B"/>
    <w:tblPr>
      <w:tblStyleRowBandSize w:val="1"/>
      <w:tblStyleColBandSize w:val="1"/>
      <w:tblCellMar>
        <w:top w:w="100" w:type="dxa"/>
        <w:left w:w="100" w:type="dxa"/>
        <w:bottom w:w="100" w:type="dxa"/>
        <w:right w:w="100" w:type="dxa"/>
      </w:tblCellMar>
    </w:tblPr>
  </w:style>
  <w:style w:type="table" w:customStyle="1" w:styleId="17">
    <w:name w:val="17"/>
    <w:basedOn w:val="TableNormal"/>
    <w:rsid w:val="002C3F9B"/>
    <w:tblPr>
      <w:tblStyleRowBandSize w:val="1"/>
      <w:tblStyleColBandSize w:val="1"/>
      <w:tblCellMar>
        <w:top w:w="100" w:type="dxa"/>
        <w:left w:w="100" w:type="dxa"/>
        <w:bottom w:w="100" w:type="dxa"/>
        <w:right w:w="100" w:type="dxa"/>
      </w:tblCellMar>
    </w:tblPr>
  </w:style>
  <w:style w:type="table" w:customStyle="1" w:styleId="16">
    <w:name w:val="16"/>
    <w:basedOn w:val="TableNormal"/>
    <w:rsid w:val="002C3F9B"/>
    <w:tblPr>
      <w:tblStyleRowBandSize w:val="1"/>
      <w:tblStyleColBandSize w:val="1"/>
      <w:tblCellMar>
        <w:top w:w="100" w:type="dxa"/>
        <w:left w:w="100" w:type="dxa"/>
        <w:bottom w:w="100" w:type="dxa"/>
        <w:right w:w="100" w:type="dxa"/>
      </w:tblCellMar>
    </w:tblPr>
  </w:style>
  <w:style w:type="table" w:customStyle="1" w:styleId="15">
    <w:name w:val="15"/>
    <w:basedOn w:val="TableNormal"/>
    <w:rsid w:val="002C3F9B"/>
    <w:tblPr>
      <w:tblStyleRowBandSize w:val="1"/>
      <w:tblStyleColBandSize w:val="1"/>
      <w:tblCellMar>
        <w:top w:w="100" w:type="dxa"/>
        <w:left w:w="100" w:type="dxa"/>
        <w:bottom w:w="100" w:type="dxa"/>
        <w:right w:w="100" w:type="dxa"/>
      </w:tblCellMar>
    </w:tblPr>
  </w:style>
  <w:style w:type="table" w:customStyle="1" w:styleId="14">
    <w:name w:val="14"/>
    <w:basedOn w:val="TableNormal"/>
    <w:rsid w:val="002C3F9B"/>
    <w:tblPr>
      <w:tblStyleRowBandSize w:val="1"/>
      <w:tblStyleColBandSize w:val="1"/>
      <w:tblCellMar>
        <w:top w:w="100" w:type="dxa"/>
        <w:left w:w="100" w:type="dxa"/>
        <w:bottom w:w="100" w:type="dxa"/>
        <w:right w:w="100" w:type="dxa"/>
      </w:tblCellMar>
    </w:tblPr>
  </w:style>
  <w:style w:type="table" w:customStyle="1" w:styleId="13">
    <w:name w:val="13"/>
    <w:basedOn w:val="TableNormal"/>
    <w:rsid w:val="002C3F9B"/>
    <w:tblPr>
      <w:tblStyleRowBandSize w:val="1"/>
      <w:tblStyleColBandSize w:val="1"/>
      <w:tblCellMar>
        <w:top w:w="100" w:type="dxa"/>
        <w:left w:w="100" w:type="dxa"/>
        <w:bottom w:w="100" w:type="dxa"/>
        <w:right w:w="100" w:type="dxa"/>
      </w:tblCellMar>
    </w:tblPr>
  </w:style>
  <w:style w:type="table" w:customStyle="1" w:styleId="12">
    <w:name w:val="12"/>
    <w:basedOn w:val="TableNormal"/>
    <w:rsid w:val="002C3F9B"/>
    <w:tblPr>
      <w:tblStyleRowBandSize w:val="1"/>
      <w:tblStyleColBandSize w:val="1"/>
      <w:tblCellMar>
        <w:top w:w="100" w:type="dxa"/>
        <w:left w:w="100" w:type="dxa"/>
        <w:bottom w:w="100" w:type="dxa"/>
        <w:right w:w="100" w:type="dxa"/>
      </w:tblCellMar>
    </w:tblPr>
  </w:style>
  <w:style w:type="table" w:customStyle="1" w:styleId="11">
    <w:name w:val="11"/>
    <w:basedOn w:val="TableNormal"/>
    <w:rsid w:val="002C3F9B"/>
    <w:tblPr>
      <w:tblStyleRowBandSize w:val="1"/>
      <w:tblStyleColBandSize w:val="1"/>
      <w:tblCellMar>
        <w:top w:w="100" w:type="dxa"/>
        <w:left w:w="100" w:type="dxa"/>
        <w:bottom w:w="100" w:type="dxa"/>
        <w:right w:w="100" w:type="dxa"/>
      </w:tblCellMar>
    </w:tblPr>
  </w:style>
  <w:style w:type="table" w:customStyle="1" w:styleId="10">
    <w:name w:val="10"/>
    <w:basedOn w:val="TableNormal"/>
    <w:rsid w:val="002C3F9B"/>
    <w:tblPr>
      <w:tblStyleRowBandSize w:val="1"/>
      <w:tblStyleColBandSize w:val="1"/>
      <w:tblCellMar>
        <w:top w:w="100" w:type="dxa"/>
        <w:left w:w="100" w:type="dxa"/>
        <w:bottom w:w="100" w:type="dxa"/>
        <w:right w:w="100" w:type="dxa"/>
      </w:tblCellMar>
    </w:tblPr>
  </w:style>
  <w:style w:type="table" w:customStyle="1" w:styleId="9">
    <w:name w:val="9"/>
    <w:basedOn w:val="TableNormal"/>
    <w:rsid w:val="002C3F9B"/>
    <w:tblPr>
      <w:tblStyleRowBandSize w:val="1"/>
      <w:tblStyleColBandSize w:val="1"/>
      <w:tblCellMar>
        <w:top w:w="100" w:type="dxa"/>
        <w:left w:w="100" w:type="dxa"/>
        <w:bottom w:w="100" w:type="dxa"/>
        <w:right w:w="100" w:type="dxa"/>
      </w:tblCellMar>
    </w:tblPr>
  </w:style>
  <w:style w:type="table" w:customStyle="1" w:styleId="8">
    <w:name w:val="8"/>
    <w:basedOn w:val="TableNormal"/>
    <w:rsid w:val="002C3F9B"/>
    <w:tblPr>
      <w:tblStyleRowBandSize w:val="1"/>
      <w:tblStyleColBandSize w:val="1"/>
      <w:tblCellMar>
        <w:top w:w="100" w:type="dxa"/>
        <w:left w:w="100" w:type="dxa"/>
        <w:bottom w:w="100" w:type="dxa"/>
        <w:right w:w="100" w:type="dxa"/>
      </w:tblCellMar>
    </w:tblPr>
  </w:style>
  <w:style w:type="table" w:customStyle="1" w:styleId="7">
    <w:name w:val="7"/>
    <w:basedOn w:val="TableNormal"/>
    <w:rsid w:val="002C3F9B"/>
    <w:tblPr>
      <w:tblStyleRowBandSize w:val="1"/>
      <w:tblStyleColBandSize w:val="1"/>
      <w:tblCellMar>
        <w:top w:w="100" w:type="dxa"/>
        <w:left w:w="100" w:type="dxa"/>
        <w:bottom w:w="100" w:type="dxa"/>
        <w:right w:w="100" w:type="dxa"/>
      </w:tblCellMar>
    </w:tblPr>
  </w:style>
  <w:style w:type="table" w:customStyle="1" w:styleId="6">
    <w:name w:val="6"/>
    <w:basedOn w:val="TableNormal"/>
    <w:rsid w:val="002C3F9B"/>
    <w:tblPr>
      <w:tblStyleRowBandSize w:val="1"/>
      <w:tblStyleColBandSize w:val="1"/>
      <w:tblCellMar>
        <w:top w:w="100" w:type="dxa"/>
        <w:left w:w="100" w:type="dxa"/>
        <w:bottom w:w="100" w:type="dxa"/>
        <w:right w:w="100" w:type="dxa"/>
      </w:tblCellMar>
    </w:tblPr>
  </w:style>
  <w:style w:type="table" w:customStyle="1" w:styleId="5">
    <w:name w:val="5"/>
    <w:basedOn w:val="TableNormal"/>
    <w:rsid w:val="002C3F9B"/>
    <w:tblPr>
      <w:tblStyleRowBandSize w:val="1"/>
      <w:tblStyleColBandSize w:val="1"/>
      <w:tblCellMar>
        <w:top w:w="100" w:type="dxa"/>
        <w:left w:w="100" w:type="dxa"/>
        <w:bottom w:w="100" w:type="dxa"/>
        <w:right w:w="100" w:type="dxa"/>
      </w:tblCellMar>
    </w:tblPr>
  </w:style>
  <w:style w:type="table" w:customStyle="1" w:styleId="4">
    <w:name w:val="4"/>
    <w:basedOn w:val="TableNormal"/>
    <w:rsid w:val="002C3F9B"/>
    <w:tblPr>
      <w:tblStyleRowBandSize w:val="1"/>
      <w:tblStyleColBandSize w:val="1"/>
      <w:tblCellMar>
        <w:top w:w="100" w:type="dxa"/>
        <w:left w:w="100" w:type="dxa"/>
        <w:bottom w:w="100" w:type="dxa"/>
        <w:right w:w="100" w:type="dxa"/>
      </w:tblCellMar>
    </w:tblPr>
  </w:style>
  <w:style w:type="table" w:customStyle="1" w:styleId="2">
    <w:name w:val="2"/>
    <w:basedOn w:val="TableNormal"/>
    <w:rsid w:val="002C3F9B"/>
    <w:tblPr>
      <w:tblStyleRowBandSize w:val="1"/>
      <w:tblStyleColBandSize w:val="1"/>
      <w:tblCellMar>
        <w:top w:w="100" w:type="dxa"/>
        <w:left w:w="100" w:type="dxa"/>
        <w:bottom w:w="100" w:type="dxa"/>
        <w:right w:w="100" w:type="dxa"/>
      </w:tblCellMar>
    </w:tblPr>
  </w:style>
  <w:style w:type="paragraph" w:styleId="TtuloTDC">
    <w:name w:val="TOC Heading"/>
    <w:basedOn w:val="Ttulo1"/>
    <w:next w:val="Normal"/>
    <w:uiPriority w:val="39"/>
    <w:unhideWhenUsed/>
    <w:qFormat/>
    <w:rsid w:val="002C3F9B"/>
    <w:pPr>
      <w:keepLines/>
      <w:spacing w:after="0" w:line="259" w:lineRule="auto"/>
      <w:ind w:left="720" w:hanging="720"/>
      <w:jc w:val="center"/>
      <w:outlineLvl w:val="9"/>
    </w:pPr>
    <w:rPr>
      <w:rFonts w:asciiTheme="majorHAnsi" w:eastAsiaTheme="majorEastAsia" w:hAnsiTheme="majorHAnsi" w:cstheme="majorBidi"/>
      <w:b w:val="0"/>
      <w:bCs w:val="0"/>
      <w:color w:val="2E74B5" w:themeColor="accent1" w:themeShade="BF"/>
      <w:kern w:val="0"/>
      <w:lang w:val="es-CO" w:eastAsia="es-CO"/>
    </w:rPr>
  </w:style>
  <w:style w:type="paragraph" w:customStyle="1" w:styleId="Textoindependiente211">
    <w:name w:val="Texto independiente 211"/>
    <w:basedOn w:val="Normal"/>
    <w:uiPriority w:val="99"/>
    <w:rsid w:val="002C3F9B"/>
    <w:pPr>
      <w:jc w:val="both"/>
    </w:pPr>
    <w:rPr>
      <w:rFonts w:ascii="Arial" w:hAnsi="Arial"/>
      <w:b/>
      <w:szCs w:val="20"/>
      <w:lang w:val="es-ES" w:eastAsia="es-ES"/>
    </w:rPr>
  </w:style>
  <w:style w:type="character" w:customStyle="1" w:styleId="Titulo2Car">
    <w:name w:val="Titulo 2 Car"/>
    <w:link w:val="Titulo2"/>
    <w:locked/>
    <w:rsid w:val="002C3F9B"/>
    <w:rPr>
      <w:rFonts w:ascii="Arial" w:eastAsia="Times New Roman" w:hAnsi="Arial" w:cs="Arial"/>
      <w:b/>
      <w:bCs/>
      <w:sz w:val="20"/>
      <w:szCs w:val="20"/>
      <w:lang w:val="es-ES"/>
    </w:rPr>
  </w:style>
  <w:style w:type="paragraph" w:customStyle="1" w:styleId="Titulo2">
    <w:name w:val="Titulo 2"/>
    <w:basedOn w:val="Normal"/>
    <w:link w:val="Titulo2Car"/>
    <w:autoRedefine/>
    <w:rsid w:val="002C3F9B"/>
    <w:pPr>
      <w:tabs>
        <w:tab w:val="left" w:pos="8030"/>
        <w:tab w:val="left" w:pos="8250"/>
      </w:tabs>
      <w:jc w:val="both"/>
      <w:outlineLvl w:val="1"/>
    </w:pPr>
    <w:rPr>
      <w:rFonts w:ascii="Arial" w:hAnsi="Arial" w:cs="Arial"/>
      <w:b/>
      <w:bCs/>
      <w:sz w:val="20"/>
      <w:szCs w:val="20"/>
      <w:lang w:val="es-ES" w:eastAsia="en-US"/>
    </w:rPr>
  </w:style>
  <w:style w:type="table" w:customStyle="1" w:styleId="Tablaconcuadrcula1">
    <w:name w:val="Tabla con cuadrícula1"/>
    <w:basedOn w:val="Tablanormal"/>
    <w:next w:val="Tablaconcuadrcula"/>
    <w:uiPriority w:val="59"/>
    <w:rsid w:val="002C3F9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2C3F9B"/>
    <w:pPr>
      <w:spacing w:after="0" w:line="240" w:lineRule="auto"/>
    </w:pPr>
    <w:rPr>
      <w:lang w:val="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1">
    <w:name w:val="Style1"/>
    <w:basedOn w:val="Normal"/>
    <w:uiPriority w:val="99"/>
    <w:rsid w:val="002C3F9B"/>
    <w:pPr>
      <w:widowControl w:val="0"/>
      <w:autoSpaceDE w:val="0"/>
      <w:autoSpaceDN w:val="0"/>
      <w:adjustRightInd w:val="0"/>
      <w:spacing w:line="232" w:lineRule="exact"/>
      <w:jc w:val="center"/>
    </w:pPr>
    <w:rPr>
      <w:rFonts w:ascii="Arial Unicode MS" w:eastAsia="Arial Unicode MS" w:hAnsi="Calibri" w:cs="Arial Unicode MS"/>
      <w:lang w:val="es-ES" w:eastAsia="es-ES"/>
    </w:rPr>
  </w:style>
  <w:style w:type="table" w:customStyle="1" w:styleId="Cuadrculamedia1-nfasis22">
    <w:name w:val="Cuadrícula media 1 - Énfasis 22"/>
    <w:basedOn w:val="Tablanormal"/>
    <w:next w:val="Cuadrculamedia1-nfasis2"/>
    <w:uiPriority w:val="34"/>
    <w:rsid w:val="002C3F9B"/>
    <w:pPr>
      <w:snapToGrid w:val="0"/>
      <w:spacing w:after="0" w:line="240" w:lineRule="auto"/>
    </w:pPr>
    <w:rPr>
      <w:rFonts w:ascii="Arial" w:eastAsia="Times New Roman" w:hAnsi="Arial" w:cs="Arial"/>
      <w:szCs w:val="20"/>
      <w:lang w:val="es-ES_tradnl"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nfasisintenso">
    <w:name w:val="Intense Emphasis"/>
    <w:basedOn w:val="Fuentedeprrafopredeter"/>
    <w:uiPriority w:val="21"/>
    <w:qFormat/>
    <w:rsid w:val="002C3F9B"/>
    <w:rPr>
      <w:i/>
      <w:iCs/>
      <w:color w:val="2E74B5" w:themeColor="accent1" w:themeShade="BF"/>
    </w:rPr>
  </w:style>
  <w:style w:type="character" w:styleId="Referenciaintensa">
    <w:name w:val="Intense Reference"/>
    <w:basedOn w:val="Fuentedeprrafopredeter"/>
    <w:uiPriority w:val="32"/>
    <w:qFormat/>
    <w:rsid w:val="002C3F9B"/>
    <w:rPr>
      <w:b/>
      <w:bCs/>
      <w:smallCaps/>
      <w:color w:val="2E74B5" w:themeColor="accent1" w:themeShade="BF"/>
      <w:spacing w:val="5"/>
    </w:rPr>
  </w:style>
  <w:style w:type="numbering" w:customStyle="1" w:styleId="Sinlista2">
    <w:name w:val="Sin lista2"/>
    <w:next w:val="Sinlista"/>
    <w:uiPriority w:val="99"/>
    <w:semiHidden/>
    <w:unhideWhenUsed/>
    <w:rsid w:val="003C543E"/>
  </w:style>
  <w:style w:type="paragraph" w:customStyle="1" w:styleId="Lista1">
    <w:name w:val="Lista1"/>
    <w:basedOn w:val="Normal"/>
    <w:next w:val="Lista"/>
    <w:uiPriority w:val="99"/>
    <w:unhideWhenUsed/>
    <w:rsid w:val="003C543E"/>
    <w:pPr>
      <w:spacing w:after="200" w:line="276" w:lineRule="auto"/>
      <w:ind w:left="360" w:hanging="360"/>
      <w:contextualSpacing/>
    </w:pPr>
    <w:rPr>
      <w:rFonts w:ascii="Cambria" w:eastAsia="MS Mincho" w:hAnsi="Cambria"/>
      <w:sz w:val="22"/>
      <w:szCs w:val="22"/>
      <w:lang w:val="en-US" w:eastAsia="en-US"/>
    </w:rPr>
  </w:style>
  <w:style w:type="paragraph" w:customStyle="1" w:styleId="Lista21">
    <w:name w:val="Lista 21"/>
    <w:basedOn w:val="Normal"/>
    <w:next w:val="Lista2"/>
    <w:uiPriority w:val="99"/>
    <w:unhideWhenUsed/>
    <w:rsid w:val="003C543E"/>
    <w:pPr>
      <w:spacing w:after="200" w:line="276" w:lineRule="auto"/>
      <w:ind w:left="720" w:hanging="360"/>
      <w:contextualSpacing/>
    </w:pPr>
    <w:rPr>
      <w:rFonts w:ascii="Cambria" w:eastAsia="MS Mincho" w:hAnsi="Cambria"/>
      <w:sz w:val="22"/>
      <w:szCs w:val="22"/>
      <w:lang w:val="en-US" w:eastAsia="en-US"/>
    </w:rPr>
  </w:style>
  <w:style w:type="paragraph" w:customStyle="1" w:styleId="Lista31">
    <w:name w:val="Lista 31"/>
    <w:basedOn w:val="Normal"/>
    <w:next w:val="Lista3"/>
    <w:uiPriority w:val="99"/>
    <w:unhideWhenUsed/>
    <w:rsid w:val="003C543E"/>
    <w:pPr>
      <w:spacing w:after="200" w:line="276" w:lineRule="auto"/>
      <w:ind w:left="1080" w:hanging="360"/>
      <w:contextualSpacing/>
    </w:pPr>
    <w:rPr>
      <w:rFonts w:ascii="Cambria" w:eastAsia="MS Mincho" w:hAnsi="Cambria"/>
      <w:sz w:val="22"/>
      <w:szCs w:val="22"/>
      <w:lang w:val="en-US" w:eastAsia="en-US"/>
    </w:rPr>
  </w:style>
  <w:style w:type="paragraph" w:customStyle="1" w:styleId="Listaconvietas1">
    <w:name w:val="Lista con viñetas1"/>
    <w:basedOn w:val="Normal"/>
    <w:next w:val="Listaconvietas"/>
    <w:uiPriority w:val="99"/>
    <w:unhideWhenUsed/>
    <w:rsid w:val="003C543E"/>
    <w:pPr>
      <w:numPr>
        <w:numId w:val="3"/>
      </w:numPr>
      <w:tabs>
        <w:tab w:val="clear" w:pos="360"/>
      </w:tabs>
      <w:spacing w:after="200" w:line="276" w:lineRule="auto"/>
      <w:ind w:left="0" w:firstLine="0"/>
      <w:contextualSpacing/>
    </w:pPr>
    <w:rPr>
      <w:rFonts w:ascii="Cambria" w:eastAsia="MS Mincho" w:hAnsi="Cambria"/>
      <w:sz w:val="22"/>
      <w:szCs w:val="22"/>
      <w:lang w:val="en-US" w:eastAsia="en-US"/>
    </w:rPr>
  </w:style>
  <w:style w:type="paragraph" w:customStyle="1" w:styleId="Listaconvietas31">
    <w:name w:val="Lista con viñetas 31"/>
    <w:basedOn w:val="Normal"/>
    <w:next w:val="Listaconvietas3"/>
    <w:uiPriority w:val="99"/>
    <w:unhideWhenUsed/>
    <w:rsid w:val="003C543E"/>
    <w:pPr>
      <w:numPr>
        <w:numId w:val="4"/>
      </w:numPr>
      <w:tabs>
        <w:tab w:val="clear" w:pos="1080"/>
      </w:tabs>
      <w:spacing w:after="200" w:line="276" w:lineRule="auto"/>
      <w:ind w:left="0" w:firstLine="0"/>
      <w:contextualSpacing/>
    </w:pPr>
    <w:rPr>
      <w:rFonts w:ascii="Cambria" w:eastAsia="MS Mincho" w:hAnsi="Cambria"/>
      <w:sz w:val="22"/>
      <w:szCs w:val="22"/>
      <w:lang w:val="en-US" w:eastAsia="en-US"/>
    </w:rPr>
  </w:style>
  <w:style w:type="paragraph" w:customStyle="1" w:styleId="Listaconnmeros1">
    <w:name w:val="Lista con números1"/>
    <w:basedOn w:val="Normal"/>
    <w:next w:val="Listaconnmeros"/>
    <w:uiPriority w:val="99"/>
    <w:unhideWhenUsed/>
    <w:rsid w:val="003C543E"/>
    <w:pPr>
      <w:numPr>
        <w:numId w:val="5"/>
      </w:numPr>
      <w:tabs>
        <w:tab w:val="clear" w:pos="360"/>
      </w:tabs>
      <w:spacing w:after="200" w:line="276" w:lineRule="auto"/>
      <w:ind w:left="0" w:firstLine="0"/>
      <w:contextualSpacing/>
    </w:pPr>
    <w:rPr>
      <w:rFonts w:ascii="Cambria" w:eastAsia="MS Mincho" w:hAnsi="Cambria"/>
      <w:sz w:val="22"/>
      <w:szCs w:val="22"/>
      <w:lang w:val="en-US" w:eastAsia="en-US"/>
    </w:rPr>
  </w:style>
  <w:style w:type="paragraph" w:customStyle="1" w:styleId="Listaconnmeros21">
    <w:name w:val="Lista con números 21"/>
    <w:basedOn w:val="Normal"/>
    <w:next w:val="Listaconnmeros2"/>
    <w:uiPriority w:val="99"/>
    <w:unhideWhenUsed/>
    <w:rsid w:val="003C543E"/>
    <w:pPr>
      <w:numPr>
        <w:numId w:val="6"/>
      </w:numPr>
      <w:tabs>
        <w:tab w:val="clear" w:pos="720"/>
      </w:tabs>
      <w:spacing w:after="200" w:line="276" w:lineRule="auto"/>
      <w:ind w:left="0" w:firstLine="0"/>
      <w:contextualSpacing/>
    </w:pPr>
    <w:rPr>
      <w:rFonts w:ascii="Cambria" w:eastAsia="MS Mincho" w:hAnsi="Cambria"/>
      <w:sz w:val="22"/>
      <w:szCs w:val="22"/>
      <w:lang w:val="en-US" w:eastAsia="en-US"/>
    </w:rPr>
  </w:style>
  <w:style w:type="paragraph" w:customStyle="1" w:styleId="Listaconnmeros31">
    <w:name w:val="Lista con números 31"/>
    <w:basedOn w:val="Normal"/>
    <w:next w:val="Listaconnmeros3"/>
    <w:uiPriority w:val="99"/>
    <w:unhideWhenUsed/>
    <w:rsid w:val="003C543E"/>
    <w:pPr>
      <w:numPr>
        <w:numId w:val="7"/>
      </w:numPr>
      <w:tabs>
        <w:tab w:val="clear" w:pos="1080"/>
      </w:tabs>
      <w:spacing w:after="200" w:line="276" w:lineRule="auto"/>
      <w:ind w:left="0" w:firstLine="0"/>
      <w:contextualSpacing/>
    </w:pPr>
    <w:rPr>
      <w:rFonts w:ascii="Cambria" w:eastAsia="MS Mincho" w:hAnsi="Cambria"/>
      <w:sz w:val="22"/>
      <w:szCs w:val="22"/>
      <w:lang w:val="en-US" w:eastAsia="en-US"/>
    </w:rPr>
  </w:style>
  <w:style w:type="paragraph" w:customStyle="1" w:styleId="Continuarlista21">
    <w:name w:val="Continuar lista 21"/>
    <w:basedOn w:val="Normal"/>
    <w:next w:val="Continuarlista2"/>
    <w:uiPriority w:val="99"/>
    <w:unhideWhenUsed/>
    <w:rsid w:val="003C543E"/>
    <w:pPr>
      <w:spacing w:after="120" w:line="276" w:lineRule="auto"/>
      <w:ind w:left="720"/>
      <w:contextualSpacing/>
    </w:pPr>
    <w:rPr>
      <w:rFonts w:ascii="Cambria" w:eastAsia="MS Mincho" w:hAnsi="Cambria"/>
      <w:sz w:val="22"/>
      <w:szCs w:val="22"/>
      <w:lang w:val="en-US" w:eastAsia="en-US"/>
    </w:rPr>
  </w:style>
  <w:style w:type="paragraph" w:customStyle="1" w:styleId="Continuarlista31">
    <w:name w:val="Continuar lista 31"/>
    <w:basedOn w:val="Normal"/>
    <w:next w:val="Continuarlista3"/>
    <w:uiPriority w:val="99"/>
    <w:unhideWhenUsed/>
    <w:rsid w:val="003C543E"/>
    <w:pPr>
      <w:spacing w:after="120" w:line="276" w:lineRule="auto"/>
      <w:ind w:left="1080"/>
      <w:contextualSpacing/>
    </w:pPr>
    <w:rPr>
      <w:rFonts w:ascii="Cambria" w:eastAsia="MS Mincho" w:hAnsi="Cambria"/>
      <w:sz w:val="22"/>
      <w:szCs w:val="22"/>
      <w:lang w:val="en-US" w:eastAsia="en-US"/>
    </w:rPr>
  </w:style>
  <w:style w:type="paragraph" w:customStyle="1" w:styleId="Textomacro1">
    <w:name w:val="Texto macro1"/>
    <w:next w:val="Textomacro"/>
    <w:link w:val="TextomacroCar"/>
    <w:uiPriority w:val="99"/>
    <w:unhideWhenUsed/>
    <w:rsid w:val="003C543E"/>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character" w:customStyle="1" w:styleId="TextomacroCar">
    <w:name w:val="Texto macro Car"/>
    <w:basedOn w:val="Fuentedeprrafopredeter"/>
    <w:link w:val="Textomacro1"/>
    <w:uiPriority w:val="99"/>
    <w:rsid w:val="003C543E"/>
    <w:rPr>
      <w:rFonts w:ascii="Courier" w:hAnsi="Courier"/>
      <w:sz w:val="20"/>
      <w:szCs w:val="20"/>
    </w:rPr>
  </w:style>
  <w:style w:type="paragraph" w:customStyle="1" w:styleId="Descripcin1">
    <w:name w:val="Descripción1"/>
    <w:basedOn w:val="Normal"/>
    <w:next w:val="Normal"/>
    <w:uiPriority w:val="35"/>
    <w:semiHidden/>
    <w:unhideWhenUsed/>
    <w:qFormat/>
    <w:rsid w:val="003C543E"/>
    <w:pPr>
      <w:spacing w:after="200"/>
    </w:pPr>
    <w:rPr>
      <w:rFonts w:ascii="Cambria" w:eastAsia="MS Mincho" w:hAnsi="Cambria"/>
      <w:b/>
      <w:bCs/>
      <w:color w:val="4F81BD"/>
      <w:sz w:val="18"/>
      <w:szCs w:val="18"/>
      <w:lang w:val="en-US" w:eastAsia="en-US"/>
    </w:rPr>
  </w:style>
  <w:style w:type="character" w:styleId="nfasis">
    <w:name w:val="Emphasis"/>
    <w:basedOn w:val="Fuentedeprrafopredeter"/>
    <w:uiPriority w:val="20"/>
    <w:qFormat/>
    <w:rsid w:val="003C543E"/>
    <w:rPr>
      <w:i/>
      <w:iCs/>
    </w:rPr>
  </w:style>
  <w:style w:type="character" w:customStyle="1" w:styleId="nfasissutil1">
    <w:name w:val="Énfasis sutil1"/>
    <w:basedOn w:val="Fuentedeprrafopredeter"/>
    <w:uiPriority w:val="19"/>
    <w:qFormat/>
    <w:rsid w:val="003C543E"/>
    <w:rPr>
      <w:i/>
      <w:iCs/>
      <w:color w:val="808080"/>
    </w:rPr>
  </w:style>
  <w:style w:type="character" w:customStyle="1" w:styleId="Referenciasutil1">
    <w:name w:val="Referencia sutil1"/>
    <w:basedOn w:val="Fuentedeprrafopredeter"/>
    <w:uiPriority w:val="31"/>
    <w:qFormat/>
    <w:rsid w:val="003C543E"/>
    <w:rPr>
      <w:smallCaps/>
      <w:color w:val="C0504D"/>
      <w:u w:val="single"/>
    </w:rPr>
  </w:style>
  <w:style w:type="character" w:styleId="Ttulodellibro">
    <w:name w:val="Book Title"/>
    <w:basedOn w:val="Fuentedeprrafopredeter"/>
    <w:uiPriority w:val="33"/>
    <w:qFormat/>
    <w:rsid w:val="003C543E"/>
    <w:rPr>
      <w:b/>
      <w:bCs/>
      <w:smallCaps/>
      <w:spacing w:val="5"/>
    </w:rPr>
  </w:style>
  <w:style w:type="table" w:customStyle="1" w:styleId="Tablaconcuadrcula3">
    <w:name w:val="Tabla con cuadrícula3"/>
    <w:basedOn w:val="Tablanormal"/>
    <w:next w:val="Tablaconcuadrcula"/>
    <w:uiPriority w:val="59"/>
    <w:rsid w:val="003C543E"/>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next w:val="Sombreadoclaro"/>
    <w:uiPriority w:val="60"/>
    <w:rsid w:val="003C543E"/>
    <w:pPr>
      <w:spacing w:after="0" w:line="240" w:lineRule="auto"/>
    </w:pPr>
    <w:rPr>
      <w:rFonts w:eastAsia="MS Mincho"/>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next w:val="Sombreadoclaro-nfasis1"/>
    <w:uiPriority w:val="60"/>
    <w:rsid w:val="003C543E"/>
    <w:pPr>
      <w:spacing w:after="0" w:line="240" w:lineRule="auto"/>
    </w:pPr>
    <w:rPr>
      <w:rFonts w:eastAsia="MS Mincho"/>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22">
    <w:name w:val="Sombreado claro - Énfasis 22"/>
    <w:basedOn w:val="Tablanormal"/>
    <w:next w:val="Sombreadoclaro-nfasis2"/>
    <w:uiPriority w:val="60"/>
    <w:rsid w:val="003C543E"/>
    <w:pPr>
      <w:spacing w:after="0" w:line="240" w:lineRule="auto"/>
    </w:pPr>
    <w:rPr>
      <w:rFonts w:eastAsia="MS Mincho"/>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1">
    <w:name w:val="Sombreado claro - Énfasis 31"/>
    <w:basedOn w:val="Tablanormal"/>
    <w:next w:val="Sombreadoclaro-nfasis3"/>
    <w:uiPriority w:val="60"/>
    <w:rsid w:val="003C543E"/>
    <w:pPr>
      <w:spacing w:after="0" w:line="240" w:lineRule="auto"/>
    </w:pPr>
    <w:rPr>
      <w:rFonts w:eastAsia="MS Mincho"/>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41">
    <w:name w:val="Sombreado claro - Énfasis 41"/>
    <w:basedOn w:val="Tablanormal"/>
    <w:next w:val="Sombreadoclaro-nfasis4"/>
    <w:uiPriority w:val="60"/>
    <w:rsid w:val="003C543E"/>
    <w:pPr>
      <w:spacing w:after="0" w:line="240" w:lineRule="auto"/>
    </w:pPr>
    <w:rPr>
      <w:rFonts w:eastAsia="MS Mincho"/>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3C543E"/>
    <w:pPr>
      <w:spacing w:after="0" w:line="240" w:lineRule="auto"/>
    </w:pPr>
    <w:rPr>
      <w:rFonts w:eastAsia="MS Mincho"/>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61">
    <w:name w:val="Sombreado claro - Énfasis 61"/>
    <w:basedOn w:val="Tablanormal"/>
    <w:next w:val="Sombreadoclaro-nfasis6"/>
    <w:uiPriority w:val="60"/>
    <w:rsid w:val="003C543E"/>
    <w:pPr>
      <w:spacing w:after="0" w:line="240" w:lineRule="auto"/>
    </w:pPr>
    <w:rPr>
      <w:rFonts w:eastAsia="MS Mincho"/>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Listaclara1">
    <w:name w:val="Lista clara1"/>
    <w:basedOn w:val="Tablanormal"/>
    <w:next w:val="Listaclara"/>
    <w:uiPriority w:val="61"/>
    <w:rsid w:val="003C543E"/>
    <w:pPr>
      <w:spacing w:after="0" w:line="240" w:lineRule="auto"/>
    </w:pPr>
    <w:rPr>
      <w:rFonts w:eastAsia="MS Minch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next w:val="Listaclara-nfasis1"/>
    <w:uiPriority w:val="61"/>
    <w:rsid w:val="003C543E"/>
    <w:pPr>
      <w:spacing w:after="0" w:line="240" w:lineRule="auto"/>
    </w:pPr>
    <w:rPr>
      <w:rFonts w:eastAsia="MS Minch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21">
    <w:name w:val="Lista clara - Énfasis 21"/>
    <w:basedOn w:val="Tablanormal"/>
    <w:next w:val="Listaclara-nfasis2"/>
    <w:uiPriority w:val="61"/>
    <w:rsid w:val="003C543E"/>
    <w:pPr>
      <w:spacing w:after="0" w:line="240" w:lineRule="auto"/>
    </w:pPr>
    <w:rPr>
      <w:rFonts w:eastAsia="MS Mincho"/>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staclara-nfasis31">
    <w:name w:val="Lista clara - Énfasis 31"/>
    <w:basedOn w:val="Tablanormal"/>
    <w:next w:val="Listaclara-nfasis3"/>
    <w:uiPriority w:val="61"/>
    <w:rsid w:val="003C543E"/>
    <w:pPr>
      <w:spacing w:after="0" w:line="240" w:lineRule="auto"/>
    </w:pPr>
    <w:rPr>
      <w:rFonts w:eastAsia="MS Minch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clara-nfasis41">
    <w:name w:val="Lista clara - Énfasis 41"/>
    <w:basedOn w:val="Tablanormal"/>
    <w:next w:val="Listaclara-nfasis4"/>
    <w:uiPriority w:val="61"/>
    <w:rsid w:val="003C543E"/>
    <w:pPr>
      <w:spacing w:after="0" w:line="240" w:lineRule="auto"/>
    </w:pPr>
    <w:rPr>
      <w:rFonts w:eastAsia="MS Minch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Listaclara-nfasis51">
    <w:name w:val="Lista clara - Énfasis 51"/>
    <w:basedOn w:val="Tablanormal"/>
    <w:next w:val="Listaclara-nfasis5"/>
    <w:uiPriority w:val="61"/>
    <w:rsid w:val="003C543E"/>
    <w:pPr>
      <w:spacing w:after="0" w:line="240" w:lineRule="auto"/>
    </w:pPr>
    <w:rPr>
      <w:rFonts w:eastAsia="MS Minch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61">
    <w:name w:val="Lista clara - Énfasis 61"/>
    <w:basedOn w:val="Tablanormal"/>
    <w:next w:val="Listaclara-nfasis6"/>
    <w:uiPriority w:val="61"/>
    <w:rsid w:val="003C543E"/>
    <w:pPr>
      <w:spacing w:after="0" w:line="240" w:lineRule="auto"/>
    </w:pPr>
    <w:rPr>
      <w:rFonts w:eastAsia="MS Mincho"/>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1">
    <w:name w:val="Cuadrícula clara1"/>
    <w:basedOn w:val="Tablanormal"/>
    <w:next w:val="Cuadrculaclara"/>
    <w:uiPriority w:val="62"/>
    <w:rsid w:val="003C543E"/>
    <w:pPr>
      <w:spacing w:after="0" w:line="240" w:lineRule="auto"/>
    </w:pPr>
    <w:rPr>
      <w:rFonts w:eastAsia="MS Minch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MS Gothic"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MS Gothic"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clara-nfasis11">
    <w:name w:val="Cuadrícula clara - Énfasis 11"/>
    <w:basedOn w:val="Tablanormal"/>
    <w:next w:val="Cuadrculaclara-nfasis1"/>
    <w:uiPriority w:val="62"/>
    <w:rsid w:val="003C543E"/>
    <w:pPr>
      <w:spacing w:after="0" w:line="240" w:lineRule="auto"/>
    </w:pPr>
    <w:rPr>
      <w:rFonts w:eastAsia="MS Minch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21">
    <w:name w:val="Cuadrícula clara - Énfasis 21"/>
    <w:basedOn w:val="Tablanormal"/>
    <w:next w:val="Cuadrculaclara-nfasis2"/>
    <w:uiPriority w:val="62"/>
    <w:rsid w:val="003C543E"/>
    <w:pPr>
      <w:spacing w:after="0" w:line="240" w:lineRule="auto"/>
    </w:pPr>
    <w:rPr>
      <w:rFonts w:eastAsia="MS Mincho"/>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w:eastAsia="MS Gothic" w:hAnsi="Calibri"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w:eastAsia="MS Gothic" w:hAnsi="Calibri"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Cuadrculaclara-nfasis32">
    <w:name w:val="Cuadrícula clara - Énfasis 32"/>
    <w:basedOn w:val="Tablanormal"/>
    <w:next w:val="Cuadrculaclara-nfasis3"/>
    <w:uiPriority w:val="62"/>
    <w:rsid w:val="003C543E"/>
    <w:pPr>
      <w:spacing w:after="0" w:line="240" w:lineRule="auto"/>
    </w:pPr>
    <w:rPr>
      <w:rFonts w:eastAsia="MS Minch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MS Gothic" w:hAnsi="Calibri"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MS Gothic" w:hAnsi="Calibri"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41">
    <w:name w:val="Cuadrícula clara - Énfasis 41"/>
    <w:basedOn w:val="Tablanormal"/>
    <w:next w:val="Cuadrculaclara-nfasis4"/>
    <w:uiPriority w:val="62"/>
    <w:rsid w:val="003C543E"/>
    <w:pPr>
      <w:spacing w:after="0" w:line="240" w:lineRule="auto"/>
    </w:pPr>
    <w:rPr>
      <w:rFonts w:eastAsia="MS Mincho"/>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Cuadrculaclara-nfasis51">
    <w:name w:val="Cuadrícula clara - Énfasis 51"/>
    <w:basedOn w:val="Tablanormal"/>
    <w:next w:val="Cuadrculaclara-nfasis5"/>
    <w:uiPriority w:val="62"/>
    <w:rsid w:val="003C543E"/>
    <w:pPr>
      <w:spacing w:after="0" w:line="240" w:lineRule="auto"/>
    </w:pPr>
    <w:rPr>
      <w:rFonts w:eastAsia="MS Mincho"/>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MS Gothic" w:hAnsi="Calibr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Cuadrculaclara-nfasis61">
    <w:name w:val="Cuadrícula clara - Énfasis 61"/>
    <w:basedOn w:val="Tablanormal"/>
    <w:next w:val="Cuadrculaclara-nfasis6"/>
    <w:uiPriority w:val="62"/>
    <w:rsid w:val="003C543E"/>
    <w:pPr>
      <w:spacing w:after="0" w:line="240" w:lineRule="auto"/>
    </w:pPr>
    <w:rPr>
      <w:rFonts w:eastAsia="MS Mincho"/>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Sombreadomedio11">
    <w:name w:val="Sombreado medio 11"/>
    <w:basedOn w:val="Tablanormal"/>
    <w:next w:val="Sombreadomedio1"/>
    <w:uiPriority w:val="63"/>
    <w:rsid w:val="003C543E"/>
    <w:pPr>
      <w:spacing w:after="0" w:line="240" w:lineRule="auto"/>
    </w:pPr>
    <w:rPr>
      <w:rFonts w:eastAsia="MS Minch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Sombreadomedio1-nfasis12">
    <w:name w:val="Sombreado medio 1 - Énfasis 12"/>
    <w:basedOn w:val="Tablanormal"/>
    <w:next w:val="Sombreadomedio1-nfasis1"/>
    <w:uiPriority w:val="63"/>
    <w:rsid w:val="003C543E"/>
    <w:pPr>
      <w:spacing w:after="0" w:line="240" w:lineRule="auto"/>
    </w:pPr>
    <w:rPr>
      <w:rFonts w:eastAsia="MS Minch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medio1-nfasis22">
    <w:name w:val="Sombreado medio 1 - Énfasis 22"/>
    <w:basedOn w:val="Tablanormal"/>
    <w:next w:val="Sombreadomedio1-nfasis2"/>
    <w:uiPriority w:val="63"/>
    <w:rsid w:val="003C543E"/>
    <w:pPr>
      <w:spacing w:after="0" w:line="240" w:lineRule="auto"/>
    </w:pPr>
    <w:rPr>
      <w:rFonts w:eastAsia="MS Minch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Sombreadomedio1-nfasis31">
    <w:name w:val="Sombreado medio 1 - Énfasis 31"/>
    <w:basedOn w:val="Tablanormal"/>
    <w:next w:val="Sombreadomedio1-nfasis3"/>
    <w:uiPriority w:val="63"/>
    <w:rsid w:val="003C543E"/>
    <w:pPr>
      <w:spacing w:after="0" w:line="240" w:lineRule="auto"/>
    </w:pPr>
    <w:rPr>
      <w:rFonts w:eastAsia="MS Minch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41">
    <w:name w:val="Sombreado medio 1 - Énfasis 41"/>
    <w:basedOn w:val="Tablanormal"/>
    <w:next w:val="Sombreadomedio1-nfasis4"/>
    <w:uiPriority w:val="63"/>
    <w:rsid w:val="003C543E"/>
    <w:pPr>
      <w:spacing w:after="0" w:line="240" w:lineRule="auto"/>
    </w:pPr>
    <w:rPr>
      <w:rFonts w:eastAsia="MS Minch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Sombreadomedio1-nfasis51">
    <w:name w:val="Sombreado medio 1 - Énfasis 51"/>
    <w:basedOn w:val="Tablanormal"/>
    <w:next w:val="Sombreadomedio1-nfasis5"/>
    <w:uiPriority w:val="63"/>
    <w:rsid w:val="003C543E"/>
    <w:pPr>
      <w:spacing w:after="0" w:line="240" w:lineRule="auto"/>
    </w:pPr>
    <w:rPr>
      <w:rFonts w:eastAsia="MS Minch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61">
    <w:name w:val="Sombreado medio 1 - Énfasis 61"/>
    <w:basedOn w:val="Tablanormal"/>
    <w:next w:val="Sombreadomedio1-nfasis6"/>
    <w:uiPriority w:val="63"/>
    <w:rsid w:val="003C543E"/>
    <w:pPr>
      <w:spacing w:after="0" w:line="240" w:lineRule="auto"/>
    </w:pPr>
    <w:rPr>
      <w:rFonts w:eastAsia="MS Minch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Sombreadomedio21">
    <w:name w:val="Sombreado medio 21"/>
    <w:basedOn w:val="Tablanormal"/>
    <w:next w:val="Sombreadomedio2"/>
    <w:uiPriority w:val="64"/>
    <w:rsid w:val="003C543E"/>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11">
    <w:name w:val="Sombreado medio 2 - Énfasis 11"/>
    <w:basedOn w:val="Tablanormal"/>
    <w:next w:val="Sombreadomedio2-nfasis1"/>
    <w:uiPriority w:val="64"/>
    <w:rsid w:val="003C543E"/>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21">
    <w:name w:val="Sombreado medio 2 - Énfasis 21"/>
    <w:basedOn w:val="Tablanormal"/>
    <w:next w:val="Sombreadomedio2-nfasis2"/>
    <w:uiPriority w:val="64"/>
    <w:rsid w:val="003C543E"/>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31">
    <w:name w:val="Sombreado medio 2 - Énfasis 31"/>
    <w:basedOn w:val="Tablanormal"/>
    <w:next w:val="Sombreadomedio2-nfasis3"/>
    <w:uiPriority w:val="64"/>
    <w:rsid w:val="003C543E"/>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41">
    <w:name w:val="Sombreado medio 2 - Énfasis 41"/>
    <w:basedOn w:val="Tablanormal"/>
    <w:next w:val="Sombreadomedio2-nfasis4"/>
    <w:uiPriority w:val="64"/>
    <w:rsid w:val="003C543E"/>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51">
    <w:name w:val="Sombreado medio 2 - Énfasis 51"/>
    <w:basedOn w:val="Tablanormal"/>
    <w:next w:val="Sombreadomedio2-nfasis5"/>
    <w:uiPriority w:val="64"/>
    <w:rsid w:val="003C543E"/>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61">
    <w:name w:val="Sombreado medio 2 - Énfasis 61"/>
    <w:basedOn w:val="Tablanormal"/>
    <w:next w:val="Sombreadomedio2-nfasis6"/>
    <w:uiPriority w:val="64"/>
    <w:rsid w:val="003C543E"/>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media11">
    <w:name w:val="Lista media 11"/>
    <w:basedOn w:val="Tablanormal"/>
    <w:next w:val="Listamedia1"/>
    <w:uiPriority w:val="65"/>
    <w:rsid w:val="003C543E"/>
    <w:pPr>
      <w:spacing w:after="0" w:line="240" w:lineRule="auto"/>
    </w:pPr>
    <w:rPr>
      <w:rFonts w:eastAsia="MS Mincho"/>
      <w:color w:val="000000"/>
    </w:rPr>
    <w:tblPr>
      <w:tblStyleRowBandSize w:val="1"/>
      <w:tblStyleColBandSize w:val="1"/>
      <w:tblBorders>
        <w:top w:val="single" w:sz="8" w:space="0" w:color="000000"/>
        <w:bottom w:val="single" w:sz="8" w:space="0" w:color="000000"/>
      </w:tblBorders>
    </w:tblPr>
    <w:tblStylePr w:type="firstRow">
      <w:rPr>
        <w:rFonts w:ascii="Calibri" w:eastAsia="MS Gothic" w:hAnsi="Calib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Listamedia1-nfasis11">
    <w:name w:val="Lista media 1 - Énfasis 11"/>
    <w:basedOn w:val="Tablanormal"/>
    <w:next w:val="Listamedia1-nfasis1"/>
    <w:uiPriority w:val="65"/>
    <w:rsid w:val="003C543E"/>
    <w:pPr>
      <w:spacing w:after="0" w:line="240" w:lineRule="auto"/>
    </w:pPr>
    <w:rPr>
      <w:rFonts w:eastAsia="MS Mincho"/>
      <w:color w:val="000000"/>
    </w:rPr>
    <w:tblPr>
      <w:tblStyleRowBandSize w:val="1"/>
      <w:tblStyleColBandSize w:val="1"/>
      <w:tblBorders>
        <w:top w:val="single" w:sz="8" w:space="0" w:color="4F81BD"/>
        <w:bottom w:val="single" w:sz="8" w:space="0" w:color="4F81BD"/>
      </w:tblBorders>
    </w:tblPr>
    <w:tblStylePr w:type="firstRow">
      <w:rPr>
        <w:rFonts w:ascii="Calibri" w:eastAsia="MS Gothic" w:hAnsi="Calibr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media1-nfasis21">
    <w:name w:val="Lista media 1 - Énfasis 21"/>
    <w:basedOn w:val="Tablanormal"/>
    <w:next w:val="Listamedia1-nfasis2"/>
    <w:uiPriority w:val="65"/>
    <w:rsid w:val="003C543E"/>
    <w:pPr>
      <w:spacing w:after="0" w:line="240" w:lineRule="auto"/>
    </w:pPr>
    <w:rPr>
      <w:rFonts w:eastAsia="MS Mincho"/>
      <w:color w:val="000000"/>
    </w:rPr>
    <w:tblPr>
      <w:tblStyleRowBandSize w:val="1"/>
      <w:tblStyleColBandSize w:val="1"/>
      <w:tblBorders>
        <w:top w:val="single" w:sz="8" w:space="0" w:color="C0504D"/>
        <w:bottom w:val="single" w:sz="8" w:space="0" w:color="C0504D"/>
      </w:tblBorders>
    </w:tblPr>
    <w:tblStylePr w:type="firstRow">
      <w:rPr>
        <w:rFonts w:ascii="Calibri" w:eastAsia="MS Gothic" w:hAnsi="Calibri"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Listamedia1-nfasis31">
    <w:name w:val="Lista media 1 - Énfasis 31"/>
    <w:basedOn w:val="Tablanormal"/>
    <w:next w:val="Listamedia1-nfasis3"/>
    <w:uiPriority w:val="65"/>
    <w:rsid w:val="003C543E"/>
    <w:pPr>
      <w:spacing w:after="0" w:line="240" w:lineRule="auto"/>
    </w:pPr>
    <w:rPr>
      <w:rFonts w:eastAsia="MS Mincho"/>
      <w:color w:val="000000"/>
    </w:rPr>
    <w:tblPr>
      <w:tblStyleRowBandSize w:val="1"/>
      <w:tblStyleColBandSize w:val="1"/>
      <w:tblBorders>
        <w:top w:val="single" w:sz="8" w:space="0" w:color="9BBB59"/>
        <w:bottom w:val="single" w:sz="8" w:space="0" w:color="9BBB59"/>
      </w:tblBorders>
    </w:tblPr>
    <w:tblStylePr w:type="firstRow">
      <w:rPr>
        <w:rFonts w:ascii="Calibri" w:eastAsia="MS Gothic" w:hAnsi="Calibri"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Listamedia1-nfasis42">
    <w:name w:val="Lista media 1 - Énfasis 42"/>
    <w:basedOn w:val="Tablanormal"/>
    <w:next w:val="Listamedia1-nfasis4"/>
    <w:uiPriority w:val="65"/>
    <w:rsid w:val="003C543E"/>
    <w:pPr>
      <w:spacing w:after="0" w:line="240" w:lineRule="auto"/>
    </w:pPr>
    <w:rPr>
      <w:rFonts w:eastAsia="MS Mincho"/>
      <w:color w:val="000000"/>
    </w:rPr>
    <w:tblPr>
      <w:tblStyleRowBandSize w:val="1"/>
      <w:tblStyleColBandSize w:val="1"/>
      <w:tblBorders>
        <w:top w:val="single" w:sz="8" w:space="0" w:color="8064A2"/>
        <w:bottom w:val="single" w:sz="8" w:space="0" w:color="8064A2"/>
      </w:tblBorders>
    </w:tblPr>
    <w:tblStylePr w:type="firstRow">
      <w:rPr>
        <w:rFonts w:ascii="Calibri" w:eastAsia="MS Gothic" w:hAnsi="Calibri"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customStyle="1" w:styleId="Listamedia1-nfasis51">
    <w:name w:val="Lista media 1 - Énfasis 51"/>
    <w:basedOn w:val="Tablanormal"/>
    <w:next w:val="Listamedia1-nfasis5"/>
    <w:uiPriority w:val="65"/>
    <w:rsid w:val="003C543E"/>
    <w:pPr>
      <w:spacing w:after="0" w:line="240" w:lineRule="auto"/>
    </w:pPr>
    <w:rPr>
      <w:rFonts w:eastAsia="MS Mincho"/>
      <w:color w:val="000000"/>
    </w:rPr>
    <w:tblPr>
      <w:tblStyleRowBandSize w:val="1"/>
      <w:tblStyleColBandSize w:val="1"/>
      <w:tblBorders>
        <w:top w:val="single" w:sz="8" w:space="0" w:color="4BACC6"/>
        <w:bottom w:val="single" w:sz="8" w:space="0" w:color="4BACC6"/>
      </w:tblBorders>
    </w:tblPr>
    <w:tblStylePr w:type="firstRow">
      <w:rPr>
        <w:rFonts w:ascii="Calibri" w:eastAsia="MS Gothic" w:hAnsi="Calibri"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stamedia1-nfasis62">
    <w:name w:val="Lista media 1 - Énfasis 62"/>
    <w:basedOn w:val="Tablanormal"/>
    <w:next w:val="Listamedia1-nfasis6"/>
    <w:uiPriority w:val="65"/>
    <w:rsid w:val="003C543E"/>
    <w:pPr>
      <w:spacing w:after="0" w:line="240" w:lineRule="auto"/>
    </w:pPr>
    <w:rPr>
      <w:rFonts w:eastAsia="MS Mincho"/>
      <w:color w:val="000000"/>
    </w:rPr>
    <w:tblPr>
      <w:tblStyleRowBandSize w:val="1"/>
      <w:tblStyleColBandSize w:val="1"/>
      <w:tblBorders>
        <w:top w:val="single" w:sz="8" w:space="0" w:color="F79646"/>
        <w:bottom w:val="single" w:sz="8" w:space="0" w:color="F79646"/>
      </w:tblBorders>
    </w:tblPr>
    <w:tblStylePr w:type="firstRow">
      <w:rPr>
        <w:rFonts w:ascii="Calibri" w:eastAsia="MS Gothic" w:hAnsi="Calibri"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Listamedia21">
    <w:name w:val="Lista media 21"/>
    <w:basedOn w:val="Tablanormal"/>
    <w:next w:val="Listamedia2"/>
    <w:uiPriority w:val="66"/>
    <w:rsid w:val="003C543E"/>
    <w:pPr>
      <w:spacing w:after="0" w:line="240" w:lineRule="auto"/>
    </w:pPr>
    <w:rPr>
      <w:rFonts w:ascii="Calibri" w:eastAsia="MS Gothic" w:hAnsi="Calibri" w:cs="Times New Roman"/>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media2-nfasis11">
    <w:name w:val="Lista media 2 - Énfasis 11"/>
    <w:basedOn w:val="Tablanormal"/>
    <w:next w:val="Listamedia2-nfasis1"/>
    <w:uiPriority w:val="66"/>
    <w:rsid w:val="003C543E"/>
    <w:pPr>
      <w:spacing w:after="0" w:line="240" w:lineRule="auto"/>
    </w:pPr>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Listamedia2-nfasis21">
    <w:name w:val="Lista media 2 - Énfasis 21"/>
    <w:basedOn w:val="Tablanormal"/>
    <w:next w:val="Listamedia2-nfasis2"/>
    <w:uiPriority w:val="66"/>
    <w:rsid w:val="003C543E"/>
    <w:pPr>
      <w:spacing w:after="0" w:line="240" w:lineRule="auto"/>
    </w:pPr>
    <w:rPr>
      <w:rFonts w:ascii="Calibri" w:eastAsia="MS Gothic" w:hAnsi="Calibri" w:cs="Times New Roman"/>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Listamedia2-nfasis31">
    <w:name w:val="Lista media 2 - Énfasis 31"/>
    <w:basedOn w:val="Tablanormal"/>
    <w:next w:val="Listamedia2-nfasis3"/>
    <w:uiPriority w:val="66"/>
    <w:rsid w:val="003C543E"/>
    <w:pPr>
      <w:spacing w:after="0" w:line="240" w:lineRule="auto"/>
    </w:pPr>
    <w:rPr>
      <w:rFonts w:ascii="Calibri" w:eastAsia="MS Gothic" w:hAnsi="Calibri" w:cs="Times New Roman"/>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customStyle="1" w:styleId="Listamedia2-nfasis42">
    <w:name w:val="Lista media 2 - Énfasis 42"/>
    <w:basedOn w:val="Tablanormal"/>
    <w:next w:val="Listamedia2-nfasis4"/>
    <w:uiPriority w:val="66"/>
    <w:rsid w:val="003C543E"/>
    <w:pPr>
      <w:spacing w:after="0" w:line="240" w:lineRule="auto"/>
    </w:pPr>
    <w:rPr>
      <w:rFonts w:ascii="Calibri" w:eastAsia="MS Gothic" w:hAnsi="Calibri" w:cs="Times New Roman"/>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Listamedia2-nfasis51">
    <w:name w:val="Lista media 2 - Énfasis 51"/>
    <w:basedOn w:val="Tablanormal"/>
    <w:next w:val="Listamedia2-nfasis5"/>
    <w:uiPriority w:val="66"/>
    <w:rsid w:val="003C543E"/>
    <w:pPr>
      <w:spacing w:after="0" w:line="240" w:lineRule="auto"/>
    </w:pPr>
    <w:rPr>
      <w:rFonts w:ascii="Calibri" w:eastAsia="MS Gothic" w:hAnsi="Calibri"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media2-nfasis61">
    <w:name w:val="Lista media 2 - Énfasis 61"/>
    <w:basedOn w:val="Tablanormal"/>
    <w:next w:val="Listamedia2-nfasis6"/>
    <w:uiPriority w:val="66"/>
    <w:rsid w:val="003C543E"/>
    <w:pPr>
      <w:spacing w:after="0" w:line="240" w:lineRule="auto"/>
    </w:pPr>
    <w:rPr>
      <w:rFonts w:ascii="Calibri" w:eastAsia="MS Gothic" w:hAnsi="Calibri" w:cs="Times New Roman"/>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Cuadrculamedia11">
    <w:name w:val="Cuadrícula media 11"/>
    <w:basedOn w:val="Tablanormal"/>
    <w:next w:val="Cuadrculamedia1"/>
    <w:uiPriority w:val="67"/>
    <w:rsid w:val="003C543E"/>
    <w:pPr>
      <w:spacing w:after="0" w:line="240" w:lineRule="auto"/>
    </w:pPr>
    <w:rPr>
      <w:rFonts w:eastAsia="MS Minch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Cuadrculamedia1-nfasis11">
    <w:name w:val="Cuadrícula media 1 - Énfasis 11"/>
    <w:basedOn w:val="Tablanormal"/>
    <w:next w:val="Cuadrculamedia1-nfasis1"/>
    <w:uiPriority w:val="67"/>
    <w:rsid w:val="003C543E"/>
    <w:pPr>
      <w:spacing w:after="0" w:line="240" w:lineRule="auto"/>
    </w:pPr>
    <w:rPr>
      <w:rFonts w:eastAsia="MS Minch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23">
    <w:name w:val="Cuadrícula media 1 - Énfasis 23"/>
    <w:basedOn w:val="Tablanormal"/>
    <w:next w:val="Cuadrculamedia1-nfasis2"/>
    <w:uiPriority w:val="67"/>
    <w:rsid w:val="003C543E"/>
    <w:pPr>
      <w:spacing w:after="0" w:line="240" w:lineRule="auto"/>
    </w:pPr>
    <w:rPr>
      <w:rFonts w:eastAsia="MS Minch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Cuadrculamedia1-nfasis31">
    <w:name w:val="Cuadrícula media 1 - Énfasis 31"/>
    <w:basedOn w:val="Tablanormal"/>
    <w:next w:val="Cuadrculamedia1-nfasis3"/>
    <w:uiPriority w:val="67"/>
    <w:rsid w:val="003C543E"/>
    <w:pPr>
      <w:spacing w:after="0" w:line="240" w:lineRule="auto"/>
    </w:pPr>
    <w:rPr>
      <w:rFonts w:eastAsia="MS Minch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Cuadrculamedia1-nfasis41">
    <w:name w:val="Cuadrícula media 1 - Énfasis 41"/>
    <w:basedOn w:val="Tablanormal"/>
    <w:next w:val="Cuadrculamedia1-nfasis4"/>
    <w:uiPriority w:val="67"/>
    <w:rsid w:val="003C543E"/>
    <w:pPr>
      <w:spacing w:after="0" w:line="240" w:lineRule="auto"/>
    </w:pPr>
    <w:rPr>
      <w:rFonts w:eastAsia="MS Minch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Cuadrculamedia1-nfasis51">
    <w:name w:val="Cuadrícula media 1 - Énfasis 51"/>
    <w:basedOn w:val="Tablanormal"/>
    <w:next w:val="Cuadrculamedia1-nfasis5"/>
    <w:uiPriority w:val="67"/>
    <w:rsid w:val="003C543E"/>
    <w:pPr>
      <w:spacing w:after="0" w:line="240" w:lineRule="auto"/>
    </w:pPr>
    <w:rPr>
      <w:rFonts w:eastAsia="MS Minch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Cuadrculamedia1-nfasis61">
    <w:name w:val="Cuadrícula media 1 - Énfasis 61"/>
    <w:basedOn w:val="Tablanormal"/>
    <w:next w:val="Cuadrculamedia1-nfasis6"/>
    <w:uiPriority w:val="67"/>
    <w:rsid w:val="003C543E"/>
    <w:pPr>
      <w:spacing w:after="0" w:line="240" w:lineRule="auto"/>
    </w:pPr>
    <w:rPr>
      <w:rFonts w:eastAsia="MS Minch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Cuadrculamedia22">
    <w:name w:val="Cuadrícula media 22"/>
    <w:basedOn w:val="Tablanormal"/>
    <w:next w:val="Cuadrculamedia2"/>
    <w:uiPriority w:val="68"/>
    <w:rsid w:val="003C543E"/>
    <w:pPr>
      <w:spacing w:after="0" w:line="240" w:lineRule="auto"/>
    </w:pPr>
    <w:rPr>
      <w:rFonts w:ascii="Calibri" w:eastAsia="MS Gothic" w:hAnsi="Calibri" w:cs="Times New Roman"/>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nfasis11">
    <w:name w:val="Cuadrícula media 2 - Énfasis 11"/>
    <w:basedOn w:val="Tablanormal"/>
    <w:next w:val="Cuadrculamedia2-nfasis1"/>
    <w:uiPriority w:val="68"/>
    <w:rsid w:val="003C543E"/>
    <w:pPr>
      <w:spacing w:after="0" w:line="240" w:lineRule="auto"/>
    </w:pPr>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Cuadrculamedia2-nfasis21">
    <w:name w:val="Cuadrícula media 2 - Énfasis 21"/>
    <w:basedOn w:val="Tablanormal"/>
    <w:next w:val="Cuadrculamedia2-nfasis2"/>
    <w:uiPriority w:val="68"/>
    <w:rsid w:val="003C543E"/>
    <w:pPr>
      <w:spacing w:after="0" w:line="240" w:lineRule="auto"/>
    </w:pPr>
    <w:rPr>
      <w:rFonts w:ascii="Calibri" w:eastAsia="MS Gothic" w:hAnsi="Calibri" w:cs="Times New Roman"/>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media2-nfasis31">
    <w:name w:val="Cuadrícula media 2 - Énfasis 31"/>
    <w:basedOn w:val="Tablanormal"/>
    <w:next w:val="Cuadrculamedia2-nfasis3"/>
    <w:uiPriority w:val="68"/>
    <w:rsid w:val="003C543E"/>
    <w:pPr>
      <w:spacing w:after="0" w:line="240" w:lineRule="auto"/>
    </w:pPr>
    <w:rPr>
      <w:rFonts w:ascii="Calibri" w:eastAsia="MS Gothic" w:hAnsi="Calibri" w:cs="Times New Roman"/>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Cuadrculamedia2-nfasis41">
    <w:name w:val="Cuadrícula media 2 - Énfasis 41"/>
    <w:basedOn w:val="Tablanormal"/>
    <w:next w:val="Cuadrculamedia2-nfasis4"/>
    <w:uiPriority w:val="68"/>
    <w:rsid w:val="003C543E"/>
    <w:pPr>
      <w:spacing w:after="0" w:line="240" w:lineRule="auto"/>
    </w:pPr>
    <w:rPr>
      <w:rFonts w:ascii="Calibri" w:eastAsia="MS Gothic" w:hAnsi="Calibri" w:cs="Times New Roman"/>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customStyle="1" w:styleId="Cuadrculamedia2-nfasis51">
    <w:name w:val="Cuadrícula media 2 - Énfasis 51"/>
    <w:basedOn w:val="Tablanormal"/>
    <w:next w:val="Cuadrculamedia2-nfasis5"/>
    <w:uiPriority w:val="68"/>
    <w:rsid w:val="003C543E"/>
    <w:pPr>
      <w:spacing w:after="0" w:line="240" w:lineRule="auto"/>
    </w:pPr>
    <w:rPr>
      <w:rFonts w:ascii="Calibri" w:eastAsia="MS Gothic" w:hAnsi="Calibri"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Cuadrculamedia2-nfasis61">
    <w:name w:val="Cuadrícula media 2 - Énfasis 61"/>
    <w:basedOn w:val="Tablanormal"/>
    <w:next w:val="Cuadrculamedia2-nfasis6"/>
    <w:uiPriority w:val="68"/>
    <w:rsid w:val="003C543E"/>
    <w:pPr>
      <w:spacing w:after="0" w:line="240" w:lineRule="auto"/>
    </w:pPr>
    <w:rPr>
      <w:rFonts w:ascii="Calibri" w:eastAsia="MS Gothic" w:hAnsi="Calibri" w:cs="Times New Roman"/>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Cuadrculamedia31">
    <w:name w:val="Cuadrícula media 31"/>
    <w:basedOn w:val="Tablanormal"/>
    <w:next w:val="Cuadrculamedia3"/>
    <w:uiPriority w:val="69"/>
    <w:rsid w:val="003C543E"/>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Cuadrculamedia3-nfasis11">
    <w:name w:val="Cuadrícula media 3 - Énfasis 11"/>
    <w:basedOn w:val="Tablanormal"/>
    <w:next w:val="Cuadrculamedia3-nfasis1"/>
    <w:uiPriority w:val="69"/>
    <w:rsid w:val="003C543E"/>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nfasis21">
    <w:name w:val="Cuadrícula media 3 - Énfasis 21"/>
    <w:basedOn w:val="Tablanormal"/>
    <w:next w:val="Cuadrculamedia3-nfasis2"/>
    <w:uiPriority w:val="69"/>
    <w:rsid w:val="003C543E"/>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Cuadrculamedia3-nfasis31">
    <w:name w:val="Cuadrícula media 3 - Énfasis 31"/>
    <w:basedOn w:val="Tablanormal"/>
    <w:next w:val="Cuadrculamedia3-nfasis3"/>
    <w:uiPriority w:val="69"/>
    <w:rsid w:val="003C543E"/>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Cuadrculamedia3-nfasis41">
    <w:name w:val="Cuadrícula media 3 - Énfasis 41"/>
    <w:basedOn w:val="Tablanormal"/>
    <w:next w:val="Cuadrculamedia3-nfasis4"/>
    <w:uiPriority w:val="69"/>
    <w:rsid w:val="003C543E"/>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Cuadrculamedia3-nfasis51">
    <w:name w:val="Cuadrícula media 3 - Énfasis 51"/>
    <w:basedOn w:val="Tablanormal"/>
    <w:next w:val="Cuadrculamedia3-nfasis5"/>
    <w:uiPriority w:val="69"/>
    <w:rsid w:val="003C543E"/>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Cuadrculamedia3-nfasis61">
    <w:name w:val="Cuadrícula media 3 - Énfasis 61"/>
    <w:basedOn w:val="Tablanormal"/>
    <w:next w:val="Cuadrculamedia3-nfasis6"/>
    <w:uiPriority w:val="69"/>
    <w:rsid w:val="003C543E"/>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Listaoscura1">
    <w:name w:val="Lista oscura1"/>
    <w:basedOn w:val="Tablanormal"/>
    <w:next w:val="Listaoscura"/>
    <w:uiPriority w:val="70"/>
    <w:rsid w:val="003C543E"/>
    <w:pPr>
      <w:spacing w:after="0" w:line="240" w:lineRule="auto"/>
    </w:pPr>
    <w:rPr>
      <w:rFonts w:eastAsia="MS Mincho"/>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Listaoscura-nfasis11">
    <w:name w:val="Lista oscura - Énfasis 11"/>
    <w:basedOn w:val="Tablanormal"/>
    <w:next w:val="Listaoscura-nfasis1"/>
    <w:uiPriority w:val="70"/>
    <w:rsid w:val="003C543E"/>
    <w:pPr>
      <w:spacing w:after="0" w:line="240" w:lineRule="auto"/>
    </w:pPr>
    <w:rPr>
      <w:rFonts w:eastAsia="MS Mincho"/>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Listaoscura-nfasis21">
    <w:name w:val="Lista oscura - Énfasis 21"/>
    <w:basedOn w:val="Tablanormal"/>
    <w:next w:val="Listaoscura-nfasis2"/>
    <w:uiPriority w:val="70"/>
    <w:rsid w:val="003C543E"/>
    <w:pPr>
      <w:spacing w:after="0" w:line="240" w:lineRule="auto"/>
    </w:pPr>
    <w:rPr>
      <w:rFonts w:eastAsia="MS Mincho"/>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Listaoscura-nfasis32">
    <w:name w:val="Lista oscura - Énfasis 32"/>
    <w:basedOn w:val="Tablanormal"/>
    <w:next w:val="Listaoscura-nfasis3"/>
    <w:uiPriority w:val="70"/>
    <w:rsid w:val="003C543E"/>
    <w:pPr>
      <w:spacing w:after="0" w:line="240" w:lineRule="auto"/>
    </w:pPr>
    <w:rPr>
      <w:rFonts w:eastAsia="MS Mincho"/>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Listaoscura-nfasis41">
    <w:name w:val="Lista oscura - Énfasis 41"/>
    <w:basedOn w:val="Tablanormal"/>
    <w:next w:val="Listaoscura-nfasis4"/>
    <w:uiPriority w:val="70"/>
    <w:rsid w:val="003C543E"/>
    <w:pPr>
      <w:spacing w:after="0" w:line="240" w:lineRule="auto"/>
    </w:pPr>
    <w:rPr>
      <w:rFonts w:eastAsia="MS Mincho"/>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Listaoscura-nfasis52">
    <w:name w:val="Lista oscura - Énfasis 52"/>
    <w:basedOn w:val="Tablanormal"/>
    <w:next w:val="Listaoscura-nfasis5"/>
    <w:uiPriority w:val="70"/>
    <w:rsid w:val="003C543E"/>
    <w:pPr>
      <w:spacing w:after="0" w:line="240" w:lineRule="auto"/>
    </w:pPr>
    <w:rPr>
      <w:rFonts w:eastAsia="MS Mincho"/>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Listaoscura-nfasis61">
    <w:name w:val="Lista oscura - Énfasis 61"/>
    <w:basedOn w:val="Tablanormal"/>
    <w:next w:val="Listaoscura-nfasis6"/>
    <w:uiPriority w:val="70"/>
    <w:rsid w:val="003C543E"/>
    <w:pPr>
      <w:spacing w:after="0" w:line="240" w:lineRule="auto"/>
    </w:pPr>
    <w:rPr>
      <w:rFonts w:eastAsia="MS Mincho"/>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Sombreadovistoso1">
    <w:name w:val="Sombreado vistoso1"/>
    <w:basedOn w:val="Tablanormal"/>
    <w:next w:val="Sombreadovistoso"/>
    <w:uiPriority w:val="71"/>
    <w:rsid w:val="003C543E"/>
    <w:pPr>
      <w:spacing w:after="0" w:line="240" w:lineRule="auto"/>
    </w:pPr>
    <w:rPr>
      <w:rFonts w:eastAsia="MS Mincho"/>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Sombreadovistoso-nfasis11">
    <w:name w:val="Sombreado vistoso - Énfasis 11"/>
    <w:basedOn w:val="Tablanormal"/>
    <w:next w:val="Sombreadovistoso-nfasis1"/>
    <w:uiPriority w:val="71"/>
    <w:rsid w:val="003C543E"/>
    <w:pPr>
      <w:spacing w:after="0" w:line="240" w:lineRule="auto"/>
    </w:pPr>
    <w:rPr>
      <w:rFonts w:eastAsia="MS Mincho"/>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Sombreadovistoso-nfasis21">
    <w:name w:val="Sombreado vistoso - Énfasis 21"/>
    <w:basedOn w:val="Tablanormal"/>
    <w:next w:val="Sombreadovistoso-nfasis2"/>
    <w:uiPriority w:val="71"/>
    <w:rsid w:val="003C543E"/>
    <w:pPr>
      <w:spacing w:after="0" w:line="240" w:lineRule="auto"/>
    </w:pPr>
    <w:rPr>
      <w:rFonts w:eastAsia="MS Mincho"/>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customStyle="1" w:styleId="Sombreadovistoso-nfasis32">
    <w:name w:val="Sombreado vistoso - Énfasis 32"/>
    <w:basedOn w:val="Tablanormal"/>
    <w:next w:val="Sombreadovistoso-nfasis3"/>
    <w:uiPriority w:val="71"/>
    <w:rsid w:val="003C543E"/>
    <w:pPr>
      <w:spacing w:after="0" w:line="240" w:lineRule="auto"/>
    </w:pPr>
    <w:rPr>
      <w:rFonts w:eastAsia="MS Mincho"/>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vistoso-nfasis41">
    <w:name w:val="Sombreado vistoso - Énfasis 41"/>
    <w:basedOn w:val="Tablanormal"/>
    <w:next w:val="Sombreadovistoso-nfasis4"/>
    <w:uiPriority w:val="71"/>
    <w:rsid w:val="003C543E"/>
    <w:pPr>
      <w:spacing w:after="0" w:line="240" w:lineRule="auto"/>
    </w:pPr>
    <w:rPr>
      <w:rFonts w:eastAsia="MS Mincho"/>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customStyle="1" w:styleId="Sombreadovistoso-nfasis51">
    <w:name w:val="Sombreado vistoso - Énfasis 51"/>
    <w:basedOn w:val="Tablanormal"/>
    <w:next w:val="Sombreadovistoso-nfasis5"/>
    <w:uiPriority w:val="71"/>
    <w:rsid w:val="003C543E"/>
    <w:pPr>
      <w:spacing w:after="0" w:line="240" w:lineRule="auto"/>
    </w:pPr>
    <w:rPr>
      <w:rFonts w:eastAsia="MS Mincho"/>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Sombreadovistoso-nfasis61">
    <w:name w:val="Sombreado vistoso - Énfasis 61"/>
    <w:basedOn w:val="Tablanormal"/>
    <w:next w:val="Sombreadovistoso-nfasis6"/>
    <w:uiPriority w:val="71"/>
    <w:rsid w:val="003C543E"/>
    <w:pPr>
      <w:spacing w:after="0" w:line="240" w:lineRule="auto"/>
    </w:pPr>
    <w:rPr>
      <w:rFonts w:eastAsia="MS Mincho"/>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Listavistosa1">
    <w:name w:val="Lista vistosa1"/>
    <w:basedOn w:val="Tablanormal"/>
    <w:next w:val="Listavistosa"/>
    <w:uiPriority w:val="72"/>
    <w:rsid w:val="003C543E"/>
    <w:pPr>
      <w:spacing w:after="0" w:line="240" w:lineRule="auto"/>
    </w:pPr>
    <w:rPr>
      <w:rFonts w:eastAsia="MS Mincho"/>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Listavistosa-nfasis13">
    <w:name w:val="Lista vistosa - Énfasis 13"/>
    <w:basedOn w:val="Tablanormal"/>
    <w:next w:val="Listavistosa-nfasis1"/>
    <w:uiPriority w:val="72"/>
    <w:rsid w:val="003C543E"/>
    <w:pPr>
      <w:spacing w:after="0" w:line="240" w:lineRule="auto"/>
    </w:pPr>
    <w:rPr>
      <w:rFonts w:eastAsia="MS Mincho"/>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Listavistosa-nfasis22">
    <w:name w:val="Lista vistosa - Énfasis 22"/>
    <w:basedOn w:val="Tablanormal"/>
    <w:next w:val="Listavistosa-nfasis2"/>
    <w:uiPriority w:val="72"/>
    <w:rsid w:val="003C543E"/>
    <w:pPr>
      <w:spacing w:after="0" w:line="240" w:lineRule="auto"/>
    </w:pPr>
    <w:rPr>
      <w:rFonts w:eastAsia="MS Mincho"/>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Listavistosa-nfasis31">
    <w:name w:val="Lista vistosa - Énfasis 31"/>
    <w:basedOn w:val="Tablanormal"/>
    <w:next w:val="Listavistosa-nfasis3"/>
    <w:uiPriority w:val="72"/>
    <w:rsid w:val="003C543E"/>
    <w:pPr>
      <w:spacing w:after="0" w:line="240" w:lineRule="auto"/>
    </w:pPr>
    <w:rPr>
      <w:rFonts w:eastAsia="MS Mincho"/>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vistosa-nfasis41">
    <w:name w:val="Lista vistosa - Énfasis 41"/>
    <w:basedOn w:val="Tablanormal"/>
    <w:next w:val="Listavistosa-nfasis4"/>
    <w:uiPriority w:val="72"/>
    <w:rsid w:val="003C543E"/>
    <w:pPr>
      <w:spacing w:after="0" w:line="240" w:lineRule="auto"/>
    </w:pPr>
    <w:rPr>
      <w:rFonts w:eastAsia="MS Mincho"/>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Listavistosa-nfasis51">
    <w:name w:val="Lista vistosa - Énfasis 51"/>
    <w:basedOn w:val="Tablanormal"/>
    <w:next w:val="Listavistosa-nfasis5"/>
    <w:uiPriority w:val="72"/>
    <w:rsid w:val="003C543E"/>
    <w:pPr>
      <w:spacing w:after="0" w:line="240" w:lineRule="auto"/>
    </w:pPr>
    <w:rPr>
      <w:rFonts w:eastAsia="MS Mincho"/>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Listavistosa-nfasis61">
    <w:name w:val="Lista vistosa - Énfasis 61"/>
    <w:basedOn w:val="Tablanormal"/>
    <w:next w:val="Listavistosa-nfasis6"/>
    <w:uiPriority w:val="72"/>
    <w:rsid w:val="003C543E"/>
    <w:pPr>
      <w:spacing w:after="0" w:line="240" w:lineRule="auto"/>
    </w:pPr>
    <w:rPr>
      <w:rFonts w:eastAsia="MS Mincho"/>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Cuadrculavistosa1">
    <w:name w:val="Cuadrícula vistosa1"/>
    <w:basedOn w:val="Tablanormal"/>
    <w:next w:val="Cuadrculavistosa"/>
    <w:uiPriority w:val="73"/>
    <w:rsid w:val="003C543E"/>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Cuadrculavistosa-nfasis11">
    <w:name w:val="Cuadrícula vistosa - Énfasis 11"/>
    <w:basedOn w:val="Tablanormal"/>
    <w:next w:val="Cuadrculavistosa-nfasis1"/>
    <w:uiPriority w:val="73"/>
    <w:rsid w:val="003C543E"/>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21">
    <w:name w:val="Cuadrícula vistosa - Énfasis 21"/>
    <w:basedOn w:val="Tablanormal"/>
    <w:next w:val="Cuadrculavistosa-nfasis2"/>
    <w:uiPriority w:val="73"/>
    <w:rsid w:val="003C543E"/>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customStyle="1" w:styleId="Cuadrculavistosa-nfasis31">
    <w:name w:val="Cuadrícula vistosa - Énfasis 31"/>
    <w:basedOn w:val="Tablanormal"/>
    <w:next w:val="Cuadrculavistosa-nfasis3"/>
    <w:uiPriority w:val="73"/>
    <w:rsid w:val="003C543E"/>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Cuadrculavistosa-nfasis41">
    <w:name w:val="Cuadrícula vistosa - Énfasis 41"/>
    <w:basedOn w:val="Tablanormal"/>
    <w:next w:val="Cuadrculavistosa-nfasis4"/>
    <w:uiPriority w:val="73"/>
    <w:rsid w:val="003C543E"/>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customStyle="1" w:styleId="Cuadrculavistosa-nfasis51">
    <w:name w:val="Cuadrícula vistosa - Énfasis 51"/>
    <w:basedOn w:val="Tablanormal"/>
    <w:next w:val="Cuadrculavistosa-nfasis5"/>
    <w:uiPriority w:val="73"/>
    <w:rsid w:val="003C543E"/>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Cuadrculavistosa-nfasis61">
    <w:name w:val="Cuadrícula vistosa - Énfasis 61"/>
    <w:basedOn w:val="Tablanormal"/>
    <w:next w:val="Cuadrculavistosa-nfasis6"/>
    <w:uiPriority w:val="73"/>
    <w:rsid w:val="003C543E"/>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Lista">
    <w:name w:val="List"/>
    <w:basedOn w:val="Normal"/>
    <w:uiPriority w:val="99"/>
    <w:semiHidden/>
    <w:unhideWhenUsed/>
    <w:rsid w:val="003C543E"/>
    <w:pPr>
      <w:ind w:left="283" w:hanging="283"/>
      <w:contextualSpacing/>
    </w:pPr>
  </w:style>
  <w:style w:type="paragraph" w:styleId="Lista2">
    <w:name w:val="List 2"/>
    <w:basedOn w:val="Normal"/>
    <w:uiPriority w:val="99"/>
    <w:semiHidden/>
    <w:unhideWhenUsed/>
    <w:rsid w:val="003C543E"/>
    <w:pPr>
      <w:ind w:left="566" w:hanging="283"/>
      <w:contextualSpacing/>
    </w:pPr>
  </w:style>
  <w:style w:type="paragraph" w:styleId="Lista3">
    <w:name w:val="List 3"/>
    <w:basedOn w:val="Normal"/>
    <w:uiPriority w:val="99"/>
    <w:semiHidden/>
    <w:unhideWhenUsed/>
    <w:rsid w:val="003C543E"/>
    <w:pPr>
      <w:ind w:left="849" w:hanging="283"/>
      <w:contextualSpacing/>
    </w:pPr>
  </w:style>
  <w:style w:type="paragraph" w:styleId="Listaconvietas">
    <w:name w:val="List Bullet"/>
    <w:basedOn w:val="Normal"/>
    <w:uiPriority w:val="99"/>
    <w:semiHidden/>
    <w:unhideWhenUsed/>
    <w:rsid w:val="003C543E"/>
    <w:pPr>
      <w:contextualSpacing/>
    </w:pPr>
  </w:style>
  <w:style w:type="paragraph" w:styleId="Listaconvietas3">
    <w:name w:val="List Bullet 3"/>
    <w:basedOn w:val="Normal"/>
    <w:uiPriority w:val="99"/>
    <w:semiHidden/>
    <w:unhideWhenUsed/>
    <w:rsid w:val="003C543E"/>
    <w:pPr>
      <w:contextualSpacing/>
    </w:pPr>
  </w:style>
  <w:style w:type="paragraph" w:styleId="Listaconnmeros">
    <w:name w:val="List Number"/>
    <w:basedOn w:val="Normal"/>
    <w:uiPriority w:val="99"/>
    <w:semiHidden/>
    <w:unhideWhenUsed/>
    <w:rsid w:val="003C543E"/>
    <w:pPr>
      <w:contextualSpacing/>
    </w:pPr>
  </w:style>
  <w:style w:type="paragraph" w:styleId="Listaconnmeros2">
    <w:name w:val="List Number 2"/>
    <w:basedOn w:val="Normal"/>
    <w:uiPriority w:val="99"/>
    <w:semiHidden/>
    <w:unhideWhenUsed/>
    <w:rsid w:val="003C543E"/>
    <w:pPr>
      <w:contextualSpacing/>
    </w:pPr>
  </w:style>
  <w:style w:type="paragraph" w:styleId="Listaconnmeros3">
    <w:name w:val="List Number 3"/>
    <w:basedOn w:val="Normal"/>
    <w:uiPriority w:val="99"/>
    <w:semiHidden/>
    <w:unhideWhenUsed/>
    <w:rsid w:val="003C543E"/>
    <w:pPr>
      <w:contextualSpacing/>
    </w:pPr>
  </w:style>
  <w:style w:type="paragraph" w:styleId="Continuarlista2">
    <w:name w:val="List Continue 2"/>
    <w:basedOn w:val="Normal"/>
    <w:uiPriority w:val="99"/>
    <w:semiHidden/>
    <w:unhideWhenUsed/>
    <w:rsid w:val="003C543E"/>
    <w:pPr>
      <w:spacing w:after="120"/>
      <w:ind w:left="566"/>
      <w:contextualSpacing/>
    </w:pPr>
  </w:style>
  <w:style w:type="paragraph" w:styleId="Continuarlista3">
    <w:name w:val="List Continue 3"/>
    <w:basedOn w:val="Normal"/>
    <w:uiPriority w:val="99"/>
    <w:semiHidden/>
    <w:unhideWhenUsed/>
    <w:rsid w:val="003C543E"/>
    <w:pPr>
      <w:spacing w:after="120"/>
      <w:ind w:left="849"/>
      <w:contextualSpacing/>
    </w:pPr>
  </w:style>
  <w:style w:type="paragraph" w:styleId="Textomacro">
    <w:name w:val="macro"/>
    <w:link w:val="TextomacroCar1"/>
    <w:uiPriority w:val="99"/>
    <w:semiHidden/>
    <w:unhideWhenUsed/>
    <w:rsid w:val="003C543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eastAsia="Times New Roman" w:hAnsi="Consolas" w:cs="Times New Roman"/>
      <w:sz w:val="20"/>
      <w:szCs w:val="20"/>
      <w:lang w:val="es-ES_tradnl" w:eastAsia="es-ES_tradnl"/>
    </w:rPr>
  </w:style>
  <w:style w:type="character" w:customStyle="1" w:styleId="TextomacroCar1">
    <w:name w:val="Texto macro Car1"/>
    <w:basedOn w:val="Fuentedeprrafopredeter"/>
    <w:link w:val="Textomacro"/>
    <w:uiPriority w:val="99"/>
    <w:semiHidden/>
    <w:rsid w:val="003C543E"/>
    <w:rPr>
      <w:rFonts w:ascii="Consolas" w:eastAsia="Times New Roman" w:hAnsi="Consolas" w:cs="Times New Roman"/>
      <w:sz w:val="20"/>
      <w:szCs w:val="20"/>
      <w:lang w:val="es-ES_tradnl" w:eastAsia="es-ES_tradnl"/>
    </w:rPr>
  </w:style>
  <w:style w:type="character" w:styleId="nfasissutil">
    <w:name w:val="Subtle Emphasis"/>
    <w:basedOn w:val="Fuentedeprrafopredeter"/>
    <w:uiPriority w:val="19"/>
    <w:qFormat/>
    <w:rsid w:val="003C543E"/>
    <w:rPr>
      <w:i/>
      <w:iCs/>
      <w:color w:val="404040" w:themeColor="text1" w:themeTint="BF"/>
    </w:rPr>
  </w:style>
  <w:style w:type="character" w:styleId="Referenciasutil">
    <w:name w:val="Subtle Reference"/>
    <w:basedOn w:val="Fuentedeprrafopredeter"/>
    <w:uiPriority w:val="31"/>
    <w:qFormat/>
    <w:rsid w:val="003C543E"/>
    <w:rPr>
      <w:smallCaps/>
      <w:color w:val="5A5A5A" w:themeColor="text1" w:themeTint="A5"/>
    </w:rPr>
  </w:style>
  <w:style w:type="table" w:styleId="Sombreadoclaro">
    <w:name w:val="Light Shading"/>
    <w:basedOn w:val="Tablanormal"/>
    <w:uiPriority w:val="60"/>
    <w:semiHidden/>
    <w:unhideWhenUsed/>
    <w:rsid w:val="003C543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3C543E"/>
    <w:pPr>
      <w:spacing w:after="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3C543E"/>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doclaro-nfasis4">
    <w:name w:val="Light Shading Accent 4"/>
    <w:basedOn w:val="Tablanormal"/>
    <w:uiPriority w:val="60"/>
    <w:semiHidden/>
    <w:unhideWhenUsed/>
    <w:rsid w:val="003C543E"/>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doclaro-nfasis5">
    <w:name w:val="Light Shading Accent 5"/>
    <w:basedOn w:val="Tablanormal"/>
    <w:uiPriority w:val="60"/>
    <w:semiHidden/>
    <w:unhideWhenUsed/>
    <w:rsid w:val="003C543E"/>
    <w:pPr>
      <w:spacing w:after="0" w:line="240" w:lineRule="auto"/>
    </w:pPr>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Sombreadoclaro-nfasis6">
    <w:name w:val="Light Shading Accent 6"/>
    <w:basedOn w:val="Tablanormal"/>
    <w:uiPriority w:val="60"/>
    <w:semiHidden/>
    <w:unhideWhenUsed/>
    <w:rsid w:val="003C543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lanormal"/>
    <w:uiPriority w:val="61"/>
    <w:semiHidden/>
    <w:unhideWhenUsed/>
    <w:rsid w:val="003C543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semiHidden/>
    <w:unhideWhenUsed/>
    <w:rsid w:val="003C543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staclara-nfasis2">
    <w:name w:val="Light List Accent 2"/>
    <w:basedOn w:val="Tablanormal"/>
    <w:uiPriority w:val="61"/>
    <w:semiHidden/>
    <w:unhideWhenUsed/>
    <w:rsid w:val="003C543E"/>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is3">
    <w:name w:val="Light List Accent 3"/>
    <w:basedOn w:val="Tablanormal"/>
    <w:uiPriority w:val="61"/>
    <w:semiHidden/>
    <w:unhideWhenUsed/>
    <w:rsid w:val="003C543E"/>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is4">
    <w:name w:val="Light List Accent 4"/>
    <w:basedOn w:val="Tablanormal"/>
    <w:uiPriority w:val="61"/>
    <w:semiHidden/>
    <w:unhideWhenUsed/>
    <w:rsid w:val="003C543E"/>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is5">
    <w:name w:val="Light List Accent 5"/>
    <w:basedOn w:val="Tablanormal"/>
    <w:uiPriority w:val="61"/>
    <w:semiHidden/>
    <w:unhideWhenUsed/>
    <w:rsid w:val="003C543E"/>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istaclara-nfasis6">
    <w:name w:val="Light List Accent 6"/>
    <w:basedOn w:val="Tablanormal"/>
    <w:uiPriority w:val="61"/>
    <w:semiHidden/>
    <w:unhideWhenUsed/>
    <w:rsid w:val="003C543E"/>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Cuadrculaclara">
    <w:name w:val="Light Grid"/>
    <w:basedOn w:val="Tablanormal"/>
    <w:uiPriority w:val="62"/>
    <w:semiHidden/>
    <w:unhideWhenUsed/>
    <w:rsid w:val="003C543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semiHidden/>
    <w:unhideWhenUsed/>
    <w:rsid w:val="003C543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Cuadrculaclara-nfasis2">
    <w:name w:val="Light Grid Accent 2"/>
    <w:basedOn w:val="Tablanormal"/>
    <w:uiPriority w:val="62"/>
    <w:semiHidden/>
    <w:unhideWhenUsed/>
    <w:rsid w:val="003C543E"/>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Cuadrculaclara-nfasis3">
    <w:name w:val="Light Grid Accent 3"/>
    <w:basedOn w:val="Tablanormal"/>
    <w:uiPriority w:val="62"/>
    <w:semiHidden/>
    <w:unhideWhenUsed/>
    <w:rsid w:val="003C543E"/>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Cuadrculaclara-nfasis4">
    <w:name w:val="Light Grid Accent 4"/>
    <w:basedOn w:val="Tablanormal"/>
    <w:uiPriority w:val="62"/>
    <w:semiHidden/>
    <w:unhideWhenUsed/>
    <w:rsid w:val="003C543E"/>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Cuadrculaclara-nfasis5">
    <w:name w:val="Light Grid Accent 5"/>
    <w:basedOn w:val="Tablanormal"/>
    <w:uiPriority w:val="62"/>
    <w:semiHidden/>
    <w:unhideWhenUsed/>
    <w:rsid w:val="003C543E"/>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Cuadrculaclara-nfasis6">
    <w:name w:val="Light Grid Accent 6"/>
    <w:basedOn w:val="Tablanormal"/>
    <w:uiPriority w:val="62"/>
    <w:semiHidden/>
    <w:unhideWhenUsed/>
    <w:rsid w:val="003C543E"/>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domedio1">
    <w:name w:val="Medium Shading 1"/>
    <w:basedOn w:val="Tablanormal"/>
    <w:uiPriority w:val="63"/>
    <w:semiHidden/>
    <w:unhideWhenUsed/>
    <w:rsid w:val="003C543E"/>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semiHidden/>
    <w:unhideWhenUsed/>
    <w:rsid w:val="003C543E"/>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semiHidden/>
    <w:unhideWhenUsed/>
    <w:rsid w:val="003C543E"/>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semiHidden/>
    <w:unhideWhenUsed/>
    <w:rsid w:val="003C543E"/>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semiHidden/>
    <w:unhideWhenUsed/>
    <w:rsid w:val="003C543E"/>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semiHidden/>
    <w:unhideWhenUsed/>
    <w:rsid w:val="003C543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semiHidden/>
    <w:unhideWhenUsed/>
    <w:rsid w:val="003C543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semiHidden/>
    <w:unhideWhenUsed/>
    <w:rsid w:val="003C543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semiHidden/>
    <w:unhideWhenUsed/>
    <w:rsid w:val="003C543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semiHidden/>
    <w:unhideWhenUsed/>
    <w:rsid w:val="003C543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semiHidden/>
    <w:unhideWhenUsed/>
    <w:rsid w:val="003C543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semiHidden/>
    <w:unhideWhenUsed/>
    <w:rsid w:val="003C543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semiHidden/>
    <w:unhideWhenUsed/>
    <w:rsid w:val="003C543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semiHidden/>
    <w:unhideWhenUsed/>
    <w:rsid w:val="003C543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semiHidden/>
    <w:unhideWhenUsed/>
    <w:rsid w:val="003C543E"/>
    <w:pPr>
      <w:spacing w:after="0" w:line="240" w:lineRule="auto"/>
    </w:pPr>
    <w:rPr>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Listamedia1-nfasis2">
    <w:name w:val="Medium List 1 Accent 2"/>
    <w:basedOn w:val="Tablanormal"/>
    <w:uiPriority w:val="65"/>
    <w:semiHidden/>
    <w:unhideWhenUsed/>
    <w:rsid w:val="003C543E"/>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edia1-nfasis3">
    <w:name w:val="Medium List 1 Accent 3"/>
    <w:basedOn w:val="Tablanormal"/>
    <w:uiPriority w:val="65"/>
    <w:semiHidden/>
    <w:unhideWhenUsed/>
    <w:rsid w:val="003C543E"/>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edia1-nfasis4">
    <w:name w:val="Medium List 1 Accent 4"/>
    <w:basedOn w:val="Tablanormal"/>
    <w:uiPriority w:val="65"/>
    <w:semiHidden/>
    <w:unhideWhenUsed/>
    <w:rsid w:val="003C543E"/>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edia1-nfasis5">
    <w:name w:val="Medium List 1 Accent 5"/>
    <w:basedOn w:val="Tablanormal"/>
    <w:uiPriority w:val="65"/>
    <w:semiHidden/>
    <w:unhideWhenUsed/>
    <w:rsid w:val="003C543E"/>
    <w:pPr>
      <w:spacing w:after="0" w:line="240" w:lineRule="auto"/>
    </w:pPr>
    <w:rPr>
      <w:color w:val="000000" w:themeColor="text1"/>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Listamedia1-nfasis6">
    <w:name w:val="Medium List 1 Accent 6"/>
    <w:basedOn w:val="Tablanormal"/>
    <w:uiPriority w:val="65"/>
    <w:semiHidden/>
    <w:unhideWhenUsed/>
    <w:rsid w:val="003C543E"/>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edia2">
    <w:name w:val="Medium List 2"/>
    <w:basedOn w:val="Tablanormal"/>
    <w:uiPriority w:val="66"/>
    <w:semiHidden/>
    <w:unhideWhenUsed/>
    <w:rsid w:val="003C543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semiHidden/>
    <w:unhideWhenUsed/>
    <w:rsid w:val="003C543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semiHidden/>
    <w:unhideWhenUsed/>
    <w:rsid w:val="003C543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semiHidden/>
    <w:unhideWhenUsed/>
    <w:rsid w:val="003C543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semiHidden/>
    <w:unhideWhenUsed/>
    <w:rsid w:val="003C543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semiHidden/>
    <w:unhideWhenUsed/>
    <w:rsid w:val="003C543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semiHidden/>
    <w:unhideWhenUsed/>
    <w:rsid w:val="003C543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semiHidden/>
    <w:unhideWhenUsed/>
    <w:rsid w:val="003C543E"/>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semiHidden/>
    <w:unhideWhenUsed/>
    <w:rsid w:val="003C543E"/>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Cuadrculamedia1-nfasis3">
    <w:name w:val="Medium Grid 1 Accent 3"/>
    <w:basedOn w:val="Tablanormal"/>
    <w:uiPriority w:val="67"/>
    <w:semiHidden/>
    <w:unhideWhenUsed/>
    <w:rsid w:val="003C543E"/>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uadrculamedia1-nfasis4">
    <w:name w:val="Medium Grid 1 Accent 4"/>
    <w:basedOn w:val="Tablanormal"/>
    <w:uiPriority w:val="67"/>
    <w:semiHidden/>
    <w:unhideWhenUsed/>
    <w:rsid w:val="003C543E"/>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uadrculamedia1-nfasis5">
    <w:name w:val="Medium Grid 1 Accent 5"/>
    <w:basedOn w:val="Tablanormal"/>
    <w:uiPriority w:val="67"/>
    <w:semiHidden/>
    <w:unhideWhenUsed/>
    <w:rsid w:val="003C543E"/>
    <w:pPr>
      <w:spacing w:after="0" w:line="240" w:lineRule="auto"/>
    </w:p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Cuadrculamedia1-nfasis6">
    <w:name w:val="Medium Grid 1 Accent 6"/>
    <w:basedOn w:val="Tablanormal"/>
    <w:uiPriority w:val="67"/>
    <w:semiHidden/>
    <w:unhideWhenUsed/>
    <w:rsid w:val="003C543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uadrculamedia2">
    <w:name w:val="Medium Grid 2"/>
    <w:basedOn w:val="Tablanormal"/>
    <w:uiPriority w:val="68"/>
    <w:semiHidden/>
    <w:unhideWhenUsed/>
    <w:rsid w:val="003C543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semiHidden/>
    <w:unhideWhenUsed/>
    <w:rsid w:val="003C543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semiHidden/>
    <w:unhideWhenUsed/>
    <w:rsid w:val="003C543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semiHidden/>
    <w:unhideWhenUsed/>
    <w:rsid w:val="003C543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semiHidden/>
    <w:unhideWhenUsed/>
    <w:rsid w:val="003C543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semiHidden/>
    <w:unhideWhenUsed/>
    <w:rsid w:val="003C543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semiHidden/>
    <w:unhideWhenUsed/>
    <w:rsid w:val="003C543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semiHidden/>
    <w:unhideWhenUsed/>
    <w:rsid w:val="003C543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semiHidden/>
    <w:unhideWhenUsed/>
    <w:rsid w:val="003C543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Cuadrculamedia3-nfasis2">
    <w:name w:val="Medium Grid 3 Accent 2"/>
    <w:basedOn w:val="Tablanormal"/>
    <w:uiPriority w:val="69"/>
    <w:semiHidden/>
    <w:unhideWhenUsed/>
    <w:rsid w:val="003C543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Cuadrculamedia3-nfasis3">
    <w:name w:val="Medium Grid 3 Accent 3"/>
    <w:basedOn w:val="Tablanormal"/>
    <w:uiPriority w:val="69"/>
    <w:semiHidden/>
    <w:unhideWhenUsed/>
    <w:rsid w:val="003C543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Cuadrculamedia3-nfasis4">
    <w:name w:val="Medium Grid 3 Accent 4"/>
    <w:basedOn w:val="Tablanormal"/>
    <w:uiPriority w:val="69"/>
    <w:semiHidden/>
    <w:unhideWhenUsed/>
    <w:rsid w:val="003C543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Cuadrculamedia3-nfasis5">
    <w:name w:val="Medium Grid 3 Accent 5"/>
    <w:basedOn w:val="Tablanormal"/>
    <w:uiPriority w:val="69"/>
    <w:semiHidden/>
    <w:unhideWhenUsed/>
    <w:rsid w:val="003C543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Cuadrculamedia3-nfasis6">
    <w:name w:val="Medium Grid 3 Accent 6"/>
    <w:basedOn w:val="Tablanormal"/>
    <w:uiPriority w:val="69"/>
    <w:semiHidden/>
    <w:unhideWhenUsed/>
    <w:rsid w:val="003C543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oscura">
    <w:name w:val="Dark List"/>
    <w:basedOn w:val="Tablanormal"/>
    <w:uiPriority w:val="70"/>
    <w:semiHidden/>
    <w:unhideWhenUsed/>
    <w:rsid w:val="003C543E"/>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semiHidden/>
    <w:unhideWhenUsed/>
    <w:rsid w:val="003C543E"/>
    <w:pPr>
      <w:spacing w:after="0" w:line="240" w:lineRule="auto"/>
    </w:pPr>
    <w:rPr>
      <w:color w:val="FFFFFF" w:themeColor="background1"/>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Listaoscura-nfasis2">
    <w:name w:val="Dark List Accent 2"/>
    <w:basedOn w:val="Tablanormal"/>
    <w:uiPriority w:val="70"/>
    <w:semiHidden/>
    <w:unhideWhenUsed/>
    <w:rsid w:val="003C543E"/>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oscura-nfasis3">
    <w:name w:val="Dark List Accent 3"/>
    <w:basedOn w:val="Tablanormal"/>
    <w:uiPriority w:val="70"/>
    <w:semiHidden/>
    <w:unhideWhenUsed/>
    <w:rsid w:val="003C543E"/>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oscura-nfasis4">
    <w:name w:val="Dark List Accent 4"/>
    <w:basedOn w:val="Tablanormal"/>
    <w:uiPriority w:val="70"/>
    <w:semiHidden/>
    <w:unhideWhenUsed/>
    <w:rsid w:val="003C543E"/>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oscura-nfasis5">
    <w:name w:val="Dark List Accent 5"/>
    <w:basedOn w:val="Tablanormal"/>
    <w:uiPriority w:val="70"/>
    <w:semiHidden/>
    <w:unhideWhenUsed/>
    <w:rsid w:val="003C543E"/>
    <w:pPr>
      <w:spacing w:after="0" w:line="240" w:lineRule="auto"/>
    </w:pPr>
    <w:rPr>
      <w:color w:val="FFFFFF" w:themeColor="background1"/>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Listaoscura-nfasis6">
    <w:name w:val="Dark List Accent 6"/>
    <w:basedOn w:val="Tablanormal"/>
    <w:uiPriority w:val="70"/>
    <w:semiHidden/>
    <w:unhideWhenUsed/>
    <w:rsid w:val="003C543E"/>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dovistoso">
    <w:name w:val="Colorful Shading"/>
    <w:basedOn w:val="Tablanormal"/>
    <w:uiPriority w:val="71"/>
    <w:semiHidden/>
    <w:unhideWhenUsed/>
    <w:rsid w:val="003C543E"/>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semiHidden/>
    <w:unhideWhenUsed/>
    <w:rsid w:val="003C543E"/>
    <w:pPr>
      <w:spacing w:after="0" w:line="240" w:lineRule="auto"/>
    </w:pPr>
    <w:rPr>
      <w:color w:val="000000" w:themeColor="text1"/>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semiHidden/>
    <w:unhideWhenUsed/>
    <w:rsid w:val="003C543E"/>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semiHidden/>
    <w:unhideWhenUsed/>
    <w:rsid w:val="003C543E"/>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dovistoso-nfasis4">
    <w:name w:val="Colorful Shading Accent 4"/>
    <w:basedOn w:val="Tablanormal"/>
    <w:uiPriority w:val="71"/>
    <w:semiHidden/>
    <w:unhideWhenUsed/>
    <w:rsid w:val="003C543E"/>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semiHidden/>
    <w:unhideWhenUsed/>
    <w:rsid w:val="003C543E"/>
    <w:pPr>
      <w:spacing w:after="0" w:line="240" w:lineRule="auto"/>
    </w:pPr>
    <w:rPr>
      <w:color w:val="000000" w:themeColor="text1"/>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semiHidden/>
    <w:unhideWhenUsed/>
    <w:rsid w:val="003C543E"/>
    <w:pPr>
      <w:spacing w:after="0" w:line="240" w:lineRule="auto"/>
    </w:pPr>
    <w:rPr>
      <w:color w:val="000000" w:themeColor="text1"/>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semiHidden/>
    <w:unhideWhenUsed/>
    <w:rsid w:val="003C543E"/>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semiHidden/>
    <w:unhideWhenUsed/>
    <w:rsid w:val="003C543E"/>
    <w:pPr>
      <w:spacing w:after="0" w:line="240" w:lineRule="auto"/>
    </w:pPr>
    <w:rPr>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Listavistosa-nfasis2">
    <w:name w:val="Colorful List Accent 2"/>
    <w:basedOn w:val="Tablanormal"/>
    <w:uiPriority w:val="72"/>
    <w:semiHidden/>
    <w:unhideWhenUsed/>
    <w:rsid w:val="003C543E"/>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vistosa-nfasis3">
    <w:name w:val="Colorful List Accent 3"/>
    <w:basedOn w:val="Tablanormal"/>
    <w:uiPriority w:val="72"/>
    <w:semiHidden/>
    <w:unhideWhenUsed/>
    <w:rsid w:val="003C543E"/>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vistosa-nfasis4">
    <w:name w:val="Colorful List Accent 4"/>
    <w:basedOn w:val="Tablanormal"/>
    <w:uiPriority w:val="72"/>
    <w:semiHidden/>
    <w:unhideWhenUsed/>
    <w:rsid w:val="003C543E"/>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vistosa-nfasis6">
    <w:name w:val="Colorful List Accent 6"/>
    <w:basedOn w:val="Tablanormal"/>
    <w:uiPriority w:val="72"/>
    <w:semiHidden/>
    <w:unhideWhenUsed/>
    <w:rsid w:val="003C543E"/>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uadrculavistosa">
    <w:name w:val="Colorful Grid"/>
    <w:basedOn w:val="Tablanormal"/>
    <w:uiPriority w:val="73"/>
    <w:semiHidden/>
    <w:unhideWhenUsed/>
    <w:rsid w:val="003C543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semiHidden/>
    <w:unhideWhenUsed/>
    <w:rsid w:val="003C543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Cuadrculavistosa-nfasis2">
    <w:name w:val="Colorful Grid Accent 2"/>
    <w:basedOn w:val="Tablanormal"/>
    <w:uiPriority w:val="73"/>
    <w:semiHidden/>
    <w:unhideWhenUsed/>
    <w:rsid w:val="003C543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uadrculavistosa-nfasis3">
    <w:name w:val="Colorful Grid Accent 3"/>
    <w:basedOn w:val="Tablanormal"/>
    <w:uiPriority w:val="73"/>
    <w:semiHidden/>
    <w:unhideWhenUsed/>
    <w:rsid w:val="003C543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uadrculavistosa-nfasis4">
    <w:name w:val="Colorful Grid Accent 4"/>
    <w:basedOn w:val="Tablanormal"/>
    <w:uiPriority w:val="73"/>
    <w:semiHidden/>
    <w:unhideWhenUsed/>
    <w:rsid w:val="003C543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uadrculavistosa-nfasis5">
    <w:name w:val="Colorful Grid Accent 5"/>
    <w:basedOn w:val="Tablanormal"/>
    <w:uiPriority w:val="73"/>
    <w:semiHidden/>
    <w:unhideWhenUsed/>
    <w:rsid w:val="003C543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Cuadrculavistosa-nfasis6">
    <w:name w:val="Colorful Grid Accent 6"/>
    <w:basedOn w:val="Tablanormal"/>
    <w:uiPriority w:val="73"/>
    <w:semiHidden/>
    <w:unhideWhenUsed/>
    <w:rsid w:val="003C543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6</Pages>
  <Words>1759</Words>
  <Characters>9679</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User</cp:lastModifiedBy>
  <cp:revision>50</cp:revision>
  <dcterms:created xsi:type="dcterms:W3CDTF">2023-10-03T21:41:00Z</dcterms:created>
  <dcterms:modified xsi:type="dcterms:W3CDTF">2026-09-09T19:56:00Z</dcterms:modified>
</cp:coreProperties>
</file>