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7AA1F1" w14:textId="0BAC99F4" w:rsidR="00C35C8B" w:rsidRPr="00AB66B1" w:rsidRDefault="00000000">
      <w:pPr>
        <w:spacing w:after="0"/>
        <w:jc w:val="center"/>
        <w:rPr>
          <w:lang w:val="es-CO"/>
        </w:rPr>
      </w:pPr>
      <w:r w:rsidRPr="00AB66B1">
        <w:rPr>
          <w:b/>
          <w:lang w:val="es-CO"/>
        </w:rPr>
        <w:t xml:space="preserve">ANEXO </w:t>
      </w:r>
      <w:r w:rsidR="00AB66B1">
        <w:rPr>
          <w:b/>
          <w:lang w:val="es-CO"/>
        </w:rPr>
        <w:t>8</w:t>
      </w:r>
    </w:p>
    <w:p w14:paraId="09A3936A" w14:textId="77777777" w:rsidR="00C35C8B" w:rsidRPr="00AB66B1" w:rsidRDefault="00000000">
      <w:pPr>
        <w:spacing w:after="40"/>
        <w:jc w:val="center"/>
        <w:rPr>
          <w:lang w:val="es-CO"/>
        </w:rPr>
      </w:pPr>
      <w:r w:rsidRPr="00AB66B1">
        <w:rPr>
          <w:b/>
          <w:lang w:val="es-CO"/>
        </w:rPr>
        <w:t>CERTIFICACIÓN DE AUSENCIA DE SANCIONES IMPUESTAS POR LA SUPERINTENDENCIA FINANCIERA DE COLOMBIA Y EL AUTORREGULADOR DEL MERCADO DE VALORES —AMV—</w:t>
      </w:r>
    </w:p>
    <w:p w14:paraId="635AFC75" w14:textId="77777777" w:rsidR="00C35C8B" w:rsidRPr="00AB66B1" w:rsidRDefault="00000000">
      <w:pPr>
        <w:spacing w:after="240"/>
        <w:jc w:val="center"/>
        <w:rPr>
          <w:lang w:val="es-CO"/>
        </w:rPr>
      </w:pPr>
      <w:r w:rsidRPr="00AB66B1">
        <w:rPr>
          <w:i/>
          <w:sz w:val="18"/>
          <w:lang w:val="es-CO"/>
        </w:rPr>
        <w:t>(Numeral 7.1.1, literal Q, del Pliego de Condiciones)</w:t>
      </w:r>
    </w:p>
    <w:p w14:paraId="34940220" w14:textId="77777777" w:rsidR="00C35C8B" w:rsidRPr="00AB66B1" w:rsidRDefault="00000000">
      <w:pPr>
        <w:spacing w:after="240"/>
        <w:rPr>
          <w:lang w:val="es-CO"/>
        </w:rPr>
      </w:pPr>
      <w:r w:rsidRPr="00AB66B1">
        <w:rPr>
          <w:lang w:val="es-CO"/>
        </w:rPr>
        <w:t>Ciudad y fecha: ________________________________</w:t>
      </w:r>
    </w:p>
    <w:p w14:paraId="2D225580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Señores</w:t>
      </w:r>
    </w:p>
    <w:p w14:paraId="1936DB1B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b/>
          <w:lang w:val="es-CO"/>
        </w:rPr>
        <w:t>MINISTERIO DE MINAS Y ENERGÍA</w:t>
      </w:r>
    </w:p>
    <w:p w14:paraId="688058D9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Grupo de Gestión Contractual</w:t>
      </w:r>
    </w:p>
    <w:p w14:paraId="1EDD65F5" w14:textId="77777777" w:rsidR="00C35C8B" w:rsidRPr="00AB66B1" w:rsidRDefault="00000000">
      <w:pPr>
        <w:spacing w:after="240"/>
        <w:rPr>
          <w:lang w:val="es-CO"/>
        </w:rPr>
      </w:pPr>
      <w:r w:rsidRPr="00AB66B1">
        <w:rPr>
          <w:lang w:val="es-CO"/>
        </w:rPr>
        <w:t>Bogotá D.C.</w:t>
      </w:r>
    </w:p>
    <w:p w14:paraId="2E9D3BC6" w14:textId="77777777" w:rsidR="00C35C8B" w:rsidRPr="00AB66B1" w:rsidRDefault="00000000">
      <w:pPr>
        <w:rPr>
          <w:lang w:val="es-CO"/>
        </w:rPr>
      </w:pPr>
      <w:r w:rsidRPr="00AB66B1">
        <w:rPr>
          <w:b/>
          <w:lang w:val="es-CO"/>
        </w:rPr>
        <w:t xml:space="preserve">REFERENCIA: </w:t>
      </w:r>
      <w:r w:rsidRPr="00AB66B1">
        <w:rPr>
          <w:lang w:val="es-CO"/>
        </w:rPr>
        <w:t>Proceso de Contratación No. ____________ – Licitación Pública</w:t>
      </w:r>
    </w:p>
    <w:p w14:paraId="610AF79D" w14:textId="61AA08B4" w:rsidR="00C35C8B" w:rsidRPr="00AB66B1" w:rsidRDefault="00000000">
      <w:pPr>
        <w:jc w:val="both"/>
        <w:rPr>
          <w:lang w:val="es-CO"/>
        </w:rPr>
      </w:pPr>
      <w:r w:rsidRPr="00AB66B1">
        <w:rPr>
          <w:b/>
          <w:lang w:val="es-CO"/>
        </w:rPr>
        <w:t xml:space="preserve">OBJETO: </w:t>
      </w:r>
      <w:r w:rsidR="00AB66B1" w:rsidRPr="00AB66B1">
        <w:rPr>
          <w:b/>
          <w:lang w:val="es-CO"/>
        </w:rPr>
        <w:t>“</w:t>
      </w:r>
      <w:r w:rsidR="00F77071" w:rsidRPr="00F77071">
        <w:rPr>
          <w:b/>
          <w:lang w:val="es-CO"/>
        </w:rPr>
        <w:t>Contratar el servicio de fiducia mercantil para el recaudo, administración, inversión, giro y pago de los recursos aportados al Fondo de Energías No Convencionales y Gestión Eficiente de la Energía – FENOGE</w:t>
      </w:r>
      <w:r w:rsidR="00AB66B1" w:rsidRPr="00AB66B1">
        <w:rPr>
          <w:b/>
          <w:lang w:val="es-CO"/>
        </w:rPr>
        <w:t>”.</w:t>
      </w:r>
    </w:p>
    <w:p w14:paraId="7CCA3652" w14:textId="77777777" w:rsidR="00C35C8B" w:rsidRPr="00AB66B1" w:rsidRDefault="00C35C8B">
      <w:pPr>
        <w:spacing w:after="0"/>
        <w:jc w:val="both"/>
        <w:rPr>
          <w:lang w:val="es-CO"/>
        </w:rPr>
      </w:pPr>
    </w:p>
    <w:p w14:paraId="7492E464" w14:textId="77777777" w:rsidR="00C35C8B" w:rsidRPr="00AB66B1" w:rsidRDefault="00000000">
      <w:pPr>
        <w:rPr>
          <w:lang w:val="es-CO"/>
        </w:rPr>
      </w:pPr>
      <w:r w:rsidRPr="00AB66B1">
        <w:rPr>
          <w:lang w:val="es-CO"/>
        </w:rPr>
        <w:t>Respetados señores:</w:t>
      </w:r>
    </w:p>
    <w:p w14:paraId="4250D33A" w14:textId="77777777" w:rsidR="00C35C8B" w:rsidRPr="00AB66B1" w:rsidRDefault="00000000">
      <w:pPr>
        <w:jc w:val="both"/>
        <w:rPr>
          <w:lang w:val="es-CO"/>
        </w:rPr>
      </w:pPr>
      <w:r w:rsidRPr="00AB66B1">
        <w:rPr>
          <w:lang w:val="es-CO"/>
        </w:rPr>
        <w:t xml:space="preserve">Yo, </w:t>
      </w:r>
      <w:r w:rsidRPr="00AB66B1">
        <w:rPr>
          <w:b/>
          <w:lang w:val="es-CO"/>
        </w:rPr>
        <w:t>____________________________________</w:t>
      </w:r>
      <w:r w:rsidRPr="00AB66B1">
        <w:rPr>
          <w:lang w:val="es-CO"/>
        </w:rPr>
        <w:t xml:space="preserve">, identificado(a) con cédula de ciudadanía / extranjería No. ____________________ expedida en ____________________, en mi calidad de representante legal de la sociedad fiduciaria </w:t>
      </w:r>
      <w:r w:rsidRPr="00AB66B1">
        <w:rPr>
          <w:b/>
          <w:lang w:val="es-CO"/>
        </w:rPr>
        <w:t>____________________________________</w:t>
      </w:r>
      <w:r w:rsidRPr="00AB66B1">
        <w:rPr>
          <w:lang w:val="es-CO"/>
        </w:rPr>
        <w:t>, identificada con NIT ____________________ (en adelante, LA FIDUCIARIA), actuando como (marque con X):</w:t>
      </w:r>
    </w:p>
    <w:p w14:paraId="31C43E80" w14:textId="77777777" w:rsidR="00C35C8B" w:rsidRPr="00AB66B1" w:rsidRDefault="00000000">
      <w:pPr>
        <w:ind w:left="567"/>
        <w:rPr>
          <w:lang w:val="es-CO"/>
        </w:rPr>
      </w:pPr>
      <w:r w:rsidRPr="00AB66B1">
        <w:rPr>
          <w:lang w:val="es-CO"/>
        </w:rPr>
        <w:t>(   ) Proponente individual.</w:t>
      </w:r>
    </w:p>
    <w:p w14:paraId="509E7397" w14:textId="77777777" w:rsidR="00C35C8B" w:rsidRPr="00AB66B1" w:rsidRDefault="00000000">
      <w:pPr>
        <w:ind w:left="567"/>
        <w:rPr>
          <w:lang w:val="es-CO"/>
        </w:rPr>
      </w:pPr>
      <w:r w:rsidRPr="00AB66B1">
        <w:rPr>
          <w:lang w:val="es-CO"/>
        </w:rPr>
        <w:t>(   ) Integrante del Consorcio / Unión Temporal ______________________________, con un porcentaje de participación del ______ %.</w:t>
      </w:r>
    </w:p>
    <w:p w14:paraId="69C53F72" w14:textId="77777777" w:rsidR="00C35C8B" w:rsidRPr="00AB66B1" w:rsidRDefault="00000000">
      <w:pPr>
        <w:jc w:val="both"/>
        <w:rPr>
          <w:lang w:val="es-CO"/>
        </w:rPr>
      </w:pPr>
      <w:r w:rsidRPr="00AB66B1">
        <w:rPr>
          <w:b/>
          <w:lang w:val="es-CO"/>
        </w:rPr>
        <w:t>CERTIFICO BAJO LA GRAVEDAD DEL JURAMENTO</w:t>
      </w:r>
      <w:r w:rsidRPr="00AB66B1">
        <w:rPr>
          <w:lang w:val="es-CO"/>
        </w:rPr>
        <w:t>, el cual se entiende prestado con la suscripción del presente documento, lo siguiente:</w:t>
      </w:r>
    </w:p>
    <w:p w14:paraId="4F1FDF37" w14:textId="77777777" w:rsidR="00C35C8B" w:rsidRPr="00AB66B1" w:rsidRDefault="00000000">
      <w:pPr>
        <w:jc w:val="both"/>
        <w:rPr>
          <w:lang w:val="es-CO"/>
        </w:rPr>
      </w:pPr>
      <w:r w:rsidRPr="00AB66B1">
        <w:rPr>
          <w:b/>
          <w:lang w:val="es-CO"/>
        </w:rPr>
        <w:t xml:space="preserve">PRIMERO. </w:t>
      </w:r>
      <w:r w:rsidRPr="00AB66B1">
        <w:rPr>
          <w:lang w:val="es-CO"/>
        </w:rPr>
        <w:t>Que ni LA FIDUCIARIA ni sus representantes legales han sido sancionados por la Superintendencia Financiera de Colombia, dentro de los dos (2) años anteriores a la fecha de cierre del presente proceso de selección, por incumplimiento de deberes fiduciarios, deberes de diligencia profesional, administración de patrimonios autónomos, administración de recursos públicos o manejo de negocios fiduciarios que directa o indirectamente hayan implicado la administración de recursos de naturaleza pública.</w:t>
      </w:r>
    </w:p>
    <w:p w14:paraId="14C322EA" w14:textId="77777777" w:rsidR="00C35C8B" w:rsidRPr="00AB66B1" w:rsidRDefault="00000000">
      <w:pPr>
        <w:jc w:val="both"/>
        <w:rPr>
          <w:lang w:val="es-CO"/>
        </w:rPr>
      </w:pPr>
      <w:r w:rsidRPr="00AB66B1">
        <w:rPr>
          <w:b/>
          <w:lang w:val="es-CO"/>
        </w:rPr>
        <w:t xml:space="preserve">SEGUNDO. </w:t>
      </w:r>
      <w:r w:rsidRPr="00AB66B1">
        <w:rPr>
          <w:lang w:val="es-CO"/>
        </w:rPr>
        <w:t xml:space="preserve">Que ni LA FIDUCIARIA, ni sus representantes legales, ni los administradores o funcionarios directamente vinculados con la ejecución del contrato objeto del presente proceso, han sido sancionados por la Superintendencia Financiera de Colombia o por el Autorregulador del Mercado de Valores —AMV—, dentro de los dos (2) años anteriores a la fecha de cierre del presente proceso de selección, con sanción de expulsión, suspensión del mercado de valores, cancelación o suspensión de inscripción, o multas que, por su gravedad, reiteración o relación directa con actividades fiduciarias, administración de portafolios, gestión de inversiones, </w:t>
      </w:r>
      <w:r w:rsidRPr="00AB66B1">
        <w:rPr>
          <w:lang w:val="es-CO"/>
        </w:rPr>
        <w:lastRenderedPageBreak/>
        <w:t>mercado de valores, administración de recursos públicos o deberes profesionales del intermediario, puedan afectar la idoneidad del proponente para ejecutar el objeto contractual.</w:t>
      </w:r>
    </w:p>
    <w:p w14:paraId="1D1F2DFF" w14:textId="77777777" w:rsidR="00C35C8B" w:rsidRPr="00AB66B1" w:rsidRDefault="00000000">
      <w:pPr>
        <w:jc w:val="both"/>
        <w:rPr>
          <w:lang w:val="es-CO"/>
        </w:rPr>
      </w:pPr>
      <w:r w:rsidRPr="00AB66B1">
        <w:rPr>
          <w:b/>
          <w:lang w:val="es-CO"/>
        </w:rPr>
        <w:t xml:space="preserve">TERCERO. </w:t>
      </w:r>
      <w:r w:rsidRPr="00AB66B1">
        <w:rPr>
          <w:lang w:val="es-CO"/>
        </w:rPr>
        <w:t>Que, respecto de sanciones administrativas, disciplinarias, autorregulatorias o de mercado impuestas por la Superintendencia Financiera de Colombia, el Autorregulador del Mercado de Valores —AMV— u otra autoridad competente, dentro de los dos (2) años anteriores a la fecha de cierre del proceso (marque con X solo una opción):</w:t>
      </w:r>
    </w:p>
    <w:p w14:paraId="503451F3" w14:textId="77777777" w:rsidR="00C35C8B" w:rsidRPr="00AB66B1" w:rsidRDefault="00000000">
      <w:pPr>
        <w:ind w:left="567"/>
        <w:jc w:val="both"/>
        <w:rPr>
          <w:lang w:val="es-CO"/>
        </w:rPr>
      </w:pPr>
      <w:r w:rsidRPr="00AB66B1">
        <w:rPr>
          <w:lang w:val="es-CO"/>
        </w:rPr>
        <w:t>(   ) OPCIÓN A: No existen sanciones impuestas a LA FIDUCIARIA, a sus representantes legales, ni a los administradores o funcionarios directamente vinculados con la ejecución del contrato.</w:t>
      </w:r>
    </w:p>
    <w:p w14:paraId="0238A79B" w14:textId="77777777" w:rsidR="00C35C8B" w:rsidRPr="00AB66B1" w:rsidRDefault="00000000">
      <w:pPr>
        <w:ind w:left="567"/>
        <w:jc w:val="both"/>
        <w:rPr>
          <w:lang w:val="es-CO"/>
        </w:rPr>
      </w:pPr>
      <w:r w:rsidRPr="00AB66B1">
        <w:rPr>
          <w:lang w:val="es-CO"/>
        </w:rPr>
        <w:t>(   ) OPCIÓN B: Existen las sanciones que se relacionan a continuación: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7"/>
        <w:gridCol w:w="907"/>
        <w:gridCol w:w="1191"/>
        <w:gridCol w:w="737"/>
        <w:gridCol w:w="850"/>
        <w:gridCol w:w="1077"/>
        <w:gridCol w:w="794"/>
        <w:gridCol w:w="1020"/>
        <w:gridCol w:w="850"/>
        <w:gridCol w:w="1134"/>
      </w:tblGrid>
      <w:tr w:rsidR="00C35C8B" w:rsidRPr="00AB66B1" w14:paraId="7F934662" w14:textId="77777777">
        <w:trPr>
          <w:jc w:val="center"/>
        </w:trPr>
        <w:tc>
          <w:tcPr>
            <w:tcW w:w="397" w:type="dxa"/>
            <w:shd w:val="clear" w:color="auto" w:fill="D9D9D9"/>
          </w:tcPr>
          <w:p w14:paraId="52828DFE" w14:textId="77777777" w:rsidR="00C35C8B" w:rsidRDefault="00000000">
            <w:pPr>
              <w:spacing w:after="0"/>
              <w:jc w:val="center"/>
            </w:pPr>
            <w:r>
              <w:rPr>
                <w:b/>
                <w:sz w:val="14"/>
              </w:rPr>
              <w:t>No.</w:t>
            </w:r>
          </w:p>
        </w:tc>
        <w:tc>
          <w:tcPr>
            <w:tcW w:w="907" w:type="dxa"/>
            <w:shd w:val="clear" w:color="auto" w:fill="D9D9D9"/>
          </w:tcPr>
          <w:p w14:paraId="758E3B50" w14:textId="77777777" w:rsidR="00C35C8B" w:rsidRPr="00AB66B1" w:rsidRDefault="00000000">
            <w:pPr>
              <w:spacing w:after="0"/>
              <w:jc w:val="center"/>
              <w:rPr>
                <w:lang w:val="es-CO"/>
              </w:rPr>
            </w:pPr>
            <w:r w:rsidRPr="00AB66B1">
              <w:rPr>
                <w:b/>
                <w:sz w:val="14"/>
                <w:lang w:val="es-CO"/>
              </w:rPr>
              <w:t>Autoridad que impuso la sanción</w:t>
            </w:r>
          </w:p>
        </w:tc>
        <w:tc>
          <w:tcPr>
            <w:tcW w:w="1191" w:type="dxa"/>
            <w:shd w:val="clear" w:color="auto" w:fill="D9D9D9"/>
          </w:tcPr>
          <w:p w14:paraId="6C866E6F" w14:textId="77777777" w:rsidR="00C35C8B" w:rsidRPr="00AB66B1" w:rsidRDefault="00000000">
            <w:pPr>
              <w:spacing w:after="0"/>
              <w:jc w:val="center"/>
              <w:rPr>
                <w:lang w:val="es-CO"/>
              </w:rPr>
            </w:pPr>
            <w:r w:rsidRPr="00AB66B1">
              <w:rPr>
                <w:b/>
                <w:sz w:val="14"/>
                <w:lang w:val="es-CO"/>
              </w:rPr>
              <w:t>Sancionado (sociedad, representante legal, administrador o funcionario)</w:t>
            </w:r>
          </w:p>
        </w:tc>
        <w:tc>
          <w:tcPr>
            <w:tcW w:w="737" w:type="dxa"/>
            <w:shd w:val="clear" w:color="auto" w:fill="D9D9D9"/>
          </w:tcPr>
          <w:p w14:paraId="7C479A9F" w14:textId="77777777" w:rsidR="00C35C8B" w:rsidRDefault="00000000">
            <w:pPr>
              <w:spacing w:after="0"/>
              <w:jc w:val="center"/>
            </w:pPr>
            <w:r>
              <w:rPr>
                <w:b/>
                <w:sz w:val="14"/>
              </w:rPr>
              <w:t>Fecha</w:t>
            </w:r>
          </w:p>
        </w:tc>
        <w:tc>
          <w:tcPr>
            <w:tcW w:w="850" w:type="dxa"/>
            <w:shd w:val="clear" w:color="auto" w:fill="D9D9D9"/>
          </w:tcPr>
          <w:p w14:paraId="6203C12B" w14:textId="77777777" w:rsidR="00C35C8B" w:rsidRPr="00AB66B1" w:rsidRDefault="00000000">
            <w:pPr>
              <w:spacing w:after="0"/>
              <w:jc w:val="center"/>
              <w:rPr>
                <w:lang w:val="es-CO"/>
              </w:rPr>
            </w:pPr>
            <w:r w:rsidRPr="00AB66B1">
              <w:rPr>
                <w:b/>
                <w:sz w:val="14"/>
                <w:lang w:val="es-CO"/>
              </w:rPr>
              <w:t>No. del acto o decisión</w:t>
            </w:r>
          </w:p>
        </w:tc>
        <w:tc>
          <w:tcPr>
            <w:tcW w:w="1077" w:type="dxa"/>
            <w:shd w:val="clear" w:color="auto" w:fill="D9D9D9"/>
          </w:tcPr>
          <w:p w14:paraId="45166EC1" w14:textId="77777777" w:rsidR="00C35C8B" w:rsidRDefault="00000000">
            <w:pPr>
              <w:spacing w:after="0"/>
              <w:jc w:val="center"/>
            </w:pPr>
            <w:r>
              <w:rPr>
                <w:b/>
                <w:sz w:val="14"/>
              </w:rPr>
              <w:t>Conducta sancionada</w:t>
            </w:r>
          </w:p>
        </w:tc>
        <w:tc>
          <w:tcPr>
            <w:tcW w:w="794" w:type="dxa"/>
            <w:shd w:val="clear" w:color="auto" w:fill="D9D9D9"/>
          </w:tcPr>
          <w:p w14:paraId="08A3BDAE" w14:textId="77777777" w:rsidR="00C35C8B" w:rsidRDefault="00000000">
            <w:pPr>
              <w:spacing w:after="0"/>
              <w:jc w:val="center"/>
            </w:pPr>
            <w:r>
              <w:rPr>
                <w:b/>
                <w:sz w:val="14"/>
              </w:rPr>
              <w:t>Estado de firmeza</w:t>
            </w:r>
          </w:p>
        </w:tc>
        <w:tc>
          <w:tcPr>
            <w:tcW w:w="1020" w:type="dxa"/>
            <w:shd w:val="clear" w:color="auto" w:fill="D9D9D9"/>
          </w:tcPr>
          <w:p w14:paraId="0CB06E57" w14:textId="77777777" w:rsidR="00C35C8B" w:rsidRPr="00AB66B1" w:rsidRDefault="00000000">
            <w:pPr>
              <w:spacing w:after="0"/>
              <w:jc w:val="center"/>
              <w:rPr>
                <w:lang w:val="es-CO"/>
              </w:rPr>
            </w:pPr>
            <w:r w:rsidRPr="00AB66B1">
              <w:rPr>
                <w:b/>
                <w:sz w:val="14"/>
                <w:lang w:val="es-CO"/>
              </w:rPr>
              <w:t>Recursos o medios de control interpuestos</w:t>
            </w:r>
          </w:p>
        </w:tc>
        <w:tc>
          <w:tcPr>
            <w:tcW w:w="850" w:type="dxa"/>
            <w:shd w:val="clear" w:color="auto" w:fill="D9D9D9"/>
          </w:tcPr>
          <w:p w14:paraId="6785C6EF" w14:textId="77777777" w:rsidR="00C35C8B" w:rsidRPr="00AB66B1" w:rsidRDefault="00000000">
            <w:pPr>
              <w:spacing w:after="0"/>
              <w:jc w:val="center"/>
              <w:rPr>
                <w:lang w:val="es-CO"/>
              </w:rPr>
            </w:pPr>
            <w:r w:rsidRPr="00AB66B1">
              <w:rPr>
                <w:b/>
                <w:sz w:val="14"/>
                <w:lang w:val="es-CO"/>
              </w:rPr>
              <w:t>Cuantía de la multa (si aplica)</w:t>
            </w:r>
          </w:p>
        </w:tc>
        <w:tc>
          <w:tcPr>
            <w:tcW w:w="1134" w:type="dxa"/>
            <w:shd w:val="clear" w:color="auto" w:fill="D9D9D9"/>
          </w:tcPr>
          <w:p w14:paraId="122DBC08" w14:textId="77777777" w:rsidR="00C35C8B" w:rsidRPr="00AB66B1" w:rsidRDefault="00000000">
            <w:pPr>
              <w:spacing w:after="0"/>
              <w:jc w:val="center"/>
              <w:rPr>
                <w:lang w:val="es-CO"/>
              </w:rPr>
            </w:pPr>
            <w:r w:rsidRPr="00AB66B1">
              <w:rPr>
                <w:b/>
                <w:sz w:val="14"/>
                <w:lang w:val="es-CO"/>
              </w:rPr>
              <w:t>Medidas correctivas o de mejora adoptadas</w:t>
            </w:r>
          </w:p>
        </w:tc>
      </w:tr>
      <w:tr w:rsidR="00C35C8B" w:rsidRPr="00AB66B1" w14:paraId="3C6E9DB4" w14:textId="77777777">
        <w:trPr>
          <w:trHeight w:val="397"/>
          <w:jc w:val="center"/>
        </w:trPr>
        <w:tc>
          <w:tcPr>
            <w:tcW w:w="397" w:type="dxa"/>
          </w:tcPr>
          <w:p w14:paraId="500028BE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907" w:type="dxa"/>
          </w:tcPr>
          <w:p w14:paraId="3127E6B4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191" w:type="dxa"/>
          </w:tcPr>
          <w:p w14:paraId="62CA4D86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737" w:type="dxa"/>
          </w:tcPr>
          <w:p w14:paraId="060CE81F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850" w:type="dxa"/>
          </w:tcPr>
          <w:p w14:paraId="3831A9F4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077" w:type="dxa"/>
          </w:tcPr>
          <w:p w14:paraId="6451D46C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794" w:type="dxa"/>
          </w:tcPr>
          <w:p w14:paraId="324F2AD2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020" w:type="dxa"/>
          </w:tcPr>
          <w:p w14:paraId="222A903C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850" w:type="dxa"/>
          </w:tcPr>
          <w:p w14:paraId="55EC0E62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134" w:type="dxa"/>
          </w:tcPr>
          <w:p w14:paraId="5BF0B578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</w:tr>
      <w:tr w:rsidR="00C35C8B" w:rsidRPr="00AB66B1" w14:paraId="0A5BEE2C" w14:textId="77777777">
        <w:trPr>
          <w:trHeight w:val="397"/>
          <w:jc w:val="center"/>
        </w:trPr>
        <w:tc>
          <w:tcPr>
            <w:tcW w:w="397" w:type="dxa"/>
          </w:tcPr>
          <w:p w14:paraId="7AA4C573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907" w:type="dxa"/>
          </w:tcPr>
          <w:p w14:paraId="1E37BC6C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191" w:type="dxa"/>
          </w:tcPr>
          <w:p w14:paraId="5B44476F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737" w:type="dxa"/>
          </w:tcPr>
          <w:p w14:paraId="6575631C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850" w:type="dxa"/>
          </w:tcPr>
          <w:p w14:paraId="636817B0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077" w:type="dxa"/>
          </w:tcPr>
          <w:p w14:paraId="2B61B812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794" w:type="dxa"/>
          </w:tcPr>
          <w:p w14:paraId="5EDF4B0D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020" w:type="dxa"/>
          </w:tcPr>
          <w:p w14:paraId="374F1AA0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850" w:type="dxa"/>
          </w:tcPr>
          <w:p w14:paraId="70BD2AFD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134" w:type="dxa"/>
          </w:tcPr>
          <w:p w14:paraId="242714F6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</w:tr>
      <w:tr w:rsidR="00C35C8B" w:rsidRPr="00AB66B1" w14:paraId="62D3C153" w14:textId="77777777">
        <w:trPr>
          <w:trHeight w:val="397"/>
          <w:jc w:val="center"/>
        </w:trPr>
        <w:tc>
          <w:tcPr>
            <w:tcW w:w="397" w:type="dxa"/>
          </w:tcPr>
          <w:p w14:paraId="03CCC86F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907" w:type="dxa"/>
          </w:tcPr>
          <w:p w14:paraId="6231F183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191" w:type="dxa"/>
          </w:tcPr>
          <w:p w14:paraId="310B085B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737" w:type="dxa"/>
          </w:tcPr>
          <w:p w14:paraId="0F4C55C4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850" w:type="dxa"/>
          </w:tcPr>
          <w:p w14:paraId="7E82F759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077" w:type="dxa"/>
          </w:tcPr>
          <w:p w14:paraId="0158058D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794" w:type="dxa"/>
          </w:tcPr>
          <w:p w14:paraId="28D99B36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020" w:type="dxa"/>
          </w:tcPr>
          <w:p w14:paraId="3F2427CE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850" w:type="dxa"/>
          </w:tcPr>
          <w:p w14:paraId="6917F039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  <w:tc>
          <w:tcPr>
            <w:tcW w:w="1134" w:type="dxa"/>
          </w:tcPr>
          <w:p w14:paraId="5667AFE5" w14:textId="77777777" w:rsidR="00C35C8B" w:rsidRPr="00AB66B1" w:rsidRDefault="00C35C8B">
            <w:pPr>
              <w:spacing w:after="0"/>
              <w:rPr>
                <w:lang w:val="es-CO"/>
              </w:rPr>
            </w:pPr>
          </w:p>
        </w:tc>
      </w:tr>
    </w:tbl>
    <w:p w14:paraId="70AC84E3" w14:textId="77777777" w:rsidR="00C35C8B" w:rsidRPr="00AB66B1" w:rsidRDefault="00000000">
      <w:pPr>
        <w:spacing w:after="200"/>
        <w:jc w:val="both"/>
        <w:rPr>
          <w:lang w:val="es-CO"/>
        </w:rPr>
      </w:pPr>
      <w:r w:rsidRPr="00AB66B1">
        <w:rPr>
          <w:i/>
          <w:sz w:val="16"/>
          <w:lang w:val="es-CO"/>
        </w:rPr>
        <w:t>Nota: Si la OPCIÓN B no es suficiente, agregue las filas necesarias o anexe relación adicional firmada por el representante legal.</w:t>
      </w:r>
    </w:p>
    <w:p w14:paraId="7D85DBAC" w14:textId="77777777" w:rsidR="00C35C8B" w:rsidRPr="00AB66B1" w:rsidRDefault="00C35C8B">
      <w:pPr>
        <w:spacing w:after="80"/>
        <w:jc w:val="both"/>
        <w:rPr>
          <w:lang w:val="es-CO"/>
        </w:rPr>
      </w:pPr>
    </w:p>
    <w:p w14:paraId="134948A7" w14:textId="2CF38096" w:rsidR="00C35C8B" w:rsidRPr="00AB66B1" w:rsidRDefault="00AB66B1">
      <w:pPr>
        <w:jc w:val="both"/>
        <w:rPr>
          <w:lang w:val="es-CO"/>
        </w:rPr>
      </w:pPr>
      <w:r>
        <w:rPr>
          <w:b/>
          <w:lang w:val="es-CO"/>
        </w:rPr>
        <w:t>CUARTO</w:t>
      </w:r>
      <w:r w:rsidRPr="00AB66B1">
        <w:rPr>
          <w:b/>
          <w:lang w:val="es-CO"/>
        </w:rPr>
        <w:t xml:space="preserve">. </w:t>
      </w:r>
      <w:r w:rsidRPr="00AB66B1">
        <w:rPr>
          <w:lang w:val="es-CO"/>
        </w:rPr>
        <w:t>Que conozco y acepto que la presente certificación se entiende sin perjuicio de las verificaciones que pueda adelantar directamente el Ministerio de Minas y Energía ante la Superintendencia Financiera de Colombia, el Autorregulador del Mercado de Valores —AMV—, el Registro Único de Proponentes —RUP—, bases públicas de sanciones o las demás fuentes oficiales disponibles, para lo cual autorizo expresamente dichas consultas.</w:t>
      </w:r>
    </w:p>
    <w:p w14:paraId="7D74E92F" w14:textId="2DCB13B9" w:rsidR="00C35C8B" w:rsidRPr="00AB66B1" w:rsidRDefault="00AB66B1">
      <w:pPr>
        <w:jc w:val="both"/>
        <w:rPr>
          <w:lang w:val="es-CO"/>
        </w:rPr>
      </w:pPr>
      <w:r>
        <w:rPr>
          <w:b/>
          <w:lang w:val="es-CO"/>
        </w:rPr>
        <w:t>QUINTO</w:t>
      </w:r>
      <w:r w:rsidRPr="00AB66B1">
        <w:rPr>
          <w:b/>
          <w:lang w:val="es-CO"/>
        </w:rPr>
        <w:t xml:space="preserve">. </w:t>
      </w:r>
      <w:r w:rsidRPr="00AB66B1">
        <w:rPr>
          <w:lang w:val="es-CO"/>
        </w:rPr>
        <w:t>Que la información aquí consignada es veraz, completa y verificable, y que conozco las consecuencias previstas en el Pliego de Condiciones y en la ley en caso de que resulte inexacta o falsa.</w:t>
      </w:r>
    </w:p>
    <w:p w14:paraId="0922AAF6" w14:textId="77777777" w:rsidR="00C35C8B" w:rsidRPr="00AB66B1" w:rsidRDefault="00000000">
      <w:pPr>
        <w:spacing w:after="600"/>
        <w:rPr>
          <w:lang w:val="es-CO"/>
        </w:rPr>
      </w:pPr>
      <w:r w:rsidRPr="00AB66B1">
        <w:rPr>
          <w:lang w:val="es-CO"/>
        </w:rPr>
        <w:t>Atentamente,</w:t>
      </w:r>
    </w:p>
    <w:p w14:paraId="12054EA6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_____________________________________________</w:t>
      </w:r>
    </w:p>
    <w:p w14:paraId="70A70161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Firma del representante legal</w:t>
      </w:r>
    </w:p>
    <w:p w14:paraId="51ECE697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Nombre: _____________________________________</w:t>
      </w:r>
    </w:p>
    <w:p w14:paraId="08570E8B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Documento de identidad: ______________________</w:t>
      </w:r>
    </w:p>
    <w:p w14:paraId="0ED59C40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Razón social de LA FIDUCIARIA: _______________</w:t>
      </w:r>
    </w:p>
    <w:p w14:paraId="33D80E1B" w14:textId="77777777" w:rsidR="00C35C8B" w:rsidRPr="00AB66B1" w:rsidRDefault="00000000">
      <w:pPr>
        <w:spacing w:after="0"/>
        <w:rPr>
          <w:lang w:val="es-CO"/>
        </w:rPr>
      </w:pPr>
      <w:r w:rsidRPr="00AB66B1">
        <w:rPr>
          <w:lang w:val="es-CO"/>
        </w:rPr>
        <w:t>NIT: ________________________________________</w:t>
      </w:r>
    </w:p>
    <w:p w14:paraId="02A1E6E6" w14:textId="77777777" w:rsidR="00C35C8B" w:rsidRPr="00AB66B1" w:rsidRDefault="00C35C8B">
      <w:pPr>
        <w:jc w:val="both"/>
        <w:rPr>
          <w:lang w:val="es-CO"/>
        </w:rPr>
      </w:pPr>
    </w:p>
    <w:p w14:paraId="1823A4CD" w14:textId="77777777" w:rsidR="00C35C8B" w:rsidRPr="00AB66B1" w:rsidRDefault="00000000">
      <w:pPr>
        <w:spacing w:after="40"/>
        <w:jc w:val="both"/>
        <w:rPr>
          <w:lang w:val="es-CO"/>
        </w:rPr>
      </w:pPr>
      <w:r w:rsidRPr="00AB66B1">
        <w:rPr>
          <w:b/>
          <w:sz w:val="18"/>
          <w:lang w:val="es-CO"/>
        </w:rPr>
        <w:t>NOTAS:</w:t>
      </w:r>
    </w:p>
    <w:p w14:paraId="2A761C80" w14:textId="77777777" w:rsidR="00C35C8B" w:rsidRPr="00AB66B1" w:rsidRDefault="00000000">
      <w:pPr>
        <w:spacing w:after="40"/>
        <w:jc w:val="both"/>
        <w:rPr>
          <w:lang w:val="es-CO"/>
        </w:rPr>
      </w:pPr>
      <w:r w:rsidRPr="00AB66B1">
        <w:rPr>
          <w:sz w:val="18"/>
          <w:lang w:val="es-CO"/>
        </w:rPr>
        <w:t>1. Cuando se trate de consorcios o uniones temporales, cada uno de sus integrantes deberá diligenciar y aportar por separado el presente anexo, suscrito por su representante legal.</w:t>
      </w:r>
    </w:p>
    <w:p w14:paraId="103024AF" w14:textId="77777777" w:rsidR="00C35C8B" w:rsidRPr="00AB66B1" w:rsidRDefault="00000000">
      <w:pPr>
        <w:spacing w:after="40"/>
        <w:jc w:val="both"/>
        <w:rPr>
          <w:lang w:val="es-CO"/>
        </w:rPr>
      </w:pPr>
      <w:r w:rsidRPr="00AB66B1">
        <w:rPr>
          <w:sz w:val="18"/>
          <w:lang w:val="es-CO"/>
        </w:rPr>
        <w:lastRenderedPageBreak/>
        <w:t>2. El período de dos (2) años se cuenta hacia atrás desde la fecha de cierre del proceso de selección establecida en el cronograma o en la adenda que la modifique.</w:t>
      </w:r>
    </w:p>
    <w:p w14:paraId="21FBFA4F" w14:textId="77777777" w:rsidR="00C35C8B" w:rsidRPr="00AB66B1" w:rsidRDefault="00000000">
      <w:pPr>
        <w:spacing w:after="40"/>
        <w:jc w:val="both"/>
        <w:rPr>
          <w:lang w:val="es-CO"/>
        </w:rPr>
      </w:pPr>
      <w:r w:rsidRPr="00AB66B1">
        <w:rPr>
          <w:sz w:val="18"/>
          <w:lang w:val="es-CO"/>
        </w:rPr>
        <w:t>3. Deberá marcarse una sola opción en el numeral TERCERO. En caso de marcar la OPCIÓN B, deberán diligenciarse todas las columnas de la tabla.</w:t>
      </w:r>
    </w:p>
    <w:sectPr w:rsidR="00C35C8B" w:rsidRPr="00AB66B1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3667689">
    <w:abstractNumId w:val="8"/>
  </w:num>
  <w:num w:numId="2" w16cid:durableId="159858059">
    <w:abstractNumId w:val="6"/>
  </w:num>
  <w:num w:numId="3" w16cid:durableId="751009536">
    <w:abstractNumId w:val="5"/>
  </w:num>
  <w:num w:numId="4" w16cid:durableId="98570258">
    <w:abstractNumId w:val="4"/>
  </w:num>
  <w:num w:numId="5" w16cid:durableId="1919555893">
    <w:abstractNumId w:val="7"/>
  </w:num>
  <w:num w:numId="6" w16cid:durableId="435909580">
    <w:abstractNumId w:val="3"/>
  </w:num>
  <w:num w:numId="7" w16cid:durableId="582642979">
    <w:abstractNumId w:val="2"/>
  </w:num>
  <w:num w:numId="8" w16cid:durableId="5518932">
    <w:abstractNumId w:val="1"/>
  </w:num>
  <w:num w:numId="9" w16cid:durableId="32547714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2F68"/>
    <w:rsid w:val="0029639D"/>
    <w:rsid w:val="00326F90"/>
    <w:rsid w:val="00697FE3"/>
    <w:rsid w:val="00AA1D8D"/>
    <w:rsid w:val="00AB66B1"/>
    <w:rsid w:val="00B47730"/>
    <w:rsid w:val="00C35C8B"/>
    <w:rsid w:val="00CB0664"/>
    <w:rsid w:val="00F7707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BF249D"/>
  <w14:defaultImageDpi w14:val="300"/>
  <w15:docId w15:val="{5B50E316-9317-774B-87B8-47278D00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Arial" w:eastAsia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782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 Camila Trujillo Jacome</cp:lastModifiedBy>
  <cp:revision>3</cp:revision>
  <dcterms:created xsi:type="dcterms:W3CDTF">2013-12-23T23:15:00Z</dcterms:created>
  <dcterms:modified xsi:type="dcterms:W3CDTF">2026-10-09T21:11:00Z</dcterms:modified>
  <cp:category/>
</cp:coreProperties>
</file>