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8AA3A8" w14:textId="339B6F40" w:rsidR="001924CE" w:rsidRPr="00440200" w:rsidRDefault="001924CE" w:rsidP="001924CE">
      <w:pPr>
        <w:rPr>
          <w:rFonts w:ascii="Helvetica" w:hAnsi="Helvetica" w:cs="Helvetica"/>
          <w:b/>
          <w:lang w:val="es-CO"/>
        </w:rPr>
      </w:pPr>
      <w:r w:rsidRPr="00440200">
        <w:rPr>
          <w:rFonts w:ascii="Helvetica" w:hAnsi="Helvetica" w:cs="Helvetica"/>
          <w:noProof/>
          <w:lang w:val="es-CO"/>
        </w:rPr>
        <w:drawing>
          <wp:inline distT="0" distB="0" distL="0" distR="0" wp14:anchorId="610531D7" wp14:editId="1F55E23E">
            <wp:extent cx="2281944" cy="733425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81944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528019" w14:textId="040FAE8E" w:rsidR="005D60A3" w:rsidRPr="00440200" w:rsidRDefault="00F95CDE">
      <w:pPr>
        <w:jc w:val="center"/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b/>
          <w:lang w:val="es-CO"/>
        </w:rPr>
        <w:t xml:space="preserve">PROFORMA </w:t>
      </w:r>
      <w:r w:rsidR="000F1506" w:rsidRPr="00440200">
        <w:rPr>
          <w:rFonts w:ascii="Helvetica" w:hAnsi="Helvetica" w:cs="Helvetica"/>
          <w:b/>
          <w:lang w:val="es-CO"/>
        </w:rPr>
        <w:t>N°</w:t>
      </w:r>
      <w:r w:rsidRPr="00440200">
        <w:rPr>
          <w:rFonts w:ascii="Helvetica" w:hAnsi="Helvetica" w:cs="Helvetica"/>
          <w:b/>
          <w:lang w:val="es-CO"/>
        </w:rPr>
        <w:t xml:space="preserve"> </w:t>
      </w:r>
      <w:r w:rsidR="001827EE">
        <w:rPr>
          <w:rFonts w:ascii="Helvetica" w:hAnsi="Helvetica" w:cs="Helvetica"/>
          <w:b/>
          <w:lang w:val="es-CO"/>
        </w:rPr>
        <w:t>8</w:t>
      </w:r>
      <w:r w:rsidRPr="00440200">
        <w:rPr>
          <w:rFonts w:ascii="Helvetica" w:hAnsi="Helvetica" w:cs="Helvetica"/>
          <w:b/>
          <w:lang w:val="es-CO"/>
        </w:rPr>
        <w:br/>
      </w:r>
    </w:p>
    <w:p w14:paraId="4E093013" w14:textId="77777777" w:rsidR="005D60A3" w:rsidRPr="00440200" w:rsidRDefault="00F95CDE">
      <w:pPr>
        <w:jc w:val="center"/>
        <w:rPr>
          <w:rFonts w:ascii="Helvetica" w:hAnsi="Helvetica" w:cs="Helvetica"/>
          <w:lang w:val="es-CO"/>
        </w:rPr>
      </w:pPr>
      <w:bookmarkStart w:id="0" w:name="_Hlk210632135"/>
      <w:r w:rsidRPr="00440200">
        <w:rPr>
          <w:rFonts w:ascii="Helvetica" w:hAnsi="Helvetica" w:cs="Helvetica"/>
          <w:lang w:val="es-CO"/>
        </w:rPr>
        <w:t>Proponentes con trabajadores con discapacidad</w:t>
      </w:r>
      <w:bookmarkEnd w:id="0"/>
      <w:r w:rsidRPr="00440200">
        <w:rPr>
          <w:rFonts w:ascii="Helvetica" w:hAnsi="Helvetica" w:cs="Helvetica"/>
          <w:lang w:val="es-CO"/>
        </w:rPr>
        <w:br/>
      </w: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4315"/>
        <w:gridCol w:w="4315"/>
      </w:tblGrid>
      <w:tr w:rsidR="005D60A3" w:rsidRPr="00440200" w14:paraId="0D73E6DE" w14:textId="77777777">
        <w:tc>
          <w:tcPr>
            <w:tcW w:w="4320" w:type="dxa"/>
          </w:tcPr>
          <w:p w14:paraId="51861F72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Empresa:</w:t>
            </w:r>
          </w:p>
        </w:tc>
        <w:tc>
          <w:tcPr>
            <w:tcW w:w="4320" w:type="dxa"/>
          </w:tcPr>
          <w:p w14:paraId="21712A63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[Nombre de la empresa]</w:t>
            </w:r>
          </w:p>
        </w:tc>
      </w:tr>
      <w:tr w:rsidR="005D60A3" w:rsidRPr="00440200" w14:paraId="419E2705" w14:textId="77777777">
        <w:tc>
          <w:tcPr>
            <w:tcW w:w="4320" w:type="dxa"/>
          </w:tcPr>
          <w:p w14:paraId="326C9064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NIT:</w:t>
            </w:r>
          </w:p>
        </w:tc>
        <w:tc>
          <w:tcPr>
            <w:tcW w:w="4320" w:type="dxa"/>
          </w:tcPr>
          <w:p w14:paraId="09EC1995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[Número]</w:t>
            </w:r>
          </w:p>
        </w:tc>
      </w:tr>
      <w:tr w:rsidR="005D60A3" w:rsidRPr="00440200" w14:paraId="46CD6ED0" w14:textId="77777777">
        <w:tc>
          <w:tcPr>
            <w:tcW w:w="4320" w:type="dxa"/>
          </w:tcPr>
          <w:p w14:paraId="6B4BC600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Representante Legal:</w:t>
            </w:r>
          </w:p>
        </w:tc>
        <w:tc>
          <w:tcPr>
            <w:tcW w:w="4320" w:type="dxa"/>
          </w:tcPr>
          <w:p w14:paraId="54F7F060" w14:textId="77777777" w:rsidR="005D60A3" w:rsidRPr="00440200" w:rsidRDefault="00F95CDE">
            <w:pPr>
              <w:rPr>
                <w:rFonts w:ascii="Helvetica" w:hAnsi="Helvetica" w:cs="Helvetica"/>
                <w:lang w:val="es-CO"/>
              </w:rPr>
            </w:pPr>
            <w:r w:rsidRPr="00440200">
              <w:rPr>
                <w:rFonts w:ascii="Helvetica" w:hAnsi="Helvetica" w:cs="Helvetica"/>
                <w:lang w:val="es-CO"/>
              </w:rPr>
              <w:t>[Nombre completo del representante legal]</w:t>
            </w:r>
          </w:p>
        </w:tc>
      </w:tr>
    </w:tbl>
    <w:p w14:paraId="5220F688" w14:textId="77777777" w:rsidR="005D60A3" w:rsidRPr="00440200" w:rsidRDefault="005D60A3">
      <w:pPr>
        <w:rPr>
          <w:rFonts w:ascii="Helvetica" w:hAnsi="Helvetica" w:cs="Helvetica"/>
          <w:lang w:val="es-CO"/>
        </w:rPr>
      </w:pPr>
    </w:p>
    <w:p w14:paraId="559E987F" w14:textId="77777777" w:rsidR="005D60A3" w:rsidRPr="00440200" w:rsidRDefault="00F95CDE">
      <w:pPr>
        <w:jc w:val="both"/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Yo, [Nombre completo del representante legal], mayor de edad, identificado con cédula de ciudadanía No. [número], en calidad de representante legal de la empresa [nombre de la empresa], con NIT [número], actuando en nombre propio y en representación de la entidad que represento, me permito CERTIFICAR que: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1. La empresa [nombre de la empresa] cuenta actualmente con trabajadores vinculados mediante contrato laboral que presentan condición de discapacidad debidamente certificada por la autoridad competente (EPS, ARL o Junta de Calificación de Invalidez).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2. Se adjuntan los documentos de soporte que acreditan la condición de discapacidad y el vínculo laboral vigente de dichos trabajadores.</w:t>
      </w: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En constancia se firma en la ciudad de [ciudad], a los [día] del mes de [mes] de [año].</w:t>
      </w:r>
    </w:p>
    <w:p w14:paraId="404D18DA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  <w:t>______________________________</w:t>
      </w:r>
    </w:p>
    <w:p w14:paraId="68BF3F6E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[Nombre del representante legal]</w:t>
      </w:r>
    </w:p>
    <w:p w14:paraId="0BF14FCE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C.C. No. [número]</w:t>
      </w:r>
    </w:p>
    <w:p w14:paraId="438F5A71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Representante Legal</w:t>
      </w:r>
    </w:p>
    <w:p w14:paraId="6D8D7B43" w14:textId="77777777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t>[Nombre de la empresa]</w:t>
      </w:r>
    </w:p>
    <w:p w14:paraId="67BEADDA" w14:textId="58B2748F" w:rsidR="005D60A3" w:rsidRPr="00440200" w:rsidRDefault="00F95CDE">
      <w:pPr>
        <w:rPr>
          <w:rFonts w:ascii="Helvetica" w:hAnsi="Helvetica" w:cs="Helvetica"/>
          <w:lang w:val="es-CO"/>
        </w:rPr>
      </w:pPr>
      <w:r w:rsidRPr="00440200">
        <w:rPr>
          <w:rFonts w:ascii="Helvetica" w:hAnsi="Helvetica" w:cs="Helvetica"/>
          <w:lang w:val="es-CO"/>
        </w:rPr>
        <w:br/>
      </w:r>
      <w:r w:rsidRPr="00440200">
        <w:rPr>
          <w:rFonts w:ascii="Helvetica" w:hAnsi="Helvetica" w:cs="Helvetica"/>
          <w:lang w:val="es-CO"/>
        </w:rPr>
        <w:br/>
      </w:r>
    </w:p>
    <w:sectPr w:rsidR="005D60A3" w:rsidRPr="00440200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AD2C36" w14:textId="77777777" w:rsidR="008831FC" w:rsidRDefault="008831FC">
      <w:pPr>
        <w:spacing w:after="0" w:line="240" w:lineRule="auto"/>
      </w:pPr>
      <w:r>
        <w:separator/>
      </w:r>
    </w:p>
  </w:endnote>
  <w:endnote w:type="continuationSeparator" w:id="0">
    <w:p w14:paraId="39995220" w14:textId="77777777" w:rsidR="008831FC" w:rsidRDefault="008831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FE4E2C" w14:textId="77777777" w:rsidR="008831FC" w:rsidRDefault="008831FC">
      <w:pPr>
        <w:spacing w:after="0" w:line="240" w:lineRule="auto"/>
      </w:pPr>
      <w:r>
        <w:separator/>
      </w:r>
    </w:p>
  </w:footnote>
  <w:footnote w:type="continuationSeparator" w:id="0">
    <w:p w14:paraId="4CE4318D" w14:textId="77777777" w:rsidR="008831FC" w:rsidRDefault="008831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connmero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connmero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convieta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convieta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0A5356"/>
    <w:rsid w:val="000F1506"/>
    <w:rsid w:val="0015074B"/>
    <w:rsid w:val="001827EE"/>
    <w:rsid w:val="001924CE"/>
    <w:rsid w:val="0029639D"/>
    <w:rsid w:val="00326F90"/>
    <w:rsid w:val="00440200"/>
    <w:rsid w:val="0055600B"/>
    <w:rsid w:val="005D60A3"/>
    <w:rsid w:val="00801390"/>
    <w:rsid w:val="008831FC"/>
    <w:rsid w:val="00AA1D8D"/>
    <w:rsid w:val="00AE6AF0"/>
    <w:rsid w:val="00B47730"/>
    <w:rsid w:val="00B86AB7"/>
    <w:rsid w:val="00CB0664"/>
    <w:rsid w:val="00D04188"/>
    <w:rsid w:val="00E8656D"/>
    <w:rsid w:val="00F82EBF"/>
    <w:rsid w:val="00F95CDE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DF07D26"/>
  <w14:defaultImageDpi w14:val="300"/>
  <w15:docId w15:val="{F272E89D-8534-4213-9334-09CAAD6A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Ttulo1">
    <w:name w:val="heading 1"/>
    <w:basedOn w:val="Normal"/>
    <w:next w:val="Normal"/>
    <w:link w:val="Ttulo1C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618BF"/>
  </w:style>
  <w:style w:type="paragraph" w:styleId="Piedepgina">
    <w:name w:val="footer"/>
    <w:basedOn w:val="Normal"/>
    <w:link w:val="PiedepginaC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618BF"/>
  </w:style>
  <w:style w:type="paragraph" w:styleId="Sinespaciad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ar">
    <w:name w:val="Título 1 Car"/>
    <w:basedOn w:val="Fuentedeprrafopredeter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basedOn w:val="Fuentedeprrafopredeter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ar">
    <w:name w:val="Título 3 Car"/>
    <w:basedOn w:val="Fuentedeprrafopredeter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rrafode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AA1D8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AA1D8D"/>
  </w:style>
  <w:style w:type="paragraph" w:styleId="Textoindependiente2">
    <w:name w:val="Body Text 2"/>
    <w:basedOn w:val="Normal"/>
    <w:link w:val="Textoindependiente2Car"/>
    <w:uiPriority w:val="99"/>
    <w:unhideWhenUsed/>
    <w:rsid w:val="00AA1D8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AA1D8D"/>
  </w:style>
  <w:style w:type="paragraph" w:styleId="Textoindependiente3">
    <w:name w:val="Body Text 3"/>
    <w:basedOn w:val="Normal"/>
    <w:link w:val="Textoindependiente3C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aconvieta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aconvieta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aconvieta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aconnmero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aconnmero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aconnmero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Continuarlista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Continuarlista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Continuarlista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macro">
    <w:name w:val="macro"/>
    <w:link w:val="TextomacroC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macroCar">
    <w:name w:val="Texto macro Car"/>
    <w:basedOn w:val="Fuentedeprrafopredeter"/>
    <w:link w:val="Textomacro"/>
    <w:uiPriority w:val="99"/>
    <w:rsid w:val="0029639D"/>
    <w:rPr>
      <w:rFonts w:ascii="Courier" w:hAnsi="Courier"/>
      <w:sz w:val="20"/>
      <w:szCs w:val="20"/>
    </w:rPr>
  </w:style>
  <w:style w:type="paragraph" w:styleId="Cita">
    <w:name w:val="Quote"/>
    <w:basedOn w:val="Normal"/>
    <w:next w:val="Normal"/>
    <w:link w:val="CitaCar"/>
    <w:uiPriority w:val="29"/>
    <w:qFormat/>
    <w:rsid w:val="00FC693F"/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FC693F"/>
    <w:rPr>
      <w:i/>
      <w:iCs/>
      <w:color w:val="000000" w:themeColor="text1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Textoennegrita">
    <w:name w:val="Strong"/>
    <w:basedOn w:val="Fuentedeprrafopredeter"/>
    <w:uiPriority w:val="22"/>
    <w:qFormat/>
    <w:rsid w:val="00FC693F"/>
    <w:rPr>
      <w:b/>
      <w:bCs/>
    </w:rPr>
  </w:style>
  <w:style w:type="character" w:styleId="nfasis">
    <w:name w:val="Emphasis"/>
    <w:basedOn w:val="Fuentedeprrafopredeter"/>
    <w:uiPriority w:val="20"/>
    <w:qFormat/>
    <w:rsid w:val="00FC693F"/>
    <w:rPr>
      <w:i/>
      <w:iCs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FC693F"/>
    <w:rPr>
      <w:b/>
      <w:bCs/>
      <w:i/>
      <w:iCs/>
      <w:color w:val="4F81BD" w:themeColor="accent1"/>
    </w:rPr>
  </w:style>
  <w:style w:type="character" w:styleId="nfasissutil">
    <w:name w:val="Subtle Emphasis"/>
    <w:basedOn w:val="Fuentedeprrafopredeter"/>
    <w:uiPriority w:val="19"/>
    <w:qFormat/>
    <w:rsid w:val="00FC693F"/>
    <w:rPr>
      <w:i/>
      <w:iCs/>
      <w:color w:val="808080" w:themeColor="text1" w:themeTint="7F"/>
    </w:rPr>
  </w:style>
  <w:style w:type="character" w:styleId="nfasisintenso">
    <w:name w:val="Intense Emphasis"/>
    <w:basedOn w:val="Fuentedeprrafopredeter"/>
    <w:uiPriority w:val="21"/>
    <w:qFormat/>
    <w:rsid w:val="00FC693F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FC693F"/>
    <w:rPr>
      <w:smallCaps/>
      <w:color w:val="C0504D" w:themeColor="accent2"/>
      <w:u w:val="single"/>
    </w:rPr>
  </w:style>
  <w:style w:type="character" w:styleId="Referenciaintensa">
    <w:name w:val="Intense Reference"/>
    <w:basedOn w:val="Fuentedeprrafopredeter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basedOn w:val="Fuentedeprrafopredeter"/>
    <w:uiPriority w:val="33"/>
    <w:qFormat/>
    <w:rsid w:val="00FC693F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laconcuadrcula">
    <w:name w:val="Table Grid"/>
    <w:basedOn w:val="Tab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doclaro">
    <w:name w:val="Light Shading"/>
    <w:basedOn w:val="Tab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doclaro-nfasis2">
    <w:name w:val="Light Shading Accent 2"/>
    <w:basedOn w:val="Tab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doclaro-nfasis3">
    <w:name w:val="Light Shading Accent 3"/>
    <w:basedOn w:val="Tab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doclaro-nfasis4">
    <w:name w:val="Light Shading Accent 4"/>
    <w:basedOn w:val="Tab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doclaro-nfasis5">
    <w:name w:val="Light Shading Accent 5"/>
    <w:basedOn w:val="Tab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doclaro-nfasis6">
    <w:name w:val="Light Shading Accent 6"/>
    <w:basedOn w:val="Tab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2">
    <w:name w:val="Light List Accent 2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is3">
    <w:name w:val="Light List Accent 3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is4">
    <w:name w:val="Light List Accent 4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is5">
    <w:name w:val="Light List Accent 5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is6">
    <w:name w:val="Light List Accent 6"/>
    <w:basedOn w:val="Tab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Cuadrculaclara">
    <w:name w:val="Light Grid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Cuadrculaclara-nfasis2">
    <w:name w:val="Light Grid Accent 2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Cuadrculaclara-nfasis3">
    <w:name w:val="Light Grid Accent 3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Cuadrculaclara-nfasis4">
    <w:name w:val="Light Grid Accent 4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Cuadrculaclara-nfasis5">
    <w:name w:val="Light Grid Accent 5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Cuadrculaclara-nfasis6">
    <w:name w:val="Light Grid Accent 6"/>
    <w:basedOn w:val="Tab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domedio1">
    <w:name w:val="Medium Shading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1-nfasis2">
    <w:name w:val="Medium List 1 Accent 2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edia1-nfasis3">
    <w:name w:val="Medium List 1 Accent 3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edia1-nfasis4">
    <w:name w:val="Medium List 1 Accent 4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edia1-nfasis5">
    <w:name w:val="Medium List 1 Accent 5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edia1-nfasis6">
    <w:name w:val="Medium List 1 Accent 6"/>
    <w:basedOn w:val="Tab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edia2">
    <w:name w:val="Medium Lis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Cuadrculamedia1">
    <w:name w:val="Medium Grid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1-nfasis1">
    <w:name w:val="Medium Grid 1 Accent 1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media1-nfasis2">
    <w:name w:val="Medium Grid 1 Accent 2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media1-nfasis3">
    <w:name w:val="Medium Grid 1 Accent 3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media1-nfasis4">
    <w:name w:val="Medium Grid 1 Accent 4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media1-nfasis5">
    <w:name w:val="Medium Grid 1 Accent 5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media1-nfasis6">
    <w:name w:val="Medium Grid 1 Accent 6"/>
    <w:basedOn w:val="Tab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Cuadrculamedia2">
    <w:name w:val="Medium Grid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1">
    <w:name w:val="Medium Grid 2 Accent 1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2">
    <w:name w:val="Medium Grid 2 Accent 2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3">
    <w:name w:val="Medium Grid 2 Accent 3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4">
    <w:name w:val="Medium Grid 2 Accent 4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5">
    <w:name w:val="Medium Grid 2 Accent 5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2-nfasis6">
    <w:name w:val="Medium Grid 2 Accent 6"/>
    <w:basedOn w:val="Tab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Cuadrculamedia3-nfasis1">
    <w:name w:val="Medium Grid 3 Accent 1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Cuadrculamedia3-nfasis2">
    <w:name w:val="Medium Grid 3 Accent 2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Cuadrculamedia3-nfasis3">
    <w:name w:val="Medium Grid 3 Accent 3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Cuadrculamedia3-nfasis4">
    <w:name w:val="Medium Grid 3 Accent 4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Cuadrculamedia3-nfasis5">
    <w:name w:val="Medium Grid 3 Accent 5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Cuadrculamedia3-nfasis6">
    <w:name w:val="Medium Grid 3 Accent 6"/>
    <w:basedOn w:val="Tab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oscura">
    <w:name w:val="Dark List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oscura-nfasis1">
    <w:name w:val="Dark List Accent 1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oscura-nfasis2">
    <w:name w:val="Dark List Accent 2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oscura-nfasis3">
    <w:name w:val="Dark List Accent 3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oscura-nfasis4">
    <w:name w:val="Dark List Accent 4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oscura-nfasis5">
    <w:name w:val="Dark List Accent 5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oscura-nfasis6">
    <w:name w:val="Dark List Accent 6"/>
    <w:basedOn w:val="Tab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dovistoso">
    <w:name w:val="Colorful Shading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1">
    <w:name w:val="Colorful Shading Accent 1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2">
    <w:name w:val="Colorful Shading Accent 2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3">
    <w:name w:val="Colorful Shading Accent 3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dovistoso-nfasis4">
    <w:name w:val="Colorful Shading Accent 4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5">
    <w:name w:val="Colorful Shading Accent 5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dovistoso-nfasis6">
    <w:name w:val="Colorful Shading Accent 6"/>
    <w:basedOn w:val="Tab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vistosa-nfasis1">
    <w:name w:val="Colorful List Accent 1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vistosa-nfasis2">
    <w:name w:val="Colorful List Accent 2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vistosa-nfasis3">
    <w:name w:val="Colorful List Accent 3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vistosa-nfasis4">
    <w:name w:val="Colorful List Accent 4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vistosa-nfasis5">
    <w:name w:val="Colorful List Accent 5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vistosa-nfasis6">
    <w:name w:val="Colorful List Accent 6"/>
    <w:basedOn w:val="Tab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uadrculavistosa">
    <w:name w:val="Colorful Grid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vistosa-nfasis1">
    <w:name w:val="Colorful Grid Accent 1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uadrculavistosa-nfasis2">
    <w:name w:val="Colorful Grid Accent 2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uadrculavistosa-nfasis3">
    <w:name w:val="Colorful Grid Accent 3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uadrculavistosa-nfasis4">
    <w:name w:val="Colorful Grid Accent 4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uadrculavistosa-nfasis5">
    <w:name w:val="Colorful Grid Accent 5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uadrculavistosa-nfasis6">
    <w:name w:val="Colorful Grid Accent 6"/>
    <w:basedOn w:val="Tab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168</Words>
  <Characters>925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1091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ALEXANDER MORENO CARDENAS</cp:lastModifiedBy>
  <cp:revision>8</cp:revision>
  <dcterms:created xsi:type="dcterms:W3CDTF">2025-10-06T13:19:00Z</dcterms:created>
  <dcterms:modified xsi:type="dcterms:W3CDTF">2025-10-06T14:22:00Z</dcterms:modified>
  <cp:category/>
</cp:coreProperties>
</file>