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88263" w14:textId="32529362" w:rsidR="007E3A39" w:rsidRPr="00BE7277" w:rsidRDefault="00F11C05" w:rsidP="004C31C1">
      <w:pPr>
        <w:spacing w:after="400"/>
        <w:jc w:val="center"/>
        <w:rPr>
          <w:lang w:val="es-CO"/>
        </w:rPr>
      </w:pPr>
      <w:r w:rsidRPr="00BE7277">
        <w:rPr>
          <w:rFonts w:ascii="Arial" w:hAnsi="Arial"/>
          <w:b/>
          <w:sz w:val="28"/>
          <w:lang w:val="es-CO"/>
        </w:rPr>
        <w:t>CARTA DE COMPROMISO DEL EQUIPO DE TRABAJO</w:t>
      </w:r>
      <w:r w:rsidRPr="00BE7277">
        <w:rPr>
          <w:rFonts w:ascii="Arial" w:hAnsi="Arial"/>
          <w:b/>
          <w:sz w:val="28"/>
          <w:lang w:val="es-CO"/>
        </w:rPr>
        <w:br/>
        <w:t>PROCESO DE SUBASTA INVERSA</w:t>
      </w:r>
    </w:p>
    <w:p w14:paraId="0EB4B837" w14:textId="77777777" w:rsidR="00BE7277" w:rsidRDefault="00BE7277" w:rsidP="00BE7277">
      <w:pPr>
        <w:pStyle w:val="Encabezado"/>
        <w:jc w:val="both"/>
        <w:rPr>
          <w:rFonts w:ascii="Arial Narrow" w:hAnsi="Arial Narrow" w:cs="Arial"/>
          <w:lang w:val="es-ES"/>
        </w:rPr>
      </w:pPr>
      <w:r w:rsidRPr="00B400F4">
        <w:rPr>
          <w:rFonts w:ascii="Arial Narrow" w:hAnsi="Arial Narrow" w:cs="Arial"/>
          <w:lang w:val="es-ES"/>
        </w:rPr>
        <w:t>Bogotá, D.C,</w:t>
      </w:r>
      <w:r>
        <w:rPr>
          <w:rFonts w:ascii="Arial Narrow" w:hAnsi="Arial Narrow" w:cs="Arial"/>
          <w:lang w:val="es-ES"/>
        </w:rPr>
        <w:t xml:space="preserve"> XXXXXXXXXXXX</w:t>
      </w:r>
    </w:p>
    <w:p w14:paraId="693BC452" w14:textId="5A9C654B" w:rsidR="007E3A39" w:rsidRPr="00BE7277" w:rsidRDefault="00F11C05">
      <w:pPr>
        <w:spacing w:after="300"/>
        <w:rPr>
          <w:lang w:val="es-CO"/>
        </w:rPr>
      </w:pPr>
      <w:r w:rsidRPr="00BE7277">
        <w:rPr>
          <w:rFonts w:ascii="Arial" w:hAnsi="Arial"/>
          <w:color w:val="333333"/>
          <w:lang w:val="es-CO"/>
        </w:rPr>
        <w:t>Señores:</w:t>
      </w:r>
      <w:r w:rsidRPr="00BE7277">
        <w:rPr>
          <w:rFonts w:ascii="Arial" w:hAnsi="Arial"/>
          <w:color w:val="333333"/>
          <w:lang w:val="es-CO"/>
        </w:rPr>
        <w:br/>
      </w:r>
      <w:r w:rsidR="00BE7277">
        <w:rPr>
          <w:rFonts w:ascii="Arial" w:hAnsi="Arial"/>
          <w:color w:val="333333"/>
          <w:lang w:val="es-CO"/>
        </w:rPr>
        <w:t>MINISTERIO DEL DEPORTE</w:t>
      </w:r>
      <w:r w:rsidRPr="00BE7277">
        <w:rPr>
          <w:rFonts w:ascii="Arial" w:hAnsi="Arial"/>
          <w:color w:val="333333"/>
          <w:lang w:val="es-CO"/>
        </w:rPr>
        <w:br/>
        <w:t>Ciudad</w:t>
      </w:r>
      <w:r w:rsidRPr="00BE7277">
        <w:rPr>
          <w:rFonts w:ascii="Arial" w:hAnsi="Arial"/>
          <w:color w:val="333333"/>
          <w:lang w:val="es-CO"/>
        </w:rPr>
        <w:br/>
      </w:r>
    </w:p>
    <w:p w14:paraId="34E77932" w14:textId="77777777" w:rsidR="007E3A39" w:rsidRPr="00BE7277" w:rsidRDefault="00F11C05">
      <w:pPr>
        <w:spacing w:after="300"/>
        <w:rPr>
          <w:lang w:val="es-CO"/>
        </w:rPr>
      </w:pPr>
      <w:r w:rsidRPr="00BE7277">
        <w:rPr>
          <w:rFonts w:ascii="Arial" w:hAnsi="Arial"/>
          <w:b/>
          <w:color w:val="333333"/>
          <w:lang w:val="es-CO"/>
        </w:rPr>
        <w:t xml:space="preserve">Referencia: Carta de compromiso de disponibilidad y calidades del equipo de </w:t>
      </w:r>
      <w:r w:rsidRPr="00BE7277">
        <w:rPr>
          <w:rFonts w:ascii="Arial" w:hAnsi="Arial"/>
          <w:b/>
          <w:color w:val="333333"/>
          <w:lang w:val="es-CO"/>
        </w:rPr>
        <w:t>trabajo – Proceso de Subasta Inversa No. [Número del Proceso]</w:t>
      </w:r>
    </w:p>
    <w:p w14:paraId="2F215339" w14:textId="77777777" w:rsidR="007E3A39" w:rsidRPr="00BE7277" w:rsidRDefault="00F11C05">
      <w:pPr>
        <w:spacing w:after="240"/>
        <w:rPr>
          <w:lang w:val="es-CO"/>
        </w:rPr>
      </w:pPr>
      <w:r w:rsidRPr="00BE7277">
        <w:rPr>
          <w:rFonts w:ascii="Arial" w:hAnsi="Arial"/>
          <w:color w:val="333333"/>
          <w:lang w:val="es-CO"/>
        </w:rPr>
        <w:t>El suscrito, [Nombre del Representante Legal o Apoderado del Oferente], obrando en calidad de representante legal y/o apoderado de la empresa [Nombre o Razón Social del Oferente], identificado(a</w:t>
      </w:r>
      <w:r w:rsidRPr="00BE7277">
        <w:rPr>
          <w:rFonts w:ascii="Arial" w:hAnsi="Arial"/>
          <w:color w:val="333333"/>
          <w:lang w:val="es-CO"/>
        </w:rPr>
        <w:t>) con cédula de ciudadanía No. [Número de Cédula] expedida en [Ciudad], por medio del presente documento me permito manifestar nuestro compromiso firme, incondicional e irrevocable de poner a disposición del proceso de contratación bajo la modalidad de sub</w:t>
      </w:r>
      <w:r w:rsidRPr="00BE7277">
        <w:rPr>
          <w:rFonts w:ascii="Arial" w:hAnsi="Arial"/>
          <w:color w:val="333333"/>
          <w:lang w:val="es-CO"/>
        </w:rPr>
        <w:t>asta inversa, el equipo de trabajo requerido, garantizando el cumplimiento de todas las exigencias de formación académica, experiencia profesional y específica, así como las certificaciones habilitantes estipuladas en los pliegos de condiciones.</w:t>
      </w:r>
    </w:p>
    <w:p w14:paraId="2C82864D" w14:textId="77777777" w:rsidR="007E3A39" w:rsidRPr="00BE7277" w:rsidRDefault="00F11C05">
      <w:pPr>
        <w:spacing w:after="240"/>
        <w:rPr>
          <w:lang w:val="es-CO"/>
        </w:rPr>
      </w:pPr>
      <w:r w:rsidRPr="00BE7277">
        <w:rPr>
          <w:rFonts w:ascii="Arial" w:hAnsi="Arial"/>
          <w:color w:val="333333"/>
          <w:lang w:val="es-CO"/>
        </w:rPr>
        <w:t xml:space="preserve">Asimismo, </w:t>
      </w:r>
      <w:r w:rsidRPr="00BE7277">
        <w:rPr>
          <w:rFonts w:ascii="Arial" w:hAnsi="Arial"/>
          <w:color w:val="333333"/>
          <w:lang w:val="es-CO"/>
        </w:rPr>
        <w:t>declaramos bajo la gravedad del juramento que el equipo de trabajo propuesto está conformado por dos (2) profesionales diferentes, quienes cumplirán a cabalidad con las dedicaciones establecidas y cuyos documentos de soporte (hoja de vida, títulos, tarjeta</w:t>
      </w:r>
      <w:r w:rsidRPr="00BE7277">
        <w:rPr>
          <w:rFonts w:ascii="Arial" w:hAnsi="Arial"/>
          <w:color w:val="333333"/>
          <w:lang w:val="es-CO"/>
        </w:rPr>
        <w:t>s profesionales, antecedentes judiciales y certificaciones) acreditan idoneidad y cumplimiento normativo:</w:t>
      </w:r>
    </w:p>
    <w:tbl>
      <w:tblPr>
        <w:tblStyle w:val="Tablanormal1"/>
        <w:tblW w:w="0" w:type="auto"/>
        <w:tblLayout w:type="fixed"/>
        <w:tblLook w:val="04A0" w:firstRow="1" w:lastRow="0" w:firstColumn="1" w:lastColumn="0" w:noHBand="0" w:noVBand="1"/>
      </w:tblPr>
      <w:tblGrid>
        <w:gridCol w:w="1728"/>
        <w:gridCol w:w="864"/>
        <w:gridCol w:w="1872"/>
        <w:gridCol w:w="2160"/>
        <w:gridCol w:w="1728"/>
        <w:gridCol w:w="1008"/>
      </w:tblGrid>
      <w:tr w:rsidR="00BE7277" w:rsidRPr="00BE7277" w14:paraId="756C8B45" w14:textId="77777777" w:rsidTr="00BE72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26671496" w14:textId="77777777" w:rsidR="007E3A39" w:rsidRPr="00BE7277" w:rsidRDefault="00F11C05">
            <w:pPr>
              <w:jc w:val="center"/>
            </w:pPr>
            <w:proofErr w:type="spellStart"/>
            <w:r w:rsidRPr="00BE7277">
              <w:rPr>
                <w:rFonts w:ascii="Arial" w:hAnsi="Arial"/>
                <w:sz w:val="20"/>
              </w:rPr>
              <w:t>Rol</w:t>
            </w:r>
            <w:proofErr w:type="spellEnd"/>
          </w:p>
        </w:tc>
        <w:tc>
          <w:tcPr>
            <w:tcW w:w="864" w:type="dxa"/>
          </w:tcPr>
          <w:p w14:paraId="5B8D8573" w14:textId="77777777" w:rsidR="007E3A39" w:rsidRPr="00BE7277" w:rsidRDefault="00F11C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E7277">
              <w:rPr>
                <w:rFonts w:ascii="Arial" w:hAnsi="Arial"/>
                <w:sz w:val="20"/>
              </w:rPr>
              <w:t>Cantidad</w:t>
            </w:r>
          </w:p>
        </w:tc>
        <w:tc>
          <w:tcPr>
            <w:tcW w:w="1872" w:type="dxa"/>
          </w:tcPr>
          <w:p w14:paraId="5F456724" w14:textId="77777777" w:rsidR="007E3A39" w:rsidRPr="00BE7277" w:rsidRDefault="00F11C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E7277">
              <w:rPr>
                <w:rFonts w:ascii="Arial" w:hAnsi="Arial"/>
                <w:sz w:val="20"/>
              </w:rPr>
              <w:t>Formación Académica</w:t>
            </w:r>
          </w:p>
        </w:tc>
        <w:tc>
          <w:tcPr>
            <w:tcW w:w="2160" w:type="dxa"/>
          </w:tcPr>
          <w:p w14:paraId="0492AC2B" w14:textId="77777777" w:rsidR="007E3A39" w:rsidRPr="00BE7277" w:rsidRDefault="00F11C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E7277">
              <w:rPr>
                <w:rFonts w:ascii="Arial" w:hAnsi="Arial"/>
                <w:sz w:val="20"/>
              </w:rPr>
              <w:t>Experiencia Profesional y Específica</w:t>
            </w:r>
          </w:p>
        </w:tc>
        <w:tc>
          <w:tcPr>
            <w:tcW w:w="1728" w:type="dxa"/>
          </w:tcPr>
          <w:p w14:paraId="09E3AA2B" w14:textId="77777777" w:rsidR="007E3A39" w:rsidRPr="00BE7277" w:rsidRDefault="00F11C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E7277">
              <w:rPr>
                <w:rFonts w:ascii="Arial" w:hAnsi="Arial"/>
                <w:sz w:val="20"/>
              </w:rPr>
              <w:t>Certificaciones</w:t>
            </w:r>
          </w:p>
        </w:tc>
        <w:tc>
          <w:tcPr>
            <w:tcW w:w="1008" w:type="dxa"/>
          </w:tcPr>
          <w:p w14:paraId="7E03DE1A" w14:textId="77777777" w:rsidR="007E3A39" w:rsidRPr="00BE7277" w:rsidRDefault="00F11C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E7277">
              <w:rPr>
                <w:rFonts w:ascii="Arial" w:hAnsi="Arial"/>
                <w:sz w:val="20"/>
              </w:rPr>
              <w:t>Dedicación</w:t>
            </w:r>
          </w:p>
        </w:tc>
      </w:tr>
      <w:tr w:rsidR="00BE7277" w:rsidRPr="00BE7277" w14:paraId="31C9DF08" w14:textId="77777777" w:rsidTr="00BE72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6027D1C5" w14:textId="77777777" w:rsidR="007E3A39" w:rsidRPr="00BE7277" w:rsidRDefault="00F11C05">
            <w:pPr>
              <w:jc w:val="center"/>
            </w:pPr>
            <w:proofErr w:type="spellStart"/>
            <w:r w:rsidRPr="00BE7277">
              <w:rPr>
                <w:rFonts w:ascii="Arial" w:hAnsi="Arial"/>
                <w:b w:val="0"/>
                <w:sz w:val="19"/>
              </w:rPr>
              <w:t>Gerente</w:t>
            </w:r>
            <w:proofErr w:type="spellEnd"/>
            <w:r w:rsidRPr="00BE7277">
              <w:rPr>
                <w:rFonts w:ascii="Arial" w:hAnsi="Arial"/>
                <w:b w:val="0"/>
                <w:sz w:val="19"/>
              </w:rPr>
              <w:t xml:space="preserve"> de Proyecto</w:t>
            </w:r>
          </w:p>
        </w:tc>
        <w:tc>
          <w:tcPr>
            <w:tcW w:w="864" w:type="dxa"/>
          </w:tcPr>
          <w:p w14:paraId="72A76E92" w14:textId="77777777" w:rsidR="007E3A39" w:rsidRPr="00BE7277" w:rsidRDefault="00F11C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E7277">
              <w:rPr>
                <w:rFonts w:ascii="Arial" w:hAnsi="Arial"/>
                <w:sz w:val="19"/>
              </w:rPr>
              <w:t>1</w:t>
            </w:r>
          </w:p>
        </w:tc>
        <w:tc>
          <w:tcPr>
            <w:tcW w:w="1872" w:type="dxa"/>
          </w:tcPr>
          <w:p w14:paraId="1C49C87C" w14:textId="77777777" w:rsidR="007E3A39" w:rsidRPr="00BE7277" w:rsidRDefault="00F11C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E7277">
              <w:rPr>
                <w:rFonts w:ascii="Arial" w:hAnsi="Arial"/>
                <w:sz w:val="19"/>
                <w:lang w:val="es-CO"/>
              </w:rPr>
              <w:t xml:space="preserve">Ingeniero de </w:t>
            </w:r>
            <w:r w:rsidRPr="00BE7277">
              <w:rPr>
                <w:rFonts w:ascii="Arial" w:hAnsi="Arial"/>
                <w:sz w:val="19"/>
                <w:lang w:val="es-CO"/>
              </w:rPr>
              <w:t>sistemas, electrónico, eléctrico, mecánico, de telecomunicaciones o afines.</w:t>
            </w:r>
          </w:p>
        </w:tc>
        <w:tc>
          <w:tcPr>
            <w:tcW w:w="2160" w:type="dxa"/>
          </w:tcPr>
          <w:p w14:paraId="559CF0D2" w14:textId="77777777" w:rsidR="007E3A39" w:rsidRPr="00BE7277" w:rsidRDefault="00F11C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CO"/>
              </w:rPr>
            </w:pPr>
            <w:r w:rsidRPr="00BE7277">
              <w:rPr>
                <w:rFonts w:ascii="Arial" w:hAnsi="Arial"/>
                <w:sz w:val="19"/>
                <w:lang w:val="es-CO"/>
              </w:rPr>
              <w:t>3 años de experiencia a partir de la emisión de la tarjeta profesional. 2 años de experiencia en Gerencia de Proyectos de Servicios de TI.</w:t>
            </w:r>
          </w:p>
        </w:tc>
        <w:tc>
          <w:tcPr>
            <w:tcW w:w="1728" w:type="dxa"/>
          </w:tcPr>
          <w:p w14:paraId="00CF95D7" w14:textId="77777777" w:rsidR="007E3A39" w:rsidRPr="00BE7277" w:rsidRDefault="00F11C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BE7277">
              <w:rPr>
                <w:rFonts w:ascii="Arial" w:hAnsi="Arial"/>
                <w:sz w:val="19"/>
              </w:rPr>
              <w:t>Certificación</w:t>
            </w:r>
            <w:proofErr w:type="spellEnd"/>
            <w:r w:rsidRPr="00BE7277">
              <w:rPr>
                <w:rFonts w:ascii="Arial" w:hAnsi="Arial"/>
                <w:sz w:val="19"/>
              </w:rPr>
              <w:t xml:space="preserve"> PMP e ITIL 4</w:t>
            </w:r>
          </w:p>
        </w:tc>
        <w:tc>
          <w:tcPr>
            <w:tcW w:w="1008" w:type="dxa"/>
          </w:tcPr>
          <w:p w14:paraId="36B3FBA6" w14:textId="77777777" w:rsidR="007E3A39" w:rsidRPr="00BE7277" w:rsidRDefault="00F11C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E7277">
              <w:rPr>
                <w:rFonts w:ascii="Arial" w:hAnsi="Arial"/>
                <w:sz w:val="19"/>
              </w:rPr>
              <w:t>50%</w:t>
            </w:r>
          </w:p>
        </w:tc>
      </w:tr>
      <w:tr w:rsidR="00BE7277" w:rsidRPr="00BE7277" w14:paraId="38155F74" w14:textId="77777777" w:rsidTr="00BE72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287DFF0A" w14:textId="77777777" w:rsidR="007E3A39" w:rsidRPr="00BE7277" w:rsidRDefault="00F11C05">
            <w:pPr>
              <w:jc w:val="center"/>
            </w:pPr>
            <w:proofErr w:type="spellStart"/>
            <w:r w:rsidRPr="00BE7277">
              <w:rPr>
                <w:rFonts w:ascii="Arial" w:hAnsi="Arial"/>
                <w:b w:val="0"/>
                <w:sz w:val="19"/>
              </w:rPr>
              <w:t>Ingeniero</w:t>
            </w:r>
            <w:proofErr w:type="spellEnd"/>
            <w:r w:rsidRPr="00BE7277">
              <w:rPr>
                <w:rFonts w:ascii="Arial" w:hAnsi="Arial"/>
                <w:b w:val="0"/>
                <w:sz w:val="19"/>
              </w:rPr>
              <w:t xml:space="preserve"> de </w:t>
            </w:r>
            <w:proofErr w:type="spellStart"/>
            <w:r w:rsidRPr="00BE7277">
              <w:rPr>
                <w:rFonts w:ascii="Arial" w:hAnsi="Arial"/>
                <w:b w:val="0"/>
                <w:sz w:val="19"/>
              </w:rPr>
              <w:t>Implementación</w:t>
            </w:r>
            <w:proofErr w:type="spellEnd"/>
          </w:p>
        </w:tc>
        <w:tc>
          <w:tcPr>
            <w:tcW w:w="864" w:type="dxa"/>
          </w:tcPr>
          <w:p w14:paraId="04ADE0E7" w14:textId="77777777" w:rsidR="007E3A39" w:rsidRPr="00BE7277" w:rsidRDefault="00F11C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E7277">
              <w:rPr>
                <w:rFonts w:ascii="Arial" w:hAnsi="Arial"/>
                <w:sz w:val="19"/>
              </w:rPr>
              <w:t>1</w:t>
            </w:r>
          </w:p>
        </w:tc>
        <w:tc>
          <w:tcPr>
            <w:tcW w:w="1872" w:type="dxa"/>
          </w:tcPr>
          <w:p w14:paraId="1D99AF39" w14:textId="77777777" w:rsidR="007E3A39" w:rsidRPr="00BE7277" w:rsidRDefault="00F11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E7277">
              <w:rPr>
                <w:rFonts w:ascii="Arial" w:hAnsi="Arial"/>
                <w:sz w:val="19"/>
                <w:lang w:val="es-CO"/>
              </w:rPr>
              <w:t>Ingeniero de sistemas, electrónico, eléctrico, mecánico, de telecomunicaciones o afines.</w:t>
            </w:r>
          </w:p>
        </w:tc>
        <w:tc>
          <w:tcPr>
            <w:tcW w:w="2160" w:type="dxa"/>
          </w:tcPr>
          <w:p w14:paraId="2BE3E51E" w14:textId="77777777" w:rsidR="007E3A39" w:rsidRPr="00BE7277" w:rsidRDefault="00F11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E7277">
              <w:rPr>
                <w:rFonts w:ascii="Arial" w:hAnsi="Arial"/>
                <w:sz w:val="19"/>
                <w:lang w:val="es-CO"/>
              </w:rPr>
              <w:t xml:space="preserve">3 años de experiencia a partir de la emisión de la tarjeta profesional. 2 años de experiencia en Implementación de proyectos de </w:t>
            </w:r>
            <w:proofErr w:type="spellStart"/>
            <w:r w:rsidRPr="00BE7277">
              <w:rPr>
                <w:rFonts w:ascii="Arial" w:hAnsi="Arial"/>
                <w:sz w:val="19"/>
                <w:lang w:val="es-CO"/>
              </w:rPr>
              <w:t>Hiperconvergencia</w:t>
            </w:r>
            <w:proofErr w:type="spellEnd"/>
            <w:r w:rsidRPr="00BE7277">
              <w:rPr>
                <w:rFonts w:ascii="Arial" w:hAnsi="Arial"/>
                <w:sz w:val="19"/>
                <w:lang w:val="es-CO"/>
              </w:rPr>
              <w:t>,</w:t>
            </w:r>
            <w:r w:rsidRPr="00BE7277">
              <w:rPr>
                <w:rFonts w:ascii="Arial" w:hAnsi="Arial"/>
                <w:sz w:val="19"/>
                <w:lang w:val="es-CO"/>
              </w:rPr>
              <w:t xml:space="preserve"> de la solución ofertada.</w:t>
            </w:r>
          </w:p>
        </w:tc>
        <w:tc>
          <w:tcPr>
            <w:tcW w:w="1728" w:type="dxa"/>
          </w:tcPr>
          <w:p w14:paraId="60D96758" w14:textId="77777777" w:rsidR="007E3A39" w:rsidRPr="00BE7277" w:rsidRDefault="00F11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CO"/>
              </w:rPr>
            </w:pPr>
            <w:r w:rsidRPr="00BE7277">
              <w:rPr>
                <w:rFonts w:ascii="Arial" w:hAnsi="Arial"/>
                <w:sz w:val="19"/>
                <w:lang w:val="es-CO"/>
              </w:rPr>
              <w:t>Certificación en la solución ofertada en nivel profesional y de servicios</w:t>
            </w:r>
          </w:p>
        </w:tc>
        <w:tc>
          <w:tcPr>
            <w:tcW w:w="1008" w:type="dxa"/>
          </w:tcPr>
          <w:p w14:paraId="0F5E84B2" w14:textId="77777777" w:rsidR="007E3A39" w:rsidRPr="00BE7277" w:rsidRDefault="00F11C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E7277">
              <w:rPr>
                <w:rFonts w:ascii="Arial" w:hAnsi="Arial"/>
                <w:sz w:val="19"/>
              </w:rPr>
              <w:t>70%</w:t>
            </w:r>
          </w:p>
        </w:tc>
      </w:tr>
    </w:tbl>
    <w:p w14:paraId="26FBC739" w14:textId="77777777" w:rsidR="007E3A39" w:rsidRDefault="007E3A39"/>
    <w:p w14:paraId="2416A6A2" w14:textId="77777777" w:rsidR="007E3A39" w:rsidRPr="00BE7277" w:rsidRDefault="00F11C05">
      <w:pPr>
        <w:spacing w:after="400"/>
        <w:rPr>
          <w:lang w:val="es-CO"/>
        </w:rPr>
      </w:pPr>
      <w:r w:rsidRPr="00BE7277">
        <w:rPr>
          <w:rFonts w:ascii="Arial" w:hAnsi="Arial"/>
          <w:color w:val="333333"/>
          <w:sz w:val="21"/>
          <w:lang w:val="es-CO"/>
        </w:rPr>
        <w:lastRenderedPageBreak/>
        <w:t>Manifestaciones y Garantías Adicionales:</w:t>
      </w:r>
      <w:r w:rsidRPr="00BE7277">
        <w:rPr>
          <w:rFonts w:ascii="Arial" w:hAnsi="Arial"/>
          <w:color w:val="333333"/>
          <w:sz w:val="21"/>
          <w:lang w:val="es-CO"/>
        </w:rPr>
        <w:br/>
        <w:t xml:space="preserve">1. Disponibilidad efectiva: Garantizamos que los profesionales propuestos mantendrán la dedicación </w:t>
      </w:r>
      <w:r w:rsidRPr="00BE7277">
        <w:rPr>
          <w:rFonts w:ascii="Arial" w:hAnsi="Arial"/>
          <w:color w:val="333333"/>
          <w:sz w:val="21"/>
          <w:lang w:val="es-CO"/>
        </w:rPr>
        <w:t>horaria estipulada durante toda la ejecución del contrato.</w:t>
      </w:r>
      <w:r w:rsidRPr="00BE7277">
        <w:rPr>
          <w:rFonts w:ascii="Arial" w:hAnsi="Arial"/>
          <w:color w:val="333333"/>
          <w:sz w:val="21"/>
          <w:lang w:val="es-CO"/>
        </w:rPr>
        <w:br/>
        <w:t>2. Inexistencia de inhabilidades: Los integrantes del equipo de trabajo no se encuentran incursos en causales de inhabilidad, incompatibilidad o conflicto de intereses para contratar con el Estado.</w:t>
      </w:r>
      <w:r w:rsidRPr="00BE7277">
        <w:rPr>
          <w:rFonts w:ascii="Arial" w:hAnsi="Arial"/>
          <w:color w:val="333333"/>
          <w:sz w:val="21"/>
          <w:lang w:val="es-CO"/>
        </w:rPr>
        <w:br/>
        <w:t>3. Acreditación documental: Adjuntamos la documentación de soporte requerida (hojas de vida, títulos, tarjetas profesionales, antecedentes judiciales y certificaciones) que respaldan las calidades exigidas.</w:t>
      </w:r>
    </w:p>
    <w:p w14:paraId="14034EED" w14:textId="77777777" w:rsidR="007E3A39" w:rsidRPr="00BE7277" w:rsidRDefault="00F11C05">
      <w:pPr>
        <w:rPr>
          <w:lang w:val="es-CO"/>
        </w:rPr>
      </w:pPr>
      <w:r w:rsidRPr="00BE7277">
        <w:rPr>
          <w:rFonts w:ascii="Arial" w:hAnsi="Arial"/>
          <w:color w:val="333333"/>
          <w:lang w:val="es-CO"/>
        </w:rPr>
        <w:t>Atentamente,</w:t>
      </w:r>
      <w:r w:rsidRPr="00BE7277">
        <w:rPr>
          <w:rFonts w:ascii="Arial" w:hAnsi="Arial"/>
          <w:color w:val="333333"/>
          <w:lang w:val="es-CO"/>
        </w:rPr>
        <w:br/>
      </w:r>
      <w:r w:rsidRPr="00BE7277">
        <w:rPr>
          <w:rFonts w:ascii="Arial" w:hAnsi="Arial"/>
          <w:color w:val="333333"/>
          <w:lang w:val="es-CO"/>
        </w:rPr>
        <w:br/>
      </w:r>
      <w:r w:rsidRPr="00BE7277">
        <w:rPr>
          <w:rFonts w:ascii="Arial" w:hAnsi="Arial"/>
          <w:color w:val="333333"/>
          <w:lang w:val="es-CO"/>
        </w:rPr>
        <w:br/>
      </w:r>
      <w:r w:rsidRPr="00BE7277">
        <w:rPr>
          <w:rFonts w:ascii="Arial" w:hAnsi="Arial"/>
          <w:color w:val="333333"/>
          <w:lang w:val="es-CO"/>
        </w:rPr>
        <w:br/>
        <w:t>________________________________</w:t>
      </w:r>
      <w:r w:rsidRPr="00BE7277">
        <w:rPr>
          <w:rFonts w:ascii="Arial" w:hAnsi="Arial"/>
          <w:color w:val="333333"/>
          <w:lang w:val="es-CO"/>
        </w:rPr>
        <w:t>_________</w:t>
      </w:r>
      <w:r w:rsidRPr="00BE7277">
        <w:rPr>
          <w:rFonts w:ascii="Arial" w:hAnsi="Arial"/>
          <w:color w:val="333333"/>
          <w:lang w:val="es-CO"/>
        </w:rPr>
        <w:br/>
        <w:t>Firma del Representante Legal / Oferente</w:t>
      </w:r>
      <w:r w:rsidRPr="00BE7277">
        <w:rPr>
          <w:rFonts w:ascii="Arial" w:hAnsi="Arial"/>
          <w:color w:val="333333"/>
          <w:lang w:val="es-CO"/>
        </w:rPr>
        <w:br/>
        <w:t>Nombre: [Nombre del Representante Legal]</w:t>
      </w:r>
      <w:r w:rsidRPr="00BE7277">
        <w:rPr>
          <w:rFonts w:ascii="Arial" w:hAnsi="Arial"/>
          <w:color w:val="333333"/>
          <w:lang w:val="es-CO"/>
        </w:rPr>
        <w:br/>
        <w:t>Cédula de Ciudadanía No.: [Número de Cédula] de [Ciudad]</w:t>
      </w:r>
      <w:r w:rsidRPr="00BE7277">
        <w:rPr>
          <w:rFonts w:ascii="Arial" w:hAnsi="Arial"/>
          <w:color w:val="333333"/>
          <w:lang w:val="es-CO"/>
        </w:rPr>
        <w:br/>
        <w:t>En representación de: [Nombre o Razón Social de la Empresa Oferente]</w:t>
      </w:r>
    </w:p>
    <w:sectPr w:rsidR="007E3A39" w:rsidRPr="00BE7277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8261F" w14:textId="77777777" w:rsidR="00F11C05" w:rsidRDefault="00F11C05" w:rsidP="00BE7277">
      <w:pPr>
        <w:spacing w:after="0" w:line="240" w:lineRule="auto"/>
      </w:pPr>
      <w:r>
        <w:separator/>
      </w:r>
    </w:p>
  </w:endnote>
  <w:endnote w:type="continuationSeparator" w:id="0">
    <w:p w14:paraId="1330EB26" w14:textId="77777777" w:rsidR="00F11C05" w:rsidRDefault="00F11C05" w:rsidP="00BE7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D3FDE" w14:textId="77777777" w:rsidR="00F11C05" w:rsidRDefault="00F11C05" w:rsidP="00BE7277">
      <w:pPr>
        <w:spacing w:after="0" w:line="240" w:lineRule="auto"/>
      </w:pPr>
      <w:r>
        <w:separator/>
      </w:r>
    </w:p>
  </w:footnote>
  <w:footnote w:type="continuationSeparator" w:id="0">
    <w:p w14:paraId="56DFABD6" w14:textId="77777777" w:rsidR="00F11C05" w:rsidRDefault="00F11C05" w:rsidP="00BE7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C31C1"/>
    <w:rsid w:val="007E3A39"/>
    <w:rsid w:val="00AA1D8D"/>
    <w:rsid w:val="00B47730"/>
    <w:rsid w:val="00BE7277"/>
    <w:rsid w:val="00CB0664"/>
    <w:rsid w:val="00F11C0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AEC134"/>
  <w14:defaultImageDpi w14:val="300"/>
  <w15:docId w15:val="{E4E23B4D-B83A-447A-8C15-0547C3D5E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Tablanormal1">
    <w:name w:val="Plain Table 1"/>
    <w:basedOn w:val="Tablanormal"/>
    <w:uiPriority w:val="99"/>
    <w:rsid w:val="00BE727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2507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Ines Gissell Guinea Linares</cp:lastModifiedBy>
  <cp:revision>2</cp:revision>
  <dcterms:created xsi:type="dcterms:W3CDTF">2013-12-23T23:15:00Z</dcterms:created>
  <dcterms:modified xsi:type="dcterms:W3CDTF">2026-10-07T20:56:00Z</dcterms:modified>
  <cp:category/>
</cp:coreProperties>
</file>