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5FCFE" w14:textId="77777777" w:rsidR="00932B34" w:rsidRPr="00E0714C" w:rsidRDefault="0020184D">
      <w:pPr>
        <w:jc w:val="center"/>
        <w:rPr>
          <w:rFonts w:cs="Arial"/>
          <w:sz w:val="20"/>
          <w:szCs w:val="20"/>
        </w:rPr>
      </w:pPr>
      <w:r w:rsidRPr="00E0714C">
        <w:rPr>
          <w:rFonts w:cs="Arial"/>
          <w:b/>
          <w:sz w:val="20"/>
          <w:szCs w:val="20"/>
        </w:rPr>
        <w:t>ANEXO 4 – MINUTA DEL CONTRATO</w:t>
      </w:r>
    </w:p>
    <w:p w14:paraId="4F875358" w14:textId="77777777" w:rsidR="00932B34" w:rsidRPr="00E0714C" w:rsidRDefault="0020184D">
      <w:pPr>
        <w:jc w:val="center"/>
        <w:rPr>
          <w:rFonts w:cs="Arial"/>
          <w:sz w:val="20"/>
          <w:szCs w:val="20"/>
        </w:rPr>
      </w:pPr>
      <w:r w:rsidRPr="00E0714C">
        <w:rPr>
          <w:rFonts w:cs="Arial"/>
          <w:b/>
          <w:sz w:val="20"/>
          <w:szCs w:val="20"/>
        </w:rPr>
        <w:t>LICITACIÓN DE OBRA PÚBLICA DE INFRAESTRUCTURA SOCIAL</w:t>
      </w:r>
    </w:p>
    <w:p w14:paraId="15954438" w14:textId="77777777" w:rsidR="00932B34" w:rsidRPr="00E0714C" w:rsidRDefault="0020184D">
      <w:pPr>
        <w:jc w:val="center"/>
        <w:rPr>
          <w:rFonts w:cs="Arial"/>
          <w:sz w:val="20"/>
          <w:szCs w:val="20"/>
        </w:rPr>
      </w:pPr>
      <w:proofErr w:type="spellStart"/>
      <w:r w:rsidRPr="00E0714C">
        <w:rPr>
          <w:rFonts w:cs="Arial"/>
          <w:i/>
          <w:sz w:val="20"/>
          <w:szCs w:val="20"/>
        </w:rPr>
        <w:t>Versión</w:t>
      </w:r>
      <w:proofErr w:type="spellEnd"/>
      <w:r w:rsidRPr="00E0714C">
        <w:rPr>
          <w:rFonts w:cs="Arial"/>
          <w:i/>
          <w:sz w:val="20"/>
          <w:szCs w:val="20"/>
        </w:rPr>
        <w:t xml:space="preserve"> 2 – Proyecto documental</w:t>
      </w:r>
    </w:p>
    <w:p w14:paraId="1A66C561" w14:textId="77777777" w:rsidR="00932B34" w:rsidRDefault="0020184D">
      <w:pPr>
        <w:spacing w:before="160"/>
        <w:jc w:val="center"/>
        <w:rPr>
          <w:rFonts w:cs="Arial"/>
          <w:b/>
          <w:sz w:val="20"/>
          <w:szCs w:val="20"/>
        </w:rPr>
      </w:pPr>
      <w:r w:rsidRPr="00E0714C">
        <w:rPr>
          <w:rFonts w:cs="Arial"/>
          <w:b/>
          <w:sz w:val="20"/>
          <w:szCs w:val="20"/>
        </w:rPr>
        <w:t>MINUTA DEL CONTRATO DE OBRA – SEDES JUDICIALES DE PALMIRA</w:t>
      </w:r>
    </w:p>
    <w:p w14:paraId="133F769C" w14:textId="77777777" w:rsidR="00F8425D" w:rsidRPr="00F8425D" w:rsidRDefault="00F8425D" w:rsidP="00F8425D">
      <w:pPr>
        <w:tabs>
          <w:tab w:val="right" w:leader="dot" w:pos="8828"/>
        </w:tabs>
        <w:spacing w:after="0" w:line="240" w:lineRule="auto"/>
        <w:jc w:val="center"/>
        <w:rPr>
          <w:rFonts w:eastAsia="Arial" w:cs="Arial"/>
          <w:b/>
          <w:noProof/>
          <w:sz w:val="20"/>
          <w:szCs w:val="20"/>
          <w:lang w:val="es-CO"/>
        </w:rPr>
      </w:pPr>
      <w:r w:rsidRPr="00F8425D">
        <w:rPr>
          <w:rFonts w:eastAsia="Arial" w:cs="Arial"/>
          <w:b/>
          <w:noProof/>
          <w:sz w:val="20"/>
          <w:szCs w:val="20"/>
          <w:lang w:val="es-CO"/>
        </w:rPr>
        <w:t>TABLA DE CONTENIDO</w:t>
      </w:r>
    </w:p>
    <w:p w14:paraId="04B5FA78" w14:textId="77777777" w:rsidR="00F8425D" w:rsidRPr="00F8425D" w:rsidRDefault="00F8425D" w:rsidP="00F8425D">
      <w:pPr>
        <w:spacing w:after="0" w:line="240" w:lineRule="auto"/>
        <w:jc w:val="both"/>
        <w:rPr>
          <w:rFonts w:eastAsia="Arial" w:cs="Arial"/>
          <w:sz w:val="20"/>
          <w:szCs w:val="20"/>
          <w:lang w:val="es-CO"/>
        </w:rPr>
      </w:pPr>
    </w:p>
    <w:p w14:paraId="54567F1F"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1.</w:t>
      </w:r>
      <w:r w:rsidRPr="00F8425D">
        <w:rPr>
          <w:rFonts w:eastAsia="Arial" w:cs="Arial"/>
          <w:b/>
          <w:sz w:val="20"/>
          <w:szCs w:val="20"/>
          <w:lang w:val="es-CO"/>
        </w:rPr>
        <w:tab/>
        <w:t>DEFINICIONES</w:t>
      </w:r>
    </w:p>
    <w:p w14:paraId="1557A494"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 xml:space="preserve">CLÁUSULA 2. </w:t>
      </w:r>
      <w:r w:rsidRPr="00F8425D">
        <w:rPr>
          <w:rFonts w:eastAsia="Arial" w:cs="Arial"/>
          <w:b/>
          <w:sz w:val="20"/>
          <w:szCs w:val="20"/>
          <w:lang w:val="es-CO"/>
        </w:rPr>
        <w:tab/>
        <w:t>OBJETO</w:t>
      </w:r>
    </w:p>
    <w:p w14:paraId="5E516CD9" w14:textId="77777777" w:rsidR="00F8425D" w:rsidRPr="00F8425D" w:rsidRDefault="00F8425D" w:rsidP="00F8425D">
      <w:pPr>
        <w:tabs>
          <w:tab w:val="left" w:pos="709"/>
          <w:tab w:val="left" w:pos="1418"/>
          <w:tab w:val="left" w:pos="2127"/>
          <w:tab w:val="left" w:pos="2836"/>
          <w:tab w:val="left" w:pos="3545"/>
          <w:tab w:val="left" w:pos="4254"/>
          <w:tab w:val="left" w:pos="6973"/>
        </w:tabs>
        <w:spacing w:after="0" w:line="240" w:lineRule="auto"/>
        <w:jc w:val="both"/>
        <w:rPr>
          <w:rFonts w:eastAsia="Arial" w:cs="Arial"/>
          <w:b/>
          <w:sz w:val="20"/>
          <w:szCs w:val="20"/>
          <w:lang w:val="es-CO"/>
        </w:rPr>
      </w:pPr>
      <w:r w:rsidRPr="00F8425D">
        <w:rPr>
          <w:rFonts w:eastAsia="Arial" w:cs="Arial"/>
          <w:b/>
          <w:sz w:val="20"/>
          <w:szCs w:val="20"/>
          <w:lang w:val="es-CO"/>
        </w:rPr>
        <w:t>CLÁUSULA 3.</w:t>
      </w:r>
      <w:r w:rsidRPr="00F8425D">
        <w:rPr>
          <w:rFonts w:eastAsia="Arial" w:cs="Arial"/>
          <w:b/>
          <w:sz w:val="20"/>
          <w:szCs w:val="20"/>
          <w:lang w:val="es-CO"/>
        </w:rPr>
        <w:tab/>
        <w:t>ALCANCE DEL OBJETO</w:t>
      </w:r>
      <w:r w:rsidRPr="00F8425D">
        <w:rPr>
          <w:rFonts w:eastAsia="Arial" w:cs="Arial"/>
          <w:b/>
          <w:sz w:val="20"/>
          <w:szCs w:val="20"/>
          <w:lang w:val="es-CO"/>
        </w:rPr>
        <w:tab/>
      </w:r>
    </w:p>
    <w:p w14:paraId="74C9ABAD"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4.</w:t>
      </w:r>
      <w:r w:rsidRPr="00F8425D">
        <w:rPr>
          <w:rFonts w:eastAsia="Arial" w:cs="Arial"/>
          <w:b/>
          <w:sz w:val="20"/>
          <w:szCs w:val="20"/>
          <w:lang w:val="es-CO"/>
        </w:rPr>
        <w:tab/>
        <w:t>PLAZO DEL CONTRATO</w:t>
      </w:r>
    </w:p>
    <w:p w14:paraId="77CC0CCC"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5.</w:t>
      </w:r>
      <w:r w:rsidRPr="00F8425D">
        <w:rPr>
          <w:rFonts w:eastAsia="Arial" w:cs="Arial"/>
          <w:b/>
          <w:sz w:val="20"/>
          <w:szCs w:val="20"/>
          <w:lang w:val="es-CO"/>
        </w:rPr>
        <w:tab/>
        <w:t>VALOR DEL CONTRATO</w:t>
      </w:r>
    </w:p>
    <w:p w14:paraId="6A13DF2D"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6.</w:t>
      </w:r>
      <w:r w:rsidRPr="00F8425D">
        <w:rPr>
          <w:rFonts w:eastAsia="Arial" w:cs="Arial"/>
          <w:b/>
          <w:sz w:val="20"/>
          <w:szCs w:val="20"/>
          <w:lang w:val="es-CO"/>
        </w:rPr>
        <w:tab/>
        <w:t>ANTICIPO O PAGO ANTICIPADO</w:t>
      </w:r>
    </w:p>
    <w:p w14:paraId="17659EF0"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7.</w:t>
      </w:r>
      <w:r w:rsidRPr="00F8425D">
        <w:rPr>
          <w:rFonts w:eastAsia="Arial" w:cs="Arial"/>
          <w:b/>
          <w:sz w:val="20"/>
          <w:szCs w:val="20"/>
          <w:lang w:val="es-CO"/>
        </w:rPr>
        <w:tab/>
        <w:t>APROPIACIÓN PRESUPUESTAL</w:t>
      </w:r>
    </w:p>
    <w:p w14:paraId="308F0BA5" w14:textId="77777777" w:rsidR="00F8425D" w:rsidRPr="00F8425D" w:rsidRDefault="00F8425D" w:rsidP="00F8425D">
      <w:pPr>
        <w:spacing w:after="0" w:line="240" w:lineRule="auto"/>
        <w:jc w:val="both"/>
        <w:rPr>
          <w:rFonts w:eastAsia="Arial" w:cs="Arial"/>
          <w:b/>
          <w:sz w:val="20"/>
          <w:szCs w:val="20"/>
          <w:lang w:val="pt-PT"/>
        </w:rPr>
      </w:pPr>
      <w:r w:rsidRPr="00F8425D">
        <w:rPr>
          <w:rFonts w:eastAsia="Arial" w:cs="Arial"/>
          <w:b/>
          <w:sz w:val="20"/>
          <w:szCs w:val="20"/>
          <w:lang w:val="pt-PT"/>
        </w:rPr>
        <w:t>CLÁUSULA 8.</w:t>
      </w:r>
      <w:r w:rsidRPr="00F8425D">
        <w:rPr>
          <w:rFonts w:eastAsia="Arial" w:cs="Arial"/>
          <w:b/>
          <w:sz w:val="20"/>
          <w:szCs w:val="20"/>
          <w:lang w:val="pt-PT"/>
        </w:rPr>
        <w:tab/>
        <w:t>FORMA DE PAGO</w:t>
      </w:r>
    </w:p>
    <w:p w14:paraId="7ABE8417"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pt-PT"/>
        </w:rPr>
        <w:t>CLÁUSULA 9.</w:t>
      </w:r>
      <w:r w:rsidRPr="00F8425D">
        <w:rPr>
          <w:rFonts w:eastAsia="Arial" w:cs="Arial"/>
          <w:b/>
          <w:sz w:val="20"/>
          <w:szCs w:val="20"/>
          <w:lang w:val="pt-PT"/>
        </w:rPr>
        <w:tab/>
      </w:r>
      <w:r w:rsidRPr="00F8425D">
        <w:rPr>
          <w:rFonts w:eastAsia="Arial" w:cs="Arial"/>
          <w:b/>
          <w:sz w:val="20"/>
          <w:szCs w:val="20"/>
          <w:lang w:val="es-CO"/>
        </w:rPr>
        <w:t>OBLIGACIONES GENERALES DEL CONTRATISTA</w:t>
      </w:r>
    </w:p>
    <w:p w14:paraId="79DE6DAC" w14:textId="160C5C3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9.1.</w:t>
      </w:r>
      <w:r w:rsidR="000D18A9">
        <w:rPr>
          <w:rFonts w:eastAsia="Arial" w:cs="Arial"/>
          <w:b/>
          <w:sz w:val="20"/>
          <w:szCs w:val="20"/>
          <w:lang w:val="es-CO"/>
        </w:rPr>
        <w:t xml:space="preserve"> </w:t>
      </w:r>
      <w:r w:rsidRPr="00F8425D">
        <w:rPr>
          <w:rFonts w:eastAsia="Arial" w:cs="Arial"/>
          <w:b/>
          <w:sz w:val="20"/>
          <w:szCs w:val="20"/>
          <w:lang w:val="es-CO"/>
        </w:rPr>
        <w:t xml:space="preserve">OBLIGACIONES AMBIENTALES </w:t>
      </w:r>
    </w:p>
    <w:p w14:paraId="6522617C" w14:textId="2572D163"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9.2.</w:t>
      </w:r>
      <w:r w:rsidR="000D18A9">
        <w:rPr>
          <w:rFonts w:eastAsia="Arial" w:cs="Arial"/>
          <w:b/>
          <w:sz w:val="20"/>
          <w:szCs w:val="20"/>
          <w:lang w:val="es-CO"/>
        </w:rPr>
        <w:t xml:space="preserve"> </w:t>
      </w:r>
      <w:r w:rsidRPr="00F8425D">
        <w:rPr>
          <w:rFonts w:eastAsia="Arial" w:cs="Arial"/>
          <w:b/>
          <w:sz w:val="20"/>
          <w:szCs w:val="20"/>
          <w:lang w:val="es-CO"/>
        </w:rPr>
        <w:t xml:space="preserve">OBLIGACIONES </w:t>
      </w:r>
      <w:r w:rsidRPr="00F8425D">
        <w:rPr>
          <w:rFonts w:eastAsia="Arial" w:cs="Arial"/>
          <w:b/>
          <w:bCs/>
          <w:color w:val="1A1818"/>
          <w:sz w:val="20"/>
          <w:szCs w:val="20"/>
          <w:lang w:val="es-CO"/>
        </w:rPr>
        <w:t>SEGURIDAD Y SALUD EN EL TRABAJO (SG-SST).</w:t>
      </w:r>
    </w:p>
    <w:p w14:paraId="7302B194" w14:textId="288AF4D3"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9.3.</w:t>
      </w:r>
      <w:r w:rsidR="000D18A9">
        <w:rPr>
          <w:rFonts w:eastAsia="Arial" w:cs="Arial"/>
          <w:b/>
          <w:sz w:val="20"/>
          <w:szCs w:val="20"/>
          <w:lang w:val="es-CO"/>
        </w:rPr>
        <w:t xml:space="preserve"> </w:t>
      </w:r>
      <w:r w:rsidRPr="00F8425D">
        <w:rPr>
          <w:rFonts w:eastAsia="Arial" w:cs="Arial"/>
          <w:b/>
          <w:sz w:val="20"/>
          <w:szCs w:val="20"/>
          <w:lang w:val="es-CO"/>
        </w:rPr>
        <w:t>OBLIGACIONES TÉNICAS DEL CONTRATISTA</w:t>
      </w:r>
    </w:p>
    <w:p w14:paraId="49636B4F" w14:textId="75DEFD2B"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10.</w:t>
      </w:r>
      <w:r w:rsidRPr="00F8425D">
        <w:rPr>
          <w:rFonts w:eastAsia="Arial" w:cs="Arial"/>
          <w:b/>
          <w:sz w:val="20"/>
          <w:szCs w:val="20"/>
          <w:lang w:val="es-CO"/>
        </w:rPr>
        <w:tab/>
      </w:r>
      <w:r w:rsidR="000D18A9">
        <w:rPr>
          <w:rFonts w:eastAsia="Arial" w:cs="Arial"/>
          <w:b/>
          <w:sz w:val="20"/>
          <w:szCs w:val="20"/>
          <w:lang w:val="es-CO"/>
        </w:rPr>
        <w:t xml:space="preserve"> </w:t>
      </w:r>
      <w:r w:rsidRPr="00F8425D">
        <w:rPr>
          <w:rFonts w:eastAsia="Arial" w:cs="Arial"/>
          <w:b/>
          <w:sz w:val="20"/>
          <w:szCs w:val="20"/>
          <w:lang w:val="es-CO"/>
        </w:rPr>
        <w:t>OBLIGACIONES ESPECÍFICAS DEL CONTRATISTA</w:t>
      </w:r>
    </w:p>
    <w:p w14:paraId="061888F3"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11.</w:t>
      </w:r>
      <w:r w:rsidRPr="00F8425D">
        <w:rPr>
          <w:rFonts w:eastAsia="Arial" w:cs="Arial"/>
          <w:b/>
          <w:sz w:val="20"/>
          <w:szCs w:val="20"/>
          <w:lang w:val="es-CO"/>
        </w:rPr>
        <w:tab/>
        <w:t>DERECHOS DEL CONTRATISTA</w:t>
      </w:r>
    </w:p>
    <w:p w14:paraId="764A7E2F"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12.</w:t>
      </w:r>
      <w:r w:rsidRPr="00F8425D">
        <w:rPr>
          <w:rFonts w:eastAsia="Arial" w:cs="Arial"/>
          <w:b/>
          <w:sz w:val="20"/>
          <w:szCs w:val="20"/>
          <w:lang w:val="es-CO"/>
        </w:rPr>
        <w:tab/>
        <w:t>OBLIGACIONES DE LA ENTIDAD</w:t>
      </w:r>
    </w:p>
    <w:p w14:paraId="22D7BBD9"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12.1.</w:t>
      </w:r>
      <w:r w:rsidRPr="00F8425D">
        <w:rPr>
          <w:rFonts w:eastAsia="Arial" w:cs="Arial"/>
          <w:b/>
          <w:sz w:val="20"/>
          <w:szCs w:val="20"/>
          <w:lang w:val="es-CO"/>
        </w:rPr>
        <w:tab/>
        <w:t>OBLIGACIONES DEL SUPERVISOR</w:t>
      </w:r>
    </w:p>
    <w:p w14:paraId="494E4787"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13.</w:t>
      </w:r>
      <w:r w:rsidRPr="00F8425D">
        <w:rPr>
          <w:rFonts w:eastAsia="Arial" w:cs="Arial"/>
          <w:b/>
          <w:sz w:val="20"/>
          <w:szCs w:val="20"/>
          <w:lang w:val="es-CO"/>
        </w:rPr>
        <w:tab/>
        <w:t>RESPONSABILIDAD</w:t>
      </w:r>
    </w:p>
    <w:p w14:paraId="5B1ADBC2"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14.</w:t>
      </w:r>
      <w:r w:rsidRPr="00F8425D">
        <w:rPr>
          <w:rFonts w:eastAsia="Arial" w:cs="Arial"/>
          <w:b/>
          <w:sz w:val="20"/>
          <w:szCs w:val="20"/>
          <w:lang w:val="es-CO"/>
        </w:rPr>
        <w:tab/>
        <w:t>INDEMNIDAD</w:t>
      </w:r>
    </w:p>
    <w:p w14:paraId="306D99E3"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15.</w:t>
      </w:r>
      <w:r w:rsidRPr="00F8425D">
        <w:rPr>
          <w:rFonts w:eastAsia="Arial" w:cs="Arial"/>
          <w:b/>
          <w:sz w:val="20"/>
          <w:szCs w:val="20"/>
          <w:lang w:val="es-CO"/>
        </w:rPr>
        <w:tab/>
        <w:t>MULTAS</w:t>
      </w:r>
    </w:p>
    <w:p w14:paraId="77B56F54"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16.</w:t>
      </w:r>
      <w:r w:rsidRPr="00F8425D">
        <w:rPr>
          <w:rFonts w:eastAsia="Arial" w:cs="Arial"/>
          <w:b/>
          <w:sz w:val="20"/>
          <w:szCs w:val="20"/>
          <w:lang w:val="es-CO"/>
        </w:rPr>
        <w:tab/>
        <w:t>CADUCIDAD, TERMINACIÓN, MODIFICACIÓN E INTERPRETACIÓN UNILATERALES POR EL CONSEJO SUPERIOR</w:t>
      </w:r>
    </w:p>
    <w:p w14:paraId="067CEFDE"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 xml:space="preserve">CLÁUSULA 17.     </w:t>
      </w:r>
      <w:r w:rsidRPr="00F8425D">
        <w:rPr>
          <w:rFonts w:eastAsia="Arial" w:cs="Arial"/>
          <w:b/>
          <w:bCs/>
          <w:sz w:val="20"/>
          <w:szCs w:val="20"/>
          <w:lang w:val="es-CO"/>
        </w:rPr>
        <w:t>RESPONSABILIDAD DEL CONTRATISTA</w:t>
      </w:r>
    </w:p>
    <w:p w14:paraId="020ABEFD"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18.</w:t>
      </w:r>
      <w:r w:rsidRPr="00F8425D">
        <w:rPr>
          <w:rFonts w:eastAsia="Arial" w:cs="Arial"/>
          <w:b/>
          <w:sz w:val="20"/>
          <w:szCs w:val="20"/>
          <w:lang w:val="es-CO"/>
        </w:rPr>
        <w:tab/>
        <w:t>CLÁUSULA PENAL</w:t>
      </w:r>
    </w:p>
    <w:p w14:paraId="714DB13F"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19.     CLÁUSULA RESOLUCIÓN DE CONTROVERSIAS</w:t>
      </w:r>
    </w:p>
    <w:p w14:paraId="4C95A6B7" w14:textId="77777777" w:rsidR="00F8425D" w:rsidRPr="00F8425D" w:rsidRDefault="00F8425D" w:rsidP="00F8425D">
      <w:pPr>
        <w:spacing w:after="0" w:line="240" w:lineRule="auto"/>
        <w:ind w:left="2130" w:hanging="2130"/>
        <w:jc w:val="both"/>
        <w:rPr>
          <w:rFonts w:eastAsia="Arial" w:cs="Arial"/>
          <w:b/>
          <w:sz w:val="20"/>
          <w:szCs w:val="20"/>
          <w:lang w:val="es-CO"/>
        </w:rPr>
      </w:pPr>
      <w:r w:rsidRPr="00F8425D">
        <w:rPr>
          <w:rFonts w:eastAsia="Arial" w:cs="Arial"/>
          <w:b/>
          <w:sz w:val="20"/>
          <w:szCs w:val="20"/>
          <w:lang w:val="es-CO"/>
        </w:rPr>
        <w:t>CLÁUSULA 20.</w:t>
      </w:r>
      <w:r w:rsidRPr="00F8425D">
        <w:rPr>
          <w:rFonts w:eastAsia="Arial" w:cs="Arial"/>
          <w:b/>
          <w:sz w:val="20"/>
          <w:szCs w:val="20"/>
          <w:lang w:val="es-CO"/>
        </w:rPr>
        <w:tab/>
        <w:t>CLÁUSULAS EXCEPCIONALES</w:t>
      </w:r>
    </w:p>
    <w:p w14:paraId="24298962"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21.</w:t>
      </w:r>
      <w:r w:rsidRPr="00F8425D">
        <w:rPr>
          <w:rFonts w:eastAsia="Arial" w:cs="Arial"/>
          <w:b/>
          <w:sz w:val="20"/>
          <w:szCs w:val="20"/>
          <w:lang w:val="es-CO"/>
        </w:rPr>
        <w:tab/>
        <w:t>GARANTÍAS</w:t>
      </w:r>
    </w:p>
    <w:p w14:paraId="68883257"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21.1.</w:t>
      </w:r>
      <w:r w:rsidRPr="00F8425D">
        <w:rPr>
          <w:rFonts w:eastAsia="Arial" w:cs="Arial"/>
          <w:b/>
          <w:sz w:val="20"/>
          <w:szCs w:val="20"/>
          <w:lang w:val="es-CO"/>
        </w:rPr>
        <w:tab/>
        <w:t>GARANTÍAS DE CUMPLIMIENTO</w:t>
      </w:r>
    </w:p>
    <w:p w14:paraId="4C002738"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21.2.</w:t>
      </w:r>
      <w:r w:rsidRPr="00F8425D">
        <w:rPr>
          <w:rFonts w:eastAsia="Arial" w:cs="Arial"/>
          <w:b/>
          <w:sz w:val="20"/>
          <w:szCs w:val="20"/>
          <w:lang w:val="es-CO"/>
        </w:rPr>
        <w:tab/>
        <w:t>ESTABILIDAD DE LA OBRA Y PERIODO DE GARANTÍA</w:t>
      </w:r>
    </w:p>
    <w:p w14:paraId="3CED7399"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bCs/>
          <w:sz w:val="20"/>
          <w:szCs w:val="20"/>
          <w:lang w:val="es-MX"/>
        </w:rPr>
        <w:t>CLÁUSULA 21.3.</w:t>
      </w:r>
      <w:r w:rsidRPr="00F8425D">
        <w:rPr>
          <w:rFonts w:eastAsia="Arial" w:cs="Arial"/>
          <w:b/>
          <w:bCs/>
          <w:sz w:val="20"/>
          <w:szCs w:val="20"/>
          <w:lang w:val="es-MX"/>
        </w:rPr>
        <w:tab/>
      </w:r>
      <w:r w:rsidRPr="00F8425D">
        <w:rPr>
          <w:rFonts w:eastAsia="Arial" w:cs="Arial"/>
          <w:b/>
          <w:sz w:val="20"/>
          <w:szCs w:val="20"/>
          <w:lang w:val="es-CO"/>
        </w:rPr>
        <w:t xml:space="preserve">GARANTÍA DE RESPONSABILIDAD CIVIL EXTRACONTRACTUAL: </w:t>
      </w:r>
    </w:p>
    <w:p w14:paraId="7C788FC4"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22.</w:t>
      </w:r>
      <w:r w:rsidRPr="00F8425D">
        <w:rPr>
          <w:rFonts w:eastAsia="Arial" w:cs="Arial"/>
          <w:b/>
          <w:sz w:val="20"/>
          <w:szCs w:val="20"/>
          <w:lang w:val="es-CO"/>
        </w:rPr>
        <w:tab/>
        <w:t>INDEPENDENCIA DEL CONTRATISTA</w:t>
      </w:r>
    </w:p>
    <w:p w14:paraId="38305494" w14:textId="77777777" w:rsidR="00F8425D" w:rsidRPr="00F8425D" w:rsidRDefault="00F8425D" w:rsidP="00F8425D">
      <w:pPr>
        <w:spacing w:after="0" w:line="240" w:lineRule="auto"/>
        <w:ind w:left="2124" w:hanging="2124"/>
        <w:jc w:val="both"/>
        <w:rPr>
          <w:rFonts w:eastAsia="Arial" w:cs="Arial"/>
          <w:b/>
          <w:bCs/>
          <w:sz w:val="20"/>
          <w:szCs w:val="20"/>
          <w:lang w:val="es-CO"/>
        </w:rPr>
      </w:pPr>
      <w:r w:rsidRPr="00F8425D">
        <w:rPr>
          <w:rFonts w:eastAsia="Arial" w:cs="Arial"/>
          <w:b/>
          <w:bCs/>
          <w:sz w:val="20"/>
          <w:szCs w:val="20"/>
          <w:lang w:val="es-CO"/>
        </w:rPr>
        <w:t>CLÁUSULA 23.</w:t>
      </w:r>
      <w:r w:rsidRPr="00F8425D">
        <w:rPr>
          <w:rFonts w:eastAsia="Arial" w:cs="Arial"/>
          <w:b/>
          <w:bCs/>
          <w:sz w:val="20"/>
          <w:szCs w:val="20"/>
          <w:lang w:val="es-CO"/>
        </w:rPr>
        <w:tab/>
      </w:r>
      <w:r w:rsidRPr="00F8425D">
        <w:rPr>
          <w:rFonts w:eastAsia="Times New Roman" w:cs="Arial"/>
          <w:b/>
          <w:sz w:val="20"/>
          <w:szCs w:val="20"/>
          <w:lang w:val="es-ES" w:eastAsia="es-CO"/>
        </w:rPr>
        <w:t>INEXISTENCIA DE RELACIÓN LABORAL ENTRE LA ENTIDAD Y EL CONTRATISTA</w:t>
      </w:r>
    </w:p>
    <w:p w14:paraId="31298DB4" w14:textId="77777777" w:rsidR="00F8425D" w:rsidRPr="00F8425D" w:rsidRDefault="00F8425D" w:rsidP="00F8425D">
      <w:pPr>
        <w:spacing w:after="0" w:line="240" w:lineRule="auto"/>
        <w:ind w:left="2124" w:hanging="2124"/>
        <w:jc w:val="both"/>
        <w:rPr>
          <w:rFonts w:eastAsia="Arial" w:cs="Arial"/>
          <w:b/>
          <w:sz w:val="20"/>
          <w:szCs w:val="20"/>
          <w:lang w:val="es-CO"/>
        </w:rPr>
      </w:pPr>
      <w:r w:rsidRPr="00F8425D">
        <w:rPr>
          <w:rFonts w:eastAsia="Arial" w:cs="Arial"/>
          <w:b/>
          <w:sz w:val="20"/>
          <w:szCs w:val="20"/>
          <w:lang w:val="es-CO"/>
        </w:rPr>
        <w:t>CLÁUSULA 24.</w:t>
      </w:r>
      <w:r w:rsidRPr="00F8425D">
        <w:rPr>
          <w:rFonts w:eastAsia="Arial" w:cs="Arial"/>
          <w:b/>
          <w:sz w:val="20"/>
          <w:szCs w:val="20"/>
          <w:lang w:val="es-CO"/>
        </w:rPr>
        <w:tab/>
        <w:t>CESIÓN</w:t>
      </w:r>
    </w:p>
    <w:p w14:paraId="222E075D" w14:textId="77777777" w:rsidR="00F8425D" w:rsidRPr="00F8425D" w:rsidRDefault="00F8425D" w:rsidP="00F8425D">
      <w:pPr>
        <w:spacing w:after="0" w:line="240" w:lineRule="auto"/>
        <w:ind w:left="2124" w:hanging="2124"/>
        <w:jc w:val="both"/>
        <w:rPr>
          <w:rFonts w:eastAsia="Arial" w:cs="Arial"/>
          <w:b/>
          <w:sz w:val="20"/>
          <w:szCs w:val="20"/>
          <w:lang w:val="es-CO"/>
        </w:rPr>
      </w:pPr>
      <w:r w:rsidRPr="00F8425D">
        <w:rPr>
          <w:rFonts w:eastAsia="Arial" w:cs="Arial"/>
          <w:b/>
          <w:sz w:val="20"/>
          <w:szCs w:val="20"/>
          <w:lang w:val="es-CO"/>
        </w:rPr>
        <w:t>CLÁUSULA 25.</w:t>
      </w:r>
      <w:r w:rsidRPr="00F8425D">
        <w:rPr>
          <w:rFonts w:eastAsia="Arial" w:cs="Arial"/>
          <w:b/>
          <w:sz w:val="20"/>
          <w:szCs w:val="20"/>
          <w:lang w:val="es-CO"/>
        </w:rPr>
        <w:tab/>
        <w:t>LIQUIDACIÓN</w:t>
      </w:r>
    </w:p>
    <w:p w14:paraId="5ADD2D83" w14:textId="77777777" w:rsidR="00F8425D" w:rsidRPr="00F8425D" w:rsidRDefault="00F8425D" w:rsidP="00F8425D">
      <w:pPr>
        <w:spacing w:after="0" w:line="240" w:lineRule="auto"/>
        <w:ind w:left="2124" w:hanging="2124"/>
        <w:jc w:val="both"/>
        <w:rPr>
          <w:rFonts w:eastAsia="Arial" w:cs="Arial"/>
          <w:b/>
          <w:sz w:val="20"/>
          <w:szCs w:val="20"/>
          <w:lang w:val="es-CO"/>
        </w:rPr>
      </w:pPr>
      <w:r w:rsidRPr="00F8425D">
        <w:rPr>
          <w:rFonts w:eastAsia="Arial" w:cs="Arial"/>
          <w:b/>
          <w:sz w:val="20"/>
          <w:szCs w:val="20"/>
          <w:lang w:val="es-CO"/>
        </w:rPr>
        <w:t>CLÁUSULA 26.</w:t>
      </w:r>
      <w:r w:rsidRPr="00F8425D">
        <w:rPr>
          <w:rFonts w:eastAsia="Arial" w:cs="Arial"/>
          <w:b/>
          <w:sz w:val="20"/>
          <w:szCs w:val="20"/>
          <w:lang w:val="es-CO"/>
        </w:rPr>
        <w:tab/>
        <w:t>SUSCRIPCIÓN, PERFECCIONAMIENTO, EJECUCIÓN</w:t>
      </w:r>
    </w:p>
    <w:p w14:paraId="7227D34D" w14:textId="77777777" w:rsidR="00F8425D" w:rsidRPr="00F8425D" w:rsidRDefault="00F8425D" w:rsidP="00F8425D">
      <w:pPr>
        <w:spacing w:after="0" w:line="240" w:lineRule="auto"/>
        <w:ind w:left="2124" w:hanging="2124"/>
        <w:jc w:val="both"/>
        <w:rPr>
          <w:rFonts w:eastAsia="Arial" w:cs="Arial"/>
          <w:b/>
          <w:sz w:val="20"/>
          <w:szCs w:val="20"/>
          <w:lang w:val="es-CO"/>
        </w:rPr>
      </w:pPr>
      <w:r w:rsidRPr="00F8425D">
        <w:rPr>
          <w:rFonts w:eastAsia="Arial" w:cs="Arial"/>
          <w:b/>
          <w:sz w:val="20"/>
          <w:szCs w:val="20"/>
          <w:lang w:val="es-CO"/>
        </w:rPr>
        <w:t>CLÁUSULA 27.</w:t>
      </w:r>
      <w:r w:rsidRPr="00F8425D">
        <w:rPr>
          <w:rFonts w:eastAsia="Arial" w:cs="Arial"/>
          <w:b/>
          <w:sz w:val="20"/>
          <w:szCs w:val="20"/>
          <w:lang w:val="es-CO"/>
        </w:rPr>
        <w:tab/>
        <w:t xml:space="preserve">LUGAR DE EJECUCIÓN Y DOMICILIO CONTRACTUAL </w:t>
      </w:r>
    </w:p>
    <w:p w14:paraId="7CE23392" w14:textId="77777777" w:rsidR="00F8425D" w:rsidRPr="00F8425D" w:rsidRDefault="00F8425D" w:rsidP="00F8425D">
      <w:pPr>
        <w:spacing w:after="0" w:line="240" w:lineRule="auto"/>
        <w:jc w:val="both"/>
        <w:rPr>
          <w:rFonts w:eastAsia="Arial" w:cs="Arial"/>
          <w:b/>
          <w:bCs/>
          <w:sz w:val="20"/>
          <w:szCs w:val="20"/>
          <w:lang w:val="es-CO"/>
        </w:rPr>
      </w:pPr>
      <w:r w:rsidRPr="00F8425D">
        <w:rPr>
          <w:rFonts w:eastAsia="Arial" w:cs="Arial"/>
          <w:b/>
          <w:sz w:val="20"/>
          <w:szCs w:val="20"/>
          <w:lang w:val="es-CO"/>
        </w:rPr>
        <w:t>CLÁUSULA 28.</w:t>
      </w:r>
      <w:r w:rsidRPr="00F8425D">
        <w:rPr>
          <w:rFonts w:eastAsia="Arial" w:cs="Arial"/>
          <w:b/>
          <w:sz w:val="20"/>
          <w:szCs w:val="20"/>
          <w:lang w:val="es-CO"/>
        </w:rPr>
        <w:tab/>
      </w:r>
      <w:r w:rsidRPr="00F8425D">
        <w:rPr>
          <w:rFonts w:eastAsia="Arial" w:cs="Arial"/>
          <w:b/>
          <w:bCs/>
          <w:sz w:val="20"/>
          <w:szCs w:val="20"/>
          <w:lang w:val="es-CO"/>
        </w:rPr>
        <w:t>SUPERVISIÓN DEL CONTRATO</w:t>
      </w:r>
    </w:p>
    <w:p w14:paraId="0CE158F6"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29.</w:t>
      </w:r>
      <w:r w:rsidRPr="00F8425D">
        <w:rPr>
          <w:rFonts w:eastAsia="Arial" w:cs="Arial"/>
          <w:b/>
          <w:sz w:val="20"/>
          <w:szCs w:val="20"/>
          <w:lang w:val="es-CO"/>
        </w:rPr>
        <w:tab/>
        <w:t>NECESIDAD DE INTERVENTORIA</w:t>
      </w:r>
    </w:p>
    <w:p w14:paraId="3C1E7EA7" w14:textId="77777777" w:rsidR="00F8425D" w:rsidRPr="00F8425D" w:rsidRDefault="00F8425D" w:rsidP="00F8425D">
      <w:pPr>
        <w:spacing w:after="0" w:line="240" w:lineRule="auto"/>
        <w:jc w:val="both"/>
        <w:rPr>
          <w:rFonts w:eastAsia="Arial" w:cs="Arial"/>
          <w:b/>
          <w:sz w:val="20"/>
          <w:szCs w:val="20"/>
          <w:lang w:val="es-CO"/>
        </w:rPr>
      </w:pPr>
      <w:r w:rsidRPr="00F8425D">
        <w:rPr>
          <w:rFonts w:eastAsia="Arial" w:cs="Arial"/>
          <w:b/>
          <w:sz w:val="20"/>
          <w:szCs w:val="20"/>
          <w:lang w:val="es-CO"/>
        </w:rPr>
        <w:t>CLÁUSULA 30.</w:t>
      </w:r>
      <w:r w:rsidRPr="00F8425D">
        <w:rPr>
          <w:rFonts w:eastAsia="Arial" w:cs="Arial"/>
          <w:b/>
          <w:sz w:val="20"/>
          <w:szCs w:val="20"/>
          <w:lang w:val="es-CO"/>
        </w:rPr>
        <w:tab/>
        <w:t>DOCUMENTOS</w:t>
      </w:r>
    </w:p>
    <w:p w14:paraId="78EDA9BA" w14:textId="77777777" w:rsidR="00F8425D" w:rsidRPr="00F8425D" w:rsidRDefault="00F8425D" w:rsidP="00F8425D">
      <w:pPr>
        <w:spacing w:after="0" w:line="240" w:lineRule="auto"/>
        <w:jc w:val="both"/>
        <w:rPr>
          <w:rFonts w:eastAsia="Arial" w:cs="Arial"/>
          <w:sz w:val="20"/>
          <w:szCs w:val="20"/>
          <w:lang w:val="es-CO"/>
        </w:rPr>
      </w:pPr>
    </w:p>
    <w:p w14:paraId="7DB7068F" w14:textId="77777777" w:rsidR="00F8425D" w:rsidRDefault="00F8425D">
      <w:pPr>
        <w:spacing w:before="160"/>
        <w:jc w:val="center"/>
        <w:rPr>
          <w:rFonts w:cs="Arial"/>
          <w:b/>
          <w:sz w:val="20"/>
          <w:szCs w:val="20"/>
        </w:rPr>
      </w:pPr>
    </w:p>
    <w:p w14:paraId="62A8434A" w14:textId="77777777" w:rsidR="00F8425D" w:rsidRDefault="00F8425D">
      <w:pPr>
        <w:spacing w:before="160"/>
        <w:jc w:val="center"/>
        <w:rPr>
          <w:rFonts w:cs="Arial"/>
          <w:b/>
          <w:sz w:val="20"/>
          <w:szCs w:val="20"/>
        </w:rPr>
      </w:pPr>
    </w:p>
    <w:p w14:paraId="31192753" w14:textId="77777777" w:rsidR="00F8425D" w:rsidRDefault="00F8425D">
      <w:pPr>
        <w:spacing w:before="160"/>
        <w:jc w:val="center"/>
        <w:rPr>
          <w:rFonts w:cs="Arial"/>
          <w:b/>
          <w:sz w:val="20"/>
          <w:szCs w:val="20"/>
        </w:rPr>
      </w:pPr>
    </w:p>
    <w:p w14:paraId="67DAB2F3" w14:textId="77777777" w:rsidR="00F8425D" w:rsidRDefault="00F8425D">
      <w:pPr>
        <w:spacing w:before="160"/>
        <w:jc w:val="center"/>
        <w:rPr>
          <w:rFonts w:cs="Arial"/>
          <w:b/>
          <w:sz w:val="20"/>
          <w:szCs w:val="20"/>
        </w:rPr>
      </w:pPr>
    </w:p>
    <w:p w14:paraId="1C50EE00" w14:textId="77777777" w:rsidR="00F8425D" w:rsidRPr="00E0714C" w:rsidRDefault="00F8425D">
      <w:pPr>
        <w:spacing w:before="160"/>
        <w:jc w:val="center"/>
        <w:rPr>
          <w:rFonts w:cs="Arial"/>
          <w:sz w:val="20"/>
          <w:szCs w:val="20"/>
        </w:rPr>
      </w:pPr>
    </w:p>
    <w:p w14:paraId="63753676" w14:textId="139F23AA" w:rsidR="00ED7DCC" w:rsidRPr="00335CEE" w:rsidRDefault="00ED7DCC" w:rsidP="00ED7DCC">
      <w:pPr>
        <w:spacing w:after="80" w:line="252" w:lineRule="auto"/>
        <w:jc w:val="both"/>
        <w:rPr>
          <w:rFonts w:cs="Arial"/>
          <w:sz w:val="20"/>
          <w:szCs w:val="20"/>
        </w:rPr>
      </w:pPr>
      <w:r w:rsidRPr="00335CEE">
        <w:rPr>
          <w:rFonts w:cs="Arial"/>
          <w:sz w:val="20"/>
          <w:szCs w:val="20"/>
          <w:shd w:val="clear" w:color="auto" w:fill="FFF2CC"/>
        </w:rPr>
        <w:lastRenderedPageBreak/>
        <w:t xml:space="preserve">Entre </w:t>
      </w:r>
      <w:proofErr w:type="spellStart"/>
      <w:r w:rsidRPr="00335CEE">
        <w:rPr>
          <w:rFonts w:cs="Arial"/>
          <w:sz w:val="20"/>
          <w:szCs w:val="20"/>
          <w:shd w:val="clear" w:color="auto" w:fill="FFF2CC"/>
        </w:rPr>
        <w:t>los</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susctritos</w:t>
      </w:r>
      <w:proofErr w:type="spellEnd"/>
      <w:r w:rsidRPr="00335CEE">
        <w:rPr>
          <w:rFonts w:cs="Arial"/>
          <w:sz w:val="20"/>
          <w:szCs w:val="20"/>
          <w:shd w:val="clear" w:color="auto" w:fill="FFF2CC"/>
        </w:rPr>
        <w:t xml:space="preserve"> a saber LILIANA MARIA URREGO CRUZ, mayor de </w:t>
      </w:r>
      <w:proofErr w:type="spellStart"/>
      <w:r w:rsidRPr="00335CEE">
        <w:rPr>
          <w:rFonts w:cs="Arial"/>
          <w:sz w:val="20"/>
          <w:szCs w:val="20"/>
          <w:shd w:val="clear" w:color="auto" w:fill="FFF2CC"/>
        </w:rPr>
        <w:t>edad</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identificada</w:t>
      </w:r>
      <w:proofErr w:type="spellEnd"/>
      <w:r w:rsidRPr="00335CEE">
        <w:rPr>
          <w:rFonts w:cs="Arial"/>
          <w:sz w:val="20"/>
          <w:szCs w:val="20"/>
          <w:shd w:val="clear" w:color="auto" w:fill="FFF2CC"/>
        </w:rPr>
        <w:t xml:space="preserve"> con la cédula de </w:t>
      </w:r>
      <w:proofErr w:type="spellStart"/>
      <w:r w:rsidRPr="00335CEE">
        <w:rPr>
          <w:rFonts w:cs="Arial"/>
          <w:sz w:val="20"/>
          <w:szCs w:val="20"/>
          <w:shd w:val="clear" w:color="auto" w:fill="FFF2CC"/>
        </w:rPr>
        <w:t>ciudadanía</w:t>
      </w:r>
      <w:proofErr w:type="spellEnd"/>
      <w:r w:rsidRPr="00335CEE">
        <w:rPr>
          <w:rFonts w:cs="Arial"/>
          <w:sz w:val="20"/>
          <w:szCs w:val="20"/>
          <w:shd w:val="clear" w:color="auto" w:fill="FFF2CC"/>
        </w:rPr>
        <w:t xml:space="preserve"> No.66.770.550 </w:t>
      </w:r>
      <w:proofErr w:type="spellStart"/>
      <w:r w:rsidRPr="00335CEE">
        <w:rPr>
          <w:rFonts w:cs="Arial"/>
          <w:sz w:val="20"/>
          <w:szCs w:val="20"/>
          <w:shd w:val="clear" w:color="auto" w:fill="FFF2CC"/>
        </w:rPr>
        <w:t>expedida</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en</w:t>
      </w:r>
      <w:proofErr w:type="spellEnd"/>
      <w:r w:rsidRPr="00335CEE">
        <w:rPr>
          <w:rFonts w:cs="Arial"/>
          <w:sz w:val="20"/>
          <w:szCs w:val="20"/>
          <w:shd w:val="clear" w:color="auto" w:fill="FFF2CC"/>
        </w:rPr>
        <w:t xml:space="preserve"> Palmira, </w:t>
      </w:r>
      <w:proofErr w:type="spellStart"/>
      <w:r w:rsidRPr="00335CEE">
        <w:rPr>
          <w:rFonts w:cs="Arial"/>
          <w:sz w:val="20"/>
          <w:szCs w:val="20"/>
          <w:shd w:val="clear" w:color="auto" w:fill="FFF2CC"/>
        </w:rPr>
        <w:t>en</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su</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calidad</w:t>
      </w:r>
      <w:proofErr w:type="spellEnd"/>
      <w:r w:rsidRPr="00335CEE">
        <w:rPr>
          <w:rFonts w:cs="Arial"/>
          <w:sz w:val="20"/>
          <w:szCs w:val="20"/>
          <w:shd w:val="clear" w:color="auto" w:fill="FFF2CC"/>
        </w:rPr>
        <w:t xml:space="preserve"> de DIRECTORA SECCIONAL (E), </w:t>
      </w:r>
      <w:proofErr w:type="spellStart"/>
      <w:r w:rsidRPr="00335CEE">
        <w:rPr>
          <w:rFonts w:cs="Arial"/>
          <w:sz w:val="20"/>
          <w:szCs w:val="20"/>
          <w:shd w:val="clear" w:color="auto" w:fill="FFF2CC"/>
        </w:rPr>
        <w:t>actuando</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en</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nombre</w:t>
      </w:r>
      <w:proofErr w:type="spellEnd"/>
      <w:r w:rsidRPr="00335CEE">
        <w:rPr>
          <w:rFonts w:cs="Arial"/>
          <w:sz w:val="20"/>
          <w:szCs w:val="20"/>
          <w:shd w:val="clear" w:color="auto" w:fill="FFF2CC"/>
        </w:rPr>
        <w:t xml:space="preserve"> de la NACIÓN – CONSEJO SUPERIOR DE LA JUDICATURA – DIRECCIÓN SECCIONAL DE ADMINISTRACIÓN JUDICIAL DE CALI – VALLE DEL CAUCA, </w:t>
      </w:r>
      <w:proofErr w:type="spellStart"/>
      <w:r w:rsidRPr="00335CEE">
        <w:rPr>
          <w:rFonts w:cs="Arial"/>
          <w:sz w:val="20"/>
          <w:szCs w:val="20"/>
          <w:shd w:val="clear" w:color="auto" w:fill="FFF2CC"/>
        </w:rPr>
        <w:t>identificada</w:t>
      </w:r>
      <w:proofErr w:type="spellEnd"/>
      <w:r w:rsidRPr="00335CEE">
        <w:rPr>
          <w:rFonts w:cs="Arial"/>
          <w:sz w:val="20"/>
          <w:szCs w:val="20"/>
          <w:shd w:val="clear" w:color="auto" w:fill="FFF2CC"/>
        </w:rPr>
        <w:t xml:space="preserve"> con NIT 805.003.838-9 (</w:t>
      </w:r>
      <w:proofErr w:type="spellStart"/>
      <w:r w:rsidRPr="00335CEE">
        <w:rPr>
          <w:rFonts w:cs="Arial"/>
          <w:sz w:val="20"/>
          <w:szCs w:val="20"/>
          <w:shd w:val="clear" w:color="auto" w:fill="FFF2CC"/>
        </w:rPr>
        <w:t>en</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adelante</w:t>
      </w:r>
      <w:proofErr w:type="spellEnd"/>
      <w:r w:rsidRPr="00335CEE">
        <w:rPr>
          <w:rFonts w:cs="Arial"/>
          <w:sz w:val="20"/>
          <w:szCs w:val="20"/>
          <w:shd w:val="clear" w:color="auto" w:fill="FFF2CC"/>
        </w:rPr>
        <w:t xml:space="preserve"> la “</w:t>
      </w:r>
      <w:proofErr w:type="spellStart"/>
      <w:r w:rsidRPr="00335CEE">
        <w:rPr>
          <w:rFonts w:cs="Arial"/>
          <w:sz w:val="20"/>
          <w:szCs w:val="20"/>
          <w:shd w:val="clear" w:color="auto" w:fill="FFF2CC"/>
        </w:rPr>
        <w:t>Entidad</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por</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una</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parte</w:t>
      </w:r>
      <w:proofErr w:type="spellEnd"/>
      <w:r w:rsidRPr="00335CEE">
        <w:rPr>
          <w:rFonts w:cs="Arial"/>
          <w:sz w:val="20"/>
          <w:szCs w:val="20"/>
          <w:shd w:val="clear" w:color="auto" w:fill="FFF2CC"/>
        </w:rPr>
        <w:t xml:space="preserve">; y, </w:t>
      </w:r>
      <w:proofErr w:type="spellStart"/>
      <w:r w:rsidRPr="00335CEE">
        <w:rPr>
          <w:rFonts w:cs="Arial"/>
          <w:sz w:val="20"/>
          <w:szCs w:val="20"/>
          <w:shd w:val="clear" w:color="auto" w:fill="FFF2CC"/>
        </w:rPr>
        <w:t>por</w:t>
      </w:r>
      <w:proofErr w:type="spellEnd"/>
      <w:r w:rsidRPr="00335CEE">
        <w:rPr>
          <w:rFonts w:cs="Arial"/>
          <w:sz w:val="20"/>
          <w:szCs w:val="20"/>
          <w:shd w:val="clear" w:color="auto" w:fill="FFF2CC"/>
        </w:rPr>
        <w:t xml:space="preserve"> la </w:t>
      </w:r>
      <w:proofErr w:type="spellStart"/>
      <w:r w:rsidRPr="00335CEE">
        <w:rPr>
          <w:rFonts w:cs="Arial"/>
          <w:sz w:val="20"/>
          <w:szCs w:val="20"/>
          <w:shd w:val="clear" w:color="auto" w:fill="FFF2CC"/>
        </w:rPr>
        <w:t>otra</w:t>
      </w:r>
      <w:proofErr w:type="spellEnd"/>
      <w:r w:rsidRPr="00335CEE">
        <w:rPr>
          <w:rFonts w:cs="Arial"/>
          <w:sz w:val="20"/>
          <w:szCs w:val="20"/>
          <w:shd w:val="clear" w:color="auto" w:fill="FFF2CC"/>
        </w:rPr>
        <w:t xml:space="preserve">, [NOMBRE DEL CONTRATISTA / REPRESENTANTE LEGAL], </w:t>
      </w:r>
      <w:proofErr w:type="spellStart"/>
      <w:r w:rsidRPr="00335CEE">
        <w:rPr>
          <w:rFonts w:cs="Arial"/>
          <w:sz w:val="20"/>
          <w:szCs w:val="20"/>
          <w:shd w:val="clear" w:color="auto" w:fill="FFF2CC"/>
        </w:rPr>
        <w:t>identificado</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como</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aparece</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en</w:t>
      </w:r>
      <w:proofErr w:type="spellEnd"/>
      <w:r w:rsidRPr="00335CEE">
        <w:rPr>
          <w:rFonts w:cs="Arial"/>
          <w:sz w:val="20"/>
          <w:szCs w:val="20"/>
          <w:shd w:val="clear" w:color="auto" w:fill="FFF2CC"/>
        </w:rPr>
        <w:t xml:space="preserve"> el Formato 1 – Carta de Presentación de la </w:t>
      </w:r>
      <w:proofErr w:type="spellStart"/>
      <w:r w:rsidRPr="00335CEE">
        <w:rPr>
          <w:rFonts w:cs="Arial"/>
          <w:sz w:val="20"/>
          <w:szCs w:val="20"/>
          <w:shd w:val="clear" w:color="auto" w:fill="FFF2CC"/>
        </w:rPr>
        <w:t>oferta</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en</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adelante</w:t>
      </w:r>
      <w:proofErr w:type="spellEnd"/>
      <w:r w:rsidRPr="00335CEE">
        <w:rPr>
          <w:rFonts w:cs="Arial"/>
          <w:sz w:val="20"/>
          <w:szCs w:val="20"/>
          <w:shd w:val="clear" w:color="auto" w:fill="FFF2CC"/>
        </w:rPr>
        <w:t xml:space="preserve"> el “</w:t>
      </w:r>
      <w:proofErr w:type="spellStart"/>
      <w:r w:rsidRPr="00335CEE">
        <w:rPr>
          <w:rFonts w:cs="Arial"/>
          <w:sz w:val="20"/>
          <w:szCs w:val="20"/>
          <w:shd w:val="clear" w:color="auto" w:fill="FFF2CC"/>
        </w:rPr>
        <w:t>Contratista</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hemos</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convenido</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celebrar</w:t>
      </w:r>
      <w:proofErr w:type="spellEnd"/>
      <w:r w:rsidRPr="00335CEE">
        <w:rPr>
          <w:rFonts w:cs="Arial"/>
          <w:sz w:val="20"/>
          <w:szCs w:val="20"/>
          <w:shd w:val="clear" w:color="auto" w:fill="FFF2CC"/>
        </w:rPr>
        <w:t xml:space="preserve"> el </w:t>
      </w:r>
      <w:proofErr w:type="spellStart"/>
      <w:r w:rsidRPr="00335CEE">
        <w:rPr>
          <w:rFonts w:cs="Arial"/>
          <w:sz w:val="20"/>
          <w:szCs w:val="20"/>
          <w:shd w:val="clear" w:color="auto" w:fill="FFF2CC"/>
        </w:rPr>
        <w:t>presente</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Contrato</w:t>
      </w:r>
      <w:proofErr w:type="spellEnd"/>
      <w:r w:rsidRPr="00335CEE">
        <w:rPr>
          <w:rFonts w:cs="Arial"/>
          <w:sz w:val="20"/>
          <w:szCs w:val="20"/>
          <w:shd w:val="clear" w:color="auto" w:fill="FFF2CC"/>
        </w:rPr>
        <w:t xml:space="preserve">, previas las </w:t>
      </w:r>
      <w:proofErr w:type="spellStart"/>
      <w:r w:rsidRPr="00335CEE">
        <w:rPr>
          <w:rFonts w:cs="Arial"/>
          <w:sz w:val="20"/>
          <w:szCs w:val="20"/>
          <w:shd w:val="clear" w:color="auto" w:fill="FFF2CC"/>
        </w:rPr>
        <w:t>siguientes</w:t>
      </w:r>
      <w:proofErr w:type="spellEnd"/>
      <w:r w:rsidRPr="00335CEE">
        <w:rPr>
          <w:rFonts w:cs="Arial"/>
          <w:sz w:val="20"/>
          <w:szCs w:val="20"/>
          <w:shd w:val="clear" w:color="auto" w:fill="FFF2CC"/>
        </w:rPr>
        <w:t xml:space="preserve"> </w:t>
      </w:r>
      <w:proofErr w:type="spellStart"/>
      <w:r w:rsidRPr="00335CEE">
        <w:rPr>
          <w:rFonts w:cs="Arial"/>
          <w:sz w:val="20"/>
          <w:szCs w:val="20"/>
          <w:shd w:val="clear" w:color="auto" w:fill="FFF2CC"/>
        </w:rPr>
        <w:t>consideraciones</w:t>
      </w:r>
      <w:proofErr w:type="spellEnd"/>
      <w:r w:rsidRPr="00335CEE">
        <w:rPr>
          <w:rFonts w:cs="Arial"/>
          <w:sz w:val="20"/>
          <w:szCs w:val="20"/>
          <w:shd w:val="clear" w:color="auto" w:fill="FFF2CC"/>
        </w:rPr>
        <w:t>:</w:t>
      </w:r>
    </w:p>
    <w:p w14:paraId="150B0C2A" w14:textId="77777777" w:rsidR="00932B34" w:rsidRPr="000D2C63" w:rsidRDefault="0020184D">
      <w:pPr>
        <w:spacing w:after="40" w:line="252" w:lineRule="auto"/>
        <w:jc w:val="both"/>
        <w:rPr>
          <w:rFonts w:cs="Arial"/>
          <w:sz w:val="20"/>
          <w:szCs w:val="20"/>
        </w:rPr>
      </w:pPr>
      <w:r w:rsidRPr="00335CEE">
        <w:rPr>
          <w:rFonts w:cs="Arial"/>
          <w:b/>
          <w:sz w:val="20"/>
          <w:szCs w:val="20"/>
        </w:rPr>
        <w:t xml:space="preserve">I. </w:t>
      </w:r>
      <w:proofErr w:type="spellStart"/>
      <w:r w:rsidRPr="00335CEE">
        <w:rPr>
          <w:rFonts w:cs="Arial"/>
          <w:sz w:val="20"/>
          <w:szCs w:val="20"/>
        </w:rPr>
        <w:t>Que</w:t>
      </w:r>
      <w:proofErr w:type="spellEnd"/>
      <w:r w:rsidRPr="00335CEE">
        <w:rPr>
          <w:rFonts w:cs="Arial"/>
          <w:sz w:val="20"/>
          <w:szCs w:val="20"/>
        </w:rPr>
        <w:t xml:space="preserve"> </w:t>
      </w:r>
      <w:proofErr w:type="spellStart"/>
      <w:r w:rsidRPr="00335CEE">
        <w:rPr>
          <w:rFonts w:cs="Arial"/>
          <w:sz w:val="20"/>
          <w:szCs w:val="20"/>
        </w:rPr>
        <w:t>mediante</w:t>
      </w:r>
      <w:proofErr w:type="spellEnd"/>
      <w:r w:rsidRPr="00335CEE">
        <w:rPr>
          <w:rFonts w:cs="Arial"/>
          <w:sz w:val="20"/>
          <w:szCs w:val="20"/>
        </w:rPr>
        <w:t xml:space="preserve"> </w:t>
      </w:r>
      <w:proofErr w:type="spellStart"/>
      <w:r w:rsidRPr="00335CEE">
        <w:rPr>
          <w:rFonts w:cs="Arial"/>
          <w:sz w:val="20"/>
          <w:szCs w:val="20"/>
        </w:rPr>
        <w:t>Resolución</w:t>
      </w:r>
      <w:proofErr w:type="spellEnd"/>
      <w:r w:rsidRPr="000D2C63">
        <w:rPr>
          <w:rFonts w:cs="Arial"/>
          <w:sz w:val="20"/>
          <w:szCs w:val="20"/>
        </w:rPr>
        <w:t xml:space="preserve"> No. [POR DEFINIR] la </w:t>
      </w:r>
      <w:proofErr w:type="spellStart"/>
      <w:r w:rsidRPr="000D2C63">
        <w:rPr>
          <w:rFonts w:cs="Arial"/>
          <w:sz w:val="20"/>
          <w:szCs w:val="20"/>
        </w:rPr>
        <w:t>Entidad</w:t>
      </w:r>
      <w:proofErr w:type="spellEnd"/>
      <w:r w:rsidRPr="000D2C63">
        <w:rPr>
          <w:rFonts w:cs="Arial"/>
          <w:sz w:val="20"/>
          <w:szCs w:val="20"/>
        </w:rPr>
        <w:t xml:space="preserve"> </w:t>
      </w:r>
      <w:proofErr w:type="spellStart"/>
      <w:r w:rsidRPr="000D2C63">
        <w:rPr>
          <w:rFonts w:cs="Arial"/>
          <w:sz w:val="20"/>
          <w:szCs w:val="20"/>
        </w:rPr>
        <w:t>abrió</w:t>
      </w:r>
      <w:proofErr w:type="spellEnd"/>
      <w:r w:rsidRPr="000D2C63">
        <w:rPr>
          <w:rFonts w:cs="Arial"/>
          <w:sz w:val="20"/>
          <w:szCs w:val="20"/>
        </w:rPr>
        <w:t xml:space="preserve"> el </w:t>
      </w:r>
      <w:proofErr w:type="spellStart"/>
      <w:r w:rsidRPr="000D2C63">
        <w:rPr>
          <w:rFonts w:cs="Arial"/>
          <w:sz w:val="20"/>
          <w:szCs w:val="20"/>
        </w:rPr>
        <w:t>Proceso</w:t>
      </w:r>
      <w:proofErr w:type="spellEnd"/>
      <w:r w:rsidRPr="000D2C63">
        <w:rPr>
          <w:rFonts w:cs="Arial"/>
          <w:sz w:val="20"/>
          <w:szCs w:val="20"/>
        </w:rPr>
        <w:t xml:space="preserve"> de </w:t>
      </w:r>
      <w:proofErr w:type="spellStart"/>
      <w:r w:rsidRPr="000D2C63">
        <w:rPr>
          <w:rFonts w:cs="Arial"/>
          <w:sz w:val="20"/>
          <w:szCs w:val="20"/>
        </w:rPr>
        <w:t>Contratación</w:t>
      </w:r>
      <w:proofErr w:type="spellEnd"/>
      <w:r w:rsidRPr="000D2C63">
        <w:rPr>
          <w:rFonts w:cs="Arial"/>
          <w:sz w:val="20"/>
          <w:szCs w:val="20"/>
        </w:rPr>
        <w:t xml:space="preserve"> No. [POR DEFINIR].</w:t>
      </w:r>
    </w:p>
    <w:p w14:paraId="63DE5556" w14:textId="77777777" w:rsidR="00932B34" w:rsidRPr="000D2C63" w:rsidRDefault="0020184D">
      <w:pPr>
        <w:spacing w:after="40" w:line="252" w:lineRule="auto"/>
        <w:jc w:val="both"/>
        <w:rPr>
          <w:rFonts w:cs="Arial"/>
          <w:sz w:val="20"/>
          <w:szCs w:val="20"/>
        </w:rPr>
      </w:pPr>
      <w:r w:rsidRPr="000D2C63">
        <w:rPr>
          <w:rFonts w:cs="Arial"/>
          <w:b/>
          <w:sz w:val="20"/>
          <w:szCs w:val="20"/>
        </w:rPr>
        <w:t xml:space="preserve">II. </w:t>
      </w:r>
      <w:proofErr w:type="spellStart"/>
      <w:r w:rsidRPr="000D2C63">
        <w:rPr>
          <w:rFonts w:cs="Arial"/>
          <w:sz w:val="20"/>
          <w:szCs w:val="20"/>
        </w:rPr>
        <w:t>Que</w:t>
      </w:r>
      <w:proofErr w:type="spellEnd"/>
      <w:r w:rsidRPr="000D2C63">
        <w:rPr>
          <w:rFonts w:cs="Arial"/>
          <w:sz w:val="20"/>
          <w:szCs w:val="20"/>
        </w:rPr>
        <w:t xml:space="preserve"> </w:t>
      </w:r>
      <w:proofErr w:type="spellStart"/>
      <w:r w:rsidRPr="000D2C63">
        <w:rPr>
          <w:rFonts w:cs="Arial"/>
          <w:sz w:val="20"/>
          <w:szCs w:val="20"/>
        </w:rPr>
        <w:t>mediante</w:t>
      </w:r>
      <w:proofErr w:type="spellEnd"/>
      <w:r w:rsidRPr="000D2C63">
        <w:rPr>
          <w:rFonts w:cs="Arial"/>
          <w:sz w:val="20"/>
          <w:szCs w:val="20"/>
        </w:rPr>
        <w:t xml:space="preserve"> </w:t>
      </w:r>
      <w:proofErr w:type="spellStart"/>
      <w:r w:rsidRPr="000D2C63">
        <w:rPr>
          <w:rFonts w:cs="Arial"/>
          <w:sz w:val="20"/>
          <w:szCs w:val="20"/>
        </w:rPr>
        <w:t>Resolución</w:t>
      </w:r>
      <w:proofErr w:type="spellEnd"/>
      <w:r w:rsidRPr="000D2C63">
        <w:rPr>
          <w:rFonts w:cs="Arial"/>
          <w:sz w:val="20"/>
          <w:szCs w:val="20"/>
        </w:rPr>
        <w:t xml:space="preserve"> No. [POR DEFINIR] la </w:t>
      </w:r>
      <w:proofErr w:type="spellStart"/>
      <w:r w:rsidRPr="000D2C63">
        <w:rPr>
          <w:rFonts w:cs="Arial"/>
          <w:sz w:val="20"/>
          <w:szCs w:val="20"/>
        </w:rPr>
        <w:t>Entidad</w:t>
      </w:r>
      <w:proofErr w:type="spellEnd"/>
      <w:r w:rsidRPr="000D2C63">
        <w:rPr>
          <w:rFonts w:cs="Arial"/>
          <w:sz w:val="20"/>
          <w:szCs w:val="20"/>
        </w:rPr>
        <w:t xml:space="preserve"> </w:t>
      </w:r>
      <w:proofErr w:type="spellStart"/>
      <w:r w:rsidRPr="000D2C63">
        <w:rPr>
          <w:rFonts w:cs="Arial"/>
          <w:sz w:val="20"/>
          <w:szCs w:val="20"/>
        </w:rPr>
        <w:t>adjudicó</w:t>
      </w:r>
      <w:proofErr w:type="spellEnd"/>
      <w:r w:rsidRPr="000D2C63">
        <w:rPr>
          <w:rFonts w:cs="Arial"/>
          <w:sz w:val="20"/>
          <w:szCs w:val="20"/>
        </w:rPr>
        <w:t xml:space="preserve"> el </w:t>
      </w:r>
      <w:proofErr w:type="spellStart"/>
      <w:r w:rsidRPr="000D2C63">
        <w:rPr>
          <w:rFonts w:cs="Arial"/>
          <w:sz w:val="20"/>
          <w:szCs w:val="20"/>
        </w:rPr>
        <w:t>Contrato</w:t>
      </w:r>
      <w:proofErr w:type="spellEnd"/>
      <w:r w:rsidRPr="000D2C63">
        <w:rPr>
          <w:rFonts w:cs="Arial"/>
          <w:sz w:val="20"/>
          <w:szCs w:val="20"/>
        </w:rPr>
        <w:t xml:space="preserve"> al </w:t>
      </w:r>
      <w:proofErr w:type="spellStart"/>
      <w:r w:rsidRPr="000D2C63">
        <w:rPr>
          <w:rFonts w:cs="Arial"/>
          <w:sz w:val="20"/>
          <w:szCs w:val="20"/>
        </w:rPr>
        <w:t>Contratista</w:t>
      </w:r>
      <w:proofErr w:type="spellEnd"/>
      <w:r w:rsidRPr="000D2C63">
        <w:rPr>
          <w:rFonts w:cs="Arial"/>
          <w:sz w:val="20"/>
          <w:szCs w:val="20"/>
        </w:rPr>
        <w:t>.</w:t>
      </w:r>
    </w:p>
    <w:p w14:paraId="637CB947" w14:textId="77777777" w:rsidR="00932B34" w:rsidRPr="000D2C63" w:rsidRDefault="0020184D">
      <w:pPr>
        <w:spacing w:after="80" w:line="252" w:lineRule="auto"/>
        <w:jc w:val="both"/>
        <w:rPr>
          <w:rFonts w:cs="Arial"/>
          <w:sz w:val="20"/>
          <w:szCs w:val="20"/>
        </w:rPr>
      </w:pPr>
      <w:r w:rsidRPr="000D2C63">
        <w:rPr>
          <w:rFonts w:cs="Arial"/>
          <w:sz w:val="20"/>
          <w:szCs w:val="20"/>
        </w:rPr>
        <w:t xml:space="preserve">Con base </w:t>
      </w:r>
      <w:proofErr w:type="spellStart"/>
      <w:r w:rsidRPr="000D2C63">
        <w:rPr>
          <w:rFonts w:cs="Arial"/>
          <w:sz w:val="20"/>
          <w:szCs w:val="20"/>
        </w:rPr>
        <w:t>en</w:t>
      </w:r>
      <w:proofErr w:type="spellEnd"/>
      <w:r w:rsidRPr="000D2C63">
        <w:rPr>
          <w:rFonts w:cs="Arial"/>
          <w:sz w:val="20"/>
          <w:szCs w:val="20"/>
        </w:rPr>
        <w:t xml:space="preserve"> las </w:t>
      </w:r>
      <w:proofErr w:type="spellStart"/>
      <w:r w:rsidRPr="000D2C63">
        <w:rPr>
          <w:rFonts w:cs="Arial"/>
          <w:sz w:val="20"/>
          <w:szCs w:val="20"/>
        </w:rPr>
        <w:t>anteriores</w:t>
      </w:r>
      <w:proofErr w:type="spellEnd"/>
      <w:r w:rsidRPr="000D2C63">
        <w:rPr>
          <w:rFonts w:cs="Arial"/>
          <w:sz w:val="20"/>
          <w:szCs w:val="20"/>
        </w:rPr>
        <w:t xml:space="preserve"> </w:t>
      </w:r>
      <w:proofErr w:type="spellStart"/>
      <w:r w:rsidRPr="000D2C63">
        <w:rPr>
          <w:rFonts w:cs="Arial"/>
          <w:sz w:val="20"/>
          <w:szCs w:val="20"/>
        </w:rPr>
        <w:t>consideraciones</w:t>
      </w:r>
      <w:proofErr w:type="spellEnd"/>
      <w:r w:rsidRPr="000D2C63">
        <w:rPr>
          <w:rFonts w:cs="Arial"/>
          <w:sz w:val="20"/>
          <w:szCs w:val="20"/>
        </w:rPr>
        <w:t xml:space="preserve">, la </w:t>
      </w:r>
      <w:proofErr w:type="spellStart"/>
      <w:r w:rsidRPr="000D2C63">
        <w:rPr>
          <w:rFonts w:cs="Arial"/>
          <w:sz w:val="20"/>
          <w:szCs w:val="20"/>
        </w:rPr>
        <w:t>Entidad</w:t>
      </w:r>
      <w:proofErr w:type="spellEnd"/>
      <w:r w:rsidRPr="000D2C63">
        <w:rPr>
          <w:rFonts w:cs="Arial"/>
          <w:sz w:val="20"/>
          <w:szCs w:val="20"/>
        </w:rPr>
        <w:t xml:space="preserve"> y el </w:t>
      </w:r>
      <w:proofErr w:type="spellStart"/>
      <w:r w:rsidRPr="000D2C63">
        <w:rPr>
          <w:rFonts w:cs="Arial"/>
          <w:sz w:val="20"/>
          <w:szCs w:val="20"/>
        </w:rPr>
        <w:t>Contratista</w:t>
      </w:r>
      <w:proofErr w:type="spellEnd"/>
      <w:r w:rsidRPr="000D2C63">
        <w:rPr>
          <w:rFonts w:cs="Arial"/>
          <w:sz w:val="20"/>
          <w:szCs w:val="20"/>
        </w:rPr>
        <w:t xml:space="preserve"> (</w:t>
      </w:r>
      <w:proofErr w:type="spellStart"/>
      <w:r w:rsidRPr="000D2C63">
        <w:rPr>
          <w:rFonts w:cs="Arial"/>
          <w:sz w:val="20"/>
          <w:szCs w:val="20"/>
        </w:rPr>
        <w:t>individualmente</w:t>
      </w:r>
      <w:proofErr w:type="spellEnd"/>
      <w:r w:rsidRPr="000D2C63">
        <w:rPr>
          <w:rFonts w:cs="Arial"/>
          <w:sz w:val="20"/>
          <w:szCs w:val="20"/>
        </w:rPr>
        <w:t xml:space="preserve"> la “</w:t>
      </w:r>
      <w:proofErr w:type="spellStart"/>
      <w:r w:rsidRPr="000D2C63">
        <w:rPr>
          <w:rFonts w:cs="Arial"/>
          <w:sz w:val="20"/>
          <w:szCs w:val="20"/>
        </w:rPr>
        <w:t>Parte</w:t>
      </w:r>
      <w:proofErr w:type="spellEnd"/>
      <w:r w:rsidRPr="000D2C63">
        <w:rPr>
          <w:rFonts w:cs="Arial"/>
          <w:sz w:val="20"/>
          <w:szCs w:val="20"/>
        </w:rPr>
        <w:t xml:space="preserve">” y </w:t>
      </w:r>
      <w:proofErr w:type="spellStart"/>
      <w:r w:rsidRPr="000D2C63">
        <w:rPr>
          <w:rFonts w:cs="Arial"/>
          <w:sz w:val="20"/>
          <w:szCs w:val="20"/>
        </w:rPr>
        <w:t>conjuntamente</w:t>
      </w:r>
      <w:proofErr w:type="spellEnd"/>
      <w:r w:rsidRPr="000D2C63">
        <w:rPr>
          <w:rFonts w:cs="Arial"/>
          <w:sz w:val="20"/>
          <w:szCs w:val="20"/>
        </w:rPr>
        <w:t xml:space="preserve"> las “Partes”) </w:t>
      </w:r>
      <w:proofErr w:type="spellStart"/>
      <w:r w:rsidRPr="000D2C63">
        <w:rPr>
          <w:rFonts w:cs="Arial"/>
          <w:sz w:val="20"/>
          <w:szCs w:val="20"/>
        </w:rPr>
        <w:t>acuerdan</w:t>
      </w:r>
      <w:proofErr w:type="spellEnd"/>
      <w:r w:rsidRPr="000D2C63">
        <w:rPr>
          <w:rFonts w:cs="Arial"/>
          <w:sz w:val="20"/>
          <w:szCs w:val="20"/>
        </w:rPr>
        <w:t xml:space="preserve"> </w:t>
      </w:r>
      <w:proofErr w:type="spellStart"/>
      <w:r w:rsidRPr="000D2C63">
        <w:rPr>
          <w:rFonts w:cs="Arial"/>
          <w:sz w:val="20"/>
          <w:szCs w:val="20"/>
        </w:rPr>
        <w:t>que</w:t>
      </w:r>
      <w:proofErr w:type="spellEnd"/>
      <w:r w:rsidRPr="000D2C63">
        <w:rPr>
          <w:rFonts w:cs="Arial"/>
          <w:sz w:val="20"/>
          <w:szCs w:val="20"/>
        </w:rPr>
        <w:t xml:space="preserve"> el </w:t>
      </w:r>
      <w:proofErr w:type="spellStart"/>
      <w:r w:rsidRPr="000D2C63">
        <w:rPr>
          <w:rFonts w:cs="Arial"/>
          <w:sz w:val="20"/>
          <w:szCs w:val="20"/>
        </w:rPr>
        <w:t>presente</w:t>
      </w:r>
      <w:proofErr w:type="spellEnd"/>
      <w:r w:rsidRPr="000D2C63">
        <w:rPr>
          <w:rFonts w:cs="Arial"/>
          <w:sz w:val="20"/>
          <w:szCs w:val="20"/>
        </w:rPr>
        <w:t xml:space="preserve"> </w:t>
      </w:r>
      <w:proofErr w:type="spellStart"/>
      <w:r w:rsidRPr="000D2C63">
        <w:rPr>
          <w:rFonts w:cs="Arial"/>
          <w:sz w:val="20"/>
          <w:szCs w:val="20"/>
        </w:rPr>
        <w:t>Contrato</w:t>
      </w:r>
      <w:proofErr w:type="spellEnd"/>
      <w:r w:rsidRPr="000D2C63">
        <w:rPr>
          <w:rFonts w:cs="Arial"/>
          <w:sz w:val="20"/>
          <w:szCs w:val="20"/>
        </w:rPr>
        <w:t xml:space="preserve"> se </w:t>
      </w:r>
      <w:proofErr w:type="spellStart"/>
      <w:r w:rsidRPr="000D2C63">
        <w:rPr>
          <w:rFonts w:cs="Arial"/>
          <w:sz w:val="20"/>
          <w:szCs w:val="20"/>
        </w:rPr>
        <w:t>regirá</w:t>
      </w:r>
      <w:proofErr w:type="spellEnd"/>
      <w:r w:rsidRPr="000D2C63">
        <w:rPr>
          <w:rFonts w:cs="Arial"/>
          <w:sz w:val="20"/>
          <w:szCs w:val="20"/>
        </w:rPr>
        <w:t xml:space="preserve"> </w:t>
      </w:r>
      <w:proofErr w:type="spellStart"/>
      <w:r w:rsidRPr="000D2C63">
        <w:rPr>
          <w:rFonts w:cs="Arial"/>
          <w:sz w:val="20"/>
          <w:szCs w:val="20"/>
        </w:rPr>
        <w:t>por</w:t>
      </w:r>
      <w:proofErr w:type="spellEnd"/>
      <w:r w:rsidRPr="000D2C63">
        <w:rPr>
          <w:rFonts w:cs="Arial"/>
          <w:sz w:val="20"/>
          <w:szCs w:val="20"/>
        </w:rPr>
        <w:t xml:space="preserve"> las Leyes 80 de 1993, 1150 de 2007, 1474 de 2011, 1882 de 2018, </w:t>
      </w:r>
      <w:proofErr w:type="spellStart"/>
      <w:r w:rsidRPr="000D2C63">
        <w:rPr>
          <w:rFonts w:cs="Arial"/>
          <w:sz w:val="20"/>
          <w:szCs w:val="20"/>
        </w:rPr>
        <w:t>Decreto</w:t>
      </w:r>
      <w:proofErr w:type="spellEnd"/>
      <w:r w:rsidRPr="000D2C63">
        <w:rPr>
          <w:rFonts w:cs="Arial"/>
          <w:sz w:val="20"/>
          <w:szCs w:val="20"/>
        </w:rPr>
        <w:t xml:space="preserve"> Ley 019 de 2012, </w:t>
      </w:r>
      <w:proofErr w:type="spellStart"/>
      <w:r w:rsidRPr="000D2C63">
        <w:rPr>
          <w:rFonts w:cs="Arial"/>
          <w:sz w:val="20"/>
          <w:szCs w:val="20"/>
        </w:rPr>
        <w:t>Decreto</w:t>
      </w:r>
      <w:proofErr w:type="spellEnd"/>
      <w:r w:rsidRPr="000D2C63">
        <w:rPr>
          <w:rFonts w:cs="Arial"/>
          <w:sz w:val="20"/>
          <w:szCs w:val="20"/>
        </w:rPr>
        <w:t xml:space="preserve"> 1082 de 2015 y </w:t>
      </w:r>
      <w:proofErr w:type="spellStart"/>
      <w:r w:rsidRPr="000D2C63">
        <w:rPr>
          <w:rFonts w:cs="Arial"/>
          <w:sz w:val="20"/>
          <w:szCs w:val="20"/>
        </w:rPr>
        <w:t>demás</w:t>
      </w:r>
      <w:proofErr w:type="spellEnd"/>
      <w:r w:rsidRPr="000D2C63">
        <w:rPr>
          <w:rFonts w:cs="Arial"/>
          <w:sz w:val="20"/>
          <w:szCs w:val="20"/>
        </w:rPr>
        <w:t xml:space="preserve"> </w:t>
      </w:r>
      <w:proofErr w:type="spellStart"/>
      <w:r w:rsidRPr="000D2C63">
        <w:rPr>
          <w:rFonts w:cs="Arial"/>
          <w:sz w:val="20"/>
          <w:szCs w:val="20"/>
        </w:rPr>
        <w:t>normas</w:t>
      </w:r>
      <w:proofErr w:type="spellEnd"/>
      <w:r w:rsidRPr="000D2C63">
        <w:rPr>
          <w:rFonts w:cs="Arial"/>
          <w:sz w:val="20"/>
          <w:szCs w:val="20"/>
        </w:rPr>
        <w:t xml:space="preserve"> </w:t>
      </w:r>
      <w:proofErr w:type="spellStart"/>
      <w:r w:rsidRPr="000D2C63">
        <w:rPr>
          <w:rFonts w:cs="Arial"/>
          <w:sz w:val="20"/>
          <w:szCs w:val="20"/>
        </w:rPr>
        <w:t>que</w:t>
      </w:r>
      <w:proofErr w:type="spellEnd"/>
      <w:r w:rsidRPr="000D2C63">
        <w:rPr>
          <w:rFonts w:cs="Arial"/>
          <w:sz w:val="20"/>
          <w:szCs w:val="20"/>
        </w:rPr>
        <w:t xml:space="preserve"> las </w:t>
      </w:r>
      <w:proofErr w:type="spellStart"/>
      <w:r w:rsidRPr="000D2C63">
        <w:rPr>
          <w:rFonts w:cs="Arial"/>
          <w:sz w:val="20"/>
          <w:szCs w:val="20"/>
        </w:rPr>
        <w:t>modifiquen</w:t>
      </w:r>
      <w:proofErr w:type="spellEnd"/>
      <w:r w:rsidRPr="000D2C63">
        <w:rPr>
          <w:rFonts w:cs="Arial"/>
          <w:sz w:val="20"/>
          <w:szCs w:val="20"/>
        </w:rPr>
        <w:t xml:space="preserve">, </w:t>
      </w:r>
      <w:proofErr w:type="spellStart"/>
      <w:r w:rsidRPr="000D2C63">
        <w:rPr>
          <w:rFonts w:cs="Arial"/>
          <w:sz w:val="20"/>
          <w:szCs w:val="20"/>
        </w:rPr>
        <w:t>adicionen</w:t>
      </w:r>
      <w:proofErr w:type="spellEnd"/>
      <w:r w:rsidRPr="000D2C63">
        <w:rPr>
          <w:rFonts w:cs="Arial"/>
          <w:sz w:val="20"/>
          <w:szCs w:val="20"/>
        </w:rPr>
        <w:t xml:space="preserve"> o </w:t>
      </w:r>
      <w:proofErr w:type="spellStart"/>
      <w:r w:rsidRPr="000D2C63">
        <w:rPr>
          <w:rFonts w:cs="Arial"/>
          <w:sz w:val="20"/>
          <w:szCs w:val="20"/>
        </w:rPr>
        <w:t>sustituyan</w:t>
      </w:r>
      <w:proofErr w:type="spellEnd"/>
      <w:r w:rsidRPr="000D2C63">
        <w:rPr>
          <w:rFonts w:cs="Arial"/>
          <w:sz w:val="20"/>
          <w:szCs w:val="20"/>
        </w:rPr>
        <w:t xml:space="preserve">, </w:t>
      </w:r>
      <w:proofErr w:type="spellStart"/>
      <w:r w:rsidRPr="000D2C63">
        <w:rPr>
          <w:rFonts w:cs="Arial"/>
          <w:sz w:val="20"/>
          <w:szCs w:val="20"/>
        </w:rPr>
        <w:t>además</w:t>
      </w:r>
      <w:proofErr w:type="spellEnd"/>
      <w:r w:rsidRPr="000D2C63">
        <w:rPr>
          <w:rFonts w:cs="Arial"/>
          <w:sz w:val="20"/>
          <w:szCs w:val="20"/>
        </w:rPr>
        <w:t xml:space="preserve"> de las </w:t>
      </w:r>
      <w:proofErr w:type="spellStart"/>
      <w:r w:rsidRPr="000D2C63">
        <w:rPr>
          <w:rFonts w:cs="Arial"/>
          <w:sz w:val="20"/>
          <w:szCs w:val="20"/>
        </w:rPr>
        <w:t>disposiciones</w:t>
      </w:r>
      <w:proofErr w:type="spellEnd"/>
      <w:r w:rsidRPr="000D2C63">
        <w:rPr>
          <w:rFonts w:cs="Arial"/>
          <w:sz w:val="20"/>
          <w:szCs w:val="20"/>
        </w:rPr>
        <w:t xml:space="preserve"> </w:t>
      </w:r>
      <w:proofErr w:type="spellStart"/>
      <w:r w:rsidRPr="000D2C63">
        <w:rPr>
          <w:rFonts w:cs="Arial"/>
          <w:sz w:val="20"/>
          <w:szCs w:val="20"/>
        </w:rPr>
        <w:t>aplicables</w:t>
      </w:r>
      <w:proofErr w:type="spellEnd"/>
      <w:r w:rsidRPr="000D2C63">
        <w:rPr>
          <w:rFonts w:cs="Arial"/>
          <w:sz w:val="20"/>
          <w:szCs w:val="20"/>
        </w:rPr>
        <w:t xml:space="preserve"> a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documentos</w:t>
      </w:r>
      <w:proofErr w:type="spellEnd"/>
      <w:r w:rsidRPr="000D2C63">
        <w:rPr>
          <w:rFonts w:cs="Arial"/>
          <w:sz w:val="20"/>
          <w:szCs w:val="20"/>
        </w:rPr>
        <w:t xml:space="preserve"> </w:t>
      </w:r>
      <w:proofErr w:type="spellStart"/>
      <w:r w:rsidRPr="000D2C63">
        <w:rPr>
          <w:rFonts w:cs="Arial"/>
          <w:sz w:val="20"/>
          <w:szCs w:val="20"/>
        </w:rPr>
        <w:t>tipo</w:t>
      </w:r>
      <w:proofErr w:type="spellEnd"/>
      <w:r w:rsidRPr="000D2C63">
        <w:rPr>
          <w:rFonts w:cs="Arial"/>
          <w:sz w:val="20"/>
          <w:szCs w:val="20"/>
        </w:rPr>
        <w:t xml:space="preserve"> de </w:t>
      </w:r>
      <w:proofErr w:type="spellStart"/>
      <w:r w:rsidRPr="000D2C63">
        <w:rPr>
          <w:rFonts w:cs="Arial"/>
          <w:sz w:val="20"/>
          <w:szCs w:val="20"/>
        </w:rPr>
        <w:t>infraestructura</w:t>
      </w:r>
      <w:proofErr w:type="spellEnd"/>
      <w:r w:rsidRPr="000D2C63">
        <w:rPr>
          <w:rFonts w:cs="Arial"/>
          <w:sz w:val="20"/>
          <w:szCs w:val="20"/>
        </w:rPr>
        <w:t xml:space="preserve"> social del sector </w:t>
      </w:r>
      <w:proofErr w:type="spellStart"/>
      <w:r w:rsidRPr="000D2C63">
        <w:rPr>
          <w:rFonts w:cs="Arial"/>
          <w:sz w:val="20"/>
          <w:szCs w:val="20"/>
        </w:rPr>
        <w:t>institucional</w:t>
      </w:r>
      <w:proofErr w:type="spellEnd"/>
      <w:r w:rsidRPr="000D2C63">
        <w:rPr>
          <w:rFonts w:cs="Arial"/>
          <w:sz w:val="20"/>
          <w:szCs w:val="20"/>
        </w:rPr>
        <w:t>.</w:t>
      </w:r>
    </w:p>
    <w:p w14:paraId="42DCCE5B" w14:textId="77777777" w:rsidR="00932B34" w:rsidRPr="000D2C63" w:rsidRDefault="0020184D">
      <w:pPr>
        <w:keepNext/>
        <w:spacing w:before="140" w:after="80" w:line="252" w:lineRule="auto"/>
        <w:rPr>
          <w:rFonts w:cs="Arial"/>
          <w:sz w:val="20"/>
          <w:szCs w:val="20"/>
        </w:rPr>
      </w:pPr>
      <w:r w:rsidRPr="000D2C63">
        <w:rPr>
          <w:rFonts w:cs="Arial"/>
          <w:b/>
          <w:sz w:val="20"/>
          <w:szCs w:val="20"/>
        </w:rPr>
        <w:t>CLÁUSULA 1. DEFINICIONES</w:t>
      </w:r>
    </w:p>
    <w:p w14:paraId="2BE552AD" w14:textId="77777777" w:rsidR="00932B34" w:rsidRPr="000D2C63" w:rsidRDefault="0020184D">
      <w:pPr>
        <w:spacing w:after="80" w:line="252" w:lineRule="auto"/>
        <w:jc w:val="both"/>
        <w:rPr>
          <w:rFonts w:cs="Arial"/>
          <w:sz w:val="20"/>
          <w:szCs w:val="20"/>
        </w:rPr>
      </w:pPr>
      <w:r w:rsidRPr="000D2C63">
        <w:rPr>
          <w:rFonts w:cs="Arial"/>
          <w:sz w:val="20"/>
          <w:szCs w:val="20"/>
        </w:rPr>
        <w:t xml:space="preserve">Las </w:t>
      </w:r>
      <w:proofErr w:type="spellStart"/>
      <w:r w:rsidRPr="000D2C63">
        <w:rPr>
          <w:rFonts w:cs="Arial"/>
          <w:sz w:val="20"/>
          <w:szCs w:val="20"/>
        </w:rPr>
        <w:t>expresiones</w:t>
      </w:r>
      <w:proofErr w:type="spellEnd"/>
      <w:r w:rsidRPr="000D2C63">
        <w:rPr>
          <w:rFonts w:cs="Arial"/>
          <w:sz w:val="20"/>
          <w:szCs w:val="20"/>
        </w:rPr>
        <w:t xml:space="preserve"> </w:t>
      </w:r>
      <w:proofErr w:type="spellStart"/>
      <w:r w:rsidRPr="000D2C63">
        <w:rPr>
          <w:rFonts w:cs="Arial"/>
          <w:sz w:val="20"/>
          <w:szCs w:val="20"/>
        </w:rPr>
        <w:t>utilizadas</w:t>
      </w:r>
      <w:proofErr w:type="spellEnd"/>
      <w:r w:rsidRPr="000D2C63">
        <w:rPr>
          <w:rFonts w:cs="Arial"/>
          <w:sz w:val="20"/>
          <w:szCs w:val="20"/>
        </w:rPr>
        <w:t xml:space="preserve"> </w:t>
      </w:r>
      <w:proofErr w:type="spellStart"/>
      <w:r w:rsidRPr="000D2C63">
        <w:rPr>
          <w:rFonts w:cs="Arial"/>
          <w:sz w:val="20"/>
          <w:szCs w:val="20"/>
        </w:rPr>
        <w:t>en</w:t>
      </w:r>
      <w:proofErr w:type="spellEnd"/>
      <w:r w:rsidRPr="000D2C63">
        <w:rPr>
          <w:rFonts w:cs="Arial"/>
          <w:sz w:val="20"/>
          <w:szCs w:val="20"/>
        </w:rPr>
        <w:t xml:space="preserve"> el </w:t>
      </w:r>
      <w:proofErr w:type="spellStart"/>
      <w:r w:rsidRPr="000D2C63">
        <w:rPr>
          <w:rFonts w:cs="Arial"/>
          <w:sz w:val="20"/>
          <w:szCs w:val="20"/>
        </w:rPr>
        <w:t>Contrato</w:t>
      </w:r>
      <w:proofErr w:type="spellEnd"/>
      <w:r w:rsidRPr="000D2C63">
        <w:rPr>
          <w:rFonts w:cs="Arial"/>
          <w:sz w:val="20"/>
          <w:szCs w:val="20"/>
        </w:rPr>
        <w:t xml:space="preserve"> con </w:t>
      </w:r>
      <w:proofErr w:type="spellStart"/>
      <w:r w:rsidRPr="000D2C63">
        <w:rPr>
          <w:rFonts w:cs="Arial"/>
          <w:sz w:val="20"/>
          <w:szCs w:val="20"/>
        </w:rPr>
        <w:t>mayúscula</w:t>
      </w:r>
      <w:proofErr w:type="spellEnd"/>
      <w:r w:rsidRPr="000D2C63">
        <w:rPr>
          <w:rFonts w:cs="Arial"/>
          <w:sz w:val="20"/>
          <w:szCs w:val="20"/>
        </w:rPr>
        <w:t xml:space="preserve"> </w:t>
      </w:r>
      <w:proofErr w:type="spellStart"/>
      <w:r w:rsidRPr="000D2C63">
        <w:rPr>
          <w:rFonts w:cs="Arial"/>
          <w:sz w:val="20"/>
          <w:szCs w:val="20"/>
        </w:rPr>
        <w:t>inicial</w:t>
      </w:r>
      <w:proofErr w:type="spellEnd"/>
      <w:r w:rsidRPr="000D2C63">
        <w:rPr>
          <w:rFonts w:cs="Arial"/>
          <w:sz w:val="20"/>
          <w:szCs w:val="20"/>
        </w:rPr>
        <w:t xml:space="preserve"> </w:t>
      </w:r>
      <w:proofErr w:type="spellStart"/>
      <w:r w:rsidRPr="000D2C63">
        <w:rPr>
          <w:rFonts w:cs="Arial"/>
          <w:sz w:val="20"/>
          <w:szCs w:val="20"/>
        </w:rPr>
        <w:t>deben</w:t>
      </w:r>
      <w:proofErr w:type="spellEnd"/>
      <w:r w:rsidRPr="000D2C63">
        <w:rPr>
          <w:rFonts w:cs="Arial"/>
          <w:sz w:val="20"/>
          <w:szCs w:val="20"/>
        </w:rPr>
        <w:t xml:space="preserve"> </w:t>
      </w:r>
      <w:proofErr w:type="spellStart"/>
      <w:r w:rsidRPr="000D2C63">
        <w:rPr>
          <w:rFonts w:cs="Arial"/>
          <w:sz w:val="20"/>
          <w:szCs w:val="20"/>
        </w:rPr>
        <w:t>entenderse</w:t>
      </w:r>
      <w:proofErr w:type="spellEnd"/>
      <w:r w:rsidRPr="000D2C63">
        <w:rPr>
          <w:rFonts w:cs="Arial"/>
          <w:sz w:val="20"/>
          <w:szCs w:val="20"/>
        </w:rPr>
        <w:t xml:space="preserve"> con el </w:t>
      </w:r>
      <w:proofErr w:type="spellStart"/>
      <w:r w:rsidRPr="000D2C63">
        <w:rPr>
          <w:rFonts w:cs="Arial"/>
          <w:sz w:val="20"/>
          <w:szCs w:val="20"/>
        </w:rPr>
        <w:t>significado</w:t>
      </w:r>
      <w:proofErr w:type="spellEnd"/>
      <w:r w:rsidRPr="000D2C63">
        <w:rPr>
          <w:rFonts w:cs="Arial"/>
          <w:sz w:val="20"/>
          <w:szCs w:val="20"/>
        </w:rPr>
        <w:t xml:space="preserve"> </w:t>
      </w:r>
      <w:proofErr w:type="spellStart"/>
      <w:r w:rsidRPr="000D2C63">
        <w:rPr>
          <w:rFonts w:cs="Arial"/>
          <w:sz w:val="20"/>
          <w:szCs w:val="20"/>
        </w:rPr>
        <w:t>asignado</w:t>
      </w:r>
      <w:proofErr w:type="spellEnd"/>
      <w:r w:rsidRPr="000D2C63">
        <w:rPr>
          <w:rFonts w:cs="Arial"/>
          <w:sz w:val="20"/>
          <w:szCs w:val="20"/>
        </w:rPr>
        <w:t xml:space="preserve"> </w:t>
      </w:r>
      <w:proofErr w:type="spellStart"/>
      <w:r w:rsidRPr="000D2C63">
        <w:rPr>
          <w:rFonts w:cs="Arial"/>
          <w:sz w:val="20"/>
          <w:szCs w:val="20"/>
        </w:rPr>
        <w:t>en</w:t>
      </w:r>
      <w:proofErr w:type="spellEnd"/>
      <w:r w:rsidRPr="000D2C63">
        <w:rPr>
          <w:rFonts w:cs="Arial"/>
          <w:sz w:val="20"/>
          <w:szCs w:val="20"/>
        </w:rPr>
        <w:t xml:space="preserve"> el Anexo 5 – </w:t>
      </w:r>
      <w:proofErr w:type="spellStart"/>
      <w:r w:rsidRPr="000D2C63">
        <w:rPr>
          <w:rFonts w:cs="Arial"/>
          <w:sz w:val="20"/>
          <w:szCs w:val="20"/>
        </w:rPr>
        <w:t>Glosario</w:t>
      </w:r>
      <w:proofErr w:type="spellEnd"/>
      <w:r w:rsidRPr="000D2C63">
        <w:rPr>
          <w:rFonts w:cs="Arial"/>
          <w:sz w:val="20"/>
          <w:szCs w:val="20"/>
        </w:rPr>
        <w:t xml:space="preserve"> del Pliego de </w:t>
      </w:r>
      <w:proofErr w:type="spellStart"/>
      <w:r w:rsidRPr="000D2C63">
        <w:rPr>
          <w:rFonts w:cs="Arial"/>
          <w:sz w:val="20"/>
          <w:szCs w:val="20"/>
        </w:rPr>
        <w:t>Condiciones</w:t>
      </w:r>
      <w:proofErr w:type="spellEnd"/>
      <w:r w:rsidRPr="000D2C63">
        <w:rPr>
          <w:rFonts w:cs="Arial"/>
          <w:sz w:val="20"/>
          <w:szCs w:val="20"/>
        </w:rPr>
        <w:t xml:space="preserve">. Los </w:t>
      </w:r>
      <w:proofErr w:type="spellStart"/>
      <w:r w:rsidRPr="000D2C63">
        <w:rPr>
          <w:rFonts w:cs="Arial"/>
          <w:sz w:val="20"/>
          <w:szCs w:val="20"/>
        </w:rPr>
        <w:t>demás</w:t>
      </w:r>
      <w:proofErr w:type="spellEnd"/>
      <w:r w:rsidRPr="000D2C63">
        <w:rPr>
          <w:rFonts w:cs="Arial"/>
          <w:sz w:val="20"/>
          <w:szCs w:val="20"/>
        </w:rPr>
        <w:t xml:space="preserve"> </w:t>
      </w:r>
      <w:proofErr w:type="spellStart"/>
      <w:r w:rsidRPr="000D2C63">
        <w:rPr>
          <w:rFonts w:cs="Arial"/>
          <w:sz w:val="20"/>
          <w:szCs w:val="20"/>
        </w:rPr>
        <w:t>términos</w:t>
      </w:r>
      <w:proofErr w:type="spellEnd"/>
      <w:r w:rsidRPr="000D2C63">
        <w:rPr>
          <w:rFonts w:cs="Arial"/>
          <w:sz w:val="20"/>
          <w:szCs w:val="20"/>
        </w:rPr>
        <w:t xml:space="preserve"> se </w:t>
      </w:r>
      <w:proofErr w:type="spellStart"/>
      <w:r w:rsidRPr="000D2C63">
        <w:rPr>
          <w:rFonts w:cs="Arial"/>
          <w:sz w:val="20"/>
          <w:szCs w:val="20"/>
        </w:rPr>
        <w:t>interpretarán</w:t>
      </w:r>
      <w:proofErr w:type="spellEnd"/>
      <w:r w:rsidRPr="000D2C63">
        <w:rPr>
          <w:rFonts w:cs="Arial"/>
          <w:sz w:val="20"/>
          <w:szCs w:val="20"/>
        </w:rPr>
        <w:t xml:space="preserve"> </w:t>
      </w:r>
      <w:proofErr w:type="spellStart"/>
      <w:r w:rsidRPr="000D2C63">
        <w:rPr>
          <w:rFonts w:cs="Arial"/>
          <w:sz w:val="20"/>
          <w:szCs w:val="20"/>
        </w:rPr>
        <w:t>conforme</w:t>
      </w:r>
      <w:proofErr w:type="spellEnd"/>
      <w:r w:rsidRPr="000D2C63">
        <w:rPr>
          <w:rFonts w:cs="Arial"/>
          <w:sz w:val="20"/>
          <w:szCs w:val="20"/>
        </w:rPr>
        <w:t xml:space="preserve"> al </w:t>
      </w:r>
      <w:proofErr w:type="spellStart"/>
      <w:r w:rsidRPr="000D2C63">
        <w:rPr>
          <w:rFonts w:cs="Arial"/>
          <w:sz w:val="20"/>
          <w:szCs w:val="20"/>
        </w:rPr>
        <w:t>artículo</w:t>
      </w:r>
      <w:proofErr w:type="spellEnd"/>
      <w:r w:rsidRPr="000D2C63">
        <w:rPr>
          <w:rFonts w:cs="Arial"/>
          <w:sz w:val="20"/>
          <w:szCs w:val="20"/>
        </w:rPr>
        <w:t xml:space="preserve"> 2.2.1.1.1.3.1 del </w:t>
      </w:r>
      <w:proofErr w:type="spellStart"/>
      <w:r w:rsidRPr="000D2C63">
        <w:rPr>
          <w:rFonts w:cs="Arial"/>
          <w:sz w:val="20"/>
          <w:szCs w:val="20"/>
        </w:rPr>
        <w:t>Decreto</w:t>
      </w:r>
      <w:proofErr w:type="spellEnd"/>
      <w:r w:rsidRPr="000D2C63">
        <w:rPr>
          <w:rFonts w:cs="Arial"/>
          <w:sz w:val="20"/>
          <w:szCs w:val="20"/>
        </w:rPr>
        <w:t xml:space="preserve"> 1082 de 2015,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Documentos</w:t>
      </w:r>
      <w:proofErr w:type="spellEnd"/>
      <w:r w:rsidRPr="000D2C63">
        <w:rPr>
          <w:rFonts w:cs="Arial"/>
          <w:sz w:val="20"/>
          <w:szCs w:val="20"/>
        </w:rPr>
        <w:t xml:space="preserve"> del </w:t>
      </w:r>
      <w:proofErr w:type="spellStart"/>
      <w:r w:rsidRPr="000D2C63">
        <w:rPr>
          <w:rFonts w:cs="Arial"/>
          <w:sz w:val="20"/>
          <w:szCs w:val="20"/>
        </w:rPr>
        <w:t>Proceso</w:t>
      </w:r>
      <w:proofErr w:type="spellEnd"/>
      <w:r w:rsidRPr="000D2C63">
        <w:rPr>
          <w:rFonts w:cs="Arial"/>
          <w:sz w:val="20"/>
          <w:szCs w:val="20"/>
        </w:rPr>
        <w:t xml:space="preserve"> y </w:t>
      </w:r>
      <w:proofErr w:type="spellStart"/>
      <w:r w:rsidRPr="000D2C63">
        <w:rPr>
          <w:rFonts w:cs="Arial"/>
          <w:sz w:val="20"/>
          <w:szCs w:val="20"/>
        </w:rPr>
        <w:t>su</w:t>
      </w:r>
      <w:proofErr w:type="spellEnd"/>
      <w:r w:rsidRPr="000D2C63">
        <w:rPr>
          <w:rFonts w:cs="Arial"/>
          <w:sz w:val="20"/>
          <w:szCs w:val="20"/>
        </w:rPr>
        <w:t xml:space="preserve"> </w:t>
      </w:r>
      <w:proofErr w:type="spellStart"/>
      <w:r w:rsidRPr="000D2C63">
        <w:rPr>
          <w:rFonts w:cs="Arial"/>
          <w:sz w:val="20"/>
          <w:szCs w:val="20"/>
        </w:rPr>
        <w:t>significado</w:t>
      </w:r>
      <w:proofErr w:type="spellEnd"/>
      <w:r w:rsidRPr="000D2C63">
        <w:rPr>
          <w:rFonts w:cs="Arial"/>
          <w:sz w:val="20"/>
          <w:szCs w:val="20"/>
        </w:rPr>
        <w:t xml:space="preserve"> natural y </w:t>
      </w:r>
      <w:proofErr w:type="spellStart"/>
      <w:r w:rsidRPr="000D2C63">
        <w:rPr>
          <w:rFonts w:cs="Arial"/>
          <w:sz w:val="20"/>
          <w:szCs w:val="20"/>
        </w:rPr>
        <w:t>obvio</w:t>
      </w:r>
      <w:proofErr w:type="spellEnd"/>
      <w:r w:rsidRPr="000D2C63">
        <w:rPr>
          <w:rFonts w:cs="Arial"/>
          <w:sz w:val="20"/>
          <w:szCs w:val="20"/>
        </w:rPr>
        <w:t xml:space="preserve">, </w:t>
      </w:r>
      <w:proofErr w:type="spellStart"/>
      <w:r w:rsidRPr="000D2C63">
        <w:rPr>
          <w:rFonts w:cs="Arial"/>
          <w:sz w:val="20"/>
          <w:szCs w:val="20"/>
        </w:rPr>
        <w:t>según</w:t>
      </w:r>
      <w:proofErr w:type="spellEnd"/>
      <w:r w:rsidRPr="000D2C63">
        <w:rPr>
          <w:rFonts w:cs="Arial"/>
          <w:sz w:val="20"/>
          <w:szCs w:val="20"/>
        </w:rPr>
        <w:t xml:space="preserve"> </w:t>
      </w:r>
      <w:proofErr w:type="spellStart"/>
      <w:r w:rsidRPr="000D2C63">
        <w:rPr>
          <w:rFonts w:cs="Arial"/>
          <w:sz w:val="20"/>
          <w:szCs w:val="20"/>
        </w:rPr>
        <w:t>corresponda</w:t>
      </w:r>
      <w:proofErr w:type="spellEnd"/>
      <w:r w:rsidRPr="000D2C63">
        <w:rPr>
          <w:rFonts w:cs="Arial"/>
          <w:sz w:val="20"/>
          <w:szCs w:val="20"/>
        </w:rPr>
        <w:t>.</w:t>
      </w:r>
    </w:p>
    <w:p w14:paraId="17A1739E" w14:textId="77777777" w:rsidR="00932B34" w:rsidRPr="000D2C63" w:rsidRDefault="0020184D">
      <w:pPr>
        <w:keepNext/>
        <w:spacing w:before="140" w:after="80" w:line="252" w:lineRule="auto"/>
        <w:rPr>
          <w:rFonts w:cs="Arial"/>
          <w:sz w:val="20"/>
          <w:szCs w:val="20"/>
        </w:rPr>
      </w:pPr>
      <w:r w:rsidRPr="000D2C63">
        <w:rPr>
          <w:rFonts w:cs="Arial"/>
          <w:b/>
          <w:sz w:val="20"/>
          <w:szCs w:val="20"/>
        </w:rPr>
        <w:t>CLÁUSULA 2. OBJETO</w:t>
      </w:r>
    </w:p>
    <w:p w14:paraId="27DD33CA" w14:textId="25F77092" w:rsidR="00932B34" w:rsidRPr="000D2C63" w:rsidRDefault="00ED7DCC">
      <w:pPr>
        <w:spacing w:after="80" w:line="252" w:lineRule="auto"/>
        <w:jc w:val="both"/>
        <w:rPr>
          <w:rFonts w:cs="Arial"/>
          <w:sz w:val="20"/>
          <w:szCs w:val="20"/>
        </w:rPr>
      </w:pPr>
      <w:r w:rsidRPr="000D2C63">
        <w:rPr>
          <w:rFonts w:eastAsia="Calibri" w:cs="Arial"/>
          <w:color w:val="3B3838"/>
          <w:sz w:val="20"/>
          <w:lang w:val="es-CO"/>
        </w:rPr>
        <w:t>Contratar en nombre de la Nación – Consejo Superior de la Judicatura – Dirección Seccional de Administración Judicial de Cali – Valle del cauca, las actividades de mantenimiento y/o reparaciones locativas y/o mejoramiento del Palacio de Justicia “Simón David Carrejo Bejarano” de Palmira y la implementación de Seguridad Humana, incluyendo materiales a todo costo</w:t>
      </w:r>
      <w:r w:rsidR="0020184D" w:rsidRPr="000D2C63">
        <w:rPr>
          <w:rFonts w:cs="Arial"/>
          <w:sz w:val="20"/>
          <w:szCs w:val="20"/>
        </w:rPr>
        <w:t>.</w:t>
      </w:r>
    </w:p>
    <w:p w14:paraId="6C18997B" w14:textId="77777777" w:rsidR="00932B34" w:rsidRPr="000D2C63" w:rsidRDefault="0020184D">
      <w:pPr>
        <w:keepNext/>
        <w:spacing w:before="140" w:after="80" w:line="252" w:lineRule="auto"/>
        <w:rPr>
          <w:rFonts w:cs="Arial"/>
          <w:sz w:val="20"/>
          <w:szCs w:val="20"/>
        </w:rPr>
      </w:pPr>
      <w:r w:rsidRPr="000D2C63">
        <w:rPr>
          <w:rFonts w:cs="Arial"/>
          <w:b/>
          <w:sz w:val="20"/>
          <w:szCs w:val="20"/>
        </w:rPr>
        <w:t>CLÁUSULA 3. ALCANCE DEL OBJETO</w:t>
      </w:r>
    </w:p>
    <w:p w14:paraId="06C5005E" w14:textId="77777777" w:rsidR="00932B34" w:rsidRPr="000D2C63" w:rsidRDefault="0020184D">
      <w:pPr>
        <w:spacing w:after="80" w:line="252" w:lineRule="auto"/>
        <w:jc w:val="both"/>
        <w:rPr>
          <w:rFonts w:cs="Arial"/>
          <w:sz w:val="20"/>
          <w:szCs w:val="20"/>
        </w:rPr>
      </w:pPr>
      <w:r w:rsidRPr="000D2C63">
        <w:rPr>
          <w:rFonts w:cs="Arial"/>
          <w:sz w:val="20"/>
          <w:szCs w:val="20"/>
        </w:rPr>
        <w:t xml:space="preserve">El </w:t>
      </w:r>
      <w:proofErr w:type="spellStart"/>
      <w:r w:rsidRPr="000D2C63">
        <w:rPr>
          <w:rFonts w:cs="Arial"/>
          <w:sz w:val="20"/>
          <w:szCs w:val="20"/>
        </w:rPr>
        <w:t>Contratista</w:t>
      </w:r>
      <w:proofErr w:type="spellEnd"/>
      <w:r w:rsidRPr="000D2C63">
        <w:rPr>
          <w:rFonts w:cs="Arial"/>
          <w:sz w:val="20"/>
          <w:szCs w:val="20"/>
        </w:rPr>
        <w:t xml:space="preserve"> </w:t>
      </w:r>
      <w:proofErr w:type="spellStart"/>
      <w:r w:rsidRPr="000D2C63">
        <w:rPr>
          <w:rFonts w:cs="Arial"/>
          <w:sz w:val="20"/>
          <w:szCs w:val="20"/>
        </w:rPr>
        <w:t>deberá</w:t>
      </w:r>
      <w:proofErr w:type="spellEnd"/>
      <w:r w:rsidRPr="000D2C63">
        <w:rPr>
          <w:rFonts w:cs="Arial"/>
          <w:sz w:val="20"/>
          <w:szCs w:val="20"/>
        </w:rPr>
        <w:t xml:space="preserve"> </w:t>
      </w:r>
      <w:proofErr w:type="spellStart"/>
      <w:r w:rsidRPr="000D2C63">
        <w:rPr>
          <w:rFonts w:cs="Arial"/>
          <w:sz w:val="20"/>
          <w:szCs w:val="20"/>
        </w:rPr>
        <w:t>desarrollar</w:t>
      </w:r>
      <w:proofErr w:type="spellEnd"/>
      <w:r w:rsidRPr="000D2C63">
        <w:rPr>
          <w:rFonts w:cs="Arial"/>
          <w:sz w:val="20"/>
          <w:szCs w:val="20"/>
        </w:rPr>
        <w:t xml:space="preserve"> el </w:t>
      </w:r>
      <w:proofErr w:type="spellStart"/>
      <w:r w:rsidRPr="000D2C63">
        <w:rPr>
          <w:rFonts w:cs="Arial"/>
          <w:sz w:val="20"/>
          <w:szCs w:val="20"/>
        </w:rPr>
        <w:t>objeto</w:t>
      </w:r>
      <w:proofErr w:type="spellEnd"/>
      <w:r w:rsidRPr="000D2C63">
        <w:rPr>
          <w:rFonts w:cs="Arial"/>
          <w:sz w:val="20"/>
          <w:szCs w:val="20"/>
        </w:rPr>
        <w:t xml:space="preserve"> contractual de </w:t>
      </w:r>
      <w:proofErr w:type="spellStart"/>
      <w:r w:rsidRPr="000D2C63">
        <w:rPr>
          <w:rFonts w:cs="Arial"/>
          <w:sz w:val="20"/>
          <w:szCs w:val="20"/>
        </w:rPr>
        <w:t>conformidad</w:t>
      </w:r>
      <w:proofErr w:type="spellEnd"/>
      <w:r w:rsidRPr="000D2C63">
        <w:rPr>
          <w:rFonts w:cs="Arial"/>
          <w:sz w:val="20"/>
          <w:szCs w:val="20"/>
        </w:rPr>
        <w:t xml:space="preserve"> con las </w:t>
      </w:r>
      <w:proofErr w:type="spellStart"/>
      <w:r w:rsidRPr="000D2C63">
        <w:rPr>
          <w:rFonts w:cs="Arial"/>
          <w:sz w:val="20"/>
          <w:szCs w:val="20"/>
        </w:rPr>
        <w:t>especificaciones</w:t>
      </w:r>
      <w:proofErr w:type="spellEnd"/>
      <w:r w:rsidRPr="000D2C63">
        <w:rPr>
          <w:rFonts w:cs="Arial"/>
          <w:sz w:val="20"/>
          <w:szCs w:val="20"/>
        </w:rPr>
        <w:t xml:space="preserve"> y </w:t>
      </w:r>
      <w:proofErr w:type="spellStart"/>
      <w:r w:rsidRPr="000D2C63">
        <w:rPr>
          <w:rFonts w:cs="Arial"/>
          <w:sz w:val="20"/>
          <w:szCs w:val="20"/>
        </w:rPr>
        <w:t>características</w:t>
      </w:r>
      <w:proofErr w:type="spellEnd"/>
      <w:r w:rsidRPr="000D2C63">
        <w:rPr>
          <w:rFonts w:cs="Arial"/>
          <w:sz w:val="20"/>
          <w:szCs w:val="20"/>
        </w:rPr>
        <w:t xml:space="preserve"> </w:t>
      </w:r>
      <w:proofErr w:type="spellStart"/>
      <w:r w:rsidRPr="000D2C63">
        <w:rPr>
          <w:rFonts w:cs="Arial"/>
          <w:sz w:val="20"/>
          <w:szCs w:val="20"/>
        </w:rPr>
        <w:t>técnicas</w:t>
      </w:r>
      <w:proofErr w:type="spellEnd"/>
      <w:r w:rsidRPr="000D2C63">
        <w:rPr>
          <w:rFonts w:cs="Arial"/>
          <w:sz w:val="20"/>
          <w:szCs w:val="20"/>
        </w:rPr>
        <w:t xml:space="preserve"> </w:t>
      </w:r>
      <w:proofErr w:type="spellStart"/>
      <w:r w:rsidRPr="000D2C63">
        <w:rPr>
          <w:rFonts w:cs="Arial"/>
          <w:sz w:val="20"/>
          <w:szCs w:val="20"/>
        </w:rPr>
        <w:t>previstas</w:t>
      </w:r>
      <w:proofErr w:type="spellEnd"/>
      <w:r w:rsidRPr="000D2C63">
        <w:rPr>
          <w:rFonts w:cs="Arial"/>
          <w:sz w:val="20"/>
          <w:szCs w:val="20"/>
        </w:rPr>
        <w:t xml:space="preserve"> </w:t>
      </w:r>
      <w:proofErr w:type="spellStart"/>
      <w:r w:rsidRPr="000D2C63">
        <w:rPr>
          <w:rFonts w:cs="Arial"/>
          <w:sz w:val="20"/>
          <w:szCs w:val="20"/>
        </w:rPr>
        <w:t>en</w:t>
      </w:r>
      <w:proofErr w:type="spellEnd"/>
      <w:r w:rsidRPr="000D2C63">
        <w:rPr>
          <w:rFonts w:cs="Arial"/>
          <w:sz w:val="20"/>
          <w:szCs w:val="20"/>
        </w:rPr>
        <w:t xml:space="preserve"> el Anexo 1 – Anexo Técnico, el </w:t>
      </w:r>
      <w:proofErr w:type="spellStart"/>
      <w:r w:rsidRPr="000D2C63">
        <w:rPr>
          <w:rFonts w:cs="Arial"/>
          <w:sz w:val="20"/>
          <w:szCs w:val="20"/>
        </w:rPr>
        <w:t>archivo</w:t>
      </w:r>
      <w:proofErr w:type="spellEnd"/>
      <w:r w:rsidRPr="000D2C63">
        <w:rPr>
          <w:rFonts w:cs="Arial"/>
          <w:sz w:val="20"/>
          <w:szCs w:val="20"/>
        </w:rPr>
        <w:t xml:space="preserve"> “</w:t>
      </w:r>
      <w:proofErr w:type="spellStart"/>
      <w:r w:rsidRPr="000D2C63">
        <w:rPr>
          <w:rFonts w:cs="Arial"/>
          <w:sz w:val="20"/>
          <w:szCs w:val="20"/>
        </w:rPr>
        <w:t>Cantidades</w:t>
      </w:r>
      <w:proofErr w:type="spellEnd"/>
      <w:r w:rsidRPr="000D2C63">
        <w:rPr>
          <w:rFonts w:cs="Arial"/>
          <w:sz w:val="20"/>
          <w:szCs w:val="20"/>
        </w:rPr>
        <w:t xml:space="preserve"> de Obra”, el “Banco de </w:t>
      </w:r>
      <w:proofErr w:type="spellStart"/>
      <w:r w:rsidRPr="000D2C63">
        <w:rPr>
          <w:rFonts w:cs="Arial"/>
          <w:sz w:val="20"/>
          <w:szCs w:val="20"/>
        </w:rPr>
        <w:t>Especificaciones</w:t>
      </w:r>
      <w:proofErr w:type="spellEnd"/>
      <w:r w:rsidRPr="000D2C63">
        <w:rPr>
          <w:rFonts w:cs="Arial"/>
          <w:sz w:val="20"/>
          <w:szCs w:val="20"/>
        </w:rPr>
        <w:t xml:space="preserve"> </w:t>
      </w:r>
      <w:proofErr w:type="spellStart"/>
      <w:r w:rsidRPr="000D2C63">
        <w:rPr>
          <w:rFonts w:cs="Arial"/>
          <w:sz w:val="20"/>
          <w:szCs w:val="20"/>
        </w:rPr>
        <w:t>Técnicas</w:t>
      </w:r>
      <w:proofErr w:type="spellEnd"/>
      <w:r w:rsidRPr="000D2C63">
        <w:rPr>
          <w:rFonts w:cs="Arial"/>
          <w:sz w:val="20"/>
          <w:szCs w:val="20"/>
        </w:rPr>
        <w:t xml:space="preserve">”,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estudios</w:t>
      </w:r>
      <w:proofErr w:type="spellEnd"/>
      <w:r w:rsidRPr="000D2C63">
        <w:rPr>
          <w:rFonts w:cs="Arial"/>
          <w:sz w:val="20"/>
          <w:szCs w:val="20"/>
        </w:rPr>
        <w:t xml:space="preserve"> y </w:t>
      </w:r>
      <w:proofErr w:type="spellStart"/>
      <w:r w:rsidRPr="000D2C63">
        <w:rPr>
          <w:rFonts w:cs="Arial"/>
          <w:sz w:val="20"/>
          <w:szCs w:val="20"/>
        </w:rPr>
        <w:t>diseños</w:t>
      </w:r>
      <w:proofErr w:type="spellEnd"/>
      <w:r w:rsidRPr="000D2C63">
        <w:rPr>
          <w:rFonts w:cs="Arial"/>
          <w:sz w:val="20"/>
          <w:szCs w:val="20"/>
        </w:rPr>
        <w:t xml:space="preserve"> </w:t>
      </w:r>
      <w:proofErr w:type="spellStart"/>
      <w:r w:rsidRPr="000D2C63">
        <w:rPr>
          <w:rFonts w:cs="Arial"/>
          <w:sz w:val="20"/>
          <w:szCs w:val="20"/>
        </w:rPr>
        <w:t>derivados</w:t>
      </w:r>
      <w:proofErr w:type="spellEnd"/>
      <w:r w:rsidRPr="000D2C63">
        <w:rPr>
          <w:rFonts w:cs="Arial"/>
          <w:sz w:val="20"/>
          <w:szCs w:val="20"/>
        </w:rPr>
        <w:t xml:space="preserve"> del </w:t>
      </w:r>
      <w:proofErr w:type="spellStart"/>
      <w:r w:rsidRPr="000D2C63">
        <w:rPr>
          <w:rFonts w:cs="Arial"/>
          <w:sz w:val="20"/>
          <w:szCs w:val="20"/>
        </w:rPr>
        <w:t>Contrato</w:t>
      </w:r>
      <w:proofErr w:type="spellEnd"/>
      <w:r w:rsidRPr="000D2C63">
        <w:rPr>
          <w:rFonts w:cs="Arial"/>
          <w:sz w:val="20"/>
          <w:szCs w:val="20"/>
        </w:rPr>
        <w:t xml:space="preserve"> Estatal de </w:t>
      </w:r>
      <w:proofErr w:type="spellStart"/>
      <w:r w:rsidRPr="000D2C63">
        <w:rPr>
          <w:rFonts w:cs="Arial"/>
          <w:sz w:val="20"/>
          <w:szCs w:val="20"/>
        </w:rPr>
        <w:t>Consultoría</w:t>
      </w:r>
      <w:proofErr w:type="spellEnd"/>
      <w:r w:rsidRPr="000D2C63">
        <w:rPr>
          <w:rFonts w:cs="Arial"/>
          <w:sz w:val="20"/>
          <w:szCs w:val="20"/>
        </w:rPr>
        <w:t xml:space="preserve"> No. 071 de 2025 – CM-01 de 2025, </w:t>
      </w:r>
      <w:proofErr w:type="spellStart"/>
      <w:r w:rsidRPr="000D2C63">
        <w:rPr>
          <w:rFonts w:cs="Arial"/>
          <w:sz w:val="20"/>
          <w:szCs w:val="20"/>
        </w:rPr>
        <w:t>particularmente</w:t>
      </w:r>
      <w:proofErr w:type="spellEnd"/>
      <w:r w:rsidRPr="000D2C63">
        <w:rPr>
          <w:rFonts w:cs="Arial"/>
          <w:sz w:val="20"/>
          <w:szCs w:val="20"/>
        </w:rPr>
        <w:t xml:space="preserve">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documentos</w:t>
      </w:r>
      <w:proofErr w:type="spellEnd"/>
      <w:r w:rsidRPr="000D2C63">
        <w:rPr>
          <w:rFonts w:cs="Arial"/>
          <w:sz w:val="20"/>
          <w:szCs w:val="20"/>
        </w:rPr>
        <w:t xml:space="preserve"> de </w:t>
      </w:r>
      <w:proofErr w:type="spellStart"/>
      <w:r w:rsidRPr="000D2C63">
        <w:rPr>
          <w:rFonts w:cs="Arial"/>
          <w:sz w:val="20"/>
          <w:szCs w:val="20"/>
        </w:rPr>
        <w:t>Seguridad</w:t>
      </w:r>
      <w:proofErr w:type="spellEnd"/>
      <w:r w:rsidRPr="000D2C63">
        <w:rPr>
          <w:rFonts w:cs="Arial"/>
          <w:sz w:val="20"/>
          <w:szCs w:val="20"/>
        </w:rPr>
        <w:t xml:space="preserve"> Humana, el Pliego de </w:t>
      </w:r>
      <w:proofErr w:type="spellStart"/>
      <w:r w:rsidRPr="000D2C63">
        <w:rPr>
          <w:rFonts w:cs="Arial"/>
          <w:sz w:val="20"/>
          <w:szCs w:val="20"/>
        </w:rPr>
        <w:t>Condiciones</w:t>
      </w:r>
      <w:proofErr w:type="spellEnd"/>
      <w:r w:rsidRPr="000D2C63">
        <w:rPr>
          <w:rFonts w:cs="Arial"/>
          <w:sz w:val="20"/>
          <w:szCs w:val="20"/>
        </w:rPr>
        <w:t xml:space="preserve">, la </w:t>
      </w:r>
      <w:proofErr w:type="spellStart"/>
      <w:r w:rsidRPr="000D2C63">
        <w:rPr>
          <w:rFonts w:cs="Arial"/>
          <w:sz w:val="20"/>
          <w:szCs w:val="20"/>
        </w:rPr>
        <w:t>oferta</w:t>
      </w:r>
      <w:proofErr w:type="spellEnd"/>
      <w:r w:rsidRPr="000D2C63">
        <w:rPr>
          <w:rFonts w:cs="Arial"/>
          <w:sz w:val="20"/>
          <w:szCs w:val="20"/>
        </w:rPr>
        <w:t xml:space="preserve"> </w:t>
      </w:r>
      <w:proofErr w:type="spellStart"/>
      <w:r w:rsidRPr="000D2C63">
        <w:rPr>
          <w:rFonts w:cs="Arial"/>
          <w:sz w:val="20"/>
          <w:szCs w:val="20"/>
        </w:rPr>
        <w:t>adjudicada</w:t>
      </w:r>
      <w:proofErr w:type="spellEnd"/>
      <w:r w:rsidRPr="000D2C63">
        <w:rPr>
          <w:rFonts w:cs="Arial"/>
          <w:sz w:val="20"/>
          <w:szCs w:val="20"/>
        </w:rPr>
        <w:t xml:space="preserve"> y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demás</w:t>
      </w:r>
      <w:proofErr w:type="spellEnd"/>
      <w:r w:rsidRPr="000D2C63">
        <w:rPr>
          <w:rFonts w:cs="Arial"/>
          <w:sz w:val="20"/>
          <w:szCs w:val="20"/>
        </w:rPr>
        <w:t xml:space="preserve"> </w:t>
      </w:r>
      <w:proofErr w:type="spellStart"/>
      <w:r w:rsidRPr="000D2C63">
        <w:rPr>
          <w:rFonts w:cs="Arial"/>
          <w:sz w:val="20"/>
          <w:szCs w:val="20"/>
        </w:rPr>
        <w:t>Documentos</w:t>
      </w:r>
      <w:proofErr w:type="spellEnd"/>
      <w:r w:rsidRPr="000D2C63">
        <w:rPr>
          <w:rFonts w:cs="Arial"/>
          <w:sz w:val="20"/>
          <w:szCs w:val="20"/>
        </w:rPr>
        <w:t xml:space="preserve"> del </w:t>
      </w:r>
      <w:proofErr w:type="spellStart"/>
      <w:r w:rsidRPr="000D2C63">
        <w:rPr>
          <w:rFonts w:cs="Arial"/>
          <w:sz w:val="20"/>
          <w:szCs w:val="20"/>
        </w:rPr>
        <w:t>Proceso</w:t>
      </w:r>
      <w:proofErr w:type="spellEnd"/>
      <w:r w:rsidRPr="000D2C63">
        <w:rPr>
          <w:rFonts w:cs="Arial"/>
          <w:sz w:val="20"/>
          <w:szCs w:val="20"/>
        </w:rPr>
        <w:t xml:space="preserve">,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cuales</w:t>
      </w:r>
      <w:proofErr w:type="spellEnd"/>
      <w:r w:rsidRPr="000D2C63">
        <w:rPr>
          <w:rFonts w:cs="Arial"/>
          <w:sz w:val="20"/>
          <w:szCs w:val="20"/>
        </w:rPr>
        <w:t xml:space="preserve"> </w:t>
      </w:r>
      <w:proofErr w:type="spellStart"/>
      <w:r w:rsidRPr="000D2C63">
        <w:rPr>
          <w:rFonts w:cs="Arial"/>
          <w:sz w:val="20"/>
          <w:szCs w:val="20"/>
        </w:rPr>
        <w:t>hacen</w:t>
      </w:r>
      <w:proofErr w:type="spellEnd"/>
      <w:r w:rsidRPr="000D2C63">
        <w:rPr>
          <w:rFonts w:cs="Arial"/>
          <w:sz w:val="20"/>
          <w:szCs w:val="20"/>
        </w:rPr>
        <w:t xml:space="preserve"> </w:t>
      </w:r>
      <w:proofErr w:type="spellStart"/>
      <w:r w:rsidRPr="000D2C63">
        <w:rPr>
          <w:rFonts w:cs="Arial"/>
          <w:sz w:val="20"/>
          <w:szCs w:val="20"/>
        </w:rPr>
        <w:t>parte</w:t>
      </w:r>
      <w:proofErr w:type="spellEnd"/>
      <w:r w:rsidRPr="000D2C63">
        <w:rPr>
          <w:rFonts w:cs="Arial"/>
          <w:sz w:val="20"/>
          <w:szCs w:val="20"/>
        </w:rPr>
        <w:t xml:space="preserve"> integral del </w:t>
      </w:r>
      <w:proofErr w:type="spellStart"/>
      <w:r w:rsidRPr="000D2C63">
        <w:rPr>
          <w:rFonts w:cs="Arial"/>
          <w:sz w:val="20"/>
          <w:szCs w:val="20"/>
        </w:rPr>
        <w:t>presente</w:t>
      </w:r>
      <w:proofErr w:type="spellEnd"/>
      <w:r w:rsidRPr="000D2C63">
        <w:rPr>
          <w:rFonts w:cs="Arial"/>
          <w:sz w:val="20"/>
          <w:szCs w:val="20"/>
        </w:rPr>
        <w:t xml:space="preserve"> </w:t>
      </w:r>
      <w:proofErr w:type="spellStart"/>
      <w:r w:rsidRPr="000D2C63">
        <w:rPr>
          <w:rFonts w:cs="Arial"/>
          <w:sz w:val="20"/>
          <w:szCs w:val="20"/>
        </w:rPr>
        <w:t>Contrato</w:t>
      </w:r>
      <w:proofErr w:type="spellEnd"/>
      <w:r w:rsidRPr="000D2C63">
        <w:rPr>
          <w:rFonts w:cs="Arial"/>
          <w:sz w:val="20"/>
          <w:szCs w:val="20"/>
        </w:rPr>
        <w:t>.</w:t>
      </w:r>
    </w:p>
    <w:p w14:paraId="4EABD337" w14:textId="77777777" w:rsidR="00932B34" w:rsidRPr="000D2C63" w:rsidRDefault="0020184D">
      <w:pPr>
        <w:spacing w:after="80" w:line="252" w:lineRule="auto"/>
        <w:jc w:val="both"/>
        <w:rPr>
          <w:rFonts w:cs="Arial"/>
          <w:sz w:val="20"/>
          <w:szCs w:val="20"/>
        </w:rPr>
      </w:pPr>
      <w:r w:rsidRPr="000D2C63">
        <w:rPr>
          <w:rFonts w:cs="Arial"/>
          <w:sz w:val="20"/>
          <w:szCs w:val="20"/>
        </w:rPr>
        <w:t xml:space="preserve">El </w:t>
      </w:r>
      <w:proofErr w:type="spellStart"/>
      <w:r w:rsidRPr="000D2C63">
        <w:rPr>
          <w:rFonts w:cs="Arial"/>
          <w:sz w:val="20"/>
          <w:szCs w:val="20"/>
        </w:rPr>
        <w:t>Contratista</w:t>
      </w:r>
      <w:proofErr w:type="spellEnd"/>
      <w:r w:rsidRPr="000D2C63">
        <w:rPr>
          <w:rFonts w:cs="Arial"/>
          <w:sz w:val="20"/>
          <w:szCs w:val="20"/>
        </w:rPr>
        <w:t xml:space="preserve"> </w:t>
      </w:r>
      <w:proofErr w:type="spellStart"/>
      <w:r w:rsidRPr="000D2C63">
        <w:rPr>
          <w:rFonts w:cs="Arial"/>
          <w:sz w:val="20"/>
          <w:szCs w:val="20"/>
        </w:rPr>
        <w:t>ejecutará</w:t>
      </w:r>
      <w:proofErr w:type="spellEnd"/>
      <w:r w:rsidRPr="000D2C63">
        <w:rPr>
          <w:rFonts w:cs="Arial"/>
          <w:sz w:val="20"/>
          <w:szCs w:val="20"/>
        </w:rPr>
        <w:t xml:space="preserve">, con sus </w:t>
      </w:r>
      <w:proofErr w:type="spellStart"/>
      <w:r w:rsidRPr="000D2C63">
        <w:rPr>
          <w:rFonts w:cs="Arial"/>
          <w:sz w:val="20"/>
          <w:szCs w:val="20"/>
        </w:rPr>
        <w:t>propios</w:t>
      </w:r>
      <w:proofErr w:type="spellEnd"/>
      <w:r w:rsidRPr="000D2C63">
        <w:rPr>
          <w:rFonts w:cs="Arial"/>
          <w:sz w:val="20"/>
          <w:szCs w:val="20"/>
        </w:rPr>
        <w:t xml:space="preserve"> </w:t>
      </w:r>
      <w:proofErr w:type="spellStart"/>
      <w:r w:rsidRPr="000D2C63">
        <w:rPr>
          <w:rFonts w:cs="Arial"/>
          <w:sz w:val="20"/>
          <w:szCs w:val="20"/>
        </w:rPr>
        <w:t>medios</w:t>
      </w:r>
      <w:proofErr w:type="spellEnd"/>
      <w:r w:rsidRPr="000D2C63">
        <w:rPr>
          <w:rFonts w:cs="Arial"/>
          <w:sz w:val="20"/>
          <w:szCs w:val="20"/>
        </w:rPr>
        <w:t xml:space="preserve">, </w:t>
      </w:r>
      <w:proofErr w:type="spellStart"/>
      <w:r w:rsidRPr="000D2C63">
        <w:rPr>
          <w:rFonts w:cs="Arial"/>
          <w:sz w:val="20"/>
          <w:szCs w:val="20"/>
        </w:rPr>
        <w:t>materiales</w:t>
      </w:r>
      <w:proofErr w:type="spellEnd"/>
      <w:r w:rsidRPr="000D2C63">
        <w:rPr>
          <w:rFonts w:cs="Arial"/>
          <w:sz w:val="20"/>
          <w:szCs w:val="20"/>
        </w:rPr>
        <w:t xml:space="preserve">, </w:t>
      </w:r>
      <w:proofErr w:type="spellStart"/>
      <w:r w:rsidRPr="000D2C63">
        <w:rPr>
          <w:rFonts w:cs="Arial"/>
          <w:sz w:val="20"/>
          <w:szCs w:val="20"/>
        </w:rPr>
        <w:t>maquinaria</w:t>
      </w:r>
      <w:proofErr w:type="spellEnd"/>
      <w:r w:rsidRPr="000D2C63">
        <w:rPr>
          <w:rFonts w:cs="Arial"/>
          <w:sz w:val="20"/>
          <w:szCs w:val="20"/>
        </w:rPr>
        <w:t xml:space="preserve">, </w:t>
      </w:r>
      <w:proofErr w:type="spellStart"/>
      <w:r w:rsidRPr="000D2C63">
        <w:rPr>
          <w:rFonts w:cs="Arial"/>
          <w:sz w:val="20"/>
          <w:szCs w:val="20"/>
        </w:rPr>
        <w:t>equipos</w:t>
      </w:r>
      <w:proofErr w:type="spellEnd"/>
      <w:r w:rsidRPr="000D2C63">
        <w:rPr>
          <w:rFonts w:cs="Arial"/>
          <w:sz w:val="20"/>
          <w:szCs w:val="20"/>
        </w:rPr>
        <w:t xml:space="preserve">, </w:t>
      </w:r>
      <w:proofErr w:type="spellStart"/>
      <w:r w:rsidRPr="000D2C63">
        <w:rPr>
          <w:rFonts w:cs="Arial"/>
          <w:sz w:val="20"/>
          <w:szCs w:val="20"/>
        </w:rPr>
        <w:t>herramientas</w:t>
      </w:r>
      <w:proofErr w:type="spellEnd"/>
      <w:r w:rsidRPr="000D2C63">
        <w:rPr>
          <w:rFonts w:cs="Arial"/>
          <w:sz w:val="20"/>
          <w:szCs w:val="20"/>
        </w:rPr>
        <w:t xml:space="preserve"> y personal, </w:t>
      </w:r>
      <w:proofErr w:type="spellStart"/>
      <w:r w:rsidRPr="000D2C63">
        <w:rPr>
          <w:rFonts w:cs="Arial"/>
          <w:sz w:val="20"/>
          <w:szCs w:val="20"/>
        </w:rPr>
        <w:t>en</w:t>
      </w:r>
      <w:proofErr w:type="spellEnd"/>
      <w:r w:rsidRPr="000D2C63">
        <w:rPr>
          <w:rFonts w:cs="Arial"/>
          <w:sz w:val="20"/>
          <w:szCs w:val="20"/>
        </w:rPr>
        <w:t xml:space="preserve"> forma </w:t>
      </w:r>
      <w:proofErr w:type="spellStart"/>
      <w:r w:rsidRPr="000D2C63">
        <w:rPr>
          <w:rFonts w:cs="Arial"/>
          <w:sz w:val="20"/>
          <w:szCs w:val="20"/>
        </w:rPr>
        <w:t>independiente</w:t>
      </w:r>
      <w:proofErr w:type="spellEnd"/>
      <w:r w:rsidRPr="000D2C63">
        <w:rPr>
          <w:rFonts w:cs="Arial"/>
          <w:sz w:val="20"/>
          <w:szCs w:val="20"/>
        </w:rPr>
        <w:t xml:space="preserve"> y con plena </w:t>
      </w:r>
      <w:proofErr w:type="spellStart"/>
      <w:r w:rsidRPr="000D2C63">
        <w:rPr>
          <w:rFonts w:cs="Arial"/>
          <w:sz w:val="20"/>
          <w:szCs w:val="20"/>
        </w:rPr>
        <w:t>autonomía</w:t>
      </w:r>
      <w:proofErr w:type="spellEnd"/>
      <w:r w:rsidRPr="000D2C63">
        <w:rPr>
          <w:rFonts w:cs="Arial"/>
          <w:sz w:val="20"/>
          <w:szCs w:val="20"/>
        </w:rPr>
        <w:t xml:space="preserve"> </w:t>
      </w:r>
      <w:proofErr w:type="spellStart"/>
      <w:r w:rsidRPr="000D2C63">
        <w:rPr>
          <w:rFonts w:cs="Arial"/>
          <w:sz w:val="20"/>
          <w:szCs w:val="20"/>
        </w:rPr>
        <w:t>técnica</w:t>
      </w:r>
      <w:proofErr w:type="spellEnd"/>
      <w:r w:rsidRPr="000D2C63">
        <w:rPr>
          <w:rFonts w:cs="Arial"/>
          <w:sz w:val="20"/>
          <w:szCs w:val="20"/>
        </w:rPr>
        <w:t xml:space="preserve"> y </w:t>
      </w:r>
      <w:proofErr w:type="spellStart"/>
      <w:r w:rsidRPr="000D2C63">
        <w:rPr>
          <w:rFonts w:cs="Arial"/>
          <w:sz w:val="20"/>
          <w:szCs w:val="20"/>
        </w:rPr>
        <w:t>administrativa</w:t>
      </w:r>
      <w:proofErr w:type="spellEnd"/>
      <w:r w:rsidRPr="000D2C63">
        <w:rPr>
          <w:rFonts w:cs="Arial"/>
          <w:sz w:val="20"/>
          <w:szCs w:val="20"/>
        </w:rPr>
        <w:t xml:space="preserve">, las </w:t>
      </w:r>
      <w:proofErr w:type="spellStart"/>
      <w:r w:rsidRPr="000D2C63">
        <w:rPr>
          <w:rFonts w:cs="Arial"/>
          <w:sz w:val="20"/>
          <w:szCs w:val="20"/>
        </w:rPr>
        <w:t>cantidades</w:t>
      </w:r>
      <w:proofErr w:type="spellEnd"/>
      <w:r w:rsidRPr="000D2C63">
        <w:rPr>
          <w:rFonts w:cs="Arial"/>
          <w:sz w:val="20"/>
          <w:szCs w:val="20"/>
        </w:rPr>
        <w:t xml:space="preserve"> de </w:t>
      </w:r>
      <w:proofErr w:type="spellStart"/>
      <w:r w:rsidRPr="000D2C63">
        <w:rPr>
          <w:rFonts w:cs="Arial"/>
          <w:sz w:val="20"/>
          <w:szCs w:val="20"/>
        </w:rPr>
        <w:t>obra</w:t>
      </w:r>
      <w:proofErr w:type="spellEnd"/>
      <w:r w:rsidRPr="000D2C63">
        <w:rPr>
          <w:rFonts w:cs="Arial"/>
          <w:sz w:val="20"/>
          <w:szCs w:val="20"/>
        </w:rPr>
        <w:t xml:space="preserve"> </w:t>
      </w:r>
      <w:proofErr w:type="spellStart"/>
      <w:r w:rsidRPr="000D2C63">
        <w:rPr>
          <w:rFonts w:cs="Arial"/>
          <w:sz w:val="20"/>
          <w:szCs w:val="20"/>
        </w:rPr>
        <w:t>efectivamente</w:t>
      </w:r>
      <w:proofErr w:type="spellEnd"/>
      <w:r w:rsidRPr="000D2C63">
        <w:rPr>
          <w:rFonts w:cs="Arial"/>
          <w:sz w:val="20"/>
          <w:szCs w:val="20"/>
        </w:rPr>
        <w:t xml:space="preserve"> </w:t>
      </w:r>
      <w:proofErr w:type="spellStart"/>
      <w:r w:rsidRPr="000D2C63">
        <w:rPr>
          <w:rFonts w:cs="Arial"/>
          <w:sz w:val="20"/>
          <w:szCs w:val="20"/>
        </w:rPr>
        <w:t>requeridas</w:t>
      </w:r>
      <w:proofErr w:type="spellEnd"/>
      <w:r w:rsidRPr="000D2C63">
        <w:rPr>
          <w:rFonts w:cs="Arial"/>
          <w:sz w:val="20"/>
          <w:szCs w:val="20"/>
        </w:rPr>
        <w:t xml:space="preserve"> y </w:t>
      </w:r>
      <w:proofErr w:type="spellStart"/>
      <w:r w:rsidRPr="000D2C63">
        <w:rPr>
          <w:rFonts w:cs="Arial"/>
          <w:sz w:val="20"/>
          <w:szCs w:val="20"/>
        </w:rPr>
        <w:t>aprobadas</w:t>
      </w:r>
      <w:proofErr w:type="spellEnd"/>
      <w:r w:rsidRPr="000D2C63">
        <w:rPr>
          <w:rFonts w:cs="Arial"/>
          <w:sz w:val="20"/>
          <w:szCs w:val="20"/>
        </w:rPr>
        <w:t xml:space="preserve">, bajo el </w:t>
      </w:r>
      <w:proofErr w:type="spellStart"/>
      <w:r w:rsidRPr="000D2C63">
        <w:rPr>
          <w:rFonts w:cs="Arial"/>
          <w:sz w:val="20"/>
          <w:szCs w:val="20"/>
        </w:rPr>
        <w:t>sistema</w:t>
      </w:r>
      <w:proofErr w:type="spellEnd"/>
      <w:r w:rsidRPr="000D2C63">
        <w:rPr>
          <w:rFonts w:cs="Arial"/>
          <w:sz w:val="20"/>
          <w:szCs w:val="20"/>
        </w:rPr>
        <w:t xml:space="preserve"> de </w:t>
      </w:r>
      <w:proofErr w:type="spellStart"/>
      <w:r w:rsidRPr="000D2C63">
        <w:rPr>
          <w:rFonts w:cs="Arial"/>
          <w:sz w:val="20"/>
          <w:szCs w:val="20"/>
        </w:rPr>
        <w:t>precios</w:t>
      </w:r>
      <w:proofErr w:type="spellEnd"/>
      <w:r w:rsidRPr="000D2C63">
        <w:rPr>
          <w:rFonts w:cs="Arial"/>
          <w:sz w:val="20"/>
          <w:szCs w:val="20"/>
        </w:rPr>
        <w:t xml:space="preserve"> </w:t>
      </w:r>
      <w:proofErr w:type="spellStart"/>
      <w:r w:rsidRPr="000D2C63">
        <w:rPr>
          <w:rFonts w:cs="Arial"/>
          <w:sz w:val="20"/>
          <w:szCs w:val="20"/>
        </w:rPr>
        <w:t>unitarios</w:t>
      </w:r>
      <w:proofErr w:type="spellEnd"/>
      <w:r w:rsidRPr="000D2C63">
        <w:rPr>
          <w:rFonts w:cs="Arial"/>
          <w:sz w:val="20"/>
          <w:szCs w:val="20"/>
        </w:rPr>
        <w:t xml:space="preserve">, hasta </w:t>
      </w:r>
      <w:proofErr w:type="spellStart"/>
      <w:r w:rsidRPr="000D2C63">
        <w:rPr>
          <w:rFonts w:cs="Arial"/>
          <w:sz w:val="20"/>
          <w:szCs w:val="20"/>
        </w:rPr>
        <w:t>su</w:t>
      </w:r>
      <w:proofErr w:type="spellEnd"/>
      <w:r w:rsidRPr="000D2C63">
        <w:rPr>
          <w:rFonts w:cs="Arial"/>
          <w:sz w:val="20"/>
          <w:szCs w:val="20"/>
        </w:rPr>
        <w:t xml:space="preserve"> </w:t>
      </w:r>
      <w:proofErr w:type="spellStart"/>
      <w:r w:rsidRPr="000D2C63">
        <w:rPr>
          <w:rFonts w:cs="Arial"/>
          <w:sz w:val="20"/>
          <w:szCs w:val="20"/>
        </w:rPr>
        <w:t>terminación</w:t>
      </w:r>
      <w:proofErr w:type="spellEnd"/>
      <w:r w:rsidRPr="000D2C63">
        <w:rPr>
          <w:rFonts w:cs="Arial"/>
          <w:sz w:val="20"/>
          <w:szCs w:val="20"/>
        </w:rPr>
        <w:t xml:space="preserve"> y </w:t>
      </w:r>
      <w:proofErr w:type="spellStart"/>
      <w:r w:rsidRPr="000D2C63">
        <w:rPr>
          <w:rFonts w:cs="Arial"/>
          <w:sz w:val="20"/>
          <w:szCs w:val="20"/>
        </w:rPr>
        <w:t>recibo</w:t>
      </w:r>
      <w:proofErr w:type="spellEnd"/>
      <w:r w:rsidRPr="000D2C63">
        <w:rPr>
          <w:rFonts w:cs="Arial"/>
          <w:sz w:val="20"/>
          <w:szCs w:val="20"/>
        </w:rPr>
        <w:t xml:space="preserve"> a </w:t>
      </w:r>
      <w:proofErr w:type="spellStart"/>
      <w:r w:rsidRPr="000D2C63">
        <w:rPr>
          <w:rFonts w:cs="Arial"/>
          <w:sz w:val="20"/>
          <w:szCs w:val="20"/>
        </w:rPr>
        <w:t>satisfacción</w:t>
      </w:r>
      <w:proofErr w:type="spellEnd"/>
      <w:r w:rsidRPr="000D2C63">
        <w:rPr>
          <w:rFonts w:cs="Arial"/>
          <w:sz w:val="20"/>
          <w:szCs w:val="20"/>
        </w:rPr>
        <w:t>.</w:t>
      </w:r>
    </w:p>
    <w:p w14:paraId="30D2C03F" w14:textId="77777777" w:rsidR="00932B34" w:rsidRPr="000D2C63" w:rsidRDefault="0020184D">
      <w:pPr>
        <w:spacing w:after="80" w:line="252" w:lineRule="auto"/>
        <w:jc w:val="both"/>
        <w:rPr>
          <w:rFonts w:cs="Arial"/>
          <w:sz w:val="20"/>
          <w:szCs w:val="20"/>
        </w:rPr>
      </w:pPr>
      <w:r w:rsidRPr="000D2C63">
        <w:rPr>
          <w:rFonts w:cs="Arial"/>
          <w:sz w:val="20"/>
          <w:szCs w:val="20"/>
        </w:rPr>
        <w:t xml:space="preserve">Las </w:t>
      </w:r>
      <w:proofErr w:type="spellStart"/>
      <w:r w:rsidRPr="000D2C63">
        <w:rPr>
          <w:rFonts w:cs="Arial"/>
          <w:sz w:val="20"/>
          <w:szCs w:val="20"/>
        </w:rPr>
        <w:t>actividades</w:t>
      </w:r>
      <w:proofErr w:type="spellEnd"/>
      <w:r w:rsidRPr="000D2C63">
        <w:rPr>
          <w:rFonts w:cs="Arial"/>
          <w:sz w:val="20"/>
          <w:szCs w:val="20"/>
        </w:rPr>
        <w:t xml:space="preserve"> </w:t>
      </w:r>
      <w:proofErr w:type="spellStart"/>
      <w:r w:rsidRPr="000D2C63">
        <w:rPr>
          <w:rFonts w:cs="Arial"/>
          <w:sz w:val="20"/>
          <w:szCs w:val="20"/>
        </w:rPr>
        <w:t>objeto</w:t>
      </w:r>
      <w:proofErr w:type="spellEnd"/>
      <w:r w:rsidRPr="000D2C63">
        <w:rPr>
          <w:rFonts w:cs="Arial"/>
          <w:sz w:val="20"/>
          <w:szCs w:val="20"/>
        </w:rPr>
        <w:t xml:space="preserve"> del </w:t>
      </w:r>
      <w:proofErr w:type="spellStart"/>
      <w:r w:rsidRPr="000D2C63">
        <w:rPr>
          <w:rFonts w:cs="Arial"/>
          <w:sz w:val="20"/>
          <w:szCs w:val="20"/>
        </w:rPr>
        <w:t>Contrato</w:t>
      </w:r>
      <w:proofErr w:type="spellEnd"/>
      <w:r w:rsidRPr="000D2C63">
        <w:rPr>
          <w:rFonts w:cs="Arial"/>
          <w:sz w:val="20"/>
          <w:szCs w:val="20"/>
        </w:rPr>
        <w:t xml:space="preserve"> se </w:t>
      </w:r>
      <w:proofErr w:type="spellStart"/>
      <w:r w:rsidRPr="000D2C63">
        <w:rPr>
          <w:rFonts w:cs="Arial"/>
          <w:sz w:val="20"/>
          <w:szCs w:val="20"/>
        </w:rPr>
        <w:t>ejecutarán</w:t>
      </w:r>
      <w:proofErr w:type="spellEnd"/>
      <w:r w:rsidRPr="000D2C63">
        <w:rPr>
          <w:rFonts w:cs="Arial"/>
          <w:sz w:val="20"/>
          <w:szCs w:val="20"/>
        </w:rPr>
        <w:t xml:space="preserve"> </w:t>
      </w:r>
      <w:proofErr w:type="spellStart"/>
      <w:r w:rsidRPr="000D2C63">
        <w:rPr>
          <w:rFonts w:cs="Arial"/>
          <w:sz w:val="20"/>
          <w:szCs w:val="20"/>
        </w:rPr>
        <w:t>en</w:t>
      </w:r>
      <w:proofErr w:type="spellEnd"/>
      <w:r w:rsidRPr="000D2C63">
        <w:rPr>
          <w:rFonts w:cs="Arial"/>
          <w:sz w:val="20"/>
          <w:szCs w:val="20"/>
        </w:rPr>
        <w:t xml:space="preserve"> </w:t>
      </w:r>
      <w:proofErr w:type="spellStart"/>
      <w:r w:rsidRPr="000D2C63">
        <w:rPr>
          <w:rFonts w:cs="Arial"/>
          <w:sz w:val="20"/>
          <w:szCs w:val="20"/>
        </w:rPr>
        <w:t>inmuebles</w:t>
      </w:r>
      <w:proofErr w:type="spellEnd"/>
      <w:r w:rsidRPr="000D2C63">
        <w:rPr>
          <w:rFonts w:cs="Arial"/>
          <w:sz w:val="20"/>
          <w:szCs w:val="20"/>
        </w:rPr>
        <w:t xml:space="preserve"> </w:t>
      </w:r>
      <w:proofErr w:type="spellStart"/>
      <w:r w:rsidRPr="000D2C63">
        <w:rPr>
          <w:rFonts w:cs="Arial"/>
          <w:sz w:val="20"/>
          <w:szCs w:val="20"/>
        </w:rPr>
        <w:t>judiciales</w:t>
      </w:r>
      <w:proofErr w:type="spellEnd"/>
      <w:r w:rsidRPr="000D2C63">
        <w:rPr>
          <w:rFonts w:cs="Arial"/>
          <w:sz w:val="20"/>
          <w:szCs w:val="20"/>
        </w:rPr>
        <w:t xml:space="preserve"> </w:t>
      </w:r>
      <w:proofErr w:type="spellStart"/>
      <w:r w:rsidRPr="000D2C63">
        <w:rPr>
          <w:rFonts w:cs="Arial"/>
          <w:sz w:val="20"/>
          <w:szCs w:val="20"/>
        </w:rPr>
        <w:t>en</w:t>
      </w:r>
      <w:proofErr w:type="spellEnd"/>
      <w:r w:rsidRPr="000D2C63">
        <w:rPr>
          <w:rFonts w:cs="Arial"/>
          <w:sz w:val="20"/>
          <w:szCs w:val="20"/>
        </w:rPr>
        <w:t xml:space="preserve"> </w:t>
      </w:r>
      <w:proofErr w:type="spellStart"/>
      <w:r w:rsidRPr="000D2C63">
        <w:rPr>
          <w:rFonts w:cs="Arial"/>
          <w:sz w:val="20"/>
          <w:szCs w:val="20"/>
        </w:rPr>
        <w:t>funcionamiento</w:t>
      </w:r>
      <w:proofErr w:type="spellEnd"/>
      <w:r w:rsidRPr="000D2C63">
        <w:rPr>
          <w:rFonts w:cs="Arial"/>
          <w:sz w:val="20"/>
          <w:szCs w:val="20"/>
        </w:rPr>
        <w:t xml:space="preserve">. El </w:t>
      </w:r>
      <w:proofErr w:type="spellStart"/>
      <w:r w:rsidRPr="000D2C63">
        <w:rPr>
          <w:rFonts w:cs="Arial"/>
          <w:sz w:val="20"/>
          <w:szCs w:val="20"/>
        </w:rPr>
        <w:t>Contratista</w:t>
      </w:r>
      <w:proofErr w:type="spellEnd"/>
      <w:r w:rsidRPr="000D2C63">
        <w:rPr>
          <w:rFonts w:cs="Arial"/>
          <w:sz w:val="20"/>
          <w:szCs w:val="20"/>
        </w:rPr>
        <w:t xml:space="preserve"> </w:t>
      </w:r>
      <w:proofErr w:type="spellStart"/>
      <w:r w:rsidRPr="000D2C63">
        <w:rPr>
          <w:rFonts w:cs="Arial"/>
          <w:sz w:val="20"/>
          <w:szCs w:val="20"/>
        </w:rPr>
        <w:t>deberá</w:t>
      </w:r>
      <w:proofErr w:type="spellEnd"/>
      <w:r w:rsidRPr="000D2C63">
        <w:rPr>
          <w:rFonts w:cs="Arial"/>
          <w:sz w:val="20"/>
          <w:szCs w:val="20"/>
        </w:rPr>
        <w:t xml:space="preserve"> </w:t>
      </w:r>
      <w:proofErr w:type="spellStart"/>
      <w:r w:rsidRPr="000D2C63">
        <w:rPr>
          <w:rFonts w:cs="Arial"/>
          <w:sz w:val="20"/>
          <w:szCs w:val="20"/>
        </w:rPr>
        <w:t>programar</w:t>
      </w:r>
      <w:proofErr w:type="spellEnd"/>
      <w:r w:rsidRPr="000D2C63">
        <w:rPr>
          <w:rFonts w:cs="Arial"/>
          <w:sz w:val="20"/>
          <w:szCs w:val="20"/>
        </w:rPr>
        <w:t xml:space="preserve">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trabajos</w:t>
      </w:r>
      <w:proofErr w:type="spellEnd"/>
      <w:r w:rsidRPr="000D2C63">
        <w:rPr>
          <w:rFonts w:cs="Arial"/>
          <w:sz w:val="20"/>
          <w:szCs w:val="20"/>
        </w:rPr>
        <w:t xml:space="preserve"> de </w:t>
      </w:r>
      <w:proofErr w:type="spellStart"/>
      <w:r w:rsidRPr="000D2C63">
        <w:rPr>
          <w:rFonts w:cs="Arial"/>
          <w:sz w:val="20"/>
          <w:szCs w:val="20"/>
        </w:rPr>
        <w:t>manera</w:t>
      </w:r>
      <w:proofErr w:type="spellEnd"/>
      <w:r w:rsidRPr="000D2C63">
        <w:rPr>
          <w:rFonts w:cs="Arial"/>
          <w:sz w:val="20"/>
          <w:szCs w:val="20"/>
        </w:rPr>
        <w:t xml:space="preserve"> </w:t>
      </w:r>
      <w:proofErr w:type="spellStart"/>
      <w:r w:rsidRPr="000D2C63">
        <w:rPr>
          <w:rFonts w:cs="Arial"/>
          <w:sz w:val="20"/>
          <w:szCs w:val="20"/>
        </w:rPr>
        <w:t>que</w:t>
      </w:r>
      <w:proofErr w:type="spellEnd"/>
      <w:r w:rsidRPr="000D2C63">
        <w:rPr>
          <w:rFonts w:cs="Arial"/>
          <w:sz w:val="20"/>
          <w:szCs w:val="20"/>
        </w:rPr>
        <w:t xml:space="preserve"> se </w:t>
      </w:r>
      <w:proofErr w:type="spellStart"/>
      <w:r w:rsidRPr="000D2C63">
        <w:rPr>
          <w:rFonts w:cs="Arial"/>
          <w:sz w:val="20"/>
          <w:szCs w:val="20"/>
        </w:rPr>
        <w:t>reduzca</w:t>
      </w:r>
      <w:proofErr w:type="spellEnd"/>
      <w:r w:rsidRPr="000D2C63">
        <w:rPr>
          <w:rFonts w:cs="Arial"/>
          <w:sz w:val="20"/>
          <w:szCs w:val="20"/>
        </w:rPr>
        <w:t xml:space="preserve"> al </w:t>
      </w:r>
      <w:proofErr w:type="spellStart"/>
      <w:r w:rsidRPr="000D2C63">
        <w:rPr>
          <w:rFonts w:cs="Arial"/>
          <w:sz w:val="20"/>
          <w:szCs w:val="20"/>
        </w:rPr>
        <w:t>mínimo</w:t>
      </w:r>
      <w:proofErr w:type="spellEnd"/>
      <w:r w:rsidRPr="000D2C63">
        <w:rPr>
          <w:rFonts w:cs="Arial"/>
          <w:sz w:val="20"/>
          <w:szCs w:val="20"/>
        </w:rPr>
        <w:t xml:space="preserve"> la </w:t>
      </w:r>
      <w:proofErr w:type="spellStart"/>
      <w:r w:rsidRPr="000D2C63">
        <w:rPr>
          <w:rFonts w:cs="Arial"/>
          <w:sz w:val="20"/>
          <w:szCs w:val="20"/>
        </w:rPr>
        <w:t>afectación</w:t>
      </w:r>
      <w:proofErr w:type="spellEnd"/>
      <w:r w:rsidRPr="000D2C63">
        <w:rPr>
          <w:rFonts w:cs="Arial"/>
          <w:sz w:val="20"/>
          <w:szCs w:val="20"/>
        </w:rPr>
        <w:t xml:space="preserve"> del </w:t>
      </w:r>
      <w:proofErr w:type="spellStart"/>
      <w:r w:rsidRPr="000D2C63">
        <w:rPr>
          <w:rFonts w:cs="Arial"/>
          <w:sz w:val="20"/>
          <w:szCs w:val="20"/>
        </w:rPr>
        <w:t>servicio</w:t>
      </w:r>
      <w:proofErr w:type="spellEnd"/>
      <w:r w:rsidRPr="000D2C63">
        <w:rPr>
          <w:rFonts w:cs="Arial"/>
          <w:sz w:val="20"/>
          <w:szCs w:val="20"/>
        </w:rPr>
        <w:t xml:space="preserve"> de </w:t>
      </w:r>
      <w:proofErr w:type="spellStart"/>
      <w:r w:rsidRPr="000D2C63">
        <w:rPr>
          <w:rFonts w:cs="Arial"/>
          <w:sz w:val="20"/>
          <w:szCs w:val="20"/>
        </w:rPr>
        <w:t>administración</w:t>
      </w:r>
      <w:proofErr w:type="spellEnd"/>
      <w:r w:rsidRPr="000D2C63">
        <w:rPr>
          <w:rFonts w:cs="Arial"/>
          <w:sz w:val="20"/>
          <w:szCs w:val="20"/>
        </w:rPr>
        <w:t xml:space="preserve"> de </w:t>
      </w:r>
      <w:proofErr w:type="spellStart"/>
      <w:r w:rsidRPr="000D2C63">
        <w:rPr>
          <w:rFonts w:cs="Arial"/>
          <w:sz w:val="20"/>
          <w:szCs w:val="20"/>
        </w:rPr>
        <w:t>justicia</w:t>
      </w:r>
      <w:proofErr w:type="spellEnd"/>
      <w:r w:rsidRPr="000D2C63">
        <w:rPr>
          <w:rFonts w:cs="Arial"/>
          <w:sz w:val="20"/>
          <w:szCs w:val="20"/>
        </w:rPr>
        <w:t xml:space="preserve"> y </w:t>
      </w:r>
      <w:proofErr w:type="spellStart"/>
      <w:r w:rsidRPr="000D2C63">
        <w:rPr>
          <w:rFonts w:cs="Arial"/>
          <w:sz w:val="20"/>
          <w:szCs w:val="20"/>
        </w:rPr>
        <w:t>atender</w:t>
      </w:r>
      <w:proofErr w:type="spellEnd"/>
      <w:r w:rsidRPr="000D2C63">
        <w:rPr>
          <w:rFonts w:cs="Arial"/>
          <w:sz w:val="20"/>
          <w:szCs w:val="20"/>
        </w:rPr>
        <w:t xml:space="preserve"> las </w:t>
      </w:r>
      <w:proofErr w:type="spellStart"/>
      <w:r w:rsidRPr="000D2C63">
        <w:rPr>
          <w:rFonts w:cs="Arial"/>
          <w:sz w:val="20"/>
          <w:szCs w:val="20"/>
        </w:rPr>
        <w:t>restricciones</w:t>
      </w:r>
      <w:proofErr w:type="spellEnd"/>
      <w:r w:rsidRPr="000D2C63">
        <w:rPr>
          <w:rFonts w:cs="Arial"/>
          <w:sz w:val="20"/>
          <w:szCs w:val="20"/>
        </w:rPr>
        <w:t xml:space="preserve"> de </w:t>
      </w:r>
      <w:proofErr w:type="spellStart"/>
      <w:r w:rsidRPr="000D2C63">
        <w:rPr>
          <w:rFonts w:cs="Arial"/>
          <w:sz w:val="20"/>
          <w:szCs w:val="20"/>
        </w:rPr>
        <w:t>acceso</w:t>
      </w:r>
      <w:proofErr w:type="spellEnd"/>
      <w:r w:rsidRPr="000D2C63">
        <w:rPr>
          <w:rFonts w:cs="Arial"/>
          <w:sz w:val="20"/>
          <w:szCs w:val="20"/>
        </w:rPr>
        <w:t xml:space="preserve">, </w:t>
      </w:r>
      <w:proofErr w:type="spellStart"/>
      <w:r w:rsidRPr="000D2C63">
        <w:rPr>
          <w:rFonts w:cs="Arial"/>
          <w:sz w:val="20"/>
          <w:szCs w:val="20"/>
        </w:rPr>
        <w:t>seguridad</w:t>
      </w:r>
      <w:proofErr w:type="spellEnd"/>
      <w:r w:rsidRPr="000D2C63">
        <w:rPr>
          <w:rFonts w:cs="Arial"/>
          <w:sz w:val="20"/>
          <w:szCs w:val="20"/>
        </w:rPr>
        <w:t xml:space="preserve">, </w:t>
      </w:r>
      <w:proofErr w:type="spellStart"/>
      <w:r w:rsidRPr="000D2C63">
        <w:rPr>
          <w:rFonts w:cs="Arial"/>
          <w:sz w:val="20"/>
          <w:szCs w:val="20"/>
        </w:rPr>
        <w:t>ruido</w:t>
      </w:r>
      <w:proofErr w:type="spellEnd"/>
      <w:r w:rsidRPr="000D2C63">
        <w:rPr>
          <w:rFonts w:cs="Arial"/>
          <w:sz w:val="20"/>
          <w:szCs w:val="20"/>
        </w:rPr>
        <w:t xml:space="preserve">, </w:t>
      </w:r>
      <w:proofErr w:type="spellStart"/>
      <w:r w:rsidRPr="000D2C63">
        <w:rPr>
          <w:rFonts w:cs="Arial"/>
          <w:sz w:val="20"/>
          <w:szCs w:val="20"/>
        </w:rPr>
        <w:t>horarios</w:t>
      </w:r>
      <w:proofErr w:type="spellEnd"/>
      <w:r w:rsidRPr="000D2C63">
        <w:rPr>
          <w:rFonts w:cs="Arial"/>
          <w:sz w:val="20"/>
          <w:szCs w:val="20"/>
        </w:rPr>
        <w:t xml:space="preserve"> y </w:t>
      </w:r>
      <w:proofErr w:type="spellStart"/>
      <w:r w:rsidRPr="000D2C63">
        <w:rPr>
          <w:rFonts w:cs="Arial"/>
          <w:sz w:val="20"/>
          <w:szCs w:val="20"/>
        </w:rPr>
        <w:t>operación</w:t>
      </w:r>
      <w:proofErr w:type="spellEnd"/>
      <w:r w:rsidRPr="000D2C63">
        <w:rPr>
          <w:rFonts w:cs="Arial"/>
          <w:sz w:val="20"/>
          <w:szCs w:val="20"/>
        </w:rPr>
        <w:t xml:space="preserve"> </w:t>
      </w:r>
      <w:proofErr w:type="spellStart"/>
      <w:r w:rsidRPr="000D2C63">
        <w:rPr>
          <w:rFonts w:cs="Arial"/>
          <w:sz w:val="20"/>
          <w:szCs w:val="20"/>
        </w:rPr>
        <w:t>que</w:t>
      </w:r>
      <w:proofErr w:type="spellEnd"/>
      <w:r w:rsidRPr="000D2C63">
        <w:rPr>
          <w:rFonts w:cs="Arial"/>
          <w:sz w:val="20"/>
          <w:szCs w:val="20"/>
        </w:rPr>
        <w:t xml:space="preserve"> </w:t>
      </w:r>
      <w:proofErr w:type="spellStart"/>
      <w:r w:rsidRPr="000D2C63">
        <w:rPr>
          <w:rFonts w:cs="Arial"/>
          <w:sz w:val="20"/>
          <w:szCs w:val="20"/>
        </w:rPr>
        <w:t>impartan</w:t>
      </w:r>
      <w:proofErr w:type="spellEnd"/>
      <w:r w:rsidRPr="000D2C63">
        <w:rPr>
          <w:rFonts w:cs="Arial"/>
          <w:sz w:val="20"/>
          <w:szCs w:val="20"/>
        </w:rPr>
        <w:t xml:space="preserve"> la </w:t>
      </w:r>
      <w:proofErr w:type="spellStart"/>
      <w:r w:rsidRPr="000D2C63">
        <w:rPr>
          <w:rFonts w:cs="Arial"/>
          <w:sz w:val="20"/>
          <w:szCs w:val="20"/>
        </w:rPr>
        <w:t>Entidad</w:t>
      </w:r>
      <w:proofErr w:type="spellEnd"/>
      <w:r w:rsidRPr="000D2C63">
        <w:rPr>
          <w:rFonts w:cs="Arial"/>
          <w:sz w:val="20"/>
          <w:szCs w:val="20"/>
        </w:rPr>
        <w:t xml:space="preserve">, la </w:t>
      </w:r>
      <w:proofErr w:type="spellStart"/>
      <w:r w:rsidRPr="000D2C63">
        <w:rPr>
          <w:rFonts w:cs="Arial"/>
          <w:sz w:val="20"/>
          <w:szCs w:val="20"/>
        </w:rPr>
        <w:t>supervisión</w:t>
      </w:r>
      <w:proofErr w:type="spellEnd"/>
      <w:r w:rsidRPr="000D2C63">
        <w:rPr>
          <w:rFonts w:cs="Arial"/>
          <w:sz w:val="20"/>
          <w:szCs w:val="20"/>
        </w:rPr>
        <w:t xml:space="preserve"> y la </w:t>
      </w:r>
      <w:proofErr w:type="spellStart"/>
      <w:r w:rsidRPr="000D2C63">
        <w:rPr>
          <w:rFonts w:cs="Arial"/>
          <w:sz w:val="20"/>
          <w:szCs w:val="20"/>
        </w:rPr>
        <w:t>interventoría</w:t>
      </w:r>
      <w:proofErr w:type="spellEnd"/>
      <w:r w:rsidRPr="000D2C63">
        <w:rPr>
          <w:rFonts w:cs="Arial"/>
          <w:sz w:val="20"/>
          <w:szCs w:val="20"/>
        </w:rPr>
        <w:t>.</w:t>
      </w:r>
    </w:p>
    <w:p w14:paraId="2025ED82" w14:textId="77777777" w:rsidR="00932B34" w:rsidRPr="000D2C63" w:rsidRDefault="0020184D">
      <w:pPr>
        <w:spacing w:after="80" w:line="252" w:lineRule="auto"/>
        <w:jc w:val="both"/>
        <w:rPr>
          <w:rFonts w:cs="Arial"/>
          <w:sz w:val="20"/>
          <w:szCs w:val="20"/>
        </w:rPr>
      </w:pPr>
      <w:r w:rsidRPr="000D2C63">
        <w:rPr>
          <w:rFonts w:cs="Arial"/>
          <w:sz w:val="20"/>
          <w:szCs w:val="20"/>
        </w:rPr>
        <w:t xml:space="preserve">Las Partes </w:t>
      </w:r>
      <w:proofErr w:type="spellStart"/>
      <w:r w:rsidRPr="000D2C63">
        <w:rPr>
          <w:rFonts w:cs="Arial"/>
          <w:sz w:val="20"/>
          <w:szCs w:val="20"/>
        </w:rPr>
        <w:t>asumen</w:t>
      </w:r>
      <w:proofErr w:type="spellEnd"/>
      <w:r w:rsidRPr="000D2C63">
        <w:rPr>
          <w:rFonts w:cs="Arial"/>
          <w:sz w:val="20"/>
          <w:szCs w:val="20"/>
        </w:rPr>
        <w:t xml:space="preserve">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riesgos</w:t>
      </w:r>
      <w:proofErr w:type="spellEnd"/>
      <w:r w:rsidRPr="000D2C63">
        <w:rPr>
          <w:rFonts w:cs="Arial"/>
          <w:sz w:val="20"/>
          <w:szCs w:val="20"/>
        </w:rPr>
        <w:t xml:space="preserve"> </w:t>
      </w:r>
      <w:proofErr w:type="spellStart"/>
      <w:r w:rsidRPr="000D2C63">
        <w:rPr>
          <w:rFonts w:cs="Arial"/>
          <w:sz w:val="20"/>
          <w:szCs w:val="20"/>
        </w:rPr>
        <w:t>previsibles</w:t>
      </w:r>
      <w:proofErr w:type="spellEnd"/>
      <w:r w:rsidRPr="000D2C63">
        <w:rPr>
          <w:rFonts w:cs="Arial"/>
          <w:sz w:val="20"/>
          <w:szCs w:val="20"/>
        </w:rPr>
        <w:t xml:space="preserve"> </w:t>
      </w:r>
      <w:proofErr w:type="spellStart"/>
      <w:r w:rsidRPr="000D2C63">
        <w:rPr>
          <w:rFonts w:cs="Arial"/>
          <w:sz w:val="20"/>
          <w:szCs w:val="20"/>
        </w:rPr>
        <w:t>identificados</w:t>
      </w:r>
      <w:proofErr w:type="spellEnd"/>
      <w:r w:rsidRPr="000D2C63">
        <w:rPr>
          <w:rFonts w:cs="Arial"/>
          <w:sz w:val="20"/>
          <w:szCs w:val="20"/>
        </w:rPr>
        <w:t xml:space="preserve"> </w:t>
      </w:r>
      <w:proofErr w:type="spellStart"/>
      <w:r w:rsidRPr="000D2C63">
        <w:rPr>
          <w:rFonts w:cs="Arial"/>
          <w:sz w:val="20"/>
          <w:szCs w:val="20"/>
        </w:rPr>
        <w:t>en</w:t>
      </w:r>
      <w:proofErr w:type="spellEnd"/>
      <w:r w:rsidRPr="000D2C63">
        <w:rPr>
          <w:rFonts w:cs="Arial"/>
          <w:sz w:val="20"/>
          <w:szCs w:val="20"/>
        </w:rPr>
        <w:t xml:space="preserve"> la </w:t>
      </w:r>
      <w:proofErr w:type="spellStart"/>
      <w:r w:rsidRPr="000D2C63">
        <w:rPr>
          <w:rFonts w:cs="Arial"/>
          <w:sz w:val="20"/>
          <w:szCs w:val="20"/>
        </w:rPr>
        <w:t>Matriz</w:t>
      </w:r>
      <w:proofErr w:type="spellEnd"/>
      <w:r w:rsidRPr="000D2C63">
        <w:rPr>
          <w:rFonts w:cs="Arial"/>
          <w:sz w:val="20"/>
          <w:szCs w:val="20"/>
        </w:rPr>
        <w:t xml:space="preserve"> de </w:t>
      </w:r>
      <w:proofErr w:type="spellStart"/>
      <w:r w:rsidRPr="000D2C63">
        <w:rPr>
          <w:rFonts w:cs="Arial"/>
          <w:sz w:val="20"/>
          <w:szCs w:val="20"/>
        </w:rPr>
        <w:t>Riesgos</w:t>
      </w:r>
      <w:proofErr w:type="spellEnd"/>
      <w:r w:rsidRPr="000D2C63">
        <w:rPr>
          <w:rFonts w:cs="Arial"/>
          <w:sz w:val="20"/>
          <w:szCs w:val="20"/>
        </w:rPr>
        <w:t xml:space="preserve"> del </w:t>
      </w:r>
      <w:proofErr w:type="spellStart"/>
      <w:r w:rsidRPr="000D2C63">
        <w:rPr>
          <w:rFonts w:cs="Arial"/>
          <w:sz w:val="20"/>
          <w:szCs w:val="20"/>
        </w:rPr>
        <w:t>Proceso</w:t>
      </w:r>
      <w:proofErr w:type="spellEnd"/>
      <w:r w:rsidRPr="000D2C63">
        <w:rPr>
          <w:rFonts w:cs="Arial"/>
          <w:sz w:val="20"/>
          <w:szCs w:val="20"/>
        </w:rPr>
        <w:t xml:space="preserve">, </w:t>
      </w:r>
      <w:proofErr w:type="spellStart"/>
      <w:r w:rsidRPr="000D2C63">
        <w:rPr>
          <w:rFonts w:cs="Arial"/>
          <w:sz w:val="20"/>
          <w:szCs w:val="20"/>
        </w:rPr>
        <w:t>aceptados</w:t>
      </w:r>
      <w:proofErr w:type="spellEnd"/>
      <w:r w:rsidRPr="000D2C63">
        <w:rPr>
          <w:rFonts w:cs="Arial"/>
          <w:sz w:val="20"/>
          <w:szCs w:val="20"/>
        </w:rPr>
        <w:t xml:space="preserve"> </w:t>
      </w:r>
      <w:proofErr w:type="spellStart"/>
      <w:r w:rsidRPr="000D2C63">
        <w:rPr>
          <w:rFonts w:cs="Arial"/>
          <w:sz w:val="20"/>
          <w:szCs w:val="20"/>
        </w:rPr>
        <w:t>por</w:t>
      </w:r>
      <w:proofErr w:type="spellEnd"/>
      <w:r w:rsidRPr="000D2C63">
        <w:rPr>
          <w:rFonts w:cs="Arial"/>
          <w:sz w:val="20"/>
          <w:szCs w:val="20"/>
        </w:rPr>
        <w:t xml:space="preserve"> el </w:t>
      </w:r>
      <w:proofErr w:type="spellStart"/>
      <w:r w:rsidRPr="000D2C63">
        <w:rPr>
          <w:rFonts w:cs="Arial"/>
          <w:sz w:val="20"/>
          <w:szCs w:val="20"/>
        </w:rPr>
        <w:t>Contratista</w:t>
      </w:r>
      <w:proofErr w:type="spellEnd"/>
      <w:r w:rsidRPr="000D2C63">
        <w:rPr>
          <w:rFonts w:cs="Arial"/>
          <w:sz w:val="20"/>
          <w:szCs w:val="20"/>
        </w:rPr>
        <w:t xml:space="preserve"> con la </w:t>
      </w:r>
      <w:proofErr w:type="spellStart"/>
      <w:r w:rsidRPr="000D2C63">
        <w:rPr>
          <w:rFonts w:cs="Arial"/>
          <w:sz w:val="20"/>
          <w:szCs w:val="20"/>
        </w:rPr>
        <w:t>presentación</w:t>
      </w:r>
      <w:proofErr w:type="spellEnd"/>
      <w:r w:rsidRPr="000D2C63">
        <w:rPr>
          <w:rFonts w:cs="Arial"/>
          <w:sz w:val="20"/>
          <w:szCs w:val="20"/>
        </w:rPr>
        <w:t xml:space="preserve"> de </w:t>
      </w:r>
      <w:proofErr w:type="spellStart"/>
      <w:r w:rsidRPr="000D2C63">
        <w:rPr>
          <w:rFonts w:cs="Arial"/>
          <w:sz w:val="20"/>
          <w:szCs w:val="20"/>
        </w:rPr>
        <w:t>su</w:t>
      </w:r>
      <w:proofErr w:type="spellEnd"/>
      <w:r w:rsidRPr="000D2C63">
        <w:rPr>
          <w:rFonts w:cs="Arial"/>
          <w:sz w:val="20"/>
          <w:szCs w:val="20"/>
        </w:rPr>
        <w:t xml:space="preserve"> </w:t>
      </w:r>
      <w:proofErr w:type="spellStart"/>
      <w:r w:rsidRPr="000D2C63">
        <w:rPr>
          <w:rFonts w:cs="Arial"/>
          <w:sz w:val="20"/>
          <w:szCs w:val="20"/>
        </w:rPr>
        <w:t>oferta</w:t>
      </w:r>
      <w:proofErr w:type="spellEnd"/>
      <w:r w:rsidRPr="000D2C63">
        <w:rPr>
          <w:rFonts w:cs="Arial"/>
          <w:sz w:val="20"/>
          <w:szCs w:val="20"/>
        </w:rPr>
        <w:t>.</w:t>
      </w:r>
    </w:p>
    <w:p w14:paraId="6A1545AD" w14:textId="77777777" w:rsidR="00932B34" w:rsidRPr="000D2C63" w:rsidRDefault="0020184D">
      <w:pPr>
        <w:keepNext/>
        <w:spacing w:before="140" w:after="80" w:line="252" w:lineRule="auto"/>
        <w:rPr>
          <w:rFonts w:cs="Arial"/>
          <w:sz w:val="20"/>
          <w:szCs w:val="20"/>
        </w:rPr>
      </w:pPr>
      <w:r w:rsidRPr="000D2C63">
        <w:rPr>
          <w:rFonts w:cs="Arial"/>
          <w:b/>
          <w:sz w:val="20"/>
          <w:szCs w:val="20"/>
        </w:rPr>
        <w:t>CLÁUSULA 4. PLAZO DEL CONTRATO</w:t>
      </w:r>
    </w:p>
    <w:p w14:paraId="4D1EF98E" w14:textId="04D6EE62" w:rsidR="00932B34" w:rsidRPr="000D2C63" w:rsidRDefault="0020184D">
      <w:pPr>
        <w:spacing w:after="80" w:line="252" w:lineRule="auto"/>
        <w:jc w:val="both"/>
        <w:rPr>
          <w:rFonts w:cs="Arial"/>
          <w:sz w:val="20"/>
          <w:szCs w:val="20"/>
        </w:rPr>
      </w:pPr>
      <w:r w:rsidRPr="000D2C63">
        <w:rPr>
          <w:rFonts w:cs="Arial"/>
          <w:sz w:val="20"/>
          <w:szCs w:val="20"/>
        </w:rPr>
        <w:t xml:space="preserve">El </w:t>
      </w:r>
      <w:proofErr w:type="spellStart"/>
      <w:r w:rsidRPr="000D2C63">
        <w:rPr>
          <w:rFonts w:cs="Arial"/>
          <w:sz w:val="20"/>
          <w:szCs w:val="20"/>
        </w:rPr>
        <w:t>plazo</w:t>
      </w:r>
      <w:proofErr w:type="spellEnd"/>
      <w:r w:rsidRPr="000D2C63">
        <w:rPr>
          <w:rFonts w:cs="Arial"/>
          <w:sz w:val="20"/>
          <w:szCs w:val="20"/>
        </w:rPr>
        <w:t xml:space="preserve"> de </w:t>
      </w:r>
      <w:proofErr w:type="spellStart"/>
      <w:r w:rsidRPr="000D2C63">
        <w:rPr>
          <w:rFonts w:cs="Arial"/>
          <w:sz w:val="20"/>
          <w:szCs w:val="20"/>
        </w:rPr>
        <w:t>ejecución</w:t>
      </w:r>
      <w:proofErr w:type="spellEnd"/>
      <w:r w:rsidRPr="000D2C63">
        <w:rPr>
          <w:rFonts w:cs="Arial"/>
          <w:sz w:val="20"/>
          <w:szCs w:val="20"/>
        </w:rPr>
        <w:t xml:space="preserve"> del </w:t>
      </w:r>
      <w:proofErr w:type="spellStart"/>
      <w:r w:rsidRPr="000D2C63">
        <w:rPr>
          <w:rFonts w:cs="Arial"/>
          <w:sz w:val="20"/>
          <w:szCs w:val="20"/>
        </w:rPr>
        <w:t>Contrato</w:t>
      </w:r>
      <w:proofErr w:type="spellEnd"/>
      <w:r w:rsidRPr="000D2C63">
        <w:rPr>
          <w:rFonts w:cs="Arial"/>
          <w:sz w:val="20"/>
          <w:szCs w:val="20"/>
        </w:rPr>
        <w:t xml:space="preserve"> </w:t>
      </w:r>
      <w:proofErr w:type="spellStart"/>
      <w:r w:rsidRPr="000D2C63">
        <w:rPr>
          <w:rFonts w:cs="Arial"/>
          <w:sz w:val="20"/>
          <w:szCs w:val="20"/>
        </w:rPr>
        <w:t>será</w:t>
      </w:r>
      <w:proofErr w:type="spellEnd"/>
      <w:r w:rsidRPr="000D2C63">
        <w:rPr>
          <w:rFonts w:cs="Arial"/>
          <w:sz w:val="20"/>
          <w:szCs w:val="20"/>
        </w:rPr>
        <w:t xml:space="preserve"> de </w:t>
      </w:r>
      <w:r w:rsidR="00EF5018" w:rsidRPr="000D2C63">
        <w:rPr>
          <w:rFonts w:cs="Arial"/>
          <w:sz w:val="20"/>
          <w:szCs w:val="20"/>
        </w:rPr>
        <w:t>XXXXXX</w:t>
      </w:r>
      <w:r w:rsidRPr="000D2C63">
        <w:rPr>
          <w:rFonts w:cs="Arial"/>
          <w:sz w:val="20"/>
          <w:szCs w:val="20"/>
        </w:rPr>
        <w:t xml:space="preserve"> (</w:t>
      </w:r>
      <w:r w:rsidR="00EF5018" w:rsidRPr="000D2C63">
        <w:rPr>
          <w:rFonts w:cs="Arial"/>
          <w:sz w:val="20"/>
          <w:szCs w:val="20"/>
        </w:rPr>
        <w:t>xx</w:t>
      </w:r>
      <w:r w:rsidRPr="000D2C63">
        <w:rPr>
          <w:rFonts w:cs="Arial"/>
          <w:sz w:val="20"/>
          <w:szCs w:val="20"/>
        </w:rPr>
        <w:t xml:space="preserve">) DÍAS CALENDARIO, </w:t>
      </w:r>
      <w:proofErr w:type="spellStart"/>
      <w:r w:rsidRPr="000D2C63">
        <w:rPr>
          <w:rFonts w:cs="Arial"/>
          <w:sz w:val="20"/>
          <w:szCs w:val="20"/>
        </w:rPr>
        <w:t>contados</w:t>
      </w:r>
      <w:proofErr w:type="spellEnd"/>
      <w:r w:rsidRPr="000D2C63">
        <w:rPr>
          <w:rFonts w:cs="Arial"/>
          <w:sz w:val="20"/>
          <w:szCs w:val="20"/>
        </w:rPr>
        <w:t xml:space="preserve"> a </w:t>
      </w:r>
      <w:proofErr w:type="spellStart"/>
      <w:r w:rsidRPr="000D2C63">
        <w:rPr>
          <w:rFonts w:cs="Arial"/>
          <w:sz w:val="20"/>
          <w:szCs w:val="20"/>
        </w:rPr>
        <w:t>partir</w:t>
      </w:r>
      <w:proofErr w:type="spellEnd"/>
      <w:r w:rsidRPr="000D2C63">
        <w:rPr>
          <w:rFonts w:cs="Arial"/>
          <w:sz w:val="20"/>
          <w:szCs w:val="20"/>
        </w:rPr>
        <w:t xml:space="preserve"> de la </w:t>
      </w:r>
      <w:proofErr w:type="spellStart"/>
      <w:r w:rsidRPr="000D2C63">
        <w:rPr>
          <w:rFonts w:cs="Arial"/>
          <w:sz w:val="20"/>
          <w:szCs w:val="20"/>
        </w:rPr>
        <w:t>suscripción</w:t>
      </w:r>
      <w:proofErr w:type="spellEnd"/>
      <w:r w:rsidRPr="000D2C63">
        <w:rPr>
          <w:rFonts w:cs="Arial"/>
          <w:sz w:val="20"/>
          <w:szCs w:val="20"/>
        </w:rPr>
        <w:t xml:space="preserve"> del Acta de </w:t>
      </w:r>
      <w:proofErr w:type="spellStart"/>
      <w:r w:rsidRPr="000D2C63">
        <w:rPr>
          <w:rFonts w:cs="Arial"/>
          <w:sz w:val="20"/>
          <w:szCs w:val="20"/>
        </w:rPr>
        <w:t>Inicio</w:t>
      </w:r>
      <w:proofErr w:type="spellEnd"/>
      <w:r w:rsidRPr="000D2C63">
        <w:rPr>
          <w:rFonts w:cs="Arial"/>
          <w:sz w:val="20"/>
          <w:szCs w:val="20"/>
        </w:rPr>
        <w:t>,</w:t>
      </w:r>
      <w:r w:rsidR="00EF5018" w:rsidRPr="000D2C63">
        <w:rPr>
          <w:rFonts w:cs="Arial"/>
          <w:sz w:val="20"/>
          <w:szCs w:val="20"/>
        </w:rPr>
        <w:t xml:space="preserve"> hasta el </w:t>
      </w:r>
      <w:proofErr w:type="spellStart"/>
      <w:r w:rsidR="00EF5018" w:rsidRPr="000D2C63">
        <w:rPr>
          <w:rFonts w:cs="Arial"/>
          <w:sz w:val="20"/>
          <w:szCs w:val="20"/>
        </w:rPr>
        <w:t>dia</w:t>
      </w:r>
      <w:proofErr w:type="spellEnd"/>
      <w:r w:rsidR="00EF5018" w:rsidRPr="000D2C63">
        <w:rPr>
          <w:rFonts w:cs="Arial"/>
          <w:sz w:val="20"/>
          <w:szCs w:val="20"/>
        </w:rPr>
        <w:t xml:space="preserve"> 30 de </w:t>
      </w:r>
      <w:proofErr w:type="spellStart"/>
      <w:r w:rsidR="00EF5018" w:rsidRPr="000D2C63">
        <w:rPr>
          <w:rFonts w:cs="Arial"/>
          <w:sz w:val="20"/>
          <w:szCs w:val="20"/>
        </w:rPr>
        <w:t>diciembre</w:t>
      </w:r>
      <w:proofErr w:type="spellEnd"/>
      <w:r w:rsidR="00EF5018" w:rsidRPr="000D2C63">
        <w:rPr>
          <w:rFonts w:cs="Arial"/>
          <w:sz w:val="20"/>
          <w:szCs w:val="20"/>
        </w:rPr>
        <w:t xml:space="preserve"> de 2026, </w:t>
      </w:r>
      <w:proofErr w:type="spellStart"/>
      <w:r w:rsidRPr="000D2C63">
        <w:rPr>
          <w:rFonts w:cs="Arial"/>
          <w:sz w:val="20"/>
          <w:szCs w:val="20"/>
        </w:rPr>
        <w:t>previo</w:t>
      </w:r>
      <w:proofErr w:type="spellEnd"/>
      <w:r w:rsidRPr="000D2C63">
        <w:rPr>
          <w:rFonts w:cs="Arial"/>
          <w:sz w:val="20"/>
          <w:szCs w:val="20"/>
        </w:rPr>
        <w:t xml:space="preserve"> </w:t>
      </w:r>
      <w:proofErr w:type="spellStart"/>
      <w:r w:rsidRPr="000D2C63">
        <w:rPr>
          <w:rFonts w:cs="Arial"/>
          <w:sz w:val="20"/>
          <w:szCs w:val="20"/>
        </w:rPr>
        <w:t>cumplimiento</w:t>
      </w:r>
      <w:proofErr w:type="spellEnd"/>
      <w:r w:rsidRPr="000D2C63">
        <w:rPr>
          <w:rFonts w:cs="Arial"/>
          <w:sz w:val="20"/>
          <w:szCs w:val="20"/>
        </w:rPr>
        <w:t xml:space="preserve"> de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requisitos</w:t>
      </w:r>
      <w:proofErr w:type="spellEnd"/>
      <w:r w:rsidRPr="000D2C63">
        <w:rPr>
          <w:rFonts w:cs="Arial"/>
          <w:sz w:val="20"/>
          <w:szCs w:val="20"/>
        </w:rPr>
        <w:t xml:space="preserve"> de </w:t>
      </w:r>
      <w:proofErr w:type="spellStart"/>
      <w:r w:rsidRPr="000D2C63">
        <w:rPr>
          <w:rFonts w:cs="Arial"/>
          <w:sz w:val="20"/>
          <w:szCs w:val="20"/>
        </w:rPr>
        <w:t>perfeccionamiento</w:t>
      </w:r>
      <w:proofErr w:type="spellEnd"/>
      <w:r w:rsidRPr="000D2C63">
        <w:rPr>
          <w:rFonts w:cs="Arial"/>
          <w:sz w:val="20"/>
          <w:szCs w:val="20"/>
        </w:rPr>
        <w:t xml:space="preserve"> y </w:t>
      </w:r>
      <w:proofErr w:type="spellStart"/>
      <w:r w:rsidRPr="000D2C63">
        <w:rPr>
          <w:rFonts w:cs="Arial"/>
          <w:sz w:val="20"/>
          <w:szCs w:val="20"/>
        </w:rPr>
        <w:t>ejecución</w:t>
      </w:r>
      <w:proofErr w:type="spellEnd"/>
      <w:r w:rsidRPr="000D2C63">
        <w:rPr>
          <w:rFonts w:cs="Arial"/>
          <w:sz w:val="20"/>
          <w:szCs w:val="20"/>
        </w:rPr>
        <w:t xml:space="preserve">, </w:t>
      </w:r>
      <w:proofErr w:type="spellStart"/>
      <w:r w:rsidRPr="000D2C63">
        <w:rPr>
          <w:rFonts w:cs="Arial"/>
          <w:sz w:val="20"/>
          <w:szCs w:val="20"/>
        </w:rPr>
        <w:t>aprobación</w:t>
      </w:r>
      <w:proofErr w:type="spellEnd"/>
      <w:r w:rsidRPr="000D2C63">
        <w:rPr>
          <w:rFonts w:cs="Arial"/>
          <w:sz w:val="20"/>
          <w:szCs w:val="20"/>
        </w:rPr>
        <w:t xml:space="preserve"> de las </w:t>
      </w:r>
      <w:proofErr w:type="spellStart"/>
      <w:r w:rsidRPr="000D2C63">
        <w:rPr>
          <w:rFonts w:cs="Arial"/>
          <w:sz w:val="20"/>
          <w:szCs w:val="20"/>
        </w:rPr>
        <w:t>garantías</w:t>
      </w:r>
      <w:proofErr w:type="spellEnd"/>
      <w:r w:rsidRPr="000D2C63">
        <w:rPr>
          <w:rFonts w:cs="Arial"/>
          <w:sz w:val="20"/>
          <w:szCs w:val="20"/>
        </w:rPr>
        <w:t xml:space="preserve"> y </w:t>
      </w:r>
      <w:proofErr w:type="spellStart"/>
      <w:r w:rsidRPr="000D2C63">
        <w:rPr>
          <w:rFonts w:cs="Arial"/>
          <w:sz w:val="20"/>
          <w:szCs w:val="20"/>
        </w:rPr>
        <w:t>expedición</w:t>
      </w:r>
      <w:proofErr w:type="spellEnd"/>
      <w:r w:rsidRPr="000D2C63">
        <w:rPr>
          <w:rFonts w:cs="Arial"/>
          <w:sz w:val="20"/>
          <w:szCs w:val="20"/>
        </w:rPr>
        <w:t xml:space="preserve"> del Registro </w:t>
      </w:r>
      <w:proofErr w:type="spellStart"/>
      <w:r w:rsidRPr="000D2C63">
        <w:rPr>
          <w:rFonts w:cs="Arial"/>
          <w:sz w:val="20"/>
          <w:szCs w:val="20"/>
        </w:rPr>
        <w:t>Presupuestal</w:t>
      </w:r>
      <w:proofErr w:type="spellEnd"/>
      <w:r w:rsidRPr="000D2C63">
        <w:rPr>
          <w:rFonts w:cs="Arial"/>
          <w:sz w:val="20"/>
          <w:szCs w:val="20"/>
        </w:rPr>
        <w:t xml:space="preserve">. En </w:t>
      </w:r>
      <w:proofErr w:type="spellStart"/>
      <w:r w:rsidRPr="000D2C63">
        <w:rPr>
          <w:rFonts w:cs="Arial"/>
          <w:sz w:val="20"/>
          <w:szCs w:val="20"/>
        </w:rPr>
        <w:t>todo</w:t>
      </w:r>
      <w:proofErr w:type="spellEnd"/>
      <w:r w:rsidRPr="000D2C63">
        <w:rPr>
          <w:rFonts w:cs="Arial"/>
          <w:sz w:val="20"/>
          <w:szCs w:val="20"/>
        </w:rPr>
        <w:t xml:space="preserve"> </w:t>
      </w:r>
      <w:proofErr w:type="spellStart"/>
      <w:r w:rsidRPr="000D2C63">
        <w:rPr>
          <w:rFonts w:cs="Arial"/>
          <w:sz w:val="20"/>
          <w:szCs w:val="20"/>
        </w:rPr>
        <w:t>caso</w:t>
      </w:r>
      <w:proofErr w:type="spellEnd"/>
      <w:r w:rsidRPr="000D2C63">
        <w:rPr>
          <w:rFonts w:cs="Arial"/>
          <w:sz w:val="20"/>
          <w:szCs w:val="20"/>
        </w:rPr>
        <w:t xml:space="preserve">, las </w:t>
      </w:r>
      <w:proofErr w:type="spellStart"/>
      <w:r w:rsidRPr="000D2C63">
        <w:rPr>
          <w:rFonts w:cs="Arial"/>
          <w:sz w:val="20"/>
          <w:szCs w:val="20"/>
        </w:rPr>
        <w:t>actividades</w:t>
      </w:r>
      <w:proofErr w:type="spellEnd"/>
      <w:r w:rsidRPr="000D2C63">
        <w:rPr>
          <w:rFonts w:cs="Arial"/>
          <w:sz w:val="20"/>
          <w:szCs w:val="20"/>
        </w:rPr>
        <w:t xml:space="preserve"> </w:t>
      </w:r>
      <w:proofErr w:type="spellStart"/>
      <w:r w:rsidRPr="000D2C63">
        <w:rPr>
          <w:rFonts w:cs="Arial"/>
          <w:sz w:val="20"/>
          <w:szCs w:val="20"/>
        </w:rPr>
        <w:t>contratadas</w:t>
      </w:r>
      <w:proofErr w:type="spellEnd"/>
      <w:r w:rsidRPr="000D2C63">
        <w:rPr>
          <w:rFonts w:cs="Arial"/>
          <w:sz w:val="20"/>
          <w:szCs w:val="20"/>
        </w:rPr>
        <w:t xml:space="preserve"> </w:t>
      </w:r>
      <w:proofErr w:type="spellStart"/>
      <w:r w:rsidRPr="000D2C63">
        <w:rPr>
          <w:rFonts w:cs="Arial"/>
          <w:sz w:val="20"/>
          <w:szCs w:val="20"/>
        </w:rPr>
        <w:t>deberán</w:t>
      </w:r>
      <w:proofErr w:type="spellEnd"/>
      <w:r w:rsidRPr="000D2C63">
        <w:rPr>
          <w:rFonts w:cs="Arial"/>
          <w:sz w:val="20"/>
          <w:szCs w:val="20"/>
        </w:rPr>
        <w:t xml:space="preserve"> </w:t>
      </w:r>
      <w:proofErr w:type="spellStart"/>
      <w:r w:rsidRPr="000D2C63">
        <w:rPr>
          <w:rFonts w:cs="Arial"/>
          <w:sz w:val="20"/>
          <w:szCs w:val="20"/>
        </w:rPr>
        <w:t>ejecutarse</w:t>
      </w:r>
      <w:proofErr w:type="spellEnd"/>
      <w:r w:rsidRPr="000D2C63">
        <w:rPr>
          <w:rFonts w:cs="Arial"/>
          <w:sz w:val="20"/>
          <w:szCs w:val="20"/>
        </w:rPr>
        <w:t xml:space="preserve"> </w:t>
      </w:r>
      <w:proofErr w:type="spellStart"/>
      <w:r w:rsidRPr="000D2C63">
        <w:rPr>
          <w:rFonts w:cs="Arial"/>
          <w:sz w:val="20"/>
          <w:szCs w:val="20"/>
        </w:rPr>
        <w:t>dentro</w:t>
      </w:r>
      <w:proofErr w:type="spellEnd"/>
      <w:r w:rsidRPr="000D2C63">
        <w:rPr>
          <w:rFonts w:cs="Arial"/>
          <w:sz w:val="20"/>
          <w:szCs w:val="20"/>
        </w:rPr>
        <w:t xml:space="preserve"> de la </w:t>
      </w:r>
      <w:proofErr w:type="spellStart"/>
      <w:r w:rsidRPr="000D2C63">
        <w:rPr>
          <w:rFonts w:cs="Arial"/>
          <w:sz w:val="20"/>
          <w:szCs w:val="20"/>
        </w:rPr>
        <w:t>vigencia</w:t>
      </w:r>
      <w:proofErr w:type="spellEnd"/>
      <w:r w:rsidRPr="000D2C63">
        <w:rPr>
          <w:rFonts w:cs="Arial"/>
          <w:sz w:val="20"/>
          <w:szCs w:val="20"/>
        </w:rPr>
        <w:t xml:space="preserve"> fiscal 2026, sin </w:t>
      </w:r>
      <w:proofErr w:type="spellStart"/>
      <w:r w:rsidRPr="000D2C63">
        <w:rPr>
          <w:rFonts w:cs="Arial"/>
          <w:sz w:val="20"/>
          <w:szCs w:val="20"/>
        </w:rPr>
        <w:t>sobrepasar</w:t>
      </w:r>
      <w:proofErr w:type="spellEnd"/>
      <w:r w:rsidRPr="000D2C63">
        <w:rPr>
          <w:rFonts w:cs="Arial"/>
          <w:sz w:val="20"/>
          <w:szCs w:val="20"/>
        </w:rPr>
        <w:t xml:space="preserve"> el 3</w:t>
      </w:r>
      <w:r w:rsidR="00EF5018" w:rsidRPr="000D2C63">
        <w:rPr>
          <w:rFonts w:cs="Arial"/>
          <w:sz w:val="20"/>
          <w:szCs w:val="20"/>
        </w:rPr>
        <w:t>0</w:t>
      </w:r>
      <w:r w:rsidRPr="000D2C63">
        <w:rPr>
          <w:rFonts w:cs="Arial"/>
          <w:sz w:val="20"/>
          <w:szCs w:val="20"/>
        </w:rPr>
        <w:t xml:space="preserve"> de </w:t>
      </w:r>
      <w:proofErr w:type="spellStart"/>
      <w:r w:rsidRPr="000D2C63">
        <w:rPr>
          <w:rFonts w:cs="Arial"/>
          <w:sz w:val="20"/>
          <w:szCs w:val="20"/>
        </w:rPr>
        <w:t>diciembre</w:t>
      </w:r>
      <w:proofErr w:type="spellEnd"/>
      <w:r w:rsidRPr="000D2C63">
        <w:rPr>
          <w:rFonts w:cs="Arial"/>
          <w:sz w:val="20"/>
          <w:szCs w:val="20"/>
        </w:rPr>
        <w:t xml:space="preserve"> de 2026.</w:t>
      </w:r>
    </w:p>
    <w:p w14:paraId="38589228" w14:textId="77777777" w:rsidR="00932B34" w:rsidRPr="000D2C63" w:rsidRDefault="0020184D">
      <w:pPr>
        <w:keepNext/>
        <w:spacing w:before="140" w:after="80" w:line="252" w:lineRule="auto"/>
        <w:rPr>
          <w:rFonts w:cs="Arial"/>
          <w:sz w:val="20"/>
          <w:szCs w:val="20"/>
        </w:rPr>
      </w:pPr>
      <w:r w:rsidRPr="000D2C63">
        <w:rPr>
          <w:rFonts w:cs="Arial"/>
          <w:b/>
          <w:sz w:val="20"/>
          <w:szCs w:val="20"/>
        </w:rPr>
        <w:t>CLÁUSULA 5. VALOR DEL CONTRATO</w:t>
      </w:r>
    </w:p>
    <w:p w14:paraId="38EBCCA4" w14:textId="77777777" w:rsidR="00932B34" w:rsidRPr="000D2C63" w:rsidRDefault="0020184D">
      <w:pPr>
        <w:spacing w:after="80" w:line="252" w:lineRule="auto"/>
        <w:jc w:val="both"/>
        <w:rPr>
          <w:rFonts w:cs="Arial"/>
          <w:sz w:val="20"/>
          <w:szCs w:val="20"/>
        </w:rPr>
      </w:pPr>
      <w:r w:rsidRPr="000D2C63">
        <w:rPr>
          <w:rFonts w:cs="Arial"/>
          <w:sz w:val="20"/>
          <w:szCs w:val="20"/>
        </w:rPr>
        <w:t xml:space="preserve">El valor del </w:t>
      </w:r>
      <w:proofErr w:type="spellStart"/>
      <w:r w:rsidRPr="000D2C63">
        <w:rPr>
          <w:rFonts w:cs="Arial"/>
          <w:sz w:val="20"/>
          <w:szCs w:val="20"/>
        </w:rPr>
        <w:t>Contrato</w:t>
      </w:r>
      <w:proofErr w:type="spellEnd"/>
      <w:r w:rsidRPr="000D2C63">
        <w:rPr>
          <w:rFonts w:cs="Arial"/>
          <w:sz w:val="20"/>
          <w:szCs w:val="20"/>
        </w:rPr>
        <w:t xml:space="preserve"> </w:t>
      </w:r>
      <w:proofErr w:type="spellStart"/>
      <w:r w:rsidRPr="000D2C63">
        <w:rPr>
          <w:rFonts w:cs="Arial"/>
          <w:sz w:val="20"/>
          <w:szCs w:val="20"/>
        </w:rPr>
        <w:t>corresponderá</w:t>
      </w:r>
      <w:proofErr w:type="spellEnd"/>
      <w:r w:rsidRPr="000D2C63">
        <w:rPr>
          <w:rFonts w:cs="Arial"/>
          <w:sz w:val="20"/>
          <w:szCs w:val="20"/>
        </w:rPr>
        <w:t xml:space="preserve"> al valor </w:t>
      </w:r>
      <w:proofErr w:type="gramStart"/>
      <w:r w:rsidRPr="000D2C63">
        <w:rPr>
          <w:rFonts w:cs="Arial"/>
          <w:sz w:val="20"/>
          <w:szCs w:val="20"/>
        </w:rPr>
        <w:t>total</w:t>
      </w:r>
      <w:proofErr w:type="gramEnd"/>
      <w:r w:rsidRPr="000D2C63">
        <w:rPr>
          <w:rFonts w:cs="Arial"/>
          <w:sz w:val="20"/>
          <w:szCs w:val="20"/>
        </w:rPr>
        <w:t xml:space="preserve"> de la </w:t>
      </w:r>
      <w:proofErr w:type="spellStart"/>
      <w:r w:rsidRPr="000D2C63">
        <w:rPr>
          <w:rFonts w:cs="Arial"/>
          <w:sz w:val="20"/>
          <w:szCs w:val="20"/>
        </w:rPr>
        <w:t>oferta</w:t>
      </w:r>
      <w:proofErr w:type="spellEnd"/>
      <w:r w:rsidRPr="000D2C63">
        <w:rPr>
          <w:rFonts w:cs="Arial"/>
          <w:sz w:val="20"/>
          <w:szCs w:val="20"/>
        </w:rPr>
        <w:t xml:space="preserve"> </w:t>
      </w:r>
      <w:proofErr w:type="spellStart"/>
      <w:r w:rsidRPr="000D2C63">
        <w:rPr>
          <w:rFonts w:cs="Arial"/>
          <w:sz w:val="20"/>
          <w:szCs w:val="20"/>
        </w:rPr>
        <w:t>adjudicada</w:t>
      </w:r>
      <w:proofErr w:type="spellEnd"/>
      <w:r w:rsidRPr="000D2C63">
        <w:rPr>
          <w:rFonts w:cs="Arial"/>
          <w:sz w:val="20"/>
          <w:szCs w:val="20"/>
        </w:rPr>
        <w:t xml:space="preserve">, </w:t>
      </w:r>
      <w:proofErr w:type="spellStart"/>
      <w:r w:rsidRPr="000D2C63">
        <w:rPr>
          <w:rFonts w:cs="Arial"/>
          <w:sz w:val="20"/>
          <w:szCs w:val="20"/>
        </w:rPr>
        <w:t>incluido</w:t>
      </w:r>
      <w:proofErr w:type="spellEnd"/>
      <w:r w:rsidRPr="000D2C63">
        <w:rPr>
          <w:rFonts w:cs="Arial"/>
          <w:sz w:val="20"/>
          <w:szCs w:val="20"/>
        </w:rPr>
        <w:t xml:space="preserve"> AIU e IVA </w:t>
      </w:r>
      <w:proofErr w:type="spellStart"/>
      <w:r w:rsidRPr="000D2C63">
        <w:rPr>
          <w:rFonts w:cs="Arial"/>
          <w:sz w:val="20"/>
          <w:szCs w:val="20"/>
        </w:rPr>
        <w:t>sobre</w:t>
      </w:r>
      <w:proofErr w:type="spellEnd"/>
      <w:r w:rsidRPr="000D2C63">
        <w:rPr>
          <w:rFonts w:cs="Arial"/>
          <w:sz w:val="20"/>
          <w:szCs w:val="20"/>
        </w:rPr>
        <w:t xml:space="preserve"> la </w:t>
      </w:r>
      <w:proofErr w:type="spellStart"/>
      <w:r w:rsidRPr="000D2C63">
        <w:rPr>
          <w:rFonts w:cs="Arial"/>
          <w:sz w:val="20"/>
          <w:szCs w:val="20"/>
        </w:rPr>
        <w:t>utilidad</w:t>
      </w:r>
      <w:proofErr w:type="spellEnd"/>
      <w:r w:rsidRPr="000D2C63">
        <w:rPr>
          <w:rFonts w:cs="Arial"/>
          <w:sz w:val="20"/>
          <w:szCs w:val="20"/>
        </w:rPr>
        <w:t xml:space="preserve">, </w:t>
      </w:r>
      <w:proofErr w:type="spellStart"/>
      <w:r w:rsidRPr="000D2C63">
        <w:rPr>
          <w:rFonts w:cs="Arial"/>
          <w:sz w:val="20"/>
          <w:szCs w:val="20"/>
        </w:rPr>
        <w:t>cuando</w:t>
      </w:r>
      <w:proofErr w:type="spellEnd"/>
      <w:r w:rsidRPr="000D2C63">
        <w:rPr>
          <w:rFonts w:cs="Arial"/>
          <w:sz w:val="20"/>
          <w:szCs w:val="20"/>
        </w:rPr>
        <w:t xml:space="preserve"> </w:t>
      </w:r>
      <w:proofErr w:type="spellStart"/>
      <w:r w:rsidRPr="000D2C63">
        <w:rPr>
          <w:rFonts w:cs="Arial"/>
          <w:sz w:val="20"/>
          <w:szCs w:val="20"/>
        </w:rPr>
        <w:t>corresponda</w:t>
      </w:r>
      <w:proofErr w:type="spellEnd"/>
      <w:r w:rsidRPr="000D2C63">
        <w:rPr>
          <w:rFonts w:cs="Arial"/>
          <w:sz w:val="20"/>
          <w:szCs w:val="20"/>
        </w:rPr>
        <w:t xml:space="preserve">, sin </w:t>
      </w:r>
      <w:proofErr w:type="spellStart"/>
      <w:r w:rsidRPr="000D2C63">
        <w:rPr>
          <w:rFonts w:cs="Arial"/>
          <w:sz w:val="20"/>
          <w:szCs w:val="20"/>
        </w:rPr>
        <w:t>exceder</w:t>
      </w:r>
      <w:proofErr w:type="spellEnd"/>
      <w:r w:rsidRPr="000D2C63">
        <w:rPr>
          <w:rFonts w:cs="Arial"/>
          <w:sz w:val="20"/>
          <w:szCs w:val="20"/>
        </w:rPr>
        <w:t xml:space="preserve"> el </w:t>
      </w:r>
      <w:proofErr w:type="spellStart"/>
      <w:r w:rsidRPr="000D2C63">
        <w:rPr>
          <w:rFonts w:cs="Arial"/>
          <w:sz w:val="20"/>
          <w:szCs w:val="20"/>
        </w:rPr>
        <w:t>Presupuesto</w:t>
      </w:r>
      <w:proofErr w:type="spellEnd"/>
      <w:r w:rsidRPr="000D2C63">
        <w:rPr>
          <w:rFonts w:cs="Arial"/>
          <w:sz w:val="20"/>
          <w:szCs w:val="20"/>
        </w:rPr>
        <w:t xml:space="preserve"> </w:t>
      </w:r>
      <w:proofErr w:type="spellStart"/>
      <w:r w:rsidRPr="000D2C63">
        <w:rPr>
          <w:rFonts w:cs="Arial"/>
          <w:sz w:val="20"/>
          <w:szCs w:val="20"/>
        </w:rPr>
        <w:t>Oficial</w:t>
      </w:r>
      <w:proofErr w:type="spellEnd"/>
      <w:r w:rsidRPr="000D2C63">
        <w:rPr>
          <w:rFonts w:cs="Arial"/>
          <w:sz w:val="20"/>
          <w:szCs w:val="20"/>
        </w:rPr>
        <w:t xml:space="preserve"> </w:t>
      </w:r>
      <w:proofErr w:type="spellStart"/>
      <w:r w:rsidRPr="000D2C63">
        <w:rPr>
          <w:rFonts w:cs="Arial"/>
          <w:sz w:val="20"/>
          <w:szCs w:val="20"/>
        </w:rPr>
        <w:t>Estimado</w:t>
      </w:r>
      <w:proofErr w:type="spellEnd"/>
      <w:r w:rsidRPr="000D2C63">
        <w:rPr>
          <w:rFonts w:cs="Arial"/>
          <w:sz w:val="20"/>
          <w:szCs w:val="20"/>
        </w:rPr>
        <w:t xml:space="preserve"> del </w:t>
      </w:r>
      <w:proofErr w:type="spellStart"/>
      <w:r w:rsidRPr="000D2C63">
        <w:rPr>
          <w:rFonts w:cs="Arial"/>
          <w:sz w:val="20"/>
          <w:szCs w:val="20"/>
        </w:rPr>
        <w:t>Proceso</w:t>
      </w:r>
      <w:proofErr w:type="spellEnd"/>
      <w:r w:rsidRPr="000D2C63">
        <w:rPr>
          <w:rFonts w:cs="Arial"/>
          <w:sz w:val="20"/>
          <w:szCs w:val="20"/>
        </w:rPr>
        <w:t>.</w:t>
      </w:r>
    </w:p>
    <w:p w14:paraId="49168DB0" w14:textId="288B660F" w:rsidR="00932B34" w:rsidRPr="000D2C63" w:rsidRDefault="00EF5018">
      <w:pPr>
        <w:spacing w:after="80"/>
        <w:jc w:val="both"/>
        <w:rPr>
          <w:rFonts w:cs="Arial"/>
          <w:sz w:val="20"/>
          <w:szCs w:val="20"/>
        </w:rPr>
      </w:pPr>
      <w:r w:rsidRPr="000D2C63">
        <w:rPr>
          <w:rFonts w:cs="Arial"/>
          <w:b/>
          <w:sz w:val="20"/>
          <w:szCs w:val="20"/>
          <w:shd w:val="clear" w:color="auto" w:fill="FFF2CC"/>
        </w:rPr>
        <w:t xml:space="preserve">MIL SEISCIENTOS CUARENTA MILLONES CUATROCIENTOS TREINTA Y SEIS MIL NOVECIENTOS NOVENTA Y SIETE PESOS ($1.640.436.997) </w:t>
      </w:r>
      <w:proofErr w:type="spellStart"/>
      <w:r w:rsidRPr="000D2C63">
        <w:rPr>
          <w:rFonts w:cs="Arial"/>
          <w:b/>
          <w:sz w:val="20"/>
          <w:szCs w:val="20"/>
          <w:shd w:val="clear" w:color="auto" w:fill="FFF2CC"/>
        </w:rPr>
        <w:t>Incluido</w:t>
      </w:r>
      <w:proofErr w:type="spellEnd"/>
      <w:r w:rsidRPr="000D2C63">
        <w:rPr>
          <w:rFonts w:cs="Arial"/>
          <w:b/>
          <w:sz w:val="20"/>
          <w:szCs w:val="20"/>
          <w:shd w:val="clear" w:color="auto" w:fill="FFF2CC"/>
        </w:rPr>
        <w:t xml:space="preserve"> AIU e IVA, (936.90SMMLV)</w:t>
      </w:r>
    </w:p>
    <w:p w14:paraId="0146782D" w14:textId="77777777" w:rsidR="00932B34" w:rsidRPr="000D2C63" w:rsidRDefault="0020184D">
      <w:pPr>
        <w:spacing w:after="80" w:line="252" w:lineRule="auto"/>
        <w:jc w:val="both"/>
        <w:rPr>
          <w:rFonts w:cs="Arial"/>
          <w:sz w:val="20"/>
          <w:szCs w:val="20"/>
        </w:rPr>
      </w:pPr>
      <w:r w:rsidRPr="000D2C63">
        <w:rPr>
          <w:rFonts w:cs="Arial"/>
          <w:sz w:val="20"/>
          <w:szCs w:val="20"/>
        </w:rPr>
        <w:lastRenderedPageBreak/>
        <w:t xml:space="preserve">El valor </w:t>
      </w:r>
      <w:proofErr w:type="spellStart"/>
      <w:r w:rsidRPr="000D2C63">
        <w:rPr>
          <w:rFonts w:cs="Arial"/>
          <w:sz w:val="20"/>
          <w:szCs w:val="20"/>
        </w:rPr>
        <w:t>comprenderá</w:t>
      </w:r>
      <w:proofErr w:type="spellEnd"/>
      <w:r w:rsidRPr="000D2C63">
        <w:rPr>
          <w:rFonts w:cs="Arial"/>
          <w:sz w:val="20"/>
          <w:szCs w:val="20"/>
        </w:rPr>
        <w:t xml:space="preserve"> </w:t>
      </w:r>
      <w:proofErr w:type="spellStart"/>
      <w:r w:rsidRPr="000D2C63">
        <w:rPr>
          <w:rFonts w:cs="Arial"/>
          <w:sz w:val="20"/>
          <w:szCs w:val="20"/>
        </w:rPr>
        <w:t>todos</w:t>
      </w:r>
      <w:proofErr w:type="spellEnd"/>
      <w:r w:rsidRPr="000D2C63">
        <w:rPr>
          <w:rFonts w:cs="Arial"/>
          <w:sz w:val="20"/>
          <w:szCs w:val="20"/>
        </w:rPr>
        <w:t xml:space="preserve">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costos</w:t>
      </w:r>
      <w:proofErr w:type="spellEnd"/>
      <w:r w:rsidRPr="000D2C63">
        <w:rPr>
          <w:rFonts w:cs="Arial"/>
          <w:sz w:val="20"/>
          <w:szCs w:val="20"/>
        </w:rPr>
        <w:t xml:space="preserve"> </w:t>
      </w:r>
      <w:proofErr w:type="spellStart"/>
      <w:r w:rsidRPr="000D2C63">
        <w:rPr>
          <w:rFonts w:cs="Arial"/>
          <w:sz w:val="20"/>
          <w:szCs w:val="20"/>
        </w:rPr>
        <w:t>directos</w:t>
      </w:r>
      <w:proofErr w:type="spellEnd"/>
      <w:r w:rsidRPr="000D2C63">
        <w:rPr>
          <w:rFonts w:cs="Arial"/>
          <w:sz w:val="20"/>
          <w:szCs w:val="20"/>
        </w:rPr>
        <w:t xml:space="preserve"> e </w:t>
      </w:r>
      <w:proofErr w:type="spellStart"/>
      <w:r w:rsidRPr="000D2C63">
        <w:rPr>
          <w:rFonts w:cs="Arial"/>
          <w:sz w:val="20"/>
          <w:szCs w:val="20"/>
        </w:rPr>
        <w:t>indirectos</w:t>
      </w:r>
      <w:proofErr w:type="spellEnd"/>
      <w:r w:rsidRPr="000D2C63">
        <w:rPr>
          <w:rFonts w:cs="Arial"/>
          <w:sz w:val="20"/>
          <w:szCs w:val="20"/>
        </w:rPr>
        <w:t xml:space="preserve"> </w:t>
      </w:r>
      <w:proofErr w:type="spellStart"/>
      <w:r w:rsidRPr="000D2C63">
        <w:rPr>
          <w:rFonts w:cs="Arial"/>
          <w:sz w:val="20"/>
          <w:szCs w:val="20"/>
        </w:rPr>
        <w:t>necesarios</w:t>
      </w:r>
      <w:proofErr w:type="spellEnd"/>
      <w:r w:rsidRPr="000D2C63">
        <w:rPr>
          <w:rFonts w:cs="Arial"/>
          <w:sz w:val="20"/>
          <w:szCs w:val="20"/>
        </w:rPr>
        <w:t xml:space="preserve"> para la completa y </w:t>
      </w:r>
      <w:proofErr w:type="spellStart"/>
      <w:r w:rsidRPr="000D2C63">
        <w:rPr>
          <w:rFonts w:cs="Arial"/>
          <w:sz w:val="20"/>
          <w:szCs w:val="20"/>
        </w:rPr>
        <w:t>adecuada</w:t>
      </w:r>
      <w:proofErr w:type="spellEnd"/>
      <w:r w:rsidRPr="000D2C63">
        <w:rPr>
          <w:rFonts w:cs="Arial"/>
          <w:sz w:val="20"/>
          <w:szCs w:val="20"/>
        </w:rPr>
        <w:t xml:space="preserve"> </w:t>
      </w:r>
      <w:proofErr w:type="spellStart"/>
      <w:r w:rsidRPr="000D2C63">
        <w:rPr>
          <w:rFonts w:cs="Arial"/>
          <w:sz w:val="20"/>
          <w:szCs w:val="20"/>
        </w:rPr>
        <w:t>ejecución</w:t>
      </w:r>
      <w:proofErr w:type="spellEnd"/>
      <w:r w:rsidRPr="000D2C63">
        <w:rPr>
          <w:rFonts w:cs="Arial"/>
          <w:sz w:val="20"/>
          <w:szCs w:val="20"/>
        </w:rPr>
        <w:t xml:space="preserve"> del </w:t>
      </w:r>
      <w:proofErr w:type="spellStart"/>
      <w:r w:rsidRPr="000D2C63">
        <w:rPr>
          <w:rFonts w:cs="Arial"/>
          <w:sz w:val="20"/>
          <w:szCs w:val="20"/>
        </w:rPr>
        <w:t>objeto</w:t>
      </w:r>
      <w:proofErr w:type="spellEnd"/>
      <w:r w:rsidRPr="000D2C63">
        <w:rPr>
          <w:rFonts w:cs="Arial"/>
          <w:sz w:val="20"/>
          <w:szCs w:val="20"/>
        </w:rPr>
        <w:t xml:space="preserve"> contractual, </w:t>
      </w:r>
      <w:proofErr w:type="spellStart"/>
      <w:r w:rsidRPr="000D2C63">
        <w:rPr>
          <w:rFonts w:cs="Arial"/>
          <w:sz w:val="20"/>
          <w:szCs w:val="20"/>
        </w:rPr>
        <w:t>incluidos</w:t>
      </w:r>
      <w:proofErr w:type="spellEnd"/>
      <w:r w:rsidRPr="000D2C63">
        <w:rPr>
          <w:rFonts w:cs="Arial"/>
          <w:sz w:val="20"/>
          <w:szCs w:val="20"/>
        </w:rPr>
        <w:t xml:space="preserve"> </w:t>
      </w:r>
      <w:proofErr w:type="spellStart"/>
      <w:r w:rsidRPr="000D2C63">
        <w:rPr>
          <w:rFonts w:cs="Arial"/>
          <w:sz w:val="20"/>
          <w:szCs w:val="20"/>
        </w:rPr>
        <w:t>materiales</w:t>
      </w:r>
      <w:proofErr w:type="spellEnd"/>
      <w:r w:rsidRPr="000D2C63">
        <w:rPr>
          <w:rFonts w:cs="Arial"/>
          <w:sz w:val="20"/>
          <w:szCs w:val="20"/>
        </w:rPr>
        <w:t xml:space="preserve">, </w:t>
      </w:r>
      <w:proofErr w:type="spellStart"/>
      <w:r w:rsidRPr="000D2C63">
        <w:rPr>
          <w:rFonts w:cs="Arial"/>
          <w:sz w:val="20"/>
          <w:szCs w:val="20"/>
        </w:rPr>
        <w:t>equipos</w:t>
      </w:r>
      <w:proofErr w:type="spellEnd"/>
      <w:r w:rsidRPr="000D2C63">
        <w:rPr>
          <w:rFonts w:cs="Arial"/>
          <w:sz w:val="20"/>
          <w:szCs w:val="20"/>
        </w:rPr>
        <w:t xml:space="preserve">, </w:t>
      </w:r>
      <w:proofErr w:type="spellStart"/>
      <w:r w:rsidRPr="000D2C63">
        <w:rPr>
          <w:rFonts w:cs="Arial"/>
          <w:sz w:val="20"/>
          <w:szCs w:val="20"/>
        </w:rPr>
        <w:t>herramientas</w:t>
      </w:r>
      <w:proofErr w:type="spellEnd"/>
      <w:r w:rsidRPr="000D2C63">
        <w:rPr>
          <w:rFonts w:cs="Arial"/>
          <w:sz w:val="20"/>
          <w:szCs w:val="20"/>
        </w:rPr>
        <w:t xml:space="preserve">, </w:t>
      </w:r>
      <w:proofErr w:type="spellStart"/>
      <w:r w:rsidRPr="000D2C63">
        <w:rPr>
          <w:rFonts w:cs="Arial"/>
          <w:sz w:val="20"/>
          <w:szCs w:val="20"/>
        </w:rPr>
        <w:t>transporte</w:t>
      </w:r>
      <w:proofErr w:type="spellEnd"/>
      <w:r w:rsidRPr="000D2C63">
        <w:rPr>
          <w:rFonts w:cs="Arial"/>
          <w:sz w:val="20"/>
          <w:szCs w:val="20"/>
        </w:rPr>
        <w:t xml:space="preserve">, mano de </w:t>
      </w:r>
      <w:proofErr w:type="spellStart"/>
      <w:r w:rsidRPr="000D2C63">
        <w:rPr>
          <w:rFonts w:cs="Arial"/>
          <w:sz w:val="20"/>
          <w:szCs w:val="20"/>
        </w:rPr>
        <w:t>obra</w:t>
      </w:r>
      <w:proofErr w:type="spellEnd"/>
      <w:r w:rsidRPr="000D2C63">
        <w:rPr>
          <w:rFonts w:cs="Arial"/>
          <w:sz w:val="20"/>
          <w:szCs w:val="20"/>
        </w:rPr>
        <w:t xml:space="preserve">, </w:t>
      </w:r>
      <w:proofErr w:type="spellStart"/>
      <w:r w:rsidRPr="000D2C63">
        <w:rPr>
          <w:rFonts w:cs="Arial"/>
          <w:sz w:val="20"/>
          <w:szCs w:val="20"/>
        </w:rPr>
        <w:t>trabajos</w:t>
      </w:r>
      <w:proofErr w:type="spellEnd"/>
      <w:r w:rsidRPr="000D2C63">
        <w:rPr>
          <w:rFonts w:cs="Arial"/>
          <w:sz w:val="20"/>
          <w:szCs w:val="20"/>
        </w:rPr>
        <w:t xml:space="preserve"> </w:t>
      </w:r>
      <w:proofErr w:type="spellStart"/>
      <w:r w:rsidRPr="000D2C63">
        <w:rPr>
          <w:rFonts w:cs="Arial"/>
          <w:sz w:val="20"/>
          <w:szCs w:val="20"/>
        </w:rPr>
        <w:t>en</w:t>
      </w:r>
      <w:proofErr w:type="spellEnd"/>
      <w:r w:rsidRPr="000D2C63">
        <w:rPr>
          <w:rFonts w:cs="Arial"/>
          <w:sz w:val="20"/>
          <w:szCs w:val="20"/>
        </w:rPr>
        <w:t xml:space="preserve"> </w:t>
      </w:r>
      <w:proofErr w:type="spellStart"/>
      <w:r w:rsidRPr="000D2C63">
        <w:rPr>
          <w:rFonts w:cs="Arial"/>
          <w:sz w:val="20"/>
          <w:szCs w:val="20"/>
        </w:rPr>
        <w:t>horarios</w:t>
      </w:r>
      <w:proofErr w:type="spellEnd"/>
      <w:r w:rsidRPr="000D2C63">
        <w:rPr>
          <w:rFonts w:cs="Arial"/>
          <w:sz w:val="20"/>
          <w:szCs w:val="20"/>
        </w:rPr>
        <w:t xml:space="preserve"> </w:t>
      </w:r>
      <w:proofErr w:type="spellStart"/>
      <w:r w:rsidRPr="000D2C63">
        <w:rPr>
          <w:rFonts w:cs="Arial"/>
          <w:sz w:val="20"/>
          <w:szCs w:val="20"/>
        </w:rPr>
        <w:t>nocturnos</w:t>
      </w:r>
      <w:proofErr w:type="spellEnd"/>
      <w:r w:rsidRPr="000D2C63">
        <w:rPr>
          <w:rFonts w:cs="Arial"/>
          <w:sz w:val="20"/>
          <w:szCs w:val="20"/>
        </w:rPr>
        <w:t xml:space="preserve"> y/o </w:t>
      </w:r>
      <w:proofErr w:type="spellStart"/>
      <w:r w:rsidRPr="000D2C63">
        <w:rPr>
          <w:rFonts w:cs="Arial"/>
          <w:sz w:val="20"/>
          <w:szCs w:val="20"/>
        </w:rPr>
        <w:t>festivos</w:t>
      </w:r>
      <w:proofErr w:type="spellEnd"/>
      <w:r w:rsidRPr="000D2C63">
        <w:rPr>
          <w:rFonts w:cs="Arial"/>
          <w:sz w:val="20"/>
          <w:szCs w:val="20"/>
        </w:rPr>
        <w:t xml:space="preserve"> </w:t>
      </w:r>
      <w:proofErr w:type="spellStart"/>
      <w:r w:rsidRPr="000D2C63">
        <w:rPr>
          <w:rFonts w:cs="Arial"/>
          <w:sz w:val="20"/>
          <w:szCs w:val="20"/>
        </w:rPr>
        <w:t>cuando</w:t>
      </w:r>
      <w:proofErr w:type="spellEnd"/>
      <w:r w:rsidRPr="000D2C63">
        <w:rPr>
          <w:rFonts w:cs="Arial"/>
          <w:sz w:val="20"/>
          <w:szCs w:val="20"/>
        </w:rPr>
        <w:t xml:space="preserve"> se </w:t>
      </w:r>
      <w:proofErr w:type="spellStart"/>
      <w:r w:rsidRPr="000D2C63">
        <w:rPr>
          <w:rFonts w:cs="Arial"/>
          <w:sz w:val="20"/>
          <w:szCs w:val="20"/>
        </w:rPr>
        <w:t>requieran</w:t>
      </w:r>
      <w:proofErr w:type="spellEnd"/>
      <w:r w:rsidRPr="000D2C63">
        <w:rPr>
          <w:rFonts w:cs="Arial"/>
          <w:sz w:val="20"/>
          <w:szCs w:val="20"/>
        </w:rPr>
        <w:t xml:space="preserve">, </w:t>
      </w:r>
      <w:proofErr w:type="spellStart"/>
      <w:r w:rsidRPr="000D2C63">
        <w:rPr>
          <w:rFonts w:cs="Arial"/>
          <w:sz w:val="20"/>
          <w:szCs w:val="20"/>
        </w:rPr>
        <w:t>costos</w:t>
      </w:r>
      <w:proofErr w:type="spellEnd"/>
      <w:r w:rsidRPr="000D2C63">
        <w:rPr>
          <w:rFonts w:cs="Arial"/>
          <w:sz w:val="20"/>
          <w:szCs w:val="20"/>
        </w:rPr>
        <w:t xml:space="preserve"> </w:t>
      </w:r>
      <w:proofErr w:type="spellStart"/>
      <w:r w:rsidRPr="000D2C63">
        <w:rPr>
          <w:rFonts w:cs="Arial"/>
          <w:sz w:val="20"/>
          <w:szCs w:val="20"/>
        </w:rPr>
        <w:t>administrativos</w:t>
      </w:r>
      <w:proofErr w:type="spellEnd"/>
      <w:r w:rsidRPr="000D2C63">
        <w:rPr>
          <w:rFonts w:cs="Arial"/>
          <w:sz w:val="20"/>
          <w:szCs w:val="20"/>
        </w:rPr>
        <w:t xml:space="preserve">, </w:t>
      </w:r>
      <w:proofErr w:type="spellStart"/>
      <w:r w:rsidRPr="000D2C63">
        <w:rPr>
          <w:rFonts w:cs="Arial"/>
          <w:sz w:val="20"/>
          <w:szCs w:val="20"/>
        </w:rPr>
        <w:t>tributos</w:t>
      </w:r>
      <w:proofErr w:type="spellEnd"/>
      <w:r w:rsidRPr="000D2C63">
        <w:rPr>
          <w:rFonts w:cs="Arial"/>
          <w:sz w:val="20"/>
          <w:szCs w:val="20"/>
        </w:rPr>
        <w:t xml:space="preserve">, </w:t>
      </w:r>
      <w:proofErr w:type="spellStart"/>
      <w:r w:rsidRPr="000D2C63">
        <w:rPr>
          <w:rFonts w:cs="Arial"/>
          <w:sz w:val="20"/>
          <w:szCs w:val="20"/>
        </w:rPr>
        <w:t>tasas</w:t>
      </w:r>
      <w:proofErr w:type="spellEnd"/>
      <w:r w:rsidRPr="000D2C63">
        <w:rPr>
          <w:rFonts w:cs="Arial"/>
          <w:sz w:val="20"/>
          <w:szCs w:val="20"/>
        </w:rPr>
        <w:t xml:space="preserve">, </w:t>
      </w:r>
      <w:proofErr w:type="spellStart"/>
      <w:r w:rsidRPr="000D2C63">
        <w:rPr>
          <w:rFonts w:cs="Arial"/>
          <w:sz w:val="20"/>
          <w:szCs w:val="20"/>
        </w:rPr>
        <w:t>contribuciones</w:t>
      </w:r>
      <w:proofErr w:type="spellEnd"/>
      <w:r w:rsidRPr="000D2C63">
        <w:rPr>
          <w:rFonts w:cs="Arial"/>
          <w:sz w:val="20"/>
          <w:szCs w:val="20"/>
        </w:rPr>
        <w:t xml:space="preserve">, </w:t>
      </w:r>
      <w:proofErr w:type="spellStart"/>
      <w:r w:rsidRPr="000D2C63">
        <w:rPr>
          <w:rFonts w:cs="Arial"/>
          <w:sz w:val="20"/>
          <w:szCs w:val="20"/>
        </w:rPr>
        <w:t>estampillas</w:t>
      </w:r>
      <w:proofErr w:type="spellEnd"/>
      <w:r w:rsidRPr="000D2C63">
        <w:rPr>
          <w:rFonts w:cs="Arial"/>
          <w:sz w:val="20"/>
          <w:szCs w:val="20"/>
        </w:rPr>
        <w:t xml:space="preserve">, </w:t>
      </w:r>
      <w:proofErr w:type="spellStart"/>
      <w:r w:rsidRPr="000D2C63">
        <w:rPr>
          <w:rFonts w:cs="Arial"/>
          <w:sz w:val="20"/>
          <w:szCs w:val="20"/>
        </w:rPr>
        <w:t>garantías</w:t>
      </w:r>
      <w:proofErr w:type="spellEnd"/>
      <w:r w:rsidRPr="000D2C63">
        <w:rPr>
          <w:rFonts w:cs="Arial"/>
          <w:sz w:val="20"/>
          <w:szCs w:val="20"/>
        </w:rPr>
        <w:t xml:space="preserve"> y </w:t>
      </w:r>
      <w:proofErr w:type="spellStart"/>
      <w:r w:rsidRPr="000D2C63">
        <w:rPr>
          <w:rFonts w:cs="Arial"/>
          <w:sz w:val="20"/>
          <w:szCs w:val="20"/>
        </w:rPr>
        <w:t>demás</w:t>
      </w:r>
      <w:proofErr w:type="spellEnd"/>
      <w:r w:rsidRPr="000D2C63">
        <w:rPr>
          <w:rFonts w:cs="Arial"/>
          <w:sz w:val="20"/>
          <w:szCs w:val="20"/>
        </w:rPr>
        <w:t xml:space="preserve"> </w:t>
      </w:r>
      <w:proofErr w:type="spellStart"/>
      <w:r w:rsidRPr="000D2C63">
        <w:rPr>
          <w:rFonts w:cs="Arial"/>
          <w:sz w:val="20"/>
          <w:szCs w:val="20"/>
        </w:rPr>
        <w:t>erogaciones</w:t>
      </w:r>
      <w:proofErr w:type="spellEnd"/>
      <w:r w:rsidRPr="000D2C63">
        <w:rPr>
          <w:rFonts w:cs="Arial"/>
          <w:sz w:val="20"/>
          <w:szCs w:val="20"/>
        </w:rPr>
        <w:t xml:space="preserve"> </w:t>
      </w:r>
      <w:proofErr w:type="spellStart"/>
      <w:r w:rsidRPr="000D2C63">
        <w:rPr>
          <w:rFonts w:cs="Arial"/>
          <w:sz w:val="20"/>
          <w:szCs w:val="20"/>
        </w:rPr>
        <w:t>derivadas</w:t>
      </w:r>
      <w:proofErr w:type="spellEnd"/>
      <w:r w:rsidRPr="000D2C63">
        <w:rPr>
          <w:rFonts w:cs="Arial"/>
          <w:sz w:val="20"/>
          <w:szCs w:val="20"/>
        </w:rPr>
        <w:t xml:space="preserve"> de la </w:t>
      </w:r>
      <w:proofErr w:type="spellStart"/>
      <w:r w:rsidRPr="000D2C63">
        <w:rPr>
          <w:rFonts w:cs="Arial"/>
          <w:sz w:val="20"/>
          <w:szCs w:val="20"/>
        </w:rPr>
        <w:t>legalización</w:t>
      </w:r>
      <w:proofErr w:type="spellEnd"/>
      <w:r w:rsidRPr="000D2C63">
        <w:rPr>
          <w:rFonts w:cs="Arial"/>
          <w:sz w:val="20"/>
          <w:szCs w:val="20"/>
        </w:rPr>
        <w:t xml:space="preserve"> y </w:t>
      </w:r>
      <w:proofErr w:type="spellStart"/>
      <w:r w:rsidRPr="000D2C63">
        <w:rPr>
          <w:rFonts w:cs="Arial"/>
          <w:sz w:val="20"/>
          <w:szCs w:val="20"/>
        </w:rPr>
        <w:t>ejecución</w:t>
      </w:r>
      <w:proofErr w:type="spellEnd"/>
      <w:r w:rsidRPr="000D2C63">
        <w:rPr>
          <w:rFonts w:cs="Arial"/>
          <w:sz w:val="20"/>
          <w:szCs w:val="20"/>
        </w:rPr>
        <w:t xml:space="preserve"> del </w:t>
      </w:r>
      <w:proofErr w:type="spellStart"/>
      <w:r w:rsidRPr="000D2C63">
        <w:rPr>
          <w:rFonts w:cs="Arial"/>
          <w:sz w:val="20"/>
          <w:szCs w:val="20"/>
        </w:rPr>
        <w:t>Contrato</w:t>
      </w:r>
      <w:proofErr w:type="spellEnd"/>
      <w:r w:rsidRPr="000D2C63">
        <w:rPr>
          <w:rFonts w:cs="Arial"/>
          <w:sz w:val="20"/>
          <w:szCs w:val="20"/>
        </w:rPr>
        <w:t>.</w:t>
      </w:r>
    </w:p>
    <w:p w14:paraId="077D04A8" w14:textId="77777777" w:rsidR="00932B34" w:rsidRPr="000D2C63" w:rsidRDefault="0020184D">
      <w:pPr>
        <w:keepNext/>
        <w:spacing w:before="140" w:after="80" w:line="252" w:lineRule="auto"/>
        <w:rPr>
          <w:rFonts w:cs="Arial"/>
          <w:sz w:val="20"/>
          <w:szCs w:val="20"/>
        </w:rPr>
      </w:pPr>
      <w:r w:rsidRPr="000D2C63">
        <w:rPr>
          <w:rFonts w:cs="Arial"/>
          <w:b/>
          <w:sz w:val="20"/>
          <w:szCs w:val="20"/>
        </w:rPr>
        <w:t>CLÁUSULA 6. ANTICIPO O PAGO ANTICIPADO</w:t>
      </w:r>
    </w:p>
    <w:p w14:paraId="62285E3F" w14:textId="77777777" w:rsidR="00932B34" w:rsidRPr="000D2C63" w:rsidRDefault="0020184D">
      <w:pPr>
        <w:spacing w:after="80" w:line="252" w:lineRule="auto"/>
        <w:jc w:val="both"/>
        <w:rPr>
          <w:rFonts w:cs="Arial"/>
          <w:sz w:val="20"/>
          <w:szCs w:val="20"/>
        </w:rPr>
      </w:pPr>
      <w:r w:rsidRPr="000D2C63">
        <w:rPr>
          <w:rFonts w:cs="Arial"/>
          <w:sz w:val="20"/>
          <w:szCs w:val="20"/>
        </w:rPr>
        <w:t xml:space="preserve">Para el </w:t>
      </w:r>
      <w:proofErr w:type="spellStart"/>
      <w:r w:rsidRPr="000D2C63">
        <w:rPr>
          <w:rFonts w:cs="Arial"/>
          <w:sz w:val="20"/>
          <w:szCs w:val="20"/>
        </w:rPr>
        <w:t>presente</w:t>
      </w:r>
      <w:proofErr w:type="spellEnd"/>
      <w:r w:rsidRPr="000D2C63">
        <w:rPr>
          <w:rFonts w:cs="Arial"/>
          <w:sz w:val="20"/>
          <w:szCs w:val="20"/>
        </w:rPr>
        <w:t xml:space="preserve"> </w:t>
      </w:r>
      <w:proofErr w:type="spellStart"/>
      <w:r w:rsidRPr="000D2C63">
        <w:rPr>
          <w:rFonts w:cs="Arial"/>
          <w:sz w:val="20"/>
          <w:szCs w:val="20"/>
        </w:rPr>
        <w:t>Contrato</w:t>
      </w:r>
      <w:proofErr w:type="spellEnd"/>
      <w:r w:rsidRPr="000D2C63">
        <w:rPr>
          <w:rFonts w:cs="Arial"/>
          <w:sz w:val="20"/>
          <w:szCs w:val="20"/>
        </w:rPr>
        <w:t xml:space="preserve"> la </w:t>
      </w:r>
      <w:proofErr w:type="spellStart"/>
      <w:r w:rsidRPr="000D2C63">
        <w:rPr>
          <w:rFonts w:cs="Arial"/>
          <w:sz w:val="20"/>
          <w:szCs w:val="20"/>
        </w:rPr>
        <w:t>Entidad</w:t>
      </w:r>
      <w:proofErr w:type="spellEnd"/>
      <w:r w:rsidRPr="000D2C63">
        <w:rPr>
          <w:rFonts w:cs="Arial"/>
          <w:sz w:val="20"/>
          <w:szCs w:val="20"/>
        </w:rPr>
        <w:t xml:space="preserve"> no </w:t>
      </w:r>
      <w:proofErr w:type="spellStart"/>
      <w:r w:rsidRPr="000D2C63">
        <w:rPr>
          <w:rFonts w:cs="Arial"/>
          <w:sz w:val="20"/>
          <w:szCs w:val="20"/>
        </w:rPr>
        <w:t>entregará</w:t>
      </w:r>
      <w:proofErr w:type="spellEnd"/>
      <w:r w:rsidRPr="000D2C63">
        <w:rPr>
          <w:rFonts w:cs="Arial"/>
          <w:sz w:val="20"/>
          <w:szCs w:val="20"/>
        </w:rPr>
        <w:t xml:space="preserve"> al </w:t>
      </w:r>
      <w:proofErr w:type="spellStart"/>
      <w:r w:rsidRPr="000D2C63">
        <w:rPr>
          <w:rFonts w:cs="Arial"/>
          <w:sz w:val="20"/>
          <w:szCs w:val="20"/>
        </w:rPr>
        <w:t>Contratista</w:t>
      </w:r>
      <w:proofErr w:type="spellEnd"/>
      <w:r w:rsidRPr="000D2C63">
        <w:rPr>
          <w:rFonts w:cs="Arial"/>
          <w:sz w:val="20"/>
          <w:szCs w:val="20"/>
        </w:rPr>
        <w:t xml:space="preserve"> </w:t>
      </w:r>
      <w:proofErr w:type="spellStart"/>
      <w:r w:rsidRPr="000D2C63">
        <w:rPr>
          <w:rFonts w:cs="Arial"/>
          <w:sz w:val="20"/>
          <w:szCs w:val="20"/>
        </w:rPr>
        <w:t>anticipo</w:t>
      </w:r>
      <w:proofErr w:type="spellEnd"/>
      <w:r w:rsidRPr="000D2C63">
        <w:rPr>
          <w:rFonts w:cs="Arial"/>
          <w:sz w:val="20"/>
          <w:szCs w:val="20"/>
        </w:rPr>
        <w:t xml:space="preserve"> </w:t>
      </w:r>
      <w:proofErr w:type="spellStart"/>
      <w:r w:rsidRPr="000D2C63">
        <w:rPr>
          <w:rFonts w:cs="Arial"/>
          <w:sz w:val="20"/>
          <w:szCs w:val="20"/>
        </w:rPr>
        <w:t>ni</w:t>
      </w:r>
      <w:proofErr w:type="spellEnd"/>
      <w:r w:rsidRPr="000D2C63">
        <w:rPr>
          <w:rFonts w:cs="Arial"/>
          <w:sz w:val="20"/>
          <w:szCs w:val="20"/>
        </w:rPr>
        <w:t xml:space="preserve"> </w:t>
      </w:r>
      <w:proofErr w:type="spellStart"/>
      <w:r w:rsidRPr="000D2C63">
        <w:rPr>
          <w:rFonts w:cs="Arial"/>
          <w:sz w:val="20"/>
          <w:szCs w:val="20"/>
        </w:rPr>
        <w:t>pago</w:t>
      </w:r>
      <w:proofErr w:type="spellEnd"/>
      <w:r w:rsidRPr="000D2C63">
        <w:rPr>
          <w:rFonts w:cs="Arial"/>
          <w:sz w:val="20"/>
          <w:szCs w:val="20"/>
        </w:rPr>
        <w:t xml:space="preserve"> </w:t>
      </w:r>
      <w:proofErr w:type="spellStart"/>
      <w:r w:rsidRPr="000D2C63">
        <w:rPr>
          <w:rFonts w:cs="Arial"/>
          <w:sz w:val="20"/>
          <w:szCs w:val="20"/>
        </w:rPr>
        <w:t>anticipado</w:t>
      </w:r>
      <w:proofErr w:type="spellEnd"/>
      <w:r w:rsidRPr="000D2C63">
        <w:rPr>
          <w:rFonts w:cs="Arial"/>
          <w:sz w:val="20"/>
          <w:szCs w:val="20"/>
        </w:rPr>
        <w:t>.</w:t>
      </w:r>
    </w:p>
    <w:p w14:paraId="41B48B96" w14:textId="77777777" w:rsidR="00932B34" w:rsidRPr="000D2C63" w:rsidRDefault="0020184D">
      <w:pPr>
        <w:keepNext/>
        <w:spacing w:before="140" w:after="80" w:line="252" w:lineRule="auto"/>
        <w:rPr>
          <w:rFonts w:cs="Arial"/>
          <w:sz w:val="20"/>
          <w:szCs w:val="20"/>
        </w:rPr>
      </w:pPr>
      <w:r w:rsidRPr="000D2C63">
        <w:rPr>
          <w:rFonts w:cs="Arial"/>
          <w:b/>
          <w:sz w:val="20"/>
          <w:szCs w:val="20"/>
        </w:rPr>
        <w:t>CLÁUSULA 7. APROPIACIÓN PRESUPUESTAL</w:t>
      </w:r>
    </w:p>
    <w:p w14:paraId="465BE2D7" w14:textId="3A201A47" w:rsidR="00932B34" w:rsidRPr="000D2C63" w:rsidRDefault="0020184D">
      <w:pPr>
        <w:spacing w:after="80" w:line="252" w:lineRule="auto"/>
        <w:jc w:val="both"/>
        <w:rPr>
          <w:rFonts w:cs="Arial"/>
          <w:sz w:val="20"/>
          <w:szCs w:val="20"/>
        </w:rPr>
      </w:pPr>
      <w:r w:rsidRPr="000D2C63">
        <w:rPr>
          <w:rFonts w:cs="Arial"/>
          <w:sz w:val="20"/>
          <w:szCs w:val="20"/>
        </w:rPr>
        <w:t xml:space="preserve">El </w:t>
      </w:r>
      <w:proofErr w:type="spellStart"/>
      <w:r w:rsidRPr="000D2C63">
        <w:rPr>
          <w:rFonts w:cs="Arial"/>
          <w:sz w:val="20"/>
          <w:szCs w:val="20"/>
        </w:rPr>
        <w:t>pago</w:t>
      </w:r>
      <w:proofErr w:type="spellEnd"/>
      <w:r w:rsidRPr="000D2C63">
        <w:rPr>
          <w:rFonts w:cs="Arial"/>
          <w:sz w:val="20"/>
          <w:szCs w:val="20"/>
        </w:rPr>
        <w:t xml:space="preserve"> del valor del </w:t>
      </w:r>
      <w:proofErr w:type="spellStart"/>
      <w:r w:rsidRPr="000D2C63">
        <w:rPr>
          <w:rFonts w:cs="Arial"/>
          <w:sz w:val="20"/>
          <w:szCs w:val="20"/>
        </w:rPr>
        <w:t>Contrato</w:t>
      </w:r>
      <w:proofErr w:type="spellEnd"/>
      <w:r w:rsidRPr="000D2C63">
        <w:rPr>
          <w:rFonts w:cs="Arial"/>
          <w:sz w:val="20"/>
          <w:szCs w:val="20"/>
        </w:rPr>
        <w:t xml:space="preserve"> se </w:t>
      </w:r>
      <w:proofErr w:type="spellStart"/>
      <w:r w:rsidRPr="000D2C63">
        <w:rPr>
          <w:rFonts w:cs="Arial"/>
          <w:sz w:val="20"/>
          <w:szCs w:val="20"/>
        </w:rPr>
        <w:t>sujetará</w:t>
      </w:r>
      <w:proofErr w:type="spellEnd"/>
      <w:r w:rsidRPr="000D2C63">
        <w:rPr>
          <w:rFonts w:cs="Arial"/>
          <w:sz w:val="20"/>
          <w:szCs w:val="20"/>
        </w:rPr>
        <w:t xml:space="preserve"> a la </w:t>
      </w:r>
      <w:proofErr w:type="spellStart"/>
      <w:r w:rsidRPr="000D2C63">
        <w:rPr>
          <w:rFonts w:cs="Arial"/>
          <w:sz w:val="20"/>
          <w:szCs w:val="20"/>
        </w:rPr>
        <w:t>apropiación</w:t>
      </w:r>
      <w:proofErr w:type="spellEnd"/>
      <w:r w:rsidRPr="000D2C63">
        <w:rPr>
          <w:rFonts w:cs="Arial"/>
          <w:sz w:val="20"/>
          <w:szCs w:val="20"/>
        </w:rPr>
        <w:t xml:space="preserve"> </w:t>
      </w:r>
      <w:proofErr w:type="spellStart"/>
      <w:r w:rsidRPr="000D2C63">
        <w:rPr>
          <w:rFonts w:cs="Arial"/>
          <w:sz w:val="20"/>
          <w:szCs w:val="20"/>
        </w:rPr>
        <w:t>presupuestal</w:t>
      </w:r>
      <w:proofErr w:type="spellEnd"/>
      <w:r w:rsidRPr="000D2C63">
        <w:rPr>
          <w:rFonts w:cs="Arial"/>
          <w:sz w:val="20"/>
          <w:szCs w:val="20"/>
        </w:rPr>
        <w:t xml:space="preserve"> </w:t>
      </w:r>
      <w:proofErr w:type="spellStart"/>
      <w:r w:rsidRPr="000D2C63">
        <w:rPr>
          <w:rFonts w:cs="Arial"/>
          <w:sz w:val="20"/>
          <w:szCs w:val="20"/>
        </w:rPr>
        <w:t>correspondiente</w:t>
      </w:r>
      <w:proofErr w:type="spellEnd"/>
      <w:r w:rsidRPr="000D2C63">
        <w:rPr>
          <w:rFonts w:cs="Arial"/>
          <w:sz w:val="20"/>
          <w:szCs w:val="20"/>
        </w:rPr>
        <w:t xml:space="preserve"> al </w:t>
      </w:r>
      <w:proofErr w:type="spellStart"/>
      <w:r w:rsidRPr="000D2C63">
        <w:rPr>
          <w:rFonts w:cs="Arial"/>
          <w:sz w:val="20"/>
          <w:szCs w:val="20"/>
        </w:rPr>
        <w:t>proyecto</w:t>
      </w:r>
      <w:proofErr w:type="spellEnd"/>
      <w:r w:rsidRPr="000D2C63">
        <w:rPr>
          <w:rFonts w:cs="Arial"/>
          <w:sz w:val="20"/>
          <w:szCs w:val="20"/>
        </w:rPr>
        <w:t xml:space="preserve"> de </w:t>
      </w:r>
      <w:proofErr w:type="spellStart"/>
      <w:r w:rsidRPr="000D2C63">
        <w:rPr>
          <w:rFonts w:cs="Arial"/>
          <w:sz w:val="20"/>
          <w:szCs w:val="20"/>
        </w:rPr>
        <w:t>inversión</w:t>
      </w:r>
      <w:proofErr w:type="spellEnd"/>
      <w:r w:rsidRPr="000D2C63">
        <w:rPr>
          <w:rFonts w:cs="Arial"/>
          <w:sz w:val="20"/>
          <w:szCs w:val="20"/>
        </w:rPr>
        <w:t xml:space="preserve"> “</w:t>
      </w:r>
      <w:proofErr w:type="spellStart"/>
      <w:r w:rsidRPr="000D2C63">
        <w:rPr>
          <w:rFonts w:cs="Arial"/>
          <w:sz w:val="20"/>
          <w:szCs w:val="20"/>
        </w:rPr>
        <w:t>Modernización</w:t>
      </w:r>
      <w:proofErr w:type="spellEnd"/>
      <w:r w:rsidRPr="000D2C63">
        <w:rPr>
          <w:rFonts w:cs="Arial"/>
          <w:sz w:val="20"/>
          <w:szCs w:val="20"/>
        </w:rPr>
        <w:t xml:space="preserve"> de la </w:t>
      </w:r>
      <w:proofErr w:type="spellStart"/>
      <w:r w:rsidRPr="000D2C63">
        <w:rPr>
          <w:rFonts w:cs="Arial"/>
          <w:sz w:val="20"/>
          <w:szCs w:val="20"/>
        </w:rPr>
        <w:t>infraestructura</w:t>
      </w:r>
      <w:proofErr w:type="spellEnd"/>
      <w:r w:rsidRPr="000D2C63">
        <w:rPr>
          <w:rFonts w:cs="Arial"/>
          <w:sz w:val="20"/>
          <w:szCs w:val="20"/>
        </w:rPr>
        <w:t xml:space="preserve"> </w:t>
      </w:r>
      <w:proofErr w:type="spellStart"/>
      <w:r w:rsidRPr="000D2C63">
        <w:rPr>
          <w:rFonts w:cs="Arial"/>
          <w:sz w:val="20"/>
          <w:szCs w:val="20"/>
        </w:rPr>
        <w:t>física</w:t>
      </w:r>
      <w:proofErr w:type="spellEnd"/>
      <w:r w:rsidRPr="000D2C63">
        <w:rPr>
          <w:rFonts w:cs="Arial"/>
          <w:sz w:val="20"/>
          <w:szCs w:val="20"/>
        </w:rPr>
        <w:t xml:space="preserve"> de la Rama Judicial </w:t>
      </w:r>
      <w:proofErr w:type="spellStart"/>
      <w:r w:rsidRPr="000D2C63">
        <w:rPr>
          <w:rFonts w:cs="Arial"/>
          <w:sz w:val="20"/>
          <w:szCs w:val="20"/>
        </w:rPr>
        <w:t>como</w:t>
      </w:r>
      <w:proofErr w:type="spellEnd"/>
      <w:r w:rsidRPr="000D2C63">
        <w:rPr>
          <w:rFonts w:cs="Arial"/>
          <w:sz w:val="20"/>
          <w:szCs w:val="20"/>
        </w:rPr>
        <w:t xml:space="preserve"> </w:t>
      </w:r>
      <w:proofErr w:type="spellStart"/>
      <w:r w:rsidRPr="000D2C63">
        <w:rPr>
          <w:rFonts w:cs="Arial"/>
          <w:sz w:val="20"/>
          <w:szCs w:val="20"/>
        </w:rPr>
        <w:t>instrumento</w:t>
      </w:r>
      <w:proofErr w:type="spellEnd"/>
      <w:r w:rsidRPr="000D2C63">
        <w:rPr>
          <w:rFonts w:cs="Arial"/>
          <w:sz w:val="20"/>
          <w:szCs w:val="20"/>
        </w:rPr>
        <w:t xml:space="preserve"> </w:t>
      </w:r>
      <w:proofErr w:type="spellStart"/>
      <w:r w:rsidRPr="000D2C63">
        <w:rPr>
          <w:rFonts w:cs="Arial"/>
          <w:sz w:val="20"/>
          <w:szCs w:val="20"/>
        </w:rPr>
        <w:t>estratégico</w:t>
      </w:r>
      <w:proofErr w:type="spellEnd"/>
      <w:r w:rsidRPr="000D2C63">
        <w:rPr>
          <w:rFonts w:cs="Arial"/>
          <w:sz w:val="20"/>
          <w:szCs w:val="20"/>
        </w:rPr>
        <w:t xml:space="preserve"> de </w:t>
      </w:r>
      <w:proofErr w:type="spellStart"/>
      <w:r w:rsidRPr="000D2C63">
        <w:rPr>
          <w:rFonts w:cs="Arial"/>
          <w:sz w:val="20"/>
          <w:szCs w:val="20"/>
        </w:rPr>
        <w:t>acceso</w:t>
      </w:r>
      <w:proofErr w:type="spellEnd"/>
      <w:r w:rsidRPr="000D2C63">
        <w:rPr>
          <w:rFonts w:cs="Arial"/>
          <w:sz w:val="20"/>
          <w:szCs w:val="20"/>
        </w:rPr>
        <w:t xml:space="preserve"> a la </w:t>
      </w:r>
      <w:proofErr w:type="spellStart"/>
      <w:r w:rsidRPr="000D2C63">
        <w:rPr>
          <w:rFonts w:cs="Arial"/>
          <w:sz w:val="20"/>
          <w:szCs w:val="20"/>
        </w:rPr>
        <w:t>justicia</w:t>
      </w:r>
      <w:proofErr w:type="spellEnd"/>
      <w:r w:rsidRPr="000D2C63">
        <w:rPr>
          <w:rFonts w:cs="Arial"/>
          <w:sz w:val="20"/>
          <w:szCs w:val="20"/>
        </w:rPr>
        <w:t xml:space="preserve"> a </w:t>
      </w:r>
      <w:proofErr w:type="spellStart"/>
      <w:r w:rsidRPr="000D2C63">
        <w:rPr>
          <w:rFonts w:cs="Arial"/>
          <w:sz w:val="20"/>
          <w:szCs w:val="20"/>
        </w:rPr>
        <w:t>nivel</w:t>
      </w:r>
      <w:proofErr w:type="spellEnd"/>
      <w:r w:rsidRPr="000D2C63">
        <w:rPr>
          <w:rFonts w:cs="Arial"/>
          <w:sz w:val="20"/>
          <w:szCs w:val="20"/>
        </w:rPr>
        <w:t xml:space="preserve"> </w:t>
      </w:r>
      <w:proofErr w:type="spellStart"/>
      <w:r w:rsidRPr="000D2C63">
        <w:rPr>
          <w:rFonts w:cs="Arial"/>
          <w:sz w:val="20"/>
          <w:szCs w:val="20"/>
        </w:rPr>
        <w:t>nacional</w:t>
      </w:r>
      <w:proofErr w:type="spellEnd"/>
      <w:r w:rsidRPr="000D2C63">
        <w:rPr>
          <w:rFonts w:cs="Arial"/>
          <w:sz w:val="20"/>
          <w:szCs w:val="20"/>
        </w:rPr>
        <w:t xml:space="preserve">”, Código BPIN 202300000000027, y al </w:t>
      </w:r>
      <w:proofErr w:type="spellStart"/>
      <w:r w:rsidRPr="000D2C63">
        <w:rPr>
          <w:rFonts w:cs="Arial"/>
          <w:sz w:val="20"/>
          <w:szCs w:val="20"/>
        </w:rPr>
        <w:t>rubro</w:t>
      </w:r>
      <w:proofErr w:type="spellEnd"/>
      <w:r w:rsidRPr="000D2C63">
        <w:rPr>
          <w:rFonts w:cs="Arial"/>
          <w:sz w:val="20"/>
          <w:szCs w:val="20"/>
        </w:rPr>
        <w:t xml:space="preserve"> </w:t>
      </w:r>
      <w:r w:rsidR="00007CA6" w:rsidRPr="000D2C63">
        <w:rPr>
          <w:rFonts w:cs="Arial"/>
          <w:sz w:val="20"/>
          <w:szCs w:val="20"/>
        </w:rPr>
        <w:t xml:space="preserve">C-2701-0800-37-20111D-2701019- 02 – ADQUISICIÓN DE BIENES Y SERVICIOS - DESPACHOS JUDICIALES ADECUADOS Y DOTADOS - MODERNIZACIÓN DE LA INFRAESTRUCTURA FÍSICA DE LA RAMA JUDICIAL COMO INSTRUMENTO ESTRATÉGICO DE ACCESO A LA JUSTICIA A NIVEL NACIONAL, CDP No.17326 </w:t>
      </w:r>
      <w:proofErr w:type="spellStart"/>
      <w:r w:rsidR="00007CA6" w:rsidRPr="000D2C63">
        <w:rPr>
          <w:rFonts w:cs="Arial"/>
          <w:sz w:val="20"/>
          <w:szCs w:val="20"/>
        </w:rPr>
        <w:t>fecha</w:t>
      </w:r>
      <w:proofErr w:type="spellEnd"/>
      <w:r w:rsidR="00007CA6" w:rsidRPr="000D2C63">
        <w:rPr>
          <w:rFonts w:cs="Arial"/>
          <w:sz w:val="20"/>
          <w:szCs w:val="20"/>
        </w:rPr>
        <w:t xml:space="preserve"> de </w:t>
      </w:r>
      <w:proofErr w:type="spellStart"/>
      <w:r w:rsidR="00007CA6" w:rsidRPr="000D2C63">
        <w:rPr>
          <w:rFonts w:cs="Arial"/>
          <w:sz w:val="20"/>
          <w:szCs w:val="20"/>
        </w:rPr>
        <w:t>expedición</w:t>
      </w:r>
      <w:proofErr w:type="spellEnd"/>
      <w:r w:rsidR="00007CA6" w:rsidRPr="000D2C63">
        <w:rPr>
          <w:rFonts w:cs="Arial"/>
          <w:sz w:val="20"/>
          <w:szCs w:val="20"/>
        </w:rPr>
        <w:t xml:space="preserve"> 9/10/2026 </w:t>
      </w:r>
      <w:proofErr w:type="spellStart"/>
      <w:r w:rsidR="00007CA6" w:rsidRPr="000D2C63">
        <w:rPr>
          <w:rFonts w:cs="Arial"/>
          <w:sz w:val="20"/>
          <w:szCs w:val="20"/>
        </w:rPr>
        <w:t>Recurso</w:t>
      </w:r>
      <w:proofErr w:type="spellEnd"/>
      <w:r w:rsidR="00007CA6" w:rsidRPr="000D2C63">
        <w:rPr>
          <w:rFonts w:cs="Arial"/>
          <w:sz w:val="20"/>
          <w:szCs w:val="20"/>
        </w:rPr>
        <w:t xml:space="preserve"> 16 CSF Unidad </w:t>
      </w:r>
      <w:proofErr w:type="spellStart"/>
      <w:r w:rsidR="00007CA6" w:rsidRPr="000D2C63">
        <w:rPr>
          <w:rFonts w:cs="Arial"/>
          <w:sz w:val="20"/>
          <w:szCs w:val="20"/>
        </w:rPr>
        <w:t>Ejecutora</w:t>
      </w:r>
      <w:proofErr w:type="spellEnd"/>
      <w:r w:rsidR="00007CA6" w:rsidRPr="000D2C63">
        <w:rPr>
          <w:rFonts w:cs="Arial"/>
          <w:sz w:val="20"/>
          <w:szCs w:val="20"/>
        </w:rPr>
        <w:t xml:space="preserve"> 27-01-01-227. </w:t>
      </w:r>
    </w:p>
    <w:p w14:paraId="5F4DDAFA" w14:textId="77777777" w:rsidR="00932B34" w:rsidRPr="000D2C63" w:rsidRDefault="0020184D">
      <w:pPr>
        <w:keepNext/>
        <w:spacing w:before="140" w:after="80" w:line="252" w:lineRule="auto"/>
        <w:rPr>
          <w:rFonts w:cs="Arial"/>
          <w:sz w:val="20"/>
          <w:szCs w:val="20"/>
        </w:rPr>
      </w:pPr>
      <w:r w:rsidRPr="000D2C63">
        <w:rPr>
          <w:rFonts w:cs="Arial"/>
          <w:b/>
          <w:sz w:val="20"/>
          <w:szCs w:val="20"/>
        </w:rPr>
        <w:t>CLÁUSULA 8. FORMA DE PAGO</w:t>
      </w:r>
    </w:p>
    <w:p w14:paraId="3ACB3C5F" w14:textId="77777777" w:rsidR="00B355F2" w:rsidRPr="000D2C63" w:rsidRDefault="00B355F2" w:rsidP="00B355F2">
      <w:pPr>
        <w:spacing w:after="0" w:line="240" w:lineRule="auto"/>
        <w:jc w:val="both"/>
        <w:rPr>
          <w:rFonts w:eastAsia="Times New Roman" w:cs="Arial"/>
          <w:sz w:val="20"/>
          <w:szCs w:val="20"/>
          <w:lang w:val="es-CO" w:eastAsia="es-ES"/>
        </w:rPr>
      </w:pPr>
      <w:r w:rsidRPr="000D2C63">
        <w:rPr>
          <w:rFonts w:eastAsia="Times New Roman" w:cs="Arial"/>
          <w:sz w:val="20"/>
          <w:szCs w:val="20"/>
          <w:lang w:val="es-CO" w:eastAsia="es-ES"/>
        </w:rPr>
        <w:t>La Dirección Seccional de Administración Judicial de Cali – Valle del Cauca, realizará el pago de la presente contratación, sobre obra real ejecutada y por el sistema de precios unitarios, conforme el PAC de la Entidad, así:</w:t>
      </w:r>
    </w:p>
    <w:p w14:paraId="6382A056" w14:textId="77777777" w:rsidR="00B355F2" w:rsidRPr="000D2C63" w:rsidRDefault="00B355F2" w:rsidP="00B355F2">
      <w:pPr>
        <w:spacing w:after="0" w:line="240" w:lineRule="auto"/>
        <w:jc w:val="both"/>
        <w:rPr>
          <w:rFonts w:eastAsia="Times New Roman" w:cs="Arial"/>
          <w:sz w:val="20"/>
          <w:szCs w:val="20"/>
          <w:lang w:val="es-CO" w:eastAsia="es-ES"/>
        </w:rPr>
      </w:pPr>
    </w:p>
    <w:p w14:paraId="06A0C4B8" w14:textId="77777777" w:rsidR="00B355F2" w:rsidRPr="000D2C63" w:rsidRDefault="00B355F2" w:rsidP="00B355F2">
      <w:pPr>
        <w:spacing w:after="0" w:line="240" w:lineRule="auto"/>
        <w:jc w:val="both"/>
        <w:rPr>
          <w:rFonts w:eastAsia="Times New Roman" w:cs="Arial"/>
          <w:sz w:val="20"/>
          <w:szCs w:val="20"/>
          <w:lang w:val="es-CO" w:eastAsia="es-ES"/>
        </w:rPr>
      </w:pPr>
      <w:r w:rsidRPr="000D2C63">
        <w:rPr>
          <w:rFonts w:eastAsia="Times New Roman" w:cs="Arial"/>
          <w:sz w:val="20"/>
          <w:szCs w:val="20"/>
          <w:lang w:val="es-CO" w:eastAsia="es-ES"/>
        </w:rPr>
        <w:t xml:space="preserve">Mediante actas parciales de obra y un pago final contra el cierre técnico, administrativo y financiero </w:t>
      </w:r>
    </w:p>
    <w:p w14:paraId="60A778E5" w14:textId="77777777" w:rsidR="00B355F2" w:rsidRPr="000D2C63" w:rsidRDefault="00B355F2" w:rsidP="00B355F2">
      <w:pPr>
        <w:spacing w:after="0" w:line="240" w:lineRule="auto"/>
        <w:jc w:val="both"/>
        <w:rPr>
          <w:rFonts w:eastAsia="Times New Roman" w:cs="Arial"/>
          <w:sz w:val="20"/>
          <w:szCs w:val="20"/>
          <w:lang w:val="es-CO" w:eastAsia="es-ES"/>
        </w:rPr>
      </w:pPr>
      <w:r w:rsidRPr="000D2C63">
        <w:rPr>
          <w:rFonts w:eastAsia="Times New Roman" w:cs="Arial"/>
          <w:sz w:val="20"/>
          <w:szCs w:val="20"/>
          <w:lang w:val="es-CO" w:eastAsia="es-ES"/>
        </w:rPr>
        <w:t>del contrato.</w:t>
      </w:r>
    </w:p>
    <w:p w14:paraId="13D5CFEC" w14:textId="77777777" w:rsidR="00B355F2" w:rsidRPr="000D2C63" w:rsidRDefault="00B355F2" w:rsidP="00B355F2">
      <w:pPr>
        <w:spacing w:after="0" w:line="240" w:lineRule="auto"/>
        <w:jc w:val="both"/>
        <w:rPr>
          <w:rFonts w:eastAsia="Times New Roman" w:cs="Arial"/>
          <w:sz w:val="20"/>
          <w:szCs w:val="20"/>
          <w:lang w:val="es-CO" w:eastAsia="es-ES"/>
        </w:rPr>
      </w:pPr>
    </w:p>
    <w:p w14:paraId="0C964556" w14:textId="77777777" w:rsidR="00B355F2" w:rsidRPr="000D2C63" w:rsidRDefault="00B355F2" w:rsidP="00B355F2">
      <w:pPr>
        <w:spacing w:after="0" w:line="240" w:lineRule="auto"/>
        <w:jc w:val="both"/>
        <w:rPr>
          <w:rFonts w:eastAsia="Times New Roman" w:cs="Arial"/>
          <w:sz w:val="20"/>
          <w:szCs w:val="20"/>
          <w:lang w:val="es-CO" w:eastAsia="es-ES"/>
        </w:rPr>
      </w:pPr>
      <w:r w:rsidRPr="000D2C63">
        <w:rPr>
          <w:rFonts w:eastAsia="Times New Roman" w:cs="Arial"/>
          <w:sz w:val="20"/>
          <w:szCs w:val="20"/>
          <w:lang w:val="es-CO" w:eastAsia="es-ES"/>
        </w:rPr>
        <w:t>El valor de cada acta de recibo parcial se determinará multiplicando las cantidades de obra efectivamente ejecutadas y aprobadas por los respectivos precios unitarios contractuales.</w:t>
      </w:r>
    </w:p>
    <w:p w14:paraId="7BEEBB59" w14:textId="77777777" w:rsidR="00B355F2" w:rsidRPr="000D2C63" w:rsidRDefault="00B355F2" w:rsidP="00B355F2">
      <w:pPr>
        <w:spacing w:after="0" w:line="240" w:lineRule="auto"/>
        <w:jc w:val="both"/>
        <w:rPr>
          <w:rFonts w:eastAsia="Times New Roman" w:cs="Arial"/>
          <w:sz w:val="20"/>
          <w:szCs w:val="20"/>
          <w:lang w:val="es-CO" w:eastAsia="es-ES"/>
        </w:rPr>
      </w:pPr>
    </w:p>
    <w:p w14:paraId="10962DA3" w14:textId="77777777" w:rsidR="00B355F2" w:rsidRPr="000D2C63" w:rsidRDefault="00B355F2" w:rsidP="00B355F2">
      <w:pPr>
        <w:spacing w:after="0" w:line="240" w:lineRule="auto"/>
        <w:jc w:val="both"/>
        <w:rPr>
          <w:rFonts w:eastAsia="Times New Roman" w:cs="Arial"/>
          <w:sz w:val="20"/>
          <w:szCs w:val="20"/>
          <w:lang w:val="es-CO" w:eastAsia="es-ES"/>
        </w:rPr>
      </w:pPr>
      <w:r w:rsidRPr="000D2C63">
        <w:rPr>
          <w:rFonts w:eastAsia="Times New Roman" w:cs="Arial"/>
          <w:sz w:val="20"/>
          <w:szCs w:val="20"/>
          <w:lang w:val="es-CO" w:eastAsia="es-ES"/>
        </w:rPr>
        <w:t>Los pagos se efectuarán de la siguiente forma:</w:t>
      </w:r>
    </w:p>
    <w:p w14:paraId="6C6173B2" w14:textId="77777777" w:rsidR="00B355F2" w:rsidRPr="000D2C63" w:rsidRDefault="00B355F2" w:rsidP="00B355F2">
      <w:pPr>
        <w:spacing w:after="0" w:line="240" w:lineRule="auto"/>
        <w:jc w:val="both"/>
        <w:rPr>
          <w:rFonts w:eastAsia="Times New Roman" w:cs="Arial"/>
          <w:sz w:val="20"/>
          <w:szCs w:val="20"/>
          <w:lang w:val="es-CO" w:eastAsia="es-ES"/>
        </w:rPr>
      </w:pPr>
    </w:p>
    <w:p w14:paraId="71A05751" w14:textId="77777777" w:rsidR="00B355F2" w:rsidRPr="000D2C63" w:rsidRDefault="00B355F2" w:rsidP="00B355F2">
      <w:pPr>
        <w:numPr>
          <w:ilvl w:val="0"/>
          <w:numId w:val="26"/>
        </w:numPr>
        <w:suppressAutoHyphens/>
        <w:spacing w:after="0" w:line="240" w:lineRule="auto"/>
        <w:jc w:val="both"/>
        <w:rPr>
          <w:rFonts w:eastAsia="Times New Roman" w:cs="Arial"/>
          <w:sz w:val="20"/>
          <w:szCs w:val="20"/>
          <w:lang w:val="es-ES_tradnl" w:eastAsia="es-ES"/>
        </w:rPr>
      </w:pPr>
      <w:r w:rsidRPr="000D2C63">
        <w:rPr>
          <w:rFonts w:eastAsia="Times New Roman" w:cs="Arial"/>
          <w:sz w:val="20"/>
          <w:szCs w:val="20"/>
          <w:lang w:val="es-ES_tradnl" w:eastAsia="es-ES"/>
        </w:rPr>
        <w:t xml:space="preserve">Pagos mediante actas parciales de obra: </w:t>
      </w:r>
    </w:p>
    <w:p w14:paraId="2F42AEBF" w14:textId="77777777" w:rsidR="00B355F2" w:rsidRPr="000D2C63" w:rsidRDefault="00B355F2" w:rsidP="00B355F2">
      <w:pPr>
        <w:spacing w:after="0" w:line="240" w:lineRule="auto"/>
        <w:jc w:val="both"/>
        <w:rPr>
          <w:rFonts w:eastAsia="Times New Roman" w:cs="Arial"/>
          <w:sz w:val="20"/>
          <w:szCs w:val="20"/>
          <w:lang w:val="es-CO" w:eastAsia="es-ES"/>
        </w:rPr>
      </w:pPr>
    </w:p>
    <w:p w14:paraId="2C3693A7" w14:textId="77777777" w:rsidR="00B355F2" w:rsidRPr="000D2C63" w:rsidRDefault="00B355F2" w:rsidP="00B355F2">
      <w:pPr>
        <w:spacing w:after="0" w:line="240" w:lineRule="auto"/>
        <w:jc w:val="both"/>
        <w:rPr>
          <w:rFonts w:eastAsia="Times New Roman" w:cs="Arial"/>
          <w:sz w:val="20"/>
          <w:szCs w:val="20"/>
          <w:lang w:val="es-CO" w:eastAsia="es-ES"/>
        </w:rPr>
      </w:pPr>
      <w:r w:rsidRPr="000D2C63">
        <w:rPr>
          <w:rFonts w:eastAsia="Times New Roman" w:cs="Arial"/>
          <w:sz w:val="20"/>
          <w:szCs w:val="20"/>
          <w:lang w:val="es-CO" w:eastAsia="es-ES"/>
        </w:rPr>
        <w:t xml:space="preserve">La Entidad pagará al contratista mediante actas parciales de obra hasta el noventa y cinco por ciento (95 %) del valor efectivamente ejecutado, medido, verificado, aprobado y recibido a satisfacción por la Supervisión. </w:t>
      </w:r>
    </w:p>
    <w:p w14:paraId="44CB4556" w14:textId="77777777" w:rsidR="00B355F2" w:rsidRPr="000D2C63" w:rsidRDefault="00B355F2" w:rsidP="00B355F2">
      <w:pPr>
        <w:spacing w:after="0" w:line="240" w:lineRule="auto"/>
        <w:jc w:val="both"/>
        <w:rPr>
          <w:rFonts w:eastAsia="Times New Roman" w:cs="Arial"/>
          <w:sz w:val="20"/>
          <w:szCs w:val="20"/>
          <w:lang w:val="es-CO" w:eastAsia="es-ES"/>
        </w:rPr>
      </w:pPr>
    </w:p>
    <w:p w14:paraId="452FBBA6" w14:textId="77777777" w:rsidR="00B355F2" w:rsidRPr="000D2C63" w:rsidRDefault="00B355F2" w:rsidP="00B355F2">
      <w:pPr>
        <w:spacing w:after="0" w:line="240" w:lineRule="auto"/>
        <w:jc w:val="both"/>
        <w:rPr>
          <w:rFonts w:eastAsia="Times New Roman" w:cs="Arial"/>
          <w:sz w:val="20"/>
          <w:szCs w:val="20"/>
          <w:lang w:val="es-CO" w:eastAsia="es-ES"/>
        </w:rPr>
      </w:pPr>
      <w:r w:rsidRPr="000D2C63">
        <w:rPr>
          <w:rFonts w:eastAsia="Times New Roman" w:cs="Arial"/>
          <w:sz w:val="20"/>
          <w:szCs w:val="20"/>
          <w:lang w:val="es-CO" w:eastAsia="es-ES"/>
        </w:rPr>
        <w:t>Las actas podrán presentarse con la periodicidad establecida por la Entidad, de acuerdo con los cortes de obra realizados durante la ejecución contractual.</w:t>
      </w:r>
    </w:p>
    <w:p w14:paraId="6C812F79" w14:textId="7DDB7E86" w:rsidR="00932B34" w:rsidRPr="000D2C63" w:rsidRDefault="00932B34">
      <w:pPr>
        <w:spacing w:after="40" w:line="252" w:lineRule="auto"/>
        <w:jc w:val="both"/>
        <w:rPr>
          <w:rFonts w:cs="Arial"/>
          <w:sz w:val="20"/>
          <w:szCs w:val="20"/>
        </w:rPr>
      </w:pPr>
    </w:p>
    <w:p w14:paraId="61CB0F74" w14:textId="77777777" w:rsidR="00B355F2" w:rsidRPr="000D2C63" w:rsidRDefault="00B355F2" w:rsidP="00B355F2">
      <w:pPr>
        <w:numPr>
          <w:ilvl w:val="0"/>
          <w:numId w:val="26"/>
        </w:numPr>
        <w:shd w:val="clear" w:color="auto" w:fill="FFFFFF"/>
        <w:spacing w:after="0" w:line="240" w:lineRule="auto"/>
        <w:jc w:val="both"/>
        <w:rPr>
          <w:rFonts w:cs="Arial"/>
          <w:sz w:val="20"/>
          <w:szCs w:val="20"/>
          <w:lang w:val="es-ES_tradnl"/>
        </w:rPr>
      </w:pPr>
      <w:r w:rsidRPr="000D2C63">
        <w:rPr>
          <w:rFonts w:cs="Arial"/>
          <w:sz w:val="20"/>
          <w:szCs w:val="20"/>
          <w:lang w:val="es-ES_tradnl"/>
        </w:rPr>
        <w:t xml:space="preserve">Pago final contra el cierre del contrato:  </w:t>
      </w:r>
    </w:p>
    <w:p w14:paraId="461CB9C5" w14:textId="77777777" w:rsidR="00B355F2" w:rsidRPr="000D2C63" w:rsidRDefault="00B355F2" w:rsidP="00B355F2">
      <w:pPr>
        <w:shd w:val="clear" w:color="auto" w:fill="FFFFFF"/>
        <w:spacing w:after="0" w:line="240" w:lineRule="auto"/>
        <w:jc w:val="both"/>
        <w:rPr>
          <w:rFonts w:cs="Arial"/>
          <w:sz w:val="20"/>
          <w:szCs w:val="20"/>
          <w:lang w:val="es-CO"/>
        </w:rPr>
      </w:pPr>
    </w:p>
    <w:p w14:paraId="570F923B" w14:textId="77777777" w:rsidR="00B355F2" w:rsidRPr="000D2C63" w:rsidRDefault="00B355F2" w:rsidP="00B355F2">
      <w:pPr>
        <w:shd w:val="clear" w:color="auto" w:fill="FFFFFF"/>
        <w:spacing w:after="0" w:line="240" w:lineRule="auto"/>
        <w:jc w:val="both"/>
        <w:rPr>
          <w:rFonts w:cs="Arial"/>
          <w:sz w:val="20"/>
          <w:szCs w:val="20"/>
          <w:lang w:val="es-CO"/>
        </w:rPr>
      </w:pPr>
      <w:r w:rsidRPr="000D2C63">
        <w:rPr>
          <w:rFonts w:cs="Arial"/>
          <w:sz w:val="20"/>
          <w:szCs w:val="20"/>
          <w:lang w:val="es-CO"/>
        </w:rPr>
        <w:t xml:space="preserve">El cinco por ciento (5%) restante del valor efectivamente ejecutado será pagado una vez se haya realizado el cierre técnico, administrativo y financiero del contrato </w:t>
      </w:r>
    </w:p>
    <w:p w14:paraId="0B69CF35" w14:textId="77777777" w:rsidR="00B355F2" w:rsidRPr="000D2C63" w:rsidRDefault="00B355F2" w:rsidP="00B355F2">
      <w:pPr>
        <w:shd w:val="clear" w:color="auto" w:fill="FFFFFF"/>
        <w:spacing w:after="0" w:line="240" w:lineRule="auto"/>
        <w:jc w:val="both"/>
        <w:rPr>
          <w:rFonts w:cs="Arial"/>
          <w:sz w:val="20"/>
          <w:szCs w:val="20"/>
          <w:lang w:val="es-CO"/>
        </w:rPr>
      </w:pPr>
    </w:p>
    <w:p w14:paraId="753EDBB3" w14:textId="77777777" w:rsidR="00B355F2" w:rsidRPr="000D2C63" w:rsidRDefault="00B355F2" w:rsidP="00B355F2">
      <w:pPr>
        <w:shd w:val="clear" w:color="auto" w:fill="FFFFFF"/>
        <w:spacing w:after="0" w:line="240" w:lineRule="auto"/>
        <w:jc w:val="both"/>
        <w:rPr>
          <w:rFonts w:cs="Arial"/>
          <w:b/>
          <w:bCs/>
          <w:i/>
          <w:iCs/>
          <w:sz w:val="20"/>
          <w:szCs w:val="20"/>
          <w:lang w:val="es-CO"/>
        </w:rPr>
      </w:pPr>
      <w:r w:rsidRPr="000D2C63">
        <w:rPr>
          <w:rFonts w:cs="Arial"/>
          <w:sz w:val="20"/>
          <w:szCs w:val="20"/>
          <w:lang w:val="es-CO"/>
        </w:rPr>
        <w:t xml:space="preserve">Para el respectivo pago el contratista deberá presentar los siguientes documentos:  </w:t>
      </w:r>
      <w:r w:rsidRPr="000D2C63">
        <w:rPr>
          <w:rFonts w:cs="Arial"/>
          <w:b/>
          <w:bCs/>
          <w:i/>
          <w:iCs/>
          <w:sz w:val="20"/>
          <w:szCs w:val="20"/>
          <w:lang w:val="es-CO"/>
        </w:rPr>
        <w:t> </w:t>
      </w:r>
    </w:p>
    <w:p w14:paraId="077F4BC1" w14:textId="77777777" w:rsidR="00B355F2" w:rsidRPr="000D2C63" w:rsidRDefault="00B355F2" w:rsidP="00B355F2">
      <w:pPr>
        <w:shd w:val="clear" w:color="auto" w:fill="FFFFFF"/>
        <w:spacing w:after="0" w:line="240" w:lineRule="auto"/>
        <w:jc w:val="both"/>
        <w:rPr>
          <w:rFonts w:cs="Arial"/>
          <w:bCs/>
          <w:iCs/>
          <w:sz w:val="20"/>
          <w:szCs w:val="20"/>
          <w:lang w:val="es-ES_tradnl"/>
        </w:rPr>
      </w:pPr>
    </w:p>
    <w:p w14:paraId="3989E9FB" w14:textId="77777777" w:rsidR="00B355F2" w:rsidRPr="000D2C63" w:rsidRDefault="00B355F2" w:rsidP="00B355F2">
      <w:pPr>
        <w:numPr>
          <w:ilvl w:val="0"/>
          <w:numId w:val="12"/>
        </w:numPr>
        <w:shd w:val="clear" w:color="auto" w:fill="FFFFFF"/>
        <w:spacing w:after="0" w:line="240" w:lineRule="auto"/>
        <w:jc w:val="both"/>
        <w:rPr>
          <w:rFonts w:cs="Arial"/>
          <w:sz w:val="20"/>
          <w:szCs w:val="20"/>
          <w:lang w:val="es-CO"/>
        </w:rPr>
      </w:pPr>
      <w:r w:rsidRPr="000D2C63">
        <w:rPr>
          <w:rFonts w:cs="Arial"/>
          <w:sz w:val="20"/>
          <w:szCs w:val="20"/>
          <w:lang w:val="es-CO"/>
        </w:rPr>
        <w:t xml:space="preserve">La factura o cuenta de cobro dependiendo del régimen tributario al que pertenezca el CONTRATISTA (responsable o no responsable del impuesto a las ventas) según el caso. </w:t>
      </w:r>
    </w:p>
    <w:p w14:paraId="7AE204DE" w14:textId="77777777" w:rsidR="00B355F2" w:rsidRPr="000D2C63" w:rsidRDefault="00B355F2" w:rsidP="00B355F2">
      <w:pPr>
        <w:numPr>
          <w:ilvl w:val="0"/>
          <w:numId w:val="12"/>
        </w:numPr>
        <w:shd w:val="clear" w:color="auto" w:fill="FFFFFF"/>
        <w:spacing w:after="0" w:line="240" w:lineRule="auto"/>
        <w:jc w:val="both"/>
        <w:rPr>
          <w:rFonts w:cs="Arial"/>
          <w:sz w:val="20"/>
          <w:szCs w:val="20"/>
          <w:lang w:val="es-CO"/>
        </w:rPr>
      </w:pPr>
      <w:r w:rsidRPr="000D2C63">
        <w:rPr>
          <w:rFonts w:cs="Arial"/>
          <w:sz w:val="20"/>
          <w:szCs w:val="20"/>
          <w:lang w:val="es-CO"/>
        </w:rPr>
        <w:t xml:space="preserve">Acreditación del pago de los aportes al Sistema Integral de Seguridad Social, es decir, Salud, Riesgos Laborales y Pensión, así como de los aportes parafiscales a las Cajas de Compensación Familiar, al Instituto Colombiano de Bienestar Familiar – ICBF y al Servicio Nacional de Aprendizaje – SENA, conforme a lo establecido en el artículo 23 de la Ley 1150 de 2007 (mediante planillas de pago correspondientes al personal que ejecute el contrato y certificación de encontrarse a paz y salvo por estos conceptos, suscrita por la persona natural o el representante legal de la persona jurídica y/o el revisor fiscal, si lo tuviere). En caso de que la certificación sea suscrita por el revisor fiscal, esta deberá venir acompañada de los respectivos soportes que acrediten su calidad y vigencia, así como de los documentos que respalden la información certificada. </w:t>
      </w:r>
    </w:p>
    <w:p w14:paraId="4BE1ABD0" w14:textId="77777777" w:rsidR="00B355F2" w:rsidRPr="000D2C63" w:rsidRDefault="00B355F2" w:rsidP="00B355F2">
      <w:pPr>
        <w:numPr>
          <w:ilvl w:val="0"/>
          <w:numId w:val="12"/>
        </w:numPr>
        <w:shd w:val="clear" w:color="auto" w:fill="FFFFFF"/>
        <w:spacing w:after="0" w:line="240" w:lineRule="auto"/>
        <w:jc w:val="both"/>
        <w:rPr>
          <w:rFonts w:cs="Arial"/>
          <w:sz w:val="20"/>
          <w:szCs w:val="20"/>
          <w:lang w:val="es-CO"/>
        </w:rPr>
      </w:pPr>
      <w:r w:rsidRPr="000D2C63">
        <w:rPr>
          <w:rFonts w:cs="Arial"/>
          <w:sz w:val="20"/>
          <w:szCs w:val="20"/>
          <w:lang w:val="es-CO"/>
        </w:rPr>
        <w:t>Cronograma</w:t>
      </w:r>
    </w:p>
    <w:p w14:paraId="2B892B72" w14:textId="77777777" w:rsidR="00B355F2" w:rsidRPr="000D2C63" w:rsidRDefault="00B355F2" w:rsidP="00B355F2">
      <w:pPr>
        <w:numPr>
          <w:ilvl w:val="0"/>
          <w:numId w:val="12"/>
        </w:numPr>
        <w:shd w:val="clear" w:color="auto" w:fill="FFFFFF"/>
        <w:spacing w:after="0" w:line="240" w:lineRule="auto"/>
        <w:jc w:val="both"/>
        <w:rPr>
          <w:rFonts w:cs="Arial"/>
          <w:sz w:val="20"/>
          <w:szCs w:val="20"/>
          <w:lang w:val="es-CO"/>
        </w:rPr>
      </w:pPr>
      <w:r w:rsidRPr="000D2C63">
        <w:rPr>
          <w:rFonts w:cs="Arial"/>
          <w:sz w:val="20"/>
          <w:szCs w:val="20"/>
          <w:lang w:val="es-CO"/>
        </w:rPr>
        <w:t>Plan de trabajo</w:t>
      </w:r>
    </w:p>
    <w:p w14:paraId="485488EF" w14:textId="77777777" w:rsidR="00B355F2" w:rsidRPr="000D2C63" w:rsidRDefault="00B355F2" w:rsidP="00B355F2">
      <w:pPr>
        <w:numPr>
          <w:ilvl w:val="0"/>
          <w:numId w:val="12"/>
        </w:numPr>
        <w:shd w:val="clear" w:color="auto" w:fill="FFFFFF"/>
        <w:spacing w:after="0" w:line="240" w:lineRule="auto"/>
        <w:jc w:val="both"/>
        <w:rPr>
          <w:rFonts w:cs="Arial"/>
          <w:sz w:val="20"/>
          <w:szCs w:val="20"/>
          <w:lang w:val="es-CO"/>
        </w:rPr>
      </w:pPr>
      <w:r w:rsidRPr="000D2C63">
        <w:rPr>
          <w:rFonts w:cs="Arial"/>
          <w:sz w:val="20"/>
          <w:szCs w:val="20"/>
          <w:lang w:val="es-CO"/>
        </w:rPr>
        <w:t>Formato de Informe de cantidades ejecutadas correspondiente al corte de Obra Parcial debidamente suscrito por el Supervisor del Contrato y Contratista y supervisión.</w:t>
      </w:r>
    </w:p>
    <w:p w14:paraId="6E160E77" w14:textId="77777777" w:rsidR="00B355F2" w:rsidRPr="000D2C63" w:rsidRDefault="00B355F2" w:rsidP="00B355F2">
      <w:pPr>
        <w:numPr>
          <w:ilvl w:val="0"/>
          <w:numId w:val="12"/>
        </w:numPr>
        <w:shd w:val="clear" w:color="auto" w:fill="FFFFFF"/>
        <w:spacing w:after="0" w:line="240" w:lineRule="auto"/>
        <w:jc w:val="both"/>
        <w:rPr>
          <w:rFonts w:cs="Arial"/>
          <w:sz w:val="20"/>
          <w:szCs w:val="20"/>
          <w:lang w:val="es-CO"/>
        </w:rPr>
      </w:pPr>
      <w:r w:rsidRPr="000D2C63">
        <w:rPr>
          <w:rFonts w:cs="Arial"/>
          <w:sz w:val="20"/>
          <w:szCs w:val="20"/>
          <w:lang w:val="es-CO"/>
        </w:rPr>
        <w:lastRenderedPageBreak/>
        <w:t xml:space="preserve">Informe parcial de la obra con la respectiva relación de costos de imprevistos en caso de que los hubiere y registro fotográfico con corte al pago a realizar. </w:t>
      </w:r>
    </w:p>
    <w:p w14:paraId="5F35DCAC" w14:textId="77777777" w:rsidR="00B355F2" w:rsidRPr="000D2C63" w:rsidRDefault="00B355F2" w:rsidP="00B355F2">
      <w:pPr>
        <w:numPr>
          <w:ilvl w:val="0"/>
          <w:numId w:val="12"/>
        </w:numPr>
        <w:shd w:val="clear" w:color="auto" w:fill="FFFFFF"/>
        <w:spacing w:after="0" w:line="240" w:lineRule="auto"/>
        <w:jc w:val="both"/>
        <w:rPr>
          <w:rFonts w:cs="Arial"/>
          <w:sz w:val="20"/>
          <w:szCs w:val="20"/>
          <w:lang w:val="es-CO"/>
        </w:rPr>
      </w:pPr>
      <w:r w:rsidRPr="000D2C63">
        <w:rPr>
          <w:rFonts w:cs="Arial"/>
          <w:sz w:val="20"/>
          <w:szCs w:val="20"/>
          <w:lang w:val="es-CO"/>
        </w:rPr>
        <w:t>Informe de Supervisión.</w:t>
      </w:r>
    </w:p>
    <w:p w14:paraId="305F8CA0" w14:textId="77777777" w:rsidR="00B355F2" w:rsidRPr="000D2C63" w:rsidRDefault="00B355F2" w:rsidP="00B355F2">
      <w:pPr>
        <w:numPr>
          <w:ilvl w:val="0"/>
          <w:numId w:val="12"/>
        </w:numPr>
        <w:shd w:val="clear" w:color="auto" w:fill="FFFFFF"/>
        <w:spacing w:after="0" w:line="240" w:lineRule="auto"/>
        <w:jc w:val="both"/>
        <w:rPr>
          <w:rFonts w:cs="Arial"/>
          <w:sz w:val="20"/>
          <w:szCs w:val="20"/>
          <w:lang w:val="es-CO"/>
        </w:rPr>
      </w:pPr>
      <w:r w:rsidRPr="000D2C63">
        <w:rPr>
          <w:rFonts w:cs="Arial"/>
          <w:sz w:val="20"/>
          <w:szCs w:val="20"/>
          <w:lang w:val="es-CO"/>
        </w:rPr>
        <w:t>Bitácora por cada inmueble</w:t>
      </w:r>
    </w:p>
    <w:p w14:paraId="5CA29D4E" w14:textId="77777777" w:rsidR="00B355F2" w:rsidRPr="000D2C63" w:rsidRDefault="00B355F2" w:rsidP="00B355F2">
      <w:pPr>
        <w:numPr>
          <w:ilvl w:val="0"/>
          <w:numId w:val="12"/>
        </w:numPr>
        <w:shd w:val="clear" w:color="auto" w:fill="FFFFFF"/>
        <w:spacing w:after="0" w:line="240" w:lineRule="auto"/>
        <w:jc w:val="both"/>
        <w:rPr>
          <w:rFonts w:cs="Arial"/>
          <w:sz w:val="20"/>
          <w:szCs w:val="20"/>
          <w:lang w:val="es-CO"/>
        </w:rPr>
      </w:pPr>
      <w:r w:rsidRPr="000D2C63">
        <w:rPr>
          <w:rFonts w:cs="Arial"/>
          <w:sz w:val="20"/>
          <w:szCs w:val="20"/>
          <w:lang w:val="es-CO"/>
        </w:rPr>
        <w:t xml:space="preserve">Certificación de la </w:t>
      </w:r>
      <w:r w:rsidRPr="000D2C63">
        <w:rPr>
          <w:rFonts w:cs="Arial"/>
          <w:sz w:val="20"/>
          <w:szCs w:val="20"/>
          <w:lang w:val="es-ES_tradnl"/>
        </w:rPr>
        <w:t>Supervisión</w:t>
      </w:r>
      <w:r w:rsidRPr="000D2C63">
        <w:rPr>
          <w:rFonts w:cs="Arial"/>
          <w:sz w:val="20"/>
          <w:szCs w:val="20"/>
          <w:lang w:val="es-CO"/>
        </w:rPr>
        <w:t xml:space="preserve"> el cual certifique el cumplimiento de las obligaciones del contrato.</w:t>
      </w:r>
    </w:p>
    <w:p w14:paraId="6579A89A" w14:textId="77777777" w:rsidR="00B355F2" w:rsidRPr="000D2C63" w:rsidRDefault="00B355F2" w:rsidP="00B355F2">
      <w:pPr>
        <w:numPr>
          <w:ilvl w:val="0"/>
          <w:numId w:val="12"/>
        </w:numPr>
        <w:shd w:val="clear" w:color="auto" w:fill="FFFFFF"/>
        <w:spacing w:after="0" w:line="240" w:lineRule="auto"/>
        <w:jc w:val="both"/>
        <w:rPr>
          <w:rFonts w:cs="Arial"/>
          <w:sz w:val="20"/>
          <w:szCs w:val="20"/>
          <w:lang w:val="es-CO"/>
        </w:rPr>
      </w:pPr>
      <w:r w:rsidRPr="000D2C63">
        <w:rPr>
          <w:rFonts w:cs="Arial"/>
          <w:sz w:val="20"/>
          <w:szCs w:val="20"/>
          <w:lang w:val="es-CO"/>
        </w:rPr>
        <w:t>Cumplido de la supervisión</w:t>
      </w:r>
    </w:p>
    <w:p w14:paraId="07461209" w14:textId="77777777" w:rsidR="00B355F2" w:rsidRPr="000D2C63" w:rsidRDefault="00B355F2" w:rsidP="00B355F2">
      <w:pPr>
        <w:shd w:val="clear" w:color="auto" w:fill="FFFFFF"/>
        <w:spacing w:after="0" w:line="240" w:lineRule="auto"/>
        <w:jc w:val="both"/>
        <w:rPr>
          <w:rFonts w:cs="Arial"/>
          <w:sz w:val="20"/>
          <w:szCs w:val="20"/>
          <w:lang w:val="es-CO"/>
        </w:rPr>
      </w:pPr>
    </w:p>
    <w:p w14:paraId="262EA0F0" w14:textId="77777777" w:rsidR="00B355F2" w:rsidRPr="000D2C63" w:rsidRDefault="00B355F2" w:rsidP="00B355F2">
      <w:pPr>
        <w:shd w:val="clear" w:color="auto" w:fill="FFFFFF"/>
        <w:spacing w:after="0" w:line="240" w:lineRule="auto"/>
        <w:jc w:val="both"/>
        <w:rPr>
          <w:rFonts w:cs="Arial"/>
          <w:sz w:val="20"/>
          <w:szCs w:val="20"/>
          <w:lang w:val="es-CO"/>
        </w:rPr>
      </w:pPr>
      <w:r w:rsidRPr="000D2C63">
        <w:rPr>
          <w:rFonts w:cs="Arial"/>
          <w:sz w:val="20"/>
          <w:szCs w:val="20"/>
          <w:lang w:val="es-CO"/>
        </w:rPr>
        <w:t xml:space="preserve">Para el pago final, adicional a los documentos antes indicados, se deberán anexar los siguientes documentos: </w:t>
      </w:r>
    </w:p>
    <w:p w14:paraId="65E0DD78" w14:textId="77777777" w:rsidR="00B355F2" w:rsidRPr="000D2C63" w:rsidRDefault="00B355F2" w:rsidP="00B355F2">
      <w:pPr>
        <w:shd w:val="clear" w:color="auto" w:fill="FFFFFF"/>
        <w:spacing w:after="0" w:line="240" w:lineRule="auto"/>
        <w:jc w:val="both"/>
        <w:rPr>
          <w:rFonts w:cs="Arial"/>
          <w:sz w:val="20"/>
          <w:szCs w:val="20"/>
          <w:lang w:val="es-CO"/>
        </w:rPr>
      </w:pPr>
    </w:p>
    <w:p w14:paraId="7E9D2CF7" w14:textId="77777777" w:rsidR="00B355F2" w:rsidRPr="000D2C63" w:rsidRDefault="00B355F2" w:rsidP="00B355F2">
      <w:pPr>
        <w:numPr>
          <w:ilvl w:val="0"/>
          <w:numId w:val="11"/>
        </w:numPr>
        <w:shd w:val="clear" w:color="auto" w:fill="FFFFFF"/>
        <w:spacing w:after="0" w:line="240" w:lineRule="auto"/>
        <w:jc w:val="both"/>
        <w:rPr>
          <w:rFonts w:cs="Arial"/>
          <w:sz w:val="20"/>
          <w:szCs w:val="20"/>
          <w:lang w:val="es-CO"/>
        </w:rPr>
      </w:pPr>
      <w:r w:rsidRPr="000D2C63">
        <w:rPr>
          <w:rFonts w:cs="Arial"/>
          <w:sz w:val="20"/>
          <w:szCs w:val="20"/>
          <w:lang w:val="es-CO"/>
        </w:rPr>
        <w:t xml:space="preserve">Informe final de la Ejecución del Contrato </w:t>
      </w:r>
      <w:bookmarkStart w:id="0" w:name="_Hlk71637593"/>
    </w:p>
    <w:bookmarkEnd w:id="0"/>
    <w:p w14:paraId="6ED300E8" w14:textId="77777777" w:rsidR="00B355F2" w:rsidRPr="000D2C63" w:rsidRDefault="00B355F2" w:rsidP="00B355F2">
      <w:pPr>
        <w:numPr>
          <w:ilvl w:val="0"/>
          <w:numId w:val="11"/>
        </w:numPr>
        <w:shd w:val="clear" w:color="auto" w:fill="FFFFFF"/>
        <w:spacing w:after="0" w:line="240" w:lineRule="auto"/>
        <w:jc w:val="both"/>
        <w:rPr>
          <w:rFonts w:cs="Arial"/>
          <w:sz w:val="20"/>
          <w:szCs w:val="20"/>
          <w:lang w:val="es-CO"/>
        </w:rPr>
      </w:pPr>
      <w:r w:rsidRPr="000D2C63">
        <w:rPr>
          <w:rFonts w:cs="Arial"/>
          <w:sz w:val="20"/>
          <w:szCs w:val="20"/>
          <w:lang w:val="es-CO"/>
        </w:rPr>
        <w:t>Acta de Recibo Final de Obra, debidamente suscrita por el Supervisor del Contrato y Contratista.</w:t>
      </w:r>
    </w:p>
    <w:p w14:paraId="2FD6A3D1" w14:textId="77777777" w:rsidR="00B355F2" w:rsidRPr="000D2C63" w:rsidRDefault="00B355F2" w:rsidP="00B355F2">
      <w:pPr>
        <w:numPr>
          <w:ilvl w:val="0"/>
          <w:numId w:val="11"/>
        </w:numPr>
        <w:shd w:val="clear" w:color="auto" w:fill="FFFFFF"/>
        <w:spacing w:after="0" w:line="240" w:lineRule="auto"/>
        <w:jc w:val="both"/>
        <w:rPr>
          <w:rFonts w:cs="Arial"/>
          <w:sz w:val="20"/>
          <w:szCs w:val="20"/>
          <w:lang w:val="es-CO"/>
        </w:rPr>
      </w:pPr>
      <w:r w:rsidRPr="000D2C63">
        <w:rPr>
          <w:rFonts w:cs="Arial"/>
          <w:sz w:val="20"/>
          <w:szCs w:val="20"/>
          <w:lang w:val="es-CO"/>
        </w:rPr>
        <w:t xml:space="preserve">Cumplido de recibo a satisfacción, de las actividades de obra a que haya lugar, el cual deberá ser expedido por la Supervisión. </w:t>
      </w:r>
    </w:p>
    <w:p w14:paraId="5857532E" w14:textId="77777777" w:rsidR="00B355F2" w:rsidRPr="000D2C63" w:rsidRDefault="00B355F2" w:rsidP="00B355F2">
      <w:pPr>
        <w:numPr>
          <w:ilvl w:val="0"/>
          <w:numId w:val="11"/>
        </w:numPr>
        <w:shd w:val="clear" w:color="auto" w:fill="FFFFFF"/>
        <w:spacing w:after="0" w:line="240" w:lineRule="auto"/>
        <w:jc w:val="both"/>
        <w:rPr>
          <w:rFonts w:cs="Arial"/>
          <w:sz w:val="20"/>
          <w:szCs w:val="20"/>
          <w:lang w:val="es-CO"/>
        </w:rPr>
      </w:pPr>
      <w:r w:rsidRPr="000D2C63">
        <w:rPr>
          <w:rFonts w:cs="Arial"/>
          <w:sz w:val="20"/>
          <w:szCs w:val="20"/>
          <w:lang w:val="es-CO"/>
        </w:rPr>
        <w:t xml:space="preserve">Informe de Supervisión que certifique el cumplimiento de las obligaciones contractuales. </w:t>
      </w:r>
    </w:p>
    <w:p w14:paraId="291EE5C7" w14:textId="77777777" w:rsidR="00B355F2" w:rsidRPr="000D2C63" w:rsidRDefault="00B355F2" w:rsidP="00B355F2">
      <w:pPr>
        <w:numPr>
          <w:ilvl w:val="0"/>
          <w:numId w:val="11"/>
        </w:numPr>
        <w:shd w:val="clear" w:color="auto" w:fill="FFFFFF"/>
        <w:spacing w:after="0" w:line="240" w:lineRule="auto"/>
        <w:jc w:val="both"/>
        <w:rPr>
          <w:rFonts w:cs="Arial"/>
          <w:sz w:val="20"/>
          <w:szCs w:val="20"/>
          <w:lang w:val="es-CO"/>
        </w:rPr>
      </w:pPr>
      <w:r w:rsidRPr="000D2C63">
        <w:rPr>
          <w:rFonts w:cs="Arial"/>
          <w:sz w:val="20"/>
          <w:szCs w:val="20"/>
          <w:lang w:val="es-CO"/>
        </w:rPr>
        <w:t>Bitácora por cada inmueble</w:t>
      </w:r>
    </w:p>
    <w:p w14:paraId="2161C382" w14:textId="77777777" w:rsidR="00B355F2" w:rsidRPr="000D2C63" w:rsidRDefault="00B355F2" w:rsidP="00B355F2">
      <w:pPr>
        <w:numPr>
          <w:ilvl w:val="0"/>
          <w:numId w:val="11"/>
        </w:numPr>
        <w:shd w:val="clear" w:color="auto" w:fill="FFFFFF"/>
        <w:spacing w:after="0" w:line="240" w:lineRule="auto"/>
        <w:jc w:val="both"/>
        <w:rPr>
          <w:rFonts w:cs="Arial"/>
          <w:sz w:val="20"/>
          <w:szCs w:val="20"/>
          <w:lang w:val="es-CO"/>
        </w:rPr>
      </w:pPr>
      <w:r w:rsidRPr="000D2C63">
        <w:rPr>
          <w:rFonts w:cs="Arial"/>
          <w:sz w:val="20"/>
          <w:szCs w:val="20"/>
          <w:lang w:val="es-CO"/>
        </w:rPr>
        <w:t>Cumplido de la supervisión</w:t>
      </w:r>
    </w:p>
    <w:p w14:paraId="3E961F41" w14:textId="77777777" w:rsidR="00B355F2" w:rsidRPr="000D2C63" w:rsidRDefault="00B355F2" w:rsidP="00B355F2">
      <w:pPr>
        <w:shd w:val="clear" w:color="auto" w:fill="FFFFFF"/>
        <w:spacing w:after="0" w:line="240" w:lineRule="auto"/>
        <w:jc w:val="both"/>
        <w:rPr>
          <w:rFonts w:cs="Arial"/>
          <w:sz w:val="20"/>
          <w:szCs w:val="20"/>
          <w:lang w:val="es-CO"/>
        </w:rPr>
      </w:pPr>
    </w:p>
    <w:p w14:paraId="2039CFF7" w14:textId="77777777" w:rsidR="00B355F2" w:rsidRPr="000D2C63" w:rsidRDefault="00B355F2" w:rsidP="00B355F2">
      <w:pPr>
        <w:shd w:val="clear" w:color="auto" w:fill="FFFFFF"/>
        <w:spacing w:after="0" w:line="240" w:lineRule="auto"/>
        <w:jc w:val="both"/>
        <w:rPr>
          <w:rFonts w:cs="Arial"/>
          <w:sz w:val="20"/>
          <w:szCs w:val="20"/>
          <w:lang w:val="es-CO"/>
        </w:rPr>
      </w:pPr>
      <w:r w:rsidRPr="000D2C63">
        <w:rPr>
          <w:rFonts w:cs="Arial"/>
          <w:sz w:val="20"/>
          <w:szCs w:val="20"/>
          <w:lang w:val="es-CO"/>
        </w:rPr>
        <w:t xml:space="preserve">En todo caso, las actas deberán presentarse a la Dirección de Administración Judicial de Cali dentro de los cinco (5) días calendarios siguientes a los cortes estipulados anteriormente. </w:t>
      </w:r>
    </w:p>
    <w:p w14:paraId="64EBF7EB" w14:textId="77777777" w:rsidR="00B355F2" w:rsidRPr="000D2C63" w:rsidRDefault="00B355F2" w:rsidP="00B355F2">
      <w:pPr>
        <w:shd w:val="clear" w:color="auto" w:fill="FFFFFF"/>
        <w:spacing w:after="0" w:line="240" w:lineRule="auto"/>
        <w:jc w:val="both"/>
        <w:rPr>
          <w:rFonts w:cs="Arial"/>
          <w:sz w:val="20"/>
          <w:szCs w:val="20"/>
          <w:lang w:val="es-CO"/>
        </w:rPr>
      </w:pPr>
    </w:p>
    <w:p w14:paraId="4B92CD42" w14:textId="77777777" w:rsidR="00B355F2" w:rsidRPr="000D2C63" w:rsidRDefault="00B355F2" w:rsidP="00B355F2">
      <w:pPr>
        <w:shd w:val="clear" w:color="auto" w:fill="FFFFFF"/>
        <w:spacing w:after="0" w:line="240" w:lineRule="auto"/>
        <w:jc w:val="both"/>
        <w:rPr>
          <w:rFonts w:cs="Arial"/>
          <w:sz w:val="20"/>
          <w:szCs w:val="20"/>
          <w:lang w:val="es-CO"/>
        </w:rPr>
      </w:pPr>
      <w:r w:rsidRPr="000D2C63">
        <w:rPr>
          <w:rFonts w:cs="Arial"/>
          <w:sz w:val="20"/>
          <w:szCs w:val="20"/>
          <w:lang w:val="es-CO"/>
        </w:rPr>
        <w:t xml:space="preserve">En todo caso, los pagos quedarán sujetos a la asignación de los Recursos que la Dirección del Tesoro Nacional del Ministerio de Hacienda y de Crédito Público, situé a la Dirección Seccional de Administración Judicial de Cali – Valle del Cauca y no podrá afectar el pago oportuno de salarios y prestaciones sociales a los operarios contratados para la realización de la obra. </w:t>
      </w:r>
    </w:p>
    <w:p w14:paraId="59D9437A" w14:textId="77777777" w:rsidR="00B355F2" w:rsidRPr="000D2C63" w:rsidRDefault="00B355F2" w:rsidP="00B355F2">
      <w:pPr>
        <w:shd w:val="clear" w:color="auto" w:fill="FFFFFF"/>
        <w:spacing w:after="0" w:line="240" w:lineRule="auto"/>
        <w:jc w:val="both"/>
        <w:rPr>
          <w:rFonts w:cs="Arial"/>
          <w:sz w:val="20"/>
          <w:szCs w:val="20"/>
          <w:lang w:val="es-CO"/>
        </w:rPr>
      </w:pPr>
    </w:p>
    <w:p w14:paraId="7EFE8BBD" w14:textId="77777777" w:rsidR="00B355F2" w:rsidRPr="000D2C63" w:rsidRDefault="00B355F2" w:rsidP="00B355F2">
      <w:pPr>
        <w:shd w:val="clear" w:color="auto" w:fill="FFFFFF"/>
        <w:spacing w:after="0" w:line="240" w:lineRule="auto"/>
        <w:jc w:val="both"/>
        <w:rPr>
          <w:rFonts w:cs="Arial"/>
          <w:sz w:val="20"/>
          <w:szCs w:val="20"/>
          <w:lang w:val="es-CO"/>
        </w:rPr>
      </w:pPr>
      <w:r w:rsidRPr="000D2C63">
        <w:rPr>
          <w:rFonts w:cs="Arial"/>
          <w:sz w:val="20"/>
          <w:szCs w:val="20"/>
          <w:lang w:val="es-CO"/>
        </w:rPr>
        <w:t xml:space="preserve">Los pagos se harán en consignación a la cuenta corriente o de ahorros que indique el contratista a través de certificación de la cuenta bancaria. </w:t>
      </w:r>
    </w:p>
    <w:p w14:paraId="7C2CA960" w14:textId="080B2000" w:rsidR="00C873D7" w:rsidRPr="000D2C63" w:rsidRDefault="00C873D7" w:rsidP="00C873D7">
      <w:pPr>
        <w:shd w:val="clear" w:color="auto" w:fill="FFFFFF"/>
        <w:spacing w:after="0" w:line="240" w:lineRule="auto"/>
        <w:jc w:val="both"/>
        <w:rPr>
          <w:rFonts w:eastAsia="Times New Roman" w:cs="Arial"/>
          <w:sz w:val="20"/>
          <w:szCs w:val="20"/>
          <w:lang w:val="es-CO" w:eastAsia="es-ES"/>
        </w:rPr>
      </w:pPr>
      <w:r w:rsidRPr="000D2C63">
        <w:rPr>
          <w:rFonts w:eastAsia="Times New Roman" w:cs="Arial"/>
          <w:sz w:val="20"/>
          <w:szCs w:val="20"/>
          <w:lang w:val="es-CO" w:eastAsia="es-ES"/>
        </w:rPr>
        <w:t xml:space="preserve"> </w:t>
      </w:r>
    </w:p>
    <w:p w14:paraId="586AD1D1" w14:textId="77777777" w:rsidR="00C873D7" w:rsidRPr="000D2C63" w:rsidRDefault="00C873D7" w:rsidP="00C873D7">
      <w:pPr>
        <w:shd w:val="clear" w:color="auto" w:fill="FFFFFF"/>
        <w:spacing w:after="0" w:line="240" w:lineRule="auto"/>
        <w:jc w:val="both"/>
        <w:rPr>
          <w:rFonts w:eastAsia="Times New Roman" w:cs="Arial"/>
          <w:sz w:val="20"/>
          <w:szCs w:val="20"/>
          <w:lang w:val="es-CO" w:eastAsia="es-ES"/>
        </w:rPr>
      </w:pPr>
    </w:p>
    <w:p w14:paraId="15002834" w14:textId="77777777" w:rsidR="00C873D7" w:rsidRPr="000D2C63" w:rsidRDefault="00C873D7" w:rsidP="00C873D7">
      <w:pPr>
        <w:spacing w:after="0" w:line="240" w:lineRule="auto"/>
        <w:contextualSpacing/>
        <w:jc w:val="both"/>
        <w:rPr>
          <w:rFonts w:eastAsia="Times New Roman" w:cs="Arial"/>
          <w:b/>
          <w:bCs/>
          <w:sz w:val="20"/>
          <w:szCs w:val="20"/>
          <w:u w:val="single"/>
          <w:lang w:val="es-CO" w:eastAsia="es-ES"/>
        </w:rPr>
      </w:pPr>
      <w:r w:rsidRPr="000D2C63">
        <w:rPr>
          <w:rFonts w:eastAsia="Times New Roman" w:cs="Arial"/>
          <w:b/>
          <w:bCs/>
          <w:sz w:val="20"/>
          <w:szCs w:val="20"/>
          <w:u w:val="single"/>
          <w:lang w:val="es-CO" w:eastAsia="es-ES"/>
        </w:rPr>
        <w:t>IMPACTO TRIBUTARIO</w:t>
      </w:r>
    </w:p>
    <w:p w14:paraId="42130E3C" w14:textId="77777777" w:rsidR="00C873D7" w:rsidRPr="000D2C63" w:rsidRDefault="00C873D7" w:rsidP="00C873D7">
      <w:pPr>
        <w:spacing w:after="0" w:line="240" w:lineRule="auto"/>
        <w:contextualSpacing/>
        <w:jc w:val="both"/>
        <w:rPr>
          <w:rFonts w:eastAsia="Times New Roman" w:cs="Arial"/>
          <w:sz w:val="20"/>
          <w:szCs w:val="20"/>
          <w:lang w:val="es-CO" w:eastAsia="es-ES"/>
        </w:rPr>
      </w:pPr>
    </w:p>
    <w:p w14:paraId="0DDEE624" w14:textId="77777777" w:rsidR="00B355F2" w:rsidRPr="000D2C63" w:rsidRDefault="00B355F2" w:rsidP="00B355F2">
      <w:pPr>
        <w:spacing w:after="0" w:line="240" w:lineRule="auto"/>
        <w:jc w:val="both"/>
        <w:rPr>
          <w:rFonts w:eastAsia="Times New Roman" w:cs="Arial"/>
          <w:sz w:val="20"/>
          <w:szCs w:val="20"/>
          <w:lang w:val="es-CO" w:eastAsia="es-ES"/>
        </w:rPr>
      </w:pPr>
      <w:r w:rsidRPr="000D2C63">
        <w:rPr>
          <w:rFonts w:eastAsia="Times New Roman" w:cs="Arial"/>
          <w:sz w:val="20"/>
          <w:szCs w:val="20"/>
          <w:lang w:val="es-CO" w:eastAsia="es-ES"/>
        </w:rPr>
        <w:t xml:space="preserve">La Dirección Seccional de Administración Judicial de Cali – Valle del Cauca, efectuará las retenciones que por ley esté autorizado a realizar, como son: </w:t>
      </w:r>
      <w:bookmarkStart w:id="1" w:name="_Hlk71637666"/>
      <w:r w:rsidRPr="000D2C63">
        <w:rPr>
          <w:rFonts w:eastAsia="Times New Roman" w:cs="Arial"/>
          <w:sz w:val="20"/>
          <w:szCs w:val="20"/>
          <w:lang w:val="es-CO" w:eastAsia="es-ES"/>
        </w:rPr>
        <w:t xml:space="preserve">RETENCIÓN POR RENTA, RETENCIÓN POR INDUSTRIA Y COMERCIO-ICA y deducciones por el cobro de las estampillas PROUNIVERSIDAD NACIONAL DE COLOMBIA Y OTRAS UNIVERSIDADES ESTATALES, PROUNIPACÍFICO Y PROUCEVA a la tarifa del 0,5% cada una de ellas, de acuerdo a lo indicado en las Ordenanzas 473 y 474 de 2017, </w:t>
      </w:r>
      <w:bookmarkStart w:id="2" w:name="_Hlk206158659"/>
      <w:r w:rsidRPr="000D2C63">
        <w:rPr>
          <w:rFonts w:eastAsia="Times New Roman" w:cs="Arial"/>
          <w:sz w:val="20"/>
          <w:szCs w:val="20"/>
          <w:lang w:val="es-CO" w:eastAsia="es-ES"/>
        </w:rPr>
        <w:t>549 de 2020, 692 de 2025</w:t>
      </w:r>
      <w:bookmarkEnd w:id="2"/>
      <w:r w:rsidRPr="000D2C63">
        <w:rPr>
          <w:rFonts w:eastAsia="Times New Roman" w:cs="Arial"/>
          <w:sz w:val="20"/>
          <w:szCs w:val="20"/>
          <w:lang w:val="es-CO" w:eastAsia="es-ES"/>
        </w:rPr>
        <w:t>, y las demás que se reglamenten durante la ejecución del contrato.</w:t>
      </w:r>
    </w:p>
    <w:p w14:paraId="02FE9217" w14:textId="77777777" w:rsidR="00B355F2" w:rsidRPr="000D2C63" w:rsidRDefault="00B355F2" w:rsidP="00B355F2">
      <w:pPr>
        <w:spacing w:after="0" w:line="240" w:lineRule="auto"/>
        <w:jc w:val="both"/>
        <w:rPr>
          <w:rFonts w:eastAsia="Times New Roman" w:cs="Arial"/>
          <w:sz w:val="20"/>
          <w:szCs w:val="20"/>
          <w:lang w:val="es-CO" w:eastAsia="es-ES"/>
        </w:rPr>
      </w:pPr>
    </w:p>
    <w:bookmarkEnd w:id="1"/>
    <w:p w14:paraId="3B2FB46B" w14:textId="77777777" w:rsidR="00B355F2" w:rsidRPr="000D2C63" w:rsidRDefault="00B355F2" w:rsidP="00B355F2">
      <w:pPr>
        <w:spacing w:after="0" w:line="240" w:lineRule="auto"/>
        <w:jc w:val="both"/>
        <w:rPr>
          <w:rFonts w:eastAsia="Times New Roman" w:cs="Arial"/>
          <w:sz w:val="20"/>
          <w:szCs w:val="20"/>
          <w:lang w:val="es-CO" w:eastAsia="es-ES"/>
        </w:rPr>
      </w:pPr>
      <w:r w:rsidRPr="000D2C63">
        <w:rPr>
          <w:rFonts w:eastAsia="Times New Roman" w:cs="Arial"/>
          <w:sz w:val="20"/>
          <w:szCs w:val="20"/>
          <w:lang w:val="es-CO" w:eastAsia="es-ES"/>
        </w:rPr>
        <w:t>Así mismo, la Dirección Seccional, descontará la contribución Contrato de obra del 5% de conformidad con el artículo 121 de la Ley 418 de 1997, modificada por la Ley 1106 de 2006, Ley 1421 de 2010 y la Ley 1738 de 2014, artículo 1º prorroga por (4) años la vigencia de la Ley 418 de 1997.</w:t>
      </w:r>
    </w:p>
    <w:p w14:paraId="672173D0" w14:textId="77777777" w:rsidR="00B355F2" w:rsidRPr="000D2C63" w:rsidRDefault="00B355F2" w:rsidP="00B355F2">
      <w:pPr>
        <w:spacing w:after="0" w:line="240" w:lineRule="auto"/>
        <w:jc w:val="both"/>
        <w:rPr>
          <w:rFonts w:eastAsia="Times New Roman" w:cs="Arial"/>
          <w:sz w:val="20"/>
          <w:szCs w:val="20"/>
          <w:lang w:val="es-CO" w:eastAsia="es-ES"/>
        </w:rPr>
      </w:pPr>
    </w:p>
    <w:p w14:paraId="30292F55" w14:textId="77777777" w:rsidR="00B355F2" w:rsidRPr="000D2C63" w:rsidRDefault="00B355F2" w:rsidP="00B355F2">
      <w:pPr>
        <w:spacing w:after="0" w:line="240" w:lineRule="auto"/>
        <w:jc w:val="both"/>
        <w:rPr>
          <w:rFonts w:eastAsia="Times New Roman" w:cs="Arial"/>
          <w:sz w:val="20"/>
          <w:szCs w:val="20"/>
          <w:lang w:val="es-CO" w:eastAsia="es-ES"/>
        </w:rPr>
      </w:pPr>
      <w:r w:rsidRPr="000D2C63">
        <w:rPr>
          <w:rFonts w:eastAsia="Times New Roman" w:cs="Arial"/>
          <w:sz w:val="20"/>
          <w:szCs w:val="20"/>
          <w:lang w:val="es-CO" w:eastAsia="es-ES"/>
        </w:rPr>
        <w:t xml:space="preserve">NOTA: En cumplimiento de la Directiva Presidencial No. 9 del 17 de septiembre de 2020, los proveedores y contratistas del estado para efectos de realizar los pagos parciales o totales, los contratistas o proveedores deben remitir las facturas al correo electrónico dispuesto por el SIIF Nación, siguiendo los siguientes pasos: </w:t>
      </w:r>
    </w:p>
    <w:p w14:paraId="6F32E64A" w14:textId="77777777" w:rsidR="00B72163" w:rsidRPr="000D2C63" w:rsidRDefault="00B72163" w:rsidP="00B72163">
      <w:pPr>
        <w:spacing w:after="0" w:line="240" w:lineRule="auto"/>
        <w:jc w:val="both"/>
        <w:rPr>
          <w:rFonts w:eastAsia="Times New Roman" w:cs="Arial"/>
          <w:sz w:val="20"/>
          <w:szCs w:val="20"/>
          <w:lang w:val="es-CO" w:eastAsia="es-ES"/>
        </w:rPr>
      </w:pPr>
    </w:p>
    <w:p w14:paraId="0A2DDA17" w14:textId="77777777" w:rsidR="003F5B27" w:rsidRPr="000D2C63" w:rsidRDefault="003F5B27" w:rsidP="003F5B27">
      <w:pPr>
        <w:widowControl w:val="0"/>
        <w:numPr>
          <w:ilvl w:val="0"/>
          <w:numId w:val="15"/>
        </w:numPr>
        <w:autoSpaceDE w:val="0"/>
        <w:autoSpaceDN w:val="0"/>
        <w:spacing w:after="0" w:line="240" w:lineRule="auto"/>
        <w:ind w:right="42"/>
        <w:jc w:val="both"/>
        <w:rPr>
          <w:rFonts w:eastAsia="Times New Roman" w:cs="Arial"/>
          <w:i/>
          <w:iCs/>
          <w:sz w:val="20"/>
          <w:szCs w:val="20"/>
          <w:lang w:val="es-CO" w:eastAsia="es-ES"/>
        </w:rPr>
      </w:pPr>
      <w:r w:rsidRPr="000D2C63">
        <w:rPr>
          <w:rFonts w:eastAsia="Times New Roman" w:cs="Arial"/>
          <w:i/>
          <w:iCs/>
          <w:sz w:val="20"/>
          <w:szCs w:val="20"/>
          <w:lang w:val="es-CO" w:eastAsia="es-ES"/>
        </w:rPr>
        <w:t xml:space="preserve">Registrar en la sección de la factura DATOS DEL ADQUIRENTE, en el campo correo, el buzón electrónico </w:t>
      </w:r>
      <w:hyperlink r:id="rId8" w:history="1">
        <w:r w:rsidRPr="000D2C63">
          <w:rPr>
            <w:rStyle w:val="Hipervnculo"/>
            <w:rFonts w:eastAsia="Times New Roman" w:cs="Arial"/>
            <w:i/>
            <w:iCs/>
            <w:sz w:val="20"/>
            <w:szCs w:val="20"/>
            <w:lang w:val="es-CO" w:eastAsia="es-ES"/>
          </w:rPr>
          <w:t>siifnacion.facturaelectronica@minhacienda.gov.co</w:t>
        </w:r>
      </w:hyperlink>
      <w:r w:rsidRPr="000D2C63">
        <w:rPr>
          <w:rFonts w:eastAsia="Times New Roman" w:cs="Arial"/>
          <w:i/>
          <w:iCs/>
          <w:sz w:val="20"/>
          <w:szCs w:val="20"/>
          <w:lang w:val="es-CO" w:eastAsia="es-ES"/>
        </w:rPr>
        <w:t xml:space="preserve"> dispuesto por el Ministerio de Hacienda y Crédito Público, con el fin de que, una vez generada la factura electrónica a través del medio seleccionado, éste la envíe automáticamente.</w:t>
      </w:r>
    </w:p>
    <w:p w14:paraId="1C146027" w14:textId="77777777" w:rsidR="003F5B27" w:rsidRPr="000D2C63" w:rsidRDefault="003F5B27" w:rsidP="003F5B27">
      <w:pPr>
        <w:widowControl w:val="0"/>
        <w:numPr>
          <w:ilvl w:val="0"/>
          <w:numId w:val="13"/>
        </w:numPr>
        <w:autoSpaceDE w:val="0"/>
        <w:autoSpaceDN w:val="0"/>
        <w:spacing w:after="0" w:line="240" w:lineRule="auto"/>
        <w:ind w:right="42"/>
        <w:jc w:val="both"/>
        <w:rPr>
          <w:rFonts w:eastAsia="Times New Roman" w:cs="Arial"/>
          <w:i/>
          <w:iCs/>
          <w:sz w:val="20"/>
          <w:szCs w:val="20"/>
          <w:lang w:val="es-CO" w:eastAsia="es-ES"/>
        </w:rPr>
      </w:pPr>
      <w:r w:rsidRPr="000D2C63">
        <w:rPr>
          <w:rFonts w:eastAsia="Times New Roman" w:cs="Arial"/>
          <w:i/>
          <w:iCs/>
          <w:sz w:val="20"/>
          <w:szCs w:val="20"/>
          <w:lang w:val="es-CO" w:eastAsia="es-ES"/>
        </w:rPr>
        <w:t>El contenido de la factura generada por el contratista o proveedor se debe registrar lo siguiente:</w:t>
      </w:r>
    </w:p>
    <w:p w14:paraId="54B969B2" w14:textId="77777777" w:rsidR="003F5B27" w:rsidRPr="000D2C63" w:rsidRDefault="003F5B27" w:rsidP="003F5B27">
      <w:pPr>
        <w:widowControl w:val="0"/>
        <w:autoSpaceDE w:val="0"/>
        <w:autoSpaceDN w:val="0"/>
        <w:spacing w:after="0" w:line="240" w:lineRule="auto"/>
        <w:ind w:right="42"/>
        <w:jc w:val="both"/>
        <w:rPr>
          <w:rFonts w:eastAsia="Times New Roman" w:cs="Arial"/>
          <w:i/>
          <w:iCs/>
          <w:sz w:val="20"/>
          <w:szCs w:val="20"/>
          <w:lang w:val="es-CO" w:eastAsia="es-ES"/>
        </w:rPr>
      </w:pPr>
      <w:r w:rsidRPr="000D2C63">
        <w:rPr>
          <w:rFonts w:eastAsia="Times New Roman" w:cs="Arial"/>
          <w:i/>
          <w:iCs/>
          <w:sz w:val="20"/>
          <w:szCs w:val="20"/>
          <w:lang w:val="es-CO" w:eastAsia="es-ES"/>
        </w:rPr>
        <w:t xml:space="preserve"> </w:t>
      </w:r>
    </w:p>
    <w:p w14:paraId="6818ADF9" w14:textId="77777777" w:rsidR="003F5B27" w:rsidRPr="000D2C63" w:rsidRDefault="003F5B27" w:rsidP="003F5B27">
      <w:pPr>
        <w:widowControl w:val="0"/>
        <w:numPr>
          <w:ilvl w:val="0"/>
          <w:numId w:val="14"/>
        </w:numPr>
        <w:autoSpaceDE w:val="0"/>
        <w:autoSpaceDN w:val="0"/>
        <w:spacing w:after="0" w:line="240" w:lineRule="auto"/>
        <w:ind w:right="42"/>
        <w:jc w:val="both"/>
        <w:rPr>
          <w:rFonts w:eastAsia="Times New Roman" w:cs="Arial"/>
          <w:i/>
          <w:iCs/>
          <w:sz w:val="20"/>
          <w:szCs w:val="20"/>
          <w:lang w:val="es-CO" w:eastAsia="es-ES"/>
        </w:rPr>
      </w:pPr>
      <w:r w:rsidRPr="000D2C63">
        <w:rPr>
          <w:rFonts w:eastAsia="Times New Roman" w:cs="Arial"/>
          <w:i/>
          <w:iCs/>
          <w:sz w:val="20"/>
          <w:szCs w:val="20"/>
          <w:lang w:val="es-CO" w:eastAsia="es-ES"/>
        </w:rPr>
        <w:t xml:space="preserve">Elaborar la factura electrónica mediante operador tecnológico autorizado, solución gratuita de la DIAN o software propio, previa habilitación ante la DIAN. </w:t>
      </w:r>
    </w:p>
    <w:p w14:paraId="15D72145" w14:textId="77777777" w:rsidR="003F5B27" w:rsidRPr="000D2C63" w:rsidRDefault="003F5B27" w:rsidP="003F5B27">
      <w:pPr>
        <w:widowControl w:val="0"/>
        <w:numPr>
          <w:ilvl w:val="0"/>
          <w:numId w:val="14"/>
        </w:numPr>
        <w:autoSpaceDE w:val="0"/>
        <w:autoSpaceDN w:val="0"/>
        <w:spacing w:after="0" w:line="240" w:lineRule="auto"/>
        <w:ind w:right="42"/>
        <w:jc w:val="both"/>
        <w:rPr>
          <w:rFonts w:eastAsia="Times New Roman" w:cs="Arial"/>
          <w:i/>
          <w:iCs/>
          <w:sz w:val="20"/>
          <w:szCs w:val="20"/>
          <w:lang w:val="es-CO" w:eastAsia="es-ES"/>
        </w:rPr>
      </w:pPr>
      <w:r w:rsidRPr="000D2C63">
        <w:rPr>
          <w:rFonts w:eastAsia="Times New Roman" w:cs="Arial"/>
          <w:i/>
          <w:iCs/>
          <w:sz w:val="20"/>
          <w:szCs w:val="20"/>
          <w:lang w:val="es-CO" w:eastAsia="es-ES"/>
        </w:rPr>
        <w:t>Diligenciar en la sección de la factura DATOS del EMISOR, en el campo correo la dirección electrónica, en donde le será notificado en caso de existir fallas en la validación del correo.</w:t>
      </w:r>
    </w:p>
    <w:p w14:paraId="7924188C" w14:textId="77777777" w:rsidR="003F5B27" w:rsidRPr="000D2C63" w:rsidRDefault="003F5B27" w:rsidP="003F5B27">
      <w:pPr>
        <w:widowControl w:val="0"/>
        <w:numPr>
          <w:ilvl w:val="0"/>
          <w:numId w:val="14"/>
        </w:numPr>
        <w:autoSpaceDE w:val="0"/>
        <w:autoSpaceDN w:val="0"/>
        <w:spacing w:after="0" w:line="240" w:lineRule="auto"/>
        <w:ind w:right="42"/>
        <w:jc w:val="both"/>
        <w:rPr>
          <w:rFonts w:eastAsia="Times New Roman" w:cs="Arial"/>
          <w:i/>
          <w:iCs/>
          <w:sz w:val="20"/>
          <w:szCs w:val="20"/>
          <w:lang w:val="es-CO" w:eastAsia="es-ES"/>
        </w:rPr>
      </w:pPr>
      <w:r w:rsidRPr="000D2C63">
        <w:rPr>
          <w:rFonts w:eastAsia="Times New Roman" w:cs="Arial"/>
          <w:i/>
          <w:iCs/>
          <w:sz w:val="20"/>
          <w:szCs w:val="20"/>
          <w:lang w:val="es-CO" w:eastAsia="es-ES"/>
        </w:rPr>
        <w:t>Diligenciar en el asunto o en la sección de la factura NOTAS, lo siguiente: #$ luego el código de identificación de la entidad a la cual le va a enviar la factura, datos del contrato, y correo del supervisor, finalizando con#$, debidamente separados por punto y coma.</w:t>
      </w:r>
    </w:p>
    <w:p w14:paraId="78CEB3CF" w14:textId="77777777" w:rsidR="003F5B27" w:rsidRPr="000D2C63" w:rsidRDefault="003F5B27" w:rsidP="003F5B27">
      <w:pPr>
        <w:widowControl w:val="0"/>
        <w:numPr>
          <w:ilvl w:val="0"/>
          <w:numId w:val="14"/>
        </w:numPr>
        <w:autoSpaceDE w:val="0"/>
        <w:autoSpaceDN w:val="0"/>
        <w:spacing w:after="0" w:line="240" w:lineRule="auto"/>
        <w:ind w:right="42"/>
        <w:jc w:val="both"/>
        <w:rPr>
          <w:rFonts w:eastAsia="Times New Roman" w:cs="Arial"/>
          <w:i/>
          <w:iCs/>
          <w:sz w:val="20"/>
          <w:szCs w:val="20"/>
          <w:lang w:val="es-CO" w:eastAsia="es-ES"/>
        </w:rPr>
      </w:pPr>
      <w:r w:rsidRPr="000D2C63">
        <w:rPr>
          <w:rFonts w:eastAsia="Times New Roman" w:cs="Arial"/>
          <w:i/>
          <w:iCs/>
          <w:sz w:val="20"/>
          <w:szCs w:val="20"/>
          <w:lang w:val="es-CO" w:eastAsia="es-ES"/>
        </w:rPr>
        <w:t>El código de la Entidad es: Consejo Seccional de la Judicatura 27-01-01-827</w:t>
      </w:r>
    </w:p>
    <w:p w14:paraId="2CD4FD44" w14:textId="77777777" w:rsidR="003F5B27" w:rsidRPr="000D2C63" w:rsidRDefault="003F5B27" w:rsidP="003F5B27">
      <w:pPr>
        <w:widowControl w:val="0"/>
        <w:numPr>
          <w:ilvl w:val="0"/>
          <w:numId w:val="14"/>
        </w:numPr>
        <w:autoSpaceDE w:val="0"/>
        <w:autoSpaceDN w:val="0"/>
        <w:spacing w:after="0" w:line="240" w:lineRule="auto"/>
        <w:ind w:right="42"/>
        <w:jc w:val="both"/>
        <w:rPr>
          <w:rFonts w:eastAsia="Times New Roman" w:cs="Arial"/>
          <w:i/>
          <w:iCs/>
          <w:sz w:val="20"/>
          <w:szCs w:val="20"/>
          <w:lang w:val="es-CO" w:eastAsia="es-ES"/>
        </w:rPr>
      </w:pPr>
      <w:r w:rsidRPr="000D2C63">
        <w:rPr>
          <w:rFonts w:eastAsia="Times New Roman" w:cs="Arial"/>
          <w:i/>
          <w:iCs/>
          <w:sz w:val="20"/>
          <w:szCs w:val="20"/>
          <w:lang w:val="es-CO" w:eastAsia="es-ES"/>
        </w:rPr>
        <w:lastRenderedPageBreak/>
        <w:t>Antes de emitir la factura se sugiere comunicarse con el Supervisor del Contrato para la orientación y lineamientos con respecto a la ejecución.</w:t>
      </w:r>
    </w:p>
    <w:p w14:paraId="0204F74B" w14:textId="77777777" w:rsidR="003F5B27" w:rsidRPr="000D2C63" w:rsidRDefault="003F5B27" w:rsidP="003F5B27">
      <w:pPr>
        <w:widowControl w:val="0"/>
        <w:numPr>
          <w:ilvl w:val="0"/>
          <w:numId w:val="14"/>
        </w:numPr>
        <w:autoSpaceDE w:val="0"/>
        <w:autoSpaceDN w:val="0"/>
        <w:spacing w:after="0" w:line="240" w:lineRule="auto"/>
        <w:ind w:right="42"/>
        <w:jc w:val="both"/>
        <w:rPr>
          <w:rFonts w:eastAsia="Times New Roman" w:cs="Arial"/>
          <w:i/>
          <w:iCs/>
          <w:sz w:val="20"/>
          <w:szCs w:val="20"/>
          <w:lang w:val="es-CO" w:eastAsia="es-ES"/>
        </w:rPr>
      </w:pPr>
      <w:r w:rsidRPr="000D2C63">
        <w:rPr>
          <w:rFonts w:eastAsia="Times New Roman" w:cs="Arial"/>
          <w:i/>
          <w:iCs/>
          <w:sz w:val="20"/>
          <w:szCs w:val="20"/>
          <w:lang w:val="es-CO" w:eastAsia="es-ES"/>
        </w:rPr>
        <w:t xml:space="preserve">El contratista a efectos de presentar la factura y </w:t>
      </w:r>
      <w:proofErr w:type="gramStart"/>
      <w:r w:rsidRPr="000D2C63">
        <w:rPr>
          <w:rFonts w:eastAsia="Times New Roman" w:cs="Arial"/>
          <w:i/>
          <w:iCs/>
          <w:sz w:val="20"/>
          <w:szCs w:val="20"/>
          <w:lang w:val="es-CO" w:eastAsia="es-ES"/>
        </w:rPr>
        <w:t>documentos soportes</w:t>
      </w:r>
      <w:proofErr w:type="gramEnd"/>
      <w:r w:rsidRPr="000D2C63">
        <w:rPr>
          <w:rFonts w:eastAsia="Times New Roman" w:cs="Arial"/>
          <w:i/>
          <w:iCs/>
          <w:sz w:val="20"/>
          <w:szCs w:val="20"/>
          <w:lang w:val="es-CO" w:eastAsia="es-ES"/>
        </w:rPr>
        <w:t xml:space="preserve"> para ella, deberá tener en cuenta los plazos previstos por la Dirección Seccional de Administración Judicial de Cali – Valle del Cauca a través del Supervisor del Contrato.</w:t>
      </w:r>
    </w:p>
    <w:p w14:paraId="79175C1C" w14:textId="77777777" w:rsidR="00B72163" w:rsidRPr="000D2C63" w:rsidRDefault="00B72163" w:rsidP="00B72163">
      <w:pPr>
        <w:widowControl w:val="0"/>
        <w:autoSpaceDE w:val="0"/>
        <w:autoSpaceDN w:val="0"/>
        <w:spacing w:after="0" w:line="240" w:lineRule="auto"/>
        <w:ind w:right="42"/>
        <w:jc w:val="both"/>
        <w:rPr>
          <w:rFonts w:eastAsia="Times New Roman" w:cs="Arial"/>
          <w:sz w:val="20"/>
          <w:szCs w:val="20"/>
          <w:lang w:val="es-CO" w:eastAsia="es-ES"/>
        </w:rPr>
      </w:pPr>
    </w:p>
    <w:p w14:paraId="1035A1E6" w14:textId="77777777" w:rsidR="00B72163" w:rsidRPr="000D2C63" w:rsidRDefault="00B72163" w:rsidP="00B72163">
      <w:pPr>
        <w:widowControl w:val="0"/>
        <w:autoSpaceDE w:val="0"/>
        <w:autoSpaceDN w:val="0"/>
        <w:spacing w:after="0" w:line="240" w:lineRule="auto"/>
        <w:ind w:right="42"/>
        <w:jc w:val="both"/>
        <w:rPr>
          <w:rFonts w:eastAsia="Times New Roman" w:cs="Arial"/>
          <w:sz w:val="20"/>
          <w:szCs w:val="20"/>
          <w:lang w:val="es-CO" w:eastAsia="es-ES"/>
        </w:rPr>
      </w:pPr>
      <w:r w:rsidRPr="000D2C63">
        <w:rPr>
          <w:rFonts w:eastAsia="Times New Roman" w:cs="Arial"/>
          <w:sz w:val="20"/>
          <w:szCs w:val="20"/>
          <w:lang w:val="es-CO" w:eastAsia="es-ES"/>
        </w:rPr>
        <w:t xml:space="preserve">Si la factura no ha sido elaborada correctamente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7490B49E" w14:textId="77777777" w:rsidR="00B72163" w:rsidRPr="000D2C63" w:rsidRDefault="00B72163" w:rsidP="00B72163">
      <w:pPr>
        <w:widowControl w:val="0"/>
        <w:autoSpaceDE w:val="0"/>
        <w:autoSpaceDN w:val="0"/>
        <w:spacing w:after="0" w:line="240" w:lineRule="auto"/>
        <w:ind w:right="42"/>
        <w:jc w:val="both"/>
        <w:rPr>
          <w:rFonts w:eastAsia="Times New Roman" w:cs="Arial"/>
          <w:sz w:val="20"/>
          <w:szCs w:val="20"/>
          <w:lang w:val="es-CO" w:eastAsia="es-ES"/>
        </w:rPr>
      </w:pPr>
    </w:p>
    <w:p w14:paraId="5941A7FC" w14:textId="3E9B4715" w:rsidR="00C873D7" w:rsidRPr="000D2C63" w:rsidRDefault="00B72163">
      <w:pPr>
        <w:spacing w:after="80" w:line="252" w:lineRule="auto"/>
        <w:jc w:val="both"/>
        <w:rPr>
          <w:rFonts w:cs="Arial"/>
          <w:sz w:val="20"/>
          <w:szCs w:val="20"/>
        </w:rPr>
      </w:pPr>
      <w:r w:rsidRPr="000D2C63">
        <w:rPr>
          <w:rFonts w:eastAsia="Times New Roman" w:cs="Arial"/>
          <w:sz w:val="20"/>
          <w:szCs w:val="20"/>
          <w:lang w:val="es-CO" w:eastAsia="ar-SA"/>
        </w:rPr>
        <w:t xml:space="preserve">Cargar los documentos necesarios para el pago en el SECOP en la sección No. 7 “Ejecución del Contrato”, subsección “Plan de Pagos – crear”, cuya radicación debe ser la fecha de generación de la factura electrónica y/o cuenta de cobro, </w:t>
      </w:r>
      <w:proofErr w:type="gramStart"/>
      <w:r w:rsidRPr="000D2C63">
        <w:rPr>
          <w:rFonts w:eastAsia="Times New Roman" w:cs="Arial"/>
          <w:sz w:val="20"/>
          <w:szCs w:val="20"/>
          <w:lang w:val="es-CO" w:eastAsia="ar-SA"/>
        </w:rPr>
        <w:t>de acuerdo a</w:t>
      </w:r>
      <w:proofErr w:type="gramEnd"/>
      <w:r w:rsidRPr="000D2C63">
        <w:rPr>
          <w:rFonts w:eastAsia="Times New Roman" w:cs="Arial"/>
          <w:sz w:val="20"/>
          <w:szCs w:val="20"/>
          <w:lang w:val="es-CO" w:eastAsia="ar-SA"/>
        </w:rPr>
        <w:t xml:space="preserve"> C I R C U L A R DESAJCLC24-24 de fecha 22 de marzo de 2024.</w:t>
      </w:r>
    </w:p>
    <w:p w14:paraId="0D0B9EED" w14:textId="77777777" w:rsidR="00932B34" w:rsidRPr="000D2C63" w:rsidRDefault="0020184D">
      <w:pPr>
        <w:keepNext/>
        <w:spacing w:before="140" w:after="80" w:line="252" w:lineRule="auto"/>
        <w:rPr>
          <w:rFonts w:cs="Arial"/>
          <w:sz w:val="20"/>
          <w:szCs w:val="20"/>
        </w:rPr>
      </w:pPr>
      <w:r w:rsidRPr="000D2C63">
        <w:rPr>
          <w:rFonts w:cs="Arial"/>
          <w:b/>
          <w:sz w:val="20"/>
          <w:szCs w:val="20"/>
        </w:rPr>
        <w:t>CLÁUSULA 9. OBLIGACIONES GENERALES DEL CONTRATISTA</w:t>
      </w:r>
    </w:p>
    <w:p w14:paraId="62B3B40C" w14:textId="77777777" w:rsidR="0069469E" w:rsidRPr="000D2C63" w:rsidRDefault="0069469E" w:rsidP="0069469E">
      <w:pPr>
        <w:jc w:val="both"/>
        <w:rPr>
          <w:rFonts w:cs="Arial"/>
          <w:lang w:eastAsia="es-ES"/>
        </w:rPr>
      </w:pPr>
    </w:p>
    <w:p w14:paraId="230F2C5E" w14:textId="77777777" w:rsidR="0069469E" w:rsidRPr="000D2C63" w:rsidRDefault="0069469E" w:rsidP="0069469E">
      <w:pPr>
        <w:numPr>
          <w:ilvl w:val="0"/>
          <w:numId w:val="17"/>
        </w:numPr>
        <w:spacing w:after="0" w:line="240" w:lineRule="auto"/>
        <w:jc w:val="both"/>
        <w:rPr>
          <w:rFonts w:cs="Arial"/>
          <w:lang w:eastAsia="es-ES"/>
        </w:rPr>
      </w:pPr>
      <w:proofErr w:type="spellStart"/>
      <w:r w:rsidRPr="000D2C63">
        <w:rPr>
          <w:rFonts w:cs="Arial"/>
          <w:lang w:eastAsia="es-ES"/>
        </w:rPr>
        <w:t>Ejecutar</w:t>
      </w:r>
      <w:proofErr w:type="spellEnd"/>
      <w:r w:rsidRPr="000D2C63">
        <w:rPr>
          <w:rFonts w:cs="Arial"/>
          <w:lang w:eastAsia="es-ES"/>
        </w:rPr>
        <w:t xml:space="preserve"> el </w:t>
      </w:r>
      <w:proofErr w:type="spellStart"/>
      <w:r w:rsidRPr="000D2C63">
        <w:rPr>
          <w:rFonts w:cs="Arial"/>
          <w:lang w:eastAsia="es-ES"/>
        </w:rPr>
        <w:t>objeto</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conforme</w:t>
      </w:r>
      <w:proofErr w:type="spellEnd"/>
      <w:r w:rsidRPr="000D2C63">
        <w:rPr>
          <w:rFonts w:cs="Arial"/>
          <w:lang w:eastAsia="es-ES"/>
        </w:rPr>
        <w:t xml:space="preserve"> lo </w:t>
      </w:r>
      <w:proofErr w:type="spellStart"/>
      <w:r w:rsidRPr="000D2C63">
        <w:rPr>
          <w:rFonts w:cs="Arial"/>
          <w:lang w:eastAsia="es-ES"/>
        </w:rPr>
        <w:t>establecido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el </w:t>
      </w:r>
      <w:proofErr w:type="spellStart"/>
      <w:r w:rsidRPr="000D2C63">
        <w:rPr>
          <w:rFonts w:cs="Arial"/>
          <w:lang w:eastAsia="es-ES"/>
        </w:rPr>
        <w:t>Proceso</w:t>
      </w:r>
      <w:proofErr w:type="spellEnd"/>
      <w:r w:rsidRPr="000D2C63">
        <w:rPr>
          <w:rFonts w:cs="Arial"/>
          <w:lang w:eastAsia="es-ES"/>
        </w:rPr>
        <w:t xml:space="preserve"> de </w:t>
      </w:r>
      <w:proofErr w:type="spellStart"/>
      <w:r w:rsidRPr="000D2C63">
        <w:rPr>
          <w:rFonts w:cs="Arial"/>
          <w:lang w:eastAsia="es-ES"/>
        </w:rPr>
        <w:t>Selección</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corresponda</w:t>
      </w:r>
      <w:proofErr w:type="spellEnd"/>
      <w:r w:rsidRPr="000D2C63">
        <w:rPr>
          <w:rFonts w:cs="Arial"/>
          <w:lang w:eastAsia="es-ES"/>
        </w:rPr>
        <w:t>.</w:t>
      </w:r>
    </w:p>
    <w:p w14:paraId="1825DD3B" w14:textId="77777777" w:rsidR="0069469E" w:rsidRPr="000D2C63" w:rsidRDefault="0069469E" w:rsidP="0069469E">
      <w:pPr>
        <w:jc w:val="both"/>
        <w:rPr>
          <w:rFonts w:cs="Arial"/>
          <w:lang w:eastAsia="es-ES"/>
        </w:rPr>
      </w:pPr>
    </w:p>
    <w:p w14:paraId="7FA4D40E" w14:textId="77777777" w:rsidR="0069469E" w:rsidRPr="000D2C63" w:rsidRDefault="0069469E" w:rsidP="0069469E">
      <w:pPr>
        <w:numPr>
          <w:ilvl w:val="0"/>
          <w:numId w:val="17"/>
        </w:numPr>
        <w:spacing w:after="0" w:line="240" w:lineRule="auto"/>
        <w:jc w:val="both"/>
        <w:rPr>
          <w:rFonts w:cs="Arial"/>
          <w:lang w:eastAsia="es-ES"/>
        </w:rPr>
      </w:pPr>
      <w:proofErr w:type="spellStart"/>
      <w:r w:rsidRPr="000D2C63">
        <w:rPr>
          <w:rFonts w:eastAsia="Calibri" w:cs="Arial"/>
        </w:rPr>
        <w:t>Guardar</w:t>
      </w:r>
      <w:proofErr w:type="spellEnd"/>
      <w:r w:rsidRPr="000D2C63">
        <w:rPr>
          <w:rFonts w:eastAsia="Calibri" w:cs="Arial"/>
        </w:rPr>
        <w:t xml:space="preserve"> la </w:t>
      </w:r>
      <w:proofErr w:type="spellStart"/>
      <w:r w:rsidRPr="000D2C63">
        <w:rPr>
          <w:rFonts w:eastAsia="Calibri" w:cs="Arial"/>
        </w:rPr>
        <w:t>reserva</w:t>
      </w:r>
      <w:proofErr w:type="spellEnd"/>
      <w:r w:rsidRPr="000D2C63">
        <w:rPr>
          <w:rFonts w:eastAsia="Calibri" w:cs="Arial"/>
        </w:rPr>
        <w:t xml:space="preserve"> </w:t>
      </w:r>
      <w:proofErr w:type="spellStart"/>
      <w:r w:rsidRPr="000D2C63">
        <w:rPr>
          <w:rFonts w:eastAsia="Calibri" w:cs="Arial"/>
        </w:rPr>
        <w:t>debida</w:t>
      </w:r>
      <w:proofErr w:type="spellEnd"/>
      <w:r w:rsidRPr="000D2C63">
        <w:rPr>
          <w:rFonts w:eastAsia="Calibri" w:cs="Arial"/>
        </w:rPr>
        <w:t xml:space="preserve"> de la </w:t>
      </w:r>
      <w:proofErr w:type="spellStart"/>
      <w:r w:rsidRPr="000D2C63">
        <w:rPr>
          <w:rFonts w:eastAsia="Calibri" w:cs="Arial"/>
        </w:rPr>
        <w:t>información</w:t>
      </w:r>
      <w:proofErr w:type="spellEnd"/>
      <w:r w:rsidRPr="000D2C63">
        <w:rPr>
          <w:rFonts w:eastAsia="Calibri" w:cs="Arial"/>
        </w:rPr>
        <w:t xml:space="preserve"> a la </w:t>
      </w:r>
      <w:proofErr w:type="spellStart"/>
      <w:r w:rsidRPr="000D2C63">
        <w:rPr>
          <w:rFonts w:eastAsia="Calibri" w:cs="Arial"/>
        </w:rPr>
        <w:t>que</w:t>
      </w:r>
      <w:proofErr w:type="spellEnd"/>
      <w:r w:rsidRPr="000D2C63">
        <w:rPr>
          <w:rFonts w:eastAsia="Calibri" w:cs="Arial"/>
        </w:rPr>
        <w:t xml:space="preserve"> </w:t>
      </w:r>
      <w:proofErr w:type="spellStart"/>
      <w:r w:rsidRPr="000D2C63">
        <w:rPr>
          <w:rFonts w:eastAsia="Calibri" w:cs="Arial"/>
        </w:rPr>
        <w:t>tenga</w:t>
      </w:r>
      <w:proofErr w:type="spellEnd"/>
      <w:r w:rsidRPr="000D2C63">
        <w:rPr>
          <w:rFonts w:eastAsia="Calibri" w:cs="Arial"/>
        </w:rPr>
        <w:t xml:space="preserve"> </w:t>
      </w:r>
      <w:proofErr w:type="spellStart"/>
      <w:r w:rsidRPr="000D2C63">
        <w:rPr>
          <w:rFonts w:eastAsia="Calibri" w:cs="Arial"/>
        </w:rPr>
        <w:t>acceso</w:t>
      </w:r>
      <w:proofErr w:type="spellEnd"/>
      <w:r w:rsidRPr="000D2C63">
        <w:rPr>
          <w:rFonts w:eastAsia="Calibri" w:cs="Arial"/>
        </w:rPr>
        <w:t xml:space="preserve"> con </w:t>
      </w:r>
      <w:proofErr w:type="spellStart"/>
      <w:r w:rsidRPr="000D2C63">
        <w:rPr>
          <w:rFonts w:eastAsia="Calibri" w:cs="Arial"/>
        </w:rPr>
        <w:t>ocasión</w:t>
      </w:r>
      <w:proofErr w:type="spellEnd"/>
      <w:r w:rsidRPr="000D2C63">
        <w:rPr>
          <w:rFonts w:eastAsia="Calibri" w:cs="Arial"/>
        </w:rPr>
        <w:t xml:space="preserve"> del </w:t>
      </w:r>
      <w:proofErr w:type="spellStart"/>
      <w:r w:rsidRPr="000D2C63">
        <w:rPr>
          <w:rFonts w:eastAsia="Calibri" w:cs="Arial"/>
        </w:rPr>
        <w:t>contrato</w:t>
      </w:r>
      <w:proofErr w:type="spellEnd"/>
      <w:r w:rsidRPr="000D2C63">
        <w:rPr>
          <w:rFonts w:eastAsia="Calibri" w:cs="Arial"/>
        </w:rPr>
        <w:t xml:space="preserve"> y a no </w:t>
      </w:r>
      <w:proofErr w:type="spellStart"/>
      <w:r w:rsidRPr="000D2C63">
        <w:rPr>
          <w:rFonts w:eastAsia="Calibri" w:cs="Arial"/>
        </w:rPr>
        <w:t>utilizarla</w:t>
      </w:r>
      <w:proofErr w:type="spellEnd"/>
      <w:r w:rsidRPr="000D2C63">
        <w:rPr>
          <w:rFonts w:eastAsia="Calibri" w:cs="Arial"/>
        </w:rPr>
        <w:t xml:space="preserve"> </w:t>
      </w:r>
      <w:proofErr w:type="spellStart"/>
      <w:r w:rsidRPr="000D2C63">
        <w:rPr>
          <w:rFonts w:eastAsia="Calibri" w:cs="Arial"/>
        </w:rPr>
        <w:t>sino</w:t>
      </w:r>
      <w:proofErr w:type="spellEnd"/>
      <w:r w:rsidRPr="000D2C63">
        <w:rPr>
          <w:rFonts w:eastAsia="Calibri" w:cs="Arial"/>
        </w:rPr>
        <w:t xml:space="preserve"> </w:t>
      </w:r>
      <w:proofErr w:type="spellStart"/>
      <w:r w:rsidRPr="000D2C63">
        <w:rPr>
          <w:rFonts w:eastAsia="Calibri" w:cs="Arial"/>
        </w:rPr>
        <w:t>exclusivamente</w:t>
      </w:r>
      <w:proofErr w:type="spellEnd"/>
      <w:r w:rsidRPr="000D2C63">
        <w:rPr>
          <w:rFonts w:eastAsia="Calibri" w:cs="Arial"/>
        </w:rPr>
        <w:t xml:space="preserve"> </w:t>
      </w:r>
      <w:proofErr w:type="spellStart"/>
      <w:r w:rsidRPr="000D2C63">
        <w:rPr>
          <w:rFonts w:eastAsia="Calibri" w:cs="Arial"/>
        </w:rPr>
        <w:t>en</w:t>
      </w:r>
      <w:proofErr w:type="spellEnd"/>
      <w:r w:rsidRPr="000D2C63">
        <w:rPr>
          <w:rFonts w:eastAsia="Calibri" w:cs="Arial"/>
        </w:rPr>
        <w:t xml:space="preserve"> </w:t>
      </w:r>
      <w:proofErr w:type="spellStart"/>
      <w:r w:rsidRPr="000D2C63">
        <w:rPr>
          <w:rFonts w:eastAsia="Calibri" w:cs="Arial"/>
        </w:rPr>
        <w:t>relación</w:t>
      </w:r>
      <w:proofErr w:type="spellEnd"/>
      <w:r w:rsidRPr="000D2C63">
        <w:rPr>
          <w:rFonts w:eastAsia="Calibri" w:cs="Arial"/>
        </w:rPr>
        <w:t xml:space="preserve"> con </w:t>
      </w:r>
      <w:proofErr w:type="spellStart"/>
      <w:r w:rsidRPr="000D2C63">
        <w:rPr>
          <w:rFonts w:eastAsia="Calibri" w:cs="Arial"/>
        </w:rPr>
        <w:t>los</w:t>
      </w:r>
      <w:proofErr w:type="spellEnd"/>
      <w:r w:rsidRPr="000D2C63">
        <w:rPr>
          <w:rFonts w:eastAsia="Calibri" w:cs="Arial"/>
        </w:rPr>
        <w:t xml:space="preserve"> fines del </w:t>
      </w:r>
      <w:proofErr w:type="spellStart"/>
      <w:r w:rsidRPr="000D2C63">
        <w:rPr>
          <w:rFonts w:eastAsia="Calibri" w:cs="Arial"/>
        </w:rPr>
        <w:t>mismo</w:t>
      </w:r>
      <w:proofErr w:type="spellEnd"/>
      <w:r w:rsidRPr="000D2C63">
        <w:rPr>
          <w:rFonts w:eastAsia="Calibri" w:cs="Arial"/>
        </w:rPr>
        <w:t>.</w:t>
      </w:r>
    </w:p>
    <w:p w14:paraId="7168230E" w14:textId="77777777" w:rsidR="0069469E" w:rsidRPr="000D2C63" w:rsidRDefault="0069469E" w:rsidP="0069469E">
      <w:pPr>
        <w:ind w:left="708"/>
        <w:rPr>
          <w:rFonts w:cs="Arial"/>
          <w:lang w:eastAsia="es-ES"/>
        </w:rPr>
      </w:pPr>
    </w:p>
    <w:p w14:paraId="4315C799" w14:textId="77777777" w:rsidR="0069469E" w:rsidRPr="000D2C63" w:rsidRDefault="0069469E" w:rsidP="0069469E">
      <w:pPr>
        <w:numPr>
          <w:ilvl w:val="0"/>
          <w:numId w:val="17"/>
        </w:numPr>
        <w:spacing w:after="0" w:line="240" w:lineRule="auto"/>
        <w:jc w:val="both"/>
        <w:rPr>
          <w:rFonts w:cs="Arial"/>
          <w:lang w:eastAsia="es-ES"/>
        </w:rPr>
      </w:pPr>
      <w:proofErr w:type="spellStart"/>
      <w:r w:rsidRPr="000D2C63">
        <w:rPr>
          <w:rFonts w:cs="Arial"/>
          <w:lang w:eastAsia="es-ES"/>
        </w:rPr>
        <w:t>Prestar</w:t>
      </w:r>
      <w:proofErr w:type="spellEnd"/>
      <w:r w:rsidRPr="000D2C63">
        <w:rPr>
          <w:rFonts w:cs="Arial"/>
          <w:lang w:eastAsia="es-ES"/>
        </w:rPr>
        <w:t xml:space="preserve"> </w:t>
      </w:r>
      <w:proofErr w:type="spellStart"/>
      <w:r w:rsidRPr="000D2C63">
        <w:rPr>
          <w:rFonts w:cs="Arial"/>
          <w:lang w:eastAsia="es-ES"/>
        </w:rPr>
        <w:t>apoyo</w:t>
      </w:r>
      <w:proofErr w:type="spellEnd"/>
      <w:r w:rsidRPr="000D2C63">
        <w:rPr>
          <w:rFonts w:cs="Arial"/>
          <w:lang w:eastAsia="es-ES"/>
        </w:rPr>
        <w:t xml:space="preserve"> a la </w:t>
      </w:r>
      <w:proofErr w:type="spellStart"/>
      <w:r w:rsidRPr="000D2C63">
        <w:rPr>
          <w:rFonts w:cs="Arial"/>
          <w:lang w:eastAsia="es-ES"/>
        </w:rPr>
        <w:t>acción</w:t>
      </w:r>
      <w:proofErr w:type="spellEnd"/>
      <w:r w:rsidRPr="000D2C63">
        <w:rPr>
          <w:rFonts w:cs="Arial"/>
          <w:lang w:eastAsia="es-ES"/>
        </w:rPr>
        <w:t xml:space="preserve"> del Estado Colombiano, para </w:t>
      </w:r>
      <w:proofErr w:type="spellStart"/>
      <w:r w:rsidRPr="000D2C63">
        <w:rPr>
          <w:rFonts w:cs="Arial"/>
          <w:lang w:eastAsia="es-ES"/>
        </w:rPr>
        <w:t>fortalecer</w:t>
      </w:r>
      <w:proofErr w:type="spellEnd"/>
      <w:r w:rsidRPr="000D2C63">
        <w:rPr>
          <w:rFonts w:cs="Arial"/>
          <w:lang w:eastAsia="es-ES"/>
        </w:rPr>
        <w:t xml:space="preserve"> la </w:t>
      </w:r>
      <w:proofErr w:type="spellStart"/>
      <w:r w:rsidRPr="000D2C63">
        <w:rPr>
          <w:rFonts w:cs="Arial"/>
          <w:lang w:eastAsia="es-ES"/>
        </w:rPr>
        <w:t>transparencia</w:t>
      </w:r>
      <w:proofErr w:type="spellEnd"/>
      <w:r w:rsidRPr="000D2C63">
        <w:rPr>
          <w:rFonts w:cs="Arial"/>
          <w:lang w:eastAsia="es-ES"/>
        </w:rPr>
        <w:t xml:space="preserve"> y la </w:t>
      </w:r>
      <w:proofErr w:type="spellStart"/>
      <w:r w:rsidRPr="000D2C63">
        <w:rPr>
          <w:rFonts w:cs="Arial"/>
          <w:lang w:eastAsia="es-ES"/>
        </w:rPr>
        <w:t>responsabilidad</w:t>
      </w:r>
      <w:proofErr w:type="spellEnd"/>
      <w:r w:rsidRPr="000D2C63">
        <w:rPr>
          <w:rFonts w:cs="Arial"/>
          <w:lang w:eastAsia="es-ES"/>
        </w:rPr>
        <w:t xml:space="preserve"> de </w:t>
      </w:r>
      <w:proofErr w:type="spellStart"/>
      <w:r w:rsidRPr="000D2C63">
        <w:rPr>
          <w:rFonts w:cs="Arial"/>
          <w:lang w:eastAsia="es-ES"/>
        </w:rPr>
        <w:t>rendir</w:t>
      </w:r>
      <w:proofErr w:type="spellEnd"/>
      <w:r w:rsidRPr="000D2C63">
        <w:rPr>
          <w:rFonts w:cs="Arial"/>
          <w:lang w:eastAsia="es-ES"/>
        </w:rPr>
        <w:t xml:space="preserve"> </w:t>
      </w:r>
      <w:proofErr w:type="spellStart"/>
      <w:r w:rsidRPr="000D2C63">
        <w:rPr>
          <w:rFonts w:cs="Arial"/>
          <w:lang w:eastAsia="es-ES"/>
        </w:rPr>
        <w:t>cuentas</w:t>
      </w:r>
      <w:proofErr w:type="spellEnd"/>
      <w:r w:rsidRPr="000D2C63">
        <w:rPr>
          <w:rFonts w:cs="Arial"/>
          <w:lang w:eastAsia="es-ES"/>
        </w:rPr>
        <w:t xml:space="preserve"> y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este</w:t>
      </w:r>
      <w:proofErr w:type="spellEnd"/>
      <w:r w:rsidRPr="000D2C63">
        <w:rPr>
          <w:rFonts w:cs="Arial"/>
          <w:lang w:eastAsia="es-ES"/>
        </w:rPr>
        <w:t xml:space="preserve"> </w:t>
      </w:r>
      <w:proofErr w:type="spellStart"/>
      <w:r w:rsidRPr="000D2C63">
        <w:rPr>
          <w:rFonts w:cs="Arial"/>
          <w:lang w:eastAsia="es-ES"/>
        </w:rPr>
        <w:t>contexto</w:t>
      </w:r>
      <w:proofErr w:type="spellEnd"/>
      <w:r w:rsidRPr="000D2C63">
        <w:rPr>
          <w:rFonts w:cs="Arial"/>
          <w:lang w:eastAsia="es-ES"/>
        </w:rPr>
        <w:t xml:space="preserve"> </w:t>
      </w:r>
      <w:proofErr w:type="spellStart"/>
      <w:r w:rsidRPr="000D2C63">
        <w:rPr>
          <w:rFonts w:cs="Arial"/>
          <w:lang w:eastAsia="es-ES"/>
        </w:rPr>
        <w:t>asume</w:t>
      </w:r>
      <w:proofErr w:type="spellEnd"/>
      <w:r w:rsidRPr="000D2C63">
        <w:rPr>
          <w:rFonts w:cs="Arial"/>
          <w:lang w:eastAsia="es-ES"/>
        </w:rPr>
        <w:t xml:space="preserve"> </w:t>
      </w:r>
      <w:proofErr w:type="spellStart"/>
      <w:r w:rsidRPr="000D2C63">
        <w:rPr>
          <w:rFonts w:cs="Arial"/>
          <w:lang w:eastAsia="es-ES"/>
        </w:rPr>
        <w:t>explícitamente</w:t>
      </w:r>
      <w:proofErr w:type="spellEnd"/>
      <w:r w:rsidRPr="000D2C63">
        <w:rPr>
          <w:rFonts w:cs="Arial"/>
          <w:lang w:eastAsia="es-ES"/>
        </w:rPr>
        <w:t xml:space="preserve"> entre </w:t>
      </w:r>
      <w:proofErr w:type="spellStart"/>
      <w:r w:rsidRPr="000D2C63">
        <w:rPr>
          <w:rFonts w:cs="Arial"/>
          <w:lang w:eastAsia="es-ES"/>
        </w:rPr>
        <w:t>otros</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siguientes</w:t>
      </w:r>
      <w:proofErr w:type="spellEnd"/>
      <w:r w:rsidRPr="000D2C63">
        <w:rPr>
          <w:rFonts w:cs="Arial"/>
          <w:lang w:eastAsia="es-ES"/>
        </w:rPr>
        <w:t xml:space="preserve"> </w:t>
      </w:r>
      <w:proofErr w:type="spellStart"/>
      <w:r w:rsidRPr="000D2C63">
        <w:rPr>
          <w:rFonts w:cs="Arial"/>
          <w:lang w:eastAsia="es-ES"/>
        </w:rPr>
        <w:t>compromisos</w:t>
      </w:r>
      <w:proofErr w:type="spellEnd"/>
      <w:r w:rsidRPr="000D2C63">
        <w:rPr>
          <w:rFonts w:cs="Arial"/>
          <w:lang w:eastAsia="es-ES"/>
        </w:rPr>
        <w:t xml:space="preserve">, sin </w:t>
      </w:r>
      <w:proofErr w:type="spellStart"/>
      <w:r w:rsidRPr="000D2C63">
        <w:rPr>
          <w:rFonts w:cs="Arial"/>
          <w:lang w:eastAsia="es-ES"/>
        </w:rPr>
        <w:t>perjuicio</w:t>
      </w:r>
      <w:proofErr w:type="spellEnd"/>
      <w:r w:rsidRPr="000D2C63">
        <w:rPr>
          <w:rFonts w:cs="Arial"/>
          <w:lang w:eastAsia="es-ES"/>
        </w:rPr>
        <w:t xml:space="preserve"> de la </w:t>
      </w:r>
      <w:proofErr w:type="spellStart"/>
      <w:r w:rsidRPr="000D2C63">
        <w:rPr>
          <w:rFonts w:cs="Arial"/>
          <w:lang w:eastAsia="es-ES"/>
        </w:rPr>
        <w:t>obligación</w:t>
      </w:r>
      <w:proofErr w:type="spellEnd"/>
      <w:r w:rsidRPr="000D2C63">
        <w:rPr>
          <w:rFonts w:cs="Arial"/>
          <w:lang w:eastAsia="es-ES"/>
        </w:rPr>
        <w:t xml:space="preserve"> de </w:t>
      </w:r>
      <w:proofErr w:type="spellStart"/>
      <w:r w:rsidRPr="000D2C63">
        <w:rPr>
          <w:rFonts w:cs="Arial"/>
          <w:lang w:eastAsia="es-ES"/>
        </w:rPr>
        <w:t>cumplir</w:t>
      </w:r>
      <w:proofErr w:type="spellEnd"/>
      <w:r w:rsidRPr="000D2C63">
        <w:rPr>
          <w:rFonts w:cs="Arial"/>
          <w:lang w:eastAsia="es-ES"/>
        </w:rPr>
        <w:t xml:space="preserve"> la Ley Colombiana, </w:t>
      </w:r>
      <w:proofErr w:type="spellStart"/>
      <w:r w:rsidRPr="000D2C63">
        <w:rPr>
          <w:rFonts w:cs="Arial"/>
          <w:lang w:eastAsia="es-ES"/>
        </w:rPr>
        <w:t>especialmente</w:t>
      </w:r>
      <w:proofErr w:type="spellEnd"/>
      <w:r w:rsidRPr="000D2C63">
        <w:rPr>
          <w:rFonts w:cs="Arial"/>
          <w:lang w:eastAsia="es-ES"/>
        </w:rPr>
        <w:t>, la Ley 1474 de 2011:</w:t>
      </w:r>
    </w:p>
    <w:p w14:paraId="359707A2" w14:textId="77777777" w:rsidR="0069469E" w:rsidRPr="000D2C63" w:rsidRDefault="0069469E" w:rsidP="0069469E">
      <w:pPr>
        <w:ind w:left="788" w:hanging="360"/>
        <w:jc w:val="both"/>
        <w:rPr>
          <w:rFonts w:cs="Arial"/>
          <w:lang w:eastAsia="es-ES"/>
        </w:rPr>
      </w:pPr>
    </w:p>
    <w:p w14:paraId="7E0C9D87" w14:textId="77777777" w:rsidR="0069469E" w:rsidRPr="000D2C63" w:rsidRDefault="0069469E" w:rsidP="0069469E">
      <w:pPr>
        <w:numPr>
          <w:ilvl w:val="0"/>
          <w:numId w:val="27"/>
        </w:numPr>
        <w:spacing w:after="0" w:line="240" w:lineRule="auto"/>
        <w:ind w:left="1071"/>
        <w:jc w:val="both"/>
        <w:rPr>
          <w:rFonts w:cs="Arial"/>
          <w:lang w:eastAsia="es-ES"/>
        </w:rPr>
      </w:pPr>
      <w:r w:rsidRPr="000D2C63">
        <w:rPr>
          <w:rFonts w:cs="Arial"/>
          <w:lang w:eastAsia="es-ES"/>
        </w:rPr>
        <w:t xml:space="preserve">No </w:t>
      </w:r>
      <w:proofErr w:type="spellStart"/>
      <w:r w:rsidRPr="000D2C63">
        <w:rPr>
          <w:rFonts w:cs="Arial"/>
          <w:lang w:eastAsia="es-ES"/>
        </w:rPr>
        <w:t>hacer</w:t>
      </w:r>
      <w:proofErr w:type="spellEnd"/>
      <w:r w:rsidRPr="000D2C63">
        <w:rPr>
          <w:rFonts w:cs="Arial"/>
          <w:lang w:eastAsia="es-ES"/>
        </w:rPr>
        <w:t xml:space="preserve"> </w:t>
      </w:r>
      <w:proofErr w:type="spellStart"/>
      <w:r w:rsidRPr="000D2C63">
        <w:rPr>
          <w:rFonts w:cs="Arial"/>
          <w:lang w:eastAsia="es-ES"/>
        </w:rPr>
        <w:t>arreglos</w:t>
      </w:r>
      <w:proofErr w:type="spellEnd"/>
      <w:r w:rsidRPr="000D2C63">
        <w:rPr>
          <w:rFonts w:cs="Arial"/>
          <w:lang w:eastAsia="es-ES"/>
        </w:rPr>
        <w:t xml:space="preserve"> </w:t>
      </w:r>
      <w:proofErr w:type="spellStart"/>
      <w:r w:rsidRPr="000D2C63">
        <w:rPr>
          <w:rFonts w:cs="Arial"/>
          <w:lang w:eastAsia="es-ES"/>
        </w:rPr>
        <w:t>previos</w:t>
      </w:r>
      <w:proofErr w:type="spellEnd"/>
      <w:r w:rsidRPr="000D2C63">
        <w:rPr>
          <w:rFonts w:cs="Arial"/>
          <w:lang w:eastAsia="es-ES"/>
        </w:rPr>
        <w:t xml:space="preserve">, </w:t>
      </w:r>
      <w:proofErr w:type="spellStart"/>
      <w:r w:rsidRPr="000D2C63">
        <w:rPr>
          <w:rFonts w:cs="Arial"/>
          <w:lang w:eastAsia="es-ES"/>
        </w:rPr>
        <w:t>concomitantes</w:t>
      </w:r>
      <w:proofErr w:type="spellEnd"/>
      <w:r w:rsidRPr="000D2C63">
        <w:rPr>
          <w:rFonts w:cs="Arial"/>
          <w:lang w:eastAsia="es-ES"/>
        </w:rPr>
        <w:t xml:space="preserve"> o posteriores al </w:t>
      </w:r>
      <w:proofErr w:type="spellStart"/>
      <w:r w:rsidRPr="000D2C63">
        <w:rPr>
          <w:rFonts w:cs="Arial"/>
          <w:lang w:eastAsia="es-ES"/>
        </w:rPr>
        <w:t>proceso</w:t>
      </w:r>
      <w:proofErr w:type="spellEnd"/>
      <w:r w:rsidRPr="000D2C63">
        <w:rPr>
          <w:rFonts w:cs="Arial"/>
          <w:lang w:eastAsia="es-ES"/>
        </w:rPr>
        <w:t xml:space="preserve"> de </w:t>
      </w:r>
      <w:proofErr w:type="spellStart"/>
      <w:r w:rsidRPr="000D2C63">
        <w:rPr>
          <w:rFonts w:cs="Arial"/>
          <w:lang w:eastAsia="es-ES"/>
        </w:rPr>
        <w:t>contratación</w:t>
      </w:r>
      <w:proofErr w:type="spellEnd"/>
      <w:r w:rsidRPr="000D2C63">
        <w:rPr>
          <w:rFonts w:cs="Arial"/>
          <w:lang w:eastAsia="es-ES"/>
        </w:rPr>
        <w:t xml:space="preserve">, con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encargados</w:t>
      </w:r>
      <w:proofErr w:type="spellEnd"/>
      <w:r w:rsidRPr="000D2C63">
        <w:rPr>
          <w:rFonts w:cs="Arial"/>
          <w:lang w:eastAsia="es-ES"/>
        </w:rPr>
        <w:t xml:space="preserve"> de </w:t>
      </w:r>
      <w:proofErr w:type="spellStart"/>
      <w:r w:rsidRPr="000D2C63">
        <w:rPr>
          <w:rFonts w:cs="Arial"/>
          <w:lang w:eastAsia="es-ES"/>
        </w:rPr>
        <w:t>planear</w:t>
      </w:r>
      <w:proofErr w:type="spellEnd"/>
      <w:r w:rsidRPr="000D2C63">
        <w:rPr>
          <w:rFonts w:cs="Arial"/>
          <w:lang w:eastAsia="es-ES"/>
        </w:rPr>
        <w:t xml:space="preserve"> el </w:t>
      </w:r>
      <w:proofErr w:type="spellStart"/>
      <w:r w:rsidRPr="000D2C63">
        <w:rPr>
          <w:rFonts w:cs="Arial"/>
          <w:lang w:eastAsia="es-ES"/>
        </w:rPr>
        <w:t>Proceso</w:t>
      </w:r>
      <w:proofErr w:type="spellEnd"/>
      <w:r w:rsidRPr="000D2C63">
        <w:rPr>
          <w:rFonts w:cs="Arial"/>
          <w:lang w:eastAsia="es-ES"/>
        </w:rPr>
        <w:t xml:space="preserve"> para </w:t>
      </w:r>
      <w:proofErr w:type="spellStart"/>
      <w:r w:rsidRPr="000D2C63">
        <w:rPr>
          <w:rFonts w:cs="Arial"/>
          <w:lang w:eastAsia="es-ES"/>
        </w:rPr>
        <w:t>tratar</w:t>
      </w:r>
      <w:proofErr w:type="spellEnd"/>
      <w:r w:rsidRPr="000D2C63">
        <w:rPr>
          <w:rFonts w:cs="Arial"/>
          <w:lang w:eastAsia="es-ES"/>
        </w:rPr>
        <w:t xml:space="preserve"> de </w:t>
      </w:r>
      <w:proofErr w:type="spellStart"/>
      <w:r w:rsidRPr="000D2C63">
        <w:rPr>
          <w:rFonts w:cs="Arial"/>
          <w:lang w:eastAsia="es-ES"/>
        </w:rPr>
        <w:t>conocer</w:t>
      </w:r>
      <w:proofErr w:type="spellEnd"/>
      <w:r w:rsidRPr="000D2C63">
        <w:rPr>
          <w:rFonts w:cs="Arial"/>
          <w:lang w:eastAsia="es-ES"/>
        </w:rPr>
        <w:t xml:space="preserve">, </w:t>
      </w:r>
      <w:proofErr w:type="spellStart"/>
      <w:r w:rsidRPr="000D2C63">
        <w:rPr>
          <w:rFonts w:cs="Arial"/>
          <w:lang w:eastAsia="es-ES"/>
        </w:rPr>
        <w:t>influenciar</w:t>
      </w:r>
      <w:proofErr w:type="spellEnd"/>
      <w:r w:rsidRPr="000D2C63">
        <w:rPr>
          <w:rFonts w:cs="Arial"/>
          <w:lang w:eastAsia="es-ES"/>
        </w:rPr>
        <w:t xml:space="preserve"> o manipular la </w:t>
      </w:r>
      <w:proofErr w:type="spellStart"/>
      <w:r w:rsidRPr="000D2C63">
        <w:rPr>
          <w:rFonts w:cs="Arial"/>
          <w:lang w:eastAsia="es-ES"/>
        </w:rPr>
        <w:t>información</w:t>
      </w:r>
      <w:proofErr w:type="spellEnd"/>
      <w:r w:rsidRPr="000D2C63">
        <w:rPr>
          <w:rFonts w:cs="Arial"/>
          <w:lang w:eastAsia="es-ES"/>
        </w:rPr>
        <w:t xml:space="preserve"> del </w:t>
      </w:r>
      <w:proofErr w:type="spellStart"/>
      <w:r w:rsidRPr="000D2C63">
        <w:rPr>
          <w:rFonts w:cs="Arial"/>
          <w:lang w:eastAsia="es-ES"/>
        </w:rPr>
        <w:t>proyecto</w:t>
      </w:r>
      <w:proofErr w:type="spellEnd"/>
      <w:r w:rsidRPr="000D2C63">
        <w:rPr>
          <w:rFonts w:cs="Arial"/>
          <w:lang w:eastAsia="es-ES"/>
        </w:rPr>
        <w:t xml:space="preserve"> y </w:t>
      </w:r>
      <w:proofErr w:type="spellStart"/>
      <w:r w:rsidRPr="000D2C63">
        <w:rPr>
          <w:rFonts w:cs="Arial"/>
          <w:lang w:eastAsia="es-ES"/>
        </w:rPr>
        <w:t>presentar</w:t>
      </w:r>
      <w:proofErr w:type="spellEnd"/>
      <w:r w:rsidRPr="000D2C63">
        <w:rPr>
          <w:rFonts w:cs="Arial"/>
          <w:lang w:eastAsia="es-ES"/>
        </w:rPr>
        <w:t xml:space="preserve"> la </w:t>
      </w:r>
      <w:proofErr w:type="spellStart"/>
      <w:r w:rsidRPr="000D2C63">
        <w:rPr>
          <w:rFonts w:cs="Arial"/>
          <w:lang w:eastAsia="es-ES"/>
        </w:rPr>
        <w:t>respectiva</w:t>
      </w:r>
      <w:proofErr w:type="spellEnd"/>
      <w:r w:rsidRPr="000D2C63">
        <w:rPr>
          <w:rFonts w:cs="Arial"/>
          <w:lang w:eastAsia="es-ES"/>
        </w:rPr>
        <w:t xml:space="preserve"> </w:t>
      </w:r>
      <w:proofErr w:type="spellStart"/>
      <w:r w:rsidRPr="000D2C63">
        <w:rPr>
          <w:rFonts w:cs="Arial"/>
          <w:lang w:eastAsia="es-ES"/>
        </w:rPr>
        <w:t>propuesta</w:t>
      </w:r>
      <w:proofErr w:type="spellEnd"/>
      <w:r w:rsidRPr="000D2C63">
        <w:rPr>
          <w:rFonts w:cs="Arial"/>
          <w:lang w:eastAsia="es-ES"/>
        </w:rPr>
        <w:t>.</w:t>
      </w:r>
    </w:p>
    <w:p w14:paraId="45042F6A" w14:textId="77777777" w:rsidR="0069469E" w:rsidRPr="000D2C63" w:rsidRDefault="0069469E" w:rsidP="0069469E">
      <w:pPr>
        <w:numPr>
          <w:ilvl w:val="0"/>
          <w:numId w:val="27"/>
        </w:numPr>
        <w:spacing w:after="0" w:line="240" w:lineRule="auto"/>
        <w:ind w:left="1071"/>
        <w:jc w:val="both"/>
        <w:rPr>
          <w:rFonts w:cs="Arial"/>
          <w:lang w:eastAsia="es-ES"/>
        </w:rPr>
      </w:pPr>
      <w:r w:rsidRPr="000D2C63">
        <w:rPr>
          <w:rFonts w:cs="Arial"/>
          <w:lang w:eastAsia="es-ES"/>
        </w:rPr>
        <w:t xml:space="preserve">No </w:t>
      </w:r>
      <w:proofErr w:type="spellStart"/>
      <w:r w:rsidRPr="000D2C63">
        <w:rPr>
          <w:rFonts w:cs="Arial"/>
          <w:lang w:eastAsia="es-ES"/>
        </w:rPr>
        <w:t>ofrecer</w:t>
      </w:r>
      <w:proofErr w:type="spellEnd"/>
      <w:r w:rsidRPr="000D2C63">
        <w:rPr>
          <w:rFonts w:cs="Arial"/>
          <w:lang w:eastAsia="es-ES"/>
        </w:rPr>
        <w:t xml:space="preserve"> </w:t>
      </w:r>
      <w:proofErr w:type="spellStart"/>
      <w:r w:rsidRPr="000D2C63">
        <w:rPr>
          <w:rFonts w:cs="Arial"/>
          <w:lang w:eastAsia="es-ES"/>
        </w:rPr>
        <w:t>ni</w:t>
      </w:r>
      <w:proofErr w:type="spellEnd"/>
      <w:r w:rsidRPr="000D2C63">
        <w:rPr>
          <w:rFonts w:cs="Arial"/>
          <w:lang w:eastAsia="es-ES"/>
        </w:rPr>
        <w:t xml:space="preserve"> </w:t>
      </w:r>
      <w:proofErr w:type="spellStart"/>
      <w:r w:rsidRPr="000D2C63">
        <w:rPr>
          <w:rFonts w:cs="Arial"/>
          <w:lang w:eastAsia="es-ES"/>
        </w:rPr>
        <w:t>dar</w:t>
      </w:r>
      <w:proofErr w:type="spellEnd"/>
      <w:r w:rsidRPr="000D2C63">
        <w:rPr>
          <w:rFonts w:cs="Arial"/>
          <w:lang w:eastAsia="es-ES"/>
        </w:rPr>
        <w:t xml:space="preserve"> </w:t>
      </w:r>
      <w:proofErr w:type="spellStart"/>
      <w:r w:rsidRPr="000D2C63">
        <w:rPr>
          <w:rFonts w:cs="Arial"/>
          <w:lang w:eastAsia="es-ES"/>
        </w:rPr>
        <w:t>dádivas</w:t>
      </w:r>
      <w:proofErr w:type="spellEnd"/>
      <w:r w:rsidRPr="000D2C63">
        <w:rPr>
          <w:rFonts w:cs="Arial"/>
          <w:lang w:eastAsia="es-ES"/>
        </w:rPr>
        <w:t xml:space="preserve"> o </w:t>
      </w:r>
      <w:proofErr w:type="spellStart"/>
      <w:r w:rsidRPr="000D2C63">
        <w:rPr>
          <w:rFonts w:cs="Arial"/>
          <w:lang w:eastAsia="es-ES"/>
        </w:rPr>
        <w:t>sobornos</w:t>
      </w:r>
      <w:proofErr w:type="spellEnd"/>
      <w:r w:rsidRPr="000D2C63">
        <w:rPr>
          <w:rFonts w:cs="Arial"/>
          <w:lang w:eastAsia="es-ES"/>
        </w:rPr>
        <w:t xml:space="preserve">, </w:t>
      </w:r>
      <w:proofErr w:type="spellStart"/>
      <w:r w:rsidRPr="000D2C63">
        <w:rPr>
          <w:rFonts w:cs="Arial"/>
          <w:lang w:eastAsia="es-ES"/>
        </w:rPr>
        <w:t>ni</w:t>
      </w:r>
      <w:proofErr w:type="spellEnd"/>
      <w:r w:rsidRPr="000D2C63">
        <w:rPr>
          <w:rFonts w:cs="Arial"/>
          <w:lang w:eastAsia="es-ES"/>
        </w:rPr>
        <w:t xml:space="preserve"> </w:t>
      </w:r>
      <w:proofErr w:type="spellStart"/>
      <w:r w:rsidRPr="000D2C63">
        <w:rPr>
          <w:rFonts w:cs="Arial"/>
          <w:lang w:eastAsia="es-ES"/>
        </w:rPr>
        <w:t>halagos</w:t>
      </w:r>
      <w:proofErr w:type="spellEnd"/>
      <w:r w:rsidRPr="000D2C63">
        <w:rPr>
          <w:rFonts w:cs="Arial"/>
          <w:lang w:eastAsia="es-ES"/>
        </w:rPr>
        <w:t xml:space="preserve"> o </w:t>
      </w:r>
      <w:proofErr w:type="spellStart"/>
      <w:r w:rsidRPr="000D2C63">
        <w:rPr>
          <w:rFonts w:cs="Arial"/>
          <w:lang w:eastAsia="es-ES"/>
        </w:rPr>
        <w:t>dádivas</w:t>
      </w:r>
      <w:proofErr w:type="spellEnd"/>
      <w:r w:rsidRPr="000D2C63">
        <w:rPr>
          <w:rFonts w:cs="Arial"/>
          <w:lang w:eastAsia="es-ES"/>
        </w:rPr>
        <w:t xml:space="preserve"> a </w:t>
      </w:r>
      <w:proofErr w:type="spellStart"/>
      <w:r w:rsidRPr="000D2C63">
        <w:rPr>
          <w:rFonts w:cs="Arial"/>
          <w:lang w:eastAsia="es-ES"/>
        </w:rPr>
        <w:t>ningún</w:t>
      </w:r>
      <w:proofErr w:type="spellEnd"/>
      <w:r w:rsidRPr="000D2C63">
        <w:rPr>
          <w:rFonts w:cs="Arial"/>
          <w:lang w:eastAsia="es-ES"/>
        </w:rPr>
        <w:t xml:space="preserve"> </w:t>
      </w:r>
      <w:proofErr w:type="spellStart"/>
      <w:r w:rsidRPr="000D2C63">
        <w:rPr>
          <w:rFonts w:cs="Arial"/>
          <w:lang w:eastAsia="es-ES"/>
        </w:rPr>
        <w:t>funcionario</w:t>
      </w:r>
      <w:proofErr w:type="spellEnd"/>
      <w:r w:rsidRPr="000D2C63">
        <w:rPr>
          <w:rFonts w:cs="Arial"/>
          <w:lang w:eastAsia="es-ES"/>
        </w:rPr>
        <w:t xml:space="preserve"> </w:t>
      </w:r>
      <w:proofErr w:type="spellStart"/>
      <w:r w:rsidRPr="000D2C63">
        <w:rPr>
          <w:rFonts w:cs="Arial"/>
          <w:lang w:eastAsia="es-ES"/>
        </w:rPr>
        <w:t>público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relación</w:t>
      </w:r>
      <w:proofErr w:type="spellEnd"/>
      <w:r w:rsidRPr="000D2C63">
        <w:rPr>
          <w:rFonts w:cs="Arial"/>
          <w:lang w:eastAsia="es-ES"/>
        </w:rPr>
        <w:t xml:space="preserve"> con el </w:t>
      </w:r>
      <w:proofErr w:type="spellStart"/>
      <w:r w:rsidRPr="000D2C63">
        <w:rPr>
          <w:rFonts w:cs="Arial"/>
          <w:lang w:eastAsia="es-ES"/>
        </w:rPr>
        <w:t>futuro</w:t>
      </w:r>
      <w:proofErr w:type="spellEnd"/>
      <w:r w:rsidRPr="000D2C63">
        <w:rPr>
          <w:rFonts w:cs="Arial"/>
          <w:lang w:eastAsia="es-ES"/>
        </w:rPr>
        <w:t xml:space="preserve"> </w:t>
      </w:r>
      <w:proofErr w:type="spellStart"/>
      <w:r w:rsidRPr="000D2C63">
        <w:rPr>
          <w:rFonts w:cs="Arial"/>
          <w:lang w:eastAsia="es-ES"/>
        </w:rPr>
        <w:t>contrato</w:t>
      </w:r>
      <w:proofErr w:type="spellEnd"/>
      <w:r w:rsidRPr="000D2C63">
        <w:rPr>
          <w:rFonts w:cs="Arial"/>
          <w:lang w:eastAsia="es-ES"/>
        </w:rPr>
        <w:t>.</w:t>
      </w:r>
    </w:p>
    <w:p w14:paraId="4C9BDA96" w14:textId="77777777" w:rsidR="0069469E" w:rsidRPr="000D2C63" w:rsidRDefault="0069469E" w:rsidP="0069469E">
      <w:pPr>
        <w:numPr>
          <w:ilvl w:val="0"/>
          <w:numId w:val="27"/>
        </w:numPr>
        <w:spacing w:after="0" w:line="240" w:lineRule="auto"/>
        <w:ind w:left="1071"/>
        <w:jc w:val="both"/>
        <w:rPr>
          <w:rFonts w:cs="Arial"/>
          <w:lang w:eastAsia="es-ES"/>
        </w:rPr>
      </w:pPr>
      <w:r w:rsidRPr="000D2C63">
        <w:rPr>
          <w:rFonts w:cs="Arial"/>
          <w:lang w:eastAsia="es-ES"/>
        </w:rPr>
        <w:t xml:space="preserve">No </w:t>
      </w:r>
      <w:proofErr w:type="spellStart"/>
      <w:r w:rsidRPr="000D2C63">
        <w:rPr>
          <w:rFonts w:cs="Arial"/>
          <w:lang w:eastAsia="es-ES"/>
        </w:rPr>
        <w:t>hacer</w:t>
      </w:r>
      <w:proofErr w:type="spellEnd"/>
      <w:r w:rsidRPr="000D2C63">
        <w:rPr>
          <w:rFonts w:cs="Arial"/>
          <w:lang w:eastAsia="es-ES"/>
        </w:rPr>
        <w:t xml:space="preserve"> </w:t>
      </w:r>
      <w:proofErr w:type="spellStart"/>
      <w:r w:rsidRPr="000D2C63">
        <w:rPr>
          <w:rFonts w:cs="Arial"/>
          <w:lang w:eastAsia="es-ES"/>
        </w:rPr>
        <w:t>arreglos</w:t>
      </w:r>
      <w:proofErr w:type="spellEnd"/>
      <w:r w:rsidRPr="000D2C63">
        <w:rPr>
          <w:rFonts w:cs="Arial"/>
          <w:lang w:eastAsia="es-ES"/>
        </w:rPr>
        <w:t xml:space="preserve"> </w:t>
      </w:r>
      <w:proofErr w:type="spellStart"/>
      <w:r w:rsidRPr="000D2C63">
        <w:rPr>
          <w:rFonts w:cs="Arial"/>
          <w:lang w:eastAsia="es-ES"/>
        </w:rPr>
        <w:t>previos</w:t>
      </w:r>
      <w:proofErr w:type="spellEnd"/>
      <w:r w:rsidRPr="000D2C63">
        <w:rPr>
          <w:rFonts w:cs="Arial"/>
          <w:lang w:eastAsia="es-ES"/>
        </w:rPr>
        <w:t xml:space="preserve">, </w:t>
      </w:r>
      <w:proofErr w:type="spellStart"/>
      <w:r w:rsidRPr="000D2C63">
        <w:rPr>
          <w:rFonts w:cs="Arial"/>
          <w:lang w:eastAsia="es-ES"/>
        </w:rPr>
        <w:t>concomitantes</w:t>
      </w:r>
      <w:proofErr w:type="spellEnd"/>
      <w:r w:rsidRPr="000D2C63">
        <w:rPr>
          <w:rFonts w:cs="Arial"/>
          <w:lang w:eastAsia="es-ES"/>
        </w:rPr>
        <w:t xml:space="preserve"> o posteriores al </w:t>
      </w:r>
      <w:proofErr w:type="spellStart"/>
      <w:r w:rsidRPr="000D2C63">
        <w:rPr>
          <w:rFonts w:cs="Arial"/>
          <w:lang w:eastAsia="es-ES"/>
        </w:rPr>
        <w:t>proceso</w:t>
      </w:r>
      <w:proofErr w:type="spellEnd"/>
      <w:r w:rsidRPr="000D2C63">
        <w:rPr>
          <w:rFonts w:cs="Arial"/>
          <w:lang w:eastAsia="es-ES"/>
        </w:rPr>
        <w:t xml:space="preserve"> de </w:t>
      </w:r>
      <w:proofErr w:type="spellStart"/>
      <w:r w:rsidRPr="000D2C63">
        <w:rPr>
          <w:rFonts w:cs="Arial"/>
          <w:lang w:eastAsia="es-ES"/>
        </w:rPr>
        <w:t>contratación</w:t>
      </w:r>
      <w:proofErr w:type="spellEnd"/>
      <w:r w:rsidRPr="000D2C63">
        <w:rPr>
          <w:rFonts w:cs="Arial"/>
          <w:lang w:eastAsia="es-ES"/>
        </w:rPr>
        <w:t xml:space="preserve">, con </w:t>
      </w:r>
      <w:proofErr w:type="spellStart"/>
      <w:r w:rsidRPr="000D2C63">
        <w:rPr>
          <w:rFonts w:cs="Arial"/>
          <w:lang w:eastAsia="es-ES"/>
        </w:rPr>
        <w:t>otros</w:t>
      </w:r>
      <w:proofErr w:type="spellEnd"/>
      <w:r w:rsidRPr="000D2C63">
        <w:rPr>
          <w:rFonts w:cs="Arial"/>
          <w:lang w:eastAsia="es-ES"/>
        </w:rPr>
        <w:t xml:space="preserve"> </w:t>
      </w:r>
      <w:proofErr w:type="spellStart"/>
      <w:r w:rsidRPr="000D2C63">
        <w:rPr>
          <w:rFonts w:cs="Arial"/>
          <w:lang w:eastAsia="es-ES"/>
        </w:rPr>
        <w:t>proponentes</w:t>
      </w:r>
      <w:proofErr w:type="spellEnd"/>
      <w:r w:rsidRPr="000D2C63">
        <w:rPr>
          <w:rFonts w:cs="Arial"/>
          <w:lang w:eastAsia="es-ES"/>
        </w:rPr>
        <w:t xml:space="preserve"> para </w:t>
      </w:r>
      <w:proofErr w:type="spellStart"/>
      <w:r w:rsidRPr="000D2C63">
        <w:rPr>
          <w:rFonts w:cs="Arial"/>
          <w:lang w:eastAsia="es-ES"/>
        </w:rPr>
        <w:t>tratar</w:t>
      </w:r>
      <w:proofErr w:type="spellEnd"/>
      <w:r w:rsidRPr="000D2C63">
        <w:rPr>
          <w:rFonts w:cs="Arial"/>
          <w:lang w:eastAsia="es-ES"/>
        </w:rPr>
        <w:t xml:space="preserve"> de </w:t>
      </w:r>
      <w:proofErr w:type="spellStart"/>
      <w:r w:rsidRPr="000D2C63">
        <w:rPr>
          <w:rFonts w:cs="Arial"/>
          <w:lang w:eastAsia="es-ES"/>
        </w:rPr>
        <w:t>influenciar</w:t>
      </w:r>
      <w:proofErr w:type="spellEnd"/>
      <w:r w:rsidRPr="000D2C63">
        <w:rPr>
          <w:rFonts w:cs="Arial"/>
          <w:lang w:eastAsia="es-ES"/>
        </w:rPr>
        <w:t xml:space="preserve"> o manipular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resultados</w:t>
      </w:r>
      <w:proofErr w:type="spellEnd"/>
      <w:r w:rsidRPr="000D2C63">
        <w:rPr>
          <w:rFonts w:cs="Arial"/>
          <w:lang w:eastAsia="es-ES"/>
        </w:rPr>
        <w:t xml:space="preserve"> de la </w:t>
      </w:r>
      <w:proofErr w:type="spellStart"/>
      <w:r w:rsidRPr="000D2C63">
        <w:rPr>
          <w:rFonts w:cs="Arial"/>
          <w:lang w:eastAsia="es-ES"/>
        </w:rPr>
        <w:t>adjudicación</w:t>
      </w:r>
      <w:proofErr w:type="spellEnd"/>
      <w:r w:rsidRPr="000D2C63">
        <w:rPr>
          <w:rFonts w:cs="Arial"/>
          <w:lang w:eastAsia="es-ES"/>
        </w:rPr>
        <w:t xml:space="preserve"> del </w:t>
      </w:r>
      <w:proofErr w:type="spellStart"/>
      <w:r w:rsidRPr="000D2C63">
        <w:rPr>
          <w:rFonts w:cs="Arial"/>
          <w:lang w:eastAsia="es-ES"/>
        </w:rPr>
        <w:t>proceso</w:t>
      </w:r>
      <w:proofErr w:type="spellEnd"/>
      <w:r w:rsidRPr="000D2C63">
        <w:rPr>
          <w:rFonts w:cs="Arial"/>
          <w:lang w:eastAsia="es-ES"/>
        </w:rPr>
        <w:t xml:space="preserve">. </w:t>
      </w:r>
    </w:p>
    <w:p w14:paraId="121D879C" w14:textId="77777777" w:rsidR="0069469E" w:rsidRPr="000D2C63" w:rsidRDefault="0069469E" w:rsidP="0069469E">
      <w:pPr>
        <w:numPr>
          <w:ilvl w:val="0"/>
          <w:numId w:val="27"/>
        </w:numPr>
        <w:spacing w:after="0" w:line="240" w:lineRule="auto"/>
        <w:ind w:left="1071"/>
        <w:jc w:val="both"/>
        <w:rPr>
          <w:rFonts w:cs="Arial"/>
          <w:lang w:eastAsia="es-ES"/>
        </w:rPr>
      </w:pPr>
      <w:proofErr w:type="spellStart"/>
      <w:r w:rsidRPr="000D2C63">
        <w:rPr>
          <w:rFonts w:cs="Arial"/>
          <w:lang w:eastAsia="es-ES"/>
        </w:rPr>
        <w:t>Actuar</w:t>
      </w:r>
      <w:proofErr w:type="spellEnd"/>
      <w:r w:rsidRPr="000D2C63">
        <w:rPr>
          <w:rFonts w:cs="Arial"/>
          <w:lang w:eastAsia="es-ES"/>
        </w:rPr>
        <w:t xml:space="preserve"> con </w:t>
      </w:r>
      <w:proofErr w:type="spellStart"/>
      <w:r w:rsidRPr="000D2C63">
        <w:rPr>
          <w:rFonts w:cs="Arial"/>
          <w:lang w:eastAsia="es-ES"/>
        </w:rPr>
        <w:t>lealtad</w:t>
      </w:r>
      <w:proofErr w:type="spellEnd"/>
      <w:r w:rsidRPr="000D2C63">
        <w:rPr>
          <w:rFonts w:cs="Arial"/>
          <w:lang w:eastAsia="es-ES"/>
        </w:rPr>
        <w:t xml:space="preserve"> </w:t>
      </w:r>
      <w:proofErr w:type="spellStart"/>
      <w:r w:rsidRPr="000D2C63">
        <w:rPr>
          <w:rFonts w:cs="Arial"/>
          <w:lang w:eastAsia="es-ES"/>
        </w:rPr>
        <w:t>hacia</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demás</w:t>
      </w:r>
      <w:proofErr w:type="spellEnd"/>
      <w:r w:rsidRPr="000D2C63">
        <w:rPr>
          <w:rFonts w:cs="Arial"/>
          <w:lang w:eastAsia="es-ES"/>
        </w:rPr>
        <w:t xml:space="preserve"> </w:t>
      </w:r>
      <w:proofErr w:type="spellStart"/>
      <w:r w:rsidRPr="000D2C63">
        <w:rPr>
          <w:rFonts w:cs="Arial"/>
          <w:lang w:eastAsia="es-ES"/>
        </w:rPr>
        <w:t>proponentes</w:t>
      </w:r>
      <w:proofErr w:type="spellEnd"/>
      <w:r w:rsidRPr="000D2C63">
        <w:rPr>
          <w:rFonts w:cs="Arial"/>
          <w:lang w:eastAsia="es-ES"/>
        </w:rPr>
        <w:t xml:space="preserve">, </w:t>
      </w:r>
      <w:proofErr w:type="spellStart"/>
      <w:r w:rsidRPr="000D2C63">
        <w:rPr>
          <w:rFonts w:cs="Arial"/>
          <w:lang w:eastAsia="es-ES"/>
        </w:rPr>
        <w:t>así</w:t>
      </w:r>
      <w:proofErr w:type="spellEnd"/>
      <w:r w:rsidRPr="000D2C63">
        <w:rPr>
          <w:rFonts w:cs="Arial"/>
          <w:lang w:eastAsia="es-ES"/>
        </w:rPr>
        <w:t xml:space="preserve"> </w:t>
      </w:r>
      <w:proofErr w:type="spellStart"/>
      <w:r w:rsidRPr="000D2C63">
        <w:rPr>
          <w:rFonts w:cs="Arial"/>
          <w:lang w:eastAsia="es-ES"/>
        </w:rPr>
        <w:t>como</w:t>
      </w:r>
      <w:proofErr w:type="spellEnd"/>
      <w:r w:rsidRPr="000D2C63">
        <w:rPr>
          <w:rFonts w:cs="Arial"/>
          <w:lang w:eastAsia="es-ES"/>
        </w:rPr>
        <w:t xml:space="preserve"> </w:t>
      </w:r>
      <w:proofErr w:type="spellStart"/>
      <w:r w:rsidRPr="000D2C63">
        <w:rPr>
          <w:rFonts w:cs="Arial"/>
          <w:lang w:eastAsia="es-ES"/>
        </w:rPr>
        <w:t>frente</w:t>
      </w:r>
      <w:proofErr w:type="spellEnd"/>
      <w:r w:rsidRPr="000D2C63">
        <w:rPr>
          <w:rFonts w:cs="Arial"/>
          <w:lang w:eastAsia="es-ES"/>
        </w:rPr>
        <w:t xml:space="preserve"> a la </w:t>
      </w:r>
      <w:proofErr w:type="spellStart"/>
      <w:r w:rsidRPr="000D2C63">
        <w:rPr>
          <w:rFonts w:cs="Arial"/>
          <w:lang w:eastAsia="es-ES"/>
        </w:rPr>
        <w:t>entidad</w:t>
      </w:r>
      <w:proofErr w:type="spellEnd"/>
      <w:r w:rsidRPr="000D2C63">
        <w:rPr>
          <w:rFonts w:cs="Arial"/>
          <w:lang w:eastAsia="es-ES"/>
        </w:rPr>
        <w:t xml:space="preserve"> y </w:t>
      </w:r>
      <w:proofErr w:type="spellStart"/>
      <w:r w:rsidRPr="000D2C63">
        <w:rPr>
          <w:rFonts w:cs="Arial"/>
          <w:lang w:eastAsia="es-ES"/>
        </w:rPr>
        <w:t>abstenerse</w:t>
      </w:r>
      <w:proofErr w:type="spellEnd"/>
      <w:r w:rsidRPr="000D2C63">
        <w:rPr>
          <w:rFonts w:cs="Arial"/>
          <w:lang w:eastAsia="es-ES"/>
        </w:rPr>
        <w:t xml:space="preserve"> de </w:t>
      </w:r>
      <w:proofErr w:type="spellStart"/>
      <w:r w:rsidRPr="000D2C63">
        <w:rPr>
          <w:rFonts w:cs="Arial"/>
          <w:lang w:eastAsia="es-ES"/>
        </w:rPr>
        <w:t>utilizar</w:t>
      </w:r>
      <w:proofErr w:type="spellEnd"/>
      <w:r w:rsidRPr="000D2C63">
        <w:rPr>
          <w:rFonts w:cs="Arial"/>
          <w:lang w:eastAsia="es-ES"/>
        </w:rPr>
        <w:t xml:space="preserve"> </w:t>
      </w:r>
      <w:proofErr w:type="spellStart"/>
      <w:r w:rsidRPr="000D2C63">
        <w:rPr>
          <w:rFonts w:cs="Arial"/>
          <w:lang w:eastAsia="es-ES"/>
        </w:rPr>
        <w:t>herramientas</w:t>
      </w:r>
      <w:proofErr w:type="spellEnd"/>
      <w:r w:rsidRPr="000D2C63">
        <w:rPr>
          <w:rFonts w:cs="Arial"/>
          <w:lang w:eastAsia="es-ES"/>
        </w:rPr>
        <w:t xml:space="preserve"> para </w:t>
      </w:r>
      <w:proofErr w:type="spellStart"/>
      <w:r w:rsidRPr="000D2C63">
        <w:rPr>
          <w:rFonts w:cs="Arial"/>
          <w:lang w:eastAsia="es-ES"/>
        </w:rPr>
        <w:t>dilatar</w:t>
      </w:r>
      <w:proofErr w:type="spellEnd"/>
      <w:r w:rsidRPr="000D2C63">
        <w:rPr>
          <w:rFonts w:cs="Arial"/>
          <w:lang w:eastAsia="es-ES"/>
        </w:rPr>
        <w:t xml:space="preserve"> o </w:t>
      </w:r>
      <w:proofErr w:type="spellStart"/>
      <w:r w:rsidRPr="000D2C63">
        <w:rPr>
          <w:rFonts w:cs="Arial"/>
          <w:lang w:eastAsia="es-ES"/>
        </w:rPr>
        <w:t>sabotear</w:t>
      </w:r>
      <w:proofErr w:type="spellEnd"/>
      <w:r w:rsidRPr="000D2C63">
        <w:rPr>
          <w:rFonts w:cs="Arial"/>
          <w:lang w:eastAsia="es-ES"/>
        </w:rPr>
        <w:t xml:space="preserve"> el </w:t>
      </w:r>
      <w:proofErr w:type="spellStart"/>
      <w:r w:rsidRPr="000D2C63">
        <w:rPr>
          <w:rFonts w:cs="Arial"/>
          <w:lang w:eastAsia="es-ES"/>
        </w:rPr>
        <w:t>proceso</w:t>
      </w:r>
      <w:proofErr w:type="spellEnd"/>
      <w:r w:rsidRPr="000D2C63">
        <w:rPr>
          <w:rFonts w:cs="Arial"/>
          <w:lang w:eastAsia="es-ES"/>
        </w:rPr>
        <w:t xml:space="preserve"> de </w:t>
      </w:r>
      <w:proofErr w:type="spellStart"/>
      <w:r w:rsidRPr="000D2C63">
        <w:rPr>
          <w:rFonts w:cs="Arial"/>
          <w:lang w:eastAsia="es-ES"/>
        </w:rPr>
        <w:t>contratación</w:t>
      </w:r>
      <w:proofErr w:type="spellEnd"/>
      <w:r w:rsidRPr="000D2C63">
        <w:rPr>
          <w:rFonts w:cs="Arial"/>
          <w:lang w:eastAsia="es-ES"/>
        </w:rPr>
        <w:t xml:space="preserve">. </w:t>
      </w:r>
      <w:bookmarkStart w:id="3" w:name="_Int_LecSPDTd"/>
      <w:proofErr w:type="spellStart"/>
      <w:r w:rsidRPr="000D2C63">
        <w:rPr>
          <w:rFonts w:cs="Arial"/>
          <w:lang w:eastAsia="es-ES"/>
        </w:rPr>
        <w:t>Igualmente</w:t>
      </w:r>
      <w:proofErr w:type="spellEnd"/>
      <w:r w:rsidRPr="000D2C63">
        <w:rPr>
          <w:rFonts w:cs="Arial"/>
          <w:lang w:eastAsia="es-ES"/>
        </w:rPr>
        <w:t xml:space="preserve">, las </w:t>
      </w:r>
      <w:proofErr w:type="spellStart"/>
      <w:r w:rsidRPr="000D2C63">
        <w:rPr>
          <w:rFonts w:cs="Arial"/>
          <w:lang w:eastAsia="es-ES"/>
        </w:rPr>
        <w:t>observaciones</w:t>
      </w:r>
      <w:proofErr w:type="spellEnd"/>
      <w:r w:rsidRPr="000D2C63">
        <w:rPr>
          <w:rFonts w:cs="Arial"/>
          <w:lang w:eastAsia="es-ES"/>
        </w:rPr>
        <w:t xml:space="preserve"> al </w:t>
      </w:r>
      <w:proofErr w:type="spellStart"/>
      <w:r w:rsidRPr="000D2C63">
        <w:rPr>
          <w:rFonts w:cs="Arial"/>
          <w:lang w:eastAsia="es-ES"/>
        </w:rPr>
        <w:t>proceso</w:t>
      </w:r>
      <w:proofErr w:type="spellEnd"/>
      <w:r w:rsidRPr="000D2C63">
        <w:rPr>
          <w:rFonts w:cs="Arial"/>
          <w:lang w:eastAsia="es-ES"/>
        </w:rPr>
        <w:t xml:space="preserve"> de </w:t>
      </w:r>
      <w:proofErr w:type="spellStart"/>
      <w:r w:rsidRPr="000D2C63">
        <w:rPr>
          <w:rFonts w:cs="Arial"/>
          <w:lang w:eastAsia="es-ES"/>
        </w:rPr>
        <w:t>contratación</w:t>
      </w:r>
      <w:proofErr w:type="spellEnd"/>
      <w:r w:rsidRPr="000D2C63">
        <w:rPr>
          <w:rFonts w:cs="Arial"/>
          <w:lang w:eastAsia="es-ES"/>
        </w:rPr>
        <w:t xml:space="preserve"> o a las </w:t>
      </w:r>
      <w:proofErr w:type="spellStart"/>
      <w:r w:rsidRPr="000D2C63">
        <w:rPr>
          <w:rFonts w:cs="Arial"/>
          <w:lang w:eastAsia="es-ES"/>
        </w:rPr>
        <w:t>propuestas</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otros</w:t>
      </w:r>
      <w:proofErr w:type="spellEnd"/>
      <w:r w:rsidRPr="000D2C63">
        <w:rPr>
          <w:rFonts w:cs="Arial"/>
          <w:lang w:eastAsia="es-ES"/>
        </w:rPr>
        <w:t xml:space="preserve"> </w:t>
      </w:r>
      <w:proofErr w:type="spellStart"/>
      <w:r w:rsidRPr="000D2C63">
        <w:rPr>
          <w:rFonts w:cs="Arial"/>
          <w:lang w:eastAsia="es-ES"/>
        </w:rPr>
        <w:t>interesados</w:t>
      </w:r>
      <w:proofErr w:type="spellEnd"/>
      <w:r w:rsidRPr="000D2C63">
        <w:rPr>
          <w:rFonts w:cs="Arial"/>
          <w:lang w:eastAsia="es-ES"/>
        </w:rPr>
        <w:t xml:space="preserve">, </w:t>
      </w:r>
      <w:proofErr w:type="spellStart"/>
      <w:r w:rsidRPr="000D2C63">
        <w:rPr>
          <w:rFonts w:cs="Arial"/>
          <w:lang w:eastAsia="es-ES"/>
        </w:rPr>
        <w:t>serán</w:t>
      </w:r>
      <w:proofErr w:type="spellEnd"/>
      <w:r w:rsidRPr="000D2C63">
        <w:rPr>
          <w:rFonts w:cs="Arial"/>
          <w:lang w:eastAsia="es-ES"/>
        </w:rPr>
        <w:t xml:space="preserve"> </w:t>
      </w:r>
      <w:proofErr w:type="spellStart"/>
      <w:r w:rsidRPr="000D2C63">
        <w:rPr>
          <w:rFonts w:cs="Arial"/>
          <w:lang w:eastAsia="es-ES"/>
        </w:rPr>
        <w:t>presentadas</w:t>
      </w:r>
      <w:proofErr w:type="spellEnd"/>
      <w:r w:rsidRPr="000D2C63">
        <w:rPr>
          <w:rFonts w:cs="Arial"/>
          <w:lang w:eastAsia="es-ES"/>
        </w:rPr>
        <w:t xml:space="preserve"> </w:t>
      </w:r>
      <w:proofErr w:type="spellStart"/>
      <w:r w:rsidRPr="000D2C63">
        <w:rPr>
          <w:rFonts w:cs="Arial"/>
          <w:lang w:eastAsia="es-ES"/>
        </w:rPr>
        <w:t>oportunamente</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plazos</w:t>
      </w:r>
      <w:proofErr w:type="spellEnd"/>
      <w:r w:rsidRPr="000D2C63">
        <w:rPr>
          <w:rFonts w:cs="Arial"/>
          <w:lang w:eastAsia="es-ES"/>
        </w:rPr>
        <w:t xml:space="preserve"> y </w:t>
      </w:r>
      <w:proofErr w:type="spellStart"/>
      <w:r w:rsidRPr="000D2C63">
        <w:rPr>
          <w:rFonts w:cs="Arial"/>
          <w:lang w:eastAsia="es-ES"/>
        </w:rPr>
        <w:t>términos</w:t>
      </w:r>
      <w:proofErr w:type="spellEnd"/>
      <w:r w:rsidRPr="000D2C63">
        <w:rPr>
          <w:rFonts w:cs="Arial"/>
          <w:lang w:eastAsia="es-ES"/>
        </w:rPr>
        <w:t xml:space="preserve"> </w:t>
      </w:r>
      <w:proofErr w:type="spellStart"/>
      <w:r w:rsidRPr="000D2C63">
        <w:rPr>
          <w:rFonts w:cs="Arial"/>
          <w:lang w:eastAsia="es-ES"/>
        </w:rPr>
        <w:t>fijados</w:t>
      </w:r>
      <w:proofErr w:type="spellEnd"/>
      <w:r w:rsidRPr="000D2C63">
        <w:rPr>
          <w:rFonts w:cs="Arial"/>
          <w:lang w:eastAsia="es-ES"/>
        </w:rPr>
        <w:t xml:space="preserve"> </w:t>
      </w:r>
      <w:proofErr w:type="spellStart"/>
      <w:r w:rsidRPr="000D2C63">
        <w:rPr>
          <w:rFonts w:cs="Arial"/>
          <w:lang w:eastAsia="es-ES"/>
        </w:rPr>
        <w:t>estrictamente</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las </w:t>
      </w:r>
      <w:proofErr w:type="spellStart"/>
      <w:r w:rsidRPr="000D2C63">
        <w:rPr>
          <w:rFonts w:cs="Arial"/>
          <w:lang w:eastAsia="es-ES"/>
        </w:rPr>
        <w:t>reglas</w:t>
      </w:r>
      <w:proofErr w:type="spellEnd"/>
      <w:r w:rsidRPr="000D2C63">
        <w:rPr>
          <w:rFonts w:cs="Arial"/>
          <w:lang w:eastAsia="es-ES"/>
        </w:rPr>
        <w:t xml:space="preserve"> de la </w:t>
      </w:r>
      <w:proofErr w:type="spellStart"/>
      <w:r w:rsidRPr="000D2C63">
        <w:rPr>
          <w:rFonts w:cs="Arial"/>
          <w:lang w:eastAsia="es-ES"/>
        </w:rPr>
        <w:t>selección</w:t>
      </w:r>
      <w:proofErr w:type="spellEnd"/>
      <w:r w:rsidRPr="000D2C63">
        <w:rPr>
          <w:rFonts w:cs="Arial"/>
          <w:lang w:eastAsia="es-ES"/>
        </w:rPr>
        <w:t>.</w:t>
      </w:r>
      <w:bookmarkEnd w:id="3"/>
    </w:p>
    <w:p w14:paraId="11E81A5B" w14:textId="77777777" w:rsidR="0069469E" w:rsidRPr="000D2C63" w:rsidRDefault="0069469E" w:rsidP="0069469E">
      <w:pPr>
        <w:numPr>
          <w:ilvl w:val="0"/>
          <w:numId w:val="27"/>
        </w:numPr>
        <w:spacing w:after="0" w:line="240" w:lineRule="auto"/>
        <w:ind w:left="1071"/>
        <w:jc w:val="both"/>
        <w:rPr>
          <w:rFonts w:cs="Arial"/>
          <w:lang w:eastAsia="es-ES"/>
        </w:rPr>
      </w:pPr>
      <w:r w:rsidRPr="000D2C63">
        <w:rPr>
          <w:rFonts w:cs="Arial"/>
          <w:lang w:eastAsia="es-ES"/>
        </w:rPr>
        <w:t xml:space="preserve">No </w:t>
      </w:r>
      <w:proofErr w:type="spellStart"/>
      <w:r w:rsidRPr="000D2C63">
        <w:rPr>
          <w:rFonts w:cs="Arial"/>
          <w:lang w:eastAsia="es-ES"/>
        </w:rPr>
        <w:t>ofrecer</w:t>
      </w:r>
      <w:proofErr w:type="spellEnd"/>
      <w:r w:rsidRPr="000D2C63">
        <w:rPr>
          <w:rFonts w:cs="Arial"/>
          <w:lang w:eastAsia="es-ES"/>
        </w:rPr>
        <w:t xml:space="preserve"> </w:t>
      </w:r>
      <w:proofErr w:type="spellStart"/>
      <w:r w:rsidRPr="000D2C63">
        <w:rPr>
          <w:rFonts w:cs="Arial"/>
          <w:lang w:eastAsia="es-ES"/>
        </w:rPr>
        <w:t>trabajo</w:t>
      </w:r>
      <w:proofErr w:type="spellEnd"/>
      <w:r w:rsidRPr="000D2C63">
        <w:rPr>
          <w:rFonts w:cs="Arial"/>
          <w:lang w:eastAsia="es-ES"/>
        </w:rPr>
        <w:t xml:space="preserve">, </w:t>
      </w:r>
      <w:proofErr w:type="spellStart"/>
      <w:r w:rsidRPr="000D2C63">
        <w:rPr>
          <w:rFonts w:cs="Arial"/>
          <w:lang w:eastAsia="es-ES"/>
        </w:rPr>
        <w:t>contratos</w:t>
      </w:r>
      <w:proofErr w:type="spellEnd"/>
      <w:r w:rsidRPr="000D2C63">
        <w:rPr>
          <w:rFonts w:cs="Arial"/>
          <w:lang w:eastAsia="es-ES"/>
        </w:rPr>
        <w:t xml:space="preserve"> o </w:t>
      </w:r>
      <w:proofErr w:type="spellStart"/>
      <w:r w:rsidRPr="000D2C63">
        <w:rPr>
          <w:rFonts w:cs="Arial"/>
          <w:lang w:eastAsia="es-ES"/>
        </w:rPr>
        <w:t>algún</w:t>
      </w:r>
      <w:proofErr w:type="spellEnd"/>
      <w:r w:rsidRPr="000D2C63">
        <w:rPr>
          <w:rFonts w:cs="Arial"/>
          <w:lang w:eastAsia="es-ES"/>
        </w:rPr>
        <w:t xml:space="preserve"> </w:t>
      </w:r>
      <w:proofErr w:type="spellStart"/>
      <w:r w:rsidRPr="000D2C63">
        <w:rPr>
          <w:rFonts w:cs="Arial"/>
          <w:lang w:eastAsia="es-ES"/>
        </w:rPr>
        <w:t>tipo</w:t>
      </w:r>
      <w:proofErr w:type="spellEnd"/>
      <w:r w:rsidRPr="000D2C63">
        <w:rPr>
          <w:rFonts w:cs="Arial"/>
          <w:lang w:eastAsia="es-ES"/>
        </w:rPr>
        <w:t xml:space="preserve"> de </w:t>
      </w:r>
      <w:proofErr w:type="spellStart"/>
      <w:r w:rsidRPr="000D2C63">
        <w:rPr>
          <w:rFonts w:cs="Arial"/>
          <w:lang w:eastAsia="es-ES"/>
        </w:rPr>
        <w:t>beneficio</w:t>
      </w:r>
      <w:proofErr w:type="spellEnd"/>
      <w:r w:rsidRPr="000D2C63">
        <w:rPr>
          <w:rFonts w:cs="Arial"/>
          <w:lang w:eastAsia="es-ES"/>
        </w:rPr>
        <w:t xml:space="preserve"> </w:t>
      </w:r>
      <w:proofErr w:type="spellStart"/>
      <w:r w:rsidRPr="000D2C63">
        <w:rPr>
          <w:rFonts w:cs="Arial"/>
          <w:lang w:eastAsia="es-ES"/>
        </w:rPr>
        <w:t>económico</w:t>
      </w:r>
      <w:proofErr w:type="spellEnd"/>
      <w:r w:rsidRPr="000D2C63">
        <w:rPr>
          <w:rFonts w:cs="Arial"/>
          <w:lang w:eastAsia="es-ES"/>
        </w:rPr>
        <w:t xml:space="preserve"> o de </w:t>
      </w:r>
      <w:proofErr w:type="spellStart"/>
      <w:r w:rsidRPr="000D2C63">
        <w:rPr>
          <w:rFonts w:cs="Arial"/>
          <w:lang w:eastAsia="es-ES"/>
        </w:rPr>
        <w:t>cualquier</w:t>
      </w:r>
      <w:proofErr w:type="spellEnd"/>
      <w:r w:rsidRPr="000D2C63">
        <w:rPr>
          <w:rFonts w:cs="Arial"/>
          <w:lang w:eastAsia="es-ES"/>
        </w:rPr>
        <w:t xml:space="preserve"> </w:t>
      </w:r>
      <w:proofErr w:type="spellStart"/>
      <w:r w:rsidRPr="000D2C63">
        <w:rPr>
          <w:rFonts w:cs="Arial"/>
          <w:lang w:eastAsia="es-ES"/>
        </w:rPr>
        <w:t>otra</w:t>
      </w:r>
      <w:proofErr w:type="spellEnd"/>
      <w:r w:rsidRPr="000D2C63">
        <w:rPr>
          <w:rFonts w:cs="Arial"/>
          <w:lang w:eastAsia="es-ES"/>
        </w:rPr>
        <w:t xml:space="preserve"> </w:t>
      </w:r>
      <w:proofErr w:type="spellStart"/>
      <w:r w:rsidRPr="000D2C63">
        <w:rPr>
          <w:rFonts w:cs="Arial"/>
          <w:lang w:eastAsia="es-ES"/>
        </w:rPr>
        <w:t>naturaleza</w:t>
      </w:r>
      <w:proofErr w:type="spellEnd"/>
      <w:r w:rsidRPr="000D2C63">
        <w:rPr>
          <w:rFonts w:cs="Arial"/>
          <w:lang w:eastAsia="es-ES"/>
        </w:rPr>
        <w:t xml:space="preserve"> a </w:t>
      </w:r>
      <w:proofErr w:type="spellStart"/>
      <w:r w:rsidRPr="000D2C63">
        <w:rPr>
          <w:rFonts w:cs="Arial"/>
          <w:lang w:eastAsia="es-ES"/>
        </w:rPr>
        <w:t>ningún</w:t>
      </w:r>
      <w:proofErr w:type="spellEnd"/>
      <w:r w:rsidRPr="000D2C63">
        <w:rPr>
          <w:rFonts w:cs="Arial"/>
          <w:lang w:eastAsia="es-ES"/>
        </w:rPr>
        <w:t xml:space="preserve"> </w:t>
      </w:r>
      <w:proofErr w:type="spellStart"/>
      <w:r w:rsidRPr="000D2C63">
        <w:rPr>
          <w:rFonts w:cs="Arial"/>
          <w:lang w:eastAsia="es-ES"/>
        </w:rPr>
        <w:t>funcionario</w:t>
      </w:r>
      <w:proofErr w:type="spellEnd"/>
      <w:r w:rsidRPr="000D2C63">
        <w:rPr>
          <w:rFonts w:cs="Arial"/>
          <w:lang w:eastAsia="es-ES"/>
        </w:rPr>
        <w:t xml:space="preserve"> </w:t>
      </w:r>
      <w:proofErr w:type="spellStart"/>
      <w:r w:rsidRPr="000D2C63">
        <w:rPr>
          <w:rFonts w:cs="Arial"/>
          <w:lang w:eastAsia="es-ES"/>
        </w:rPr>
        <w:t>público</w:t>
      </w:r>
      <w:proofErr w:type="spellEnd"/>
      <w:r w:rsidRPr="000D2C63">
        <w:rPr>
          <w:rFonts w:cs="Arial"/>
          <w:lang w:eastAsia="es-ES"/>
        </w:rPr>
        <w:t xml:space="preserve">, </w:t>
      </w:r>
      <w:proofErr w:type="spellStart"/>
      <w:r w:rsidRPr="000D2C63">
        <w:rPr>
          <w:rFonts w:cs="Arial"/>
          <w:lang w:eastAsia="es-ES"/>
        </w:rPr>
        <w:t>contratista</w:t>
      </w:r>
      <w:proofErr w:type="spellEnd"/>
      <w:r w:rsidRPr="000D2C63">
        <w:rPr>
          <w:rFonts w:cs="Arial"/>
          <w:lang w:eastAsia="es-ES"/>
        </w:rPr>
        <w:t xml:space="preserve"> o </w:t>
      </w:r>
      <w:proofErr w:type="spellStart"/>
      <w:r w:rsidRPr="000D2C63">
        <w:rPr>
          <w:rFonts w:cs="Arial"/>
          <w:lang w:eastAsia="es-ES"/>
        </w:rPr>
        <w:t>estructurador</w:t>
      </w:r>
      <w:proofErr w:type="spellEnd"/>
      <w:r w:rsidRPr="000D2C63">
        <w:rPr>
          <w:rFonts w:cs="Arial"/>
          <w:lang w:eastAsia="es-ES"/>
        </w:rPr>
        <w:t xml:space="preserve">, </w:t>
      </w:r>
      <w:proofErr w:type="spellStart"/>
      <w:r w:rsidRPr="000D2C63">
        <w:rPr>
          <w:rFonts w:cs="Arial"/>
          <w:lang w:eastAsia="es-ES"/>
        </w:rPr>
        <w:t>vinculado</w:t>
      </w:r>
      <w:proofErr w:type="spellEnd"/>
      <w:r w:rsidRPr="000D2C63">
        <w:rPr>
          <w:rFonts w:cs="Arial"/>
          <w:lang w:eastAsia="es-ES"/>
        </w:rPr>
        <w:t xml:space="preserve"> a la </w:t>
      </w:r>
      <w:proofErr w:type="spellStart"/>
      <w:r w:rsidRPr="000D2C63">
        <w:rPr>
          <w:rFonts w:cs="Arial"/>
          <w:lang w:eastAsia="es-ES"/>
        </w:rPr>
        <w:t>entidad</w:t>
      </w:r>
      <w:proofErr w:type="spellEnd"/>
      <w:r w:rsidRPr="000D2C63">
        <w:rPr>
          <w:rFonts w:cs="Arial"/>
          <w:lang w:eastAsia="es-ES"/>
        </w:rPr>
        <w:t xml:space="preserve"> </w:t>
      </w:r>
      <w:proofErr w:type="spellStart"/>
      <w:r w:rsidRPr="000D2C63">
        <w:rPr>
          <w:rFonts w:cs="Arial"/>
          <w:lang w:eastAsia="es-ES"/>
        </w:rPr>
        <w:t>ni</w:t>
      </w:r>
      <w:proofErr w:type="spellEnd"/>
      <w:r w:rsidRPr="000D2C63">
        <w:rPr>
          <w:rFonts w:cs="Arial"/>
          <w:lang w:eastAsia="es-ES"/>
        </w:rPr>
        <w:t xml:space="preserve"> a sus </w:t>
      </w:r>
      <w:proofErr w:type="spellStart"/>
      <w:r w:rsidRPr="000D2C63">
        <w:rPr>
          <w:rFonts w:cs="Arial"/>
          <w:lang w:eastAsia="es-ES"/>
        </w:rPr>
        <w:t>familiares</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primer </w:t>
      </w:r>
      <w:proofErr w:type="spellStart"/>
      <w:r w:rsidRPr="000D2C63">
        <w:rPr>
          <w:rFonts w:cs="Arial"/>
          <w:lang w:eastAsia="es-ES"/>
        </w:rPr>
        <w:t>grado</w:t>
      </w:r>
      <w:proofErr w:type="spellEnd"/>
      <w:r w:rsidRPr="000D2C63">
        <w:rPr>
          <w:rFonts w:cs="Arial"/>
          <w:lang w:eastAsia="es-ES"/>
        </w:rPr>
        <w:t xml:space="preserve"> de </w:t>
      </w:r>
      <w:proofErr w:type="spellStart"/>
      <w:r w:rsidRPr="000D2C63">
        <w:rPr>
          <w:rFonts w:cs="Arial"/>
          <w:lang w:eastAsia="es-ES"/>
        </w:rPr>
        <w:t>consanguinidad</w:t>
      </w:r>
      <w:proofErr w:type="spellEnd"/>
      <w:r w:rsidRPr="000D2C63">
        <w:rPr>
          <w:rFonts w:cs="Arial"/>
          <w:lang w:eastAsia="es-ES"/>
        </w:rPr>
        <w:t xml:space="preserve">, </w:t>
      </w:r>
      <w:proofErr w:type="spellStart"/>
      <w:r w:rsidRPr="000D2C63">
        <w:rPr>
          <w:rFonts w:cs="Arial"/>
          <w:lang w:eastAsia="es-ES"/>
        </w:rPr>
        <w:t>segundo</w:t>
      </w:r>
      <w:proofErr w:type="spellEnd"/>
      <w:r w:rsidRPr="000D2C63">
        <w:rPr>
          <w:rFonts w:cs="Arial"/>
          <w:lang w:eastAsia="es-ES"/>
        </w:rPr>
        <w:t xml:space="preserve"> de </w:t>
      </w:r>
      <w:proofErr w:type="spellStart"/>
      <w:r w:rsidRPr="000D2C63">
        <w:rPr>
          <w:rFonts w:cs="Arial"/>
          <w:lang w:eastAsia="es-ES"/>
        </w:rPr>
        <w:t>afinidad</w:t>
      </w:r>
      <w:proofErr w:type="spellEnd"/>
      <w:r w:rsidRPr="000D2C63">
        <w:rPr>
          <w:rFonts w:cs="Arial"/>
          <w:lang w:eastAsia="es-ES"/>
        </w:rPr>
        <w:t xml:space="preserve"> o primero civil, a </w:t>
      </w:r>
      <w:proofErr w:type="spellStart"/>
      <w:r w:rsidRPr="000D2C63">
        <w:rPr>
          <w:rFonts w:cs="Arial"/>
          <w:lang w:eastAsia="es-ES"/>
        </w:rPr>
        <w:t>partir</w:t>
      </w:r>
      <w:proofErr w:type="spellEnd"/>
      <w:r w:rsidRPr="000D2C63">
        <w:rPr>
          <w:rFonts w:cs="Arial"/>
          <w:lang w:eastAsia="es-ES"/>
        </w:rPr>
        <w:t xml:space="preserve"> de la </w:t>
      </w:r>
      <w:proofErr w:type="spellStart"/>
      <w:r w:rsidRPr="000D2C63">
        <w:rPr>
          <w:rFonts w:cs="Arial"/>
          <w:lang w:eastAsia="es-ES"/>
        </w:rPr>
        <w:t>presentación</w:t>
      </w:r>
      <w:proofErr w:type="spellEnd"/>
      <w:r w:rsidRPr="000D2C63">
        <w:rPr>
          <w:rFonts w:cs="Arial"/>
          <w:lang w:eastAsia="es-ES"/>
        </w:rPr>
        <w:t xml:space="preserve"> de la </w:t>
      </w:r>
      <w:proofErr w:type="spellStart"/>
      <w:r w:rsidRPr="000D2C63">
        <w:rPr>
          <w:rFonts w:cs="Arial"/>
          <w:lang w:eastAsia="es-ES"/>
        </w:rPr>
        <w:t>oferta</w:t>
      </w:r>
      <w:proofErr w:type="spellEnd"/>
      <w:r w:rsidRPr="000D2C63">
        <w:rPr>
          <w:rFonts w:cs="Arial"/>
          <w:lang w:eastAsia="es-ES"/>
        </w:rPr>
        <w:t xml:space="preserve"> y hasta dos (2) </w:t>
      </w:r>
      <w:proofErr w:type="spellStart"/>
      <w:r w:rsidRPr="000D2C63">
        <w:rPr>
          <w:rFonts w:cs="Arial"/>
          <w:lang w:eastAsia="es-ES"/>
        </w:rPr>
        <w:t>años</w:t>
      </w:r>
      <w:proofErr w:type="spellEnd"/>
      <w:r w:rsidRPr="000D2C63">
        <w:rPr>
          <w:rFonts w:cs="Arial"/>
          <w:lang w:eastAsia="es-ES"/>
        </w:rPr>
        <w:t xml:space="preserve"> </w:t>
      </w:r>
      <w:proofErr w:type="spellStart"/>
      <w:r w:rsidRPr="000D2C63">
        <w:rPr>
          <w:rFonts w:cs="Arial"/>
          <w:lang w:eastAsia="es-ES"/>
        </w:rPr>
        <w:t>siguientes</w:t>
      </w:r>
      <w:proofErr w:type="spellEnd"/>
      <w:r w:rsidRPr="000D2C63">
        <w:rPr>
          <w:rFonts w:cs="Arial"/>
          <w:lang w:eastAsia="es-ES"/>
        </w:rPr>
        <w:t xml:space="preserve"> a la </w:t>
      </w:r>
      <w:proofErr w:type="spellStart"/>
      <w:r w:rsidRPr="000D2C63">
        <w:rPr>
          <w:rFonts w:cs="Arial"/>
          <w:lang w:eastAsia="es-ES"/>
        </w:rPr>
        <w:t>suscripción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sin </w:t>
      </w:r>
      <w:proofErr w:type="spellStart"/>
      <w:r w:rsidRPr="000D2C63">
        <w:rPr>
          <w:rFonts w:cs="Arial"/>
          <w:lang w:eastAsia="es-ES"/>
        </w:rPr>
        <w:t>perjuicio</w:t>
      </w:r>
      <w:proofErr w:type="spellEnd"/>
      <w:r w:rsidRPr="000D2C63">
        <w:rPr>
          <w:rFonts w:cs="Arial"/>
          <w:lang w:eastAsia="es-ES"/>
        </w:rPr>
        <w:t xml:space="preserve"> del </w:t>
      </w:r>
      <w:proofErr w:type="spellStart"/>
      <w:r w:rsidRPr="000D2C63">
        <w:rPr>
          <w:rFonts w:cs="Arial"/>
          <w:lang w:eastAsia="es-ES"/>
        </w:rPr>
        <w:t>régimen</w:t>
      </w:r>
      <w:proofErr w:type="spellEnd"/>
      <w:r w:rsidRPr="000D2C63">
        <w:rPr>
          <w:rFonts w:cs="Arial"/>
          <w:lang w:eastAsia="es-ES"/>
        </w:rPr>
        <w:t xml:space="preserve"> de </w:t>
      </w:r>
      <w:proofErr w:type="spellStart"/>
      <w:r w:rsidRPr="000D2C63">
        <w:rPr>
          <w:rFonts w:cs="Arial"/>
          <w:lang w:eastAsia="es-ES"/>
        </w:rPr>
        <w:t>conflictos</w:t>
      </w:r>
      <w:proofErr w:type="spellEnd"/>
      <w:r w:rsidRPr="000D2C63">
        <w:rPr>
          <w:rFonts w:cs="Arial"/>
          <w:lang w:eastAsia="es-ES"/>
        </w:rPr>
        <w:t xml:space="preserve"> de </w:t>
      </w:r>
      <w:proofErr w:type="spellStart"/>
      <w:r w:rsidRPr="000D2C63">
        <w:rPr>
          <w:rFonts w:cs="Arial"/>
          <w:lang w:eastAsia="es-ES"/>
        </w:rPr>
        <w:t>intereses</w:t>
      </w:r>
      <w:proofErr w:type="spellEnd"/>
      <w:r w:rsidRPr="000D2C63">
        <w:rPr>
          <w:rFonts w:cs="Arial"/>
          <w:lang w:eastAsia="es-ES"/>
        </w:rPr>
        <w:t xml:space="preserve"> y de </w:t>
      </w:r>
      <w:proofErr w:type="spellStart"/>
      <w:r w:rsidRPr="000D2C63">
        <w:rPr>
          <w:rFonts w:cs="Arial"/>
          <w:lang w:eastAsia="es-ES"/>
        </w:rPr>
        <w:t>inhabilidades</w:t>
      </w:r>
      <w:proofErr w:type="spellEnd"/>
      <w:r w:rsidRPr="000D2C63">
        <w:rPr>
          <w:rFonts w:cs="Arial"/>
          <w:lang w:eastAsia="es-ES"/>
        </w:rPr>
        <w:t xml:space="preserve"> e </w:t>
      </w:r>
      <w:proofErr w:type="spellStart"/>
      <w:r w:rsidRPr="000D2C63">
        <w:rPr>
          <w:rFonts w:cs="Arial"/>
          <w:lang w:eastAsia="es-ES"/>
        </w:rPr>
        <w:t>incompatibilidades</w:t>
      </w:r>
      <w:proofErr w:type="spellEnd"/>
      <w:r w:rsidRPr="000D2C63">
        <w:rPr>
          <w:rFonts w:cs="Arial"/>
          <w:lang w:eastAsia="es-ES"/>
        </w:rPr>
        <w:t xml:space="preserve"> </w:t>
      </w:r>
      <w:proofErr w:type="spellStart"/>
      <w:r w:rsidRPr="000D2C63">
        <w:rPr>
          <w:rFonts w:cs="Arial"/>
          <w:lang w:eastAsia="es-ES"/>
        </w:rPr>
        <w:t>previsto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 Constitución y </w:t>
      </w:r>
      <w:proofErr w:type="spellStart"/>
      <w:r w:rsidRPr="000D2C63">
        <w:rPr>
          <w:rFonts w:cs="Arial"/>
          <w:lang w:eastAsia="es-ES"/>
        </w:rPr>
        <w:t>en</w:t>
      </w:r>
      <w:proofErr w:type="spellEnd"/>
      <w:r w:rsidRPr="000D2C63">
        <w:rPr>
          <w:rFonts w:cs="Arial"/>
          <w:lang w:eastAsia="es-ES"/>
        </w:rPr>
        <w:t xml:space="preserve"> la Ley.</w:t>
      </w:r>
    </w:p>
    <w:p w14:paraId="1047CEC2" w14:textId="77777777" w:rsidR="0069469E" w:rsidRPr="000D2C63" w:rsidRDefault="0069469E" w:rsidP="0069469E">
      <w:pPr>
        <w:numPr>
          <w:ilvl w:val="0"/>
          <w:numId w:val="27"/>
        </w:numPr>
        <w:spacing w:after="0" w:line="240" w:lineRule="auto"/>
        <w:ind w:left="1071"/>
        <w:jc w:val="both"/>
        <w:rPr>
          <w:rFonts w:cs="Arial"/>
          <w:lang w:eastAsia="es-ES"/>
        </w:rPr>
      </w:pPr>
      <w:r w:rsidRPr="000D2C63">
        <w:rPr>
          <w:rFonts w:cs="Arial"/>
          <w:lang w:eastAsia="es-ES"/>
        </w:rPr>
        <w:t xml:space="preserve">No </w:t>
      </w:r>
      <w:proofErr w:type="spellStart"/>
      <w:r w:rsidRPr="000D2C63">
        <w:rPr>
          <w:rFonts w:cs="Arial"/>
          <w:lang w:eastAsia="es-ES"/>
        </w:rPr>
        <w:t>ofrecer</w:t>
      </w:r>
      <w:proofErr w:type="spellEnd"/>
      <w:r w:rsidRPr="000D2C63">
        <w:rPr>
          <w:rFonts w:cs="Arial"/>
          <w:lang w:eastAsia="es-ES"/>
        </w:rPr>
        <w:t xml:space="preserve"> </w:t>
      </w:r>
      <w:proofErr w:type="spellStart"/>
      <w:r w:rsidRPr="000D2C63">
        <w:rPr>
          <w:rFonts w:cs="Arial"/>
          <w:lang w:eastAsia="es-ES"/>
        </w:rPr>
        <w:t>gratificaciones</w:t>
      </w:r>
      <w:proofErr w:type="spellEnd"/>
      <w:r w:rsidRPr="000D2C63">
        <w:rPr>
          <w:rFonts w:cs="Arial"/>
          <w:lang w:eastAsia="es-ES"/>
        </w:rPr>
        <w:t xml:space="preserve"> o </w:t>
      </w:r>
      <w:proofErr w:type="spellStart"/>
      <w:r w:rsidRPr="000D2C63">
        <w:rPr>
          <w:rFonts w:cs="Arial"/>
          <w:lang w:eastAsia="es-ES"/>
        </w:rPr>
        <w:t>atenciones</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dinero o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especie</w:t>
      </w:r>
      <w:proofErr w:type="spellEnd"/>
      <w:r w:rsidRPr="000D2C63">
        <w:rPr>
          <w:rFonts w:cs="Arial"/>
          <w:lang w:eastAsia="es-ES"/>
        </w:rPr>
        <w:t xml:space="preserve">, </w:t>
      </w:r>
      <w:proofErr w:type="spellStart"/>
      <w:r w:rsidRPr="000D2C63">
        <w:rPr>
          <w:rFonts w:cs="Arial"/>
          <w:lang w:eastAsia="es-ES"/>
        </w:rPr>
        <w:t>ni</w:t>
      </w:r>
      <w:proofErr w:type="spellEnd"/>
      <w:r w:rsidRPr="000D2C63">
        <w:rPr>
          <w:rFonts w:cs="Arial"/>
          <w:lang w:eastAsia="es-ES"/>
        </w:rPr>
        <w:t xml:space="preserve"> </w:t>
      </w:r>
      <w:proofErr w:type="spellStart"/>
      <w:r w:rsidRPr="000D2C63">
        <w:rPr>
          <w:rFonts w:cs="Arial"/>
          <w:lang w:eastAsia="es-ES"/>
        </w:rPr>
        <w:t>financiar</w:t>
      </w:r>
      <w:proofErr w:type="spellEnd"/>
      <w:r w:rsidRPr="000D2C63">
        <w:rPr>
          <w:rFonts w:cs="Arial"/>
          <w:lang w:eastAsia="es-ES"/>
        </w:rPr>
        <w:t xml:space="preserve">, </w:t>
      </w:r>
      <w:proofErr w:type="spellStart"/>
      <w:r w:rsidRPr="000D2C63">
        <w:rPr>
          <w:rFonts w:cs="Arial"/>
          <w:lang w:eastAsia="es-ES"/>
        </w:rPr>
        <w:t>patrocinar</w:t>
      </w:r>
      <w:proofErr w:type="spellEnd"/>
      <w:r w:rsidRPr="000D2C63">
        <w:rPr>
          <w:rFonts w:cs="Arial"/>
          <w:lang w:eastAsia="es-ES"/>
        </w:rPr>
        <w:t xml:space="preserve">, </w:t>
      </w:r>
      <w:proofErr w:type="spellStart"/>
      <w:r w:rsidRPr="000D2C63">
        <w:rPr>
          <w:rFonts w:cs="Arial"/>
          <w:lang w:eastAsia="es-ES"/>
        </w:rPr>
        <w:t>auspiciar</w:t>
      </w:r>
      <w:proofErr w:type="spellEnd"/>
      <w:r w:rsidRPr="000D2C63">
        <w:rPr>
          <w:rFonts w:cs="Arial"/>
          <w:lang w:eastAsia="es-ES"/>
        </w:rPr>
        <w:t xml:space="preserve"> o </w:t>
      </w:r>
      <w:proofErr w:type="spellStart"/>
      <w:r w:rsidRPr="000D2C63">
        <w:rPr>
          <w:rFonts w:cs="Arial"/>
          <w:lang w:eastAsia="es-ES"/>
        </w:rPr>
        <w:t>promover</w:t>
      </w:r>
      <w:proofErr w:type="spellEnd"/>
      <w:r w:rsidRPr="000D2C63">
        <w:rPr>
          <w:rFonts w:cs="Arial"/>
          <w:lang w:eastAsia="es-ES"/>
        </w:rPr>
        <w:t xml:space="preserve"> </w:t>
      </w:r>
      <w:proofErr w:type="spellStart"/>
      <w:r w:rsidRPr="000D2C63">
        <w:rPr>
          <w:rFonts w:cs="Arial"/>
          <w:lang w:eastAsia="es-ES"/>
        </w:rPr>
        <w:t>directa</w:t>
      </w:r>
      <w:proofErr w:type="spellEnd"/>
      <w:r w:rsidRPr="000D2C63">
        <w:rPr>
          <w:rFonts w:cs="Arial"/>
          <w:lang w:eastAsia="es-ES"/>
        </w:rPr>
        <w:t xml:space="preserve"> o </w:t>
      </w:r>
      <w:proofErr w:type="spellStart"/>
      <w:r w:rsidRPr="000D2C63">
        <w:rPr>
          <w:rFonts w:cs="Arial"/>
          <w:lang w:eastAsia="es-ES"/>
        </w:rPr>
        <w:t>indirectamente</w:t>
      </w:r>
      <w:proofErr w:type="spellEnd"/>
      <w:r w:rsidRPr="000D2C63">
        <w:rPr>
          <w:rFonts w:cs="Arial"/>
          <w:lang w:eastAsia="es-ES"/>
        </w:rPr>
        <w:t xml:space="preserve"> fiestas, </w:t>
      </w:r>
      <w:proofErr w:type="spellStart"/>
      <w:r w:rsidRPr="000D2C63">
        <w:rPr>
          <w:rFonts w:cs="Arial"/>
          <w:lang w:eastAsia="es-ES"/>
        </w:rPr>
        <w:t>recepciones</w:t>
      </w:r>
      <w:proofErr w:type="spellEnd"/>
      <w:r w:rsidRPr="000D2C63">
        <w:rPr>
          <w:rFonts w:cs="Arial"/>
          <w:lang w:eastAsia="es-ES"/>
        </w:rPr>
        <w:t xml:space="preserve">, </w:t>
      </w:r>
      <w:proofErr w:type="spellStart"/>
      <w:r w:rsidRPr="000D2C63">
        <w:rPr>
          <w:rFonts w:cs="Arial"/>
          <w:lang w:eastAsia="es-ES"/>
        </w:rPr>
        <w:t>homenajes</w:t>
      </w:r>
      <w:proofErr w:type="spellEnd"/>
      <w:r w:rsidRPr="000D2C63">
        <w:rPr>
          <w:rFonts w:cs="Arial"/>
          <w:lang w:eastAsia="es-ES"/>
        </w:rPr>
        <w:t xml:space="preserve"> o </w:t>
      </w:r>
      <w:proofErr w:type="spellStart"/>
      <w:r w:rsidRPr="000D2C63">
        <w:rPr>
          <w:rFonts w:cs="Arial"/>
          <w:lang w:eastAsia="es-ES"/>
        </w:rPr>
        <w:t>cualquier</w:t>
      </w:r>
      <w:proofErr w:type="spellEnd"/>
      <w:r w:rsidRPr="000D2C63">
        <w:rPr>
          <w:rFonts w:cs="Arial"/>
          <w:lang w:eastAsia="es-ES"/>
        </w:rPr>
        <w:t xml:space="preserve"> </w:t>
      </w:r>
      <w:proofErr w:type="spellStart"/>
      <w:r w:rsidRPr="000D2C63">
        <w:rPr>
          <w:rFonts w:cs="Arial"/>
          <w:lang w:eastAsia="es-ES"/>
        </w:rPr>
        <w:t>tipo</w:t>
      </w:r>
      <w:proofErr w:type="spellEnd"/>
      <w:r w:rsidRPr="000D2C63">
        <w:rPr>
          <w:rFonts w:cs="Arial"/>
          <w:lang w:eastAsia="es-ES"/>
        </w:rPr>
        <w:t xml:space="preserve"> de </w:t>
      </w:r>
      <w:proofErr w:type="spellStart"/>
      <w:r w:rsidRPr="000D2C63">
        <w:rPr>
          <w:rFonts w:cs="Arial"/>
          <w:lang w:eastAsia="es-ES"/>
        </w:rPr>
        <w:t>atenciones</w:t>
      </w:r>
      <w:proofErr w:type="spellEnd"/>
      <w:r w:rsidRPr="000D2C63">
        <w:rPr>
          <w:rFonts w:cs="Arial"/>
          <w:lang w:eastAsia="es-ES"/>
        </w:rPr>
        <w:t xml:space="preserve"> </w:t>
      </w:r>
      <w:proofErr w:type="spellStart"/>
      <w:r w:rsidRPr="000D2C63">
        <w:rPr>
          <w:rFonts w:cs="Arial"/>
          <w:lang w:eastAsia="es-ES"/>
        </w:rPr>
        <w:t>sociales</w:t>
      </w:r>
      <w:proofErr w:type="spellEnd"/>
      <w:r w:rsidRPr="000D2C63">
        <w:rPr>
          <w:rFonts w:cs="Arial"/>
          <w:lang w:eastAsia="es-ES"/>
        </w:rPr>
        <w:t xml:space="preserve"> a </w:t>
      </w:r>
      <w:proofErr w:type="spellStart"/>
      <w:r w:rsidRPr="000D2C63">
        <w:rPr>
          <w:rFonts w:cs="Arial"/>
          <w:lang w:eastAsia="es-ES"/>
        </w:rPr>
        <w:t>funcionarios</w:t>
      </w:r>
      <w:proofErr w:type="spellEnd"/>
      <w:r w:rsidRPr="000D2C63">
        <w:rPr>
          <w:rFonts w:cs="Arial"/>
          <w:lang w:eastAsia="es-ES"/>
        </w:rPr>
        <w:t xml:space="preserve"> </w:t>
      </w:r>
      <w:proofErr w:type="spellStart"/>
      <w:r w:rsidRPr="000D2C63">
        <w:rPr>
          <w:rFonts w:cs="Arial"/>
          <w:lang w:eastAsia="es-ES"/>
        </w:rPr>
        <w:t>públicos</w:t>
      </w:r>
      <w:proofErr w:type="spellEnd"/>
      <w:r w:rsidRPr="000D2C63">
        <w:rPr>
          <w:rFonts w:cs="Arial"/>
          <w:lang w:eastAsia="es-ES"/>
        </w:rPr>
        <w:t xml:space="preserve"> o </w:t>
      </w:r>
      <w:proofErr w:type="spellStart"/>
      <w:r w:rsidRPr="000D2C63">
        <w:rPr>
          <w:rFonts w:cs="Arial"/>
          <w:lang w:eastAsia="es-ES"/>
        </w:rPr>
        <w:t>contratistas</w:t>
      </w:r>
      <w:proofErr w:type="spellEnd"/>
      <w:r w:rsidRPr="000D2C63">
        <w:rPr>
          <w:rFonts w:cs="Arial"/>
          <w:lang w:eastAsia="es-ES"/>
        </w:rPr>
        <w:t xml:space="preserve"> del Estado, </w:t>
      </w:r>
      <w:proofErr w:type="spellStart"/>
      <w:r w:rsidRPr="000D2C63">
        <w:rPr>
          <w:rFonts w:cs="Arial"/>
          <w:lang w:eastAsia="es-ES"/>
        </w:rPr>
        <w:t>durante</w:t>
      </w:r>
      <w:proofErr w:type="spellEnd"/>
      <w:r w:rsidRPr="000D2C63">
        <w:rPr>
          <w:rFonts w:cs="Arial"/>
          <w:lang w:eastAsia="es-ES"/>
        </w:rPr>
        <w:t xml:space="preserve"> el </w:t>
      </w:r>
      <w:proofErr w:type="spellStart"/>
      <w:r w:rsidRPr="000D2C63">
        <w:rPr>
          <w:rFonts w:cs="Arial"/>
          <w:lang w:eastAsia="es-ES"/>
        </w:rPr>
        <w:t>Proceso</w:t>
      </w:r>
      <w:proofErr w:type="spellEnd"/>
      <w:r w:rsidRPr="000D2C63">
        <w:rPr>
          <w:rFonts w:cs="Arial"/>
          <w:lang w:eastAsia="es-ES"/>
        </w:rPr>
        <w:t xml:space="preserve"> de </w:t>
      </w:r>
      <w:proofErr w:type="spellStart"/>
      <w:r w:rsidRPr="000D2C63">
        <w:rPr>
          <w:rFonts w:cs="Arial"/>
          <w:lang w:eastAsia="es-ES"/>
        </w:rPr>
        <w:t>Contratación</w:t>
      </w:r>
      <w:proofErr w:type="spellEnd"/>
      <w:r w:rsidRPr="000D2C63">
        <w:rPr>
          <w:rFonts w:cs="Arial"/>
          <w:lang w:eastAsia="es-ES"/>
        </w:rPr>
        <w:t xml:space="preserve"> </w:t>
      </w:r>
      <w:proofErr w:type="spellStart"/>
      <w:r w:rsidRPr="000D2C63">
        <w:rPr>
          <w:rFonts w:cs="Arial"/>
          <w:lang w:eastAsia="es-ES"/>
        </w:rPr>
        <w:t>ni</w:t>
      </w:r>
      <w:proofErr w:type="spellEnd"/>
      <w:r w:rsidRPr="000D2C63">
        <w:rPr>
          <w:rFonts w:cs="Arial"/>
          <w:lang w:eastAsia="es-ES"/>
        </w:rPr>
        <w:t xml:space="preserve"> </w:t>
      </w:r>
      <w:proofErr w:type="spellStart"/>
      <w:r w:rsidRPr="000D2C63">
        <w:rPr>
          <w:rFonts w:cs="Arial"/>
          <w:lang w:eastAsia="es-ES"/>
        </w:rPr>
        <w:t>durante</w:t>
      </w:r>
      <w:proofErr w:type="spellEnd"/>
      <w:r w:rsidRPr="000D2C63">
        <w:rPr>
          <w:rFonts w:cs="Arial"/>
          <w:lang w:eastAsia="es-ES"/>
        </w:rPr>
        <w:t xml:space="preserve"> la </w:t>
      </w:r>
      <w:proofErr w:type="spellStart"/>
      <w:r w:rsidRPr="000D2C63">
        <w:rPr>
          <w:rFonts w:cs="Arial"/>
          <w:lang w:eastAsia="es-ES"/>
        </w:rPr>
        <w:t>ejecución</w:t>
      </w:r>
      <w:proofErr w:type="spellEnd"/>
      <w:r w:rsidRPr="000D2C63">
        <w:rPr>
          <w:rFonts w:cs="Arial"/>
          <w:lang w:eastAsia="es-ES"/>
        </w:rPr>
        <w:t xml:space="preserve"> o </w:t>
      </w:r>
      <w:proofErr w:type="spellStart"/>
      <w:r w:rsidRPr="000D2C63">
        <w:rPr>
          <w:rFonts w:cs="Arial"/>
          <w:lang w:eastAsia="es-ES"/>
        </w:rPr>
        <w:t>liquidación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w:t>
      </w:r>
    </w:p>
    <w:p w14:paraId="2DD396B5" w14:textId="77777777" w:rsidR="0069469E" w:rsidRPr="000D2C63" w:rsidRDefault="0069469E" w:rsidP="0069469E">
      <w:pPr>
        <w:numPr>
          <w:ilvl w:val="0"/>
          <w:numId w:val="27"/>
        </w:numPr>
        <w:spacing w:after="0" w:line="240" w:lineRule="auto"/>
        <w:ind w:left="1071"/>
        <w:jc w:val="both"/>
        <w:rPr>
          <w:rFonts w:cs="Arial"/>
          <w:lang w:eastAsia="es-ES"/>
        </w:rPr>
      </w:pPr>
      <w:r w:rsidRPr="000D2C63">
        <w:rPr>
          <w:rFonts w:cs="Arial"/>
          <w:lang w:eastAsia="es-ES"/>
        </w:rPr>
        <w:t xml:space="preserve">No </w:t>
      </w:r>
      <w:proofErr w:type="spellStart"/>
      <w:r w:rsidRPr="000D2C63">
        <w:rPr>
          <w:rFonts w:cs="Arial"/>
          <w:lang w:eastAsia="es-ES"/>
        </w:rPr>
        <w:t>contratar</w:t>
      </w:r>
      <w:proofErr w:type="spellEnd"/>
      <w:r w:rsidRPr="000D2C63">
        <w:rPr>
          <w:rFonts w:cs="Arial"/>
          <w:lang w:eastAsia="es-ES"/>
        </w:rPr>
        <w:t xml:space="preserve">, </w:t>
      </w:r>
      <w:proofErr w:type="spellStart"/>
      <w:r w:rsidRPr="000D2C63">
        <w:rPr>
          <w:rFonts w:cs="Arial"/>
          <w:lang w:eastAsia="es-ES"/>
        </w:rPr>
        <w:t>ni</w:t>
      </w:r>
      <w:proofErr w:type="spellEnd"/>
      <w:r w:rsidRPr="000D2C63">
        <w:rPr>
          <w:rFonts w:cs="Arial"/>
          <w:lang w:eastAsia="es-ES"/>
        </w:rPr>
        <w:t xml:space="preserve"> </w:t>
      </w:r>
      <w:proofErr w:type="spellStart"/>
      <w:r w:rsidRPr="000D2C63">
        <w:rPr>
          <w:rFonts w:cs="Arial"/>
          <w:lang w:eastAsia="es-ES"/>
        </w:rPr>
        <w:t>ofrecer</w:t>
      </w:r>
      <w:proofErr w:type="spellEnd"/>
      <w:r w:rsidRPr="000D2C63">
        <w:rPr>
          <w:rFonts w:cs="Arial"/>
          <w:lang w:eastAsia="es-ES"/>
        </w:rPr>
        <w:t xml:space="preserve"> </w:t>
      </w:r>
      <w:proofErr w:type="spellStart"/>
      <w:r w:rsidRPr="000D2C63">
        <w:rPr>
          <w:rFonts w:cs="Arial"/>
          <w:lang w:eastAsia="es-ES"/>
        </w:rPr>
        <w:t>dádivas</w:t>
      </w:r>
      <w:proofErr w:type="spellEnd"/>
      <w:r w:rsidRPr="000D2C63">
        <w:rPr>
          <w:rFonts w:cs="Arial"/>
          <w:lang w:eastAsia="es-ES"/>
        </w:rPr>
        <w:t xml:space="preserve">, regalos o </w:t>
      </w:r>
      <w:proofErr w:type="spellStart"/>
      <w:r w:rsidRPr="000D2C63">
        <w:rPr>
          <w:rFonts w:cs="Arial"/>
          <w:lang w:eastAsia="es-ES"/>
        </w:rPr>
        <w:t>gratificaciones</w:t>
      </w:r>
      <w:proofErr w:type="spellEnd"/>
      <w:r w:rsidRPr="000D2C63">
        <w:rPr>
          <w:rFonts w:cs="Arial"/>
          <w:lang w:eastAsia="es-ES"/>
        </w:rPr>
        <w:t xml:space="preserve"> a </w:t>
      </w:r>
      <w:proofErr w:type="gramStart"/>
      <w:r w:rsidRPr="000D2C63">
        <w:rPr>
          <w:rFonts w:cs="Arial"/>
          <w:lang w:eastAsia="es-ES"/>
        </w:rPr>
        <w:t>personas</w:t>
      </w:r>
      <w:proofErr w:type="gramEnd"/>
      <w:r w:rsidRPr="000D2C63">
        <w:rPr>
          <w:rFonts w:cs="Arial"/>
          <w:lang w:eastAsia="es-ES"/>
        </w:rPr>
        <w:t xml:space="preserve"> con </w:t>
      </w:r>
      <w:proofErr w:type="spellStart"/>
      <w:r w:rsidRPr="000D2C63">
        <w:rPr>
          <w:rFonts w:cs="Arial"/>
          <w:lang w:eastAsia="es-ES"/>
        </w:rPr>
        <w:t>alta</w:t>
      </w:r>
      <w:proofErr w:type="spellEnd"/>
      <w:r w:rsidRPr="000D2C63">
        <w:rPr>
          <w:rFonts w:cs="Arial"/>
          <w:lang w:eastAsia="es-ES"/>
        </w:rPr>
        <w:t xml:space="preserve"> </w:t>
      </w:r>
      <w:proofErr w:type="spellStart"/>
      <w:r w:rsidRPr="000D2C63">
        <w:rPr>
          <w:rFonts w:cs="Arial"/>
          <w:lang w:eastAsia="es-ES"/>
        </w:rPr>
        <w:t>capacidad</w:t>
      </w:r>
      <w:proofErr w:type="spellEnd"/>
      <w:r w:rsidRPr="000D2C63">
        <w:rPr>
          <w:rFonts w:cs="Arial"/>
          <w:lang w:eastAsia="es-ES"/>
        </w:rPr>
        <w:t xml:space="preserve"> de </w:t>
      </w:r>
      <w:proofErr w:type="spellStart"/>
      <w:r w:rsidRPr="000D2C63">
        <w:rPr>
          <w:rFonts w:cs="Arial"/>
          <w:lang w:eastAsia="es-ES"/>
        </w:rPr>
        <w:t>influencia</w:t>
      </w:r>
      <w:proofErr w:type="spellEnd"/>
      <w:r w:rsidRPr="000D2C63">
        <w:rPr>
          <w:rFonts w:cs="Arial"/>
          <w:lang w:eastAsia="es-ES"/>
        </w:rPr>
        <w:t xml:space="preserve"> </w:t>
      </w:r>
      <w:proofErr w:type="spellStart"/>
      <w:r w:rsidRPr="000D2C63">
        <w:rPr>
          <w:rFonts w:cs="Arial"/>
          <w:lang w:eastAsia="es-ES"/>
        </w:rPr>
        <w:t>política</w:t>
      </w:r>
      <w:proofErr w:type="spellEnd"/>
      <w:r w:rsidRPr="000D2C63">
        <w:rPr>
          <w:rFonts w:cs="Arial"/>
          <w:lang w:eastAsia="es-ES"/>
        </w:rPr>
        <w:t xml:space="preserve"> o </w:t>
      </w:r>
      <w:proofErr w:type="spellStart"/>
      <w:r w:rsidRPr="000D2C63">
        <w:rPr>
          <w:rFonts w:cs="Arial"/>
          <w:lang w:eastAsia="es-ES"/>
        </w:rPr>
        <w:t>mediática</w:t>
      </w:r>
      <w:proofErr w:type="spellEnd"/>
      <w:r w:rsidRPr="000D2C63">
        <w:rPr>
          <w:rFonts w:cs="Arial"/>
          <w:lang w:eastAsia="es-ES"/>
        </w:rPr>
        <w:t xml:space="preserve">, con el </w:t>
      </w:r>
      <w:proofErr w:type="spellStart"/>
      <w:r w:rsidRPr="000D2C63">
        <w:rPr>
          <w:rFonts w:cs="Arial"/>
          <w:lang w:eastAsia="es-ES"/>
        </w:rPr>
        <w:t>objeto</w:t>
      </w:r>
      <w:proofErr w:type="spellEnd"/>
      <w:r w:rsidRPr="000D2C63">
        <w:rPr>
          <w:rFonts w:cs="Arial"/>
          <w:lang w:eastAsia="es-ES"/>
        </w:rPr>
        <w:t xml:space="preserve"> de </w:t>
      </w:r>
      <w:proofErr w:type="spellStart"/>
      <w:r w:rsidRPr="000D2C63">
        <w:rPr>
          <w:rFonts w:cs="Arial"/>
          <w:lang w:eastAsia="es-ES"/>
        </w:rPr>
        <w:t>obtener</w:t>
      </w:r>
      <w:proofErr w:type="spellEnd"/>
      <w:r w:rsidRPr="000D2C63">
        <w:rPr>
          <w:rFonts w:cs="Arial"/>
          <w:lang w:eastAsia="es-ES"/>
        </w:rPr>
        <w:t xml:space="preserve"> </w:t>
      </w:r>
      <w:proofErr w:type="spellStart"/>
      <w:r w:rsidRPr="000D2C63">
        <w:rPr>
          <w:rFonts w:cs="Arial"/>
          <w:lang w:eastAsia="es-ES"/>
        </w:rPr>
        <w:t>citas</w:t>
      </w:r>
      <w:proofErr w:type="spellEnd"/>
      <w:r w:rsidRPr="000D2C63">
        <w:rPr>
          <w:rFonts w:cs="Arial"/>
          <w:lang w:eastAsia="es-ES"/>
        </w:rPr>
        <w:t xml:space="preserve"> o </w:t>
      </w:r>
      <w:proofErr w:type="spellStart"/>
      <w:r w:rsidRPr="000D2C63">
        <w:rPr>
          <w:rFonts w:cs="Arial"/>
          <w:lang w:eastAsia="es-ES"/>
        </w:rPr>
        <w:t>influir</w:t>
      </w:r>
      <w:proofErr w:type="spellEnd"/>
      <w:r w:rsidRPr="000D2C63">
        <w:rPr>
          <w:rFonts w:cs="Arial"/>
          <w:lang w:eastAsia="es-ES"/>
        </w:rPr>
        <w:t xml:space="preserve"> o </w:t>
      </w:r>
      <w:proofErr w:type="spellStart"/>
      <w:r w:rsidRPr="000D2C63">
        <w:rPr>
          <w:rFonts w:cs="Arial"/>
          <w:lang w:eastAsia="es-ES"/>
        </w:rPr>
        <w:t>presionar</w:t>
      </w:r>
      <w:proofErr w:type="spellEnd"/>
      <w:r w:rsidRPr="000D2C63">
        <w:rPr>
          <w:rFonts w:cs="Arial"/>
          <w:lang w:eastAsia="es-ES"/>
        </w:rPr>
        <w:t xml:space="preserve"> las </w:t>
      </w:r>
      <w:proofErr w:type="spellStart"/>
      <w:r w:rsidRPr="000D2C63">
        <w:rPr>
          <w:rFonts w:cs="Arial"/>
          <w:lang w:eastAsia="es-ES"/>
        </w:rPr>
        <w:t>decisiones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la </w:t>
      </w:r>
      <w:proofErr w:type="spellStart"/>
      <w:r w:rsidRPr="000D2C63">
        <w:rPr>
          <w:rFonts w:cs="Arial"/>
          <w:lang w:eastAsia="es-ES"/>
        </w:rPr>
        <w:t>Entidad</w:t>
      </w:r>
      <w:proofErr w:type="spellEnd"/>
      <w:r w:rsidRPr="000D2C63">
        <w:rPr>
          <w:rFonts w:cs="Arial"/>
          <w:lang w:eastAsia="es-ES"/>
        </w:rPr>
        <w:t xml:space="preserve"> tome </w:t>
      </w:r>
      <w:proofErr w:type="spellStart"/>
      <w:r w:rsidRPr="000D2C63">
        <w:rPr>
          <w:rFonts w:cs="Arial"/>
          <w:lang w:eastAsia="es-ES"/>
        </w:rPr>
        <w:t>respecto</w:t>
      </w:r>
      <w:proofErr w:type="spellEnd"/>
      <w:r w:rsidRPr="000D2C63">
        <w:rPr>
          <w:rFonts w:cs="Arial"/>
          <w:lang w:eastAsia="es-ES"/>
        </w:rPr>
        <w:t xml:space="preserve"> de </w:t>
      </w:r>
      <w:proofErr w:type="spellStart"/>
      <w:r w:rsidRPr="000D2C63">
        <w:rPr>
          <w:rFonts w:cs="Arial"/>
          <w:lang w:eastAsia="es-ES"/>
        </w:rPr>
        <w:t>Procesos</w:t>
      </w:r>
      <w:proofErr w:type="spellEnd"/>
      <w:r w:rsidRPr="000D2C63">
        <w:rPr>
          <w:rFonts w:cs="Arial"/>
          <w:lang w:eastAsia="es-ES"/>
        </w:rPr>
        <w:t xml:space="preserve"> de </w:t>
      </w:r>
      <w:proofErr w:type="spellStart"/>
      <w:r w:rsidRPr="000D2C63">
        <w:rPr>
          <w:rFonts w:cs="Arial"/>
          <w:lang w:eastAsia="es-ES"/>
        </w:rPr>
        <w:t>contratación</w:t>
      </w:r>
      <w:proofErr w:type="spellEnd"/>
      <w:r w:rsidRPr="000D2C63">
        <w:rPr>
          <w:rFonts w:cs="Arial"/>
          <w:lang w:eastAsia="es-ES"/>
        </w:rPr>
        <w:t xml:space="preserve"> </w:t>
      </w:r>
      <w:proofErr w:type="spellStart"/>
      <w:r w:rsidRPr="000D2C63">
        <w:rPr>
          <w:rFonts w:cs="Arial"/>
          <w:lang w:eastAsia="es-ES"/>
        </w:rPr>
        <w:t>estatal</w:t>
      </w:r>
      <w:proofErr w:type="spellEnd"/>
      <w:r w:rsidRPr="000D2C63">
        <w:rPr>
          <w:rFonts w:cs="Arial"/>
          <w:lang w:eastAsia="es-ES"/>
        </w:rPr>
        <w:t xml:space="preserve">, bien sea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adjudicación</w:t>
      </w:r>
      <w:proofErr w:type="spellEnd"/>
      <w:r w:rsidRPr="000D2C63">
        <w:rPr>
          <w:rFonts w:cs="Arial"/>
          <w:lang w:eastAsia="es-ES"/>
        </w:rPr>
        <w:t xml:space="preserve">, </w:t>
      </w:r>
      <w:proofErr w:type="spellStart"/>
      <w:r w:rsidRPr="000D2C63">
        <w:rPr>
          <w:rFonts w:cs="Arial"/>
          <w:lang w:eastAsia="es-ES"/>
        </w:rPr>
        <w:t>supervisión</w:t>
      </w:r>
      <w:proofErr w:type="spellEnd"/>
      <w:r w:rsidRPr="000D2C63">
        <w:rPr>
          <w:rFonts w:cs="Arial"/>
          <w:lang w:eastAsia="es-ES"/>
        </w:rPr>
        <w:t xml:space="preserve"> o </w:t>
      </w:r>
      <w:proofErr w:type="spellStart"/>
      <w:r w:rsidRPr="000D2C63">
        <w:rPr>
          <w:rFonts w:cs="Arial"/>
          <w:lang w:eastAsia="es-ES"/>
        </w:rPr>
        <w:t>terminación</w:t>
      </w:r>
      <w:proofErr w:type="spellEnd"/>
    </w:p>
    <w:p w14:paraId="29497A5E" w14:textId="77777777" w:rsidR="0069469E" w:rsidRPr="000D2C63" w:rsidRDefault="0069469E" w:rsidP="0069469E">
      <w:pPr>
        <w:numPr>
          <w:ilvl w:val="0"/>
          <w:numId w:val="27"/>
        </w:numPr>
        <w:spacing w:after="0" w:line="240" w:lineRule="auto"/>
        <w:ind w:left="1071"/>
        <w:jc w:val="both"/>
        <w:rPr>
          <w:rFonts w:cs="Arial"/>
          <w:lang w:eastAsia="es-ES"/>
        </w:rPr>
      </w:pPr>
      <w:r w:rsidRPr="000D2C63">
        <w:rPr>
          <w:rFonts w:cs="Arial"/>
          <w:lang w:eastAsia="es-ES"/>
        </w:rPr>
        <w:lastRenderedPageBreak/>
        <w:t xml:space="preserve">No </w:t>
      </w:r>
      <w:proofErr w:type="spellStart"/>
      <w:r w:rsidRPr="000D2C63">
        <w:rPr>
          <w:rFonts w:cs="Arial"/>
          <w:lang w:eastAsia="es-ES"/>
        </w:rPr>
        <w:t>celebrar</w:t>
      </w:r>
      <w:proofErr w:type="spellEnd"/>
      <w:r w:rsidRPr="000D2C63">
        <w:rPr>
          <w:rFonts w:cs="Arial"/>
          <w:lang w:eastAsia="es-ES"/>
        </w:rPr>
        <w:t xml:space="preserve"> </w:t>
      </w:r>
      <w:proofErr w:type="spellStart"/>
      <w:r w:rsidRPr="000D2C63">
        <w:rPr>
          <w:rFonts w:cs="Arial"/>
          <w:lang w:eastAsia="es-ES"/>
        </w:rPr>
        <w:t>acuerdos</w:t>
      </w:r>
      <w:proofErr w:type="spellEnd"/>
      <w:r w:rsidRPr="000D2C63">
        <w:rPr>
          <w:rFonts w:cs="Arial"/>
          <w:lang w:eastAsia="es-ES"/>
        </w:rPr>
        <w:t xml:space="preserve"> o </w:t>
      </w:r>
      <w:proofErr w:type="spellStart"/>
      <w:r w:rsidRPr="000D2C63">
        <w:rPr>
          <w:rFonts w:cs="Arial"/>
          <w:lang w:eastAsia="es-ES"/>
        </w:rPr>
        <w:t>realizar</w:t>
      </w:r>
      <w:proofErr w:type="spellEnd"/>
      <w:r w:rsidRPr="000D2C63">
        <w:rPr>
          <w:rFonts w:cs="Arial"/>
          <w:lang w:eastAsia="es-ES"/>
        </w:rPr>
        <w:t xml:space="preserve"> </w:t>
      </w:r>
      <w:proofErr w:type="spellStart"/>
      <w:r w:rsidRPr="000D2C63">
        <w:rPr>
          <w:rFonts w:cs="Arial"/>
          <w:lang w:eastAsia="es-ES"/>
        </w:rPr>
        <w:t>actos</w:t>
      </w:r>
      <w:proofErr w:type="spellEnd"/>
      <w:r w:rsidRPr="000D2C63">
        <w:rPr>
          <w:rFonts w:cs="Arial"/>
          <w:lang w:eastAsia="es-ES"/>
        </w:rPr>
        <w:t xml:space="preserve"> o </w:t>
      </w:r>
      <w:proofErr w:type="spellStart"/>
      <w:r w:rsidRPr="000D2C63">
        <w:rPr>
          <w:rFonts w:cs="Arial"/>
          <w:lang w:eastAsia="es-ES"/>
        </w:rPr>
        <w:t>conductas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tengan</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w:t>
      </w:r>
      <w:proofErr w:type="spellStart"/>
      <w:r w:rsidRPr="000D2C63">
        <w:rPr>
          <w:rFonts w:cs="Arial"/>
          <w:lang w:eastAsia="es-ES"/>
        </w:rPr>
        <w:t>objeto</w:t>
      </w:r>
      <w:proofErr w:type="spellEnd"/>
      <w:r w:rsidRPr="000D2C63">
        <w:rPr>
          <w:rFonts w:cs="Arial"/>
          <w:lang w:eastAsia="es-ES"/>
        </w:rPr>
        <w:t xml:space="preserve"> la </w:t>
      </w:r>
      <w:proofErr w:type="spellStart"/>
      <w:r w:rsidRPr="000D2C63">
        <w:rPr>
          <w:rFonts w:cs="Arial"/>
          <w:lang w:eastAsia="es-ES"/>
        </w:rPr>
        <w:t>colusión</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el </w:t>
      </w:r>
      <w:proofErr w:type="spellStart"/>
      <w:r w:rsidRPr="000D2C63">
        <w:rPr>
          <w:rFonts w:cs="Arial"/>
          <w:lang w:eastAsia="es-ES"/>
        </w:rPr>
        <w:t>presente</w:t>
      </w:r>
      <w:proofErr w:type="spellEnd"/>
      <w:r w:rsidRPr="000D2C63">
        <w:rPr>
          <w:rFonts w:cs="Arial"/>
          <w:lang w:eastAsia="es-ES"/>
        </w:rPr>
        <w:t xml:space="preserve"> </w:t>
      </w:r>
      <w:proofErr w:type="spellStart"/>
      <w:r w:rsidRPr="000D2C63">
        <w:rPr>
          <w:rFonts w:cs="Arial"/>
          <w:lang w:eastAsia="es-ES"/>
        </w:rPr>
        <w:t>proceso</w:t>
      </w:r>
      <w:proofErr w:type="spellEnd"/>
      <w:r w:rsidRPr="000D2C63">
        <w:rPr>
          <w:rFonts w:cs="Arial"/>
          <w:lang w:eastAsia="es-ES"/>
        </w:rPr>
        <w:t xml:space="preserve"> contractual.</w:t>
      </w:r>
    </w:p>
    <w:p w14:paraId="02E82F1C" w14:textId="77777777" w:rsidR="0069469E" w:rsidRPr="000D2C63" w:rsidRDefault="0069469E" w:rsidP="0069469E">
      <w:pPr>
        <w:ind w:left="708"/>
        <w:rPr>
          <w:rFonts w:cs="Arial"/>
          <w:lang w:eastAsia="es-ES"/>
        </w:rPr>
      </w:pPr>
    </w:p>
    <w:p w14:paraId="2063F92D" w14:textId="77777777" w:rsidR="0069469E" w:rsidRPr="000D2C63" w:rsidRDefault="0069469E" w:rsidP="0069469E">
      <w:pPr>
        <w:numPr>
          <w:ilvl w:val="0"/>
          <w:numId w:val="17"/>
        </w:numPr>
        <w:spacing w:after="0" w:line="240" w:lineRule="auto"/>
        <w:jc w:val="both"/>
        <w:rPr>
          <w:rFonts w:cs="Arial"/>
          <w:lang w:eastAsia="es-ES"/>
        </w:rPr>
      </w:pPr>
      <w:r w:rsidRPr="000D2C63">
        <w:rPr>
          <w:rFonts w:cs="Arial"/>
          <w:lang w:eastAsia="es-ES"/>
        </w:rPr>
        <w:t xml:space="preserve">Poner </w:t>
      </w:r>
      <w:proofErr w:type="spellStart"/>
      <w:r w:rsidRPr="000D2C63">
        <w:rPr>
          <w:rFonts w:cs="Arial"/>
          <w:lang w:eastAsia="es-ES"/>
        </w:rPr>
        <w:t>todo</w:t>
      </w:r>
      <w:proofErr w:type="spellEnd"/>
      <w:r w:rsidRPr="000D2C63">
        <w:rPr>
          <w:rFonts w:cs="Arial"/>
          <w:lang w:eastAsia="es-ES"/>
        </w:rPr>
        <w:t xml:space="preserve">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conocimiento</w:t>
      </w:r>
      <w:proofErr w:type="spellEnd"/>
      <w:r w:rsidRPr="000D2C63">
        <w:rPr>
          <w:rFonts w:cs="Arial"/>
          <w:lang w:eastAsia="es-ES"/>
        </w:rPr>
        <w:t xml:space="preserve"> y </w:t>
      </w:r>
      <w:proofErr w:type="spellStart"/>
      <w:r w:rsidRPr="000D2C63">
        <w:rPr>
          <w:rFonts w:cs="Arial"/>
          <w:lang w:eastAsia="es-ES"/>
        </w:rPr>
        <w:t>experiencia</w:t>
      </w:r>
      <w:proofErr w:type="spellEnd"/>
      <w:r w:rsidRPr="000D2C63">
        <w:rPr>
          <w:rFonts w:cs="Arial"/>
          <w:lang w:eastAsia="es-ES"/>
        </w:rPr>
        <w:t xml:space="preserve"> </w:t>
      </w:r>
      <w:proofErr w:type="spellStart"/>
      <w:r w:rsidRPr="000D2C63">
        <w:rPr>
          <w:rFonts w:cs="Arial"/>
          <w:lang w:eastAsia="es-ES"/>
        </w:rPr>
        <w:t>técnica</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 </w:t>
      </w:r>
      <w:proofErr w:type="spellStart"/>
      <w:r w:rsidRPr="000D2C63">
        <w:rPr>
          <w:rFonts w:cs="Arial"/>
          <w:lang w:eastAsia="es-ES"/>
        </w:rPr>
        <w:t>ejecución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tomando</w:t>
      </w:r>
      <w:proofErr w:type="spellEnd"/>
      <w:r w:rsidRPr="000D2C63">
        <w:rPr>
          <w:rFonts w:cs="Arial"/>
          <w:lang w:eastAsia="es-ES"/>
        </w:rPr>
        <w:t xml:space="preserve"> las </w:t>
      </w:r>
      <w:proofErr w:type="spellStart"/>
      <w:r w:rsidRPr="000D2C63">
        <w:rPr>
          <w:rFonts w:cs="Arial"/>
          <w:lang w:eastAsia="es-ES"/>
        </w:rPr>
        <w:t>medidas</w:t>
      </w:r>
      <w:proofErr w:type="spellEnd"/>
      <w:r w:rsidRPr="000D2C63">
        <w:rPr>
          <w:rFonts w:cs="Arial"/>
          <w:lang w:eastAsia="es-ES"/>
        </w:rPr>
        <w:t xml:space="preserve"> </w:t>
      </w:r>
      <w:proofErr w:type="spellStart"/>
      <w:r w:rsidRPr="000D2C63">
        <w:rPr>
          <w:rFonts w:cs="Arial"/>
          <w:lang w:eastAsia="es-ES"/>
        </w:rPr>
        <w:t>necesarias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garanticen</w:t>
      </w:r>
      <w:proofErr w:type="spellEnd"/>
      <w:r w:rsidRPr="000D2C63">
        <w:rPr>
          <w:rFonts w:cs="Arial"/>
          <w:lang w:eastAsia="es-ES"/>
        </w:rPr>
        <w:t xml:space="preserve"> el </w:t>
      </w:r>
      <w:proofErr w:type="spellStart"/>
      <w:r w:rsidRPr="000D2C63">
        <w:rPr>
          <w:rFonts w:cs="Arial"/>
          <w:lang w:eastAsia="es-ES"/>
        </w:rPr>
        <w:t>correcto</w:t>
      </w:r>
      <w:proofErr w:type="spellEnd"/>
      <w:r w:rsidRPr="000D2C63">
        <w:rPr>
          <w:rFonts w:cs="Arial"/>
          <w:lang w:eastAsia="es-ES"/>
        </w:rPr>
        <w:t xml:space="preserve">, </w:t>
      </w:r>
      <w:proofErr w:type="spellStart"/>
      <w:r w:rsidRPr="000D2C63">
        <w:rPr>
          <w:rFonts w:cs="Arial"/>
          <w:lang w:eastAsia="es-ES"/>
        </w:rPr>
        <w:t>eficiente</w:t>
      </w:r>
      <w:proofErr w:type="spellEnd"/>
      <w:r w:rsidRPr="000D2C63">
        <w:rPr>
          <w:rFonts w:cs="Arial"/>
          <w:lang w:eastAsia="es-ES"/>
        </w:rPr>
        <w:t xml:space="preserve"> y </w:t>
      </w:r>
      <w:proofErr w:type="spellStart"/>
      <w:r w:rsidRPr="000D2C63">
        <w:rPr>
          <w:rFonts w:cs="Arial"/>
          <w:lang w:eastAsia="es-ES"/>
        </w:rPr>
        <w:t>eficaz</w:t>
      </w:r>
      <w:proofErr w:type="spellEnd"/>
      <w:r w:rsidRPr="000D2C63">
        <w:rPr>
          <w:rFonts w:cs="Arial"/>
          <w:lang w:eastAsia="es-ES"/>
        </w:rPr>
        <w:t xml:space="preserve"> </w:t>
      </w:r>
      <w:proofErr w:type="spellStart"/>
      <w:r w:rsidRPr="000D2C63">
        <w:rPr>
          <w:rFonts w:cs="Arial"/>
          <w:lang w:eastAsia="es-ES"/>
        </w:rPr>
        <w:t>desarrollo</w:t>
      </w:r>
      <w:proofErr w:type="spellEnd"/>
      <w:r w:rsidRPr="000D2C63">
        <w:rPr>
          <w:rFonts w:cs="Arial"/>
          <w:lang w:eastAsia="es-ES"/>
        </w:rPr>
        <w:t xml:space="preserve">. </w:t>
      </w:r>
    </w:p>
    <w:p w14:paraId="365AE913" w14:textId="77777777" w:rsidR="0069469E" w:rsidRPr="000D2C63" w:rsidRDefault="0069469E" w:rsidP="0069469E">
      <w:pPr>
        <w:ind w:left="720"/>
        <w:jc w:val="both"/>
        <w:rPr>
          <w:rFonts w:cs="Arial"/>
          <w:lang w:eastAsia="es-ES"/>
        </w:rPr>
      </w:pPr>
    </w:p>
    <w:p w14:paraId="58AC5172" w14:textId="77777777" w:rsidR="0069469E" w:rsidRPr="000D2C63" w:rsidRDefault="0069469E" w:rsidP="0069469E">
      <w:pPr>
        <w:numPr>
          <w:ilvl w:val="0"/>
          <w:numId w:val="17"/>
        </w:numPr>
        <w:spacing w:after="0" w:line="240" w:lineRule="auto"/>
        <w:jc w:val="both"/>
        <w:rPr>
          <w:rFonts w:eastAsia="Arial Unicode MS" w:cs="Arial"/>
          <w:lang w:eastAsia="es-ES"/>
        </w:rPr>
      </w:pPr>
      <w:proofErr w:type="spellStart"/>
      <w:r w:rsidRPr="000D2C63">
        <w:rPr>
          <w:rFonts w:eastAsia="Arial Unicode MS" w:cs="Arial"/>
          <w:lang w:eastAsia="es-ES"/>
        </w:rPr>
        <w:t>Atender</w:t>
      </w:r>
      <w:proofErr w:type="spellEnd"/>
      <w:r w:rsidRPr="000D2C63">
        <w:rPr>
          <w:rFonts w:eastAsia="Arial Unicode MS" w:cs="Arial"/>
          <w:lang w:eastAsia="es-ES"/>
        </w:rPr>
        <w:t xml:space="preserve"> </w:t>
      </w:r>
      <w:proofErr w:type="spellStart"/>
      <w:r w:rsidRPr="000D2C63">
        <w:rPr>
          <w:rFonts w:eastAsia="Arial Unicode MS" w:cs="Arial"/>
          <w:lang w:eastAsia="es-ES"/>
        </w:rPr>
        <w:t>en</w:t>
      </w:r>
      <w:proofErr w:type="spellEnd"/>
      <w:r w:rsidRPr="000D2C63">
        <w:rPr>
          <w:rFonts w:eastAsia="Arial Unicode MS" w:cs="Arial"/>
          <w:lang w:eastAsia="es-ES"/>
        </w:rPr>
        <w:t xml:space="preserve"> forma </w:t>
      </w:r>
      <w:proofErr w:type="spellStart"/>
      <w:r w:rsidRPr="000D2C63">
        <w:rPr>
          <w:rFonts w:eastAsia="Arial Unicode MS" w:cs="Arial"/>
          <w:lang w:eastAsia="es-ES"/>
        </w:rPr>
        <w:t>oportuna</w:t>
      </w:r>
      <w:proofErr w:type="spellEnd"/>
      <w:r w:rsidRPr="000D2C63">
        <w:rPr>
          <w:rFonts w:eastAsia="Arial Unicode MS" w:cs="Arial"/>
          <w:lang w:eastAsia="es-ES"/>
        </w:rPr>
        <w:t xml:space="preserve"> las solicitudes, </w:t>
      </w:r>
      <w:proofErr w:type="spellStart"/>
      <w:r w:rsidRPr="000D2C63">
        <w:rPr>
          <w:rFonts w:eastAsia="Arial Unicode MS" w:cs="Arial"/>
          <w:lang w:eastAsia="es-ES"/>
        </w:rPr>
        <w:t>observaciones</w:t>
      </w:r>
      <w:proofErr w:type="spellEnd"/>
      <w:r w:rsidRPr="000D2C63">
        <w:rPr>
          <w:rFonts w:eastAsia="Arial Unicode MS" w:cs="Arial"/>
          <w:lang w:eastAsia="es-ES"/>
        </w:rPr>
        <w:t xml:space="preserve"> y </w:t>
      </w:r>
      <w:proofErr w:type="spellStart"/>
      <w:r w:rsidRPr="000D2C63">
        <w:rPr>
          <w:rFonts w:eastAsia="Arial Unicode MS" w:cs="Arial"/>
          <w:lang w:eastAsia="es-ES"/>
        </w:rPr>
        <w:t>reclamos</w:t>
      </w:r>
      <w:proofErr w:type="spellEnd"/>
      <w:r w:rsidRPr="000D2C63">
        <w:rPr>
          <w:rFonts w:eastAsia="Arial Unicode MS" w:cs="Arial"/>
          <w:lang w:eastAsia="es-ES"/>
        </w:rPr>
        <w:t xml:space="preserve"> </w:t>
      </w:r>
      <w:proofErr w:type="spellStart"/>
      <w:r w:rsidRPr="000D2C63">
        <w:rPr>
          <w:rFonts w:eastAsia="Arial Unicode MS" w:cs="Arial"/>
          <w:lang w:eastAsia="es-ES"/>
        </w:rPr>
        <w:t>que</w:t>
      </w:r>
      <w:proofErr w:type="spellEnd"/>
      <w:r w:rsidRPr="000D2C63">
        <w:rPr>
          <w:rFonts w:eastAsia="Arial Unicode MS" w:cs="Arial"/>
          <w:lang w:eastAsia="es-ES"/>
        </w:rPr>
        <w:t xml:space="preserve"> se </w:t>
      </w:r>
      <w:proofErr w:type="spellStart"/>
      <w:r w:rsidRPr="000D2C63">
        <w:rPr>
          <w:rFonts w:eastAsia="Arial Unicode MS" w:cs="Arial"/>
          <w:lang w:eastAsia="es-ES"/>
        </w:rPr>
        <w:t>presenten</w:t>
      </w:r>
      <w:proofErr w:type="spellEnd"/>
      <w:r w:rsidRPr="000D2C63">
        <w:rPr>
          <w:rFonts w:eastAsia="Arial Unicode MS" w:cs="Arial"/>
          <w:lang w:eastAsia="es-ES"/>
        </w:rPr>
        <w:t xml:space="preserve"> </w:t>
      </w:r>
      <w:proofErr w:type="spellStart"/>
      <w:r w:rsidRPr="000D2C63">
        <w:rPr>
          <w:rFonts w:eastAsia="Arial Unicode MS" w:cs="Arial"/>
          <w:lang w:eastAsia="es-ES"/>
        </w:rPr>
        <w:t>por</w:t>
      </w:r>
      <w:proofErr w:type="spellEnd"/>
      <w:r w:rsidRPr="000D2C63">
        <w:rPr>
          <w:rFonts w:eastAsia="Arial Unicode MS" w:cs="Arial"/>
          <w:lang w:eastAsia="es-ES"/>
        </w:rPr>
        <w:t xml:space="preserve"> el Supervisor y el Supervisor del </w:t>
      </w:r>
      <w:proofErr w:type="spellStart"/>
      <w:r w:rsidRPr="000D2C63">
        <w:rPr>
          <w:rFonts w:eastAsia="Arial Unicode MS" w:cs="Arial"/>
          <w:lang w:eastAsia="es-ES"/>
        </w:rPr>
        <w:t>Contrato</w:t>
      </w:r>
      <w:proofErr w:type="spellEnd"/>
      <w:r w:rsidRPr="000D2C63">
        <w:rPr>
          <w:rFonts w:eastAsia="Arial Unicode MS" w:cs="Arial"/>
          <w:lang w:eastAsia="es-ES"/>
        </w:rPr>
        <w:t xml:space="preserve">, </w:t>
      </w:r>
      <w:proofErr w:type="spellStart"/>
      <w:r w:rsidRPr="000D2C63">
        <w:rPr>
          <w:rFonts w:eastAsia="Arial Unicode MS" w:cs="Arial"/>
          <w:lang w:eastAsia="es-ES"/>
        </w:rPr>
        <w:t>en</w:t>
      </w:r>
      <w:proofErr w:type="spellEnd"/>
      <w:r w:rsidRPr="000D2C63">
        <w:rPr>
          <w:rFonts w:eastAsia="Arial Unicode MS" w:cs="Arial"/>
          <w:lang w:eastAsia="es-ES"/>
        </w:rPr>
        <w:t xml:space="preserve"> </w:t>
      </w:r>
      <w:proofErr w:type="spellStart"/>
      <w:r w:rsidRPr="000D2C63">
        <w:rPr>
          <w:rFonts w:eastAsia="Arial Unicode MS" w:cs="Arial"/>
          <w:lang w:eastAsia="es-ES"/>
        </w:rPr>
        <w:t>relación</w:t>
      </w:r>
      <w:proofErr w:type="spellEnd"/>
      <w:r w:rsidRPr="000D2C63">
        <w:rPr>
          <w:rFonts w:eastAsia="Arial Unicode MS" w:cs="Arial"/>
          <w:lang w:eastAsia="es-ES"/>
        </w:rPr>
        <w:t xml:space="preserve"> con el </w:t>
      </w:r>
      <w:proofErr w:type="spellStart"/>
      <w:r w:rsidRPr="000D2C63">
        <w:rPr>
          <w:rFonts w:eastAsia="Arial Unicode MS" w:cs="Arial"/>
          <w:lang w:eastAsia="es-ES"/>
        </w:rPr>
        <w:t>servicio</w:t>
      </w:r>
      <w:proofErr w:type="spellEnd"/>
      <w:r w:rsidRPr="000D2C63">
        <w:rPr>
          <w:rFonts w:eastAsia="Arial Unicode MS" w:cs="Arial"/>
          <w:lang w:eastAsia="es-ES"/>
        </w:rPr>
        <w:t xml:space="preserve"> </w:t>
      </w:r>
      <w:proofErr w:type="spellStart"/>
      <w:r w:rsidRPr="000D2C63">
        <w:rPr>
          <w:rFonts w:eastAsia="Arial Unicode MS" w:cs="Arial"/>
          <w:lang w:eastAsia="es-ES"/>
        </w:rPr>
        <w:t>contratado</w:t>
      </w:r>
      <w:proofErr w:type="spellEnd"/>
      <w:r w:rsidRPr="000D2C63">
        <w:rPr>
          <w:rFonts w:eastAsia="Arial Unicode MS" w:cs="Arial"/>
          <w:lang w:eastAsia="es-ES"/>
        </w:rPr>
        <w:t xml:space="preserve"> y </w:t>
      </w:r>
      <w:proofErr w:type="spellStart"/>
      <w:r w:rsidRPr="000D2C63">
        <w:rPr>
          <w:rFonts w:eastAsia="Arial Unicode MS" w:cs="Arial"/>
          <w:lang w:eastAsia="es-ES"/>
        </w:rPr>
        <w:t>adoptar</w:t>
      </w:r>
      <w:proofErr w:type="spellEnd"/>
      <w:r w:rsidRPr="000D2C63">
        <w:rPr>
          <w:rFonts w:eastAsia="Arial Unicode MS" w:cs="Arial"/>
          <w:lang w:eastAsia="es-ES"/>
        </w:rPr>
        <w:t xml:space="preserve"> las </w:t>
      </w:r>
      <w:proofErr w:type="spellStart"/>
      <w:r w:rsidRPr="000D2C63">
        <w:rPr>
          <w:rFonts w:eastAsia="Arial Unicode MS" w:cs="Arial"/>
          <w:lang w:eastAsia="es-ES"/>
        </w:rPr>
        <w:t>medidas</w:t>
      </w:r>
      <w:proofErr w:type="spellEnd"/>
      <w:r w:rsidRPr="000D2C63">
        <w:rPr>
          <w:rFonts w:eastAsia="Arial Unicode MS" w:cs="Arial"/>
          <w:lang w:eastAsia="es-ES"/>
        </w:rPr>
        <w:t xml:space="preserve"> </w:t>
      </w:r>
      <w:proofErr w:type="spellStart"/>
      <w:r w:rsidRPr="000D2C63">
        <w:rPr>
          <w:rFonts w:eastAsia="Arial Unicode MS" w:cs="Arial"/>
          <w:lang w:eastAsia="es-ES"/>
        </w:rPr>
        <w:t>correctivas</w:t>
      </w:r>
      <w:proofErr w:type="spellEnd"/>
      <w:r w:rsidRPr="000D2C63">
        <w:rPr>
          <w:rFonts w:eastAsia="Arial Unicode MS" w:cs="Arial"/>
          <w:lang w:eastAsia="es-ES"/>
        </w:rPr>
        <w:t xml:space="preserve"> de </w:t>
      </w:r>
      <w:proofErr w:type="spellStart"/>
      <w:r w:rsidRPr="000D2C63">
        <w:rPr>
          <w:rFonts w:eastAsia="Arial Unicode MS" w:cs="Arial"/>
          <w:lang w:eastAsia="es-ES"/>
        </w:rPr>
        <w:t>manera</w:t>
      </w:r>
      <w:proofErr w:type="spellEnd"/>
      <w:r w:rsidRPr="000D2C63">
        <w:rPr>
          <w:rFonts w:eastAsia="Arial Unicode MS" w:cs="Arial"/>
          <w:lang w:eastAsia="es-ES"/>
        </w:rPr>
        <w:t xml:space="preserve"> </w:t>
      </w:r>
      <w:proofErr w:type="spellStart"/>
      <w:r w:rsidRPr="000D2C63">
        <w:rPr>
          <w:rFonts w:eastAsia="Arial Unicode MS" w:cs="Arial"/>
          <w:lang w:eastAsia="es-ES"/>
        </w:rPr>
        <w:t>inmediata</w:t>
      </w:r>
      <w:proofErr w:type="spellEnd"/>
      <w:r w:rsidRPr="000D2C63">
        <w:rPr>
          <w:rFonts w:eastAsia="Arial Unicode MS" w:cs="Arial"/>
          <w:lang w:eastAsia="es-ES"/>
        </w:rPr>
        <w:t xml:space="preserve">, </w:t>
      </w:r>
      <w:proofErr w:type="spellStart"/>
      <w:r w:rsidRPr="000D2C63">
        <w:rPr>
          <w:rFonts w:eastAsia="Arial Unicode MS" w:cs="Arial"/>
          <w:lang w:eastAsia="es-ES"/>
        </w:rPr>
        <w:t>así</w:t>
      </w:r>
      <w:proofErr w:type="spellEnd"/>
      <w:r w:rsidRPr="000D2C63">
        <w:rPr>
          <w:rFonts w:eastAsia="Arial Unicode MS" w:cs="Arial"/>
          <w:lang w:eastAsia="es-ES"/>
        </w:rPr>
        <w:t xml:space="preserve"> </w:t>
      </w:r>
      <w:proofErr w:type="spellStart"/>
      <w:r w:rsidRPr="000D2C63">
        <w:rPr>
          <w:rFonts w:eastAsia="Arial Unicode MS" w:cs="Arial"/>
          <w:lang w:eastAsia="es-ES"/>
        </w:rPr>
        <w:t>como</w:t>
      </w:r>
      <w:proofErr w:type="spellEnd"/>
      <w:r w:rsidRPr="000D2C63">
        <w:rPr>
          <w:rFonts w:eastAsia="Arial Unicode MS" w:cs="Arial"/>
          <w:lang w:eastAsia="es-ES"/>
        </w:rPr>
        <w:t xml:space="preserve"> </w:t>
      </w:r>
      <w:proofErr w:type="spellStart"/>
      <w:r w:rsidRPr="000D2C63">
        <w:rPr>
          <w:rFonts w:eastAsia="Arial Unicode MS" w:cs="Arial"/>
          <w:lang w:eastAsia="es-ES"/>
        </w:rPr>
        <w:t>corregir</w:t>
      </w:r>
      <w:proofErr w:type="spellEnd"/>
      <w:r w:rsidRPr="000D2C63">
        <w:rPr>
          <w:rFonts w:eastAsia="Arial Unicode MS" w:cs="Arial"/>
          <w:lang w:eastAsia="es-ES"/>
        </w:rPr>
        <w:t xml:space="preserve"> a </w:t>
      </w:r>
      <w:proofErr w:type="spellStart"/>
      <w:r w:rsidRPr="000D2C63">
        <w:rPr>
          <w:rFonts w:eastAsia="Arial Unicode MS" w:cs="Arial"/>
          <w:lang w:eastAsia="es-ES"/>
        </w:rPr>
        <w:t>su</w:t>
      </w:r>
      <w:proofErr w:type="spellEnd"/>
      <w:r w:rsidRPr="000D2C63">
        <w:rPr>
          <w:rFonts w:eastAsia="Arial Unicode MS" w:cs="Arial"/>
          <w:lang w:eastAsia="es-ES"/>
        </w:rPr>
        <w:t xml:space="preserve"> costa el </w:t>
      </w:r>
      <w:proofErr w:type="spellStart"/>
      <w:r w:rsidRPr="000D2C63">
        <w:rPr>
          <w:rFonts w:eastAsia="Arial Unicode MS" w:cs="Arial"/>
          <w:lang w:eastAsia="es-ES"/>
        </w:rPr>
        <w:t>trabajo</w:t>
      </w:r>
      <w:proofErr w:type="spellEnd"/>
      <w:r w:rsidRPr="000D2C63">
        <w:rPr>
          <w:rFonts w:eastAsia="Arial Unicode MS" w:cs="Arial"/>
          <w:lang w:eastAsia="es-ES"/>
        </w:rPr>
        <w:t xml:space="preserve"> </w:t>
      </w:r>
      <w:proofErr w:type="spellStart"/>
      <w:r w:rsidRPr="000D2C63">
        <w:rPr>
          <w:rFonts w:eastAsia="Arial Unicode MS" w:cs="Arial"/>
          <w:lang w:eastAsia="es-ES"/>
        </w:rPr>
        <w:t>que</w:t>
      </w:r>
      <w:proofErr w:type="spellEnd"/>
      <w:r w:rsidRPr="000D2C63">
        <w:rPr>
          <w:rFonts w:eastAsia="Arial Unicode MS" w:cs="Arial"/>
          <w:lang w:eastAsia="es-ES"/>
        </w:rPr>
        <w:t xml:space="preserve"> no </w:t>
      </w:r>
      <w:proofErr w:type="spellStart"/>
      <w:r w:rsidRPr="000D2C63">
        <w:rPr>
          <w:rFonts w:eastAsia="Arial Unicode MS" w:cs="Arial"/>
          <w:lang w:eastAsia="es-ES"/>
        </w:rPr>
        <w:t>cumpla</w:t>
      </w:r>
      <w:proofErr w:type="spellEnd"/>
      <w:r w:rsidRPr="000D2C63">
        <w:rPr>
          <w:rFonts w:eastAsia="Arial Unicode MS" w:cs="Arial"/>
          <w:lang w:eastAsia="es-ES"/>
        </w:rPr>
        <w:t xml:space="preserve"> con lo </w:t>
      </w:r>
      <w:proofErr w:type="spellStart"/>
      <w:r w:rsidRPr="000D2C63">
        <w:rPr>
          <w:rFonts w:eastAsia="Arial Unicode MS" w:cs="Arial"/>
          <w:lang w:eastAsia="es-ES"/>
        </w:rPr>
        <w:t>previsto</w:t>
      </w:r>
      <w:proofErr w:type="spellEnd"/>
      <w:r w:rsidRPr="000D2C63">
        <w:rPr>
          <w:rFonts w:eastAsia="Arial Unicode MS" w:cs="Arial"/>
          <w:lang w:eastAsia="es-ES"/>
        </w:rPr>
        <w:t xml:space="preserve"> </w:t>
      </w:r>
      <w:proofErr w:type="spellStart"/>
      <w:r w:rsidRPr="000D2C63">
        <w:rPr>
          <w:rFonts w:eastAsia="Arial Unicode MS" w:cs="Arial"/>
          <w:lang w:eastAsia="es-ES"/>
        </w:rPr>
        <w:t>en</w:t>
      </w:r>
      <w:proofErr w:type="spellEnd"/>
      <w:r w:rsidRPr="000D2C63">
        <w:rPr>
          <w:rFonts w:eastAsia="Arial Unicode MS" w:cs="Arial"/>
          <w:lang w:eastAsia="es-ES"/>
        </w:rPr>
        <w:t xml:space="preserve"> las </w:t>
      </w:r>
      <w:proofErr w:type="spellStart"/>
      <w:r w:rsidRPr="000D2C63">
        <w:rPr>
          <w:rFonts w:eastAsia="Arial Unicode MS" w:cs="Arial"/>
          <w:lang w:eastAsia="es-ES"/>
        </w:rPr>
        <w:t>especificaciones</w:t>
      </w:r>
      <w:proofErr w:type="spellEnd"/>
      <w:r w:rsidRPr="000D2C63">
        <w:rPr>
          <w:rFonts w:eastAsia="Arial Unicode MS" w:cs="Arial"/>
          <w:lang w:eastAsia="es-ES"/>
        </w:rPr>
        <w:t xml:space="preserve"> </w:t>
      </w:r>
      <w:proofErr w:type="spellStart"/>
      <w:r w:rsidRPr="000D2C63">
        <w:rPr>
          <w:rFonts w:eastAsia="Arial Unicode MS" w:cs="Arial"/>
          <w:lang w:eastAsia="es-ES"/>
        </w:rPr>
        <w:t>técnicas</w:t>
      </w:r>
      <w:proofErr w:type="spellEnd"/>
      <w:r w:rsidRPr="000D2C63">
        <w:rPr>
          <w:rFonts w:eastAsia="Arial Unicode MS" w:cs="Arial"/>
          <w:lang w:eastAsia="es-ES"/>
        </w:rPr>
        <w:t>.</w:t>
      </w:r>
    </w:p>
    <w:p w14:paraId="65BD708F" w14:textId="77777777" w:rsidR="0069469E" w:rsidRPr="000D2C63" w:rsidRDefault="0069469E" w:rsidP="0069469E">
      <w:pPr>
        <w:rPr>
          <w:rFonts w:cs="Arial"/>
          <w:lang w:eastAsia="es-ES"/>
        </w:rPr>
      </w:pPr>
    </w:p>
    <w:p w14:paraId="2F93F83D" w14:textId="77777777" w:rsidR="0069469E" w:rsidRPr="000D2C63" w:rsidRDefault="0069469E" w:rsidP="0069469E">
      <w:pPr>
        <w:numPr>
          <w:ilvl w:val="0"/>
          <w:numId w:val="17"/>
        </w:numPr>
        <w:spacing w:after="0" w:line="240" w:lineRule="auto"/>
        <w:jc w:val="both"/>
        <w:rPr>
          <w:rFonts w:cs="Arial"/>
          <w:lang w:eastAsia="es-ES"/>
        </w:rPr>
      </w:pPr>
      <w:proofErr w:type="spellStart"/>
      <w:r w:rsidRPr="000D2C63">
        <w:rPr>
          <w:rFonts w:cs="Arial"/>
          <w:lang w:eastAsia="es-ES"/>
        </w:rPr>
        <w:t>Garantizar</w:t>
      </w:r>
      <w:proofErr w:type="spellEnd"/>
      <w:r w:rsidRPr="000D2C63">
        <w:rPr>
          <w:rFonts w:cs="Arial"/>
          <w:lang w:eastAsia="es-ES"/>
        </w:rPr>
        <w:t xml:space="preserve"> la </w:t>
      </w:r>
      <w:proofErr w:type="spellStart"/>
      <w:r w:rsidRPr="000D2C63">
        <w:rPr>
          <w:rFonts w:cs="Arial"/>
          <w:lang w:eastAsia="es-ES"/>
        </w:rPr>
        <w:t>calidad</w:t>
      </w:r>
      <w:proofErr w:type="spellEnd"/>
      <w:r w:rsidRPr="000D2C63">
        <w:rPr>
          <w:rFonts w:cs="Arial"/>
          <w:lang w:eastAsia="es-ES"/>
        </w:rPr>
        <w:t xml:space="preserve"> de la </w:t>
      </w:r>
      <w:proofErr w:type="spellStart"/>
      <w:r w:rsidRPr="000D2C63">
        <w:rPr>
          <w:rFonts w:cs="Arial"/>
          <w:lang w:eastAsia="es-ES"/>
        </w:rPr>
        <w:t>obra</w:t>
      </w:r>
      <w:proofErr w:type="spellEnd"/>
      <w:r w:rsidRPr="000D2C63">
        <w:rPr>
          <w:rFonts w:cs="Arial"/>
          <w:lang w:eastAsia="es-ES"/>
        </w:rPr>
        <w:t xml:space="preserve"> </w:t>
      </w:r>
      <w:proofErr w:type="spellStart"/>
      <w:r w:rsidRPr="000D2C63">
        <w:rPr>
          <w:rFonts w:cs="Arial"/>
          <w:lang w:eastAsia="es-ES"/>
        </w:rPr>
        <w:t>conforme</w:t>
      </w:r>
      <w:proofErr w:type="spellEnd"/>
      <w:r w:rsidRPr="000D2C63">
        <w:rPr>
          <w:rFonts w:cs="Arial"/>
          <w:lang w:eastAsia="es-ES"/>
        </w:rPr>
        <w:t xml:space="preserve"> a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ofrecimientos</w:t>
      </w:r>
      <w:proofErr w:type="spellEnd"/>
      <w:r w:rsidRPr="000D2C63">
        <w:rPr>
          <w:rFonts w:cs="Arial"/>
          <w:lang w:eastAsia="es-ES"/>
        </w:rPr>
        <w:t xml:space="preserve"> </w:t>
      </w:r>
      <w:proofErr w:type="spellStart"/>
      <w:r w:rsidRPr="000D2C63">
        <w:rPr>
          <w:rFonts w:cs="Arial"/>
          <w:lang w:eastAsia="es-ES"/>
        </w:rPr>
        <w:t>hechos</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 </w:t>
      </w:r>
      <w:proofErr w:type="spellStart"/>
      <w:r w:rsidRPr="000D2C63">
        <w:rPr>
          <w:rFonts w:cs="Arial"/>
          <w:lang w:eastAsia="es-ES"/>
        </w:rPr>
        <w:t>propuesta</w:t>
      </w:r>
      <w:proofErr w:type="spellEnd"/>
      <w:r w:rsidRPr="000D2C63">
        <w:rPr>
          <w:rFonts w:cs="Arial"/>
          <w:lang w:eastAsia="es-ES"/>
        </w:rPr>
        <w:t xml:space="preserve"> y las </w:t>
      </w:r>
      <w:proofErr w:type="spellStart"/>
      <w:r w:rsidRPr="000D2C63">
        <w:rPr>
          <w:rFonts w:cs="Arial"/>
          <w:lang w:eastAsia="es-ES"/>
        </w:rPr>
        <w:t>especificaciones</w:t>
      </w:r>
      <w:proofErr w:type="spellEnd"/>
      <w:r w:rsidRPr="000D2C63">
        <w:rPr>
          <w:rFonts w:cs="Arial"/>
          <w:lang w:eastAsia="es-ES"/>
        </w:rPr>
        <w:t xml:space="preserve"> </w:t>
      </w:r>
      <w:proofErr w:type="spellStart"/>
      <w:r w:rsidRPr="000D2C63">
        <w:rPr>
          <w:rFonts w:cs="Arial"/>
          <w:lang w:eastAsia="es-ES"/>
        </w:rPr>
        <w:t>técnicas</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y responder </w:t>
      </w:r>
      <w:proofErr w:type="spellStart"/>
      <w:r w:rsidRPr="000D2C63">
        <w:rPr>
          <w:rFonts w:cs="Arial"/>
          <w:lang w:eastAsia="es-ES"/>
        </w:rPr>
        <w:t>por</w:t>
      </w:r>
      <w:proofErr w:type="spellEnd"/>
      <w:r w:rsidRPr="000D2C63">
        <w:rPr>
          <w:rFonts w:cs="Arial"/>
          <w:lang w:eastAsia="es-ES"/>
        </w:rPr>
        <w:t xml:space="preserve"> </w:t>
      </w:r>
      <w:proofErr w:type="spellStart"/>
      <w:r w:rsidRPr="000D2C63">
        <w:rPr>
          <w:rFonts w:cs="Arial"/>
          <w:lang w:eastAsia="es-ES"/>
        </w:rPr>
        <w:t>ella</w:t>
      </w:r>
      <w:proofErr w:type="spellEnd"/>
      <w:r w:rsidRPr="000D2C63">
        <w:rPr>
          <w:rFonts w:cs="Arial"/>
          <w:lang w:eastAsia="es-ES"/>
        </w:rPr>
        <w:t xml:space="preserve"> de </w:t>
      </w:r>
      <w:proofErr w:type="spellStart"/>
      <w:r w:rsidRPr="000D2C63">
        <w:rPr>
          <w:rFonts w:cs="Arial"/>
          <w:lang w:eastAsia="es-ES"/>
        </w:rPr>
        <w:t>conformidad</w:t>
      </w:r>
      <w:proofErr w:type="spellEnd"/>
      <w:r w:rsidRPr="000D2C63">
        <w:rPr>
          <w:rFonts w:cs="Arial"/>
          <w:lang w:eastAsia="es-ES"/>
        </w:rPr>
        <w:t xml:space="preserve"> con el </w:t>
      </w:r>
      <w:proofErr w:type="spellStart"/>
      <w:r w:rsidRPr="000D2C63">
        <w:rPr>
          <w:rFonts w:cs="Arial"/>
          <w:lang w:eastAsia="es-ES"/>
        </w:rPr>
        <w:t>artículo</w:t>
      </w:r>
      <w:proofErr w:type="spellEnd"/>
      <w:r w:rsidRPr="000D2C63">
        <w:rPr>
          <w:rFonts w:cs="Arial"/>
          <w:lang w:eastAsia="es-ES"/>
        </w:rPr>
        <w:t xml:space="preserve"> 5 Numeral 4 de la Ley 80 de 1993. </w:t>
      </w:r>
    </w:p>
    <w:p w14:paraId="5AA71147" w14:textId="77777777" w:rsidR="0069469E" w:rsidRPr="000D2C63" w:rsidRDefault="0069469E" w:rsidP="0069469E">
      <w:pPr>
        <w:ind w:left="708"/>
        <w:rPr>
          <w:rFonts w:cs="Arial"/>
          <w:lang w:eastAsia="es-ES"/>
        </w:rPr>
      </w:pPr>
    </w:p>
    <w:p w14:paraId="564EB7D1" w14:textId="77777777" w:rsidR="0069469E" w:rsidRPr="000D2C63" w:rsidRDefault="0069469E" w:rsidP="0069469E">
      <w:pPr>
        <w:numPr>
          <w:ilvl w:val="0"/>
          <w:numId w:val="17"/>
        </w:numPr>
        <w:spacing w:after="0" w:line="240" w:lineRule="auto"/>
        <w:jc w:val="both"/>
        <w:rPr>
          <w:rFonts w:cs="Arial"/>
          <w:lang w:eastAsia="es-ES"/>
        </w:rPr>
      </w:pPr>
      <w:proofErr w:type="spellStart"/>
      <w:r w:rsidRPr="000D2C63">
        <w:rPr>
          <w:rFonts w:cs="Arial"/>
          <w:lang w:eastAsia="es-ES"/>
        </w:rPr>
        <w:t>Suscribir</w:t>
      </w:r>
      <w:proofErr w:type="spellEnd"/>
      <w:r w:rsidRPr="000D2C63">
        <w:rPr>
          <w:rFonts w:cs="Arial"/>
          <w:lang w:eastAsia="es-ES"/>
        </w:rPr>
        <w:t xml:space="preserve"> el Acta de </w:t>
      </w:r>
      <w:proofErr w:type="spellStart"/>
      <w:r w:rsidRPr="000D2C63">
        <w:rPr>
          <w:rFonts w:cs="Arial"/>
          <w:lang w:eastAsia="es-ES"/>
        </w:rPr>
        <w:t>Liquidación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dentro</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cuatro (04) meses </w:t>
      </w:r>
      <w:proofErr w:type="spellStart"/>
      <w:r w:rsidRPr="000D2C63">
        <w:rPr>
          <w:rFonts w:cs="Arial"/>
          <w:lang w:eastAsia="es-ES"/>
        </w:rPr>
        <w:t>siguientes</w:t>
      </w:r>
      <w:proofErr w:type="spellEnd"/>
      <w:r w:rsidRPr="000D2C63">
        <w:rPr>
          <w:rFonts w:cs="Arial"/>
          <w:lang w:eastAsia="es-ES"/>
        </w:rPr>
        <w:t xml:space="preserve"> a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finalización</w:t>
      </w:r>
      <w:proofErr w:type="spellEnd"/>
      <w:r w:rsidRPr="000D2C63">
        <w:rPr>
          <w:rFonts w:cs="Arial"/>
          <w:lang w:eastAsia="es-ES"/>
        </w:rPr>
        <w:t xml:space="preserve">. Si el CONTRATISTA no se </w:t>
      </w:r>
      <w:proofErr w:type="spellStart"/>
      <w:r w:rsidRPr="000D2C63">
        <w:rPr>
          <w:rFonts w:cs="Arial"/>
          <w:lang w:eastAsia="es-ES"/>
        </w:rPr>
        <w:t>presenta</w:t>
      </w:r>
      <w:proofErr w:type="spellEnd"/>
      <w:r w:rsidRPr="000D2C63">
        <w:rPr>
          <w:rFonts w:cs="Arial"/>
          <w:lang w:eastAsia="es-ES"/>
        </w:rPr>
        <w:t xml:space="preserve"> a la </w:t>
      </w:r>
      <w:proofErr w:type="spellStart"/>
      <w:r w:rsidRPr="000D2C63">
        <w:rPr>
          <w:rFonts w:cs="Arial"/>
          <w:lang w:eastAsia="es-ES"/>
        </w:rPr>
        <w:t>liquidación</w:t>
      </w:r>
      <w:proofErr w:type="spellEnd"/>
      <w:r w:rsidRPr="000D2C63">
        <w:rPr>
          <w:rFonts w:cs="Arial"/>
          <w:lang w:eastAsia="es-ES"/>
        </w:rPr>
        <w:t xml:space="preserve"> </w:t>
      </w:r>
      <w:proofErr w:type="spellStart"/>
      <w:r w:rsidRPr="000D2C63">
        <w:rPr>
          <w:rFonts w:cs="Arial"/>
          <w:lang w:eastAsia="es-ES"/>
        </w:rPr>
        <w:t>previo</w:t>
      </w:r>
      <w:proofErr w:type="spellEnd"/>
      <w:r w:rsidRPr="000D2C63">
        <w:rPr>
          <w:rFonts w:cs="Arial"/>
          <w:lang w:eastAsia="es-ES"/>
        </w:rPr>
        <w:t xml:space="preserve"> </w:t>
      </w:r>
      <w:proofErr w:type="spellStart"/>
      <w:r w:rsidRPr="000D2C63">
        <w:rPr>
          <w:rFonts w:cs="Arial"/>
          <w:lang w:eastAsia="es-ES"/>
        </w:rPr>
        <w:t>requerimiento</w:t>
      </w:r>
      <w:proofErr w:type="spellEnd"/>
      <w:r w:rsidRPr="000D2C63">
        <w:rPr>
          <w:rFonts w:cs="Arial"/>
          <w:lang w:eastAsia="es-ES"/>
        </w:rPr>
        <w:t xml:space="preserve"> </w:t>
      </w:r>
      <w:proofErr w:type="spellStart"/>
      <w:r w:rsidRPr="000D2C63">
        <w:rPr>
          <w:rFonts w:cs="Arial"/>
          <w:lang w:eastAsia="es-ES"/>
        </w:rPr>
        <w:t>realizado</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la </w:t>
      </w:r>
      <w:proofErr w:type="spellStart"/>
      <w:r w:rsidRPr="000D2C63">
        <w:rPr>
          <w:rFonts w:cs="Arial"/>
          <w:lang w:eastAsia="es-ES"/>
        </w:rPr>
        <w:t>entidad</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dos (2) </w:t>
      </w:r>
      <w:proofErr w:type="spellStart"/>
      <w:r w:rsidRPr="000D2C63">
        <w:rPr>
          <w:rFonts w:cs="Arial"/>
          <w:lang w:eastAsia="es-ES"/>
        </w:rPr>
        <w:t>oportunidades</w:t>
      </w:r>
      <w:proofErr w:type="spellEnd"/>
      <w:r w:rsidRPr="000D2C63">
        <w:rPr>
          <w:rFonts w:cs="Arial"/>
          <w:lang w:eastAsia="es-ES"/>
        </w:rPr>
        <w:t xml:space="preserve"> o las partes no </w:t>
      </w:r>
      <w:proofErr w:type="spellStart"/>
      <w:r w:rsidRPr="000D2C63">
        <w:rPr>
          <w:rFonts w:cs="Arial"/>
          <w:lang w:eastAsia="es-ES"/>
        </w:rPr>
        <w:t>llegan</w:t>
      </w:r>
      <w:proofErr w:type="spellEnd"/>
      <w:r w:rsidRPr="000D2C63">
        <w:rPr>
          <w:rFonts w:cs="Arial"/>
          <w:lang w:eastAsia="es-ES"/>
        </w:rPr>
        <w:t xml:space="preserve"> a un </w:t>
      </w:r>
      <w:proofErr w:type="spellStart"/>
      <w:r w:rsidRPr="000D2C63">
        <w:rPr>
          <w:rFonts w:cs="Arial"/>
          <w:lang w:eastAsia="es-ES"/>
        </w:rPr>
        <w:t>acuerdo</w:t>
      </w:r>
      <w:proofErr w:type="spellEnd"/>
      <w:r w:rsidRPr="000D2C63">
        <w:rPr>
          <w:rFonts w:cs="Arial"/>
          <w:lang w:eastAsia="es-ES"/>
        </w:rPr>
        <w:t xml:space="preserve"> </w:t>
      </w:r>
      <w:proofErr w:type="spellStart"/>
      <w:r w:rsidRPr="000D2C63">
        <w:rPr>
          <w:rFonts w:cs="Arial"/>
          <w:lang w:eastAsia="es-ES"/>
        </w:rPr>
        <w:t>sobre</w:t>
      </w:r>
      <w:proofErr w:type="spellEnd"/>
      <w:r w:rsidRPr="000D2C63">
        <w:rPr>
          <w:rFonts w:cs="Arial"/>
          <w:lang w:eastAsia="es-ES"/>
        </w:rPr>
        <w:t xml:space="preserve"> el </w:t>
      </w:r>
      <w:proofErr w:type="spellStart"/>
      <w:r w:rsidRPr="000D2C63">
        <w:rPr>
          <w:rFonts w:cs="Arial"/>
          <w:lang w:eastAsia="es-ES"/>
        </w:rPr>
        <w:t>contenido</w:t>
      </w:r>
      <w:proofErr w:type="spellEnd"/>
      <w:r w:rsidRPr="000D2C63">
        <w:rPr>
          <w:rFonts w:cs="Arial"/>
          <w:lang w:eastAsia="es-ES"/>
        </w:rPr>
        <w:t xml:space="preserve"> de la </w:t>
      </w:r>
      <w:proofErr w:type="spellStart"/>
      <w:r w:rsidRPr="000D2C63">
        <w:rPr>
          <w:rFonts w:cs="Arial"/>
          <w:lang w:eastAsia="es-ES"/>
        </w:rPr>
        <w:t>misma</w:t>
      </w:r>
      <w:proofErr w:type="spellEnd"/>
      <w:r w:rsidRPr="000D2C63">
        <w:rPr>
          <w:rFonts w:cs="Arial"/>
          <w:lang w:eastAsia="es-ES"/>
        </w:rPr>
        <w:t xml:space="preserve">, </w:t>
      </w:r>
      <w:proofErr w:type="spellStart"/>
      <w:r w:rsidRPr="000D2C63">
        <w:rPr>
          <w:rFonts w:cs="Arial"/>
          <w:lang w:eastAsia="es-ES"/>
        </w:rPr>
        <w:t>será</w:t>
      </w:r>
      <w:proofErr w:type="spellEnd"/>
      <w:r w:rsidRPr="000D2C63">
        <w:rPr>
          <w:rFonts w:cs="Arial"/>
          <w:lang w:eastAsia="es-ES"/>
        </w:rPr>
        <w:t xml:space="preserve"> </w:t>
      </w:r>
      <w:proofErr w:type="spellStart"/>
      <w:r w:rsidRPr="000D2C63">
        <w:rPr>
          <w:rFonts w:cs="Arial"/>
          <w:lang w:eastAsia="es-ES"/>
        </w:rPr>
        <w:t>practicada</w:t>
      </w:r>
      <w:proofErr w:type="spellEnd"/>
      <w:r w:rsidRPr="000D2C63">
        <w:rPr>
          <w:rFonts w:cs="Arial"/>
          <w:lang w:eastAsia="es-ES"/>
        </w:rPr>
        <w:t xml:space="preserve"> </w:t>
      </w:r>
      <w:proofErr w:type="spellStart"/>
      <w:r w:rsidRPr="000D2C63">
        <w:rPr>
          <w:rFonts w:cs="Arial"/>
          <w:lang w:eastAsia="es-ES"/>
        </w:rPr>
        <w:t>directa</w:t>
      </w:r>
      <w:proofErr w:type="spellEnd"/>
      <w:r w:rsidRPr="000D2C63">
        <w:rPr>
          <w:rFonts w:cs="Arial"/>
          <w:lang w:eastAsia="es-ES"/>
        </w:rPr>
        <w:t xml:space="preserve"> y </w:t>
      </w:r>
      <w:proofErr w:type="spellStart"/>
      <w:r w:rsidRPr="000D2C63">
        <w:rPr>
          <w:rFonts w:cs="Arial"/>
          <w:lang w:eastAsia="es-ES"/>
        </w:rPr>
        <w:t>unilateralmente</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la DIRECCIÓN SECCIONAL DE ADMINISTRACIÓN JUDICIAL DE CALI - VALLE DEL CAUCA. </w:t>
      </w:r>
    </w:p>
    <w:p w14:paraId="24EEC3C4" w14:textId="77777777" w:rsidR="0069469E" w:rsidRPr="000D2C63" w:rsidRDefault="0069469E" w:rsidP="0069469E">
      <w:pPr>
        <w:ind w:left="708"/>
        <w:rPr>
          <w:rFonts w:cs="Arial"/>
          <w:lang w:eastAsia="es-ES"/>
        </w:rPr>
      </w:pPr>
    </w:p>
    <w:p w14:paraId="76D8ECD3" w14:textId="77777777" w:rsidR="0069469E" w:rsidRPr="000D2C63" w:rsidRDefault="0069469E" w:rsidP="0069469E">
      <w:pPr>
        <w:numPr>
          <w:ilvl w:val="0"/>
          <w:numId w:val="17"/>
        </w:numPr>
        <w:spacing w:after="0" w:line="240" w:lineRule="auto"/>
        <w:jc w:val="both"/>
        <w:rPr>
          <w:rFonts w:cs="Arial"/>
          <w:lang w:eastAsia="es-ES"/>
        </w:rPr>
      </w:pPr>
      <w:r w:rsidRPr="000D2C63">
        <w:rPr>
          <w:rFonts w:cs="Arial"/>
          <w:lang w:eastAsia="es-ES"/>
        </w:rPr>
        <w:t xml:space="preserve">Responder </w:t>
      </w:r>
      <w:proofErr w:type="spellStart"/>
      <w:r w:rsidRPr="000D2C63">
        <w:rPr>
          <w:rFonts w:cs="Arial"/>
          <w:lang w:eastAsia="es-ES"/>
        </w:rPr>
        <w:t>por</w:t>
      </w:r>
      <w:proofErr w:type="spellEnd"/>
      <w:r w:rsidRPr="000D2C63">
        <w:rPr>
          <w:rFonts w:cs="Arial"/>
          <w:lang w:eastAsia="es-ES"/>
        </w:rPr>
        <w:t xml:space="preserve"> </w:t>
      </w:r>
      <w:proofErr w:type="spellStart"/>
      <w:r w:rsidRPr="000D2C63">
        <w:rPr>
          <w:rFonts w:cs="Arial"/>
          <w:lang w:eastAsia="es-ES"/>
        </w:rPr>
        <w:t>cualquier</w:t>
      </w:r>
      <w:proofErr w:type="spellEnd"/>
      <w:r w:rsidRPr="000D2C63">
        <w:rPr>
          <w:rFonts w:cs="Arial"/>
          <w:lang w:eastAsia="es-ES"/>
        </w:rPr>
        <w:t xml:space="preserve"> </w:t>
      </w:r>
      <w:proofErr w:type="spellStart"/>
      <w:r w:rsidRPr="000D2C63">
        <w:rPr>
          <w:rFonts w:cs="Arial"/>
          <w:lang w:eastAsia="es-ES"/>
        </w:rPr>
        <w:t>daño</w:t>
      </w:r>
      <w:proofErr w:type="spellEnd"/>
      <w:r w:rsidRPr="000D2C63">
        <w:rPr>
          <w:rFonts w:cs="Arial"/>
          <w:lang w:eastAsia="es-ES"/>
        </w:rPr>
        <w:t xml:space="preserve"> o </w:t>
      </w:r>
      <w:proofErr w:type="spellStart"/>
      <w:r w:rsidRPr="000D2C63">
        <w:rPr>
          <w:rFonts w:cs="Arial"/>
          <w:lang w:eastAsia="es-ES"/>
        </w:rPr>
        <w:t>perjuicio</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w:t>
      </w:r>
      <w:proofErr w:type="spellStart"/>
      <w:r w:rsidRPr="000D2C63">
        <w:rPr>
          <w:rFonts w:cs="Arial"/>
          <w:lang w:eastAsia="es-ES"/>
        </w:rPr>
        <w:t>su</w:t>
      </w:r>
      <w:proofErr w:type="spellEnd"/>
      <w:r w:rsidRPr="000D2C63">
        <w:rPr>
          <w:rFonts w:cs="Arial"/>
          <w:lang w:eastAsia="es-ES"/>
        </w:rPr>
        <w:t xml:space="preserve"> culpa o la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su</w:t>
      </w:r>
      <w:proofErr w:type="spellEnd"/>
      <w:r w:rsidRPr="000D2C63">
        <w:rPr>
          <w:rFonts w:cs="Arial"/>
          <w:lang w:eastAsia="es-ES"/>
        </w:rPr>
        <w:t xml:space="preserve"> personal cause al CONSEJO SUPERIOR DE LA JUDICATURA o a </w:t>
      </w:r>
      <w:proofErr w:type="spellStart"/>
      <w:proofErr w:type="gramStart"/>
      <w:r w:rsidRPr="000D2C63">
        <w:rPr>
          <w:rFonts w:cs="Arial"/>
          <w:lang w:eastAsia="es-ES"/>
        </w:rPr>
        <w:t>terceras</w:t>
      </w:r>
      <w:proofErr w:type="spellEnd"/>
      <w:r w:rsidRPr="000D2C63">
        <w:rPr>
          <w:rFonts w:cs="Arial"/>
          <w:lang w:eastAsia="es-ES"/>
        </w:rPr>
        <w:t xml:space="preserve"> personas</w:t>
      </w:r>
      <w:proofErr w:type="gramEnd"/>
      <w:r w:rsidRPr="000D2C63">
        <w:rPr>
          <w:rFonts w:cs="Arial"/>
          <w:lang w:eastAsia="es-ES"/>
        </w:rPr>
        <w:t xml:space="preserve">, </w:t>
      </w:r>
      <w:proofErr w:type="spellStart"/>
      <w:r w:rsidRPr="000D2C63">
        <w:rPr>
          <w:rFonts w:cs="Arial"/>
          <w:lang w:eastAsia="es-ES"/>
        </w:rPr>
        <w:t>comprometiéndose</w:t>
      </w:r>
      <w:proofErr w:type="spellEnd"/>
      <w:r w:rsidRPr="000D2C63">
        <w:rPr>
          <w:rFonts w:cs="Arial"/>
          <w:lang w:eastAsia="es-ES"/>
        </w:rPr>
        <w:t xml:space="preserve"> a </w:t>
      </w:r>
      <w:proofErr w:type="spellStart"/>
      <w:r w:rsidRPr="000D2C63">
        <w:rPr>
          <w:rFonts w:cs="Arial"/>
          <w:lang w:eastAsia="es-ES"/>
        </w:rPr>
        <w:t>repararlo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forma </w:t>
      </w:r>
      <w:proofErr w:type="spellStart"/>
      <w:r w:rsidRPr="000D2C63">
        <w:rPr>
          <w:rFonts w:cs="Arial"/>
          <w:lang w:eastAsia="es-ES"/>
        </w:rPr>
        <w:t>inmediata</w:t>
      </w:r>
      <w:proofErr w:type="spellEnd"/>
      <w:r w:rsidRPr="000D2C63">
        <w:rPr>
          <w:rFonts w:cs="Arial"/>
          <w:lang w:eastAsia="es-ES"/>
        </w:rPr>
        <w:t xml:space="preserve">; el CONSEJO SUPERIOR DE LA JUDICATURA </w:t>
      </w:r>
      <w:proofErr w:type="spellStart"/>
      <w:r w:rsidRPr="000D2C63">
        <w:rPr>
          <w:rFonts w:cs="Arial"/>
          <w:lang w:eastAsia="es-ES"/>
        </w:rPr>
        <w:t>procederá</w:t>
      </w:r>
      <w:proofErr w:type="spellEnd"/>
      <w:r w:rsidRPr="000D2C63">
        <w:rPr>
          <w:rFonts w:cs="Arial"/>
          <w:lang w:eastAsia="es-ES"/>
        </w:rPr>
        <w:t xml:space="preserve"> a </w:t>
      </w:r>
      <w:proofErr w:type="spellStart"/>
      <w:r w:rsidRPr="000D2C63">
        <w:rPr>
          <w:rFonts w:cs="Arial"/>
          <w:lang w:eastAsia="es-ES"/>
        </w:rPr>
        <w:t>corregirlo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 forma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estime</w:t>
      </w:r>
      <w:proofErr w:type="spellEnd"/>
      <w:r w:rsidRPr="000D2C63">
        <w:rPr>
          <w:rFonts w:cs="Arial"/>
          <w:lang w:eastAsia="es-ES"/>
        </w:rPr>
        <w:t xml:space="preserve"> </w:t>
      </w:r>
      <w:proofErr w:type="spellStart"/>
      <w:r w:rsidRPr="000D2C63">
        <w:rPr>
          <w:rFonts w:cs="Arial"/>
          <w:lang w:eastAsia="es-ES"/>
        </w:rPr>
        <w:t>conveniente</w:t>
      </w:r>
      <w:proofErr w:type="spellEnd"/>
      <w:r w:rsidRPr="000D2C63">
        <w:rPr>
          <w:rFonts w:cs="Arial"/>
          <w:lang w:eastAsia="es-ES"/>
        </w:rPr>
        <w:t xml:space="preserve">, </w:t>
      </w:r>
      <w:proofErr w:type="spellStart"/>
      <w:r w:rsidRPr="000D2C63">
        <w:rPr>
          <w:rFonts w:cs="Arial"/>
          <w:lang w:eastAsia="es-ES"/>
        </w:rPr>
        <w:t>pero</w:t>
      </w:r>
      <w:proofErr w:type="spellEnd"/>
      <w:r w:rsidRPr="000D2C63">
        <w:rPr>
          <w:rFonts w:cs="Arial"/>
          <w:lang w:eastAsia="es-ES"/>
        </w:rPr>
        <w:t xml:space="preserve">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costo</w:t>
      </w:r>
      <w:proofErr w:type="spellEnd"/>
      <w:r w:rsidRPr="000D2C63">
        <w:rPr>
          <w:rFonts w:cs="Arial"/>
          <w:lang w:eastAsia="es-ES"/>
        </w:rPr>
        <w:t xml:space="preserve"> y el de las </w:t>
      </w:r>
      <w:proofErr w:type="spellStart"/>
      <w:r w:rsidRPr="000D2C63">
        <w:rPr>
          <w:rFonts w:cs="Arial"/>
          <w:lang w:eastAsia="es-ES"/>
        </w:rPr>
        <w:t>posibles</w:t>
      </w:r>
      <w:proofErr w:type="spellEnd"/>
      <w:r w:rsidRPr="000D2C63">
        <w:rPr>
          <w:rFonts w:cs="Arial"/>
          <w:lang w:eastAsia="es-ES"/>
        </w:rPr>
        <w:t xml:space="preserve"> </w:t>
      </w:r>
      <w:proofErr w:type="spellStart"/>
      <w:r w:rsidRPr="000D2C63">
        <w:rPr>
          <w:rFonts w:cs="Arial"/>
          <w:lang w:eastAsia="es-ES"/>
        </w:rPr>
        <w:t>indemnizaciones</w:t>
      </w:r>
      <w:proofErr w:type="spellEnd"/>
      <w:r w:rsidRPr="000D2C63">
        <w:rPr>
          <w:rFonts w:cs="Arial"/>
          <w:lang w:eastAsia="es-ES"/>
        </w:rPr>
        <w:t xml:space="preserve"> </w:t>
      </w:r>
      <w:proofErr w:type="spellStart"/>
      <w:r w:rsidRPr="000D2C63">
        <w:rPr>
          <w:rFonts w:cs="Arial"/>
          <w:lang w:eastAsia="es-ES"/>
        </w:rPr>
        <w:t>surgidas</w:t>
      </w:r>
      <w:proofErr w:type="spellEnd"/>
      <w:r w:rsidRPr="000D2C63">
        <w:rPr>
          <w:rFonts w:cs="Arial"/>
          <w:lang w:eastAsia="es-ES"/>
        </w:rPr>
        <w:t xml:space="preserve"> se </w:t>
      </w:r>
      <w:proofErr w:type="spellStart"/>
      <w:r w:rsidRPr="000D2C63">
        <w:rPr>
          <w:rFonts w:cs="Arial"/>
          <w:lang w:eastAsia="es-ES"/>
        </w:rPr>
        <w:t>descontarán</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pagos</w:t>
      </w:r>
      <w:proofErr w:type="spellEnd"/>
      <w:r w:rsidRPr="000D2C63">
        <w:rPr>
          <w:rFonts w:cs="Arial"/>
          <w:lang w:eastAsia="es-ES"/>
        </w:rPr>
        <w:t xml:space="preserve"> </w:t>
      </w:r>
      <w:proofErr w:type="spellStart"/>
      <w:r w:rsidRPr="000D2C63">
        <w:rPr>
          <w:rFonts w:cs="Arial"/>
          <w:lang w:eastAsia="es-ES"/>
        </w:rPr>
        <w:t>pendientes</w:t>
      </w:r>
      <w:proofErr w:type="spellEnd"/>
      <w:r w:rsidRPr="000D2C63">
        <w:rPr>
          <w:rFonts w:cs="Arial"/>
          <w:lang w:eastAsia="es-ES"/>
        </w:rPr>
        <w:t xml:space="preserve"> al CONTRATISTA. </w:t>
      </w:r>
    </w:p>
    <w:p w14:paraId="7B024473" w14:textId="77777777" w:rsidR="0069469E" w:rsidRPr="000D2C63" w:rsidRDefault="0069469E" w:rsidP="0069469E">
      <w:pPr>
        <w:ind w:left="720"/>
        <w:jc w:val="both"/>
        <w:rPr>
          <w:rFonts w:cs="Arial"/>
          <w:lang w:eastAsia="es-ES"/>
        </w:rPr>
      </w:pPr>
    </w:p>
    <w:p w14:paraId="2108DBE7" w14:textId="77777777" w:rsidR="0069469E" w:rsidRPr="000D2C63" w:rsidRDefault="0069469E" w:rsidP="0069469E">
      <w:pPr>
        <w:numPr>
          <w:ilvl w:val="0"/>
          <w:numId w:val="17"/>
        </w:numPr>
        <w:spacing w:after="0" w:line="240" w:lineRule="auto"/>
        <w:jc w:val="both"/>
        <w:rPr>
          <w:rFonts w:cs="Arial"/>
          <w:lang w:eastAsia="es-ES"/>
        </w:rPr>
      </w:pPr>
      <w:proofErr w:type="spellStart"/>
      <w:r w:rsidRPr="000D2C63">
        <w:rPr>
          <w:rFonts w:cs="Arial"/>
          <w:lang w:eastAsia="es-ES"/>
        </w:rPr>
        <w:t>Recibir</w:t>
      </w:r>
      <w:proofErr w:type="spellEnd"/>
      <w:r w:rsidRPr="000D2C63">
        <w:rPr>
          <w:rFonts w:cs="Arial"/>
          <w:lang w:eastAsia="es-ES"/>
        </w:rPr>
        <w:t xml:space="preserve"> y </w:t>
      </w:r>
      <w:proofErr w:type="spellStart"/>
      <w:r w:rsidRPr="000D2C63">
        <w:rPr>
          <w:rFonts w:cs="Arial"/>
          <w:lang w:eastAsia="es-ES"/>
        </w:rPr>
        <w:t>acatar</w:t>
      </w:r>
      <w:proofErr w:type="spellEnd"/>
      <w:r w:rsidRPr="000D2C63">
        <w:rPr>
          <w:rFonts w:cs="Arial"/>
          <w:lang w:eastAsia="es-ES"/>
        </w:rPr>
        <w:t xml:space="preserve"> las </w:t>
      </w:r>
      <w:proofErr w:type="spellStart"/>
      <w:r w:rsidRPr="000D2C63">
        <w:rPr>
          <w:rFonts w:cs="Arial"/>
          <w:lang w:eastAsia="es-ES"/>
        </w:rPr>
        <w:t>instrucciones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sean</w:t>
      </w:r>
      <w:proofErr w:type="spellEnd"/>
      <w:r w:rsidRPr="000D2C63">
        <w:rPr>
          <w:rFonts w:cs="Arial"/>
          <w:lang w:eastAsia="es-ES"/>
        </w:rPr>
        <w:t xml:space="preserve"> </w:t>
      </w:r>
      <w:proofErr w:type="spellStart"/>
      <w:r w:rsidRPr="000D2C63">
        <w:rPr>
          <w:rFonts w:cs="Arial"/>
          <w:lang w:eastAsia="es-ES"/>
        </w:rPr>
        <w:t>impartidas</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el Supervisor y el Supervisor del </w:t>
      </w:r>
      <w:proofErr w:type="spellStart"/>
      <w:r w:rsidRPr="000D2C63">
        <w:rPr>
          <w:rFonts w:cs="Arial"/>
          <w:lang w:eastAsia="es-ES"/>
        </w:rPr>
        <w:t>Contrato</w:t>
      </w:r>
      <w:proofErr w:type="spellEnd"/>
      <w:r w:rsidRPr="000D2C63">
        <w:rPr>
          <w:rFonts w:cs="Arial"/>
          <w:lang w:eastAsia="es-ES"/>
        </w:rPr>
        <w:t xml:space="preserve"> para </w:t>
      </w:r>
      <w:proofErr w:type="spellStart"/>
      <w:r w:rsidRPr="000D2C63">
        <w:rPr>
          <w:rFonts w:cs="Arial"/>
          <w:lang w:eastAsia="es-ES"/>
        </w:rPr>
        <w:t>garantizar</w:t>
      </w:r>
      <w:proofErr w:type="spellEnd"/>
      <w:r w:rsidRPr="000D2C63">
        <w:rPr>
          <w:rFonts w:cs="Arial"/>
          <w:lang w:eastAsia="es-ES"/>
        </w:rPr>
        <w:t xml:space="preserve"> el </w:t>
      </w:r>
      <w:proofErr w:type="spellStart"/>
      <w:r w:rsidRPr="000D2C63">
        <w:rPr>
          <w:rFonts w:cs="Arial"/>
          <w:lang w:eastAsia="es-ES"/>
        </w:rPr>
        <w:t>correcto</w:t>
      </w:r>
      <w:proofErr w:type="spellEnd"/>
      <w:r w:rsidRPr="000D2C63">
        <w:rPr>
          <w:rFonts w:cs="Arial"/>
          <w:lang w:eastAsia="es-ES"/>
        </w:rPr>
        <w:t xml:space="preserve"> y </w:t>
      </w:r>
      <w:proofErr w:type="spellStart"/>
      <w:r w:rsidRPr="000D2C63">
        <w:rPr>
          <w:rFonts w:cs="Arial"/>
          <w:lang w:eastAsia="es-ES"/>
        </w:rPr>
        <w:t>oportuno</w:t>
      </w:r>
      <w:proofErr w:type="spellEnd"/>
      <w:r w:rsidRPr="000D2C63">
        <w:rPr>
          <w:rFonts w:cs="Arial"/>
          <w:lang w:eastAsia="es-ES"/>
        </w:rPr>
        <w:t xml:space="preserve"> </w:t>
      </w:r>
      <w:proofErr w:type="spellStart"/>
      <w:r w:rsidRPr="000D2C63">
        <w:rPr>
          <w:rFonts w:cs="Arial"/>
          <w:lang w:eastAsia="es-ES"/>
        </w:rPr>
        <w:t>cumplimiento</w:t>
      </w:r>
      <w:proofErr w:type="spellEnd"/>
      <w:r w:rsidRPr="000D2C63">
        <w:rPr>
          <w:rFonts w:cs="Arial"/>
          <w:lang w:eastAsia="es-ES"/>
        </w:rPr>
        <w:t xml:space="preserve"> de las </w:t>
      </w:r>
      <w:proofErr w:type="spellStart"/>
      <w:r w:rsidRPr="000D2C63">
        <w:rPr>
          <w:rFonts w:cs="Arial"/>
          <w:lang w:eastAsia="es-ES"/>
        </w:rPr>
        <w:t>obligaciones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contrae</w:t>
      </w:r>
      <w:proofErr w:type="spellEnd"/>
      <w:r w:rsidRPr="000D2C63">
        <w:rPr>
          <w:rFonts w:cs="Arial"/>
          <w:lang w:eastAsia="es-ES"/>
        </w:rPr>
        <w:t>.</w:t>
      </w:r>
    </w:p>
    <w:p w14:paraId="6BE8E496" w14:textId="77777777" w:rsidR="0069469E" w:rsidRPr="000D2C63" w:rsidRDefault="0069469E" w:rsidP="0069469E">
      <w:pPr>
        <w:pStyle w:val="Prrafodelista"/>
        <w:rPr>
          <w:rFonts w:cs="Arial"/>
          <w:sz w:val="20"/>
          <w:lang w:val="es-CO" w:eastAsia="es-ES"/>
        </w:rPr>
      </w:pPr>
    </w:p>
    <w:p w14:paraId="60964D1F" w14:textId="77777777" w:rsidR="0069469E" w:rsidRPr="000D2C63" w:rsidRDefault="0069469E" w:rsidP="0069469E">
      <w:pPr>
        <w:numPr>
          <w:ilvl w:val="0"/>
          <w:numId w:val="17"/>
        </w:numPr>
        <w:spacing w:after="0" w:line="240" w:lineRule="auto"/>
        <w:jc w:val="both"/>
        <w:rPr>
          <w:rFonts w:cs="Arial"/>
          <w:lang w:eastAsia="es-ES"/>
        </w:rPr>
      </w:pPr>
      <w:r w:rsidRPr="000D2C63">
        <w:rPr>
          <w:rFonts w:cs="Arial"/>
          <w:lang w:eastAsia="es-ES"/>
        </w:rPr>
        <w:t xml:space="preserve">OBLIGACIONES CON EL PERSONAL: a. </w:t>
      </w:r>
      <w:proofErr w:type="spellStart"/>
      <w:r w:rsidRPr="000D2C63">
        <w:rPr>
          <w:rFonts w:cs="Arial"/>
          <w:lang w:eastAsia="es-ES"/>
        </w:rPr>
        <w:t>Cumplir</w:t>
      </w:r>
      <w:proofErr w:type="spellEnd"/>
      <w:r w:rsidRPr="000D2C63">
        <w:rPr>
          <w:rFonts w:cs="Arial"/>
          <w:lang w:eastAsia="es-ES"/>
        </w:rPr>
        <w:t xml:space="preserve"> con las </w:t>
      </w:r>
      <w:proofErr w:type="spellStart"/>
      <w:r w:rsidRPr="000D2C63">
        <w:rPr>
          <w:rFonts w:cs="Arial"/>
          <w:lang w:eastAsia="es-ES"/>
        </w:rPr>
        <w:t>normas</w:t>
      </w:r>
      <w:proofErr w:type="spellEnd"/>
      <w:r w:rsidRPr="000D2C63">
        <w:rPr>
          <w:rFonts w:cs="Arial"/>
          <w:lang w:eastAsia="es-ES"/>
        </w:rPr>
        <w:t xml:space="preserve"> </w:t>
      </w:r>
      <w:proofErr w:type="spellStart"/>
      <w:r w:rsidRPr="000D2C63">
        <w:rPr>
          <w:rFonts w:cs="Arial"/>
          <w:lang w:eastAsia="es-ES"/>
        </w:rPr>
        <w:t>laborales</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lo </w:t>
      </w:r>
      <w:proofErr w:type="spellStart"/>
      <w:r w:rsidRPr="000D2C63">
        <w:rPr>
          <w:rFonts w:cs="Arial"/>
          <w:lang w:eastAsia="es-ES"/>
        </w:rPr>
        <w:t>referente</w:t>
      </w:r>
      <w:proofErr w:type="spellEnd"/>
      <w:r w:rsidRPr="000D2C63">
        <w:rPr>
          <w:rFonts w:cs="Arial"/>
          <w:lang w:eastAsia="es-ES"/>
        </w:rPr>
        <w:t xml:space="preserve"> al personal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utilice</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 </w:t>
      </w:r>
      <w:proofErr w:type="spellStart"/>
      <w:r w:rsidRPr="000D2C63">
        <w:rPr>
          <w:rFonts w:cs="Arial"/>
          <w:lang w:eastAsia="es-ES"/>
        </w:rPr>
        <w:t>ejecución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y </w:t>
      </w:r>
      <w:proofErr w:type="spellStart"/>
      <w:r w:rsidRPr="000D2C63">
        <w:rPr>
          <w:rFonts w:cs="Arial"/>
          <w:lang w:eastAsia="es-ES"/>
        </w:rPr>
        <w:t>en</w:t>
      </w:r>
      <w:proofErr w:type="spellEnd"/>
      <w:r w:rsidRPr="000D2C63">
        <w:rPr>
          <w:rFonts w:cs="Arial"/>
          <w:lang w:eastAsia="es-ES"/>
        </w:rPr>
        <w:t xml:space="preserve"> especial a las </w:t>
      </w:r>
      <w:proofErr w:type="spellStart"/>
      <w:r w:rsidRPr="000D2C63">
        <w:rPr>
          <w:rFonts w:cs="Arial"/>
          <w:lang w:eastAsia="es-ES"/>
        </w:rPr>
        <w:t>obligaciones</w:t>
      </w:r>
      <w:proofErr w:type="spellEnd"/>
      <w:r w:rsidRPr="000D2C63">
        <w:rPr>
          <w:rFonts w:cs="Arial"/>
          <w:lang w:eastAsia="es-ES"/>
        </w:rPr>
        <w:t xml:space="preserve"> </w:t>
      </w:r>
      <w:proofErr w:type="spellStart"/>
      <w:r w:rsidRPr="000D2C63">
        <w:rPr>
          <w:rFonts w:cs="Arial"/>
          <w:lang w:eastAsia="es-ES"/>
        </w:rPr>
        <w:t>establecidas</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las Leyes 100 de 1993 y 797 de 2003 y sus </w:t>
      </w:r>
      <w:proofErr w:type="spellStart"/>
      <w:r w:rsidRPr="000D2C63">
        <w:rPr>
          <w:rFonts w:cs="Arial"/>
          <w:lang w:eastAsia="es-ES"/>
        </w:rPr>
        <w:t>decretos</w:t>
      </w:r>
      <w:proofErr w:type="spellEnd"/>
      <w:r w:rsidRPr="000D2C63">
        <w:rPr>
          <w:rFonts w:cs="Arial"/>
          <w:lang w:eastAsia="es-ES"/>
        </w:rPr>
        <w:t xml:space="preserve"> </w:t>
      </w:r>
      <w:proofErr w:type="spellStart"/>
      <w:r w:rsidRPr="000D2C63">
        <w:rPr>
          <w:rFonts w:cs="Arial"/>
          <w:lang w:eastAsia="es-ES"/>
        </w:rPr>
        <w:t>reglamentarios</w:t>
      </w:r>
      <w:proofErr w:type="spellEnd"/>
      <w:r w:rsidRPr="000D2C63">
        <w:rPr>
          <w:rFonts w:cs="Arial"/>
          <w:lang w:eastAsia="es-ES"/>
        </w:rPr>
        <w:t xml:space="preserve">, </w:t>
      </w:r>
      <w:proofErr w:type="spellStart"/>
      <w:r w:rsidRPr="000D2C63">
        <w:rPr>
          <w:rFonts w:cs="Arial"/>
          <w:lang w:eastAsia="es-ES"/>
        </w:rPr>
        <w:t>Decreto</w:t>
      </w:r>
      <w:proofErr w:type="spellEnd"/>
      <w:r w:rsidRPr="000D2C63">
        <w:rPr>
          <w:rFonts w:cs="Arial"/>
          <w:lang w:eastAsia="es-ES"/>
        </w:rPr>
        <w:t xml:space="preserve"> 1443 de 2014 - SG-SST y </w:t>
      </w:r>
      <w:proofErr w:type="spellStart"/>
      <w:r w:rsidRPr="000D2C63">
        <w:rPr>
          <w:rFonts w:cs="Arial"/>
          <w:lang w:eastAsia="es-ES"/>
        </w:rPr>
        <w:t>Decreto</w:t>
      </w:r>
      <w:proofErr w:type="spellEnd"/>
      <w:r w:rsidRPr="000D2C63">
        <w:rPr>
          <w:rFonts w:cs="Arial"/>
          <w:lang w:eastAsia="es-ES"/>
        </w:rPr>
        <w:t xml:space="preserve"> 1072 de 2015; y la </w:t>
      </w:r>
      <w:proofErr w:type="spellStart"/>
      <w:r w:rsidRPr="000D2C63">
        <w:rPr>
          <w:rFonts w:cs="Arial"/>
          <w:lang w:eastAsia="es-ES"/>
        </w:rPr>
        <w:t>Resolución</w:t>
      </w:r>
      <w:proofErr w:type="spellEnd"/>
      <w:r w:rsidRPr="000D2C63">
        <w:rPr>
          <w:rFonts w:cs="Arial"/>
          <w:lang w:eastAsia="es-ES"/>
        </w:rPr>
        <w:t xml:space="preserve"> </w:t>
      </w:r>
      <w:proofErr w:type="spellStart"/>
      <w:r w:rsidRPr="000D2C63">
        <w:rPr>
          <w:rFonts w:cs="Arial"/>
          <w:lang w:eastAsia="es-ES"/>
        </w:rPr>
        <w:t>Nro</w:t>
      </w:r>
      <w:proofErr w:type="spellEnd"/>
      <w:r w:rsidRPr="000D2C63">
        <w:rPr>
          <w:rFonts w:cs="Arial"/>
          <w:lang w:eastAsia="es-ES"/>
        </w:rPr>
        <w:t xml:space="preserve">. 0312 de 2019. b. Pagar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salarios</w:t>
      </w:r>
      <w:proofErr w:type="spellEnd"/>
      <w:r w:rsidRPr="000D2C63">
        <w:rPr>
          <w:rFonts w:cs="Arial"/>
          <w:lang w:eastAsia="es-ES"/>
        </w:rPr>
        <w:t xml:space="preserve"> y </w:t>
      </w:r>
      <w:proofErr w:type="spellStart"/>
      <w:r w:rsidRPr="000D2C63">
        <w:rPr>
          <w:rFonts w:cs="Arial"/>
          <w:lang w:eastAsia="es-ES"/>
        </w:rPr>
        <w:t>prestaciones</w:t>
      </w:r>
      <w:proofErr w:type="spellEnd"/>
      <w:r w:rsidRPr="000D2C63">
        <w:rPr>
          <w:rFonts w:cs="Arial"/>
          <w:lang w:eastAsia="es-ES"/>
        </w:rPr>
        <w:t xml:space="preserve"> </w:t>
      </w:r>
      <w:proofErr w:type="spellStart"/>
      <w:r w:rsidRPr="000D2C63">
        <w:rPr>
          <w:rFonts w:cs="Arial"/>
          <w:lang w:eastAsia="es-ES"/>
        </w:rPr>
        <w:t>sociales</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forma </w:t>
      </w:r>
      <w:proofErr w:type="spellStart"/>
      <w:r w:rsidRPr="000D2C63">
        <w:rPr>
          <w:rFonts w:cs="Arial"/>
          <w:lang w:eastAsia="es-ES"/>
        </w:rPr>
        <w:t>oportuna</w:t>
      </w:r>
      <w:proofErr w:type="spellEnd"/>
      <w:r w:rsidRPr="000D2C63">
        <w:rPr>
          <w:rFonts w:cs="Arial"/>
          <w:lang w:eastAsia="es-ES"/>
        </w:rPr>
        <w:t xml:space="preserve"> a </w:t>
      </w:r>
      <w:proofErr w:type="spellStart"/>
      <w:r w:rsidRPr="000D2C63">
        <w:rPr>
          <w:rFonts w:cs="Arial"/>
          <w:lang w:eastAsia="es-ES"/>
        </w:rPr>
        <w:t>todo</w:t>
      </w:r>
      <w:proofErr w:type="spellEnd"/>
      <w:r w:rsidRPr="000D2C63">
        <w:rPr>
          <w:rFonts w:cs="Arial"/>
          <w:lang w:eastAsia="es-ES"/>
        </w:rPr>
        <w:t xml:space="preserve"> el personal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utilicé</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 </w:t>
      </w:r>
      <w:proofErr w:type="spellStart"/>
      <w:r w:rsidRPr="000D2C63">
        <w:rPr>
          <w:rFonts w:cs="Arial"/>
          <w:lang w:eastAsia="es-ES"/>
        </w:rPr>
        <w:t>ejecución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si</w:t>
      </w:r>
      <w:proofErr w:type="spellEnd"/>
      <w:r w:rsidRPr="000D2C63">
        <w:rPr>
          <w:rFonts w:cs="Arial"/>
          <w:lang w:eastAsia="es-ES"/>
        </w:rPr>
        <w:t xml:space="preserve"> </w:t>
      </w:r>
      <w:proofErr w:type="gramStart"/>
      <w:r w:rsidRPr="000D2C63">
        <w:rPr>
          <w:rFonts w:cs="Arial"/>
          <w:lang w:eastAsia="es-ES"/>
        </w:rPr>
        <w:t>a</w:t>
      </w:r>
      <w:proofErr w:type="gramEnd"/>
      <w:r w:rsidRPr="000D2C63">
        <w:rPr>
          <w:rFonts w:cs="Arial"/>
          <w:lang w:eastAsia="es-ES"/>
        </w:rPr>
        <w:t xml:space="preserve"> </w:t>
      </w:r>
      <w:proofErr w:type="spellStart"/>
      <w:r w:rsidRPr="000D2C63">
        <w:rPr>
          <w:rFonts w:cs="Arial"/>
          <w:lang w:eastAsia="es-ES"/>
        </w:rPr>
        <w:t>ello</w:t>
      </w:r>
      <w:proofErr w:type="spellEnd"/>
      <w:r w:rsidRPr="000D2C63">
        <w:rPr>
          <w:rFonts w:cs="Arial"/>
          <w:lang w:eastAsia="es-ES"/>
        </w:rPr>
        <w:t xml:space="preserve"> </w:t>
      </w:r>
      <w:proofErr w:type="spellStart"/>
      <w:r w:rsidRPr="000D2C63">
        <w:rPr>
          <w:rFonts w:cs="Arial"/>
          <w:lang w:eastAsia="es-ES"/>
        </w:rPr>
        <w:t>hubiere</w:t>
      </w:r>
      <w:proofErr w:type="spellEnd"/>
      <w:r w:rsidRPr="000D2C63">
        <w:rPr>
          <w:rFonts w:cs="Arial"/>
          <w:lang w:eastAsia="es-ES"/>
        </w:rPr>
        <w:t xml:space="preserve"> </w:t>
      </w:r>
      <w:proofErr w:type="spellStart"/>
      <w:r w:rsidRPr="000D2C63">
        <w:rPr>
          <w:rFonts w:cs="Arial"/>
          <w:lang w:eastAsia="es-ES"/>
        </w:rPr>
        <w:t>lugar</w:t>
      </w:r>
      <w:proofErr w:type="spellEnd"/>
      <w:r w:rsidRPr="000D2C63">
        <w:rPr>
          <w:rFonts w:cs="Arial"/>
          <w:lang w:eastAsia="es-ES"/>
        </w:rPr>
        <w:t xml:space="preserve"> y </w:t>
      </w:r>
      <w:proofErr w:type="spellStart"/>
      <w:r w:rsidRPr="000D2C63">
        <w:rPr>
          <w:rFonts w:cs="Arial"/>
          <w:lang w:eastAsia="es-ES"/>
        </w:rPr>
        <w:t>conforme</w:t>
      </w:r>
      <w:proofErr w:type="spellEnd"/>
      <w:r w:rsidRPr="000D2C63">
        <w:rPr>
          <w:rFonts w:cs="Arial"/>
          <w:lang w:eastAsia="es-ES"/>
        </w:rPr>
        <w:t xml:space="preserve"> a la </w:t>
      </w:r>
      <w:proofErr w:type="spellStart"/>
      <w:r w:rsidRPr="000D2C63">
        <w:rPr>
          <w:rFonts w:cs="Arial"/>
          <w:lang w:eastAsia="es-ES"/>
        </w:rPr>
        <w:t>vinculación</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se </w:t>
      </w:r>
      <w:proofErr w:type="spellStart"/>
      <w:r w:rsidRPr="000D2C63">
        <w:rPr>
          <w:rFonts w:cs="Arial"/>
          <w:lang w:eastAsia="es-ES"/>
        </w:rPr>
        <w:t>efectué</w:t>
      </w:r>
      <w:proofErr w:type="spellEnd"/>
      <w:r w:rsidRPr="000D2C63">
        <w:rPr>
          <w:rFonts w:cs="Arial"/>
          <w:lang w:eastAsia="es-ES"/>
        </w:rPr>
        <w:t xml:space="preserve"> y </w:t>
      </w:r>
      <w:proofErr w:type="spellStart"/>
      <w:r w:rsidRPr="000D2C63">
        <w:rPr>
          <w:rFonts w:cs="Arial"/>
          <w:lang w:eastAsia="es-ES"/>
        </w:rPr>
        <w:t>en</w:t>
      </w:r>
      <w:proofErr w:type="spellEnd"/>
      <w:r w:rsidRPr="000D2C63">
        <w:rPr>
          <w:rFonts w:cs="Arial"/>
          <w:lang w:eastAsia="es-ES"/>
        </w:rPr>
        <w:t xml:space="preserve"> general </w:t>
      </w:r>
      <w:proofErr w:type="spellStart"/>
      <w:r w:rsidRPr="000D2C63">
        <w:rPr>
          <w:rFonts w:cs="Arial"/>
          <w:lang w:eastAsia="es-ES"/>
        </w:rPr>
        <w:t>dar</w:t>
      </w:r>
      <w:proofErr w:type="spellEnd"/>
      <w:r w:rsidRPr="000D2C63">
        <w:rPr>
          <w:rFonts w:cs="Arial"/>
          <w:lang w:eastAsia="es-ES"/>
        </w:rPr>
        <w:t xml:space="preserve"> </w:t>
      </w:r>
      <w:proofErr w:type="spellStart"/>
      <w:r w:rsidRPr="000D2C63">
        <w:rPr>
          <w:rFonts w:cs="Arial"/>
          <w:lang w:eastAsia="es-ES"/>
        </w:rPr>
        <w:t>estricto</w:t>
      </w:r>
      <w:proofErr w:type="spellEnd"/>
      <w:r w:rsidRPr="000D2C63">
        <w:rPr>
          <w:rFonts w:cs="Arial"/>
          <w:lang w:eastAsia="es-ES"/>
        </w:rPr>
        <w:t xml:space="preserve"> </w:t>
      </w:r>
      <w:proofErr w:type="spellStart"/>
      <w:r w:rsidRPr="000D2C63">
        <w:rPr>
          <w:rFonts w:cs="Arial"/>
          <w:lang w:eastAsia="es-ES"/>
        </w:rPr>
        <w:t>cumplimiento</w:t>
      </w:r>
      <w:proofErr w:type="spellEnd"/>
      <w:r w:rsidRPr="000D2C63">
        <w:rPr>
          <w:rFonts w:cs="Arial"/>
          <w:lang w:eastAsia="es-ES"/>
        </w:rPr>
        <w:t xml:space="preserve"> a la </w:t>
      </w:r>
      <w:proofErr w:type="spellStart"/>
      <w:r w:rsidRPr="000D2C63">
        <w:rPr>
          <w:rFonts w:cs="Arial"/>
          <w:lang w:eastAsia="es-ES"/>
        </w:rPr>
        <w:t>totalidad</w:t>
      </w:r>
      <w:proofErr w:type="spellEnd"/>
      <w:r w:rsidRPr="000D2C63">
        <w:rPr>
          <w:rFonts w:cs="Arial"/>
          <w:lang w:eastAsia="es-ES"/>
        </w:rPr>
        <w:t xml:space="preserve"> de las </w:t>
      </w:r>
      <w:proofErr w:type="spellStart"/>
      <w:r w:rsidRPr="000D2C63">
        <w:rPr>
          <w:rFonts w:cs="Arial"/>
          <w:lang w:eastAsia="es-ES"/>
        </w:rPr>
        <w:t>obligaciones</w:t>
      </w:r>
      <w:proofErr w:type="spellEnd"/>
      <w:r w:rsidRPr="000D2C63">
        <w:rPr>
          <w:rFonts w:cs="Arial"/>
          <w:lang w:eastAsia="es-ES"/>
        </w:rPr>
        <w:t xml:space="preserve"> con el Sistema de </w:t>
      </w:r>
      <w:proofErr w:type="spellStart"/>
      <w:r w:rsidRPr="000D2C63">
        <w:rPr>
          <w:rFonts w:cs="Arial"/>
          <w:lang w:eastAsia="es-ES"/>
        </w:rPr>
        <w:t>Seguridad</w:t>
      </w:r>
      <w:proofErr w:type="spellEnd"/>
      <w:r w:rsidRPr="000D2C63">
        <w:rPr>
          <w:rFonts w:cs="Arial"/>
          <w:lang w:eastAsia="es-ES"/>
        </w:rPr>
        <w:t xml:space="preserve"> Social y </w:t>
      </w:r>
      <w:proofErr w:type="spellStart"/>
      <w:r w:rsidRPr="000D2C63">
        <w:rPr>
          <w:rFonts w:cs="Arial"/>
          <w:lang w:eastAsia="es-ES"/>
        </w:rPr>
        <w:t>Parafiscales</w:t>
      </w:r>
      <w:proofErr w:type="spellEnd"/>
      <w:r w:rsidRPr="000D2C63">
        <w:rPr>
          <w:rFonts w:cs="Arial"/>
          <w:lang w:eastAsia="es-ES"/>
        </w:rPr>
        <w:t xml:space="preserve">, </w:t>
      </w:r>
      <w:proofErr w:type="spellStart"/>
      <w:r w:rsidRPr="000D2C63">
        <w:rPr>
          <w:rFonts w:cs="Arial"/>
          <w:lang w:eastAsia="es-ES"/>
        </w:rPr>
        <w:t>derivadas</w:t>
      </w:r>
      <w:proofErr w:type="spellEnd"/>
      <w:r w:rsidRPr="000D2C63">
        <w:rPr>
          <w:rFonts w:cs="Arial"/>
          <w:lang w:eastAsia="es-ES"/>
        </w:rPr>
        <w:t xml:space="preserve"> de la </w:t>
      </w:r>
      <w:proofErr w:type="spellStart"/>
      <w:r w:rsidRPr="000D2C63">
        <w:rPr>
          <w:rFonts w:cs="Arial"/>
          <w:lang w:eastAsia="es-ES"/>
        </w:rPr>
        <w:t>ejecución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El </w:t>
      </w:r>
      <w:proofErr w:type="spellStart"/>
      <w:r w:rsidRPr="000D2C63">
        <w:rPr>
          <w:rFonts w:cs="Arial"/>
          <w:lang w:eastAsia="es-ES"/>
        </w:rPr>
        <w:t>incumplimiento</w:t>
      </w:r>
      <w:proofErr w:type="spellEnd"/>
      <w:r w:rsidRPr="000D2C63">
        <w:rPr>
          <w:rFonts w:cs="Arial"/>
          <w:lang w:eastAsia="es-ES"/>
        </w:rPr>
        <w:t xml:space="preserve"> de </w:t>
      </w:r>
      <w:proofErr w:type="spellStart"/>
      <w:r w:rsidRPr="000D2C63">
        <w:rPr>
          <w:rFonts w:cs="Arial"/>
          <w:lang w:eastAsia="es-ES"/>
        </w:rPr>
        <w:t>estas</w:t>
      </w:r>
      <w:proofErr w:type="spellEnd"/>
      <w:r w:rsidRPr="000D2C63">
        <w:rPr>
          <w:rFonts w:cs="Arial"/>
          <w:lang w:eastAsia="es-ES"/>
        </w:rPr>
        <w:t xml:space="preserve"> </w:t>
      </w:r>
      <w:proofErr w:type="spellStart"/>
      <w:r w:rsidRPr="000D2C63">
        <w:rPr>
          <w:rFonts w:cs="Arial"/>
          <w:lang w:eastAsia="es-ES"/>
        </w:rPr>
        <w:t>obligaciones</w:t>
      </w:r>
      <w:proofErr w:type="spellEnd"/>
      <w:r w:rsidRPr="000D2C63">
        <w:rPr>
          <w:rFonts w:cs="Arial"/>
          <w:lang w:eastAsia="es-ES"/>
        </w:rPr>
        <w:t xml:space="preserve"> del CONTRATISTA para con sus </w:t>
      </w:r>
      <w:proofErr w:type="spellStart"/>
      <w:r w:rsidRPr="000D2C63">
        <w:rPr>
          <w:rFonts w:cs="Arial"/>
          <w:lang w:eastAsia="es-ES"/>
        </w:rPr>
        <w:t>empleados</w:t>
      </w:r>
      <w:proofErr w:type="spellEnd"/>
      <w:r w:rsidRPr="000D2C63">
        <w:rPr>
          <w:rFonts w:cs="Arial"/>
          <w:lang w:eastAsia="es-ES"/>
        </w:rPr>
        <w:t xml:space="preserve">, </w:t>
      </w:r>
      <w:proofErr w:type="spellStart"/>
      <w:r w:rsidRPr="000D2C63">
        <w:rPr>
          <w:rFonts w:cs="Arial"/>
          <w:lang w:eastAsia="es-ES"/>
        </w:rPr>
        <w:t>podrá</w:t>
      </w:r>
      <w:proofErr w:type="spellEnd"/>
      <w:r w:rsidRPr="000D2C63">
        <w:rPr>
          <w:rFonts w:cs="Arial"/>
          <w:lang w:eastAsia="es-ES"/>
        </w:rPr>
        <w:t xml:space="preserve"> </w:t>
      </w:r>
      <w:proofErr w:type="spellStart"/>
      <w:r w:rsidRPr="000D2C63">
        <w:rPr>
          <w:rFonts w:cs="Arial"/>
          <w:lang w:eastAsia="es-ES"/>
        </w:rPr>
        <w:t>generar</w:t>
      </w:r>
      <w:proofErr w:type="spellEnd"/>
      <w:r w:rsidRPr="000D2C63">
        <w:rPr>
          <w:rFonts w:cs="Arial"/>
          <w:lang w:eastAsia="es-ES"/>
        </w:rPr>
        <w:t xml:space="preserve"> la </w:t>
      </w:r>
      <w:proofErr w:type="spellStart"/>
      <w:r w:rsidRPr="000D2C63">
        <w:rPr>
          <w:rFonts w:cs="Arial"/>
          <w:lang w:eastAsia="es-ES"/>
        </w:rPr>
        <w:t>imposición</w:t>
      </w:r>
      <w:proofErr w:type="spellEnd"/>
      <w:r w:rsidRPr="000D2C63">
        <w:rPr>
          <w:rFonts w:cs="Arial"/>
          <w:lang w:eastAsia="es-ES"/>
        </w:rPr>
        <w:t xml:space="preserve"> de </w:t>
      </w:r>
      <w:proofErr w:type="spellStart"/>
      <w:r w:rsidRPr="000D2C63">
        <w:rPr>
          <w:rFonts w:cs="Arial"/>
          <w:lang w:eastAsia="es-ES"/>
        </w:rPr>
        <w:t>multas</w:t>
      </w:r>
      <w:proofErr w:type="spellEnd"/>
      <w:r w:rsidRPr="000D2C63">
        <w:rPr>
          <w:rFonts w:cs="Arial"/>
          <w:lang w:eastAsia="es-ES"/>
        </w:rPr>
        <w:t xml:space="preserve"> </w:t>
      </w:r>
      <w:proofErr w:type="spellStart"/>
      <w:r w:rsidRPr="000D2C63">
        <w:rPr>
          <w:rFonts w:cs="Arial"/>
          <w:lang w:eastAsia="es-ES"/>
        </w:rPr>
        <w:t>sucesivas</w:t>
      </w:r>
      <w:proofErr w:type="spellEnd"/>
      <w:r w:rsidRPr="000D2C63">
        <w:rPr>
          <w:rFonts w:cs="Arial"/>
          <w:lang w:eastAsia="es-ES"/>
        </w:rPr>
        <w:t xml:space="preserve">, la </w:t>
      </w:r>
      <w:proofErr w:type="spellStart"/>
      <w:r w:rsidRPr="000D2C63">
        <w:rPr>
          <w:rFonts w:cs="Arial"/>
          <w:lang w:eastAsia="es-ES"/>
        </w:rPr>
        <w:t>afectación</w:t>
      </w:r>
      <w:proofErr w:type="spellEnd"/>
      <w:r w:rsidRPr="000D2C63">
        <w:rPr>
          <w:rFonts w:cs="Arial"/>
          <w:lang w:eastAsia="es-ES"/>
        </w:rPr>
        <w:t xml:space="preserve"> de la </w:t>
      </w:r>
      <w:proofErr w:type="spellStart"/>
      <w:r w:rsidRPr="000D2C63">
        <w:rPr>
          <w:rFonts w:cs="Arial"/>
          <w:lang w:eastAsia="es-ES"/>
        </w:rPr>
        <w:t>Garantía</w:t>
      </w:r>
      <w:proofErr w:type="spellEnd"/>
      <w:r w:rsidRPr="000D2C63">
        <w:rPr>
          <w:rFonts w:cs="Arial"/>
          <w:lang w:eastAsia="es-ES"/>
        </w:rPr>
        <w:t xml:space="preserve"> </w:t>
      </w:r>
      <w:proofErr w:type="spellStart"/>
      <w:r w:rsidRPr="000D2C63">
        <w:rPr>
          <w:rFonts w:cs="Arial"/>
          <w:lang w:eastAsia="es-ES"/>
        </w:rPr>
        <w:t>Única</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amparos de </w:t>
      </w:r>
      <w:proofErr w:type="spellStart"/>
      <w:r w:rsidRPr="000D2C63">
        <w:rPr>
          <w:rFonts w:cs="Arial"/>
          <w:lang w:eastAsia="es-ES"/>
        </w:rPr>
        <w:t>cumplimiento</w:t>
      </w:r>
      <w:proofErr w:type="spellEnd"/>
      <w:r w:rsidRPr="000D2C63">
        <w:rPr>
          <w:rFonts w:cs="Arial"/>
          <w:lang w:eastAsia="es-ES"/>
        </w:rPr>
        <w:t xml:space="preserve"> y </w:t>
      </w:r>
      <w:proofErr w:type="spellStart"/>
      <w:r w:rsidRPr="000D2C63">
        <w:rPr>
          <w:rFonts w:cs="Arial"/>
          <w:lang w:eastAsia="es-ES"/>
        </w:rPr>
        <w:t>pago</w:t>
      </w:r>
      <w:proofErr w:type="spellEnd"/>
      <w:r w:rsidRPr="000D2C63">
        <w:rPr>
          <w:rFonts w:cs="Arial"/>
          <w:lang w:eastAsia="es-ES"/>
        </w:rPr>
        <w:t xml:space="preserve"> de </w:t>
      </w:r>
      <w:proofErr w:type="spellStart"/>
      <w:r w:rsidRPr="000D2C63">
        <w:rPr>
          <w:rFonts w:cs="Arial"/>
          <w:lang w:eastAsia="es-ES"/>
        </w:rPr>
        <w:t>salarios</w:t>
      </w:r>
      <w:proofErr w:type="spellEnd"/>
      <w:r w:rsidRPr="000D2C63">
        <w:rPr>
          <w:rFonts w:cs="Arial"/>
          <w:lang w:eastAsia="es-ES"/>
        </w:rPr>
        <w:t xml:space="preserve">, </w:t>
      </w:r>
      <w:proofErr w:type="spellStart"/>
      <w:r w:rsidRPr="000D2C63">
        <w:rPr>
          <w:rFonts w:cs="Arial"/>
          <w:lang w:eastAsia="es-ES"/>
        </w:rPr>
        <w:t>prestaciones</w:t>
      </w:r>
      <w:proofErr w:type="spellEnd"/>
      <w:r w:rsidRPr="000D2C63">
        <w:rPr>
          <w:rFonts w:cs="Arial"/>
          <w:lang w:eastAsia="es-ES"/>
        </w:rPr>
        <w:t xml:space="preserve"> </w:t>
      </w:r>
      <w:proofErr w:type="spellStart"/>
      <w:r w:rsidRPr="000D2C63">
        <w:rPr>
          <w:rFonts w:cs="Arial"/>
          <w:lang w:eastAsia="es-ES"/>
        </w:rPr>
        <w:t>sociales</w:t>
      </w:r>
      <w:proofErr w:type="spellEnd"/>
      <w:r w:rsidRPr="000D2C63">
        <w:rPr>
          <w:rFonts w:cs="Arial"/>
          <w:lang w:eastAsia="es-ES"/>
        </w:rPr>
        <w:t xml:space="preserve"> e </w:t>
      </w:r>
      <w:proofErr w:type="spellStart"/>
      <w:r w:rsidRPr="000D2C63">
        <w:rPr>
          <w:rFonts w:cs="Arial"/>
          <w:lang w:eastAsia="es-ES"/>
        </w:rPr>
        <w:t>indemnizaciones</w:t>
      </w:r>
      <w:proofErr w:type="spellEnd"/>
      <w:r w:rsidRPr="000D2C63">
        <w:rPr>
          <w:rFonts w:cs="Arial"/>
          <w:lang w:eastAsia="es-ES"/>
        </w:rPr>
        <w:t xml:space="preserve"> </w:t>
      </w:r>
      <w:proofErr w:type="spellStart"/>
      <w:r w:rsidRPr="000D2C63">
        <w:rPr>
          <w:rFonts w:cs="Arial"/>
          <w:lang w:eastAsia="es-ES"/>
        </w:rPr>
        <w:t>laborales</w:t>
      </w:r>
      <w:proofErr w:type="spellEnd"/>
      <w:r w:rsidRPr="000D2C63">
        <w:rPr>
          <w:rFonts w:cs="Arial"/>
          <w:lang w:eastAsia="es-ES"/>
        </w:rPr>
        <w:t xml:space="preserve">, </w:t>
      </w:r>
      <w:proofErr w:type="spellStart"/>
      <w:r w:rsidRPr="000D2C63">
        <w:rPr>
          <w:rFonts w:cs="Arial"/>
          <w:lang w:eastAsia="es-ES"/>
        </w:rPr>
        <w:t>como</w:t>
      </w:r>
      <w:proofErr w:type="spellEnd"/>
      <w:r w:rsidRPr="000D2C63">
        <w:rPr>
          <w:rFonts w:cs="Arial"/>
          <w:lang w:eastAsia="es-ES"/>
        </w:rPr>
        <w:t xml:space="preserve"> también </w:t>
      </w:r>
      <w:proofErr w:type="spellStart"/>
      <w:r w:rsidRPr="000D2C63">
        <w:rPr>
          <w:rFonts w:cs="Arial"/>
          <w:lang w:eastAsia="es-ES"/>
        </w:rPr>
        <w:t>dará</w:t>
      </w:r>
      <w:proofErr w:type="spellEnd"/>
      <w:r w:rsidRPr="000D2C63">
        <w:rPr>
          <w:rFonts w:cs="Arial"/>
          <w:lang w:eastAsia="es-ES"/>
        </w:rPr>
        <w:t xml:space="preserve"> </w:t>
      </w:r>
      <w:proofErr w:type="spellStart"/>
      <w:r w:rsidRPr="000D2C63">
        <w:rPr>
          <w:rFonts w:cs="Arial"/>
          <w:lang w:eastAsia="es-ES"/>
        </w:rPr>
        <w:t>lugar</w:t>
      </w:r>
      <w:proofErr w:type="spellEnd"/>
      <w:r w:rsidRPr="000D2C63">
        <w:rPr>
          <w:rFonts w:cs="Arial"/>
          <w:lang w:eastAsia="es-ES"/>
        </w:rPr>
        <w:t xml:space="preserve"> a la </w:t>
      </w:r>
      <w:proofErr w:type="spellStart"/>
      <w:r w:rsidRPr="000D2C63">
        <w:rPr>
          <w:rFonts w:cs="Arial"/>
          <w:lang w:eastAsia="es-ES"/>
        </w:rPr>
        <w:t>caducidad</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de </w:t>
      </w:r>
      <w:proofErr w:type="spellStart"/>
      <w:r w:rsidRPr="000D2C63">
        <w:rPr>
          <w:rFonts w:cs="Arial"/>
          <w:lang w:eastAsia="es-ES"/>
        </w:rPr>
        <w:t>conformidad</w:t>
      </w:r>
      <w:proofErr w:type="spellEnd"/>
      <w:r w:rsidRPr="000D2C63">
        <w:rPr>
          <w:rFonts w:cs="Arial"/>
          <w:lang w:eastAsia="es-ES"/>
        </w:rPr>
        <w:t xml:space="preserve"> con la </w:t>
      </w:r>
      <w:proofErr w:type="spellStart"/>
      <w:r w:rsidRPr="000D2C63">
        <w:rPr>
          <w:rFonts w:cs="Arial"/>
          <w:lang w:eastAsia="es-ES"/>
        </w:rPr>
        <w:t>normatividad</w:t>
      </w:r>
      <w:proofErr w:type="spellEnd"/>
      <w:r w:rsidRPr="000D2C63">
        <w:rPr>
          <w:rFonts w:cs="Arial"/>
          <w:lang w:eastAsia="es-ES"/>
        </w:rPr>
        <w:t xml:space="preserve"> </w:t>
      </w:r>
      <w:proofErr w:type="spellStart"/>
      <w:r w:rsidRPr="000D2C63">
        <w:rPr>
          <w:rFonts w:cs="Arial"/>
          <w:lang w:eastAsia="es-ES"/>
        </w:rPr>
        <w:t>vigente</w:t>
      </w:r>
      <w:proofErr w:type="spellEnd"/>
      <w:r w:rsidRPr="000D2C63">
        <w:rPr>
          <w:rFonts w:cs="Arial"/>
          <w:lang w:eastAsia="es-ES"/>
        </w:rPr>
        <w:t xml:space="preserve">. c. Tomar las </w:t>
      </w:r>
      <w:proofErr w:type="spellStart"/>
      <w:r w:rsidRPr="000D2C63">
        <w:rPr>
          <w:rFonts w:cs="Arial"/>
          <w:lang w:eastAsia="es-ES"/>
        </w:rPr>
        <w:t>previsiones</w:t>
      </w:r>
      <w:proofErr w:type="spellEnd"/>
      <w:r w:rsidRPr="000D2C63">
        <w:rPr>
          <w:rFonts w:cs="Arial"/>
          <w:lang w:eastAsia="es-ES"/>
        </w:rPr>
        <w:t xml:space="preserve"> </w:t>
      </w:r>
      <w:proofErr w:type="spellStart"/>
      <w:r w:rsidRPr="000D2C63">
        <w:rPr>
          <w:rFonts w:cs="Arial"/>
          <w:lang w:eastAsia="es-ES"/>
        </w:rPr>
        <w:t>necesarias</w:t>
      </w:r>
      <w:proofErr w:type="spellEnd"/>
      <w:r w:rsidRPr="000D2C63">
        <w:rPr>
          <w:rFonts w:cs="Arial"/>
          <w:lang w:eastAsia="es-ES"/>
        </w:rPr>
        <w:t xml:space="preserve"> para </w:t>
      </w:r>
      <w:proofErr w:type="spellStart"/>
      <w:r w:rsidRPr="000D2C63">
        <w:rPr>
          <w:rFonts w:cs="Arial"/>
          <w:lang w:eastAsia="es-ES"/>
        </w:rPr>
        <w:t>garantizar</w:t>
      </w:r>
      <w:proofErr w:type="spellEnd"/>
      <w:r w:rsidRPr="000D2C63">
        <w:rPr>
          <w:rFonts w:cs="Arial"/>
          <w:lang w:eastAsia="es-ES"/>
        </w:rPr>
        <w:t xml:space="preserve"> la </w:t>
      </w:r>
      <w:proofErr w:type="spellStart"/>
      <w:r w:rsidRPr="000D2C63">
        <w:rPr>
          <w:rFonts w:cs="Arial"/>
          <w:lang w:eastAsia="es-ES"/>
        </w:rPr>
        <w:t>seguridad</w:t>
      </w:r>
      <w:proofErr w:type="spellEnd"/>
      <w:r w:rsidRPr="000D2C63">
        <w:rPr>
          <w:rFonts w:cs="Arial"/>
          <w:lang w:eastAsia="es-ES"/>
        </w:rPr>
        <w:t xml:space="preserve"> industrial del personal a </w:t>
      </w:r>
      <w:proofErr w:type="spellStart"/>
      <w:r w:rsidRPr="000D2C63">
        <w:rPr>
          <w:rFonts w:cs="Arial"/>
          <w:lang w:eastAsia="es-ES"/>
        </w:rPr>
        <w:t>su</w:t>
      </w:r>
      <w:proofErr w:type="spellEnd"/>
      <w:r w:rsidRPr="000D2C63">
        <w:rPr>
          <w:rFonts w:cs="Arial"/>
          <w:lang w:eastAsia="es-ES"/>
        </w:rPr>
        <w:t xml:space="preserve"> cargo o </w:t>
      </w:r>
      <w:proofErr w:type="spellStart"/>
      <w:r w:rsidRPr="000D2C63">
        <w:rPr>
          <w:rFonts w:cs="Arial"/>
          <w:lang w:eastAsia="es-ES"/>
        </w:rPr>
        <w:t>servicio</w:t>
      </w:r>
      <w:proofErr w:type="spellEnd"/>
      <w:r w:rsidRPr="000D2C63">
        <w:rPr>
          <w:rFonts w:cs="Arial"/>
          <w:lang w:eastAsia="es-ES"/>
        </w:rPr>
        <w:t xml:space="preserve">, de </w:t>
      </w:r>
      <w:proofErr w:type="spellStart"/>
      <w:r w:rsidRPr="000D2C63">
        <w:rPr>
          <w:rFonts w:cs="Arial"/>
          <w:lang w:eastAsia="es-ES"/>
        </w:rPr>
        <w:t>acuerdo</w:t>
      </w:r>
      <w:proofErr w:type="spellEnd"/>
      <w:r w:rsidRPr="000D2C63">
        <w:rPr>
          <w:rFonts w:cs="Arial"/>
          <w:lang w:eastAsia="es-ES"/>
        </w:rPr>
        <w:t xml:space="preserve"> con las </w:t>
      </w:r>
      <w:proofErr w:type="spellStart"/>
      <w:r w:rsidRPr="000D2C63">
        <w:rPr>
          <w:rFonts w:cs="Arial"/>
          <w:lang w:eastAsia="es-ES"/>
        </w:rPr>
        <w:t>reglamentaciones</w:t>
      </w:r>
      <w:proofErr w:type="spellEnd"/>
      <w:r w:rsidRPr="000D2C63">
        <w:rPr>
          <w:rFonts w:cs="Arial"/>
          <w:lang w:eastAsia="es-ES"/>
        </w:rPr>
        <w:t xml:space="preserve"> </w:t>
      </w:r>
      <w:proofErr w:type="spellStart"/>
      <w:r w:rsidRPr="000D2C63">
        <w:rPr>
          <w:rFonts w:cs="Arial"/>
          <w:lang w:eastAsia="es-ES"/>
        </w:rPr>
        <w:t>vigentes</w:t>
      </w:r>
      <w:proofErr w:type="spellEnd"/>
      <w:r w:rsidRPr="000D2C63">
        <w:rPr>
          <w:rFonts w:cs="Arial"/>
          <w:lang w:eastAsia="es-ES"/>
        </w:rPr>
        <w:t xml:space="preserve">. d. </w:t>
      </w:r>
      <w:proofErr w:type="spellStart"/>
      <w:r w:rsidRPr="000D2C63">
        <w:rPr>
          <w:rFonts w:cs="Arial"/>
          <w:lang w:eastAsia="es-ES"/>
        </w:rPr>
        <w:t>Suministrar</w:t>
      </w:r>
      <w:proofErr w:type="spellEnd"/>
      <w:r w:rsidRPr="000D2C63">
        <w:rPr>
          <w:rFonts w:cs="Arial"/>
          <w:lang w:eastAsia="es-ES"/>
        </w:rPr>
        <w:t xml:space="preserve"> al Supervisor y el Supervisor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documentos</w:t>
      </w:r>
      <w:proofErr w:type="spellEnd"/>
      <w:r w:rsidRPr="000D2C63">
        <w:rPr>
          <w:rFonts w:cs="Arial"/>
          <w:lang w:eastAsia="es-ES"/>
        </w:rPr>
        <w:t xml:space="preserve"> y </w:t>
      </w:r>
      <w:proofErr w:type="spellStart"/>
      <w:r w:rsidRPr="000D2C63">
        <w:rPr>
          <w:rFonts w:cs="Arial"/>
          <w:lang w:eastAsia="es-ES"/>
        </w:rPr>
        <w:t>constancias</w:t>
      </w:r>
      <w:proofErr w:type="spellEnd"/>
      <w:r w:rsidRPr="000D2C63">
        <w:rPr>
          <w:rFonts w:cs="Arial"/>
          <w:lang w:eastAsia="es-ES"/>
        </w:rPr>
        <w:t xml:space="preserve"> </w:t>
      </w:r>
      <w:proofErr w:type="spellStart"/>
      <w:r w:rsidRPr="000D2C63">
        <w:rPr>
          <w:rFonts w:cs="Arial"/>
          <w:lang w:eastAsia="es-ES"/>
        </w:rPr>
        <w:t>necesarias</w:t>
      </w:r>
      <w:proofErr w:type="spellEnd"/>
      <w:r w:rsidRPr="000D2C63">
        <w:rPr>
          <w:rFonts w:cs="Arial"/>
          <w:lang w:eastAsia="es-ES"/>
        </w:rPr>
        <w:t xml:space="preserve"> para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supervisores</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verifiquen</w:t>
      </w:r>
      <w:proofErr w:type="spellEnd"/>
      <w:r w:rsidRPr="000D2C63">
        <w:rPr>
          <w:rFonts w:cs="Arial"/>
          <w:lang w:eastAsia="es-ES"/>
        </w:rPr>
        <w:t xml:space="preserve"> el </w:t>
      </w:r>
      <w:proofErr w:type="spellStart"/>
      <w:r w:rsidRPr="000D2C63">
        <w:rPr>
          <w:rFonts w:cs="Arial"/>
          <w:lang w:eastAsia="es-ES"/>
        </w:rPr>
        <w:t>cumplimiento</w:t>
      </w:r>
      <w:proofErr w:type="spellEnd"/>
      <w:r w:rsidRPr="000D2C63">
        <w:rPr>
          <w:rFonts w:cs="Arial"/>
          <w:lang w:eastAsia="es-ES"/>
        </w:rPr>
        <w:t xml:space="preserve"> con las </w:t>
      </w:r>
      <w:proofErr w:type="spellStart"/>
      <w:r w:rsidRPr="000D2C63">
        <w:rPr>
          <w:rFonts w:cs="Arial"/>
          <w:lang w:eastAsia="es-ES"/>
        </w:rPr>
        <w:t>obligaciones</w:t>
      </w:r>
      <w:proofErr w:type="spellEnd"/>
      <w:r w:rsidRPr="000D2C63">
        <w:rPr>
          <w:rFonts w:cs="Arial"/>
          <w:lang w:eastAsia="es-ES"/>
        </w:rPr>
        <w:t xml:space="preserve"> a la </w:t>
      </w:r>
      <w:proofErr w:type="spellStart"/>
      <w:r w:rsidRPr="000D2C63">
        <w:rPr>
          <w:rFonts w:cs="Arial"/>
          <w:lang w:eastAsia="es-ES"/>
        </w:rPr>
        <w:t>seguridad</w:t>
      </w:r>
      <w:proofErr w:type="spellEnd"/>
      <w:r w:rsidRPr="000D2C63">
        <w:rPr>
          <w:rFonts w:cs="Arial"/>
          <w:lang w:eastAsia="es-ES"/>
        </w:rPr>
        <w:t xml:space="preserve"> social y </w:t>
      </w:r>
      <w:proofErr w:type="spellStart"/>
      <w:r w:rsidRPr="000D2C63">
        <w:rPr>
          <w:rFonts w:cs="Arial"/>
          <w:lang w:eastAsia="es-ES"/>
        </w:rPr>
        <w:t>aportes</w:t>
      </w:r>
      <w:proofErr w:type="spellEnd"/>
      <w:r w:rsidRPr="000D2C63">
        <w:rPr>
          <w:rFonts w:cs="Arial"/>
          <w:lang w:eastAsia="es-ES"/>
        </w:rPr>
        <w:t xml:space="preserve"> </w:t>
      </w:r>
      <w:proofErr w:type="spellStart"/>
      <w:r w:rsidRPr="000D2C63">
        <w:rPr>
          <w:rFonts w:cs="Arial"/>
          <w:lang w:eastAsia="es-ES"/>
        </w:rPr>
        <w:t>parafiscales</w:t>
      </w:r>
      <w:proofErr w:type="spellEnd"/>
      <w:r w:rsidRPr="000D2C63">
        <w:rPr>
          <w:rFonts w:cs="Arial"/>
          <w:lang w:eastAsia="es-ES"/>
        </w:rPr>
        <w:t xml:space="preserve">, </w:t>
      </w:r>
      <w:proofErr w:type="spellStart"/>
      <w:r w:rsidRPr="000D2C63">
        <w:rPr>
          <w:rFonts w:cs="Arial"/>
          <w:lang w:eastAsia="es-ES"/>
        </w:rPr>
        <w:t>durante</w:t>
      </w:r>
      <w:proofErr w:type="spellEnd"/>
      <w:r w:rsidRPr="000D2C63">
        <w:rPr>
          <w:rFonts w:cs="Arial"/>
          <w:lang w:eastAsia="es-ES"/>
        </w:rPr>
        <w:t xml:space="preserve"> </w:t>
      </w:r>
      <w:proofErr w:type="spellStart"/>
      <w:r w:rsidRPr="000D2C63">
        <w:rPr>
          <w:rFonts w:cs="Arial"/>
          <w:lang w:eastAsia="es-ES"/>
        </w:rPr>
        <w:t>toda</w:t>
      </w:r>
      <w:proofErr w:type="spellEnd"/>
      <w:r w:rsidRPr="000D2C63">
        <w:rPr>
          <w:rFonts w:cs="Arial"/>
          <w:lang w:eastAsia="es-ES"/>
        </w:rPr>
        <w:t xml:space="preserve"> la </w:t>
      </w:r>
      <w:proofErr w:type="spellStart"/>
      <w:r w:rsidRPr="000D2C63">
        <w:rPr>
          <w:rFonts w:cs="Arial"/>
          <w:lang w:eastAsia="es-ES"/>
        </w:rPr>
        <w:t>vigencia</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e. Responder </w:t>
      </w:r>
      <w:proofErr w:type="spellStart"/>
      <w:r w:rsidRPr="000D2C63">
        <w:rPr>
          <w:rFonts w:cs="Arial"/>
          <w:lang w:eastAsia="es-ES"/>
        </w:rPr>
        <w:t>en</w:t>
      </w:r>
      <w:proofErr w:type="spellEnd"/>
      <w:r w:rsidRPr="000D2C63">
        <w:rPr>
          <w:rFonts w:cs="Arial"/>
          <w:lang w:eastAsia="es-ES"/>
        </w:rPr>
        <w:t xml:space="preserve"> forma </w:t>
      </w:r>
      <w:proofErr w:type="spellStart"/>
      <w:r w:rsidRPr="000D2C63">
        <w:rPr>
          <w:rFonts w:cs="Arial"/>
          <w:lang w:eastAsia="es-ES"/>
        </w:rPr>
        <w:t>exclusiva</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la </w:t>
      </w:r>
      <w:proofErr w:type="spellStart"/>
      <w:r w:rsidRPr="000D2C63">
        <w:rPr>
          <w:rFonts w:cs="Arial"/>
          <w:lang w:eastAsia="es-ES"/>
        </w:rPr>
        <w:t>vinculación</w:t>
      </w:r>
      <w:proofErr w:type="spellEnd"/>
      <w:r w:rsidRPr="000D2C63">
        <w:rPr>
          <w:rFonts w:cs="Arial"/>
          <w:lang w:eastAsia="es-ES"/>
        </w:rPr>
        <w:t xml:space="preserve"> del personal, de </w:t>
      </w:r>
      <w:proofErr w:type="spellStart"/>
      <w:r w:rsidRPr="000D2C63">
        <w:rPr>
          <w:rFonts w:cs="Arial"/>
          <w:lang w:eastAsia="es-ES"/>
        </w:rPr>
        <w:t>manera</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errores</w:t>
      </w:r>
      <w:proofErr w:type="spellEnd"/>
      <w:r w:rsidRPr="000D2C63">
        <w:rPr>
          <w:rFonts w:cs="Arial"/>
          <w:lang w:eastAsia="es-ES"/>
        </w:rPr>
        <w:t xml:space="preserve"> u </w:t>
      </w:r>
      <w:proofErr w:type="spellStart"/>
      <w:r w:rsidRPr="000D2C63">
        <w:rPr>
          <w:rFonts w:cs="Arial"/>
          <w:lang w:eastAsia="es-ES"/>
        </w:rPr>
        <w:t>omisiones</w:t>
      </w:r>
      <w:proofErr w:type="spellEnd"/>
      <w:r w:rsidRPr="000D2C63">
        <w:rPr>
          <w:rFonts w:cs="Arial"/>
          <w:lang w:eastAsia="es-ES"/>
        </w:rPr>
        <w:t xml:space="preserve"> de </w:t>
      </w:r>
      <w:proofErr w:type="spellStart"/>
      <w:r w:rsidRPr="000D2C63">
        <w:rPr>
          <w:rFonts w:cs="Arial"/>
          <w:lang w:eastAsia="es-ES"/>
        </w:rPr>
        <w:t>este</w:t>
      </w:r>
      <w:proofErr w:type="spellEnd"/>
      <w:r w:rsidRPr="000D2C63">
        <w:rPr>
          <w:rFonts w:cs="Arial"/>
          <w:lang w:eastAsia="es-ES"/>
        </w:rPr>
        <w:t xml:space="preserve">, son de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cuenta</w:t>
      </w:r>
      <w:proofErr w:type="spellEnd"/>
      <w:r w:rsidRPr="000D2C63">
        <w:rPr>
          <w:rFonts w:cs="Arial"/>
          <w:lang w:eastAsia="es-ES"/>
        </w:rPr>
        <w:t xml:space="preserve"> y </w:t>
      </w:r>
      <w:proofErr w:type="spellStart"/>
      <w:r w:rsidRPr="000D2C63">
        <w:rPr>
          <w:rFonts w:cs="Arial"/>
          <w:lang w:eastAsia="es-ES"/>
        </w:rPr>
        <w:t>riesgo</w:t>
      </w:r>
      <w:proofErr w:type="spellEnd"/>
      <w:r w:rsidRPr="000D2C63">
        <w:rPr>
          <w:rFonts w:cs="Arial"/>
          <w:lang w:eastAsia="es-ES"/>
        </w:rPr>
        <w:t xml:space="preserve">. PARÁGRAFO: El personal </w:t>
      </w:r>
      <w:proofErr w:type="spellStart"/>
      <w:r w:rsidRPr="000D2C63">
        <w:rPr>
          <w:rFonts w:cs="Arial"/>
          <w:lang w:eastAsia="es-ES"/>
        </w:rPr>
        <w:t>que</w:t>
      </w:r>
      <w:proofErr w:type="spellEnd"/>
      <w:r w:rsidRPr="000D2C63">
        <w:rPr>
          <w:rFonts w:cs="Arial"/>
          <w:lang w:eastAsia="es-ES"/>
        </w:rPr>
        <w:t xml:space="preserve"> EL CONTRATISTA </w:t>
      </w:r>
      <w:proofErr w:type="spellStart"/>
      <w:r w:rsidRPr="000D2C63">
        <w:rPr>
          <w:rFonts w:cs="Arial"/>
          <w:lang w:eastAsia="es-ES"/>
        </w:rPr>
        <w:t>ocupe</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 </w:t>
      </w:r>
      <w:proofErr w:type="spellStart"/>
      <w:r w:rsidRPr="000D2C63">
        <w:rPr>
          <w:rFonts w:cs="Arial"/>
          <w:lang w:eastAsia="es-ES"/>
        </w:rPr>
        <w:t>realización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no </w:t>
      </w:r>
      <w:proofErr w:type="spellStart"/>
      <w:r w:rsidRPr="000D2C63">
        <w:rPr>
          <w:rFonts w:cs="Arial"/>
          <w:lang w:eastAsia="es-ES"/>
        </w:rPr>
        <w:t>tendrá</w:t>
      </w:r>
      <w:proofErr w:type="spellEnd"/>
      <w:r w:rsidRPr="000D2C63">
        <w:rPr>
          <w:rFonts w:cs="Arial"/>
          <w:lang w:eastAsia="es-ES"/>
        </w:rPr>
        <w:t xml:space="preserve"> </w:t>
      </w:r>
      <w:proofErr w:type="spellStart"/>
      <w:r w:rsidRPr="000D2C63">
        <w:rPr>
          <w:rFonts w:cs="Arial"/>
          <w:lang w:eastAsia="es-ES"/>
        </w:rPr>
        <w:t>ninguna</w:t>
      </w:r>
      <w:proofErr w:type="spellEnd"/>
      <w:r w:rsidRPr="000D2C63">
        <w:rPr>
          <w:rFonts w:cs="Arial"/>
          <w:lang w:eastAsia="es-ES"/>
        </w:rPr>
        <w:t xml:space="preserve"> </w:t>
      </w:r>
      <w:proofErr w:type="spellStart"/>
      <w:r w:rsidRPr="000D2C63">
        <w:rPr>
          <w:rFonts w:cs="Arial"/>
          <w:lang w:eastAsia="es-ES"/>
        </w:rPr>
        <w:t>vinculación</w:t>
      </w:r>
      <w:proofErr w:type="spellEnd"/>
      <w:r w:rsidRPr="000D2C63">
        <w:rPr>
          <w:rFonts w:cs="Arial"/>
          <w:lang w:eastAsia="es-ES"/>
        </w:rPr>
        <w:t xml:space="preserve"> </w:t>
      </w:r>
      <w:proofErr w:type="spellStart"/>
      <w:r w:rsidRPr="000D2C63">
        <w:rPr>
          <w:rFonts w:cs="Arial"/>
          <w:lang w:eastAsia="es-ES"/>
        </w:rPr>
        <w:t>laboral</w:t>
      </w:r>
      <w:proofErr w:type="spellEnd"/>
      <w:r w:rsidRPr="000D2C63">
        <w:rPr>
          <w:rFonts w:cs="Arial"/>
          <w:lang w:eastAsia="es-ES"/>
        </w:rPr>
        <w:t xml:space="preserve">, civil, </w:t>
      </w:r>
      <w:proofErr w:type="spellStart"/>
      <w:r w:rsidRPr="000D2C63">
        <w:rPr>
          <w:rFonts w:cs="Arial"/>
          <w:lang w:eastAsia="es-ES"/>
        </w:rPr>
        <w:t>ni</w:t>
      </w:r>
      <w:proofErr w:type="spellEnd"/>
      <w:r w:rsidRPr="000D2C63">
        <w:rPr>
          <w:rFonts w:cs="Arial"/>
          <w:lang w:eastAsia="es-ES"/>
        </w:rPr>
        <w:t xml:space="preserve"> </w:t>
      </w:r>
      <w:proofErr w:type="spellStart"/>
      <w:r w:rsidRPr="000D2C63">
        <w:rPr>
          <w:rFonts w:cs="Arial"/>
          <w:lang w:eastAsia="es-ES"/>
        </w:rPr>
        <w:t>comercial</w:t>
      </w:r>
      <w:proofErr w:type="spellEnd"/>
      <w:r w:rsidRPr="000D2C63">
        <w:rPr>
          <w:rFonts w:cs="Arial"/>
          <w:lang w:eastAsia="es-ES"/>
        </w:rPr>
        <w:t xml:space="preserve"> con el CONSEJO SUPERIOR DE LA JUDICATURA. La </w:t>
      </w:r>
      <w:proofErr w:type="spellStart"/>
      <w:r w:rsidRPr="000D2C63">
        <w:rPr>
          <w:rFonts w:cs="Arial"/>
          <w:lang w:eastAsia="es-ES"/>
        </w:rPr>
        <w:t>responsabilidad</w:t>
      </w:r>
      <w:proofErr w:type="spellEnd"/>
      <w:r w:rsidRPr="000D2C63">
        <w:rPr>
          <w:rFonts w:cs="Arial"/>
          <w:lang w:eastAsia="es-ES"/>
        </w:rPr>
        <w:t xml:space="preserve"> </w:t>
      </w:r>
      <w:proofErr w:type="spellStart"/>
      <w:r w:rsidRPr="000D2C63">
        <w:rPr>
          <w:rFonts w:cs="Arial"/>
          <w:lang w:eastAsia="es-ES"/>
        </w:rPr>
        <w:t>derivada</w:t>
      </w:r>
      <w:proofErr w:type="spellEnd"/>
      <w:r w:rsidRPr="000D2C63">
        <w:rPr>
          <w:rFonts w:cs="Arial"/>
          <w:lang w:eastAsia="es-ES"/>
        </w:rPr>
        <w:t xml:space="preserve"> de </w:t>
      </w:r>
      <w:proofErr w:type="spellStart"/>
      <w:r w:rsidRPr="000D2C63">
        <w:rPr>
          <w:rFonts w:cs="Arial"/>
          <w:lang w:eastAsia="es-ES"/>
        </w:rPr>
        <w:t>estas</w:t>
      </w:r>
      <w:proofErr w:type="spellEnd"/>
      <w:r w:rsidRPr="000D2C63">
        <w:rPr>
          <w:rFonts w:cs="Arial"/>
          <w:lang w:eastAsia="es-ES"/>
        </w:rPr>
        <w:t xml:space="preserve"> </w:t>
      </w:r>
      <w:proofErr w:type="spellStart"/>
      <w:r w:rsidRPr="000D2C63">
        <w:rPr>
          <w:rFonts w:cs="Arial"/>
          <w:lang w:eastAsia="es-ES"/>
        </w:rPr>
        <w:t>vinculaciones</w:t>
      </w:r>
      <w:proofErr w:type="spellEnd"/>
      <w:r w:rsidRPr="000D2C63">
        <w:rPr>
          <w:rFonts w:cs="Arial"/>
          <w:lang w:eastAsia="es-ES"/>
        </w:rPr>
        <w:t xml:space="preserve"> </w:t>
      </w:r>
      <w:proofErr w:type="spellStart"/>
      <w:r w:rsidRPr="000D2C63">
        <w:rPr>
          <w:rFonts w:cs="Arial"/>
          <w:lang w:eastAsia="es-ES"/>
        </w:rPr>
        <w:t>correrá</w:t>
      </w:r>
      <w:proofErr w:type="spellEnd"/>
      <w:r w:rsidRPr="000D2C63">
        <w:rPr>
          <w:rFonts w:cs="Arial"/>
          <w:lang w:eastAsia="es-ES"/>
        </w:rPr>
        <w:t xml:space="preserve"> a cargo del CONTRATISTA.</w:t>
      </w:r>
    </w:p>
    <w:p w14:paraId="01197735" w14:textId="77777777" w:rsidR="0069469E" w:rsidRPr="000D2C63" w:rsidRDefault="0069469E" w:rsidP="0069469E">
      <w:pPr>
        <w:ind w:left="720"/>
        <w:jc w:val="both"/>
        <w:rPr>
          <w:rFonts w:cs="Arial"/>
          <w:lang w:eastAsia="es-ES"/>
        </w:rPr>
      </w:pPr>
    </w:p>
    <w:p w14:paraId="48FED0AB" w14:textId="77777777" w:rsidR="0069469E" w:rsidRPr="000D2C63" w:rsidRDefault="0069469E" w:rsidP="0069469E">
      <w:pPr>
        <w:numPr>
          <w:ilvl w:val="0"/>
          <w:numId w:val="17"/>
        </w:numPr>
        <w:spacing w:after="0" w:line="240" w:lineRule="auto"/>
        <w:jc w:val="both"/>
        <w:rPr>
          <w:rFonts w:cs="Arial"/>
          <w:lang w:eastAsia="es-ES"/>
        </w:rPr>
      </w:pPr>
      <w:r w:rsidRPr="000D2C63">
        <w:rPr>
          <w:rFonts w:cs="Arial"/>
          <w:lang w:eastAsia="es-ES"/>
        </w:rPr>
        <w:t xml:space="preserve">El </w:t>
      </w:r>
      <w:proofErr w:type="spellStart"/>
      <w:r w:rsidRPr="000D2C63">
        <w:rPr>
          <w:rFonts w:cs="Arial"/>
          <w:lang w:eastAsia="es-ES"/>
        </w:rPr>
        <w:t>Contratista</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cumplimiento</w:t>
      </w:r>
      <w:proofErr w:type="spellEnd"/>
      <w:r w:rsidRPr="000D2C63">
        <w:rPr>
          <w:rFonts w:cs="Arial"/>
          <w:lang w:eastAsia="es-ES"/>
        </w:rPr>
        <w:t xml:space="preserve"> de lo </w:t>
      </w:r>
      <w:proofErr w:type="spellStart"/>
      <w:r w:rsidRPr="000D2C63">
        <w:rPr>
          <w:rFonts w:cs="Arial"/>
          <w:lang w:eastAsia="es-ES"/>
        </w:rPr>
        <w:t>dispuesto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 Ley 2119 de 2021 "Por medio del </w:t>
      </w:r>
      <w:proofErr w:type="spellStart"/>
      <w:r w:rsidRPr="000D2C63">
        <w:rPr>
          <w:rFonts w:cs="Arial"/>
          <w:lang w:eastAsia="es-ES"/>
        </w:rPr>
        <w:t>cual</w:t>
      </w:r>
      <w:proofErr w:type="spellEnd"/>
      <w:r w:rsidRPr="000D2C63">
        <w:rPr>
          <w:rFonts w:cs="Arial"/>
          <w:lang w:eastAsia="es-ES"/>
        </w:rPr>
        <w:t xml:space="preserve"> se </w:t>
      </w:r>
      <w:proofErr w:type="spellStart"/>
      <w:r w:rsidRPr="000D2C63">
        <w:rPr>
          <w:rFonts w:cs="Arial"/>
          <w:lang w:eastAsia="es-ES"/>
        </w:rPr>
        <w:t>establecen</w:t>
      </w:r>
      <w:proofErr w:type="spellEnd"/>
      <w:r w:rsidRPr="000D2C63">
        <w:rPr>
          <w:rFonts w:cs="Arial"/>
          <w:lang w:eastAsia="es-ES"/>
        </w:rPr>
        <w:t xml:space="preserve"> </w:t>
      </w:r>
      <w:proofErr w:type="spellStart"/>
      <w:r w:rsidRPr="000D2C63">
        <w:rPr>
          <w:rFonts w:cs="Arial"/>
          <w:lang w:eastAsia="es-ES"/>
        </w:rPr>
        <w:t>medidas</w:t>
      </w:r>
      <w:proofErr w:type="spellEnd"/>
      <w:r w:rsidRPr="000D2C63">
        <w:rPr>
          <w:rFonts w:cs="Arial"/>
          <w:lang w:eastAsia="es-ES"/>
        </w:rPr>
        <w:t xml:space="preserve"> para </w:t>
      </w:r>
      <w:proofErr w:type="spellStart"/>
      <w:r w:rsidRPr="000D2C63">
        <w:rPr>
          <w:rFonts w:cs="Arial"/>
          <w:lang w:eastAsia="es-ES"/>
        </w:rPr>
        <w:t>fortalecer</w:t>
      </w:r>
      <w:proofErr w:type="spellEnd"/>
      <w:r w:rsidRPr="000D2C63">
        <w:rPr>
          <w:rFonts w:cs="Arial"/>
          <w:lang w:eastAsia="es-ES"/>
        </w:rPr>
        <w:t xml:space="preserve"> la </w:t>
      </w:r>
      <w:proofErr w:type="spellStart"/>
      <w:r w:rsidRPr="000D2C63">
        <w:rPr>
          <w:rFonts w:cs="Arial"/>
          <w:lang w:eastAsia="es-ES"/>
        </w:rPr>
        <w:t>conciencia</w:t>
      </w:r>
      <w:proofErr w:type="spellEnd"/>
      <w:r w:rsidRPr="000D2C63">
        <w:rPr>
          <w:rFonts w:cs="Arial"/>
          <w:lang w:eastAsia="es-ES"/>
        </w:rPr>
        <w:t xml:space="preserve"> </w:t>
      </w:r>
      <w:proofErr w:type="spellStart"/>
      <w:r w:rsidRPr="000D2C63">
        <w:rPr>
          <w:rFonts w:cs="Arial"/>
          <w:lang w:eastAsia="es-ES"/>
        </w:rPr>
        <w:t>educativa</w:t>
      </w:r>
      <w:proofErr w:type="spellEnd"/>
      <w:r w:rsidRPr="000D2C63">
        <w:rPr>
          <w:rFonts w:cs="Arial"/>
          <w:lang w:eastAsia="es-ES"/>
        </w:rPr>
        <w:t xml:space="preserve"> para el </w:t>
      </w:r>
      <w:proofErr w:type="spellStart"/>
      <w:r w:rsidRPr="000D2C63">
        <w:rPr>
          <w:rFonts w:cs="Arial"/>
          <w:lang w:eastAsia="es-ES"/>
        </w:rPr>
        <w:t>trabajo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 </w:t>
      </w:r>
      <w:proofErr w:type="spellStart"/>
      <w:r w:rsidRPr="000D2C63">
        <w:rPr>
          <w:rFonts w:cs="Arial"/>
          <w:lang w:eastAsia="es-ES"/>
        </w:rPr>
        <w:t>educación</w:t>
      </w:r>
      <w:proofErr w:type="spellEnd"/>
      <w:r w:rsidRPr="000D2C63">
        <w:rPr>
          <w:rFonts w:cs="Arial"/>
          <w:lang w:eastAsia="es-ES"/>
        </w:rPr>
        <w:t xml:space="preserve"> </w:t>
      </w:r>
      <w:proofErr w:type="spellStart"/>
      <w:r w:rsidRPr="000D2C63">
        <w:rPr>
          <w:rFonts w:cs="Arial"/>
          <w:lang w:eastAsia="es-ES"/>
        </w:rPr>
        <w:t>básica</w:t>
      </w:r>
      <w:proofErr w:type="spellEnd"/>
      <w:r w:rsidRPr="000D2C63">
        <w:rPr>
          <w:rFonts w:cs="Arial"/>
          <w:lang w:eastAsia="es-ES"/>
        </w:rPr>
        <w:t xml:space="preserve"> </w:t>
      </w:r>
      <w:proofErr w:type="spellStart"/>
      <w:r w:rsidRPr="000D2C63">
        <w:rPr>
          <w:rFonts w:cs="Arial"/>
          <w:lang w:eastAsia="es-ES"/>
        </w:rPr>
        <w:t>secundaria</w:t>
      </w:r>
      <w:proofErr w:type="spellEnd"/>
      <w:r w:rsidRPr="000D2C63">
        <w:rPr>
          <w:rFonts w:cs="Arial"/>
          <w:lang w:eastAsia="es-ES"/>
        </w:rPr>
        <w:t xml:space="preserve">, </w:t>
      </w:r>
      <w:proofErr w:type="spellStart"/>
      <w:r w:rsidRPr="000D2C63">
        <w:rPr>
          <w:rFonts w:cs="Arial"/>
          <w:lang w:eastAsia="es-ES"/>
        </w:rPr>
        <w:t>educación</w:t>
      </w:r>
      <w:proofErr w:type="spellEnd"/>
      <w:r w:rsidRPr="000D2C63">
        <w:rPr>
          <w:rFonts w:cs="Arial"/>
          <w:lang w:eastAsia="es-ES"/>
        </w:rPr>
        <w:t xml:space="preserve"> media y </w:t>
      </w:r>
      <w:proofErr w:type="spellStart"/>
      <w:r w:rsidRPr="000D2C63">
        <w:rPr>
          <w:rFonts w:cs="Arial"/>
          <w:lang w:eastAsia="es-ES"/>
        </w:rPr>
        <w:t>educación</w:t>
      </w:r>
      <w:proofErr w:type="spellEnd"/>
      <w:r w:rsidRPr="000D2C63">
        <w:rPr>
          <w:rFonts w:cs="Arial"/>
          <w:lang w:eastAsia="es-ES"/>
        </w:rPr>
        <w:t xml:space="preserve"> superior y se </w:t>
      </w:r>
      <w:proofErr w:type="spellStart"/>
      <w:r w:rsidRPr="000D2C63">
        <w:rPr>
          <w:rFonts w:cs="Arial"/>
          <w:lang w:eastAsia="es-ES"/>
        </w:rPr>
        <w:t>dictan</w:t>
      </w:r>
      <w:proofErr w:type="spellEnd"/>
      <w:r w:rsidRPr="000D2C63">
        <w:rPr>
          <w:rFonts w:cs="Arial"/>
          <w:lang w:eastAsia="es-ES"/>
        </w:rPr>
        <w:t xml:space="preserve"> </w:t>
      </w:r>
      <w:proofErr w:type="spellStart"/>
      <w:r w:rsidRPr="000D2C63">
        <w:rPr>
          <w:rFonts w:cs="Arial"/>
          <w:lang w:eastAsia="es-ES"/>
        </w:rPr>
        <w:t>otras</w:t>
      </w:r>
      <w:proofErr w:type="spellEnd"/>
      <w:r w:rsidRPr="000D2C63">
        <w:rPr>
          <w:rFonts w:cs="Arial"/>
          <w:lang w:eastAsia="es-ES"/>
        </w:rPr>
        <w:t xml:space="preserve"> </w:t>
      </w:r>
      <w:proofErr w:type="spellStart"/>
      <w:r w:rsidRPr="000D2C63">
        <w:rPr>
          <w:rFonts w:cs="Arial"/>
          <w:lang w:eastAsia="es-ES"/>
        </w:rPr>
        <w:t>disposiciones</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materia</w:t>
      </w:r>
      <w:proofErr w:type="spellEnd"/>
      <w:r w:rsidRPr="000D2C63">
        <w:rPr>
          <w:rFonts w:cs="Arial"/>
          <w:lang w:eastAsia="es-ES"/>
        </w:rPr>
        <w:t xml:space="preserve"> de </w:t>
      </w:r>
      <w:proofErr w:type="spellStart"/>
      <w:r w:rsidRPr="000D2C63">
        <w:rPr>
          <w:rFonts w:cs="Arial"/>
          <w:lang w:eastAsia="es-ES"/>
        </w:rPr>
        <w:t>inserción</w:t>
      </w:r>
      <w:proofErr w:type="spellEnd"/>
      <w:r w:rsidRPr="000D2C63">
        <w:rPr>
          <w:rFonts w:cs="Arial"/>
          <w:lang w:eastAsia="es-ES"/>
        </w:rPr>
        <w:t xml:space="preserve"> </w:t>
      </w:r>
      <w:proofErr w:type="spellStart"/>
      <w:r w:rsidRPr="000D2C63">
        <w:rPr>
          <w:rFonts w:cs="Arial"/>
          <w:lang w:eastAsia="es-ES"/>
        </w:rPr>
        <w:t>laboral</w:t>
      </w:r>
      <w:proofErr w:type="spellEnd"/>
      <w:r w:rsidRPr="000D2C63">
        <w:rPr>
          <w:rFonts w:cs="Arial"/>
          <w:lang w:eastAsia="es-ES"/>
        </w:rPr>
        <w:t xml:space="preserve"> para </w:t>
      </w:r>
      <w:proofErr w:type="spellStart"/>
      <w:r w:rsidRPr="000D2C63">
        <w:rPr>
          <w:rFonts w:cs="Arial"/>
          <w:lang w:eastAsia="es-ES"/>
        </w:rPr>
        <w:t>jóvenes</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incorporar</w:t>
      </w:r>
      <w:proofErr w:type="spellEnd"/>
      <w:r w:rsidRPr="000D2C63">
        <w:rPr>
          <w:rFonts w:cs="Arial"/>
          <w:lang w:eastAsia="es-ES"/>
        </w:rPr>
        <w:t xml:space="preserve"> </w:t>
      </w:r>
      <w:proofErr w:type="spellStart"/>
      <w:r w:rsidRPr="000D2C63">
        <w:rPr>
          <w:rFonts w:cs="Arial"/>
          <w:lang w:eastAsia="es-ES"/>
        </w:rPr>
        <w:t>dentro</w:t>
      </w:r>
      <w:proofErr w:type="spellEnd"/>
      <w:r w:rsidRPr="000D2C63">
        <w:rPr>
          <w:rFonts w:cs="Arial"/>
          <w:lang w:eastAsia="es-ES"/>
        </w:rPr>
        <w:t xml:space="preserve"> de la planta de personal </w:t>
      </w:r>
      <w:proofErr w:type="spellStart"/>
      <w:r w:rsidRPr="000D2C63">
        <w:rPr>
          <w:rFonts w:cs="Arial"/>
          <w:lang w:eastAsia="es-ES"/>
        </w:rPr>
        <w:t>contratado</w:t>
      </w:r>
      <w:proofErr w:type="spellEnd"/>
      <w:r w:rsidRPr="000D2C63">
        <w:rPr>
          <w:rFonts w:cs="Arial"/>
          <w:lang w:eastAsia="es-ES"/>
        </w:rPr>
        <w:t xml:space="preserve"> a </w:t>
      </w:r>
      <w:proofErr w:type="spellStart"/>
      <w:r w:rsidRPr="000D2C63">
        <w:rPr>
          <w:rFonts w:cs="Arial"/>
          <w:lang w:eastAsia="es-ES"/>
        </w:rPr>
        <w:t>jóvenes</w:t>
      </w:r>
      <w:proofErr w:type="spellEnd"/>
      <w:r w:rsidRPr="000D2C63">
        <w:rPr>
          <w:rFonts w:cs="Arial"/>
          <w:lang w:eastAsia="es-ES"/>
        </w:rPr>
        <w:t xml:space="preserve"> entre </w:t>
      </w:r>
      <w:proofErr w:type="spellStart"/>
      <w:r w:rsidRPr="000D2C63">
        <w:rPr>
          <w:rFonts w:cs="Arial"/>
          <w:lang w:eastAsia="es-ES"/>
        </w:rPr>
        <w:t>los</w:t>
      </w:r>
      <w:proofErr w:type="spellEnd"/>
      <w:r w:rsidRPr="000D2C63">
        <w:rPr>
          <w:rFonts w:cs="Arial"/>
          <w:lang w:eastAsia="es-ES"/>
        </w:rPr>
        <w:t xml:space="preserve"> 18 y 28 </w:t>
      </w:r>
      <w:proofErr w:type="spellStart"/>
      <w:r w:rsidRPr="000D2C63">
        <w:rPr>
          <w:rFonts w:cs="Arial"/>
          <w:lang w:eastAsia="es-ES"/>
        </w:rPr>
        <w:t>años</w:t>
      </w:r>
      <w:proofErr w:type="spellEnd"/>
      <w:r w:rsidRPr="000D2C63">
        <w:rPr>
          <w:rFonts w:cs="Arial"/>
          <w:lang w:eastAsia="es-ES"/>
        </w:rPr>
        <w:t xml:space="preserve"> de </w:t>
      </w:r>
      <w:proofErr w:type="spellStart"/>
      <w:r w:rsidRPr="000D2C63">
        <w:rPr>
          <w:rFonts w:cs="Arial"/>
          <w:lang w:eastAsia="es-ES"/>
        </w:rPr>
        <w:t>edad</w:t>
      </w:r>
      <w:proofErr w:type="spellEnd"/>
      <w:r w:rsidRPr="000D2C63">
        <w:rPr>
          <w:rFonts w:cs="Arial"/>
          <w:lang w:eastAsia="es-ES"/>
        </w:rPr>
        <w:t xml:space="preserve">, </w:t>
      </w:r>
      <w:proofErr w:type="spellStart"/>
      <w:r w:rsidRPr="000D2C63">
        <w:rPr>
          <w:rFonts w:cs="Arial"/>
          <w:lang w:eastAsia="es-ES"/>
        </w:rPr>
        <w:t>profesionales</w:t>
      </w:r>
      <w:proofErr w:type="spellEnd"/>
      <w:r w:rsidRPr="000D2C63">
        <w:rPr>
          <w:rFonts w:cs="Arial"/>
          <w:lang w:eastAsia="es-ES"/>
        </w:rPr>
        <w:t xml:space="preserve"> o </w:t>
      </w:r>
      <w:proofErr w:type="spellStart"/>
      <w:r w:rsidRPr="000D2C63">
        <w:rPr>
          <w:rFonts w:cs="Arial"/>
          <w:lang w:eastAsia="es-ES"/>
        </w:rPr>
        <w:t>tecnólogos</w:t>
      </w:r>
      <w:proofErr w:type="spellEnd"/>
      <w:r w:rsidRPr="000D2C63">
        <w:rPr>
          <w:rFonts w:cs="Arial"/>
          <w:lang w:eastAsia="es-ES"/>
        </w:rPr>
        <w:t xml:space="preserve"> </w:t>
      </w:r>
      <w:proofErr w:type="spellStart"/>
      <w:r w:rsidRPr="000D2C63">
        <w:rPr>
          <w:rFonts w:cs="Arial"/>
          <w:lang w:eastAsia="es-ES"/>
        </w:rPr>
        <w:t>conforme</w:t>
      </w:r>
      <w:proofErr w:type="spellEnd"/>
      <w:r w:rsidRPr="000D2C63">
        <w:rPr>
          <w:rFonts w:cs="Arial"/>
          <w:lang w:eastAsia="es-ES"/>
        </w:rPr>
        <w:t xml:space="preserve"> lo </w:t>
      </w:r>
      <w:proofErr w:type="spellStart"/>
      <w:r w:rsidRPr="000D2C63">
        <w:rPr>
          <w:rFonts w:cs="Arial"/>
          <w:lang w:eastAsia="es-ES"/>
        </w:rPr>
        <w:t>requerido</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la </w:t>
      </w:r>
      <w:proofErr w:type="spellStart"/>
      <w:r w:rsidRPr="000D2C63">
        <w:rPr>
          <w:rFonts w:cs="Arial"/>
          <w:lang w:eastAsia="es-ES"/>
        </w:rPr>
        <w:t>Entidad</w:t>
      </w:r>
      <w:proofErr w:type="spellEnd"/>
      <w:r w:rsidRPr="000D2C63">
        <w:rPr>
          <w:rFonts w:cs="Arial"/>
          <w:lang w:eastAsia="es-ES"/>
        </w:rPr>
        <w:t xml:space="preserve"> (EQUIPO DE TRABAJO REQUERIDO), </w:t>
      </w:r>
      <w:proofErr w:type="spellStart"/>
      <w:r w:rsidRPr="000D2C63">
        <w:rPr>
          <w:rFonts w:cs="Arial"/>
          <w:lang w:eastAsia="es-ES"/>
        </w:rPr>
        <w:t>cuyo</w:t>
      </w:r>
      <w:proofErr w:type="spellEnd"/>
      <w:r w:rsidRPr="000D2C63">
        <w:rPr>
          <w:rFonts w:cs="Arial"/>
          <w:lang w:eastAsia="es-ES"/>
        </w:rPr>
        <w:t xml:space="preserve"> </w:t>
      </w:r>
      <w:proofErr w:type="spellStart"/>
      <w:r w:rsidRPr="000D2C63">
        <w:rPr>
          <w:rFonts w:cs="Arial"/>
          <w:lang w:eastAsia="es-ES"/>
        </w:rPr>
        <w:t>porcentaje</w:t>
      </w:r>
      <w:proofErr w:type="spellEnd"/>
      <w:r w:rsidRPr="000D2C63">
        <w:rPr>
          <w:rFonts w:cs="Arial"/>
          <w:lang w:eastAsia="es-ES"/>
        </w:rPr>
        <w:t xml:space="preserve"> no </w:t>
      </w:r>
      <w:proofErr w:type="spellStart"/>
      <w:r w:rsidRPr="000D2C63">
        <w:rPr>
          <w:rFonts w:cs="Arial"/>
          <w:lang w:eastAsia="es-ES"/>
        </w:rPr>
        <w:t>podrá</w:t>
      </w:r>
      <w:proofErr w:type="spellEnd"/>
      <w:r w:rsidRPr="000D2C63">
        <w:rPr>
          <w:rFonts w:cs="Arial"/>
          <w:lang w:eastAsia="es-ES"/>
        </w:rPr>
        <w:t xml:space="preserve"> ser inferior al 8% del total del personal </w:t>
      </w:r>
      <w:proofErr w:type="spellStart"/>
      <w:r w:rsidRPr="000D2C63">
        <w:rPr>
          <w:rFonts w:cs="Arial"/>
          <w:lang w:eastAsia="es-ES"/>
        </w:rPr>
        <w:t>que</w:t>
      </w:r>
      <w:proofErr w:type="spellEnd"/>
      <w:r w:rsidRPr="000D2C63">
        <w:rPr>
          <w:rFonts w:cs="Arial"/>
          <w:lang w:eastAsia="es-ES"/>
        </w:rPr>
        <w:t xml:space="preserve"> se </w:t>
      </w:r>
      <w:proofErr w:type="spellStart"/>
      <w:r w:rsidRPr="000D2C63">
        <w:rPr>
          <w:rFonts w:cs="Arial"/>
          <w:lang w:eastAsia="es-ES"/>
        </w:rPr>
        <w:t>requiera</w:t>
      </w:r>
      <w:proofErr w:type="spellEnd"/>
      <w:r w:rsidRPr="000D2C63">
        <w:rPr>
          <w:rFonts w:cs="Arial"/>
          <w:lang w:eastAsia="es-ES"/>
        </w:rPr>
        <w:t xml:space="preserve"> para la </w:t>
      </w:r>
      <w:proofErr w:type="spellStart"/>
      <w:r w:rsidRPr="000D2C63">
        <w:rPr>
          <w:rFonts w:cs="Arial"/>
          <w:lang w:eastAsia="es-ES"/>
        </w:rPr>
        <w:t>ejecución</w:t>
      </w:r>
      <w:proofErr w:type="spellEnd"/>
      <w:r w:rsidRPr="000D2C63">
        <w:rPr>
          <w:rFonts w:cs="Arial"/>
          <w:lang w:eastAsia="es-ES"/>
        </w:rPr>
        <w:t xml:space="preserve"> contractual. </w:t>
      </w:r>
      <w:proofErr w:type="spellStart"/>
      <w:r w:rsidRPr="000D2C63">
        <w:rPr>
          <w:rFonts w:cs="Arial"/>
          <w:lang w:eastAsia="es-ES"/>
        </w:rPr>
        <w:t>Aplicará</w:t>
      </w:r>
      <w:proofErr w:type="spellEnd"/>
      <w:r w:rsidRPr="000D2C63">
        <w:rPr>
          <w:rFonts w:cs="Arial"/>
          <w:lang w:eastAsia="es-ES"/>
        </w:rPr>
        <w:t xml:space="preserve"> de forma </w:t>
      </w:r>
      <w:proofErr w:type="spellStart"/>
      <w:r w:rsidRPr="000D2C63">
        <w:rPr>
          <w:rFonts w:cs="Arial"/>
          <w:lang w:eastAsia="es-ES"/>
        </w:rPr>
        <w:t>preferente</w:t>
      </w:r>
      <w:proofErr w:type="spellEnd"/>
      <w:r w:rsidRPr="000D2C63">
        <w:rPr>
          <w:rFonts w:cs="Arial"/>
          <w:lang w:eastAsia="es-ES"/>
        </w:rPr>
        <w:t xml:space="preserve">, las </w:t>
      </w:r>
      <w:proofErr w:type="spellStart"/>
      <w:r w:rsidRPr="000D2C63">
        <w:rPr>
          <w:rFonts w:cs="Arial"/>
          <w:lang w:eastAsia="es-ES"/>
        </w:rPr>
        <w:t>disposiciones</w:t>
      </w:r>
      <w:proofErr w:type="spellEnd"/>
      <w:r w:rsidRPr="000D2C63">
        <w:rPr>
          <w:rFonts w:cs="Arial"/>
          <w:lang w:eastAsia="es-ES"/>
        </w:rPr>
        <w:t xml:space="preserve"> </w:t>
      </w:r>
      <w:proofErr w:type="spellStart"/>
      <w:r w:rsidRPr="000D2C63">
        <w:rPr>
          <w:rFonts w:cs="Arial"/>
          <w:lang w:eastAsia="es-ES"/>
        </w:rPr>
        <w:t>contenidas</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las </w:t>
      </w:r>
      <w:proofErr w:type="spellStart"/>
      <w:r w:rsidRPr="000D2C63">
        <w:rPr>
          <w:rFonts w:cs="Arial"/>
          <w:lang w:eastAsia="es-ES"/>
        </w:rPr>
        <w:t>leyes</w:t>
      </w:r>
      <w:proofErr w:type="spellEnd"/>
      <w:r w:rsidRPr="000D2C63">
        <w:rPr>
          <w:rFonts w:cs="Arial"/>
          <w:lang w:eastAsia="es-ES"/>
        </w:rPr>
        <w:t xml:space="preserve"> 2039 y 2043 de 2020, o las </w:t>
      </w:r>
      <w:proofErr w:type="spellStart"/>
      <w:r w:rsidRPr="000D2C63">
        <w:rPr>
          <w:rFonts w:cs="Arial"/>
          <w:lang w:eastAsia="es-ES"/>
        </w:rPr>
        <w:t>normas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las </w:t>
      </w:r>
      <w:proofErr w:type="spellStart"/>
      <w:r w:rsidRPr="000D2C63">
        <w:rPr>
          <w:rFonts w:cs="Arial"/>
          <w:lang w:eastAsia="es-ES"/>
        </w:rPr>
        <w:t>sustituyan</w:t>
      </w:r>
      <w:proofErr w:type="spellEnd"/>
      <w:r w:rsidRPr="000D2C63">
        <w:rPr>
          <w:rFonts w:cs="Arial"/>
          <w:lang w:eastAsia="es-ES"/>
        </w:rPr>
        <w:t xml:space="preserve"> o </w:t>
      </w:r>
      <w:proofErr w:type="spellStart"/>
      <w:r w:rsidRPr="000D2C63">
        <w:rPr>
          <w:rFonts w:cs="Arial"/>
          <w:lang w:eastAsia="es-ES"/>
        </w:rPr>
        <w:t>modifiquen</w:t>
      </w:r>
      <w:proofErr w:type="spellEnd"/>
      <w:r w:rsidRPr="000D2C63">
        <w:rPr>
          <w:rFonts w:cs="Arial"/>
          <w:lang w:eastAsia="es-ES"/>
        </w:rPr>
        <w:t xml:space="preserve">. De </w:t>
      </w:r>
      <w:proofErr w:type="spellStart"/>
      <w:r w:rsidRPr="000D2C63">
        <w:rPr>
          <w:rFonts w:cs="Arial"/>
          <w:lang w:eastAsia="es-ES"/>
        </w:rPr>
        <w:t>dicha</w:t>
      </w:r>
      <w:proofErr w:type="spellEnd"/>
      <w:r w:rsidRPr="000D2C63">
        <w:rPr>
          <w:rFonts w:cs="Arial"/>
          <w:lang w:eastAsia="es-ES"/>
        </w:rPr>
        <w:t xml:space="preserve"> </w:t>
      </w:r>
      <w:proofErr w:type="spellStart"/>
      <w:r w:rsidRPr="000D2C63">
        <w:rPr>
          <w:rFonts w:cs="Arial"/>
          <w:lang w:eastAsia="es-ES"/>
        </w:rPr>
        <w:t>obligación</w:t>
      </w:r>
      <w:proofErr w:type="spellEnd"/>
      <w:r w:rsidRPr="000D2C63">
        <w:rPr>
          <w:rFonts w:cs="Arial"/>
          <w:lang w:eastAsia="es-ES"/>
        </w:rPr>
        <w:t xml:space="preserve">, al Supervisor y el Supervisor r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realizará</w:t>
      </w:r>
      <w:proofErr w:type="spellEnd"/>
      <w:r w:rsidRPr="000D2C63">
        <w:rPr>
          <w:rFonts w:cs="Arial"/>
          <w:lang w:eastAsia="es-ES"/>
        </w:rPr>
        <w:t xml:space="preserve"> el </w:t>
      </w:r>
      <w:proofErr w:type="spellStart"/>
      <w:r w:rsidRPr="000D2C63">
        <w:rPr>
          <w:rFonts w:cs="Arial"/>
          <w:lang w:eastAsia="es-ES"/>
        </w:rPr>
        <w:t>respectivo</w:t>
      </w:r>
      <w:proofErr w:type="spellEnd"/>
      <w:r w:rsidRPr="000D2C63">
        <w:rPr>
          <w:rFonts w:cs="Arial"/>
          <w:lang w:eastAsia="es-ES"/>
        </w:rPr>
        <w:t xml:space="preserve"> </w:t>
      </w:r>
      <w:proofErr w:type="spellStart"/>
      <w:r w:rsidRPr="000D2C63">
        <w:rPr>
          <w:rFonts w:cs="Arial"/>
          <w:lang w:eastAsia="es-ES"/>
        </w:rPr>
        <w:t>seguimiento</w:t>
      </w:r>
      <w:proofErr w:type="spellEnd"/>
      <w:r w:rsidRPr="000D2C63">
        <w:rPr>
          <w:rFonts w:cs="Arial"/>
          <w:lang w:eastAsia="es-ES"/>
        </w:rPr>
        <w:t xml:space="preserve"> </w:t>
      </w:r>
      <w:proofErr w:type="spellStart"/>
      <w:r w:rsidRPr="000D2C63">
        <w:rPr>
          <w:rFonts w:cs="Arial"/>
          <w:lang w:eastAsia="es-ES"/>
        </w:rPr>
        <w:t>durante</w:t>
      </w:r>
      <w:proofErr w:type="spellEnd"/>
      <w:r w:rsidRPr="000D2C63">
        <w:rPr>
          <w:rFonts w:cs="Arial"/>
          <w:lang w:eastAsia="es-ES"/>
        </w:rPr>
        <w:t xml:space="preserve"> la </w:t>
      </w:r>
      <w:proofErr w:type="spellStart"/>
      <w:r w:rsidRPr="000D2C63">
        <w:rPr>
          <w:rFonts w:cs="Arial"/>
          <w:lang w:eastAsia="es-ES"/>
        </w:rPr>
        <w:t>ejecución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garantizando</w:t>
      </w:r>
      <w:proofErr w:type="spellEnd"/>
      <w:r w:rsidRPr="000D2C63">
        <w:rPr>
          <w:rFonts w:cs="Arial"/>
          <w:lang w:eastAsia="es-ES"/>
        </w:rPr>
        <w:t xml:space="preserve"> el </w:t>
      </w:r>
      <w:proofErr w:type="spellStart"/>
      <w:r w:rsidRPr="000D2C63">
        <w:rPr>
          <w:rFonts w:cs="Arial"/>
          <w:lang w:eastAsia="es-ES"/>
        </w:rPr>
        <w:t>cumplimiento</w:t>
      </w:r>
      <w:proofErr w:type="spellEnd"/>
      <w:r w:rsidRPr="000D2C63">
        <w:rPr>
          <w:rFonts w:cs="Arial"/>
          <w:lang w:eastAsia="es-ES"/>
        </w:rPr>
        <w:t xml:space="preserve"> de la </w:t>
      </w:r>
      <w:proofErr w:type="spellStart"/>
      <w:r w:rsidRPr="000D2C63">
        <w:rPr>
          <w:rFonts w:cs="Arial"/>
          <w:lang w:eastAsia="es-ES"/>
        </w:rPr>
        <w:t>misma</w:t>
      </w:r>
      <w:proofErr w:type="spellEnd"/>
      <w:r w:rsidRPr="000D2C63">
        <w:rPr>
          <w:rFonts w:cs="Arial"/>
          <w:lang w:eastAsia="es-ES"/>
        </w:rPr>
        <w:t>.</w:t>
      </w:r>
    </w:p>
    <w:p w14:paraId="72981499" w14:textId="77777777" w:rsidR="0069469E" w:rsidRPr="000D2C63" w:rsidRDefault="0069469E" w:rsidP="0069469E">
      <w:pPr>
        <w:ind w:left="708"/>
        <w:rPr>
          <w:rFonts w:cs="Arial"/>
          <w:lang w:eastAsia="es-ES"/>
        </w:rPr>
      </w:pPr>
    </w:p>
    <w:p w14:paraId="4F5B2D23" w14:textId="77777777" w:rsidR="0069469E" w:rsidRPr="000D2C63" w:rsidRDefault="0069469E" w:rsidP="0069469E">
      <w:pPr>
        <w:numPr>
          <w:ilvl w:val="0"/>
          <w:numId w:val="17"/>
        </w:numPr>
        <w:spacing w:after="0" w:line="240" w:lineRule="auto"/>
        <w:jc w:val="both"/>
        <w:rPr>
          <w:rFonts w:cs="Arial"/>
          <w:lang w:eastAsia="es-ES"/>
        </w:rPr>
      </w:pPr>
      <w:r w:rsidRPr="000D2C63">
        <w:rPr>
          <w:rFonts w:cs="Arial"/>
          <w:lang w:eastAsia="es-ES"/>
        </w:rPr>
        <w:t xml:space="preserve">Pagar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impuestos</w:t>
      </w:r>
      <w:proofErr w:type="spellEnd"/>
      <w:r w:rsidRPr="000D2C63">
        <w:rPr>
          <w:rFonts w:cs="Arial"/>
          <w:lang w:eastAsia="es-ES"/>
        </w:rPr>
        <w:t xml:space="preserve"> de Ley </w:t>
      </w:r>
      <w:proofErr w:type="spellStart"/>
      <w:r w:rsidRPr="000D2C63">
        <w:rPr>
          <w:rFonts w:cs="Arial"/>
          <w:lang w:eastAsia="es-ES"/>
        </w:rPr>
        <w:t>propios</w:t>
      </w:r>
      <w:proofErr w:type="spellEnd"/>
      <w:r w:rsidRPr="000D2C63">
        <w:rPr>
          <w:rFonts w:cs="Arial"/>
          <w:lang w:eastAsia="es-ES"/>
        </w:rPr>
        <w:t xml:space="preserve"> de la </w:t>
      </w:r>
      <w:proofErr w:type="spellStart"/>
      <w:r w:rsidRPr="000D2C63">
        <w:rPr>
          <w:rFonts w:cs="Arial"/>
          <w:lang w:eastAsia="es-ES"/>
        </w:rPr>
        <w:t>actividad</w:t>
      </w:r>
      <w:proofErr w:type="spellEnd"/>
      <w:r w:rsidRPr="000D2C63">
        <w:rPr>
          <w:rFonts w:cs="Arial"/>
          <w:lang w:eastAsia="es-ES"/>
        </w:rPr>
        <w:t xml:space="preserve">, </w:t>
      </w:r>
      <w:proofErr w:type="spellStart"/>
      <w:r w:rsidRPr="000D2C63">
        <w:rPr>
          <w:rFonts w:cs="Arial"/>
          <w:lang w:eastAsia="es-ES"/>
        </w:rPr>
        <w:t>acorde</w:t>
      </w:r>
      <w:proofErr w:type="spellEnd"/>
      <w:r w:rsidRPr="000D2C63">
        <w:rPr>
          <w:rFonts w:cs="Arial"/>
          <w:lang w:eastAsia="es-ES"/>
        </w:rPr>
        <w:t xml:space="preserve"> con el valor total del </w:t>
      </w:r>
      <w:proofErr w:type="spellStart"/>
      <w:r w:rsidRPr="000D2C63">
        <w:rPr>
          <w:rFonts w:cs="Arial"/>
          <w:lang w:eastAsia="es-ES"/>
        </w:rPr>
        <w:t>contrato</w:t>
      </w:r>
      <w:proofErr w:type="spellEnd"/>
      <w:r w:rsidRPr="000D2C63">
        <w:rPr>
          <w:rFonts w:cs="Arial"/>
          <w:lang w:eastAsia="es-ES"/>
        </w:rPr>
        <w:t>.</w:t>
      </w:r>
    </w:p>
    <w:p w14:paraId="77DF85C8" w14:textId="77777777" w:rsidR="0069469E" w:rsidRPr="000D2C63" w:rsidRDefault="0069469E" w:rsidP="0069469E">
      <w:pPr>
        <w:ind w:left="708"/>
        <w:rPr>
          <w:rFonts w:cs="Arial"/>
          <w:lang w:eastAsia="es-ES"/>
        </w:rPr>
      </w:pPr>
    </w:p>
    <w:p w14:paraId="551C4357" w14:textId="77777777" w:rsidR="0069469E" w:rsidRPr="000D2C63" w:rsidRDefault="0069469E" w:rsidP="0069469E">
      <w:pPr>
        <w:numPr>
          <w:ilvl w:val="0"/>
          <w:numId w:val="17"/>
        </w:numPr>
        <w:spacing w:after="0" w:line="240" w:lineRule="auto"/>
        <w:jc w:val="both"/>
        <w:rPr>
          <w:rFonts w:cs="Arial"/>
          <w:lang w:eastAsia="es-ES"/>
        </w:rPr>
      </w:pPr>
      <w:proofErr w:type="spellStart"/>
      <w:r w:rsidRPr="000D2C63">
        <w:rPr>
          <w:rFonts w:cs="Arial"/>
          <w:lang w:eastAsia="es-ES"/>
        </w:rPr>
        <w:t>Asumir</w:t>
      </w:r>
      <w:proofErr w:type="spellEnd"/>
      <w:r w:rsidRPr="000D2C63">
        <w:rPr>
          <w:rFonts w:cs="Arial"/>
          <w:lang w:eastAsia="es-ES"/>
        </w:rPr>
        <w:t xml:space="preserve"> </w:t>
      </w:r>
      <w:proofErr w:type="spellStart"/>
      <w:r w:rsidRPr="000D2C63">
        <w:rPr>
          <w:rFonts w:cs="Arial"/>
          <w:lang w:eastAsia="es-ES"/>
        </w:rPr>
        <w:t>todos</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gastos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se </w:t>
      </w:r>
      <w:proofErr w:type="spellStart"/>
      <w:r w:rsidRPr="000D2C63">
        <w:rPr>
          <w:rFonts w:cs="Arial"/>
          <w:lang w:eastAsia="es-ES"/>
        </w:rPr>
        <w:t>ocasionen</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relación</w:t>
      </w:r>
      <w:proofErr w:type="spellEnd"/>
      <w:r w:rsidRPr="000D2C63">
        <w:rPr>
          <w:rFonts w:cs="Arial"/>
          <w:lang w:eastAsia="es-ES"/>
        </w:rPr>
        <w:t xml:space="preserve"> con la </w:t>
      </w:r>
      <w:proofErr w:type="spellStart"/>
      <w:r w:rsidRPr="000D2C63">
        <w:rPr>
          <w:rFonts w:cs="Arial"/>
          <w:lang w:eastAsia="es-ES"/>
        </w:rPr>
        <w:t>legalización</w:t>
      </w:r>
      <w:proofErr w:type="spellEnd"/>
      <w:r w:rsidRPr="000D2C63">
        <w:rPr>
          <w:rFonts w:cs="Arial"/>
          <w:lang w:eastAsia="es-ES"/>
        </w:rPr>
        <w:t xml:space="preserve"> y </w:t>
      </w:r>
      <w:proofErr w:type="spellStart"/>
      <w:r w:rsidRPr="000D2C63">
        <w:rPr>
          <w:rFonts w:cs="Arial"/>
          <w:lang w:eastAsia="es-ES"/>
        </w:rPr>
        <w:t>ejecución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w:t>
      </w:r>
    </w:p>
    <w:p w14:paraId="385039D9" w14:textId="77777777" w:rsidR="0069469E" w:rsidRPr="000D2C63" w:rsidRDefault="0069469E" w:rsidP="0069469E">
      <w:pPr>
        <w:pStyle w:val="Prrafodelista"/>
        <w:rPr>
          <w:rFonts w:cs="Arial"/>
          <w:sz w:val="20"/>
          <w:lang w:val="es-CO" w:eastAsia="es-ES"/>
        </w:rPr>
      </w:pPr>
    </w:p>
    <w:p w14:paraId="78C7FA1E" w14:textId="77777777" w:rsidR="0069469E" w:rsidRPr="000D2C63" w:rsidRDefault="0069469E" w:rsidP="0069469E">
      <w:pPr>
        <w:numPr>
          <w:ilvl w:val="0"/>
          <w:numId w:val="17"/>
        </w:numPr>
        <w:spacing w:after="0" w:line="240" w:lineRule="auto"/>
        <w:jc w:val="both"/>
        <w:rPr>
          <w:rFonts w:cs="Arial"/>
          <w:lang w:eastAsia="es-ES"/>
        </w:rPr>
      </w:pPr>
      <w:proofErr w:type="spellStart"/>
      <w:r w:rsidRPr="000D2C63">
        <w:rPr>
          <w:rFonts w:cs="Arial"/>
          <w:lang w:eastAsia="es-ES"/>
        </w:rPr>
        <w:t>Mantener</w:t>
      </w:r>
      <w:proofErr w:type="spellEnd"/>
      <w:r w:rsidRPr="000D2C63">
        <w:rPr>
          <w:rFonts w:cs="Arial"/>
          <w:lang w:eastAsia="es-ES"/>
        </w:rPr>
        <w:t xml:space="preserve"> </w:t>
      </w:r>
      <w:proofErr w:type="spellStart"/>
      <w:r w:rsidRPr="000D2C63">
        <w:rPr>
          <w:rFonts w:cs="Arial"/>
          <w:lang w:eastAsia="es-ES"/>
        </w:rPr>
        <w:t>vinculado</w:t>
      </w:r>
      <w:proofErr w:type="spellEnd"/>
      <w:r w:rsidRPr="000D2C63">
        <w:rPr>
          <w:rFonts w:cs="Arial"/>
          <w:lang w:eastAsia="es-ES"/>
        </w:rPr>
        <w:t xml:space="preserve"> </w:t>
      </w:r>
      <w:proofErr w:type="spellStart"/>
      <w:r w:rsidRPr="000D2C63">
        <w:rPr>
          <w:rFonts w:cs="Arial"/>
          <w:lang w:eastAsia="es-ES"/>
        </w:rPr>
        <w:t>durante</w:t>
      </w:r>
      <w:proofErr w:type="spellEnd"/>
      <w:r w:rsidRPr="000D2C63">
        <w:rPr>
          <w:rFonts w:cs="Arial"/>
          <w:lang w:eastAsia="es-ES"/>
        </w:rPr>
        <w:t xml:space="preserve"> </w:t>
      </w:r>
      <w:proofErr w:type="spellStart"/>
      <w:r w:rsidRPr="000D2C63">
        <w:rPr>
          <w:rFonts w:cs="Arial"/>
          <w:lang w:eastAsia="es-ES"/>
        </w:rPr>
        <w:t>toda</w:t>
      </w:r>
      <w:proofErr w:type="spellEnd"/>
      <w:r w:rsidRPr="000D2C63">
        <w:rPr>
          <w:rFonts w:cs="Arial"/>
          <w:lang w:eastAsia="es-ES"/>
        </w:rPr>
        <w:t xml:space="preserve"> la </w:t>
      </w:r>
      <w:proofErr w:type="spellStart"/>
      <w:r w:rsidRPr="000D2C63">
        <w:rPr>
          <w:rFonts w:cs="Arial"/>
          <w:lang w:eastAsia="es-ES"/>
        </w:rPr>
        <w:t>ejecución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el personal con el </w:t>
      </w:r>
      <w:proofErr w:type="spellStart"/>
      <w:r w:rsidRPr="000D2C63">
        <w:rPr>
          <w:rFonts w:cs="Arial"/>
          <w:lang w:eastAsia="es-ES"/>
        </w:rPr>
        <w:t>que</w:t>
      </w:r>
      <w:proofErr w:type="spellEnd"/>
      <w:r w:rsidRPr="000D2C63">
        <w:rPr>
          <w:rFonts w:cs="Arial"/>
          <w:lang w:eastAsia="es-ES"/>
        </w:rPr>
        <w:t xml:space="preserve"> se </w:t>
      </w:r>
      <w:proofErr w:type="spellStart"/>
      <w:r w:rsidRPr="000D2C63">
        <w:rPr>
          <w:rFonts w:cs="Arial"/>
          <w:lang w:eastAsia="es-ES"/>
        </w:rPr>
        <w:t>acreditó</w:t>
      </w:r>
      <w:proofErr w:type="spellEnd"/>
      <w:r w:rsidRPr="000D2C63">
        <w:rPr>
          <w:rFonts w:cs="Arial"/>
          <w:lang w:eastAsia="es-ES"/>
        </w:rPr>
        <w:t xml:space="preserve"> </w:t>
      </w:r>
      <w:proofErr w:type="spellStart"/>
      <w:r w:rsidRPr="000D2C63">
        <w:rPr>
          <w:rFonts w:cs="Arial"/>
          <w:lang w:eastAsia="es-ES"/>
        </w:rPr>
        <w:t>algún</w:t>
      </w:r>
      <w:proofErr w:type="spellEnd"/>
      <w:r w:rsidRPr="000D2C63">
        <w:rPr>
          <w:rFonts w:cs="Arial"/>
          <w:lang w:eastAsia="es-ES"/>
        </w:rPr>
        <w:t xml:space="preserve"> </w:t>
      </w:r>
      <w:proofErr w:type="spellStart"/>
      <w:r w:rsidRPr="000D2C63">
        <w:rPr>
          <w:rFonts w:cs="Arial"/>
          <w:lang w:eastAsia="es-ES"/>
        </w:rPr>
        <w:t>criterio</w:t>
      </w:r>
      <w:proofErr w:type="spellEnd"/>
      <w:r w:rsidRPr="000D2C63">
        <w:rPr>
          <w:rFonts w:cs="Arial"/>
          <w:lang w:eastAsia="es-ES"/>
        </w:rPr>
        <w:t xml:space="preserve"> de </w:t>
      </w:r>
      <w:proofErr w:type="spellStart"/>
      <w:r w:rsidRPr="000D2C63">
        <w:rPr>
          <w:rFonts w:cs="Arial"/>
          <w:lang w:eastAsia="es-ES"/>
        </w:rPr>
        <w:t>desempate</w:t>
      </w:r>
      <w:proofErr w:type="spellEnd"/>
      <w:r w:rsidRPr="000D2C63">
        <w:rPr>
          <w:rFonts w:cs="Arial"/>
          <w:lang w:eastAsia="es-ES"/>
        </w:rPr>
        <w:t>.</w:t>
      </w:r>
    </w:p>
    <w:p w14:paraId="2AD34B42" w14:textId="77777777" w:rsidR="0069469E" w:rsidRPr="000D2C63" w:rsidRDefault="0069469E" w:rsidP="0069469E">
      <w:pPr>
        <w:ind w:left="360"/>
        <w:jc w:val="both"/>
        <w:rPr>
          <w:rFonts w:cs="Arial"/>
          <w:lang w:eastAsia="es-ES"/>
        </w:rPr>
      </w:pPr>
      <w:r w:rsidRPr="000D2C63">
        <w:rPr>
          <w:rFonts w:cs="Arial"/>
          <w:lang w:eastAsia="es-ES"/>
        </w:rPr>
        <w:t xml:space="preserve"> </w:t>
      </w:r>
    </w:p>
    <w:p w14:paraId="06FAEE49" w14:textId="77777777" w:rsidR="0069469E" w:rsidRPr="000D2C63" w:rsidRDefault="0069469E" w:rsidP="0069469E">
      <w:pPr>
        <w:numPr>
          <w:ilvl w:val="0"/>
          <w:numId w:val="17"/>
        </w:numPr>
        <w:spacing w:after="0" w:line="240" w:lineRule="auto"/>
        <w:jc w:val="both"/>
        <w:rPr>
          <w:rFonts w:cs="Arial"/>
          <w:lang w:eastAsia="es-ES"/>
        </w:rPr>
      </w:pPr>
      <w:proofErr w:type="spellStart"/>
      <w:r w:rsidRPr="000D2C63">
        <w:rPr>
          <w:rFonts w:cs="Arial"/>
          <w:lang w:eastAsia="es-ES"/>
        </w:rPr>
        <w:t>Informar</w:t>
      </w:r>
      <w:proofErr w:type="spellEnd"/>
      <w:r w:rsidRPr="000D2C63">
        <w:rPr>
          <w:rFonts w:cs="Arial"/>
          <w:lang w:eastAsia="es-ES"/>
        </w:rPr>
        <w:t xml:space="preserve"> al DIRECCIÓN SECCIONAL DE ADMINISTRACIÓN JUDICIAL DE CALI – VALLE DEL CAUCA, </w:t>
      </w:r>
      <w:proofErr w:type="spellStart"/>
      <w:r w:rsidRPr="000D2C63">
        <w:rPr>
          <w:rFonts w:cs="Arial"/>
          <w:lang w:eastAsia="es-ES"/>
        </w:rPr>
        <w:t>cualquier</w:t>
      </w:r>
      <w:proofErr w:type="spellEnd"/>
      <w:r w:rsidRPr="000D2C63">
        <w:rPr>
          <w:rFonts w:cs="Arial"/>
          <w:lang w:eastAsia="es-ES"/>
        </w:rPr>
        <w:t xml:space="preserve"> </w:t>
      </w:r>
      <w:proofErr w:type="spellStart"/>
      <w:r w:rsidRPr="000D2C63">
        <w:rPr>
          <w:rFonts w:cs="Arial"/>
          <w:lang w:eastAsia="es-ES"/>
        </w:rPr>
        <w:t>anomalía</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se </w:t>
      </w:r>
      <w:proofErr w:type="spellStart"/>
      <w:r w:rsidRPr="000D2C63">
        <w:rPr>
          <w:rFonts w:cs="Arial"/>
          <w:lang w:eastAsia="es-ES"/>
        </w:rPr>
        <w:t>presente</w:t>
      </w:r>
      <w:proofErr w:type="spellEnd"/>
      <w:r w:rsidRPr="000D2C63">
        <w:rPr>
          <w:rFonts w:cs="Arial"/>
          <w:lang w:eastAsia="es-ES"/>
        </w:rPr>
        <w:t xml:space="preserve"> </w:t>
      </w:r>
      <w:proofErr w:type="spellStart"/>
      <w:r w:rsidRPr="000D2C63">
        <w:rPr>
          <w:rFonts w:cs="Arial"/>
          <w:lang w:eastAsia="es-ES"/>
        </w:rPr>
        <w:t>durante</w:t>
      </w:r>
      <w:proofErr w:type="spellEnd"/>
      <w:r w:rsidRPr="000D2C63">
        <w:rPr>
          <w:rFonts w:cs="Arial"/>
          <w:lang w:eastAsia="es-ES"/>
        </w:rPr>
        <w:t xml:space="preserve"> la </w:t>
      </w:r>
      <w:proofErr w:type="spellStart"/>
      <w:r w:rsidRPr="000D2C63">
        <w:rPr>
          <w:rFonts w:cs="Arial"/>
          <w:lang w:eastAsia="es-ES"/>
        </w:rPr>
        <w:t>ejecución</w:t>
      </w:r>
      <w:proofErr w:type="spellEnd"/>
      <w:r w:rsidRPr="000D2C63">
        <w:rPr>
          <w:rFonts w:cs="Arial"/>
          <w:lang w:eastAsia="es-ES"/>
        </w:rPr>
        <w:t xml:space="preserve"> de la </w:t>
      </w:r>
      <w:proofErr w:type="spellStart"/>
      <w:r w:rsidRPr="000D2C63">
        <w:rPr>
          <w:rFonts w:cs="Arial"/>
          <w:lang w:eastAsia="es-ES"/>
        </w:rPr>
        <w:t>obra</w:t>
      </w:r>
      <w:proofErr w:type="spellEnd"/>
      <w:r w:rsidRPr="000D2C63">
        <w:rPr>
          <w:rFonts w:cs="Arial"/>
          <w:lang w:eastAsia="es-ES"/>
        </w:rPr>
        <w:t xml:space="preserve">, </w:t>
      </w:r>
      <w:proofErr w:type="spellStart"/>
      <w:r w:rsidRPr="000D2C63">
        <w:rPr>
          <w:rFonts w:cs="Arial"/>
          <w:lang w:eastAsia="es-ES"/>
        </w:rPr>
        <w:t>según</w:t>
      </w:r>
      <w:proofErr w:type="spellEnd"/>
      <w:r w:rsidRPr="000D2C63">
        <w:rPr>
          <w:rFonts w:cs="Arial"/>
          <w:lang w:eastAsia="es-ES"/>
        </w:rPr>
        <w:t xml:space="preserve"> sea el </w:t>
      </w:r>
      <w:proofErr w:type="spellStart"/>
      <w:r w:rsidRPr="000D2C63">
        <w:rPr>
          <w:rFonts w:cs="Arial"/>
          <w:lang w:eastAsia="es-ES"/>
        </w:rPr>
        <w:t>caso</w:t>
      </w:r>
      <w:proofErr w:type="spellEnd"/>
      <w:r w:rsidRPr="000D2C63">
        <w:rPr>
          <w:rFonts w:cs="Arial"/>
          <w:lang w:eastAsia="es-ES"/>
        </w:rPr>
        <w:t>.</w:t>
      </w:r>
    </w:p>
    <w:p w14:paraId="639408AF" w14:textId="77777777" w:rsidR="0069469E" w:rsidRPr="000D2C63" w:rsidRDefault="0069469E" w:rsidP="0069469E">
      <w:pPr>
        <w:jc w:val="both"/>
        <w:rPr>
          <w:rFonts w:cs="Arial"/>
          <w:lang w:eastAsia="es-ES"/>
        </w:rPr>
      </w:pPr>
    </w:p>
    <w:p w14:paraId="411E1B2F" w14:textId="77777777" w:rsidR="0069469E" w:rsidRPr="000D2C63" w:rsidRDefault="0069469E" w:rsidP="0069469E">
      <w:pPr>
        <w:numPr>
          <w:ilvl w:val="0"/>
          <w:numId w:val="17"/>
        </w:numPr>
        <w:spacing w:after="0" w:line="240" w:lineRule="auto"/>
        <w:jc w:val="both"/>
        <w:rPr>
          <w:rFonts w:cs="Arial"/>
          <w:lang w:eastAsia="es-ES"/>
        </w:rPr>
      </w:pPr>
      <w:proofErr w:type="spellStart"/>
      <w:r w:rsidRPr="000D2C63">
        <w:rPr>
          <w:rFonts w:cs="Arial"/>
          <w:lang w:eastAsia="es-ES"/>
        </w:rPr>
        <w:t>Constituir</w:t>
      </w:r>
      <w:proofErr w:type="spellEnd"/>
      <w:r w:rsidRPr="000D2C63">
        <w:rPr>
          <w:rFonts w:cs="Arial"/>
          <w:lang w:eastAsia="es-ES"/>
        </w:rPr>
        <w:t xml:space="preserve"> las </w:t>
      </w:r>
      <w:proofErr w:type="spellStart"/>
      <w:r w:rsidRPr="000D2C63">
        <w:rPr>
          <w:rFonts w:cs="Arial"/>
          <w:lang w:eastAsia="es-ES"/>
        </w:rPr>
        <w:t>Garantías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establezca</w:t>
      </w:r>
      <w:proofErr w:type="spellEnd"/>
      <w:r w:rsidRPr="000D2C63">
        <w:rPr>
          <w:rFonts w:cs="Arial"/>
          <w:lang w:eastAsia="es-ES"/>
        </w:rPr>
        <w:t xml:space="preserve"> el Consejo Superior de la </w:t>
      </w:r>
      <w:proofErr w:type="spellStart"/>
      <w:r w:rsidRPr="000D2C63">
        <w:rPr>
          <w:rFonts w:cs="Arial"/>
          <w:lang w:eastAsia="es-ES"/>
        </w:rPr>
        <w:t>Judicatura</w:t>
      </w:r>
      <w:proofErr w:type="spellEnd"/>
      <w:r w:rsidRPr="000D2C63">
        <w:rPr>
          <w:rFonts w:cs="Arial"/>
          <w:lang w:eastAsia="es-ES"/>
        </w:rPr>
        <w:t xml:space="preserve"> – </w:t>
      </w:r>
      <w:proofErr w:type="spellStart"/>
      <w:r w:rsidRPr="000D2C63">
        <w:rPr>
          <w:rFonts w:cs="Arial"/>
          <w:lang w:eastAsia="es-ES"/>
        </w:rPr>
        <w:t>Dirección</w:t>
      </w:r>
      <w:proofErr w:type="spellEnd"/>
      <w:r w:rsidRPr="000D2C63">
        <w:rPr>
          <w:rFonts w:cs="Arial"/>
          <w:lang w:eastAsia="es-ES"/>
        </w:rPr>
        <w:t xml:space="preserve"> </w:t>
      </w:r>
      <w:proofErr w:type="spellStart"/>
      <w:r w:rsidRPr="000D2C63">
        <w:rPr>
          <w:rFonts w:cs="Arial"/>
          <w:lang w:eastAsia="es-ES"/>
        </w:rPr>
        <w:t>Seccional</w:t>
      </w:r>
      <w:proofErr w:type="spellEnd"/>
      <w:r w:rsidRPr="000D2C63">
        <w:rPr>
          <w:rFonts w:cs="Arial"/>
          <w:lang w:eastAsia="es-ES"/>
        </w:rPr>
        <w:t xml:space="preserve"> de Administración Judicial de Cali – Valle del Cauca, </w:t>
      </w:r>
      <w:proofErr w:type="spellStart"/>
      <w:r w:rsidRPr="000D2C63">
        <w:rPr>
          <w:rFonts w:cs="Arial"/>
          <w:lang w:eastAsia="es-ES"/>
        </w:rPr>
        <w:t>en</w:t>
      </w:r>
      <w:proofErr w:type="spellEnd"/>
      <w:r w:rsidRPr="000D2C63">
        <w:rPr>
          <w:rFonts w:cs="Arial"/>
          <w:lang w:eastAsia="es-ES"/>
        </w:rPr>
        <w:t xml:space="preserve"> el </w:t>
      </w:r>
      <w:proofErr w:type="spellStart"/>
      <w:r w:rsidRPr="000D2C63">
        <w:rPr>
          <w:rFonts w:cs="Arial"/>
          <w:lang w:eastAsia="es-ES"/>
        </w:rPr>
        <w:t>Proceso</w:t>
      </w:r>
      <w:proofErr w:type="spellEnd"/>
      <w:r w:rsidRPr="000D2C63">
        <w:rPr>
          <w:rFonts w:cs="Arial"/>
          <w:lang w:eastAsia="es-ES"/>
        </w:rPr>
        <w:t xml:space="preserve"> de </w:t>
      </w:r>
      <w:proofErr w:type="spellStart"/>
      <w:r w:rsidRPr="000D2C63">
        <w:rPr>
          <w:rFonts w:cs="Arial"/>
          <w:lang w:eastAsia="es-ES"/>
        </w:rPr>
        <w:t>Selección</w:t>
      </w:r>
      <w:proofErr w:type="spellEnd"/>
      <w:r w:rsidRPr="000D2C63">
        <w:rPr>
          <w:rFonts w:cs="Arial"/>
          <w:lang w:eastAsia="es-ES"/>
        </w:rPr>
        <w:t xml:space="preserve">, </w:t>
      </w:r>
      <w:proofErr w:type="spellStart"/>
      <w:r w:rsidRPr="000D2C63">
        <w:rPr>
          <w:rFonts w:cs="Arial"/>
          <w:lang w:eastAsia="es-ES"/>
        </w:rPr>
        <w:t>así</w:t>
      </w:r>
      <w:proofErr w:type="spellEnd"/>
      <w:r w:rsidRPr="000D2C63">
        <w:rPr>
          <w:rFonts w:cs="Arial"/>
          <w:lang w:eastAsia="es-ES"/>
        </w:rPr>
        <w:t xml:space="preserve"> </w:t>
      </w:r>
      <w:proofErr w:type="spellStart"/>
      <w:r w:rsidRPr="000D2C63">
        <w:rPr>
          <w:rFonts w:cs="Arial"/>
          <w:lang w:eastAsia="es-ES"/>
        </w:rPr>
        <w:t>mismo</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informar</w:t>
      </w:r>
      <w:proofErr w:type="spellEnd"/>
      <w:r w:rsidRPr="000D2C63">
        <w:rPr>
          <w:rFonts w:cs="Arial"/>
          <w:lang w:eastAsia="es-ES"/>
        </w:rPr>
        <w:t xml:space="preserve"> </w:t>
      </w:r>
      <w:proofErr w:type="spellStart"/>
      <w:r w:rsidRPr="000D2C63">
        <w:rPr>
          <w:rFonts w:cs="Arial"/>
          <w:lang w:eastAsia="es-ES"/>
        </w:rPr>
        <w:t>toda</w:t>
      </w:r>
      <w:proofErr w:type="spellEnd"/>
      <w:r w:rsidRPr="000D2C63">
        <w:rPr>
          <w:rFonts w:cs="Arial"/>
          <w:lang w:eastAsia="es-ES"/>
        </w:rPr>
        <w:t xml:space="preserve"> </w:t>
      </w:r>
      <w:proofErr w:type="spellStart"/>
      <w:r w:rsidRPr="000D2C63">
        <w:rPr>
          <w:rFonts w:cs="Arial"/>
          <w:lang w:eastAsia="es-ES"/>
        </w:rPr>
        <w:t>suspensión</w:t>
      </w:r>
      <w:proofErr w:type="spellEnd"/>
      <w:r w:rsidRPr="000D2C63">
        <w:rPr>
          <w:rFonts w:cs="Arial"/>
          <w:lang w:eastAsia="es-ES"/>
        </w:rPr>
        <w:t xml:space="preserve">, </w:t>
      </w:r>
      <w:proofErr w:type="spellStart"/>
      <w:r w:rsidRPr="000D2C63">
        <w:rPr>
          <w:rFonts w:cs="Arial"/>
          <w:lang w:eastAsia="es-ES"/>
        </w:rPr>
        <w:t>reinicio</w:t>
      </w:r>
      <w:proofErr w:type="spellEnd"/>
      <w:r w:rsidRPr="000D2C63">
        <w:rPr>
          <w:rFonts w:cs="Arial"/>
          <w:lang w:eastAsia="es-ES"/>
        </w:rPr>
        <w:t xml:space="preserve"> y </w:t>
      </w:r>
      <w:proofErr w:type="spellStart"/>
      <w:r w:rsidRPr="000D2C63">
        <w:rPr>
          <w:rFonts w:cs="Arial"/>
          <w:lang w:eastAsia="es-ES"/>
        </w:rPr>
        <w:t>modificación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a la </w:t>
      </w:r>
      <w:proofErr w:type="spellStart"/>
      <w:r w:rsidRPr="000D2C63">
        <w:rPr>
          <w:rFonts w:cs="Arial"/>
          <w:lang w:eastAsia="es-ES"/>
        </w:rPr>
        <w:t>Compañía</w:t>
      </w:r>
      <w:proofErr w:type="spellEnd"/>
      <w:r w:rsidRPr="000D2C63">
        <w:rPr>
          <w:rFonts w:cs="Arial"/>
          <w:lang w:eastAsia="es-ES"/>
        </w:rPr>
        <w:t xml:space="preserve"> </w:t>
      </w:r>
      <w:proofErr w:type="spellStart"/>
      <w:r w:rsidRPr="000D2C63">
        <w:rPr>
          <w:rFonts w:cs="Arial"/>
          <w:lang w:eastAsia="es-ES"/>
        </w:rPr>
        <w:t>Aseguradora</w:t>
      </w:r>
      <w:proofErr w:type="spellEnd"/>
      <w:r w:rsidRPr="000D2C63">
        <w:rPr>
          <w:rFonts w:cs="Arial"/>
          <w:lang w:eastAsia="es-ES"/>
        </w:rPr>
        <w:t xml:space="preserve">, </w:t>
      </w:r>
      <w:proofErr w:type="gramStart"/>
      <w:r w:rsidRPr="000D2C63">
        <w:rPr>
          <w:rFonts w:cs="Arial"/>
          <w:lang w:eastAsia="es-ES"/>
        </w:rPr>
        <w:t>a</w:t>
      </w:r>
      <w:proofErr w:type="gramEnd"/>
      <w:r w:rsidRPr="000D2C63">
        <w:rPr>
          <w:rFonts w:cs="Arial"/>
          <w:lang w:eastAsia="es-ES"/>
        </w:rPr>
        <w:t xml:space="preserve"> </w:t>
      </w:r>
      <w:proofErr w:type="spellStart"/>
      <w:r w:rsidRPr="000D2C63">
        <w:rPr>
          <w:rFonts w:cs="Arial"/>
          <w:lang w:eastAsia="es-ES"/>
        </w:rPr>
        <w:t>efectos</w:t>
      </w:r>
      <w:proofErr w:type="spellEnd"/>
      <w:r w:rsidRPr="000D2C63">
        <w:rPr>
          <w:rFonts w:cs="Arial"/>
          <w:lang w:eastAsia="es-ES"/>
        </w:rPr>
        <w:t xml:space="preserve"> de </w:t>
      </w:r>
      <w:proofErr w:type="spellStart"/>
      <w:r w:rsidRPr="000D2C63">
        <w:rPr>
          <w:rFonts w:cs="Arial"/>
          <w:lang w:eastAsia="es-ES"/>
        </w:rPr>
        <w:t>prorrogar</w:t>
      </w:r>
      <w:proofErr w:type="spellEnd"/>
      <w:r w:rsidRPr="000D2C63">
        <w:rPr>
          <w:rFonts w:cs="Arial"/>
          <w:lang w:eastAsia="es-ES"/>
        </w:rPr>
        <w:t xml:space="preserve"> las </w:t>
      </w:r>
      <w:proofErr w:type="spellStart"/>
      <w:r w:rsidRPr="000D2C63">
        <w:rPr>
          <w:rFonts w:cs="Arial"/>
          <w:lang w:eastAsia="es-ES"/>
        </w:rPr>
        <w:t>vigencias</w:t>
      </w:r>
      <w:proofErr w:type="spellEnd"/>
      <w:r w:rsidRPr="000D2C63">
        <w:rPr>
          <w:rFonts w:cs="Arial"/>
          <w:lang w:eastAsia="es-ES"/>
        </w:rPr>
        <w:t xml:space="preserve"> y/o </w:t>
      </w:r>
      <w:proofErr w:type="spellStart"/>
      <w:r w:rsidRPr="000D2C63">
        <w:rPr>
          <w:rFonts w:cs="Arial"/>
          <w:lang w:eastAsia="es-ES"/>
        </w:rPr>
        <w:t>modificar</w:t>
      </w:r>
      <w:proofErr w:type="spellEnd"/>
      <w:r w:rsidRPr="000D2C63">
        <w:rPr>
          <w:rFonts w:cs="Arial"/>
          <w:lang w:eastAsia="es-ES"/>
        </w:rPr>
        <w:t xml:space="preserve"> la </w:t>
      </w:r>
      <w:proofErr w:type="spellStart"/>
      <w:r w:rsidRPr="000D2C63">
        <w:rPr>
          <w:rFonts w:cs="Arial"/>
          <w:lang w:eastAsia="es-ES"/>
        </w:rPr>
        <w:t>suficiencia</w:t>
      </w:r>
      <w:proofErr w:type="spellEnd"/>
      <w:r w:rsidRPr="000D2C63">
        <w:rPr>
          <w:rFonts w:cs="Arial"/>
          <w:lang w:eastAsia="es-ES"/>
        </w:rPr>
        <w:t xml:space="preserve"> de las </w:t>
      </w:r>
      <w:proofErr w:type="spellStart"/>
      <w:r w:rsidRPr="000D2C63">
        <w:rPr>
          <w:rFonts w:cs="Arial"/>
          <w:lang w:eastAsia="es-ES"/>
        </w:rPr>
        <w:t>mismas</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caso</w:t>
      </w:r>
      <w:proofErr w:type="spellEnd"/>
      <w:r w:rsidRPr="000D2C63">
        <w:rPr>
          <w:rFonts w:cs="Arial"/>
          <w:lang w:eastAsia="es-ES"/>
        </w:rPr>
        <w:t xml:space="preserve"> de </w:t>
      </w:r>
      <w:proofErr w:type="spellStart"/>
      <w:r w:rsidRPr="000D2C63">
        <w:rPr>
          <w:rFonts w:cs="Arial"/>
          <w:lang w:eastAsia="es-ES"/>
        </w:rPr>
        <w:t>requerirse</w:t>
      </w:r>
      <w:proofErr w:type="spellEnd"/>
      <w:r w:rsidRPr="000D2C63">
        <w:rPr>
          <w:rFonts w:cs="Arial"/>
          <w:lang w:eastAsia="es-ES"/>
        </w:rPr>
        <w:t>.</w:t>
      </w:r>
    </w:p>
    <w:p w14:paraId="3B05AC59" w14:textId="77777777" w:rsidR="0069469E" w:rsidRPr="000D2C63" w:rsidRDefault="0069469E" w:rsidP="0069469E">
      <w:pPr>
        <w:ind w:left="720"/>
        <w:jc w:val="both"/>
        <w:rPr>
          <w:rFonts w:cs="Arial"/>
          <w:lang w:eastAsia="es-ES"/>
        </w:rPr>
      </w:pPr>
    </w:p>
    <w:p w14:paraId="63B196BD" w14:textId="77777777" w:rsidR="0069469E" w:rsidRPr="000D2C63" w:rsidRDefault="0069469E" w:rsidP="0069469E">
      <w:pPr>
        <w:numPr>
          <w:ilvl w:val="0"/>
          <w:numId w:val="17"/>
        </w:numPr>
        <w:spacing w:after="0" w:line="240" w:lineRule="auto"/>
        <w:jc w:val="both"/>
        <w:textAlignment w:val="baseline"/>
        <w:rPr>
          <w:rFonts w:cs="Arial"/>
          <w:lang w:eastAsia="es-ES"/>
        </w:rPr>
      </w:pPr>
      <w:r w:rsidRPr="000D2C63">
        <w:rPr>
          <w:rFonts w:cs="Arial"/>
          <w:lang w:eastAsia="es-ES"/>
        </w:rPr>
        <w:t xml:space="preserve">RESPONSABILIDAD AMBIENTAL: El CONTRATISTA,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cumplir</w:t>
      </w:r>
      <w:proofErr w:type="spellEnd"/>
      <w:r w:rsidRPr="000D2C63">
        <w:rPr>
          <w:rFonts w:cs="Arial"/>
          <w:lang w:eastAsia="es-ES"/>
        </w:rPr>
        <w:t xml:space="preserve"> con </w:t>
      </w:r>
      <w:proofErr w:type="spellStart"/>
      <w:r w:rsidRPr="000D2C63">
        <w:rPr>
          <w:rFonts w:cs="Arial"/>
          <w:lang w:eastAsia="es-ES"/>
        </w:rPr>
        <w:t>todas</w:t>
      </w:r>
      <w:proofErr w:type="spellEnd"/>
      <w:r w:rsidRPr="000D2C63">
        <w:rPr>
          <w:rFonts w:cs="Arial"/>
          <w:lang w:eastAsia="es-ES"/>
        </w:rPr>
        <w:t xml:space="preserve"> las </w:t>
      </w:r>
      <w:proofErr w:type="spellStart"/>
      <w:r w:rsidRPr="000D2C63">
        <w:rPr>
          <w:rFonts w:cs="Arial"/>
          <w:lang w:eastAsia="es-ES"/>
        </w:rPr>
        <w:t>normas</w:t>
      </w:r>
      <w:proofErr w:type="spellEnd"/>
      <w:r w:rsidRPr="000D2C63">
        <w:rPr>
          <w:rFonts w:cs="Arial"/>
          <w:lang w:eastAsia="es-ES"/>
        </w:rPr>
        <w:t xml:space="preserve"> y </w:t>
      </w:r>
      <w:proofErr w:type="spellStart"/>
      <w:r w:rsidRPr="000D2C63">
        <w:rPr>
          <w:rFonts w:cs="Arial"/>
          <w:lang w:eastAsia="es-ES"/>
        </w:rPr>
        <w:t>leyes</w:t>
      </w:r>
      <w:proofErr w:type="spellEnd"/>
      <w:r w:rsidRPr="000D2C63">
        <w:rPr>
          <w:rFonts w:cs="Arial"/>
          <w:lang w:eastAsia="es-ES"/>
        </w:rPr>
        <w:t xml:space="preserve"> </w:t>
      </w:r>
      <w:proofErr w:type="spellStart"/>
      <w:r w:rsidRPr="000D2C63">
        <w:rPr>
          <w:rFonts w:cs="Arial"/>
          <w:lang w:eastAsia="es-ES"/>
        </w:rPr>
        <w:t>colombianas</w:t>
      </w:r>
      <w:proofErr w:type="spellEnd"/>
      <w:r w:rsidRPr="000D2C63">
        <w:rPr>
          <w:rFonts w:cs="Arial"/>
          <w:lang w:eastAsia="es-ES"/>
        </w:rPr>
        <w:t xml:space="preserve"> </w:t>
      </w:r>
      <w:proofErr w:type="spellStart"/>
      <w:r w:rsidRPr="000D2C63">
        <w:rPr>
          <w:rFonts w:cs="Arial"/>
          <w:lang w:eastAsia="es-ES"/>
        </w:rPr>
        <w:t>sobre</w:t>
      </w:r>
      <w:proofErr w:type="spellEnd"/>
      <w:r w:rsidRPr="000D2C63">
        <w:rPr>
          <w:rFonts w:cs="Arial"/>
          <w:lang w:eastAsia="es-ES"/>
        </w:rPr>
        <w:t xml:space="preserve"> el medio </w:t>
      </w:r>
      <w:proofErr w:type="spellStart"/>
      <w:r w:rsidRPr="000D2C63">
        <w:rPr>
          <w:rFonts w:cs="Arial"/>
          <w:lang w:eastAsia="es-ES"/>
        </w:rPr>
        <w:t>ambiente</w:t>
      </w:r>
      <w:proofErr w:type="spellEnd"/>
      <w:r w:rsidRPr="000D2C63">
        <w:rPr>
          <w:rFonts w:cs="Arial"/>
          <w:lang w:eastAsia="es-ES"/>
        </w:rPr>
        <w:t xml:space="preserve"> (a </w:t>
      </w:r>
      <w:proofErr w:type="spellStart"/>
      <w:r w:rsidRPr="000D2C63">
        <w:rPr>
          <w:rFonts w:cs="Arial"/>
          <w:lang w:eastAsia="es-ES"/>
        </w:rPr>
        <w:t>nivel</w:t>
      </w:r>
      <w:proofErr w:type="spellEnd"/>
      <w:r w:rsidRPr="000D2C63">
        <w:rPr>
          <w:rFonts w:cs="Arial"/>
          <w:lang w:eastAsia="es-ES"/>
        </w:rPr>
        <w:t xml:space="preserve"> </w:t>
      </w:r>
      <w:proofErr w:type="spellStart"/>
      <w:r w:rsidRPr="000D2C63">
        <w:rPr>
          <w:rFonts w:cs="Arial"/>
          <w:lang w:eastAsia="es-ES"/>
        </w:rPr>
        <w:t>nacional</w:t>
      </w:r>
      <w:proofErr w:type="spellEnd"/>
      <w:r w:rsidRPr="000D2C63">
        <w:rPr>
          <w:rFonts w:cs="Arial"/>
          <w:lang w:eastAsia="es-ES"/>
        </w:rPr>
        <w:t xml:space="preserve">, regional y local) </w:t>
      </w:r>
      <w:proofErr w:type="spellStart"/>
      <w:r w:rsidRPr="000D2C63">
        <w:rPr>
          <w:rFonts w:cs="Arial"/>
          <w:lang w:eastAsia="es-ES"/>
        </w:rPr>
        <w:t>que</w:t>
      </w:r>
      <w:proofErr w:type="spellEnd"/>
      <w:r w:rsidRPr="000D2C63">
        <w:rPr>
          <w:rFonts w:cs="Arial"/>
          <w:lang w:eastAsia="es-ES"/>
        </w:rPr>
        <w:t xml:space="preserve"> se </w:t>
      </w:r>
      <w:proofErr w:type="spellStart"/>
      <w:r w:rsidRPr="000D2C63">
        <w:rPr>
          <w:rFonts w:cs="Arial"/>
          <w:lang w:eastAsia="es-ES"/>
        </w:rPr>
        <w:t>encuentren</w:t>
      </w:r>
      <w:proofErr w:type="spellEnd"/>
      <w:r w:rsidRPr="000D2C63">
        <w:rPr>
          <w:rFonts w:cs="Arial"/>
          <w:lang w:eastAsia="es-ES"/>
        </w:rPr>
        <w:t xml:space="preserve"> </w:t>
      </w:r>
      <w:proofErr w:type="spellStart"/>
      <w:r w:rsidRPr="000D2C63">
        <w:rPr>
          <w:rFonts w:cs="Arial"/>
          <w:lang w:eastAsia="es-ES"/>
        </w:rPr>
        <w:t>vigentes</w:t>
      </w:r>
      <w:proofErr w:type="spellEnd"/>
      <w:r w:rsidRPr="000D2C63">
        <w:rPr>
          <w:rFonts w:cs="Arial"/>
          <w:lang w:eastAsia="es-ES"/>
        </w:rPr>
        <w:t xml:space="preserve"> </w:t>
      </w:r>
      <w:proofErr w:type="spellStart"/>
      <w:r w:rsidRPr="000D2C63">
        <w:rPr>
          <w:rFonts w:cs="Arial"/>
          <w:lang w:eastAsia="es-ES"/>
        </w:rPr>
        <w:t>durante</w:t>
      </w:r>
      <w:proofErr w:type="spellEnd"/>
      <w:r w:rsidRPr="000D2C63">
        <w:rPr>
          <w:rFonts w:cs="Arial"/>
          <w:lang w:eastAsia="es-ES"/>
        </w:rPr>
        <w:t xml:space="preserve"> el </w:t>
      </w:r>
      <w:proofErr w:type="spellStart"/>
      <w:r w:rsidRPr="000D2C63">
        <w:rPr>
          <w:rFonts w:cs="Arial"/>
          <w:lang w:eastAsia="es-ES"/>
        </w:rPr>
        <w:t>término</w:t>
      </w:r>
      <w:proofErr w:type="spellEnd"/>
      <w:r w:rsidRPr="000D2C63">
        <w:rPr>
          <w:rFonts w:cs="Arial"/>
          <w:lang w:eastAsia="es-ES"/>
        </w:rPr>
        <w:t xml:space="preserve"> de </w:t>
      </w:r>
      <w:proofErr w:type="spellStart"/>
      <w:r w:rsidRPr="000D2C63">
        <w:rPr>
          <w:rFonts w:cs="Arial"/>
          <w:lang w:eastAsia="es-ES"/>
        </w:rPr>
        <w:t>este</w:t>
      </w:r>
      <w:proofErr w:type="spellEnd"/>
      <w:r w:rsidRPr="000D2C63">
        <w:rPr>
          <w:rFonts w:cs="Arial"/>
          <w:lang w:eastAsia="es-ES"/>
        </w:rPr>
        <w:t xml:space="preserve"> </w:t>
      </w:r>
      <w:proofErr w:type="spellStart"/>
      <w:r w:rsidRPr="000D2C63">
        <w:rPr>
          <w:rFonts w:cs="Arial"/>
          <w:lang w:eastAsia="es-ES"/>
        </w:rPr>
        <w:t>contrato</w:t>
      </w:r>
      <w:proofErr w:type="spellEnd"/>
      <w:r w:rsidRPr="000D2C63">
        <w:rPr>
          <w:rFonts w:cs="Arial"/>
          <w:lang w:eastAsia="es-ES"/>
        </w:rPr>
        <w:t xml:space="preserve">. El </w:t>
      </w:r>
      <w:proofErr w:type="spellStart"/>
      <w:r w:rsidRPr="000D2C63">
        <w:rPr>
          <w:rFonts w:cs="Arial"/>
          <w:lang w:eastAsia="es-ES"/>
        </w:rPr>
        <w:t>Contratista</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todo</w:t>
      </w:r>
      <w:proofErr w:type="spellEnd"/>
      <w:r w:rsidRPr="000D2C63">
        <w:rPr>
          <w:rFonts w:cs="Arial"/>
          <w:lang w:eastAsia="es-ES"/>
        </w:rPr>
        <w:t xml:space="preserve"> </w:t>
      </w:r>
      <w:proofErr w:type="spellStart"/>
      <w:r w:rsidRPr="000D2C63">
        <w:rPr>
          <w:rFonts w:cs="Arial"/>
          <w:lang w:eastAsia="es-ES"/>
        </w:rPr>
        <w:t>momento</w:t>
      </w:r>
      <w:proofErr w:type="spellEnd"/>
      <w:r w:rsidRPr="000D2C63">
        <w:rPr>
          <w:rFonts w:cs="Arial"/>
          <w:lang w:eastAsia="es-ES"/>
        </w:rPr>
        <w:t xml:space="preserve"> </w:t>
      </w:r>
      <w:proofErr w:type="spellStart"/>
      <w:r w:rsidRPr="000D2C63">
        <w:rPr>
          <w:rFonts w:cs="Arial"/>
          <w:lang w:eastAsia="es-ES"/>
        </w:rPr>
        <w:t>minimizar</w:t>
      </w:r>
      <w:proofErr w:type="spellEnd"/>
      <w:r w:rsidRPr="000D2C63">
        <w:rPr>
          <w:rFonts w:cs="Arial"/>
          <w:lang w:eastAsia="es-ES"/>
        </w:rPr>
        <w:t xml:space="preserve"> el </w:t>
      </w:r>
      <w:proofErr w:type="spellStart"/>
      <w:r w:rsidRPr="000D2C63">
        <w:rPr>
          <w:rFonts w:cs="Arial"/>
          <w:lang w:eastAsia="es-ES"/>
        </w:rPr>
        <w:t>impacto</w:t>
      </w:r>
      <w:proofErr w:type="spellEnd"/>
      <w:r w:rsidRPr="000D2C63">
        <w:rPr>
          <w:rFonts w:cs="Arial"/>
          <w:lang w:eastAsia="es-ES"/>
        </w:rPr>
        <w:t xml:space="preserve"> </w:t>
      </w:r>
      <w:proofErr w:type="spellStart"/>
      <w:r w:rsidRPr="000D2C63">
        <w:rPr>
          <w:rFonts w:cs="Arial"/>
          <w:lang w:eastAsia="es-ES"/>
        </w:rPr>
        <w:t>ambiental</w:t>
      </w:r>
      <w:proofErr w:type="spellEnd"/>
      <w:r w:rsidRPr="000D2C63">
        <w:rPr>
          <w:rFonts w:cs="Arial"/>
          <w:lang w:eastAsia="es-ES"/>
        </w:rPr>
        <w:t xml:space="preserve"> de </w:t>
      </w:r>
      <w:proofErr w:type="spellStart"/>
      <w:r w:rsidRPr="000D2C63">
        <w:rPr>
          <w:rFonts w:cs="Arial"/>
          <w:lang w:eastAsia="es-ES"/>
        </w:rPr>
        <w:t>cualquier</w:t>
      </w:r>
      <w:proofErr w:type="spellEnd"/>
      <w:r w:rsidRPr="000D2C63">
        <w:rPr>
          <w:rFonts w:cs="Arial"/>
          <w:lang w:eastAsia="es-ES"/>
        </w:rPr>
        <w:t xml:space="preserve"> </w:t>
      </w:r>
      <w:proofErr w:type="spellStart"/>
      <w:r w:rsidRPr="000D2C63">
        <w:rPr>
          <w:rFonts w:cs="Arial"/>
          <w:lang w:eastAsia="es-ES"/>
        </w:rPr>
        <w:t>actividad</w:t>
      </w:r>
      <w:proofErr w:type="spellEnd"/>
      <w:r w:rsidRPr="000D2C63">
        <w:rPr>
          <w:rFonts w:cs="Arial"/>
          <w:lang w:eastAsia="es-ES"/>
        </w:rPr>
        <w:t xml:space="preserve"> </w:t>
      </w:r>
      <w:proofErr w:type="spellStart"/>
      <w:r w:rsidRPr="000D2C63">
        <w:rPr>
          <w:rFonts w:cs="Arial"/>
          <w:lang w:eastAsia="es-ES"/>
        </w:rPr>
        <w:t>realizada</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w:t>
      </w:r>
      <w:proofErr w:type="spellStart"/>
      <w:r w:rsidRPr="000D2C63">
        <w:rPr>
          <w:rFonts w:cs="Arial"/>
          <w:lang w:eastAsia="es-ES"/>
        </w:rPr>
        <w:t>él</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el </w:t>
      </w:r>
      <w:proofErr w:type="spellStart"/>
      <w:r w:rsidRPr="000D2C63">
        <w:rPr>
          <w:rFonts w:cs="Arial"/>
          <w:lang w:eastAsia="es-ES"/>
        </w:rPr>
        <w:t>desarrollo</w:t>
      </w:r>
      <w:proofErr w:type="spellEnd"/>
      <w:r w:rsidRPr="000D2C63">
        <w:rPr>
          <w:rFonts w:cs="Arial"/>
          <w:lang w:eastAsia="es-ES"/>
        </w:rPr>
        <w:t xml:space="preserve"> de </w:t>
      </w:r>
      <w:proofErr w:type="spellStart"/>
      <w:r w:rsidRPr="000D2C63">
        <w:rPr>
          <w:rFonts w:cs="Arial"/>
          <w:lang w:eastAsia="es-ES"/>
        </w:rPr>
        <w:t>este</w:t>
      </w:r>
      <w:proofErr w:type="spellEnd"/>
      <w:r w:rsidRPr="000D2C63">
        <w:rPr>
          <w:rFonts w:cs="Arial"/>
          <w:lang w:eastAsia="es-ES"/>
        </w:rPr>
        <w:t xml:space="preserve"> </w:t>
      </w:r>
      <w:proofErr w:type="spellStart"/>
      <w:r w:rsidRPr="000D2C63">
        <w:rPr>
          <w:rFonts w:cs="Arial"/>
          <w:lang w:eastAsia="es-ES"/>
        </w:rPr>
        <w:t>contrato</w:t>
      </w:r>
      <w:proofErr w:type="spellEnd"/>
      <w:r w:rsidRPr="000D2C63">
        <w:rPr>
          <w:rFonts w:cs="Arial"/>
          <w:lang w:eastAsia="es-ES"/>
        </w:rPr>
        <w:t xml:space="preserve">, de </w:t>
      </w:r>
      <w:proofErr w:type="spellStart"/>
      <w:r w:rsidRPr="000D2C63">
        <w:rPr>
          <w:rFonts w:cs="Arial"/>
          <w:lang w:eastAsia="es-ES"/>
        </w:rPr>
        <w:t>conformidad</w:t>
      </w:r>
      <w:proofErr w:type="spellEnd"/>
      <w:r w:rsidRPr="000D2C63">
        <w:rPr>
          <w:rFonts w:cs="Arial"/>
          <w:lang w:eastAsia="es-ES"/>
        </w:rPr>
        <w:t xml:space="preserve"> con las </w:t>
      </w:r>
      <w:proofErr w:type="spellStart"/>
      <w:r w:rsidRPr="000D2C63">
        <w:rPr>
          <w:rFonts w:cs="Arial"/>
          <w:lang w:eastAsia="es-ES"/>
        </w:rPr>
        <w:t>normas</w:t>
      </w:r>
      <w:proofErr w:type="spellEnd"/>
      <w:r w:rsidRPr="000D2C63">
        <w:rPr>
          <w:rFonts w:cs="Arial"/>
          <w:lang w:eastAsia="es-ES"/>
        </w:rPr>
        <w:t xml:space="preserve"> </w:t>
      </w:r>
      <w:proofErr w:type="spellStart"/>
      <w:r w:rsidRPr="000D2C63">
        <w:rPr>
          <w:rFonts w:cs="Arial"/>
          <w:lang w:eastAsia="es-ES"/>
        </w:rPr>
        <w:t>aplicables</w:t>
      </w:r>
      <w:proofErr w:type="spellEnd"/>
      <w:r w:rsidRPr="000D2C63">
        <w:rPr>
          <w:rFonts w:cs="Arial"/>
          <w:lang w:eastAsia="es-ES"/>
        </w:rPr>
        <w:t>.</w:t>
      </w:r>
    </w:p>
    <w:p w14:paraId="2EF0CAA5" w14:textId="77777777" w:rsidR="0069469E" w:rsidRPr="000D2C63" w:rsidRDefault="0069469E" w:rsidP="0069469E">
      <w:pPr>
        <w:ind w:left="720"/>
        <w:jc w:val="both"/>
        <w:textAlignment w:val="baseline"/>
        <w:rPr>
          <w:rFonts w:cs="Arial"/>
          <w:lang w:eastAsia="es-ES"/>
        </w:rPr>
      </w:pPr>
    </w:p>
    <w:p w14:paraId="669AEAB0" w14:textId="77777777" w:rsidR="0069469E" w:rsidRPr="000D2C63" w:rsidRDefault="0069469E" w:rsidP="0069469E">
      <w:pPr>
        <w:numPr>
          <w:ilvl w:val="0"/>
          <w:numId w:val="17"/>
        </w:numPr>
        <w:spacing w:after="0" w:line="240" w:lineRule="auto"/>
        <w:jc w:val="both"/>
        <w:textAlignment w:val="baseline"/>
        <w:rPr>
          <w:rFonts w:cs="Arial"/>
          <w:lang w:eastAsia="es-ES"/>
        </w:rPr>
      </w:pPr>
      <w:proofErr w:type="spellStart"/>
      <w:r w:rsidRPr="000D2C63">
        <w:rPr>
          <w:rFonts w:cs="Arial"/>
          <w:lang w:eastAsia="es-ES"/>
        </w:rPr>
        <w:t>Cumplir</w:t>
      </w:r>
      <w:proofErr w:type="spellEnd"/>
      <w:r w:rsidRPr="000D2C63">
        <w:rPr>
          <w:rFonts w:cs="Arial"/>
          <w:lang w:eastAsia="es-ES"/>
        </w:rPr>
        <w:t xml:space="preserve"> con las </w:t>
      </w:r>
      <w:proofErr w:type="spellStart"/>
      <w:r w:rsidRPr="000D2C63">
        <w:rPr>
          <w:rFonts w:cs="Arial"/>
          <w:lang w:eastAsia="es-ES"/>
        </w:rPr>
        <w:t>obligaciones</w:t>
      </w:r>
      <w:proofErr w:type="spellEnd"/>
      <w:r w:rsidRPr="000D2C63">
        <w:rPr>
          <w:rFonts w:cs="Arial"/>
          <w:lang w:eastAsia="es-ES"/>
        </w:rPr>
        <w:t xml:space="preserve"> </w:t>
      </w:r>
      <w:proofErr w:type="spellStart"/>
      <w:r w:rsidRPr="000D2C63">
        <w:rPr>
          <w:rFonts w:cs="Arial"/>
          <w:lang w:eastAsia="es-ES"/>
        </w:rPr>
        <w:t>ambientales</w:t>
      </w:r>
      <w:proofErr w:type="spellEnd"/>
      <w:r w:rsidRPr="000D2C63">
        <w:rPr>
          <w:rFonts w:cs="Arial"/>
          <w:lang w:eastAsia="es-ES"/>
        </w:rPr>
        <w:t xml:space="preserve"> </w:t>
      </w:r>
      <w:proofErr w:type="spellStart"/>
      <w:r w:rsidRPr="000D2C63">
        <w:rPr>
          <w:rFonts w:cs="Arial"/>
          <w:lang w:eastAsia="es-ES"/>
        </w:rPr>
        <w:t>establecidos</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el </w:t>
      </w:r>
      <w:proofErr w:type="spellStart"/>
      <w:r w:rsidRPr="000D2C63">
        <w:rPr>
          <w:rFonts w:cs="Arial"/>
          <w:lang w:eastAsia="es-ES"/>
        </w:rPr>
        <w:t>proceso</w:t>
      </w:r>
      <w:proofErr w:type="spellEnd"/>
      <w:r w:rsidRPr="000D2C63">
        <w:rPr>
          <w:rFonts w:cs="Arial"/>
          <w:lang w:eastAsia="es-ES"/>
        </w:rPr>
        <w:t xml:space="preserve"> de </w:t>
      </w:r>
      <w:proofErr w:type="spellStart"/>
      <w:r w:rsidRPr="000D2C63">
        <w:rPr>
          <w:rFonts w:cs="Arial"/>
          <w:lang w:eastAsia="es-ES"/>
        </w:rPr>
        <w:t>selección</w:t>
      </w:r>
      <w:proofErr w:type="spellEnd"/>
      <w:r w:rsidRPr="000D2C63">
        <w:rPr>
          <w:rFonts w:cs="Arial"/>
          <w:lang w:eastAsia="es-ES"/>
        </w:rPr>
        <w:t>.</w:t>
      </w:r>
    </w:p>
    <w:p w14:paraId="602A5E77" w14:textId="77777777" w:rsidR="0069469E" w:rsidRPr="000D2C63" w:rsidRDefault="0069469E" w:rsidP="0069469E">
      <w:pPr>
        <w:ind w:left="708"/>
        <w:jc w:val="both"/>
        <w:rPr>
          <w:rFonts w:cs="Arial"/>
          <w:lang w:eastAsia="es-ES"/>
        </w:rPr>
      </w:pPr>
    </w:p>
    <w:p w14:paraId="5476F716" w14:textId="77777777" w:rsidR="0069469E" w:rsidRPr="000D2C63" w:rsidRDefault="0069469E" w:rsidP="0069469E">
      <w:pPr>
        <w:numPr>
          <w:ilvl w:val="0"/>
          <w:numId w:val="17"/>
        </w:numPr>
        <w:spacing w:after="0" w:line="240" w:lineRule="auto"/>
        <w:jc w:val="both"/>
        <w:textAlignment w:val="baseline"/>
        <w:rPr>
          <w:rFonts w:cs="Arial"/>
          <w:lang w:eastAsia="es-ES"/>
        </w:rPr>
      </w:pPr>
      <w:proofErr w:type="spellStart"/>
      <w:r w:rsidRPr="000D2C63">
        <w:rPr>
          <w:rFonts w:cs="Arial"/>
          <w:lang w:eastAsia="es-ES"/>
        </w:rPr>
        <w:t>Adoptar</w:t>
      </w:r>
      <w:proofErr w:type="spellEnd"/>
      <w:r w:rsidRPr="000D2C63">
        <w:rPr>
          <w:rFonts w:cs="Arial"/>
          <w:lang w:eastAsia="es-ES"/>
        </w:rPr>
        <w:t xml:space="preserve"> las </w:t>
      </w:r>
      <w:proofErr w:type="spellStart"/>
      <w:r w:rsidRPr="000D2C63">
        <w:rPr>
          <w:rFonts w:cs="Arial"/>
          <w:lang w:eastAsia="es-ES"/>
        </w:rPr>
        <w:t>medidas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emita</w:t>
      </w:r>
      <w:proofErr w:type="spellEnd"/>
      <w:r w:rsidRPr="000D2C63">
        <w:rPr>
          <w:rFonts w:cs="Arial"/>
          <w:lang w:eastAsia="es-ES"/>
        </w:rPr>
        <w:t xml:space="preserve"> el </w:t>
      </w:r>
      <w:proofErr w:type="spellStart"/>
      <w:r w:rsidRPr="000D2C63">
        <w:rPr>
          <w:rFonts w:cs="Arial"/>
          <w:lang w:eastAsia="es-ES"/>
        </w:rPr>
        <w:t>Gobierno</w:t>
      </w:r>
      <w:proofErr w:type="spellEnd"/>
      <w:r w:rsidRPr="000D2C63">
        <w:rPr>
          <w:rFonts w:cs="Arial"/>
          <w:lang w:eastAsia="es-ES"/>
        </w:rPr>
        <w:t xml:space="preserve"> Nacional y/o el Consejo Superior de la </w:t>
      </w:r>
      <w:proofErr w:type="spellStart"/>
      <w:r w:rsidRPr="000D2C63">
        <w:rPr>
          <w:rFonts w:cs="Arial"/>
          <w:lang w:eastAsia="es-ES"/>
        </w:rPr>
        <w:t>Judicatura</w:t>
      </w:r>
      <w:proofErr w:type="spellEnd"/>
      <w:r w:rsidRPr="000D2C63">
        <w:rPr>
          <w:rFonts w:cs="Arial"/>
          <w:lang w:eastAsia="es-ES"/>
        </w:rPr>
        <w:t xml:space="preserve"> ante la </w:t>
      </w:r>
      <w:proofErr w:type="spellStart"/>
      <w:r w:rsidRPr="000D2C63">
        <w:rPr>
          <w:rFonts w:cs="Arial"/>
          <w:lang w:eastAsia="es-ES"/>
        </w:rPr>
        <w:t>eventualidad</w:t>
      </w:r>
      <w:proofErr w:type="spellEnd"/>
      <w:r w:rsidRPr="000D2C63">
        <w:rPr>
          <w:rFonts w:cs="Arial"/>
          <w:lang w:eastAsia="es-ES"/>
        </w:rPr>
        <w:t xml:space="preserve"> de </w:t>
      </w:r>
      <w:proofErr w:type="spellStart"/>
      <w:r w:rsidRPr="000D2C63">
        <w:rPr>
          <w:rFonts w:cs="Arial"/>
          <w:lang w:eastAsia="es-ES"/>
        </w:rPr>
        <w:t>presentarse</w:t>
      </w:r>
      <w:proofErr w:type="spellEnd"/>
      <w:r w:rsidRPr="000D2C63">
        <w:rPr>
          <w:rFonts w:cs="Arial"/>
          <w:lang w:eastAsia="es-ES"/>
        </w:rPr>
        <w:t xml:space="preserve"> </w:t>
      </w:r>
      <w:proofErr w:type="spellStart"/>
      <w:r w:rsidRPr="000D2C63">
        <w:rPr>
          <w:rFonts w:cs="Arial"/>
          <w:lang w:eastAsia="es-ES"/>
        </w:rPr>
        <w:t>alguna</w:t>
      </w:r>
      <w:proofErr w:type="spellEnd"/>
      <w:r w:rsidRPr="000D2C63">
        <w:rPr>
          <w:rFonts w:cs="Arial"/>
          <w:lang w:eastAsia="es-ES"/>
        </w:rPr>
        <w:t xml:space="preserve"> </w:t>
      </w:r>
      <w:proofErr w:type="spellStart"/>
      <w:r w:rsidRPr="000D2C63">
        <w:rPr>
          <w:rFonts w:cs="Arial"/>
          <w:lang w:eastAsia="es-ES"/>
        </w:rPr>
        <w:t>emergencia</w:t>
      </w:r>
      <w:proofErr w:type="spellEnd"/>
      <w:r w:rsidRPr="000D2C63">
        <w:rPr>
          <w:rFonts w:cs="Arial"/>
          <w:lang w:eastAsia="es-ES"/>
        </w:rPr>
        <w:t xml:space="preserve"> sanitaria.</w:t>
      </w:r>
    </w:p>
    <w:p w14:paraId="72F1EA7F" w14:textId="77777777" w:rsidR="0069469E" w:rsidRPr="000D2C63" w:rsidRDefault="0069469E" w:rsidP="0069469E">
      <w:pPr>
        <w:jc w:val="both"/>
        <w:textAlignment w:val="baseline"/>
        <w:rPr>
          <w:rFonts w:cs="Arial"/>
          <w:lang w:eastAsia="es-ES"/>
        </w:rPr>
      </w:pPr>
    </w:p>
    <w:p w14:paraId="45BDEC5E" w14:textId="77777777" w:rsidR="0069469E" w:rsidRPr="000D2C63" w:rsidRDefault="0069469E" w:rsidP="0069469E">
      <w:pPr>
        <w:numPr>
          <w:ilvl w:val="0"/>
          <w:numId w:val="17"/>
        </w:numPr>
        <w:spacing w:after="0" w:line="240" w:lineRule="auto"/>
        <w:jc w:val="both"/>
        <w:rPr>
          <w:rFonts w:cs="Arial"/>
          <w:lang w:eastAsia="es-ES"/>
        </w:rPr>
      </w:pPr>
      <w:r w:rsidRPr="000D2C63">
        <w:rPr>
          <w:rFonts w:cs="Arial"/>
          <w:lang w:eastAsia="es-ES"/>
        </w:rPr>
        <w:t xml:space="preserve">La </w:t>
      </w:r>
      <w:proofErr w:type="spellStart"/>
      <w:r w:rsidRPr="000D2C63">
        <w:rPr>
          <w:rFonts w:cs="Arial"/>
          <w:lang w:eastAsia="es-ES"/>
        </w:rPr>
        <w:t>presentación</w:t>
      </w:r>
      <w:proofErr w:type="spellEnd"/>
      <w:r w:rsidRPr="000D2C63">
        <w:rPr>
          <w:rFonts w:cs="Arial"/>
          <w:lang w:eastAsia="es-ES"/>
        </w:rPr>
        <w:t xml:space="preserve"> de la factura </w:t>
      </w:r>
      <w:proofErr w:type="spellStart"/>
      <w:r w:rsidRPr="000D2C63">
        <w:rPr>
          <w:rFonts w:cs="Arial"/>
          <w:lang w:eastAsia="es-ES"/>
        </w:rPr>
        <w:t>electrónica</w:t>
      </w:r>
      <w:proofErr w:type="spellEnd"/>
      <w:r w:rsidRPr="000D2C63">
        <w:rPr>
          <w:rFonts w:cs="Arial"/>
          <w:lang w:eastAsia="es-ES"/>
        </w:rPr>
        <w:t xml:space="preserve"> </w:t>
      </w:r>
      <w:proofErr w:type="spellStart"/>
      <w:r w:rsidRPr="000D2C63">
        <w:rPr>
          <w:rFonts w:cs="Arial"/>
          <w:lang w:eastAsia="es-ES"/>
        </w:rPr>
        <w:t>validada</w:t>
      </w:r>
      <w:proofErr w:type="spellEnd"/>
      <w:r w:rsidRPr="000D2C63">
        <w:rPr>
          <w:rFonts w:cs="Arial"/>
          <w:lang w:eastAsia="es-ES"/>
        </w:rPr>
        <w:t xml:space="preserve"> </w:t>
      </w:r>
      <w:proofErr w:type="spellStart"/>
      <w:r w:rsidRPr="000D2C63">
        <w:rPr>
          <w:rFonts w:cs="Arial"/>
          <w:lang w:eastAsia="es-ES"/>
        </w:rPr>
        <w:t>previamente</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la DIAN, </w:t>
      </w:r>
      <w:proofErr w:type="spellStart"/>
      <w:r w:rsidRPr="000D2C63">
        <w:rPr>
          <w:rFonts w:cs="Arial"/>
          <w:lang w:eastAsia="es-ES"/>
        </w:rPr>
        <w:t>como</w:t>
      </w:r>
      <w:proofErr w:type="spellEnd"/>
      <w:r w:rsidRPr="000D2C63">
        <w:rPr>
          <w:rFonts w:cs="Arial"/>
          <w:lang w:eastAsia="es-ES"/>
        </w:rPr>
        <w:t xml:space="preserve"> </w:t>
      </w:r>
      <w:proofErr w:type="spellStart"/>
      <w:r w:rsidRPr="000D2C63">
        <w:rPr>
          <w:rFonts w:cs="Arial"/>
          <w:lang w:eastAsia="es-ES"/>
        </w:rPr>
        <w:t>requisito</w:t>
      </w:r>
      <w:proofErr w:type="spellEnd"/>
      <w:r w:rsidRPr="000D2C63">
        <w:rPr>
          <w:rFonts w:cs="Arial"/>
          <w:lang w:eastAsia="es-ES"/>
        </w:rPr>
        <w:t xml:space="preserve"> </w:t>
      </w:r>
      <w:proofErr w:type="spellStart"/>
      <w:r w:rsidRPr="000D2C63">
        <w:rPr>
          <w:rFonts w:cs="Arial"/>
          <w:lang w:eastAsia="es-ES"/>
        </w:rPr>
        <w:t>necesario</w:t>
      </w:r>
      <w:proofErr w:type="spellEnd"/>
      <w:r w:rsidRPr="000D2C63">
        <w:rPr>
          <w:rFonts w:cs="Arial"/>
          <w:lang w:eastAsia="es-ES"/>
        </w:rPr>
        <w:t xml:space="preserve"> para el </w:t>
      </w:r>
      <w:proofErr w:type="spellStart"/>
      <w:r w:rsidRPr="000D2C63">
        <w:rPr>
          <w:rFonts w:cs="Arial"/>
          <w:lang w:eastAsia="es-ES"/>
        </w:rPr>
        <w:t>pago</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bienes</w:t>
      </w:r>
      <w:proofErr w:type="spellEnd"/>
      <w:r w:rsidRPr="000D2C63">
        <w:rPr>
          <w:rFonts w:cs="Arial"/>
          <w:lang w:eastAsia="es-ES"/>
        </w:rPr>
        <w:t xml:space="preserve"> y/o </w:t>
      </w:r>
      <w:proofErr w:type="spellStart"/>
      <w:r w:rsidRPr="000D2C63">
        <w:rPr>
          <w:rFonts w:cs="Arial"/>
          <w:lang w:eastAsia="es-ES"/>
        </w:rPr>
        <w:t>servicios</w:t>
      </w:r>
      <w:proofErr w:type="spellEnd"/>
      <w:r w:rsidRPr="000D2C63">
        <w:rPr>
          <w:rFonts w:cs="Arial"/>
          <w:lang w:eastAsia="es-ES"/>
        </w:rPr>
        <w:t xml:space="preserve"> </w:t>
      </w:r>
      <w:proofErr w:type="spellStart"/>
      <w:r w:rsidRPr="000D2C63">
        <w:rPr>
          <w:rFonts w:cs="Arial"/>
          <w:lang w:eastAsia="es-ES"/>
        </w:rPr>
        <w:t>contratados</w:t>
      </w:r>
      <w:proofErr w:type="spellEnd"/>
      <w:r w:rsidRPr="000D2C63">
        <w:rPr>
          <w:rFonts w:cs="Arial"/>
          <w:lang w:eastAsia="es-ES"/>
        </w:rPr>
        <w:t xml:space="preserve"> </w:t>
      </w:r>
      <w:proofErr w:type="spellStart"/>
      <w:r w:rsidRPr="000D2C63">
        <w:rPr>
          <w:rFonts w:cs="Arial"/>
          <w:lang w:eastAsia="es-ES"/>
        </w:rPr>
        <w:t>conforme</w:t>
      </w:r>
      <w:proofErr w:type="spellEnd"/>
      <w:r w:rsidRPr="000D2C63">
        <w:rPr>
          <w:rFonts w:cs="Arial"/>
          <w:lang w:eastAsia="es-ES"/>
        </w:rPr>
        <w:t xml:space="preserve"> con las </w:t>
      </w:r>
      <w:proofErr w:type="spellStart"/>
      <w:r w:rsidRPr="000D2C63">
        <w:rPr>
          <w:rFonts w:cs="Arial"/>
          <w:lang w:eastAsia="es-ES"/>
        </w:rPr>
        <w:t>disposiciones</w:t>
      </w:r>
      <w:proofErr w:type="spellEnd"/>
      <w:r w:rsidRPr="000D2C63">
        <w:rPr>
          <w:rFonts w:cs="Arial"/>
          <w:lang w:eastAsia="es-ES"/>
        </w:rPr>
        <w:t xml:space="preserve"> </w:t>
      </w:r>
      <w:proofErr w:type="spellStart"/>
      <w:r w:rsidRPr="000D2C63">
        <w:rPr>
          <w:rFonts w:cs="Arial"/>
          <w:lang w:eastAsia="es-ES"/>
        </w:rPr>
        <w:t>señaladas</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el </w:t>
      </w:r>
      <w:proofErr w:type="spellStart"/>
      <w:r w:rsidRPr="000D2C63">
        <w:rPr>
          <w:rFonts w:cs="Arial"/>
          <w:lang w:eastAsia="es-ES"/>
        </w:rPr>
        <w:t>Decreto</w:t>
      </w:r>
      <w:proofErr w:type="spellEnd"/>
      <w:r w:rsidRPr="000D2C63">
        <w:rPr>
          <w:rFonts w:cs="Arial"/>
          <w:lang w:eastAsia="es-ES"/>
        </w:rPr>
        <w:t xml:space="preserve"> 358 del 5 de </w:t>
      </w:r>
      <w:proofErr w:type="spellStart"/>
      <w:r w:rsidRPr="000D2C63">
        <w:rPr>
          <w:rFonts w:cs="Arial"/>
          <w:lang w:eastAsia="es-ES"/>
        </w:rPr>
        <w:t>marzo</w:t>
      </w:r>
      <w:proofErr w:type="spellEnd"/>
      <w:r w:rsidRPr="000D2C63">
        <w:rPr>
          <w:rFonts w:cs="Arial"/>
          <w:lang w:eastAsia="es-ES"/>
        </w:rPr>
        <w:t xml:space="preserve"> de 2020,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concordancia</w:t>
      </w:r>
      <w:proofErr w:type="spellEnd"/>
      <w:r w:rsidRPr="000D2C63">
        <w:rPr>
          <w:rFonts w:cs="Arial"/>
          <w:lang w:eastAsia="es-ES"/>
        </w:rPr>
        <w:t xml:space="preserve">, con lo </w:t>
      </w:r>
      <w:proofErr w:type="spellStart"/>
      <w:r w:rsidRPr="000D2C63">
        <w:rPr>
          <w:rFonts w:cs="Arial"/>
          <w:lang w:eastAsia="es-ES"/>
        </w:rPr>
        <w:t>dispuesto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 </w:t>
      </w:r>
      <w:proofErr w:type="spellStart"/>
      <w:r w:rsidRPr="000D2C63">
        <w:rPr>
          <w:rFonts w:cs="Arial"/>
          <w:lang w:eastAsia="es-ES"/>
        </w:rPr>
        <w:t>Resolución</w:t>
      </w:r>
      <w:proofErr w:type="spellEnd"/>
      <w:r w:rsidRPr="000D2C63">
        <w:rPr>
          <w:rFonts w:cs="Arial"/>
          <w:lang w:eastAsia="es-ES"/>
        </w:rPr>
        <w:t xml:space="preserve"> No.000042 del 5 de mayo de 2020, </w:t>
      </w:r>
      <w:proofErr w:type="spellStart"/>
      <w:r w:rsidRPr="000D2C63">
        <w:rPr>
          <w:rFonts w:cs="Arial"/>
          <w:lang w:eastAsia="es-ES"/>
        </w:rPr>
        <w:t>expedida</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la </w:t>
      </w:r>
      <w:proofErr w:type="spellStart"/>
      <w:r w:rsidRPr="000D2C63">
        <w:rPr>
          <w:rFonts w:cs="Arial"/>
          <w:lang w:eastAsia="es-ES"/>
        </w:rPr>
        <w:t>Dirección</w:t>
      </w:r>
      <w:proofErr w:type="spellEnd"/>
      <w:r w:rsidRPr="000D2C63">
        <w:rPr>
          <w:rFonts w:cs="Arial"/>
          <w:lang w:eastAsia="es-ES"/>
        </w:rPr>
        <w:t xml:space="preserve"> de </w:t>
      </w:r>
      <w:proofErr w:type="spellStart"/>
      <w:r w:rsidRPr="000D2C63">
        <w:rPr>
          <w:rFonts w:cs="Arial"/>
          <w:lang w:eastAsia="es-ES"/>
        </w:rPr>
        <w:t>Impuestos</w:t>
      </w:r>
      <w:proofErr w:type="spellEnd"/>
      <w:r w:rsidRPr="000D2C63">
        <w:rPr>
          <w:rFonts w:cs="Arial"/>
          <w:lang w:eastAsia="es-ES"/>
        </w:rPr>
        <w:t xml:space="preserve"> y </w:t>
      </w:r>
      <w:proofErr w:type="spellStart"/>
      <w:r w:rsidRPr="000D2C63">
        <w:rPr>
          <w:rFonts w:cs="Arial"/>
          <w:lang w:eastAsia="es-ES"/>
        </w:rPr>
        <w:t>Aduanas</w:t>
      </w:r>
      <w:proofErr w:type="spellEnd"/>
      <w:r w:rsidRPr="000D2C63">
        <w:rPr>
          <w:rFonts w:cs="Arial"/>
          <w:lang w:eastAsia="es-ES"/>
        </w:rPr>
        <w:t xml:space="preserve"> Nacionales – DIAN. </w:t>
      </w:r>
    </w:p>
    <w:p w14:paraId="2221B116" w14:textId="77777777" w:rsidR="0069469E" w:rsidRPr="000D2C63" w:rsidRDefault="0069469E" w:rsidP="0069469E">
      <w:pPr>
        <w:ind w:left="708"/>
        <w:jc w:val="both"/>
        <w:rPr>
          <w:rFonts w:cs="Arial"/>
          <w:lang w:eastAsia="es-ES"/>
        </w:rPr>
      </w:pPr>
    </w:p>
    <w:p w14:paraId="019351CB" w14:textId="77777777" w:rsidR="0069469E" w:rsidRPr="000D2C63" w:rsidRDefault="0069469E" w:rsidP="0069469E">
      <w:pPr>
        <w:numPr>
          <w:ilvl w:val="0"/>
          <w:numId w:val="17"/>
        </w:numPr>
        <w:spacing w:after="0" w:line="240" w:lineRule="auto"/>
        <w:jc w:val="both"/>
        <w:rPr>
          <w:rFonts w:cs="Arial"/>
          <w:lang w:eastAsia="es-ES"/>
        </w:rPr>
      </w:pPr>
      <w:proofErr w:type="spellStart"/>
      <w:r w:rsidRPr="000D2C63">
        <w:rPr>
          <w:rFonts w:cs="Arial"/>
          <w:lang w:eastAsia="es-ES"/>
        </w:rPr>
        <w:t>Cargar</w:t>
      </w:r>
      <w:proofErr w:type="spellEnd"/>
      <w:r w:rsidRPr="000D2C63">
        <w:rPr>
          <w:rFonts w:cs="Arial"/>
          <w:lang w:eastAsia="es-ES"/>
        </w:rPr>
        <w:t xml:space="preserve"> a </w:t>
      </w:r>
      <w:proofErr w:type="spellStart"/>
      <w:r w:rsidRPr="000D2C63">
        <w:rPr>
          <w:rFonts w:cs="Arial"/>
          <w:lang w:eastAsia="es-ES"/>
        </w:rPr>
        <w:t>través</w:t>
      </w:r>
      <w:proofErr w:type="spellEnd"/>
      <w:r w:rsidRPr="000D2C63">
        <w:rPr>
          <w:rFonts w:cs="Arial"/>
          <w:lang w:eastAsia="es-ES"/>
        </w:rPr>
        <w:t xml:space="preserve"> del Sistema </w:t>
      </w:r>
      <w:proofErr w:type="spellStart"/>
      <w:r w:rsidRPr="000D2C63">
        <w:rPr>
          <w:rFonts w:cs="Arial"/>
          <w:lang w:eastAsia="es-ES"/>
        </w:rPr>
        <w:t>Electrónico</w:t>
      </w:r>
      <w:proofErr w:type="spellEnd"/>
      <w:r w:rsidRPr="000D2C63">
        <w:rPr>
          <w:rFonts w:cs="Arial"/>
          <w:lang w:eastAsia="es-ES"/>
        </w:rPr>
        <w:t xml:space="preserve"> de </w:t>
      </w:r>
      <w:proofErr w:type="spellStart"/>
      <w:r w:rsidRPr="000D2C63">
        <w:rPr>
          <w:rFonts w:cs="Arial"/>
          <w:lang w:eastAsia="es-ES"/>
        </w:rPr>
        <w:t>Contratación</w:t>
      </w:r>
      <w:proofErr w:type="spellEnd"/>
      <w:r w:rsidRPr="000D2C63">
        <w:rPr>
          <w:rFonts w:cs="Arial"/>
          <w:lang w:eastAsia="es-ES"/>
        </w:rPr>
        <w:t xml:space="preserve"> Pública, las facturas </w:t>
      </w:r>
      <w:proofErr w:type="spellStart"/>
      <w:r w:rsidRPr="000D2C63">
        <w:rPr>
          <w:rFonts w:cs="Arial"/>
          <w:lang w:eastAsia="es-ES"/>
        </w:rPr>
        <w:t>electrónicas</w:t>
      </w:r>
      <w:proofErr w:type="spellEnd"/>
      <w:r w:rsidRPr="000D2C63">
        <w:rPr>
          <w:rFonts w:cs="Arial"/>
          <w:lang w:eastAsia="es-ES"/>
        </w:rPr>
        <w:t xml:space="preserve"> o </w:t>
      </w:r>
      <w:proofErr w:type="spellStart"/>
      <w:r w:rsidRPr="000D2C63">
        <w:rPr>
          <w:rFonts w:cs="Arial"/>
          <w:lang w:eastAsia="es-ES"/>
        </w:rPr>
        <w:t>cuentas</w:t>
      </w:r>
      <w:proofErr w:type="spellEnd"/>
      <w:r w:rsidRPr="000D2C63">
        <w:rPr>
          <w:rFonts w:cs="Arial"/>
          <w:lang w:eastAsia="es-ES"/>
        </w:rPr>
        <w:t xml:space="preserve"> de </w:t>
      </w:r>
      <w:proofErr w:type="spellStart"/>
      <w:r w:rsidRPr="000D2C63">
        <w:rPr>
          <w:rFonts w:cs="Arial"/>
          <w:lang w:eastAsia="es-ES"/>
        </w:rPr>
        <w:t>cobro</w:t>
      </w:r>
      <w:proofErr w:type="spellEnd"/>
      <w:r w:rsidRPr="000D2C63">
        <w:rPr>
          <w:rFonts w:cs="Arial"/>
          <w:lang w:eastAsia="es-ES"/>
        </w:rPr>
        <w:t xml:space="preserve">, para </w:t>
      </w:r>
      <w:proofErr w:type="spellStart"/>
      <w:r w:rsidRPr="000D2C63">
        <w:rPr>
          <w:rFonts w:cs="Arial"/>
          <w:lang w:eastAsia="es-ES"/>
        </w:rPr>
        <w:t>efectos</w:t>
      </w:r>
      <w:proofErr w:type="spellEnd"/>
      <w:r w:rsidRPr="000D2C63">
        <w:rPr>
          <w:rFonts w:cs="Arial"/>
          <w:lang w:eastAsia="es-ES"/>
        </w:rPr>
        <w:t xml:space="preserve"> de </w:t>
      </w:r>
      <w:proofErr w:type="spellStart"/>
      <w:r w:rsidRPr="000D2C63">
        <w:rPr>
          <w:rFonts w:cs="Arial"/>
          <w:lang w:eastAsia="es-ES"/>
        </w:rPr>
        <w:t>efectuar</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pagos</w:t>
      </w:r>
      <w:proofErr w:type="spellEnd"/>
      <w:r w:rsidRPr="000D2C63">
        <w:rPr>
          <w:rFonts w:cs="Arial"/>
          <w:lang w:eastAsia="es-ES"/>
        </w:rPr>
        <w:t xml:space="preserve"> </w:t>
      </w:r>
      <w:proofErr w:type="spellStart"/>
      <w:r w:rsidRPr="000D2C63">
        <w:rPr>
          <w:rFonts w:cs="Arial"/>
          <w:lang w:eastAsia="es-ES"/>
        </w:rPr>
        <w:t>correspondientes</w:t>
      </w:r>
      <w:proofErr w:type="spellEnd"/>
      <w:r w:rsidRPr="000D2C63">
        <w:rPr>
          <w:rFonts w:cs="Arial"/>
          <w:lang w:eastAsia="es-ES"/>
        </w:rPr>
        <w:t xml:space="preserve">. Las facturas </w:t>
      </w:r>
      <w:proofErr w:type="spellStart"/>
      <w:r w:rsidRPr="000D2C63">
        <w:rPr>
          <w:rFonts w:cs="Arial"/>
          <w:lang w:eastAsia="es-ES"/>
        </w:rPr>
        <w:t>electrónicas</w:t>
      </w:r>
      <w:proofErr w:type="spellEnd"/>
      <w:r w:rsidRPr="000D2C63">
        <w:rPr>
          <w:rFonts w:cs="Arial"/>
          <w:lang w:eastAsia="es-ES"/>
        </w:rPr>
        <w:t xml:space="preserve">, </w:t>
      </w:r>
      <w:proofErr w:type="spellStart"/>
      <w:r w:rsidRPr="000D2C63">
        <w:rPr>
          <w:rFonts w:cs="Arial"/>
          <w:lang w:eastAsia="es-ES"/>
        </w:rPr>
        <w:t>cuentas</w:t>
      </w:r>
      <w:proofErr w:type="spellEnd"/>
      <w:r w:rsidRPr="000D2C63">
        <w:rPr>
          <w:rFonts w:cs="Arial"/>
          <w:lang w:eastAsia="es-ES"/>
        </w:rPr>
        <w:t xml:space="preserve"> </w:t>
      </w:r>
      <w:r w:rsidRPr="000D2C63">
        <w:rPr>
          <w:rFonts w:cs="Arial"/>
          <w:lang w:eastAsia="es-ES"/>
        </w:rPr>
        <w:lastRenderedPageBreak/>
        <w:t xml:space="preserve">de </w:t>
      </w:r>
      <w:proofErr w:type="spellStart"/>
      <w:r w:rsidRPr="000D2C63">
        <w:rPr>
          <w:rFonts w:cs="Arial"/>
          <w:lang w:eastAsia="es-ES"/>
        </w:rPr>
        <w:t>cobro</w:t>
      </w:r>
      <w:proofErr w:type="spellEnd"/>
      <w:r w:rsidRPr="000D2C63">
        <w:rPr>
          <w:rFonts w:cs="Arial"/>
          <w:lang w:eastAsia="es-ES"/>
        </w:rPr>
        <w:t xml:space="preserve"> y </w:t>
      </w:r>
      <w:proofErr w:type="spellStart"/>
      <w:r w:rsidRPr="000D2C63">
        <w:rPr>
          <w:rFonts w:cs="Arial"/>
          <w:lang w:eastAsia="es-ES"/>
        </w:rPr>
        <w:t>demás</w:t>
      </w:r>
      <w:proofErr w:type="spellEnd"/>
      <w:r w:rsidRPr="000D2C63">
        <w:rPr>
          <w:rFonts w:cs="Arial"/>
          <w:lang w:eastAsia="es-ES"/>
        </w:rPr>
        <w:t xml:space="preserve"> </w:t>
      </w:r>
      <w:proofErr w:type="spellStart"/>
      <w:r w:rsidRPr="000D2C63">
        <w:rPr>
          <w:rFonts w:cs="Arial"/>
          <w:lang w:eastAsia="es-ES"/>
        </w:rPr>
        <w:t>anexos</w:t>
      </w:r>
      <w:proofErr w:type="spellEnd"/>
      <w:r w:rsidRPr="000D2C63">
        <w:rPr>
          <w:rFonts w:cs="Arial"/>
          <w:lang w:eastAsia="es-ES"/>
        </w:rPr>
        <w:t xml:space="preserve">, </w:t>
      </w:r>
      <w:proofErr w:type="spellStart"/>
      <w:r w:rsidRPr="000D2C63">
        <w:rPr>
          <w:rFonts w:cs="Arial"/>
          <w:lang w:eastAsia="es-ES"/>
        </w:rPr>
        <w:t>deberán</w:t>
      </w:r>
      <w:proofErr w:type="spellEnd"/>
      <w:r w:rsidRPr="000D2C63">
        <w:rPr>
          <w:rFonts w:cs="Arial"/>
          <w:lang w:eastAsia="es-ES"/>
        </w:rPr>
        <w:t xml:space="preserve"> ser </w:t>
      </w:r>
      <w:proofErr w:type="spellStart"/>
      <w:r w:rsidRPr="000D2C63">
        <w:rPr>
          <w:rFonts w:cs="Arial"/>
          <w:lang w:eastAsia="es-ES"/>
        </w:rPr>
        <w:t>cargados</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 </w:t>
      </w:r>
      <w:proofErr w:type="spellStart"/>
      <w:r w:rsidRPr="000D2C63">
        <w:rPr>
          <w:rFonts w:cs="Arial"/>
          <w:lang w:eastAsia="es-ES"/>
        </w:rPr>
        <w:t>Sección</w:t>
      </w:r>
      <w:proofErr w:type="spellEnd"/>
      <w:r w:rsidRPr="000D2C63">
        <w:rPr>
          <w:rFonts w:cs="Arial"/>
          <w:lang w:eastAsia="es-ES"/>
        </w:rPr>
        <w:t xml:space="preserve"> No. 7 “</w:t>
      </w:r>
      <w:proofErr w:type="spellStart"/>
      <w:r w:rsidRPr="000D2C63">
        <w:rPr>
          <w:rFonts w:cs="Arial"/>
          <w:lang w:eastAsia="es-ES"/>
        </w:rPr>
        <w:t>Ejecución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subsección</w:t>
      </w:r>
      <w:proofErr w:type="spellEnd"/>
      <w:r w:rsidRPr="000D2C63">
        <w:rPr>
          <w:rFonts w:cs="Arial"/>
          <w:lang w:eastAsia="es-ES"/>
        </w:rPr>
        <w:t xml:space="preserve"> “Plan de </w:t>
      </w:r>
      <w:proofErr w:type="spellStart"/>
      <w:r w:rsidRPr="000D2C63">
        <w:rPr>
          <w:rFonts w:cs="Arial"/>
          <w:lang w:eastAsia="es-ES"/>
        </w:rPr>
        <w:t>pagos</w:t>
      </w:r>
      <w:proofErr w:type="spellEnd"/>
      <w:r w:rsidRPr="000D2C63">
        <w:rPr>
          <w:rFonts w:cs="Arial"/>
          <w:lang w:eastAsia="es-ES"/>
        </w:rPr>
        <w:t xml:space="preserve"> – </w:t>
      </w:r>
      <w:proofErr w:type="spellStart"/>
      <w:r w:rsidRPr="000D2C63">
        <w:rPr>
          <w:rFonts w:cs="Arial"/>
          <w:lang w:eastAsia="es-ES"/>
        </w:rPr>
        <w:t>crear</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electrónico</w:t>
      </w:r>
      <w:proofErr w:type="spellEnd"/>
      <w:r w:rsidRPr="000D2C63">
        <w:rPr>
          <w:rFonts w:cs="Arial"/>
          <w:lang w:eastAsia="es-ES"/>
        </w:rPr>
        <w:t xml:space="preserve"> del SECOP II.</w:t>
      </w:r>
    </w:p>
    <w:p w14:paraId="7EFA0775" w14:textId="77777777" w:rsidR="0069469E" w:rsidRPr="000D2C63" w:rsidRDefault="0069469E" w:rsidP="0069469E">
      <w:pPr>
        <w:pStyle w:val="Prrafodelista"/>
        <w:rPr>
          <w:rFonts w:cs="Arial"/>
          <w:lang w:eastAsia="es-ES"/>
        </w:rPr>
      </w:pPr>
    </w:p>
    <w:p w14:paraId="408665BE" w14:textId="39C07D4C" w:rsidR="0069469E" w:rsidRPr="000D2C63" w:rsidRDefault="0069469E" w:rsidP="0069469E">
      <w:pPr>
        <w:numPr>
          <w:ilvl w:val="0"/>
          <w:numId w:val="17"/>
        </w:numPr>
        <w:spacing w:after="0" w:line="240" w:lineRule="auto"/>
        <w:jc w:val="both"/>
        <w:rPr>
          <w:rFonts w:cs="Arial"/>
          <w:lang w:eastAsia="es-ES"/>
        </w:rPr>
      </w:pPr>
      <w:r w:rsidRPr="000D2C63">
        <w:rPr>
          <w:rFonts w:cs="Arial"/>
          <w:lang w:eastAsia="es-ES"/>
        </w:rPr>
        <w:t xml:space="preserve">Las </w:t>
      </w:r>
      <w:proofErr w:type="spellStart"/>
      <w:r w:rsidRPr="000D2C63">
        <w:rPr>
          <w:rFonts w:cs="Arial"/>
          <w:lang w:eastAsia="es-ES"/>
        </w:rPr>
        <w:t>demás</w:t>
      </w:r>
      <w:proofErr w:type="spellEnd"/>
      <w:r w:rsidRPr="000D2C63">
        <w:rPr>
          <w:rFonts w:cs="Arial"/>
          <w:lang w:eastAsia="es-ES"/>
        </w:rPr>
        <w:t xml:space="preserve"> </w:t>
      </w:r>
      <w:proofErr w:type="spellStart"/>
      <w:r w:rsidRPr="000D2C63">
        <w:rPr>
          <w:rFonts w:cs="Arial"/>
          <w:lang w:eastAsia="es-ES"/>
        </w:rPr>
        <w:t>obligaciones</w:t>
      </w:r>
      <w:proofErr w:type="spellEnd"/>
      <w:r w:rsidRPr="000D2C63">
        <w:rPr>
          <w:rFonts w:cs="Arial"/>
          <w:lang w:eastAsia="es-ES"/>
        </w:rPr>
        <w:t xml:space="preserve"> </w:t>
      </w:r>
      <w:proofErr w:type="spellStart"/>
      <w:r w:rsidRPr="000D2C63">
        <w:rPr>
          <w:rFonts w:cs="Arial"/>
          <w:lang w:eastAsia="es-ES"/>
        </w:rPr>
        <w:t>relacionadas</w:t>
      </w:r>
      <w:proofErr w:type="spellEnd"/>
      <w:r w:rsidRPr="000D2C63">
        <w:rPr>
          <w:rFonts w:cs="Arial"/>
          <w:lang w:eastAsia="es-ES"/>
        </w:rPr>
        <w:t xml:space="preserve"> con la </w:t>
      </w:r>
      <w:proofErr w:type="spellStart"/>
      <w:r w:rsidRPr="000D2C63">
        <w:rPr>
          <w:rFonts w:cs="Arial"/>
          <w:lang w:eastAsia="es-ES"/>
        </w:rPr>
        <w:t>naturaleza</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a </w:t>
      </w:r>
      <w:proofErr w:type="spellStart"/>
      <w:r w:rsidRPr="000D2C63">
        <w:rPr>
          <w:rFonts w:cs="Arial"/>
          <w:lang w:eastAsia="es-ES"/>
        </w:rPr>
        <w:t>celebrar</w:t>
      </w:r>
      <w:proofErr w:type="spellEnd"/>
      <w:r w:rsidRPr="000D2C63">
        <w:rPr>
          <w:rFonts w:cs="Arial"/>
          <w:lang w:eastAsia="es-ES"/>
        </w:rPr>
        <w:t>.</w:t>
      </w:r>
    </w:p>
    <w:p w14:paraId="638973C0" w14:textId="77777777" w:rsidR="000079BD" w:rsidRPr="000D2C63" w:rsidRDefault="000079BD" w:rsidP="000079BD">
      <w:pPr>
        <w:pStyle w:val="Prrafodelista"/>
        <w:rPr>
          <w:rFonts w:cs="Arial"/>
          <w:lang w:eastAsia="es-ES"/>
        </w:rPr>
      </w:pPr>
    </w:p>
    <w:p w14:paraId="17C45F51" w14:textId="77777777" w:rsidR="000079BD" w:rsidRPr="000D2C63" w:rsidRDefault="000079BD" w:rsidP="000079BD">
      <w:pPr>
        <w:spacing w:after="0" w:line="240" w:lineRule="auto"/>
        <w:jc w:val="both"/>
        <w:rPr>
          <w:rFonts w:cs="Arial"/>
          <w:lang w:eastAsia="es-ES"/>
        </w:rPr>
      </w:pPr>
    </w:p>
    <w:p w14:paraId="729F32EF" w14:textId="30345528" w:rsidR="00B03B56" w:rsidRPr="000D2C63" w:rsidRDefault="00B03B56" w:rsidP="0069469E">
      <w:pPr>
        <w:suppressAutoHyphens/>
        <w:spacing w:after="0" w:line="240" w:lineRule="auto"/>
        <w:jc w:val="both"/>
        <w:rPr>
          <w:rFonts w:eastAsia="Times New Roman" w:cs="Arial"/>
          <w:sz w:val="20"/>
          <w:szCs w:val="20"/>
          <w:lang w:val="es-CO" w:eastAsia="es-ES"/>
        </w:rPr>
      </w:pPr>
    </w:p>
    <w:p w14:paraId="647A8360" w14:textId="2A463FD7" w:rsidR="001406E3" w:rsidRPr="000D2C63" w:rsidRDefault="001406E3">
      <w:pPr>
        <w:spacing w:after="80"/>
        <w:jc w:val="both"/>
        <w:rPr>
          <w:rFonts w:cs="Arial"/>
          <w:b/>
          <w:sz w:val="20"/>
          <w:szCs w:val="20"/>
          <w:shd w:val="clear" w:color="auto" w:fill="FFF2CC"/>
        </w:rPr>
      </w:pPr>
      <w:r w:rsidRPr="000D2C63">
        <w:rPr>
          <w:rFonts w:cs="Arial"/>
          <w:b/>
          <w:sz w:val="20"/>
          <w:szCs w:val="20"/>
          <w:shd w:val="clear" w:color="auto" w:fill="FFF2CC"/>
        </w:rPr>
        <w:t xml:space="preserve">CLÁUSULA 9.1. OBLIGACIONES AMBIENTALES </w:t>
      </w:r>
    </w:p>
    <w:p w14:paraId="0F885906" w14:textId="77777777" w:rsidR="000079BD" w:rsidRPr="000D2C63" w:rsidRDefault="000079BD" w:rsidP="000079BD">
      <w:pPr>
        <w:jc w:val="both"/>
        <w:rPr>
          <w:rFonts w:cs="Arial"/>
          <w:bCs/>
          <w:lang w:eastAsia="es-CO"/>
        </w:rPr>
      </w:pPr>
      <w:r w:rsidRPr="000D2C63">
        <w:rPr>
          <w:rFonts w:cs="Arial"/>
          <w:bCs/>
          <w:lang w:eastAsia="es-CO"/>
        </w:rPr>
        <w:t xml:space="preserve">En </w:t>
      </w:r>
      <w:proofErr w:type="spellStart"/>
      <w:r w:rsidRPr="000D2C63">
        <w:rPr>
          <w:rFonts w:cs="Arial"/>
          <w:bCs/>
          <w:lang w:eastAsia="es-CO"/>
        </w:rPr>
        <w:t>cumplimiento</w:t>
      </w:r>
      <w:proofErr w:type="spellEnd"/>
      <w:r w:rsidRPr="000D2C63">
        <w:rPr>
          <w:rFonts w:cs="Arial"/>
          <w:bCs/>
          <w:lang w:eastAsia="es-CO"/>
        </w:rPr>
        <w:t xml:space="preserve"> con el </w:t>
      </w:r>
      <w:proofErr w:type="spellStart"/>
      <w:r w:rsidRPr="000D2C63">
        <w:rPr>
          <w:rFonts w:cs="Arial"/>
          <w:bCs/>
          <w:lang w:eastAsia="es-CO"/>
        </w:rPr>
        <w:t>Acuerdo</w:t>
      </w:r>
      <w:proofErr w:type="spellEnd"/>
      <w:r w:rsidRPr="000D2C63">
        <w:rPr>
          <w:rFonts w:cs="Arial"/>
          <w:bCs/>
          <w:lang w:eastAsia="es-CO"/>
        </w:rPr>
        <w:t xml:space="preserve"> PSAA14-10160 de Junio de 2014, </w:t>
      </w:r>
      <w:proofErr w:type="spellStart"/>
      <w:r w:rsidRPr="000D2C63">
        <w:rPr>
          <w:rFonts w:cs="Arial"/>
          <w:bCs/>
          <w:lang w:eastAsia="es-CO"/>
        </w:rPr>
        <w:t>por</w:t>
      </w:r>
      <w:proofErr w:type="spellEnd"/>
      <w:r w:rsidRPr="000D2C63">
        <w:rPr>
          <w:rFonts w:cs="Arial"/>
          <w:bCs/>
          <w:lang w:eastAsia="es-CO"/>
        </w:rPr>
        <w:t xml:space="preserve"> medio del </w:t>
      </w:r>
      <w:proofErr w:type="spellStart"/>
      <w:r w:rsidRPr="000D2C63">
        <w:rPr>
          <w:rFonts w:cs="Arial"/>
          <w:bCs/>
          <w:lang w:eastAsia="es-CO"/>
        </w:rPr>
        <w:t>cual</w:t>
      </w:r>
      <w:proofErr w:type="spellEnd"/>
      <w:r w:rsidRPr="000D2C63">
        <w:rPr>
          <w:rFonts w:cs="Arial"/>
          <w:bCs/>
          <w:lang w:eastAsia="es-CO"/>
        </w:rPr>
        <w:t xml:space="preserve"> la </w:t>
      </w:r>
      <w:proofErr w:type="spellStart"/>
      <w:r w:rsidRPr="000D2C63">
        <w:rPr>
          <w:rFonts w:cs="Arial"/>
          <w:bCs/>
          <w:lang w:eastAsia="es-CO"/>
        </w:rPr>
        <w:t>otrora</w:t>
      </w:r>
      <w:proofErr w:type="spellEnd"/>
      <w:r w:rsidRPr="000D2C63">
        <w:rPr>
          <w:rFonts w:cs="Arial"/>
          <w:bCs/>
          <w:lang w:eastAsia="es-CO"/>
        </w:rPr>
        <w:t xml:space="preserve"> Sala </w:t>
      </w:r>
      <w:proofErr w:type="spellStart"/>
      <w:r w:rsidRPr="000D2C63">
        <w:rPr>
          <w:rFonts w:cs="Arial"/>
          <w:bCs/>
          <w:lang w:eastAsia="es-CO"/>
        </w:rPr>
        <w:t>Administrativa</w:t>
      </w:r>
      <w:proofErr w:type="spellEnd"/>
      <w:r w:rsidRPr="000D2C63">
        <w:rPr>
          <w:rFonts w:cs="Arial"/>
          <w:bCs/>
          <w:lang w:eastAsia="es-CO"/>
        </w:rPr>
        <w:t xml:space="preserve"> del Consejo Superior de la </w:t>
      </w:r>
      <w:proofErr w:type="spellStart"/>
      <w:r w:rsidRPr="000D2C63">
        <w:rPr>
          <w:rFonts w:cs="Arial"/>
          <w:bCs/>
          <w:lang w:eastAsia="es-CO"/>
        </w:rPr>
        <w:t>Judicatura</w:t>
      </w:r>
      <w:proofErr w:type="spellEnd"/>
      <w:r w:rsidRPr="000D2C63">
        <w:rPr>
          <w:rFonts w:cs="Arial"/>
          <w:bCs/>
          <w:lang w:eastAsia="es-CO"/>
        </w:rPr>
        <w:t xml:space="preserve"> </w:t>
      </w:r>
      <w:proofErr w:type="spellStart"/>
      <w:r w:rsidRPr="000D2C63">
        <w:rPr>
          <w:rFonts w:cs="Arial"/>
          <w:bCs/>
          <w:lang w:eastAsia="es-CO"/>
        </w:rPr>
        <w:t>adopta</w:t>
      </w:r>
      <w:proofErr w:type="spellEnd"/>
      <w:r w:rsidRPr="000D2C63">
        <w:rPr>
          <w:rFonts w:cs="Arial"/>
          <w:bCs/>
          <w:lang w:eastAsia="es-CO"/>
        </w:rPr>
        <w:t xml:space="preserve"> el plan de </w:t>
      </w:r>
      <w:proofErr w:type="spellStart"/>
      <w:r w:rsidRPr="000D2C63">
        <w:rPr>
          <w:rFonts w:cs="Arial"/>
          <w:bCs/>
          <w:lang w:eastAsia="es-CO"/>
        </w:rPr>
        <w:t>Gestión</w:t>
      </w:r>
      <w:proofErr w:type="spellEnd"/>
      <w:r w:rsidRPr="000D2C63">
        <w:rPr>
          <w:rFonts w:cs="Arial"/>
          <w:bCs/>
          <w:lang w:eastAsia="es-CO"/>
        </w:rPr>
        <w:t xml:space="preserve"> Ambiental de la Rama Judicial y </w:t>
      </w:r>
      <w:proofErr w:type="spellStart"/>
      <w:r w:rsidRPr="000D2C63">
        <w:rPr>
          <w:rFonts w:cs="Arial"/>
          <w:bCs/>
          <w:lang w:eastAsia="es-CO"/>
        </w:rPr>
        <w:t>en</w:t>
      </w:r>
      <w:proofErr w:type="spellEnd"/>
      <w:r w:rsidRPr="000D2C63">
        <w:rPr>
          <w:rFonts w:cs="Arial"/>
          <w:bCs/>
          <w:lang w:eastAsia="es-CO"/>
        </w:rPr>
        <w:t xml:space="preserve"> </w:t>
      </w:r>
      <w:proofErr w:type="spellStart"/>
      <w:r w:rsidRPr="000D2C63">
        <w:rPr>
          <w:rFonts w:cs="Arial"/>
          <w:bCs/>
          <w:lang w:eastAsia="es-CO"/>
        </w:rPr>
        <w:t>concordancia</w:t>
      </w:r>
      <w:proofErr w:type="spellEnd"/>
      <w:r w:rsidRPr="000D2C63">
        <w:rPr>
          <w:rFonts w:cs="Arial"/>
          <w:bCs/>
          <w:lang w:eastAsia="es-CO"/>
        </w:rPr>
        <w:t xml:space="preserve"> con las </w:t>
      </w:r>
      <w:proofErr w:type="spellStart"/>
      <w:r w:rsidRPr="000D2C63">
        <w:rPr>
          <w:rFonts w:cs="Arial"/>
          <w:bCs/>
          <w:lang w:eastAsia="es-CO"/>
        </w:rPr>
        <w:t>buenas</w:t>
      </w:r>
      <w:proofErr w:type="spellEnd"/>
      <w:r w:rsidRPr="000D2C63">
        <w:rPr>
          <w:rFonts w:cs="Arial"/>
          <w:bCs/>
          <w:lang w:eastAsia="es-CO"/>
        </w:rPr>
        <w:t xml:space="preserve"> </w:t>
      </w:r>
      <w:proofErr w:type="spellStart"/>
      <w:r w:rsidRPr="000D2C63">
        <w:rPr>
          <w:rFonts w:cs="Arial"/>
          <w:bCs/>
          <w:lang w:eastAsia="es-CO"/>
        </w:rPr>
        <w:t>prácticas</w:t>
      </w:r>
      <w:proofErr w:type="spellEnd"/>
      <w:r w:rsidRPr="000D2C63">
        <w:rPr>
          <w:rFonts w:cs="Arial"/>
          <w:bCs/>
          <w:lang w:eastAsia="es-CO"/>
        </w:rPr>
        <w:t xml:space="preserve"> </w:t>
      </w:r>
      <w:proofErr w:type="spellStart"/>
      <w:r w:rsidRPr="000D2C63">
        <w:rPr>
          <w:rFonts w:cs="Arial"/>
          <w:bCs/>
          <w:lang w:eastAsia="es-CO"/>
        </w:rPr>
        <w:t>ambientales</w:t>
      </w:r>
      <w:proofErr w:type="spellEnd"/>
      <w:r w:rsidRPr="000D2C63">
        <w:rPr>
          <w:rFonts w:cs="Arial"/>
          <w:bCs/>
          <w:lang w:eastAsia="es-CO"/>
        </w:rPr>
        <w:t xml:space="preserve"> y la </w:t>
      </w:r>
      <w:proofErr w:type="spellStart"/>
      <w:r w:rsidRPr="000D2C63">
        <w:rPr>
          <w:rFonts w:cs="Arial"/>
          <w:bCs/>
          <w:lang w:eastAsia="es-CO"/>
        </w:rPr>
        <w:t>responsabilidad</w:t>
      </w:r>
      <w:proofErr w:type="spellEnd"/>
      <w:r w:rsidRPr="000D2C63">
        <w:rPr>
          <w:rFonts w:cs="Arial"/>
          <w:bCs/>
          <w:lang w:eastAsia="es-CO"/>
        </w:rPr>
        <w:t xml:space="preserve"> </w:t>
      </w:r>
      <w:proofErr w:type="spellStart"/>
      <w:r w:rsidRPr="000D2C63">
        <w:rPr>
          <w:rFonts w:cs="Arial"/>
          <w:bCs/>
          <w:lang w:eastAsia="es-CO"/>
        </w:rPr>
        <w:t>que</w:t>
      </w:r>
      <w:proofErr w:type="spellEnd"/>
      <w:r w:rsidRPr="000D2C63">
        <w:rPr>
          <w:rFonts w:cs="Arial"/>
          <w:bCs/>
          <w:lang w:eastAsia="es-CO"/>
        </w:rPr>
        <w:t xml:space="preserve"> se </w:t>
      </w:r>
      <w:proofErr w:type="spellStart"/>
      <w:r w:rsidRPr="000D2C63">
        <w:rPr>
          <w:rFonts w:cs="Arial"/>
          <w:bCs/>
          <w:lang w:eastAsia="es-CO"/>
        </w:rPr>
        <w:t>tiene</w:t>
      </w:r>
      <w:proofErr w:type="spellEnd"/>
      <w:r w:rsidRPr="000D2C63">
        <w:rPr>
          <w:rFonts w:cs="Arial"/>
          <w:bCs/>
          <w:lang w:eastAsia="es-CO"/>
        </w:rPr>
        <w:t xml:space="preserve"> </w:t>
      </w:r>
      <w:proofErr w:type="spellStart"/>
      <w:r w:rsidRPr="000D2C63">
        <w:rPr>
          <w:rFonts w:cs="Arial"/>
          <w:bCs/>
          <w:lang w:eastAsia="es-CO"/>
        </w:rPr>
        <w:t>como</w:t>
      </w:r>
      <w:proofErr w:type="spellEnd"/>
      <w:r w:rsidRPr="000D2C63">
        <w:rPr>
          <w:rFonts w:cs="Arial"/>
          <w:bCs/>
          <w:lang w:eastAsia="es-CO"/>
        </w:rPr>
        <w:t xml:space="preserve"> Estado de </w:t>
      </w:r>
      <w:proofErr w:type="spellStart"/>
      <w:r w:rsidRPr="000D2C63">
        <w:rPr>
          <w:rFonts w:cs="Arial"/>
          <w:bCs/>
          <w:lang w:eastAsia="es-CO"/>
        </w:rPr>
        <w:t>cuidar</w:t>
      </w:r>
      <w:proofErr w:type="spellEnd"/>
      <w:r w:rsidRPr="000D2C63">
        <w:rPr>
          <w:rFonts w:cs="Arial"/>
          <w:bCs/>
          <w:lang w:eastAsia="es-CO"/>
        </w:rPr>
        <w:t xml:space="preserve"> y </w:t>
      </w:r>
      <w:proofErr w:type="spellStart"/>
      <w:r w:rsidRPr="000D2C63">
        <w:rPr>
          <w:rFonts w:cs="Arial"/>
          <w:bCs/>
          <w:lang w:eastAsia="es-CO"/>
        </w:rPr>
        <w:t>proteger</w:t>
      </w:r>
      <w:proofErr w:type="spellEnd"/>
      <w:r w:rsidRPr="000D2C63">
        <w:rPr>
          <w:rFonts w:cs="Arial"/>
          <w:bCs/>
          <w:lang w:eastAsia="es-CO"/>
        </w:rPr>
        <w:t xml:space="preserve"> </w:t>
      </w:r>
      <w:proofErr w:type="spellStart"/>
      <w:r w:rsidRPr="000D2C63">
        <w:rPr>
          <w:rFonts w:cs="Arial"/>
          <w:bCs/>
          <w:lang w:eastAsia="es-CO"/>
        </w:rPr>
        <w:t>los</w:t>
      </w:r>
      <w:proofErr w:type="spellEnd"/>
      <w:r w:rsidRPr="000D2C63">
        <w:rPr>
          <w:rFonts w:cs="Arial"/>
          <w:bCs/>
          <w:lang w:eastAsia="es-CO"/>
        </w:rPr>
        <w:t xml:space="preserve"> </w:t>
      </w:r>
      <w:proofErr w:type="spellStart"/>
      <w:r w:rsidRPr="000D2C63">
        <w:rPr>
          <w:rFonts w:cs="Arial"/>
          <w:bCs/>
          <w:lang w:eastAsia="es-CO"/>
        </w:rPr>
        <w:t>recursos</w:t>
      </w:r>
      <w:proofErr w:type="spellEnd"/>
      <w:r w:rsidRPr="000D2C63">
        <w:rPr>
          <w:rFonts w:cs="Arial"/>
          <w:bCs/>
          <w:lang w:eastAsia="es-CO"/>
        </w:rPr>
        <w:t xml:space="preserve"> naturales,  </w:t>
      </w:r>
      <w:proofErr w:type="spellStart"/>
      <w:r w:rsidRPr="000D2C63">
        <w:rPr>
          <w:rFonts w:cs="Arial"/>
          <w:bCs/>
          <w:lang w:eastAsia="es-CO"/>
        </w:rPr>
        <w:t>prevenir</w:t>
      </w:r>
      <w:proofErr w:type="spellEnd"/>
      <w:r w:rsidRPr="000D2C63">
        <w:rPr>
          <w:rFonts w:cs="Arial"/>
          <w:bCs/>
          <w:lang w:eastAsia="es-CO"/>
        </w:rPr>
        <w:t xml:space="preserve"> y </w:t>
      </w:r>
      <w:proofErr w:type="spellStart"/>
      <w:r w:rsidRPr="000D2C63">
        <w:rPr>
          <w:rFonts w:cs="Arial"/>
          <w:bCs/>
          <w:lang w:eastAsia="es-CO"/>
        </w:rPr>
        <w:t>controlar</w:t>
      </w:r>
      <w:proofErr w:type="spellEnd"/>
      <w:r w:rsidRPr="000D2C63">
        <w:rPr>
          <w:rFonts w:cs="Arial"/>
          <w:bCs/>
          <w:lang w:eastAsia="es-CO"/>
        </w:rPr>
        <w:t xml:space="preserve"> </w:t>
      </w:r>
      <w:proofErr w:type="spellStart"/>
      <w:r w:rsidRPr="000D2C63">
        <w:rPr>
          <w:rFonts w:cs="Arial"/>
          <w:bCs/>
          <w:lang w:eastAsia="es-CO"/>
        </w:rPr>
        <w:t>los</w:t>
      </w:r>
      <w:proofErr w:type="spellEnd"/>
      <w:r w:rsidRPr="000D2C63">
        <w:rPr>
          <w:rFonts w:cs="Arial"/>
          <w:bCs/>
          <w:lang w:eastAsia="es-CO"/>
        </w:rPr>
        <w:t xml:space="preserve"> </w:t>
      </w:r>
      <w:proofErr w:type="spellStart"/>
      <w:r w:rsidRPr="000D2C63">
        <w:rPr>
          <w:rFonts w:cs="Arial"/>
          <w:bCs/>
          <w:lang w:eastAsia="es-CO"/>
        </w:rPr>
        <w:t>factores</w:t>
      </w:r>
      <w:proofErr w:type="spellEnd"/>
      <w:r w:rsidRPr="000D2C63">
        <w:rPr>
          <w:rFonts w:cs="Arial"/>
          <w:bCs/>
          <w:lang w:eastAsia="es-CO"/>
        </w:rPr>
        <w:t xml:space="preserve"> de </w:t>
      </w:r>
      <w:proofErr w:type="spellStart"/>
      <w:r w:rsidRPr="000D2C63">
        <w:rPr>
          <w:rFonts w:cs="Arial"/>
          <w:bCs/>
          <w:lang w:eastAsia="es-CO"/>
        </w:rPr>
        <w:t>deterioro</w:t>
      </w:r>
      <w:proofErr w:type="spellEnd"/>
      <w:r w:rsidRPr="000D2C63">
        <w:rPr>
          <w:rFonts w:cs="Arial"/>
          <w:bCs/>
          <w:lang w:eastAsia="es-CO"/>
        </w:rPr>
        <w:t xml:space="preserve"> del medio </w:t>
      </w:r>
      <w:proofErr w:type="spellStart"/>
      <w:r w:rsidRPr="000D2C63">
        <w:rPr>
          <w:rFonts w:cs="Arial"/>
          <w:bCs/>
          <w:lang w:eastAsia="es-CO"/>
        </w:rPr>
        <w:t>ambiente</w:t>
      </w:r>
      <w:proofErr w:type="spellEnd"/>
      <w:r w:rsidRPr="000D2C63">
        <w:rPr>
          <w:rFonts w:cs="Arial"/>
          <w:bCs/>
          <w:lang w:eastAsia="es-CO"/>
        </w:rPr>
        <w:t xml:space="preserve">, </w:t>
      </w:r>
      <w:proofErr w:type="spellStart"/>
      <w:r w:rsidRPr="000D2C63">
        <w:rPr>
          <w:rFonts w:cs="Arial"/>
          <w:bCs/>
          <w:lang w:eastAsia="es-CO"/>
        </w:rPr>
        <w:t>prevenir</w:t>
      </w:r>
      <w:proofErr w:type="spellEnd"/>
      <w:r w:rsidRPr="000D2C63">
        <w:rPr>
          <w:rFonts w:cs="Arial"/>
          <w:bCs/>
          <w:lang w:eastAsia="es-CO"/>
        </w:rPr>
        <w:t xml:space="preserve"> la </w:t>
      </w:r>
      <w:proofErr w:type="spellStart"/>
      <w:r w:rsidRPr="000D2C63">
        <w:rPr>
          <w:rFonts w:cs="Arial"/>
          <w:bCs/>
          <w:lang w:eastAsia="es-CO"/>
        </w:rPr>
        <w:t>contaminación</w:t>
      </w:r>
      <w:proofErr w:type="spellEnd"/>
      <w:r w:rsidRPr="000D2C63">
        <w:rPr>
          <w:rFonts w:cs="Arial"/>
          <w:bCs/>
          <w:lang w:eastAsia="es-CO"/>
        </w:rPr>
        <w:t xml:space="preserve"> </w:t>
      </w:r>
      <w:proofErr w:type="spellStart"/>
      <w:r w:rsidRPr="000D2C63">
        <w:rPr>
          <w:rFonts w:cs="Arial"/>
          <w:bCs/>
          <w:lang w:eastAsia="es-CO"/>
        </w:rPr>
        <w:t>ambiental</w:t>
      </w:r>
      <w:proofErr w:type="spellEnd"/>
      <w:r w:rsidRPr="000D2C63">
        <w:rPr>
          <w:rFonts w:cs="Arial"/>
          <w:bCs/>
          <w:lang w:eastAsia="es-CO"/>
        </w:rPr>
        <w:t xml:space="preserve"> </w:t>
      </w:r>
      <w:proofErr w:type="spellStart"/>
      <w:r w:rsidRPr="000D2C63">
        <w:rPr>
          <w:rFonts w:cs="Arial"/>
          <w:bCs/>
          <w:lang w:eastAsia="es-CO"/>
        </w:rPr>
        <w:t>potencial</w:t>
      </w:r>
      <w:proofErr w:type="spellEnd"/>
      <w:r w:rsidRPr="000D2C63">
        <w:rPr>
          <w:rFonts w:cs="Arial"/>
          <w:bCs/>
          <w:lang w:eastAsia="es-CO"/>
        </w:rPr>
        <w:t xml:space="preserve"> </w:t>
      </w:r>
      <w:proofErr w:type="spellStart"/>
      <w:r w:rsidRPr="000D2C63">
        <w:rPr>
          <w:rFonts w:cs="Arial"/>
          <w:bCs/>
          <w:lang w:eastAsia="es-CO"/>
        </w:rPr>
        <w:t>generada</w:t>
      </w:r>
      <w:proofErr w:type="spellEnd"/>
      <w:r w:rsidRPr="000D2C63">
        <w:rPr>
          <w:rFonts w:cs="Arial"/>
          <w:bCs/>
          <w:lang w:eastAsia="es-CO"/>
        </w:rPr>
        <w:t xml:space="preserve"> </w:t>
      </w:r>
      <w:proofErr w:type="spellStart"/>
      <w:r w:rsidRPr="000D2C63">
        <w:rPr>
          <w:rFonts w:cs="Arial"/>
          <w:bCs/>
          <w:lang w:eastAsia="es-CO"/>
        </w:rPr>
        <w:t>por</w:t>
      </w:r>
      <w:proofErr w:type="spellEnd"/>
      <w:r w:rsidRPr="000D2C63">
        <w:rPr>
          <w:rFonts w:cs="Arial"/>
          <w:bCs/>
          <w:lang w:eastAsia="es-CO"/>
        </w:rPr>
        <w:t xml:space="preserve"> las </w:t>
      </w:r>
      <w:proofErr w:type="spellStart"/>
      <w:r w:rsidRPr="000D2C63">
        <w:rPr>
          <w:rFonts w:cs="Arial"/>
          <w:bCs/>
          <w:lang w:eastAsia="es-CO"/>
        </w:rPr>
        <w:t>actividades</w:t>
      </w:r>
      <w:proofErr w:type="spellEnd"/>
      <w:r w:rsidRPr="000D2C63">
        <w:rPr>
          <w:rFonts w:cs="Arial"/>
          <w:bCs/>
          <w:lang w:eastAsia="es-CO"/>
        </w:rPr>
        <w:t xml:space="preserve"> </w:t>
      </w:r>
      <w:proofErr w:type="spellStart"/>
      <w:r w:rsidRPr="000D2C63">
        <w:rPr>
          <w:rFonts w:cs="Arial"/>
          <w:bCs/>
          <w:lang w:eastAsia="es-CO"/>
        </w:rPr>
        <w:t>administrativas</w:t>
      </w:r>
      <w:proofErr w:type="spellEnd"/>
      <w:r w:rsidRPr="000D2C63">
        <w:rPr>
          <w:rFonts w:cs="Arial"/>
          <w:bCs/>
          <w:lang w:eastAsia="es-CO"/>
        </w:rPr>
        <w:t xml:space="preserve"> y </w:t>
      </w:r>
      <w:proofErr w:type="spellStart"/>
      <w:r w:rsidRPr="000D2C63">
        <w:rPr>
          <w:rFonts w:cs="Arial"/>
          <w:bCs/>
          <w:lang w:eastAsia="es-CO"/>
        </w:rPr>
        <w:t>judiciales</w:t>
      </w:r>
      <w:proofErr w:type="spellEnd"/>
      <w:r w:rsidRPr="000D2C63">
        <w:rPr>
          <w:rFonts w:cs="Arial"/>
          <w:bCs/>
          <w:lang w:eastAsia="es-CO"/>
        </w:rPr>
        <w:t xml:space="preserve">, </w:t>
      </w:r>
      <w:proofErr w:type="spellStart"/>
      <w:r w:rsidRPr="000D2C63">
        <w:rPr>
          <w:rFonts w:cs="Arial"/>
          <w:bCs/>
          <w:lang w:eastAsia="es-CO"/>
        </w:rPr>
        <w:t>gestionar</w:t>
      </w:r>
      <w:proofErr w:type="spellEnd"/>
      <w:r w:rsidRPr="000D2C63">
        <w:rPr>
          <w:rFonts w:cs="Arial"/>
          <w:bCs/>
          <w:lang w:eastAsia="es-CO"/>
        </w:rPr>
        <w:t xml:space="preserve"> </w:t>
      </w:r>
      <w:proofErr w:type="spellStart"/>
      <w:r w:rsidRPr="000D2C63">
        <w:rPr>
          <w:rFonts w:cs="Arial"/>
          <w:bCs/>
          <w:lang w:eastAsia="es-CO"/>
        </w:rPr>
        <w:t>ambientalmente</w:t>
      </w:r>
      <w:proofErr w:type="spellEnd"/>
      <w:r w:rsidRPr="000D2C63">
        <w:rPr>
          <w:rFonts w:cs="Arial"/>
          <w:bCs/>
          <w:lang w:eastAsia="es-CO"/>
        </w:rPr>
        <w:t xml:space="preserve"> </w:t>
      </w:r>
      <w:proofErr w:type="spellStart"/>
      <w:r w:rsidRPr="000D2C63">
        <w:rPr>
          <w:rFonts w:cs="Arial"/>
          <w:bCs/>
          <w:lang w:eastAsia="es-CO"/>
        </w:rPr>
        <w:t>los</w:t>
      </w:r>
      <w:proofErr w:type="spellEnd"/>
      <w:r w:rsidRPr="000D2C63">
        <w:rPr>
          <w:rFonts w:cs="Arial"/>
          <w:bCs/>
          <w:lang w:eastAsia="es-CO"/>
        </w:rPr>
        <w:t xml:space="preserve"> </w:t>
      </w:r>
      <w:proofErr w:type="spellStart"/>
      <w:r w:rsidRPr="000D2C63">
        <w:rPr>
          <w:rFonts w:cs="Arial"/>
          <w:bCs/>
          <w:lang w:eastAsia="es-CO"/>
        </w:rPr>
        <w:t>residuos</w:t>
      </w:r>
      <w:proofErr w:type="spellEnd"/>
      <w:r w:rsidRPr="000D2C63">
        <w:rPr>
          <w:rFonts w:cs="Arial"/>
          <w:bCs/>
          <w:lang w:eastAsia="es-CO"/>
        </w:rPr>
        <w:t xml:space="preserve"> </w:t>
      </w:r>
      <w:proofErr w:type="spellStart"/>
      <w:r w:rsidRPr="000D2C63">
        <w:rPr>
          <w:rFonts w:cs="Arial"/>
          <w:bCs/>
          <w:lang w:eastAsia="es-CO"/>
        </w:rPr>
        <w:t>sólidos</w:t>
      </w:r>
      <w:proofErr w:type="spellEnd"/>
      <w:r w:rsidRPr="000D2C63">
        <w:rPr>
          <w:rFonts w:cs="Arial"/>
          <w:bCs/>
          <w:lang w:eastAsia="es-CO"/>
        </w:rPr>
        <w:t xml:space="preserve"> </w:t>
      </w:r>
      <w:proofErr w:type="spellStart"/>
      <w:r w:rsidRPr="000D2C63">
        <w:rPr>
          <w:rFonts w:cs="Arial"/>
          <w:bCs/>
          <w:lang w:eastAsia="es-CO"/>
        </w:rPr>
        <w:t>generados</w:t>
      </w:r>
      <w:proofErr w:type="spellEnd"/>
      <w:r w:rsidRPr="000D2C63">
        <w:rPr>
          <w:rFonts w:cs="Arial"/>
          <w:bCs/>
          <w:lang w:eastAsia="es-CO"/>
        </w:rPr>
        <w:t xml:space="preserve">; </w:t>
      </w:r>
      <w:proofErr w:type="spellStart"/>
      <w:r w:rsidRPr="000D2C63">
        <w:rPr>
          <w:rFonts w:cs="Arial"/>
          <w:bCs/>
          <w:lang w:eastAsia="es-CO"/>
        </w:rPr>
        <w:t>garantizar</w:t>
      </w:r>
      <w:proofErr w:type="spellEnd"/>
      <w:r w:rsidRPr="000D2C63">
        <w:rPr>
          <w:rFonts w:cs="Arial"/>
          <w:bCs/>
          <w:lang w:eastAsia="es-CO"/>
        </w:rPr>
        <w:t xml:space="preserve"> el </w:t>
      </w:r>
      <w:proofErr w:type="spellStart"/>
      <w:r w:rsidRPr="000D2C63">
        <w:rPr>
          <w:rFonts w:cs="Arial"/>
          <w:bCs/>
          <w:lang w:eastAsia="es-CO"/>
        </w:rPr>
        <w:t>oportuno</w:t>
      </w:r>
      <w:proofErr w:type="spellEnd"/>
      <w:r w:rsidRPr="000D2C63">
        <w:rPr>
          <w:rFonts w:cs="Arial"/>
          <w:bCs/>
          <w:lang w:eastAsia="es-CO"/>
        </w:rPr>
        <w:t xml:space="preserve"> y </w:t>
      </w:r>
      <w:proofErr w:type="spellStart"/>
      <w:r w:rsidRPr="000D2C63">
        <w:rPr>
          <w:rFonts w:cs="Arial"/>
          <w:bCs/>
          <w:lang w:eastAsia="es-CO"/>
        </w:rPr>
        <w:t>eficaz</w:t>
      </w:r>
      <w:proofErr w:type="spellEnd"/>
      <w:r w:rsidRPr="000D2C63">
        <w:rPr>
          <w:rFonts w:cs="Arial"/>
          <w:bCs/>
          <w:lang w:eastAsia="es-CO"/>
        </w:rPr>
        <w:t xml:space="preserve"> </w:t>
      </w:r>
      <w:proofErr w:type="spellStart"/>
      <w:r w:rsidRPr="000D2C63">
        <w:rPr>
          <w:rFonts w:cs="Arial"/>
          <w:bCs/>
          <w:lang w:eastAsia="es-CO"/>
        </w:rPr>
        <w:t>cumplimiento</w:t>
      </w:r>
      <w:proofErr w:type="spellEnd"/>
      <w:r w:rsidRPr="000D2C63">
        <w:rPr>
          <w:rFonts w:cs="Arial"/>
          <w:bCs/>
          <w:lang w:eastAsia="es-CO"/>
        </w:rPr>
        <w:t xml:space="preserve"> de la </w:t>
      </w:r>
      <w:proofErr w:type="spellStart"/>
      <w:r w:rsidRPr="000D2C63">
        <w:rPr>
          <w:rFonts w:cs="Arial"/>
          <w:bCs/>
          <w:lang w:eastAsia="es-CO"/>
        </w:rPr>
        <w:t>legislación</w:t>
      </w:r>
      <w:proofErr w:type="spellEnd"/>
      <w:r w:rsidRPr="000D2C63">
        <w:rPr>
          <w:rFonts w:cs="Arial"/>
          <w:bCs/>
          <w:lang w:eastAsia="es-CO"/>
        </w:rPr>
        <w:t xml:space="preserve"> </w:t>
      </w:r>
      <w:proofErr w:type="spellStart"/>
      <w:r w:rsidRPr="000D2C63">
        <w:rPr>
          <w:rFonts w:cs="Arial"/>
          <w:bCs/>
          <w:lang w:eastAsia="es-CO"/>
        </w:rPr>
        <w:t>ambiental</w:t>
      </w:r>
      <w:proofErr w:type="spellEnd"/>
      <w:r w:rsidRPr="000D2C63">
        <w:rPr>
          <w:rFonts w:cs="Arial"/>
          <w:bCs/>
          <w:lang w:eastAsia="es-CO"/>
        </w:rPr>
        <w:t xml:space="preserve"> </w:t>
      </w:r>
      <w:proofErr w:type="spellStart"/>
      <w:r w:rsidRPr="000D2C63">
        <w:rPr>
          <w:rFonts w:cs="Arial"/>
          <w:bCs/>
          <w:lang w:eastAsia="es-CO"/>
        </w:rPr>
        <w:t>aplicable</w:t>
      </w:r>
      <w:proofErr w:type="spellEnd"/>
      <w:r w:rsidRPr="000D2C63">
        <w:rPr>
          <w:rFonts w:cs="Arial"/>
          <w:bCs/>
          <w:lang w:eastAsia="es-CO"/>
        </w:rPr>
        <w:t xml:space="preserve"> a las </w:t>
      </w:r>
      <w:proofErr w:type="spellStart"/>
      <w:r w:rsidRPr="000D2C63">
        <w:rPr>
          <w:rFonts w:cs="Arial"/>
          <w:bCs/>
          <w:lang w:eastAsia="es-CO"/>
        </w:rPr>
        <w:t>actividades</w:t>
      </w:r>
      <w:proofErr w:type="spellEnd"/>
      <w:r w:rsidRPr="000D2C63">
        <w:rPr>
          <w:rFonts w:cs="Arial"/>
          <w:bCs/>
          <w:lang w:eastAsia="es-CO"/>
        </w:rPr>
        <w:t xml:space="preserve"> </w:t>
      </w:r>
      <w:proofErr w:type="spellStart"/>
      <w:r w:rsidRPr="000D2C63">
        <w:rPr>
          <w:rFonts w:cs="Arial"/>
          <w:bCs/>
          <w:lang w:eastAsia="es-CO"/>
        </w:rPr>
        <w:t>administrativas</w:t>
      </w:r>
      <w:proofErr w:type="spellEnd"/>
      <w:r w:rsidRPr="000D2C63">
        <w:rPr>
          <w:rFonts w:cs="Arial"/>
          <w:bCs/>
          <w:lang w:eastAsia="es-CO"/>
        </w:rPr>
        <w:t xml:space="preserve"> y </w:t>
      </w:r>
      <w:proofErr w:type="spellStart"/>
      <w:r w:rsidRPr="000D2C63">
        <w:rPr>
          <w:rFonts w:cs="Arial"/>
          <w:bCs/>
          <w:lang w:eastAsia="es-CO"/>
        </w:rPr>
        <w:t>laborales</w:t>
      </w:r>
      <w:proofErr w:type="spellEnd"/>
      <w:r w:rsidRPr="000D2C63">
        <w:rPr>
          <w:rFonts w:cs="Arial"/>
          <w:bCs/>
          <w:lang w:eastAsia="es-CO"/>
        </w:rPr>
        <w:t xml:space="preserve"> </w:t>
      </w:r>
      <w:proofErr w:type="spellStart"/>
      <w:r w:rsidRPr="000D2C63">
        <w:rPr>
          <w:rFonts w:cs="Arial"/>
          <w:bCs/>
          <w:lang w:eastAsia="es-CO"/>
        </w:rPr>
        <w:t>propias</w:t>
      </w:r>
      <w:proofErr w:type="spellEnd"/>
      <w:r w:rsidRPr="000D2C63">
        <w:rPr>
          <w:rFonts w:cs="Arial"/>
          <w:bCs/>
          <w:lang w:eastAsia="es-CO"/>
        </w:rPr>
        <w:t xml:space="preserve"> de </w:t>
      </w:r>
      <w:proofErr w:type="spellStart"/>
      <w:r w:rsidRPr="000D2C63">
        <w:rPr>
          <w:rFonts w:cs="Arial"/>
          <w:bCs/>
          <w:lang w:eastAsia="es-CO"/>
        </w:rPr>
        <w:t>cada</w:t>
      </w:r>
      <w:proofErr w:type="spellEnd"/>
      <w:r w:rsidRPr="000D2C63">
        <w:rPr>
          <w:rFonts w:cs="Arial"/>
          <w:bCs/>
          <w:lang w:eastAsia="es-CO"/>
        </w:rPr>
        <w:t xml:space="preserve"> </w:t>
      </w:r>
      <w:proofErr w:type="spellStart"/>
      <w:r w:rsidRPr="000D2C63">
        <w:rPr>
          <w:rFonts w:cs="Arial"/>
          <w:bCs/>
          <w:lang w:eastAsia="es-CO"/>
        </w:rPr>
        <w:t>actividad</w:t>
      </w:r>
      <w:proofErr w:type="spellEnd"/>
      <w:r w:rsidRPr="000D2C63">
        <w:rPr>
          <w:rFonts w:cs="Arial"/>
          <w:bCs/>
          <w:lang w:eastAsia="es-CO"/>
        </w:rPr>
        <w:t xml:space="preserve">, </w:t>
      </w:r>
      <w:proofErr w:type="spellStart"/>
      <w:r w:rsidRPr="000D2C63">
        <w:rPr>
          <w:rFonts w:cs="Arial"/>
          <w:bCs/>
          <w:lang w:eastAsia="es-CO"/>
        </w:rPr>
        <w:t>propiciar</w:t>
      </w:r>
      <w:proofErr w:type="spellEnd"/>
      <w:r w:rsidRPr="000D2C63">
        <w:rPr>
          <w:rFonts w:cs="Arial"/>
          <w:bCs/>
          <w:lang w:eastAsia="es-CO"/>
        </w:rPr>
        <w:t xml:space="preserve"> un </w:t>
      </w:r>
      <w:proofErr w:type="spellStart"/>
      <w:r w:rsidRPr="000D2C63">
        <w:rPr>
          <w:rFonts w:cs="Arial"/>
          <w:bCs/>
          <w:lang w:eastAsia="es-CO"/>
        </w:rPr>
        <w:t>ambiente</w:t>
      </w:r>
      <w:proofErr w:type="spellEnd"/>
      <w:r w:rsidRPr="000D2C63">
        <w:rPr>
          <w:rFonts w:cs="Arial"/>
          <w:bCs/>
          <w:lang w:eastAsia="es-CO"/>
        </w:rPr>
        <w:t xml:space="preserve"> de </w:t>
      </w:r>
      <w:proofErr w:type="spellStart"/>
      <w:r w:rsidRPr="000D2C63">
        <w:rPr>
          <w:rFonts w:cs="Arial"/>
          <w:bCs/>
          <w:lang w:eastAsia="es-CO"/>
        </w:rPr>
        <w:t>trabajo</w:t>
      </w:r>
      <w:proofErr w:type="spellEnd"/>
      <w:r w:rsidRPr="000D2C63">
        <w:rPr>
          <w:rFonts w:cs="Arial"/>
          <w:bCs/>
          <w:lang w:eastAsia="es-CO"/>
        </w:rPr>
        <w:t xml:space="preserve"> </w:t>
      </w:r>
      <w:proofErr w:type="spellStart"/>
      <w:r w:rsidRPr="000D2C63">
        <w:rPr>
          <w:rFonts w:cs="Arial"/>
          <w:bCs/>
          <w:lang w:eastAsia="es-CO"/>
        </w:rPr>
        <w:t>seguro</w:t>
      </w:r>
      <w:proofErr w:type="spellEnd"/>
      <w:r w:rsidRPr="000D2C63">
        <w:rPr>
          <w:rFonts w:cs="Arial"/>
          <w:bCs/>
          <w:lang w:eastAsia="es-CO"/>
        </w:rPr>
        <w:t xml:space="preserve"> y </w:t>
      </w:r>
      <w:proofErr w:type="spellStart"/>
      <w:r w:rsidRPr="000D2C63">
        <w:rPr>
          <w:rFonts w:cs="Arial"/>
          <w:bCs/>
          <w:lang w:eastAsia="es-CO"/>
        </w:rPr>
        <w:t>saludable</w:t>
      </w:r>
      <w:proofErr w:type="spellEnd"/>
      <w:r w:rsidRPr="000D2C63">
        <w:rPr>
          <w:rFonts w:cs="Arial"/>
          <w:bCs/>
          <w:lang w:eastAsia="es-CO"/>
        </w:rPr>
        <w:t xml:space="preserve"> para </w:t>
      </w:r>
      <w:proofErr w:type="spellStart"/>
      <w:r w:rsidRPr="000D2C63">
        <w:rPr>
          <w:rFonts w:cs="Arial"/>
          <w:bCs/>
          <w:lang w:eastAsia="es-CO"/>
        </w:rPr>
        <w:t>los</w:t>
      </w:r>
      <w:proofErr w:type="spellEnd"/>
      <w:r w:rsidRPr="000D2C63">
        <w:rPr>
          <w:rFonts w:cs="Arial"/>
          <w:bCs/>
          <w:lang w:eastAsia="es-CO"/>
        </w:rPr>
        <w:t xml:space="preserve"> </w:t>
      </w:r>
      <w:proofErr w:type="spellStart"/>
      <w:r w:rsidRPr="000D2C63">
        <w:rPr>
          <w:rFonts w:cs="Arial"/>
          <w:bCs/>
          <w:lang w:eastAsia="es-CO"/>
        </w:rPr>
        <w:t>Empleados</w:t>
      </w:r>
      <w:proofErr w:type="spellEnd"/>
      <w:r w:rsidRPr="000D2C63">
        <w:rPr>
          <w:rFonts w:cs="Arial"/>
          <w:bCs/>
          <w:lang w:eastAsia="es-CO"/>
        </w:rPr>
        <w:t xml:space="preserve"> y </w:t>
      </w:r>
      <w:proofErr w:type="spellStart"/>
      <w:r w:rsidRPr="000D2C63">
        <w:rPr>
          <w:rFonts w:cs="Arial"/>
          <w:bCs/>
          <w:lang w:eastAsia="es-CO"/>
        </w:rPr>
        <w:t>Funcionarios</w:t>
      </w:r>
      <w:proofErr w:type="spellEnd"/>
      <w:r w:rsidRPr="000D2C63">
        <w:rPr>
          <w:rFonts w:cs="Arial"/>
          <w:bCs/>
          <w:lang w:eastAsia="es-CO"/>
        </w:rPr>
        <w:t xml:space="preserve"> </w:t>
      </w:r>
      <w:proofErr w:type="spellStart"/>
      <w:r w:rsidRPr="000D2C63">
        <w:rPr>
          <w:rFonts w:cs="Arial"/>
          <w:bCs/>
          <w:lang w:eastAsia="es-CO"/>
        </w:rPr>
        <w:t>Judiciales</w:t>
      </w:r>
      <w:proofErr w:type="spellEnd"/>
      <w:r w:rsidRPr="000D2C63">
        <w:rPr>
          <w:rFonts w:cs="Arial"/>
          <w:bCs/>
          <w:lang w:eastAsia="es-CO"/>
        </w:rPr>
        <w:t xml:space="preserve">, </w:t>
      </w:r>
      <w:proofErr w:type="spellStart"/>
      <w:r w:rsidRPr="000D2C63">
        <w:rPr>
          <w:rFonts w:cs="Arial"/>
          <w:bCs/>
          <w:lang w:eastAsia="es-CO"/>
        </w:rPr>
        <w:t>todos</w:t>
      </w:r>
      <w:proofErr w:type="spellEnd"/>
      <w:r w:rsidRPr="000D2C63">
        <w:rPr>
          <w:rFonts w:cs="Arial"/>
          <w:bCs/>
          <w:lang w:eastAsia="es-CO"/>
        </w:rPr>
        <w:t xml:space="preserve"> </w:t>
      </w:r>
      <w:proofErr w:type="spellStart"/>
      <w:r w:rsidRPr="000D2C63">
        <w:rPr>
          <w:rFonts w:cs="Arial"/>
          <w:bCs/>
          <w:lang w:eastAsia="es-CO"/>
        </w:rPr>
        <w:t>los</w:t>
      </w:r>
      <w:proofErr w:type="spellEnd"/>
      <w:r w:rsidRPr="000D2C63">
        <w:rPr>
          <w:rFonts w:cs="Arial"/>
          <w:bCs/>
          <w:lang w:eastAsia="es-CO"/>
        </w:rPr>
        <w:t xml:space="preserve"> </w:t>
      </w:r>
      <w:proofErr w:type="spellStart"/>
      <w:r w:rsidRPr="000D2C63">
        <w:rPr>
          <w:rFonts w:cs="Arial"/>
          <w:bCs/>
          <w:lang w:eastAsia="es-CO"/>
        </w:rPr>
        <w:t>procesos</w:t>
      </w:r>
      <w:proofErr w:type="spellEnd"/>
      <w:r w:rsidRPr="000D2C63">
        <w:rPr>
          <w:rFonts w:cs="Arial"/>
          <w:bCs/>
          <w:lang w:eastAsia="es-CO"/>
        </w:rPr>
        <w:t xml:space="preserve"> de </w:t>
      </w:r>
      <w:proofErr w:type="spellStart"/>
      <w:r w:rsidRPr="000D2C63">
        <w:rPr>
          <w:rFonts w:cs="Arial"/>
          <w:bCs/>
          <w:lang w:eastAsia="es-CO"/>
        </w:rPr>
        <w:t>adquisiciones</w:t>
      </w:r>
      <w:proofErr w:type="spellEnd"/>
      <w:r w:rsidRPr="000D2C63">
        <w:rPr>
          <w:rFonts w:cs="Arial"/>
          <w:bCs/>
          <w:lang w:eastAsia="es-CO"/>
        </w:rPr>
        <w:t xml:space="preserve"> de </w:t>
      </w:r>
      <w:proofErr w:type="spellStart"/>
      <w:r w:rsidRPr="000D2C63">
        <w:rPr>
          <w:rFonts w:cs="Arial"/>
          <w:bCs/>
          <w:lang w:eastAsia="es-CO"/>
        </w:rPr>
        <w:t>bienes</w:t>
      </w:r>
      <w:proofErr w:type="spellEnd"/>
      <w:r w:rsidRPr="000D2C63">
        <w:rPr>
          <w:rFonts w:cs="Arial"/>
          <w:bCs/>
          <w:lang w:eastAsia="es-CO"/>
        </w:rPr>
        <w:t xml:space="preserve"> y </w:t>
      </w:r>
      <w:proofErr w:type="spellStart"/>
      <w:r w:rsidRPr="000D2C63">
        <w:rPr>
          <w:rFonts w:cs="Arial"/>
          <w:bCs/>
          <w:lang w:eastAsia="es-CO"/>
        </w:rPr>
        <w:t>servicios</w:t>
      </w:r>
      <w:proofErr w:type="spellEnd"/>
      <w:r w:rsidRPr="000D2C63">
        <w:rPr>
          <w:rFonts w:cs="Arial"/>
          <w:bCs/>
          <w:lang w:eastAsia="es-CO"/>
        </w:rPr>
        <w:t xml:space="preserve"> </w:t>
      </w:r>
      <w:proofErr w:type="spellStart"/>
      <w:r w:rsidRPr="000D2C63">
        <w:rPr>
          <w:rFonts w:cs="Arial"/>
          <w:bCs/>
          <w:lang w:eastAsia="es-CO"/>
        </w:rPr>
        <w:t>que</w:t>
      </w:r>
      <w:proofErr w:type="spellEnd"/>
      <w:r w:rsidRPr="000D2C63">
        <w:rPr>
          <w:rFonts w:cs="Arial"/>
          <w:bCs/>
          <w:lang w:eastAsia="es-CO"/>
        </w:rPr>
        <w:t xml:space="preserve"> </w:t>
      </w:r>
      <w:proofErr w:type="spellStart"/>
      <w:r w:rsidRPr="000D2C63">
        <w:rPr>
          <w:rFonts w:cs="Arial"/>
          <w:bCs/>
          <w:lang w:eastAsia="es-CO"/>
        </w:rPr>
        <w:t>influyen</w:t>
      </w:r>
      <w:proofErr w:type="spellEnd"/>
      <w:r w:rsidRPr="000D2C63">
        <w:rPr>
          <w:rFonts w:cs="Arial"/>
          <w:bCs/>
          <w:lang w:eastAsia="es-CO"/>
        </w:rPr>
        <w:t xml:space="preserve"> de </w:t>
      </w:r>
      <w:proofErr w:type="spellStart"/>
      <w:r w:rsidRPr="000D2C63">
        <w:rPr>
          <w:rFonts w:cs="Arial"/>
          <w:bCs/>
          <w:lang w:eastAsia="es-CO"/>
        </w:rPr>
        <w:t>alguna</w:t>
      </w:r>
      <w:proofErr w:type="spellEnd"/>
      <w:r w:rsidRPr="000D2C63">
        <w:rPr>
          <w:rFonts w:cs="Arial"/>
          <w:bCs/>
          <w:lang w:eastAsia="es-CO"/>
        </w:rPr>
        <w:t xml:space="preserve"> </w:t>
      </w:r>
      <w:proofErr w:type="spellStart"/>
      <w:r w:rsidRPr="000D2C63">
        <w:rPr>
          <w:rFonts w:cs="Arial"/>
          <w:bCs/>
          <w:lang w:eastAsia="es-CO"/>
        </w:rPr>
        <w:t>manera</w:t>
      </w:r>
      <w:proofErr w:type="spellEnd"/>
      <w:r w:rsidRPr="000D2C63">
        <w:rPr>
          <w:rFonts w:cs="Arial"/>
          <w:bCs/>
          <w:lang w:eastAsia="es-CO"/>
        </w:rPr>
        <w:t xml:space="preserve"> </w:t>
      </w:r>
      <w:proofErr w:type="spellStart"/>
      <w:r w:rsidRPr="000D2C63">
        <w:rPr>
          <w:rFonts w:cs="Arial"/>
          <w:bCs/>
          <w:lang w:eastAsia="es-CO"/>
        </w:rPr>
        <w:t>sobre</w:t>
      </w:r>
      <w:proofErr w:type="spellEnd"/>
      <w:r w:rsidRPr="000D2C63">
        <w:rPr>
          <w:rFonts w:cs="Arial"/>
          <w:bCs/>
          <w:lang w:eastAsia="es-CO"/>
        </w:rPr>
        <w:t xml:space="preserve"> el medio </w:t>
      </w:r>
      <w:proofErr w:type="spellStart"/>
      <w:r w:rsidRPr="000D2C63">
        <w:rPr>
          <w:rFonts w:cs="Arial"/>
          <w:bCs/>
          <w:lang w:eastAsia="es-CO"/>
        </w:rPr>
        <w:t>ambiente</w:t>
      </w:r>
      <w:proofErr w:type="spellEnd"/>
      <w:r w:rsidRPr="000D2C63">
        <w:rPr>
          <w:rFonts w:cs="Arial"/>
          <w:bCs/>
          <w:lang w:eastAsia="es-CO"/>
        </w:rPr>
        <w:t xml:space="preserve">, </w:t>
      </w:r>
      <w:proofErr w:type="spellStart"/>
      <w:r w:rsidRPr="000D2C63">
        <w:rPr>
          <w:rFonts w:cs="Arial"/>
          <w:bCs/>
          <w:lang w:eastAsia="es-CO"/>
        </w:rPr>
        <w:t>deberán</w:t>
      </w:r>
      <w:proofErr w:type="spellEnd"/>
      <w:r w:rsidRPr="000D2C63">
        <w:rPr>
          <w:rFonts w:cs="Arial"/>
          <w:bCs/>
          <w:lang w:eastAsia="es-CO"/>
        </w:rPr>
        <w:t xml:space="preserve"> ser </w:t>
      </w:r>
      <w:proofErr w:type="spellStart"/>
      <w:r w:rsidRPr="000D2C63">
        <w:rPr>
          <w:rFonts w:cs="Arial"/>
          <w:bCs/>
          <w:lang w:eastAsia="es-CO"/>
        </w:rPr>
        <w:t>encaminados</w:t>
      </w:r>
      <w:proofErr w:type="spellEnd"/>
      <w:r w:rsidRPr="000D2C63">
        <w:rPr>
          <w:rFonts w:cs="Arial"/>
          <w:bCs/>
          <w:lang w:eastAsia="es-CO"/>
        </w:rPr>
        <w:t xml:space="preserve"> a la </w:t>
      </w:r>
      <w:proofErr w:type="spellStart"/>
      <w:r w:rsidRPr="000D2C63">
        <w:rPr>
          <w:rFonts w:cs="Arial"/>
          <w:bCs/>
          <w:lang w:eastAsia="es-CO"/>
        </w:rPr>
        <w:t>metodología</w:t>
      </w:r>
      <w:proofErr w:type="spellEnd"/>
      <w:r w:rsidRPr="000D2C63">
        <w:rPr>
          <w:rFonts w:cs="Arial"/>
          <w:bCs/>
          <w:lang w:eastAsia="es-CO"/>
        </w:rPr>
        <w:t xml:space="preserve"> de las </w:t>
      </w:r>
      <w:proofErr w:type="spellStart"/>
      <w:r w:rsidRPr="000D2C63">
        <w:rPr>
          <w:rFonts w:cs="Arial"/>
          <w:bCs/>
          <w:lang w:eastAsia="es-CO"/>
        </w:rPr>
        <w:t>Compras</w:t>
      </w:r>
      <w:proofErr w:type="spellEnd"/>
      <w:r w:rsidRPr="000D2C63">
        <w:rPr>
          <w:rFonts w:cs="Arial"/>
          <w:bCs/>
          <w:lang w:eastAsia="es-CO"/>
        </w:rPr>
        <w:t xml:space="preserve"> </w:t>
      </w:r>
      <w:proofErr w:type="spellStart"/>
      <w:r w:rsidRPr="000D2C63">
        <w:rPr>
          <w:rFonts w:cs="Arial"/>
          <w:bCs/>
          <w:lang w:eastAsia="es-CO"/>
        </w:rPr>
        <w:t>Públicas</w:t>
      </w:r>
      <w:proofErr w:type="spellEnd"/>
      <w:r w:rsidRPr="000D2C63">
        <w:rPr>
          <w:rFonts w:cs="Arial"/>
          <w:bCs/>
          <w:lang w:eastAsia="es-CO"/>
        </w:rPr>
        <w:t xml:space="preserve"> </w:t>
      </w:r>
      <w:proofErr w:type="spellStart"/>
      <w:r w:rsidRPr="000D2C63">
        <w:rPr>
          <w:rFonts w:cs="Arial"/>
          <w:bCs/>
          <w:lang w:eastAsia="es-CO"/>
        </w:rPr>
        <w:t>sostenibles</w:t>
      </w:r>
      <w:proofErr w:type="spellEnd"/>
      <w:r w:rsidRPr="000D2C63">
        <w:rPr>
          <w:rFonts w:cs="Arial"/>
          <w:bCs/>
          <w:lang w:eastAsia="es-CO"/>
        </w:rPr>
        <w:t xml:space="preserve"> del </w:t>
      </w:r>
      <w:proofErr w:type="spellStart"/>
      <w:r w:rsidRPr="000D2C63">
        <w:rPr>
          <w:rFonts w:cs="Arial"/>
          <w:bCs/>
          <w:lang w:eastAsia="es-CO"/>
        </w:rPr>
        <w:t>Ministerio</w:t>
      </w:r>
      <w:proofErr w:type="spellEnd"/>
      <w:r w:rsidRPr="000D2C63">
        <w:rPr>
          <w:rFonts w:cs="Arial"/>
          <w:bCs/>
          <w:lang w:eastAsia="es-CO"/>
        </w:rPr>
        <w:t xml:space="preserve"> de </w:t>
      </w:r>
      <w:proofErr w:type="spellStart"/>
      <w:r w:rsidRPr="000D2C63">
        <w:rPr>
          <w:rFonts w:cs="Arial"/>
          <w:bCs/>
          <w:lang w:eastAsia="es-CO"/>
        </w:rPr>
        <w:t>Ambiente</w:t>
      </w:r>
      <w:proofErr w:type="spellEnd"/>
      <w:r w:rsidRPr="000D2C63">
        <w:rPr>
          <w:rFonts w:cs="Arial"/>
          <w:bCs/>
          <w:lang w:eastAsia="es-CO"/>
        </w:rPr>
        <w:t xml:space="preserve"> y Desarrollo </w:t>
      </w:r>
      <w:proofErr w:type="spellStart"/>
      <w:r w:rsidRPr="000D2C63">
        <w:rPr>
          <w:rFonts w:cs="Arial"/>
          <w:bCs/>
          <w:lang w:eastAsia="es-CO"/>
        </w:rPr>
        <w:t>Sostenible</w:t>
      </w:r>
      <w:proofErr w:type="spellEnd"/>
      <w:r w:rsidRPr="000D2C63">
        <w:rPr>
          <w:rFonts w:cs="Arial"/>
          <w:bCs/>
          <w:lang w:eastAsia="es-CO"/>
        </w:rPr>
        <w:t>.</w:t>
      </w:r>
    </w:p>
    <w:p w14:paraId="34A6CAB1" w14:textId="77777777" w:rsidR="000079BD" w:rsidRPr="000D2C63" w:rsidRDefault="000079BD" w:rsidP="000079BD">
      <w:pPr>
        <w:jc w:val="both"/>
        <w:rPr>
          <w:rFonts w:cs="Arial"/>
          <w:bCs/>
          <w:lang w:eastAsia="es-CO"/>
        </w:rPr>
      </w:pPr>
      <w:r w:rsidRPr="000D2C63">
        <w:rPr>
          <w:rFonts w:cs="Arial"/>
          <w:bCs/>
          <w:lang w:eastAsia="es-CO"/>
        </w:rPr>
        <w:t xml:space="preserve">Dado lo anterior, la </w:t>
      </w:r>
      <w:proofErr w:type="spellStart"/>
      <w:r w:rsidRPr="000D2C63">
        <w:rPr>
          <w:rFonts w:cs="Arial"/>
          <w:bCs/>
          <w:lang w:eastAsia="es-CO"/>
        </w:rPr>
        <w:t>Entidad</w:t>
      </w:r>
      <w:proofErr w:type="spellEnd"/>
      <w:r w:rsidRPr="000D2C63">
        <w:rPr>
          <w:rFonts w:cs="Arial"/>
          <w:bCs/>
          <w:lang w:eastAsia="es-CO"/>
        </w:rPr>
        <w:t xml:space="preserve"> </w:t>
      </w:r>
      <w:proofErr w:type="spellStart"/>
      <w:r w:rsidRPr="000D2C63">
        <w:rPr>
          <w:rFonts w:cs="Arial"/>
          <w:bCs/>
          <w:lang w:eastAsia="es-CO"/>
        </w:rPr>
        <w:t>establece</w:t>
      </w:r>
      <w:proofErr w:type="spellEnd"/>
      <w:r w:rsidRPr="000D2C63">
        <w:rPr>
          <w:rFonts w:cs="Arial"/>
          <w:bCs/>
          <w:lang w:eastAsia="es-CO"/>
        </w:rPr>
        <w:t xml:space="preserve"> </w:t>
      </w:r>
      <w:proofErr w:type="spellStart"/>
      <w:r w:rsidRPr="000D2C63">
        <w:rPr>
          <w:rFonts w:cs="Arial"/>
          <w:bCs/>
          <w:lang w:eastAsia="es-CO"/>
        </w:rPr>
        <w:t>los</w:t>
      </w:r>
      <w:proofErr w:type="spellEnd"/>
      <w:r w:rsidRPr="000D2C63">
        <w:rPr>
          <w:rFonts w:cs="Arial"/>
          <w:bCs/>
          <w:lang w:eastAsia="es-CO"/>
        </w:rPr>
        <w:t xml:space="preserve"> </w:t>
      </w:r>
      <w:proofErr w:type="spellStart"/>
      <w:r w:rsidRPr="000D2C63">
        <w:rPr>
          <w:rFonts w:cs="Arial"/>
          <w:bCs/>
          <w:lang w:eastAsia="es-CO"/>
        </w:rPr>
        <w:t>requisitos</w:t>
      </w:r>
      <w:proofErr w:type="spellEnd"/>
      <w:r w:rsidRPr="000D2C63">
        <w:rPr>
          <w:rFonts w:cs="Arial"/>
          <w:bCs/>
          <w:lang w:eastAsia="es-CO"/>
        </w:rPr>
        <w:t xml:space="preserve"> </w:t>
      </w:r>
      <w:proofErr w:type="spellStart"/>
      <w:r w:rsidRPr="000D2C63">
        <w:rPr>
          <w:rFonts w:cs="Arial"/>
          <w:bCs/>
          <w:lang w:eastAsia="es-CO"/>
        </w:rPr>
        <w:t>ambientales</w:t>
      </w:r>
      <w:proofErr w:type="spellEnd"/>
      <w:r w:rsidRPr="000D2C63">
        <w:rPr>
          <w:rFonts w:cs="Arial"/>
          <w:bCs/>
          <w:lang w:eastAsia="es-CO"/>
        </w:rPr>
        <w:t xml:space="preserve"> </w:t>
      </w:r>
      <w:proofErr w:type="spellStart"/>
      <w:r w:rsidRPr="000D2C63">
        <w:rPr>
          <w:rFonts w:cs="Arial"/>
          <w:bCs/>
          <w:lang w:eastAsia="es-CO"/>
        </w:rPr>
        <w:t>específicos</w:t>
      </w:r>
      <w:proofErr w:type="spellEnd"/>
      <w:r w:rsidRPr="000D2C63">
        <w:rPr>
          <w:rFonts w:cs="Arial"/>
          <w:bCs/>
          <w:lang w:eastAsia="es-CO"/>
        </w:rPr>
        <w:t xml:space="preserve"> para </w:t>
      </w:r>
      <w:proofErr w:type="spellStart"/>
      <w:r w:rsidRPr="000D2C63">
        <w:rPr>
          <w:rFonts w:cs="Arial"/>
          <w:bCs/>
          <w:lang w:eastAsia="es-CO"/>
        </w:rPr>
        <w:t>todos</w:t>
      </w:r>
      <w:proofErr w:type="spellEnd"/>
      <w:r w:rsidRPr="000D2C63">
        <w:rPr>
          <w:rFonts w:cs="Arial"/>
          <w:bCs/>
          <w:lang w:eastAsia="es-CO"/>
        </w:rPr>
        <w:t xml:space="preserve"> </w:t>
      </w:r>
      <w:proofErr w:type="spellStart"/>
      <w:r w:rsidRPr="000D2C63">
        <w:rPr>
          <w:rFonts w:cs="Arial"/>
          <w:bCs/>
          <w:lang w:eastAsia="es-CO"/>
        </w:rPr>
        <w:t>los</w:t>
      </w:r>
      <w:proofErr w:type="spellEnd"/>
      <w:r w:rsidRPr="000D2C63">
        <w:rPr>
          <w:rFonts w:cs="Arial"/>
          <w:bCs/>
          <w:lang w:eastAsia="es-CO"/>
        </w:rPr>
        <w:t xml:space="preserve"> </w:t>
      </w:r>
      <w:proofErr w:type="spellStart"/>
      <w:r w:rsidRPr="000D2C63">
        <w:rPr>
          <w:rFonts w:cs="Arial"/>
          <w:bCs/>
          <w:lang w:eastAsia="es-CO"/>
        </w:rPr>
        <w:t>bienes</w:t>
      </w:r>
      <w:proofErr w:type="spellEnd"/>
      <w:r w:rsidRPr="000D2C63">
        <w:rPr>
          <w:rFonts w:cs="Arial"/>
          <w:bCs/>
          <w:lang w:eastAsia="es-CO"/>
        </w:rPr>
        <w:t xml:space="preserve"> y/o </w:t>
      </w:r>
      <w:proofErr w:type="spellStart"/>
      <w:r w:rsidRPr="000D2C63">
        <w:rPr>
          <w:rFonts w:cs="Arial"/>
          <w:bCs/>
          <w:lang w:eastAsia="es-CO"/>
        </w:rPr>
        <w:t>servicios</w:t>
      </w:r>
      <w:proofErr w:type="spellEnd"/>
      <w:r w:rsidRPr="000D2C63">
        <w:rPr>
          <w:rFonts w:cs="Arial"/>
          <w:bCs/>
          <w:lang w:eastAsia="es-CO"/>
        </w:rPr>
        <w:t xml:space="preserve"> </w:t>
      </w:r>
      <w:proofErr w:type="gramStart"/>
      <w:r w:rsidRPr="000D2C63">
        <w:rPr>
          <w:rFonts w:cs="Arial"/>
          <w:bCs/>
          <w:lang w:eastAsia="es-CO"/>
        </w:rPr>
        <w:t>a</w:t>
      </w:r>
      <w:proofErr w:type="gramEnd"/>
      <w:r w:rsidRPr="000D2C63">
        <w:rPr>
          <w:rFonts w:cs="Arial"/>
          <w:bCs/>
          <w:lang w:eastAsia="es-CO"/>
        </w:rPr>
        <w:t xml:space="preserve"> </w:t>
      </w:r>
      <w:proofErr w:type="spellStart"/>
      <w:r w:rsidRPr="000D2C63">
        <w:rPr>
          <w:rFonts w:cs="Arial"/>
          <w:bCs/>
          <w:lang w:eastAsia="es-CO"/>
        </w:rPr>
        <w:t>adquirir</w:t>
      </w:r>
      <w:proofErr w:type="spellEnd"/>
      <w:r w:rsidRPr="000D2C63">
        <w:rPr>
          <w:rFonts w:cs="Arial"/>
          <w:bCs/>
          <w:lang w:eastAsia="es-CO"/>
        </w:rPr>
        <w:t xml:space="preserve">, </w:t>
      </w:r>
      <w:proofErr w:type="spellStart"/>
      <w:r w:rsidRPr="000D2C63">
        <w:rPr>
          <w:rFonts w:cs="Arial"/>
          <w:bCs/>
          <w:lang w:eastAsia="es-CO"/>
        </w:rPr>
        <w:t>como</w:t>
      </w:r>
      <w:proofErr w:type="spellEnd"/>
      <w:r w:rsidRPr="000D2C63">
        <w:rPr>
          <w:rFonts w:cs="Arial"/>
          <w:bCs/>
          <w:lang w:eastAsia="es-CO"/>
        </w:rPr>
        <w:t xml:space="preserve"> a </w:t>
      </w:r>
      <w:proofErr w:type="spellStart"/>
      <w:r w:rsidRPr="000D2C63">
        <w:rPr>
          <w:rFonts w:cs="Arial"/>
          <w:bCs/>
          <w:lang w:eastAsia="es-CO"/>
        </w:rPr>
        <w:t>continuación</w:t>
      </w:r>
      <w:proofErr w:type="spellEnd"/>
      <w:r w:rsidRPr="000D2C63">
        <w:rPr>
          <w:rFonts w:cs="Arial"/>
          <w:bCs/>
          <w:lang w:eastAsia="es-CO"/>
        </w:rPr>
        <w:t xml:space="preserve"> se </w:t>
      </w:r>
      <w:proofErr w:type="spellStart"/>
      <w:r w:rsidRPr="000D2C63">
        <w:rPr>
          <w:rFonts w:cs="Arial"/>
          <w:bCs/>
          <w:lang w:eastAsia="es-CO"/>
        </w:rPr>
        <w:t>enuncia</w:t>
      </w:r>
      <w:proofErr w:type="spellEnd"/>
      <w:r w:rsidRPr="000D2C63">
        <w:rPr>
          <w:rFonts w:cs="Arial"/>
          <w:bCs/>
          <w:lang w:eastAsia="es-CO"/>
        </w:rPr>
        <w:t xml:space="preserve"> para </w:t>
      </w:r>
      <w:proofErr w:type="spellStart"/>
      <w:r w:rsidRPr="000D2C63">
        <w:rPr>
          <w:rFonts w:cs="Arial"/>
          <w:bCs/>
          <w:lang w:eastAsia="es-CO"/>
        </w:rPr>
        <w:t>este</w:t>
      </w:r>
      <w:proofErr w:type="spellEnd"/>
      <w:r w:rsidRPr="000D2C63">
        <w:rPr>
          <w:rFonts w:cs="Arial"/>
          <w:bCs/>
          <w:lang w:eastAsia="es-CO"/>
        </w:rPr>
        <w:t xml:space="preserve"> </w:t>
      </w:r>
      <w:proofErr w:type="spellStart"/>
      <w:r w:rsidRPr="000D2C63">
        <w:rPr>
          <w:rFonts w:cs="Arial"/>
          <w:bCs/>
          <w:lang w:eastAsia="es-CO"/>
        </w:rPr>
        <w:t>tipo</w:t>
      </w:r>
      <w:proofErr w:type="spellEnd"/>
      <w:r w:rsidRPr="000D2C63">
        <w:rPr>
          <w:rFonts w:cs="Arial"/>
          <w:bCs/>
          <w:lang w:eastAsia="es-CO"/>
        </w:rPr>
        <w:t xml:space="preserve"> de </w:t>
      </w:r>
      <w:proofErr w:type="spellStart"/>
      <w:r w:rsidRPr="000D2C63">
        <w:rPr>
          <w:rFonts w:cs="Arial"/>
          <w:bCs/>
          <w:lang w:eastAsia="es-CO"/>
        </w:rPr>
        <w:t>contrato</w:t>
      </w:r>
      <w:proofErr w:type="spellEnd"/>
      <w:r w:rsidRPr="000D2C63">
        <w:rPr>
          <w:rFonts w:cs="Arial"/>
          <w:bCs/>
          <w:lang w:eastAsia="es-CO"/>
        </w:rPr>
        <w:t xml:space="preserve">, </w:t>
      </w:r>
      <w:proofErr w:type="spellStart"/>
      <w:r w:rsidRPr="000D2C63">
        <w:rPr>
          <w:rFonts w:cs="Arial"/>
          <w:bCs/>
          <w:lang w:eastAsia="es-CO"/>
        </w:rPr>
        <w:t>por</w:t>
      </w:r>
      <w:proofErr w:type="spellEnd"/>
      <w:r w:rsidRPr="000D2C63">
        <w:rPr>
          <w:rFonts w:cs="Arial"/>
          <w:bCs/>
          <w:lang w:eastAsia="es-CO"/>
        </w:rPr>
        <w:t xml:space="preserve"> lo </w:t>
      </w:r>
      <w:proofErr w:type="spellStart"/>
      <w:r w:rsidRPr="000D2C63">
        <w:rPr>
          <w:rFonts w:cs="Arial"/>
          <w:bCs/>
          <w:lang w:eastAsia="es-CO"/>
        </w:rPr>
        <w:t>que</w:t>
      </w:r>
      <w:proofErr w:type="spellEnd"/>
      <w:r w:rsidRPr="000D2C63">
        <w:rPr>
          <w:rFonts w:cs="Arial"/>
          <w:bCs/>
          <w:lang w:eastAsia="es-CO"/>
        </w:rPr>
        <w:t xml:space="preserve"> el </w:t>
      </w:r>
      <w:proofErr w:type="spellStart"/>
      <w:r w:rsidRPr="000D2C63">
        <w:rPr>
          <w:rFonts w:cs="Arial"/>
          <w:bCs/>
          <w:lang w:eastAsia="es-CO"/>
        </w:rPr>
        <w:t>servicio</w:t>
      </w:r>
      <w:proofErr w:type="spellEnd"/>
      <w:r w:rsidRPr="000D2C63">
        <w:rPr>
          <w:rFonts w:cs="Arial"/>
          <w:bCs/>
          <w:lang w:eastAsia="es-CO"/>
        </w:rPr>
        <w:t xml:space="preserve"> </w:t>
      </w:r>
      <w:proofErr w:type="spellStart"/>
      <w:r w:rsidRPr="000D2C63">
        <w:rPr>
          <w:rFonts w:cs="Arial"/>
          <w:bCs/>
          <w:lang w:eastAsia="es-CO"/>
        </w:rPr>
        <w:t>que</w:t>
      </w:r>
      <w:proofErr w:type="spellEnd"/>
      <w:r w:rsidRPr="000D2C63">
        <w:rPr>
          <w:rFonts w:cs="Arial"/>
          <w:bCs/>
          <w:lang w:eastAsia="es-CO"/>
        </w:rPr>
        <w:t xml:space="preserve"> se </w:t>
      </w:r>
      <w:proofErr w:type="spellStart"/>
      <w:r w:rsidRPr="000D2C63">
        <w:rPr>
          <w:rFonts w:cs="Arial"/>
          <w:bCs/>
          <w:lang w:eastAsia="es-CO"/>
        </w:rPr>
        <w:t>prestará</w:t>
      </w:r>
      <w:proofErr w:type="spellEnd"/>
      <w:r w:rsidRPr="000D2C63">
        <w:rPr>
          <w:rFonts w:cs="Arial"/>
          <w:bCs/>
          <w:lang w:eastAsia="es-CO"/>
        </w:rPr>
        <w:t xml:space="preserve"> </w:t>
      </w:r>
      <w:proofErr w:type="spellStart"/>
      <w:r w:rsidRPr="000D2C63">
        <w:rPr>
          <w:rFonts w:cs="Arial"/>
          <w:bCs/>
          <w:lang w:eastAsia="es-CO"/>
        </w:rPr>
        <w:t>por</w:t>
      </w:r>
      <w:proofErr w:type="spellEnd"/>
      <w:r w:rsidRPr="000D2C63">
        <w:rPr>
          <w:rFonts w:cs="Arial"/>
          <w:bCs/>
          <w:lang w:eastAsia="es-CO"/>
        </w:rPr>
        <w:t xml:space="preserve"> el </w:t>
      </w:r>
      <w:proofErr w:type="spellStart"/>
      <w:r w:rsidRPr="000D2C63">
        <w:rPr>
          <w:rFonts w:cs="Arial"/>
          <w:bCs/>
          <w:lang w:eastAsia="es-CO"/>
        </w:rPr>
        <w:t>futuro</w:t>
      </w:r>
      <w:proofErr w:type="spellEnd"/>
      <w:r w:rsidRPr="000D2C63">
        <w:rPr>
          <w:rFonts w:cs="Arial"/>
          <w:bCs/>
          <w:lang w:eastAsia="es-CO"/>
        </w:rPr>
        <w:t xml:space="preserve"> </w:t>
      </w:r>
      <w:proofErr w:type="spellStart"/>
      <w:r w:rsidRPr="000D2C63">
        <w:rPr>
          <w:rFonts w:cs="Arial"/>
          <w:bCs/>
          <w:lang w:eastAsia="es-CO"/>
        </w:rPr>
        <w:t>contratista</w:t>
      </w:r>
      <w:proofErr w:type="spellEnd"/>
      <w:r w:rsidRPr="000D2C63">
        <w:rPr>
          <w:rFonts w:cs="Arial"/>
          <w:bCs/>
          <w:lang w:eastAsia="es-CO"/>
        </w:rPr>
        <w:t xml:space="preserve"> </w:t>
      </w:r>
      <w:proofErr w:type="spellStart"/>
      <w:r w:rsidRPr="000D2C63">
        <w:rPr>
          <w:rFonts w:cs="Arial"/>
          <w:bCs/>
          <w:lang w:eastAsia="es-CO"/>
        </w:rPr>
        <w:t>deberá</w:t>
      </w:r>
      <w:proofErr w:type="spellEnd"/>
      <w:r w:rsidRPr="000D2C63">
        <w:rPr>
          <w:rFonts w:cs="Arial"/>
          <w:bCs/>
          <w:lang w:eastAsia="es-CO"/>
        </w:rPr>
        <w:t xml:space="preserve"> </w:t>
      </w:r>
      <w:proofErr w:type="spellStart"/>
      <w:r w:rsidRPr="000D2C63">
        <w:rPr>
          <w:rFonts w:cs="Arial"/>
          <w:bCs/>
          <w:lang w:eastAsia="es-CO"/>
        </w:rPr>
        <w:t>cumplir</w:t>
      </w:r>
      <w:proofErr w:type="spellEnd"/>
      <w:r w:rsidRPr="000D2C63">
        <w:rPr>
          <w:rFonts w:cs="Arial"/>
          <w:bCs/>
          <w:lang w:eastAsia="es-CO"/>
        </w:rPr>
        <w:t xml:space="preserve"> con las </w:t>
      </w:r>
      <w:proofErr w:type="spellStart"/>
      <w:r w:rsidRPr="000D2C63">
        <w:rPr>
          <w:rFonts w:cs="Arial"/>
          <w:bCs/>
          <w:lang w:eastAsia="es-CO"/>
        </w:rPr>
        <w:t>siguientes</w:t>
      </w:r>
      <w:proofErr w:type="spellEnd"/>
      <w:r w:rsidRPr="000D2C63">
        <w:rPr>
          <w:rFonts w:cs="Arial"/>
          <w:bCs/>
          <w:lang w:eastAsia="es-CO"/>
        </w:rPr>
        <w:t xml:space="preserve"> </w:t>
      </w:r>
      <w:proofErr w:type="spellStart"/>
      <w:r w:rsidRPr="000D2C63">
        <w:rPr>
          <w:rFonts w:cs="Arial"/>
          <w:bCs/>
          <w:lang w:eastAsia="es-CO"/>
        </w:rPr>
        <w:t>obligaciones</w:t>
      </w:r>
      <w:proofErr w:type="spellEnd"/>
      <w:r w:rsidRPr="000D2C63">
        <w:rPr>
          <w:rFonts w:cs="Arial"/>
          <w:bCs/>
          <w:lang w:eastAsia="es-CO"/>
        </w:rPr>
        <w:t xml:space="preserve"> </w:t>
      </w:r>
      <w:proofErr w:type="spellStart"/>
      <w:r w:rsidRPr="000D2C63">
        <w:rPr>
          <w:rFonts w:cs="Arial"/>
          <w:bCs/>
          <w:lang w:eastAsia="es-CO"/>
        </w:rPr>
        <w:t>ambientales</w:t>
      </w:r>
      <w:proofErr w:type="spellEnd"/>
      <w:r w:rsidRPr="000D2C63">
        <w:rPr>
          <w:rFonts w:cs="Arial"/>
          <w:bCs/>
          <w:lang w:eastAsia="es-CO"/>
        </w:rPr>
        <w:t>:</w:t>
      </w:r>
    </w:p>
    <w:p w14:paraId="7C66E268" w14:textId="77777777" w:rsidR="000079BD" w:rsidRPr="000D2C63" w:rsidRDefault="000079BD" w:rsidP="000079BD">
      <w:pPr>
        <w:jc w:val="both"/>
        <w:rPr>
          <w:rFonts w:cs="Arial"/>
          <w:bCs/>
          <w:lang w:eastAsia="es-CO"/>
        </w:rPr>
      </w:pPr>
      <w:proofErr w:type="spellStart"/>
      <w:r w:rsidRPr="000D2C63">
        <w:rPr>
          <w:rFonts w:cs="Arial"/>
          <w:bCs/>
          <w:lang w:eastAsia="es-CO"/>
        </w:rPr>
        <w:t>Requisitos</w:t>
      </w:r>
      <w:proofErr w:type="spellEnd"/>
      <w:r w:rsidRPr="000D2C63">
        <w:rPr>
          <w:rFonts w:cs="Arial"/>
          <w:bCs/>
          <w:lang w:eastAsia="es-CO"/>
        </w:rPr>
        <w:t xml:space="preserve"> para la </w:t>
      </w:r>
      <w:proofErr w:type="spellStart"/>
      <w:r w:rsidRPr="000D2C63">
        <w:rPr>
          <w:rFonts w:cs="Arial"/>
          <w:bCs/>
          <w:lang w:eastAsia="es-CO"/>
        </w:rPr>
        <w:t>ejecución</w:t>
      </w:r>
      <w:proofErr w:type="spellEnd"/>
      <w:r w:rsidRPr="000D2C63">
        <w:rPr>
          <w:rFonts w:cs="Arial"/>
          <w:bCs/>
          <w:lang w:eastAsia="es-CO"/>
        </w:rPr>
        <w:t>:</w:t>
      </w:r>
    </w:p>
    <w:p w14:paraId="73B89841" w14:textId="77777777" w:rsidR="000079BD" w:rsidRPr="000D2C63" w:rsidRDefault="000079BD" w:rsidP="000079BD">
      <w:pPr>
        <w:pStyle w:val="Prrafodelista"/>
        <w:numPr>
          <w:ilvl w:val="0"/>
          <w:numId w:val="10"/>
        </w:numPr>
        <w:suppressAutoHyphens/>
        <w:spacing w:after="0" w:line="240" w:lineRule="auto"/>
        <w:contextualSpacing w:val="0"/>
        <w:jc w:val="both"/>
        <w:rPr>
          <w:rFonts w:cs="Arial"/>
          <w:bCs/>
          <w:sz w:val="20"/>
          <w:lang w:val="es-CO" w:eastAsia="es-CO"/>
        </w:rPr>
      </w:pPr>
      <w:r w:rsidRPr="000D2C63">
        <w:rPr>
          <w:rFonts w:cs="Arial"/>
          <w:bCs/>
          <w:sz w:val="20"/>
          <w:lang w:val="es-CO" w:eastAsia="es-CO"/>
        </w:rPr>
        <w:t xml:space="preserve">Deberá Cumplir con los requisitos ambientales establecidos en el proceso de selección. </w:t>
      </w:r>
    </w:p>
    <w:p w14:paraId="0BB5F00D" w14:textId="77777777" w:rsidR="000079BD" w:rsidRPr="000D2C63" w:rsidRDefault="000079BD" w:rsidP="000079BD">
      <w:pPr>
        <w:pStyle w:val="Prrafodelista"/>
        <w:numPr>
          <w:ilvl w:val="0"/>
          <w:numId w:val="10"/>
        </w:numPr>
        <w:suppressAutoHyphens/>
        <w:spacing w:after="0" w:line="240" w:lineRule="auto"/>
        <w:contextualSpacing w:val="0"/>
        <w:jc w:val="both"/>
        <w:rPr>
          <w:rFonts w:cs="Arial"/>
          <w:bCs/>
          <w:sz w:val="20"/>
          <w:lang w:val="es-CO" w:eastAsia="es-CO"/>
        </w:rPr>
      </w:pPr>
      <w:r w:rsidRPr="000D2C63">
        <w:rPr>
          <w:rFonts w:cs="Arial"/>
          <w:bCs/>
          <w:sz w:val="20"/>
          <w:lang w:val="es-CO" w:eastAsia="es-CO"/>
        </w:rPr>
        <w:t xml:space="preserve">Adoptar las medidas que emita el Gobierno Nacional y/o el Consejo Superior de la Judicatura ante la eventualidad de presentarse alguna emergencia sanitaria. </w:t>
      </w:r>
    </w:p>
    <w:p w14:paraId="5DC6CEB4" w14:textId="77777777" w:rsidR="000079BD" w:rsidRPr="000D2C63" w:rsidRDefault="000079BD" w:rsidP="000079BD">
      <w:pPr>
        <w:pStyle w:val="Prrafodelista"/>
        <w:numPr>
          <w:ilvl w:val="0"/>
          <w:numId w:val="10"/>
        </w:numPr>
        <w:suppressAutoHyphens/>
        <w:spacing w:after="0" w:line="240" w:lineRule="auto"/>
        <w:contextualSpacing w:val="0"/>
        <w:jc w:val="both"/>
        <w:rPr>
          <w:rFonts w:cs="Arial"/>
          <w:bCs/>
          <w:sz w:val="20"/>
          <w:lang w:val="es-CO" w:eastAsia="es-CO"/>
        </w:rPr>
      </w:pPr>
      <w:r w:rsidRPr="000D2C63">
        <w:rPr>
          <w:rFonts w:cs="Arial"/>
          <w:bCs/>
          <w:sz w:val="20"/>
          <w:lang w:val="es-CO" w:eastAsia="es-CO"/>
        </w:rPr>
        <w:t>El Contratista está en la obligación de realizar todas las actividades tendientes a disminuir el impacto ambiental del servicio a contratar, en cumplimiento de la normatividad legal vigente en materia ambiental</w:t>
      </w:r>
    </w:p>
    <w:p w14:paraId="2EF4C122" w14:textId="77777777" w:rsidR="000079BD" w:rsidRPr="000D2C63" w:rsidRDefault="000079BD" w:rsidP="000079BD">
      <w:pPr>
        <w:pStyle w:val="Prrafodelista"/>
        <w:numPr>
          <w:ilvl w:val="0"/>
          <w:numId w:val="10"/>
        </w:numPr>
        <w:suppressAutoHyphens/>
        <w:spacing w:after="0" w:line="240" w:lineRule="auto"/>
        <w:contextualSpacing w:val="0"/>
        <w:jc w:val="both"/>
        <w:rPr>
          <w:rFonts w:cs="Arial"/>
          <w:bCs/>
          <w:sz w:val="20"/>
          <w:lang w:val="es-CO" w:eastAsia="es-CO"/>
        </w:rPr>
      </w:pPr>
      <w:r w:rsidRPr="000D2C63">
        <w:rPr>
          <w:rFonts w:cs="Arial"/>
          <w:bCs/>
          <w:sz w:val="20"/>
          <w:lang w:val="es-CO" w:eastAsia="es-CO"/>
        </w:rPr>
        <w:t>Así mismo quien realice las intervenciones deberá realizar la respectiva destinación final de los residuos generados.</w:t>
      </w:r>
    </w:p>
    <w:p w14:paraId="7EA204D9" w14:textId="77777777" w:rsidR="000079BD" w:rsidRPr="000D2C63" w:rsidRDefault="000079BD" w:rsidP="000079BD">
      <w:pPr>
        <w:pStyle w:val="Prrafodelista"/>
        <w:numPr>
          <w:ilvl w:val="0"/>
          <w:numId w:val="10"/>
        </w:numPr>
        <w:suppressAutoHyphens/>
        <w:spacing w:after="0" w:line="240" w:lineRule="auto"/>
        <w:contextualSpacing w:val="0"/>
        <w:jc w:val="both"/>
        <w:rPr>
          <w:rFonts w:cs="Arial"/>
          <w:bCs/>
          <w:sz w:val="20"/>
          <w:lang w:val="es-CO" w:eastAsia="es-CO"/>
        </w:rPr>
      </w:pPr>
      <w:r w:rsidRPr="000D2C63">
        <w:rPr>
          <w:rFonts w:cs="Arial"/>
          <w:bCs/>
          <w:sz w:val="20"/>
          <w:lang w:val="es-CO" w:eastAsia="es-CO"/>
        </w:rPr>
        <w:t>Todos los ítems, especificaciones constructivas, deben tener incorporados las medidas de manejo ambiental, de acuerdo con los requisitos de la normatividad colombiana y los establecidos por el Consejo Superior de la Judicatura, los cuales deben estar considerados en los APU’S.</w:t>
      </w:r>
    </w:p>
    <w:p w14:paraId="28A0EE52" w14:textId="77777777" w:rsidR="000079BD" w:rsidRPr="000D2C63" w:rsidRDefault="000079BD" w:rsidP="000079BD">
      <w:pPr>
        <w:pStyle w:val="Prrafodelista"/>
        <w:numPr>
          <w:ilvl w:val="0"/>
          <w:numId w:val="10"/>
        </w:numPr>
        <w:suppressAutoHyphens/>
        <w:spacing w:after="0" w:line="240" w:lineRule="auto"/>
        <w:contextualSpacing w:val="0"/>
        <w:jc w:val="both"/>
        <w:rPr>
          <w:rFonts w:cs="Arial"/>
          <w:bCs/>
          <w:sz w:val="20"/>
          <w:lang w:val="es-CO" w:eastAsia="es-CO"/>
        </w:rPr>
      </w:pPr>
      <w:r w:rsidRPr="000D2C63">
        <w:rPr>
          <w:rFonts w:cs="Arial"/>
          <w:bCs/>
          <w:sz w:val="20"/>
          <w:lang w:val="es-CO" w:eastAsia="es-CO"/>
        </w:rPr>
        <w:t xml:space="preserve">En las actividades de desmonte y demolición de estructuras, hacer este proceso de manera selectiva para poder aprovechar aquellos RCD en el proyecto mismo o por terceros. </w:t>
      </w:r>
    </w:p>
    <w:p w14:paraId="40E3926F" w14:textId="77777777" w:rsidR="000079BD" w:rsidRPr="000D2C63" w:rsidRDefault="000079BD" w:rsidP="000079BD">
      <w:pPr>
        <w:pStyle w:val="Prrafodelista"/>
        <w:numPr>
          <w:ilvl w:val="0"/>
          <w:numId w:val="10"/>
        </w:numPr>
        <w:suppressAutoHyphens/>
        <w:spacing w:after="0" w:line="240" w:lineRule="auto"/>
        <w:contextualSpacing w:val="0"/>
        <w:jc w:val="both"/>
        <w:rPr>
          <w:rFonts w:cs="Arial"/>
          <w:bCs/>
          <w:sz w:val="20"/>
          <w:lang w:val="es-CO" w:eastAsia="es-CO"/>
        </w:rPr>
      </w:pPr>
      <w:r w:rsidRPr="000D2C63">
        <w:rPr>
          <w:rFonts w:cs="Arial"/>
          <w:bCs/>
          <w:sz w:val="20"/>
          <w:lang w:val="es-CO" w:eastAsia="es-CO"/>
        </w:rPr>
        <w:t>Implementar medidas de manejo y control del material particulado y de las demás emisiones, incluyendo de ruido. Obtener los permisos, especialmente en caso de programación de trabajos nocturnos.</w:t>
      </w:r>
    </w:p>
    <w:p w14:paraId="75759393" w14:textId="77777777" w:rsidR="000079BD" w:rsidRPr="000D2C63" w:rsidRDefault="000079BD" w:rsidP="000079BD">
      <w:pPr>
        <w:pStyle w:val="Prrafodelista"/>
        <w:numPr>
          <w:ilvl w:val="0"/>
          <w:numId w:val="10"/>
        </w:numPr>
        <w:suppressAutoHyphens/>
        <w:spacing w:after="0" w:line="240" w:lineRule="auto"/>
        <w:contextualSpacing w:val="0"/>
        <w:jc w:val="both"/>
        <w:rPr>
          <w:rFonts w:cs="Arial"/>
          <w:bCs/>
          <w:sz w:val="20"/>
          <w:lang w:val="es-CO" w:eastAsia="es-CO"/>
        </w:rPr>
      </w:pPr>
      <w:r w:rsidRPr="000D2C63">
        <w:rPr>
          <w:rFonts w:cs="Arial"/>
          <w:bCs/>
          <w:sz w:val="20"/>
          <w:lang w:val="es-CO" w:eastAsia="es-CO"/>
        </w:rPr>
        <w:t>Obtener los demás permisos y autorizaciones ante entidad correspondiente y/o autoridad ambiental competente, cuando haya lugar, teniendo en cuenta las intervenciones que se vayan a realizar.</w:t>
      </w:r>
    </w:p>
    <w:p w14:paraId="3AAB53C8" w14:textId="77777777" w:rsidR="000079BD" w:rsidRPr="000D2C63" w:rsidRDefault="000079BD" w:rsidP="000079BD">
      <w:pPr>
        <w:pStyle w:val="Prrafodelista"/>
        <w:numPr>
          <w:ilvl w:val="0"/>
          <w:numId w:val="10"/>
        </w:numPr>
        <w:suppressAutoHyphens/>
        <w:spacing w:after="0" w:line="240" w:lineRule="auto"/>
        <w:contextualSpacing w:val="0"/>
        <w:jc w:val="both"/>
        <w:rPr>
          <w:rFonts w:cs="Arial"/>
          <w:bCs/>
          <w:sz w:val="20"/>
          <w:lang w:val="es-CO" w:eastAsia="es-CO"/>
        </w:rPr>
      </w:pPr>
      <w:r w:rsidRPr="000D2C63">
        <w:rPr>
          <w:rFonts w:cs="Arial"/>
          <w:bCs/>
          <w:sz w:val="20"/>
          <w:lang w:val="es-CO" w:eastAsia="es-CO"/>
        </w:rPr>
        <w:t>Contar con un plan o programa de gestión integral de residuos, en el cual se debe considerar el manejo de los residuos que derivan de la actividad objeto del contrato.</w:t>
      </w:r>
    </w:p>
    <w:p w14:paraId="59B9F05A" w14:textId="77777777" w:rsidR="000079BD" w:rsidRPr="000D2C63" w:rsidRDefault="000079BD" w:rsidP="000079BD">
      <w:pPr>
        <w:pStyle w:val="Prrafodelista"/>
        <w:numPr>
          <w:ilvl w:val="0"/>
          <w:numId w:val="10"/>
        </w:numPr>
        <w:suppressAutoHyphens/>
        <w:spacing w:after="0" w:line="240" w:lineRule="auto"/>
        <w:contextualSpacing w:val="0"/>
        <w:jc w:val="both"/>
        <w:rPr>
          <w:rFonts w:cs="Arial"/>
          <w:bCs/>
          <w:sz w:val="20"/>
          <w:lang w:val="es-CO" w:eastAsia="es-CO"/>
        </w:rPr>
      </w:pPr>
      <w:r w:rsidRPr="000D2C63">
        <w:rPr>
          <w:rFonts w:cs="Arial"/>
          <w:bCs/>
          <w:sz w:val="20"/>
          <w:lang w:val="es-CO" w:eastAsia="es-CO"/>
        </w:rPr>
        <w:t>Adoptar e implementar los requisitos establecidos en la Guía para la Elaboración e Implementación del Plan de Gestión Ambiental y Social (PGAS) para Proyectos de la Unidad de Infraestructura Física UIF.</w:t>
      </w:r>
    </w:p>
    <w:p w14:paraId="4D469E96" w14:textId="77777777" w:rsidR="000079BD" w:rsidRPr="000D2C63" w:rsidRDefault="000079BD" w:rsidP="000079BD">
      <w:pPr>
        <w:pStyle w:val="Prrafodelista"/>
        <w:numPr>
          <w:ilvl w:val="0"/>
          <w:numId w:val="10"/>
        </w:numPr>
        <w:suppressAutoHyphens/>
        <w:spacing w:after="0" w:line="240" w:lineRule="auto"/>
        <w:contextualSpacing w:val="0"/>
        <w:jc w:val="both"/>
        <w:rPr>
          <w:rFonts w:cs="Arial"/>
          <w:bCs/>
          <w:sz w:val="20"/>
          <w:lang w:val="es-CO" w:eastAsia="es-CO"/>
        </w:rPr>
      </w:pPr>
      <w:r w:rsidRPr="000D2C63">
        <w:rPr>
          <w:rFonts w:cs="Arial"/>
          <w:bCs/>
          <w:sz w:val="20"/>
          <w:lang w:val="es-CO" w:eastAsia="es-CO"/>
        </w:rPr>
        <w:t xml:space="preserve">En el desarrollo de actividades en las instalaciones de la Rama Judicial, deberán realizar la adopción e implementación del Plan de Gestión Ambiental de la Rama Judicial adoptado por el acuerdo PSAA14-10160 de junio de 2014. </w:t>
      </w:r>
    </w:p>
    <w:p w14:paraId="293EBDEE" w14:textId="77777777" w:rsidR="000079BD" w:rsidRPr="000D2C63" w:rsidRDefault="000079BD" w:rsidP="000079BD">
      <w:pPr>
        <w:jc w:val="both"/>
        <w:rPr>
          <w:rFonts w:cs="Arial"/>
          <w:bCs/>
          <w:lang w:eastAsia="es-CO"/>
        </w:rPr>
      </w:pPr>
    </w:p>
    <w:p w14:paraId="67091A57" w14:textId="77777777" w:rsidR="000079BD" w:rsidRPr="000D2C63" w:rsidRDefault="000079BD" w:rsidP="000079BD">
      <w:pPr>
        <w:jc w:val="both"/>
        <w:rPr>
          <w:rFonts w:cs="Arial"/>
          <w:bCs/>
          <w:lang w:eastAsia="es-CO"/>
        </w:rPr>
      </w:pPr>
      <w:r w:rsidRPr="000D2C63">
        <w:rPr>
          <w:rFonts w:cs="Arial"/>
          <w:bCs/>
          <w:lang w:eastAsia="es-CO"/>
        </w:rPr>
        <w:t xml:space="preserve">El </w:t>
      </w:r>
      <w:proofErr w:type="spellStart"/>
      <w:r w:rsidRPr="000D2C63">
        <w:rPr>
          <w:rFonts w:cs="Arial"/>
          <w:bCs/>
          <w:lang w:eastAsia="es-CO"/>
        </w:rPr>
        <w:t>Contratista</w:t>
      </w:r>
      <w:proofErr w:type="spellEnd"/>
      <w:r w:rsidRPr="000D2C63">
        <w:rPr>
          <w:rFonts w:cs="Arial"/>
          <w:bCs/>
          <w:lang w:eastAsia="es-CO"/>
        </w:rPr>
        <w:t xml:space="preserve"> </w:t>
      </w:r>
      <w:proofErr w:type="spellStart"/>
      <w:r w:rsidRPr="000D2C63">
        <w:rPr>
          <w:rFonts w:cs="Arial"/>
          <w:bCs/>
          <w:lang w:eastAsia="es-CO"/>
        </w:rPr>
        <w:t>está</w:t>
      </w:r>
      <w:proofErr w:type="spellEnd"/>
      <w:r w:rsidRPr="000D2C63">
        <w:rPr>
          <w:rFonts w:cs="Arial"/>
          <w:bCs/>
          <w:lang w:eastAsia="es-CO"/>
        </w:rPr>
        <w:t xml:space="preserve"> </w:t>
      </w:r>
      <w:proofErr w:type="spellStart"/>
      <w:r w:rsidRPr="000D2C63">
        <w:rPr>
          <w:rFonts w:cs="Arial"/>
          <w:bCs/>
          <w:lang w:eastAsia="es-CO"/>
        </w:rPr>
        <w:t>en</w:t>
      </w:r>
      <w:proofErr w:type="spellEnd"/>
      <w:r w:rsidRPr="000D2C63">
        <w:rPr>
          <w:rFonts w:cs="Arial"/>
          <w:bCs/>
          <w:lang w:eastAsia="es-CO"/>
        </w:rPr>
        <w:t xml:space="preserve"> la </w:t>
      </w:r>
      <w:proofErr w:type="spellStart"/>
      <w:r w:rsidRPr="000D2C63">
        <w:rPr>
          <w:rFonts w:cs="Arial"/>
          <w:bCs/>
          <w:lang w:eastAsia="es-CO"/>
        </w:rPr>
        <w:t>obligación</w:t>
      </w:r>
      <w:proofErr w:type="spellEnd"/>
      <w:r w:rsidRPr="000D2C63">
        <w:rPr>
          <w:rFonts w:cs="Arial"/>
          <w:bCs/>
          <w:lang w:eastAsia="es-CO"/>
        </w:rPr>
        <w:t xml:space="preserve"> de </w:t>
      </w:r>
      <w:proofErr w:type="spellStart"/>
      <w:r w:rsidRPr="000D2C63">
        <w:rPr>
          <w:rFonts w:cs="Arial"/>
          <w:bCs/>
          <w:lang w:eastAsia="es-CO"/>
        </w:rPr>
        <w:t>realizar</w:t>
      </w:r>
      <w:proofErr w:type="spellEnd"/>
      <w:r w:rsidRPr="000D2C63">
        <w:rPr>
          <w:rFonts w:cs="Arial"/>
          <w:bCs/>
          <w:lang w:eastAsia="es-CO"/>
        </w:rPr>
        <w:t xml:space="preserve"> </w:t>
      </w:r>
      <w:proofErr w:type="spellStart"/>
      <w:r w:rsidRPr="000D2C63">
        <w:rPr>
          <w:rFonts w:cs="Arial"/>
          <w:bCs/>
          <w:lang w:eastAsia="es-CO"/>
        </w:rPr>
        <w:t>todas</w:t>
      </w:r>
      <w:proofErr w:type="spellEnd"/>
      <w:r w:rsidRPr="000D2C63">
        <w:rPr>
          <w:rFonts w:cs="Arial"/>
          <w:bCs/>
          <w:lang w:eastAsia="es-CO"/>
        </w:rPr>
        <w:t xml:space="preserve"> las </w:t>
      </w:r>
      <w:proofErr w:type="spellStart"/>
      <w:r w:rsidRPr="000D2C63">
        <w:rPr>
          <w:rFonts w:cs="Arial"/>
          <w:bCs/>
          <w:lang w:eastAsia="es-CO"/>
        </w:rPr>
        <w:t>actividades</w:t>
      </w:r>
      <w:proofErr w:type="spellEnd"/>
      <w:r w:rsidRPr="000D2C63">
        <w:rPr>
          <w:rFonts w:cs="Arial"/>
          <w:bCs/>
          <w:lang w:eastAsia="es-CO"/>
        </w:rPr>
        <w:t xml:space="preserve"> </w:t>
      </w:r>
      <w:proofErr w:type="spellStart"/>
      <w:r w:rsidRPr="000D2C63">
        <w:rPr>
          <w:rFonts w:cs="Arial"/>
          <w:bCs/>
          <w:lang w:eastAsia="es-CO"/>
        </w:rPr>
        <w:t>tendientes</w:t>
      </w:r>
      <w:proofErr w:type="spellEnd"/>
      <w:r w:rsidRPr="000D2C63">
        <w:rPr>
          <w:rFonts w:cs="Arial"/>
          <w:bCs/>
          <w:lang w:eastAsia="es-CO"/>
        </w:rPr>
        <w:t xml:space="preserve"> a </w:t>
      </w:r>
      <w:proofErr w:type="spellStart"/>
      <w:r w:rsidRPr="000D2C63">
        <w:rPr>
          <w:rFonts w:cs="Arial"/>
          <w:bCs/>
          <w:lang w:eastAsia="es-CO"/>
        </w:rPr>
        <w:t>disminuir</w:t>
      </w:r>
      <w:proofErr w:type="spellEnd"/>
      <w:r w:rsidRPr="000D2C63">
        <w:rPr>
          <w:rFonts w:cs="Arial"/>
          <w:bCs/>
          <w:lang w:eastAsia="es-CO"/>
        </w:rPr>
        <w:t xml:space="preserve"> el </w:t>
      </w:r>
      <w:proofErr w:type="spellStart"/>
      <w:r w:rsidRPr="000D2C63">
        <w:rPr>
          <w:rFonts w:cs="Arial"/>
          <w:bCs/>
          <w:lang w:eastAsia="es-CO"/>
        </w:rPr>
        <w:t>impacto</w:t>
      </w:r>
      <w:proofErr w:type="spellEnd"/>
      <w:r w:rsidRPr="000D2C63">
        <w:rPr>
          <w:rFonts w:cs="Arial"/>
          <w:bCs/>
          <w:lang w:eastAsia="es-CO"/>
        </w:rPr>
        <w:t xml:space="preserve"> </w:t>
      </w:r>
      <w:proofErr w:type="spellStart"/>
      <w:r w:rsidRPr="000D2C63">
        <w:rPr>
          <w:rFonts w:cs="Arial"/>
          <w:bCs/>
          <w:lang w:eastAsia="es-CO"/>
        </w:rPr>
        <w:t>ambiental</w:t>
      </w:r>
      <w:proofErr w:type="spellEnd"/>
      <w:r w:rsidRPr="000D2C63">
        <w:rPr>
          <w:rFonts w:cs="Arial"/>
          <w:bCs/>
          <w:lang w:eastAsia="es-CO"/>
        </w:rPr>
        <w:t xml:space="preserve"> del </w:t>
      </w:r>
      <w:proofErr w:type="spellStart"/>
      <w:r w:rsidRPr="000D2C63">
        <w:rPr>
          <w:rFonts w:cs="Arial"/>
          <w:bCs/>
          <w:lang w:eastAsia="es-CO"/>
        </w:rPr>
        <w:t>servicio</w:t>
      </w:r>
      <w:proofErr w:type="spellEnd"/>
      <w:r w:rsidRPr="000D2C63">
        <w:rPr>
          <w:rFonts w:cs="Arial"/>
          <w:bCs/>
          <w:lang w:eastAsia="es-CO"/>
        </w:rPr>
        <w:t xml:space="preserve"> a </w:t>
      </w:r>
      <w:proofErr w:type="spellStart"/>
      <w:r w:rsidRPr="000D2C63">
        <w:rPr>
          <w:rFonts w:cs="Arial"/>
          <w:bCs/>
          <w:lang w:eastAsia="es-CO"/>
        </w:rPr>
        <w:t>contratar</w:t>
      </w:r>
      <w:proofErr w:type="spellEnd"/>
      <w:r w:rsidRPr="000D2C63">
        <w:rPr>
          <w:rFonts w:cs="Arial"/>
          <w:bCs/>
          <w:lang w:eastAsia="es-CO"/>
        </w:rPr>
        <w:t xml:space="preserve">, </w:t>
      </w:r>
      <w:proofErr w:type="spellStart"/>
      <w:r w:rsidRPr="000D2C63">
        <w:rPr>
          <w:rFonts w:cs="Arial"/>
          <w:bCs/>
          <w:lang w:eastAsia="es-CO"/>
        </w:rPr>
        <w:t>en</w:t>
      </w:r>
      <w:proofErr w:type="spellEnd"/>
      <w:r w:rsidRPr="000D2C63">
        <w:rPr>
          <w:rFonts w:cs="Arial"/>
          <w:bCs/>
          <w:lang w:eastAsia="es-CO"/>
        </w:rPr>
        <w:t xml:space="preserve"> </w:t>
      </w:r>
      <w:proofErr w:type="spellStart"/>
      <w:r w:rsidRPr="000D2C63">
        <w:rPr>
          <w:rFonts w:cs="Arial"/>
          <w:bCs/>
          <w:lang w:eastAsia="es-CO"/>
        </w:rPr>
        <w:t>cumplimiento</w:t>
      </w:r>
      <w:proofErr w:type="spellEnd"/>
      <w:r w:rsidRPr="000D2C63">
        <w:rPr>
          <w:rFonts w:cs="Arial"/>
          <w:bCs/>
          <w:lang w:eastAsia="es-CO"/>
        </w:rPr>
        <w:t xml:space="preserve"> de la </w:t>
      </w:r>
      <w:proofErr w:type="spellStart"/>
      <w:r w:rsidRPr="000D2C63">
        <w:rPr>
          <w:rFonts w:cs="Arial"/>
          <w:bCs/>
          <w:lang w:eastAsia="es-CO"/>
        </w:rPr>
        <w:t>normatividad</w:t>
      </w:r>
      <w:proofErr w:type="spellEnd"/>
      <w:r w:rsidRPr="000D2C63">
        <w:rPr>
          <w:rFonts w:cs="Arial"/>
          <w:bCs/>
          <w:lang w:eastAsia="es-CO"/>
        </w:rPr>
        <w:t xml:space="preserve"> legal </w:t>
      </w:r>
      <w:proofErr w:type="spellStart"/>
      <w:r w:rsidRPr="000D2C63">
        <w:rPr>
          <w:rFonts w:cs="Arial"/>
          <w:bCs/>
          <w:lang w:eastAsia="es-CO"/>
        </w:rPr>
        <w:t>vigente</w:t>
      </w:r>
      <w:proofErr w:type="spellEnd"/>
      <w:r w:rsidRPr="000D2C63">
        <w:rPr>
          <w:rFonts w:cs="Arial"/>
          <w:bCs/>
          <w:lang w:eastAsia="es-CO"/>
        </w:rPr>
        <w:t xml:space="preserve"> </w:t>
      </w:r>
      <w:proofErr w:type="spellStart"/>
      <w:r w:rsidRPr="000D2C63">
        <w:rPr>
          <w:rFonts w:cs="Arial"/>
          <w:bCs/>
          <w:lang w:eastAsia="es-CO"/>
        </w:rPr>
        <w:t>en</w:t>
      </w:r>
      <w:proofErr w:type="spellEnd"/>
      <w:r w:rsidRPr="000D2C63">
        <w:rPr>
          <w:rFonts w:cs="Arial"/>
          <w:bCs/>
          <w:lang w:eastAsia="es-CO"/>
        </w:rPr>
        <w:t xml:space="preserve"> </w:t>
      </w:r>
      <w:proofErr w:type="spellStart"/>
      <w:r w:rsidRPr="000D2C63">
        <w:rPr>
          <w:rFonts w:cs="Arial"/>
          <w:bCs/>
          <w:lang w:eastAsia="es-CO"/>
        </w:rPr>
        <w:t>materia</w:t>
      </w:r>
      <w:proofErr w:type="spellEnd"/>
      <w:r w:rsidRPr="000D2C63">
        <w:rPr>
          <w:rFonts w:cs="Arial"/>
          <w:bCs/>
          <w:lang w:eastAsia="es-CO"/>
        </w:rPr>
        <w:t xml:space="preserve"> </w:t>
      </w:r>
      <w:proofErr w:type="spellStart"/>
      <w:r w:rsidRPr="000D2C63">
        <w:rPr>
          <w:rFonts w:cs="Arial"/>
          <w:bCs/>
          <w:lang w:eastAsia="es-CO"/>
        </w:rPr>
        <w:t>ambiental</w:t>
      </w:r>
      <w:proofErr w:type="spellEnd"/>
    </w:p>
    <w:p w14:paraId="6344755D" w14:textId="77777777" w:rsidR="000079BD" w:rsidRPr="000D2C63" w:rsidRDefault="000079BD" w:rsidP="000079BD">
      <w:pPr>
        <w:pStyle w:val="Default"/>
        <w:jc w:val="both"/>
        <w:rPr>
          <w:bCs/>
          <w:color w:val="auto"/>
          <w:sz w:val="20"/>
          <w:szCs w:val="20"/>
          <w:lang w:val="es-CO" w:eastAsia="es-CO"/>
        </w:rPr>
      </w:pPr>
      <w:bookmarkStart w:id="4" w:name="_Hlk178935247"/>
    </w:p>
    <w:p w14:paraId="522A01DE" w14:textId="77777777" w:rsidR="000079BD" w:rsidRPr="000D2C63" w:rsidRDefault="000079BD" w:rsidP="000079BD">
      <w:pPr>
        <w:spacing w:after="80"/>
        <w:jc w:val="both"/>
        <w:rPr>
          <w:rFonts w:cs="Arial"/>
          <w:bCs/>
          <w:lang w:eastAsia="es-CO"/>
        </w:rPr>
      </w:pPr>
      <w:r w:rsidRPr="000D2C63">
        <w:rPr>
          <w:rFonts w:cs="Arial"/>
          <w:bCs/>
          <w:lang w:eastAsia="es-CO"/>
        </w:rPr>
        <w:t xml:space="preserve">NOTA 1: El </w:t>
      </w:r>
      <w:proofErr w:type="spellStart"/>
      <w:r w:rsidRPr="000D2C63">
        <w:rPr>
          <w:rFonts w:cs="Arial"/>
          <w:bCs/>
          <w:lang w:eastAsia="es-CO"/>
        </w:rPr>
        <w:t>contratista</w:t>
      </w:r>
      <w:proofErr w:type="spellEnd"/>
      <w:r w:rsidRPr="000D2C63">
        <w:rPr>
          <w:rFonts w:cs="Arial"/>
          <w:bCs/>
          <w:lang w:eastAsia="es-CO"/>
        </w:rPr>
        <w:t xml:space="preserve"> </w:t>
      </w:r>
      <w:proofErr w:type="spellStart"/>
      <w:r w:rsidRPr="000D2C63">
        <w:rPr>
          <w:rFonts w:cs="Arial"/>
          <w:bCs/>
          <w:lang w:eastAsia="es-CO"/>
        </w:rPr>
        <w:t>deberá</w:t>
      </w:r>
      <w:proofErr w:type="spellEnd"/>
      <w:r w:rsidRPr="000D2C63">
        <w:rPr>
          <w:rFonts w:cs="Arial"/>
          <w:bCs/>
          <w:lang w:eastAsia="es-CO"/>
        </w:rPr>
        <w:t xml:space="preserve"> </w:t>
      </w:r>
      <w:proofErr w:type="spellStart"/>
      <w:r w:rsidRPr="000D2C63">
        <w:rPr>
          <w:rFonts w:cs="Arial"/>
          <w:bCs/>
          <w:lang w:eastAsia="es-CO"/>
        </w:rPr>
        <w:t>acreditar</w:t>
      </w:r>
      <w:proofErr w:type="spellEnd"/>
      <w:r w:rsidRPr="000D2C63">
        <w:rPr>
          <w:rFonts w:cs="Arial"/>
          <w:bCs/>
          <w:lang w:eastAsia="es-CO"/>
        </w:rPr>
        <w:t xml:space="preserve"> el </w:t>
      </w:r>
      <w:proofErr w:type="spellStart"/>
      <w:r w:rsidRPr="000D2C63">
        <w:rPr>
          <w:rFonts w:cs="Arial"/>
          <w:bCs/>
          <w:lang w:eastAsia="es-CO"/>
        </w:rPr>
        <w:t>cumplimiento</w:t>
      </w:r>
      <w:proofErr w:type="spellEnd"/>
      <w:r w:rsidRPr="000D2C63">
        <w:rPr>
          <w:rFonts w:cs="Arial"/>
          <w:bCs/>
          <w:lang w:eastAsia="es-CO"/>
        </w:rPr>
        <w:t xml:space="preserve"> de </w:t>
      </w:r>
      <w:proofErr w:type="spellStart"/>
      <w:r w:rsidRPr="000D2C63">
        <w:rPr>
          <w:rFonts w:cs="Arial"/>
          <w:bCs/>
          <w:lang w:eastAsia="es-CO"/>
        </w:rPr>
        <w:t>los</w:t>
      </w:r>
      <w:proofErr w:type="spellEnd"/>
      <w:r w:rsidRPr="000D2C63">
        <w:rPr>
          <w:rFonts w:cs="Arial"/>
          <w:bCs/>
          <w:lang w:eastAsia="es-CO"/>
        </w:rPr>
        <w:t xml:space="preserve"> </w:t>
      </w:r>
      <w:proofErr w:type="spellStart"/>
      <w:r w:rsidRPr="000D2C63">
        <w:rPr>
          <w:rFonts w:cs="Arial"/>
          <w:bCs/>
          <w:lang w:eastAsia="es-CO"/>
        </w:rPr>
        <w:t>requisitos</w:t>
      </w:r>
      <w:proofErr w:type="spellEnd"/>
      <w:r w:rsidRPr="000D2C63">
        <w:rPr>
          <w:rFonts w:cs="Arial"/>
          <w:bCs/>
          <w:lang w:eastAsia="es-CO"/>
        </w:rPr>
        <w:t xml:space="preserve">, </w:t>
      </w:r>
      <w:proofErr w:type="spellStart"/>
      <w:r w:rsidRPr="000D2C63">
        <w:rPr>
          <w:rFonts w:cs="Arial"/>
          <w:bCs/>
          <w:lang w:eastAsia="es-CO"/>
        </w:rPr>
        <w:t>permisos</w:t>
      </w:r>
      <w:proofErr w:type="spellEnd"/>
      <w:r w:rsidRPr="000D2C63">
        <w:rPr>
          <w:rFonts w:cs="Arial"/>
          <w:bCs/>
          <w:lang w:eastAsia="es-CO"/>
        </w:rPr>
        <w:t xml:space="preserve"> y </w:t>
      </w:r>
      <w:proofErr w:type="spellStart"/>
      <w:r w:rsidRPr="000D2C63">
        <w:rPr>
          <w:rFonts w:cs="Arial"/>
          <w:bCs/>
          <w:lang w:eastAsia="es-CO"/>
        </w:rPr>
        <w:t>licencias</w:t>
      </w:r>
      <w:proofErr w:type="spellEnd"/>
      <w:r w:rsidRPr="000D2C63">
        <w:rPr>
          <w:rFonts w:cs="Arial"/>
          <w:bCs/>
          <w:lang w:eastAsia="es-CO"/>
        </w:rPr>
        <w:t xml:space="preserve"> de </w:t>
      </w:r>
      <w:proofErr w:type="spellStart"/>
      <w:r w:rsidRPr="000D2C63">
        <w:rPr>
          <w:rFonts w:cs="Arial"/>
          <w:bCs/>
          <w:lang w:eastAsia="es-CO"/>
        </w:rPr>
        <w:t>índole</w:t>
      </w:r>
      <w:proofErr w:type="spellEnd"/>
      <w:r w:rsidRPr="000D2C63">
        <w:rPr>
          <w:rFonts w:cs="Arial"/>
          <w:bCs/>
          <w:lang w:eastAsia="es-CO"/>
        </w:rPr>
        <w:t xml:space="preserve"> </w:t>
      </w:r>
      <w:proofErr w:type="spellStart"/>
      <w:r w:rsidRPr="000D2C63">
        <w:rPr>
          <w:rFonts w:cs="Arial"/>
          <w:bCs/>
          <w:lang w:eastAsia="es-CO"/>
        </w:rPr>
        <w:t>ambiental</w:t>
      </w:r>
      <w:proofErr w:type="spellEnd"/>
      <w:r w:rsidRPr="000D2C63">
        <w:rPr>
          <w:rFonts w:cs="Arial"/>
          <w:bCs/>
          <w:lang w:eastAsia="es-CO"/>
        </w:rPr>
        <w:t xml:space="preserve"> </w:t>
      </w:r>
      <w:proofErr w:type="spellStart"/>
      <w:r w:rsidRPr="000D2C63">
        <w:rPr>
          <w:rFonts w:cs="Arial"/>
          <w:bCs/>
          <w:lang w:eastAsia="es-CO"/>
        </w:rPr>
        <w:t>que</w:t>
      </w:r>
      <w:proofErr w:type="spellEnd"/>
      <w:r w:rsidRPr="000D2C63">
        <w:rPr>
          <w:rFonts w:cs="Arial"/>
          <w:bCs/>
          <w:lang w:eastAsia="es-CO"/>
        </w:rPr>
        <w:t xml:space="preserve"> a la </w:t>
      </w:r>
      <w:proofErr w:type="spellStart"/>
      <w:r w:rsidRPr="000D2C63">
        <w:rPr>
          <w:rFonts w:cs="Arial"/>
          <w:bCs/>
          <w:lang w:eastAsia="es-CO"/>
        </w:rPr>
        <w:t>fecha</w:t>
      </w:r>
      <w:proofErr w:type="spellEnd"/>
      <w:r w:rsidRPr="000D2C63">
        <w:rPr>
          <w:rFonts w:cs="Arial"/>
          <w:bCs/>
          <w:lang w:eastAsia="es-CO"/>
        </w:rPr>
        <w:t xml:space="preserve"> </w:t>
      </w:r>
      <w:proofErr w:type="spellStart"/>
      <w:r w:rsidRPr="000D2C63">
        <w:rPr>
          <w:rFonts w:cs="Arial"/>
          <w:bCs/>
          <w:lang w:eastAsia="es-CO"/>
        </w:rPr>
        <w:t>estén</w:t>
      </w:r>
      <w:proofErr w:type="spellEnd"/>
      <w:r w:rsidRPr="000D2C63">
        <w:rPr>
          <w:rFonts w:cs="Arial"/>
          <w:bCs/>
          <w:lang w:eastAsia="es-CO"/>
        </w:rPr>
        <w:t xml:space="preserve"> </w:t>
      </w:r>
      <w:proofErr w:type="spellStart"/>
      <w:r w:rsidRPr="000D2C63">
        <w:rPr>
          <w:rFonts w:cs="Arial"/>
          <w:bCs/>
          <w:lang w:eastAsia="es-CO"/>
        </w:rPr>
        <w:t>vigentes</w:t>
      </w:r>
      <w:proofErr w:type="spellEnd"/>
      <w:r w:rsidRPr="000D2C63">
        <w:rPr>
          <w:rFonts w:cs="Arial"/>
          <w:bCs/>
          <w:lang w:eastAsia="es-CO"/>
        </w:rPr>
        <w:t xml:space="preserve"> </w:t>
      </w:r>
      <w:proofErr w:type="spellStart"/>
      <w:r w:rsidRPr="000D2C63">
        <w:rPr>
          <w:rFonts w:cs="Arial"/>
          <w:bCs/>
          <w:lang w:eastAsia="es-CO"/>
        </w:rPr>
        <w:t>según</w:t>
      </w:r>
      <w:proofErr w:type="spellEnd"/>
      <w:r w:rsidRPr="000D2C63">
        <w:rPr>
          <w:rFonts w:cs="Arial"/>
          <w:bCs/>
          <w:lang w:eastAsia="es-CO"/>
        </w:rPr>
        <w:t xml:space="preserve"> la </w:t>
      </w:r>
      <w:proofErr w:type="spellStart"/>
      <w:r w:rsidRPr="000D2C63">
        <w:rPr>
          <w:rFonts w:cs="Arial"/>
          <w:bCs/>
          <w:lang w:eastAsia="es-CO"/>
        </w:rPr>
        <w:t>reglamentación</w:t>
      </w:r>
      <w:proofErr w:type="spellEnd"/>
      <w:r w:rsidRPr="000D2C63">
        <w:rPr>
          <w:rFonts w:cs="Arial"/>
          <w:bCs/>
          <w:lang w:eastAsia="es-CO"/>
        </w:rPr>
        <w:t xml:space="preserve"> </w:t>
      </w:r>
      <w:proofErr w:type="spellStart"/>
      <w:r w:rsidRPr="000D2C63">
        <w:rPr>
          <w:rFonts w:cs="Arial"/>
          <w:bCs/>
          <w:lang w:eastAsia="es-CO"/>
        </w:rPr>
        <w:t>nacional</w:t>
      </w:r>
      <w:proofErr w:type="spellEnd"/>
      <w:r w:rsidRPr="000D2C63">
        <w:rPr>
          <w:rFonts w:cs="Arial"/>
          <w:bCs/>
          <w:lang w:eastAsia="es-CO"/>
        </w:rPr>
        <w:t>, regional o local</w:t>
      </w:r>
      <w:bookmarkEnd w:id="4"/>
      <w:r w:rsidRPr="000D2C63">
        <w:rPr>
          <w:rFonts w:cs="Arial"/>
          <w:bCs/>
          <w:lang w:eastAsia="es-CO"/>
        </w:rPr>
        <w:t>.</w:t>
      </w:r>
    </w:p>
    <w:p w14:paraId="104F0961" w14:textId="675F681D" w:rsidR="00FA7D54" w:rsidRPr="000D2C63" w:rsidRDefault="000079BD" w:rsidP="000079BD">
      <w:pPr>
        <w:spacing w:after="80"/>
        <w:jc w:val="both"/>
        <w:rPr>
          <w:rFonts w:eastAsia="Times New Roman" w:cs="Arial"/>
          <w:bCs/>
          <w:sz w:val="20"/>
          <w:szCs w:val="20"/>
          <w:lang w:val="es-CO" w:eastAsia="es-CO"/>
        </w:rPr>
      </w:pPr>
      <w:r w:rsidRPr="000D2C63">
        <w:rPr>
          <w:rFonts w:cs="Arial"/>
          <w:bCs/>
          <w:lang w:eastAsia="es-CO"/>
        </w:rPr>
        <w:t xml:space="preserve"> </w:t>
      </w:r>
    </w:p>
    <w:p w14:paraId="5B96DA20" w14:textId="1401DCC4" w:rsidR="00FA7D54" w:rsidRPr="000D2C63" w:rsidRDefault="00FA7D54" w:rsidP="00046A4E">
      <w:pPr>
        <w:spacing w:after="80"/>
        <w:jc w:val="both"/>
        <w:rPr>
          <w:rFonts w:eastAsia="Times New Roman" w:cs="Arial"/>
          <w:b/>
          <w:sz w:val="20"/>
          <w:szCs w:val="20"/>
          <w:lang w:val="es-CO" w:eastAsia="es-CO"/>
        </w:rPr>
      </w:pPr>
      <w:r w:rsidRPr="000D2C63">
        <w:rPr>
          <w:rFonts w:eastAsia="Times New Roman" w:cs="Arial"/>
          <w:b/>
          <w:sz w:val="20"/>
          <w:szCs w:val="20"/>
          <w:lang w:val="es-CO" w:eastAsia="es-CO"/>
        </w:rPr>
        <w:t>CLÁUSULA 9.2. OBLIGACIONE</w:t>
      </w:r>
      <w:r w:rsidR="00436B8D" w:rsidRPr="000D2C63">
        <w:rPr>
          <w:rFonts w:eastAsia="Times New Roman" w:cs="Arial"/>
          <w:b/>
          <w:sz w:val="20"/>
          <w:szCs w:val="20"/>
          <w:lang w:val="es-CO" w:eastAsia="es-CO"/>
        </w:rPr>
        <w:t>S</w:t>
      </w:r>
      <w:r w:rsidRPr="000D2C63">
        <w:rPr>
          <w:rFonts w:eastAsia="Times New Roman" w:cs="Arial"/>
          <w:b/>
          <w:sz w:val="20"/>
          <w:szCs w:val="20"/>
          <w:lang w:val="es-CO" w:eastAsia="es-CO"/>
        </w:rPr>
        <w:t xml:space="preserve"> SEGURIDAD Y SALUD EN EL TRABAJO:</w:t>
      </w:r>
    </w:p>
    <w:p w14:paraId="090F6B91" w14:textId="77777777" w:rsidR="000079BD" w:rsidRPr="000D2C63" w:rsidRDefault="000079BD" w:rsidP="000079BD">
      <w:pPr>
        <w:pStyle w:val="Default"/>
        <w:numPr>
          <w:ilvl w:val="0"/>
          <w:numId w:val="28"/>
        </w:numPr>
        <w:jc w:val="both"/>
        <w:rPr>
          <w:color w:val="auto"/>
          <w:sz w:val="20"/>
          <w:szCs w:val="20"/>
          <w:lang w:val="es-CO"/>
        </w:rPr>
      </w:pPr>
      <w:r w:rsidRPr="000D2C63">
        <w:rPr>
          <w:color w:val="auto"/>
          <w:sz w:val="20"/>
          <w:szCs w:val="20"/>
          <w:lang w:val="es-CO"/>
        </w:rPr>
        <w:t>Presentar e implementar el Sistema de Gestión de la Seguridad y Salud en el Trabajo (SG-SST) en los términos del Decreto No. 1443 de 2014, o la norma que la modifique o adicione “Por el cual se dictan disposiciones para la implementación del Sistema de Gestión de la Seguridad y Salud en el Trabajo( SG-SST) compilado en el Decreto No. 1072 de 2015, modificado por el Decreto No. 052 de 2017 y la reglamentación de la Resolución 312 de 2019 del Ministerio del Trabajo; de igual forma a partir del Acuerdo PSAA16-10560 de 2016 del Consejo Superior de la Judicatura, en el cual se adoptaron las Políticas para el Sistema de Gestión de Seguridad y Salud en el Trabajo de la Rama Judicial y el “MANUAL DE CONTRATISTAS DEL SISTEMA DE GESTIÓN DE SEGURIDAD Y SALUD EN EL TRABAJO (SG-SST)”. (En lo que aplique). Los documentos revisados y aprobados por la supervisión serán remitidos a la Unidad responsable del contrato junto con el primer Informe Mensual de supervisión. Los atrasos ocasionados por documentos pendientes o errores identificados en los documentos serán atribuibles al Contratista y a la supervisión.</w:t>
      </w:r>
    </w:p>
    <w:p w14:paraId="2F9E5ED6" w14:textId="77777777" w:rsidR="000079BD" w:rsidRPr="000D2C63" w:rsidRDefault="000079BD" w:rsidP="000079BD">
      <w:pPr>
        <w:pStyle w:val="Default"/>
        <w:ind w:left="360"/>
        <w:jc w:val="both"/>
        <w:rPr>
          <w:color w:val="auto"/>
          <w:sz w:val="20"/>
          <w:szCs w:val="20"/>
          <w:lang w:val="es-CO"/>
        </w:rPr>
      </w:pPr>
    </w:p>
    <w:p w14:paraId="69A90451" w14:textId="77777777" w:rsidR="000079BD" w:rsidRPr="000D2C63" w:rsidRDefault="000079BD" w:rsidP="000079BD">
      <w:pPr>
        <w:pStyle w:val="Default"/>
        <w:numPr>
          <w:ilvl w:val="0"/>
          <w:numId w:val="28"/>
        </w:numPr>
        <w:jc w:val="both"/>
        <w:rPr>
          <w:color w:val="auto"/>
          <w:sz w:val="20"/>
          <w:szCs w:val="20"/>
          <w:lang w:val="es-CO"/>
        </w:rPr>
      </w:pPr>
      <w:r w:rsidRPr="000D2C63">
        <w:rPr>
          <w:color w:val="auto"/>
          <w:sz w:val="20"/>
          <w:szCs w:val="20"/>
          <w:lang w:val="es-CO"/>
        </w:rPr>
        <w:t xml:space="preserve">Cumplir para la ejecución de trabajos en alturas, con la Resolución No. 4272 de 2021 o la norma que la modifique o adicione, del Ministerio de Trabajo, contar con un Programa de Protección Contra Caídas en su SGSST y tener designado el Coordinador de trabajo en alturas y todos los demás requisitos definidos en esta norma. </w:t>
      </w:r>
    </w:p>
    <w:p w14:paraId="141789B2" w14:textId="77777777" w:rsidR="000079BD" w:rsidRPr="000D2C63" w:rsidRDefault="000079BD" w:rsidP="000079BD">
      <w:pPr>
        <w:pStyle w:val="Prrafodelista"/>
        <w:jc w:val="both"/>
        <w:rPr>
          <w:rFonts w:cs="Arial"/>
          <w:sz w:val="20"/>
          <w:lang w:val="es-CO"/>
        </w:rPr>
      </w:pPr>
    </w:p>
    <w:p w14:paraId="660A2536" w14:textId="77777777" w:rsidR="000079BD" w:rsidRPr="000D2C63" w:rsidRDefault="000079BD" w:rsidP="000079BD">
      <w:pPr>
        <w:pStyle w:val="Default"/>
        <w:ind w:left="360"/>
        <w:jc w:val="both"/>
        <w:rPr>
          <w:color w:val="auto"/>
          <w:sz w:val="20"/>
          <w:szCs w:val="20"/>
          <w:lang w:val="es-CO"/>
        </w:rPr>
      </w:pPr>
      <w:r w:rsidRPr="000D2C63">
        <w:rPr>
          <w:b/>
          <w:bCs/>
          <w:color w:val="auto"/>
          <w:sz w:val="20"/>
          <w:szCs w:val="20"/>
          <w:lang w:val="es-CO"/>
        </w:rPr>
        <w:t xml:space="preserve">Parágrafo: </w:t>
      </w:r>
      <w:r w:rsidRPr="000D2C63">
        <w:rPr>
          <w:color w:val="auto"/>
          <w:sz w:val="20"/>
          <w:szCs w:val="20"/>
          <w:lang w:val="es-CO"/>
        </w:rPr>
        <w:t xml:space="preserve">Contar con un equipo completo de protección para trabajo en alturas, el cual debe estar disponible para el Supervisor de la supervisión, en el evento que éste realice una visita de inspección durante el desarrollo de la obra. </w:t>
      </w:r>
    </w:p>
    <w:p w14:paraId="2E42879F" w14:textId="77777777" w:rsidR="000079BD" w:rsidRPr="000D2C63" w:rsidRDefault="000079BD" w:rsidP="000079BD">
      <w:pPr>
        <w:pStyle w:val="Default"/>
        <w:ind w:left="360"/>
        <w:jc w:val="both"/>
        <w:rPr>
          <w:color w:val="auto"/>
          <w:sz w:val="20"/>
          <w:szCs w:val="20"/>
          <w:lang w:val="es-CO"/>
        </w:rPr>
      </w:pPr>
    </w:p>
    <w:p w14:paraId="4959B408" w14:textId="77777777" w:rsidR="000079BD" w:rsidRPr="000D2C63" w:rsidRDefault="000079BD" w:rsidP="000079BD">
      <w:pPr>
        <w:pStyle w:val="Default"/>
        <w:numPr>
          <w:ilvl w:val="0"/>
          <w:numId w:val="28"/>
        </w:numPr>
        <w:jc w:val="both"/>
        <w:rPr>
          <w:color w:val="auto"/>
          <w:sz w:val="20"/>
          <w:szCs w:val="20"/>
          <w:lang w:val="es-CO"/>
        </w:rPr>
      </w:pPr>
      <w:r w:rsidRPr="000D2C63">
        <w:rPr>
          <w:color w:val="auto"/>
          <w:sz w:val="20"/>
          <w:szCs w:val="20"/>
          <w:lang w:val="es-CO"/>
        </w:rPr>
        <w:t xml:space="preserve">Garantizar que toda información y/o documentación, propia o del personal a su cargo que sea entregada o compartida es veraz, absteniéndose de alterar, falsificar o adulterar su contenido. </w:t>
      </w:r>
    </w:p>
    <w:p w14:paraId="115C6582" w14:textId="77777777" w:rsidR="000079BD" w:rsidRPr="000D2C63" w:rsidRDefault="000079BD" w:rsidP="000079BD">
      <w:pPr>
        <w:pStyle w:val="Default"/>
        <w:jc w:val="both"/>
        <w:rPr>
          <w:color w:val="auto"/>
          <w:sz w:val="20"/>
          <w:szCs w:val="20"/>
          <w:lang w:val="es-CO"/>
        </w:rPr>
      </w:pPr>
    </w:p>
    <w:p w14:paraId="20AEF476" w14:textId="77777777" w:rsidR="000079BD" w:rsidRPr="000D2C63" w:rsidRDefault="000079BD" w:rsidP="000079BD">
      <w:pPr>
        <w:pStyle w:val="Default"/>
        <w:numPr>
          <w:ilvl w:val="0"/>
          <w:numId w:val="28"/>
        </w:numPr>
        <w:jc w:val="both"/>
        <w:rPr>
          <w:color w:val="auto"/>
          <w:sz w:val="20"/>
          <w:szCs w:val="20"/>
          <w:lang w:val="es-CO"/>
        </w:rPr>
      </w:pPr>
      <w:r w:rsidRPr="000D2C63">
        <w:rPr>
          <w:color w:val="auto"/>
          <w:sz w:val="20"/>
          <w:szCs w:val="20"/>
          <w:lang w:val="es-CO"/>
        </w:rPr>
        <w:t xml:space="preserve">Garantizar que el personal a su cargo acate las directrices del Acuerdo No. PSAA16-10560 de 11 de agosto de 2016, </w:t>
      </w:r>
      <w:r w:rsidRPr="000D2C63">
        <w:rPr>
          <w:i/>
          <w:iCs/>
          <w:color w:val="auto"/>
          <w:sz w:val="20"/>
          <w:szCs w:val="20"/>
          <w:lang w:val="es-CO"/>
        </w:rPr>
        <w:t>“Por el cual se adoptan las Políticas para el Sistema de Gestión de Seguridad y Salud en el Trabajo de la Rama Judicial, y se deroga el Acuerdo No. 2333 de 2004”</w:t>
      </w:r>
      <w:r w:rsidRPr="000D2C63">
        <w:rPr>
          <w:color w:val="auto"/>
          <w:sz w:val="20"/>
          <w:szCs w:val="20"/>
          <w:lang w:val="es-CO"/>
        </w:rPr>
        <w:t xml:space="preserve">, incluido el “MANUAL DE CONTRATISTAS DEL SISTEMA DE GESTIÓN DE SEGURIDAD Y SALUD EN EL TRABAJO (SG-SST)”. </w:t>
      </w:r>
    </w:p>
    <w:p w14:paraId="72E50A3D" w14:textId="77777777" w:rsidR="000079BD" w:rsidRPr="000D2C63" w:rsidRDefault="000079BD" w:rsidP="000079BD">
      <w:pPr>
        <w:pStyle w:val="Default"/>
        <w:jc w:val="both"/>
        <w:rPr>
          <w:color w:val="auto"/>
          <w:sz w:val="20"/>
          <w:szCs w:val="20"/>
          <w:lang w:val="es-CO"/>
        </w:rPr>
      </w:pPr>
    </w:p>
    <w:p w14:paraId="57C6A8EA" w14:textId="77777777" w:rsidR="000079BD" w:rsidRPr="000D2C63" w:rsidRDefault="000079BD" w:rsidP="000079BD">
      <w:pPr>
        <w:pStyle w:val="Default"/>
        <w:numPr>
          <w:ilvl w:val="0"/>
          <w:numId w:val="28"/>
        </w:numPr>
        <w:jc w:val="both"/>
        <w:rPr>
          <w:color w:val="auto"/>
          <w:sz w:val="20"/>
          <w:szCs w:val="20"/>
          <w:lang w:val="es-CO"/>
        </w:rPr>
      </w:pPr>
      <w:r w:rsidRPr="000D2C63">
        <w:rPr>
          <w:color w:val="auto"/>
          <w:sz w:val="20"/>
          <w:szCs w:val="20"/>
          <w:lang w:val="es-CO"/>
        </w:rPr>
        <w:t xml:space="preserve">Abstenerse de ingresar o permanecer dentro de las instalaciones del proyecto en estado de alicoramiento o bajo influencia de sustancias psicoactivas que alteren su comportamiento. </w:t>
      </w:r>
    </w:p>
    <w:p w14:paraId="7B4B026E" w14:textId="77777777" w:rsidR="000079BD" w:rsidRPr="000D2C63" w:rsidRDefault="000079BD" w:rsidP="000079BD">
      <w:pPr>
        <w:pStyle w:val="Default"/>
        <w:jc w:val="both"/>
        <w:rPr>
          <w:color w:val="auto"/>
          <w:sz w:val="20"/>
          <w:szCs w:val="20"/>
          <w:lang w:val="es-CO"/>
        </w:rPr>
      </w:pPr>
    </w:p>
    <w:p w14:paraId="07A9259C" w14:textId="77777777" w:rsidR="000079BD" w:rsidRPr="000D2C63" w:rsidRDefault="000079BD" w:rsidP="000079BD">
      <w:pPr>
        <w:pStyle w:val="Default"/>
        <w:numPr>
          <w:ilvl w:val="0"/>
          <w:numId w:val="28"/>
        </w:numPr>
        <w:jc w:val="both"/>
        <w:rPr>
          <w:color w:val="auto"/>
          <w:sz w:val="20"/>
          <w:szCs w:val="20"/>
          <w:lang w:val="es-CO"/>
        </w:rPr>
      </w:pPr>
      <w:r w:rsidRPr="000D2C63">
        <w:rPr>
          <w:color w:val="auto"/>
          <w:sz w:val="20"/>
          <w:szCs w:val="20"/>
          <w:lang w:val="es-CO"/>
        </w:rPr>
        <w:t xml:space="preserve">Garantizar que el personal a su cargo no origine, fomente o participe en actos de violencia contra cualquier persona, equipo o instalación. </w:t>
      </w:r>
    </w:p>
    <w:p w14:paraId="7F1477A8" w14:textId="77777777" w:rsidR="000079BD" w:rsidRPr="000D2C63" w:rsidRDefault="000079BD" w:rsidP="000079BD">
      <w:pPr>
        <w:pStyle w:val="Default"/>
        <w:jc w:val="both"/>
        <w:rPr>
          <w:color w:val="auto"/>
          <w:sz w:val="20"/>
          <w:szCs w:val="20"/>
          <w:lang w:val="es-CO"/>
        </w:rPr>
      </w:pPr>
    </w:p>
    <w:p w14:paraId="4F3F6BC1" w14:textId="77777777" w:rsidR="000079BD" w:rsidRPr="000D2C63" w:rsidRDefault="000079BD" w:rsidP="000079BD">
      <w:pPr>
        <w:pStyle w:val="Default"/>
        <w:numPr>
          <w:ilvl w:val="0"/>
          <w:numId w:val="28"/>
        </w:numPr>
        <w:jc w:val="both"/>
        <w:rPr>
          <w:color w:val="auto"/>
          <w:sz w:val="20"/>
          <w:szCs w:val="20"/>
          <w:lang w:val="es-CO"/>
        </w:rPr>
      </w:pPr>
      <w:r w:rsidRPr="000D2C63">
        <w:rPr>
          <w:color w:val="auto"/>
          <w:sz w:val="20"/>
          <w:szCs w:val="20"/>
          <w:lang w:val="es-CO"/>
        </w:rPr>
        <w:t xml:space="preserve">Garantizar que el personal a su cargo se abstenga de sustraer o intentar sustraer de las instalaciones sin autorización las herramientas, materiales y/o equipos de la entidad. </w:t>
      </w:r>
    </w:p>
    <w:p w14:paraId="4F15B18A" w14:textId="77777777" w:rsidR="000079BD" w:rsidRPr="000D2C63" w:rsidRDefault="000079BD" w:rsidP="000079BD">
      <w:pPr>
        <w:pStyle w:val="Default"/>
        <w:jc w:val="both"/>
        <w:rPr>
          <w:color w:val="auto"/>
          <w:sz w:val="20"/>
          <w:szCs w:val="20"/>
          <w:lang w:val="es-CO"/>
        </w:rPr>
      </w:pPr>
    </w:p>
    <w:p w14:paraId="0E48E097" w14:textId="77777777" w:rsidR="000079BD" w:rsidRPr="000D2C63" w:rsidRDefault="000079BD" w:rsidP="000079BD">
      <w:pPr>
        <w:pStyle w:val="Default"/>
        <w:numPr>
          <w:ilvl w:val="0"/>
          <w:numId w:val="28"/>
        </w:numPr>
        <w:jc w:val="both"/>
        <w:rPr>
          <w:color w:val="auto"/>
          <w:sz w:val="20"/>
          <w:szCs w:val="20"/>
          <w:lang w:val="es-CO"/>
        </w:rPr>
      </w:pPr>
      <w:r w:rsidRPr="000D2C63">
        <w:rPr>
          <w:color w:val="auto"/>
          <w:sz w:val="20"/>
          <w:szCs w:val="20"/>
          <w:lang w:val="es-CO"/>
        </w:rPr>
        <w:t xml:space="preserve">Acatar y atender oportunamente las observaciones que le realice la entidad, así como implementar los correctivos necesarios. </w:t>
      </w:r>
    </w:p>
    <w:p w14:paraId="1CDCB216" w14:textId="77777777" w:rsidR="000079BD" w:rsidRPr="000D2C63" w:rsidRDefault="000079BD" w:rsidP="000079BD">
      <w:pPr>
        <w:pStyle w:val="Default"/>
        <w:jc w:val="both"/>
        <w:rPr>
          <w:color w:val="auto"/>
          <w:sz w:val="20"/>
          <w:szCs w:val="20"/>
          <w:lang w:val="es-CO"/>
        </w:rPr>
      </w:pPr>
    </w:p>
    <w:p w14:paraId="59A8B66E" w14:textId="77777777" w:rsidR="000079BD" w:rsidRPr="000D2C63" w:rsidRDefault="000079BD" w:rsidP="000079BD">
      <w:pPr>
        <w:pStyle w:val="Default"/>
        <w:numPr>
          <w:ilvl w:val="0"/>
          <w:numId w:val="28"/>
        </w:numPr>
        <w:jc w:val="both"/>
        <w:rPr>
          <w:color w:val="auto"/>
          <w:sz w:val="20"/>
          <w:szCs w:val="20"/>
          <w:lang w:val="es-CO"/>
        </w:rPr>
      </w:pPr>
      <w:r w:rsidRPr="000D2C63">
        <w:rPr>
          <w:color w:val="auto"/>
          <w:sz w:val="20"/>
          <w:szCs w:val="20"/>
          <w:lang w:val="es-CO"/>
        </w:rPr>
        <w:t xml:space="preserve">Garantizar la asistencia y participación de todo el personal a su cargo a las capacitaciones y/o charlas programadas. </w:t>
      </w:r>
    </w:p>
    <w:p w14:paraId="386B7BE5" w14:textId="77777777" w:rsidR="000079BD" w:rsidRPr="000D2C63" w:rsidRDefault="000079BD" w:rsidP="000079BD">
      <w:pPr>
        <w:pStyle w:val="Default"/>
        <w:jc w:val="both"/>
        <w:rPr>
          <w:color w:val="auto"/>
          <w:sz w:val="20"/>
          <w:szCs w:val="20"/>
          <w:lang w:val="es-CO"/>
        </w:rPr>
      </w:pPr>
    </w:p>
    <w:p w14:paraId="0E7CC32E" w14:textId="77777777" w:rsidR="000079BD" w:rsidRPr="000D2C63" w:rsidRDefault="000079BD" w:rsidP="000079BD">
      <w:pPr>
        <w:pStyle w:val="Default"/>
        <w:numPr>
          <w:ilvl w:val="0"/>
          <w:numId w:val="28"/>
        </w:numPr>
        <w:jc w:val="both"/>
        <w:rPr>
          <w:color w:val="auto"/>
          <w:sz w:val="20"/>
          <w:szCs w:val="20"/>
          <w:lang w:val="es-CO"/>
        </w:rPr>
      </w:pPr>
      <w:r w:rsidRPr="000D2C63">
        <w:rPr>
          <w:color w:val="auto"/>
          <w:sz w:val="20"/>
          <w:szCs w:val="20"/>
          <w:lang w:val="es-CO"/>
        </w:rPr>
        <w:t xml:space="preserve">Garantizar las medidas preventivas necesarias para minimizar los riesgos asociados a la realización de sus actividades (Señalización, demarcación, restricción, protección, entre otras). </w:t>
      </w:r>
    </w:p>
    <w:p w14:paraId="63587E05" w14:textId="77777777" w:rsidR="000079BD" w:rsidRPr="000D2C63" w:rsidRDefault="000079BD" w:rsidP="000079BD">
      <w:pPr>
        <w:pStyle w:val="Default"/>
        <w:jc w:val="both"/>
        <w:rPr>
          <w:color w:val="auto"/>
          <w:sz w:val="20"/>
          <w:szCs w:val="20"/>
          <w:lang w:val="es-CO"/>
        </w:rPr>
      </w:pPr>
    </w:p>
    <w:p w14:paraId="54E77C80" w14:textId="77777777" w:rsidR="000079BD" w:rsidRPr="000D2C63" w:rsidRDefault="000079BD" w:rsidP="000079BD">
      <w:pPr>
        <w:pStyle w:val="Default"/>
        <w:numPr>
          <w:ilvl w:val="0"/>
          <w:numId w:val="28"/>
        </w:numPr>
        <w:jc w:val="both"/>
        <w:rPr>
          <w:color w:val="auto"/>
          <w:sz w:val="20"/>
          <w:szCs w:val="20"/>
          <w:lang w:val="es-CO"/>
        </w:rPr>
      </w:pPr>
      <w:r w:rsidRPr="000D2C63">
        <w:rPr>
          <w:color w:val="auto"/>
          <w:sz w:val="20"/>
          <w:szCs w:val="20"/>
          <w:lang w:val="es-CO"/>
        </w:rPr>
        <w:t xml:space="preserve">Garantizar que el personal que desarrolla tareas de alto riesgo sea competente para el desarrollo de la tarea y que cuenta con los conocimientos y el entrenamiento necesario. </w:t>
      </w:r>
    </w:p>
    <w:p w14:paraId="4FA02FE9" w14:textId="77777777" w:rsidR="000079BD" w:rsidRPr="000D2C63" w:rsidRDefault="000079BD" w:rsidP="000079BD">
      <w:pPr>
        <w:pStyle w:val="Default"/>
        <w:jc w:val="both"/>
        <w:rPr>
          <w:color w:val="auto"/>
          <w:sz w:val="20"/>
          <w:szCs w:val="20"/>
          <w:lang w:val="es-CO"/>
        </w:rPr>
      </w:pPr>
    </w:p>
    <w:p w14:paraId="4F5AEFAF" w14:textId="77777777" w:rsidR="000079BD" w:rsidRPr="000D2C63" w:rsidRDefault="000079BD" w:rsidP="000079BD">
      <w:pPr>
        <w:pStyle w:val="Default"/>
        <w:numPr>
          <w:ilvl w:val="0"/>
          <w:numId w:val="28"/>
        </w:numPr>
        <w:jc w:val="both"/>
        <w:rPr>
          <w:color w:val="auto"/>
          <w:sz w:val="20"/>
          <w:szCs w:val="20"/>
          <w:lang w:val="es-CO"/>
        </w:rPr>
      </w:pPr>
      <w:r w:rsidRPr="000D2C63">
        <w:rPr>
          <w:color w:val="auto"/>
          <w:sz w:val="20"/>
          <w:szCs w:val="20"/>
          <w:lang w:val="es-CO"/>
        </w:rPr>
        <w:lastRenderedPageBreak/>
        <w:t xml:space="preserve">Reportar los incidentes y accidentes de trabajo a la Administradora de Riesgos Laborales (ARL) en el momento de la ocurrencia del evento, así mismo debe informar del siniestro inmediatamente a la supervisión del contrato y/o Coordinador del SGSST de Nivel Central, Seccional y Coordinaciones Administrativas. </w:t>
      </w:r>
    </w:p>
    <w:p w14:paraId="6EA9F7F2" w14:textId="77777777" w:rsidR="000079BD" w:rsidRPr="000D2C63" w:rsidRDefault="000079BD" w:rsidP="000079BD">
      <w:pPr>
        <w:pStyle w:val="Default"/>
        <w:jc w:val="both"/>
        <w:rPr>
          <w:color w:val="auto"/>
          <w:sz w:val="20"/>
          <w:szCs w:val="20"/>
          <w:lang w:val="es-CO"/>
        </w:rPr>
      </w:pPr>
    </w:p>
    <w:p w14:paraId="0999E3EC" w14:textId="77777777" w:rsidR="000079BD" w:rsidRPr="000D2C63" w:rsidRDefault="000079BD" w:rsidP="000079BD">
      <w:pPr>
        <w:pStyle w:val="Default"/>
        <w:numPr>
          <w:ilvl w:val="0"/>
          <w:numId w:val="28"/>
        </w:numPr>
        <w:jc w:val="both"/>
        <w:rPr>
          <w:color w:val="auto"/>
          <w:sz w:val="20"/>
          <w:szCs w:val="20"/>
          <w:lang w:val="es-CO"/>
        </w:rPr>
      </w:pPr>
      <w:proofErr w:type="gramStart"/>
      <w:r w:rsidRPr="000D2C63">
        <w:rPr>
          <w:color w:val="auto"/>
          <w:sz w:val="20"/>
          <w:szCs w:val="20"/>
          <w:lang w:val="es-CO"/>
        </w:rPr>
        <w:t>Asegurar</w:t>
      </w:r>
      <w:proofErr w:type="gramEnd"/>
      <w:r w:rsidRPr="000D2C63">
        <w:rPr>
          <w:color w:val="auto"/>
          <w:sz w:val="20"/>
          <w:szCs w:val="20"/>
          <w:lang w:val="es-CO"/>
        </w:rPr>
        <w:t xml:space="preserve"> que el personal que realice tareas de alto riesgo conozca el manual de tareas de alto riesgo de la entidad. </w:t>
      </w:r>
    </w:p>
    <w:p w14:paraId="50AB9D83" w14:textId="274B6586" w:rsidR="00FA7D54" w:rsidRPr="000D2C63" w:rsidRDefault="00FA7D54" w:rsidP="00FA7D54">
      <w:pPr>
        <w:suppressAutoHyphens/>
        <w:spacing w:after="0" w:line="240" w:lineRule="auto"/>
        <w:jc w:val="both"/>
        <w:rPr>
          <w:rFonts w:eastAsia="Times New Roman" w:cs="Arial"/>
          <w:bCs/>
          <w:sz w:val="20"/>
          <w:szCs w:val="20"/>
          <w:lang w:val="es-CO" w:eastAsia="es-CO"/>
        </w:rPr>
      </w:pPr>
    </w:p>
    <w:p w14:paraId="00B5BD9B" w14:textId="77777777" w:rsidR="00FD2BDA" w:rsidRPr="000D2C63" w:rsidRDefault="00FD2BDA" w:rsidP="00FA7D54">
      <w:pPr>
        <w:suppressAutoHyphens/>
        <w:spacing w:after="0" w:line="240" w:lineRule="auto"/>
        <w:jc w:val="both"/>
        <w:rPr>
          <w:rFonts w:eastAsia="Times New Roman" w:cs="Arial"/>
          <w:bCs/>
          <w:sz w:val="20"/>
          <w:szCs w:val="20"/>
          <w:lang w:val="es-CO" w:eastAsia="es-CO"/>
        </w:rPr>
      </w:pPr>
    </w:p>
    <w:p w14:paraId="5CA846A9" w14:textId="459B1177" w:rsidR="00FA7D54" w:rsidRPr="000D2C63" w:rsidRDefault="00FD2BDA" w:rsidP="00046A4E">
      <w:pPr>
        <w:spacing w:after="80"/>
        <w:jc w:val="both"/>
        <w:rPr>
          <w:rFonts w:cs="Arial"/>
          <w:b/>
          <w:sz w:val="20"/>
          <w:szCs w:val="20"/>
          <w:shd w:val="clear" w:color="auto" w:fill="FFF2CC"/>
        </w:rPr>
      </w:pPr>
      <w:r w:rsidRPr="000D2C63">
        <w:rPr>
          <w:rFonts w:cs="Arial"/>
          <w:b/>
          <w:sz w:val="20"/>
          <w:szCs w:val="20"/>
          <w:shd w:val="clear" w:color="auto" w:fill="FFF2CC"/>
        </w:rPr>
        <w:t>9.3 OBLIGACIONES TÉCNICAS DEL CONTRATISTA</w:t>
      </w:r>
    </w:p>
    <w:p w14:paraId="74CDB5CC" w14:textId="77777777" w:rsidR="00F4330E" w:rsidRPr="000D2C63" w:rsidRDefault="00F4330E" w:rsidP="00F4330E">
      <w:pPr>
        <w:jc w:val="both"/>
        <w:rPr>
          <w:rFonts w:cs="Arial"/>
        </w:rPr>
      </w:pPr>
      <w:bookmarkStart w:id="5" w:name="_Hlk165969324"/>
      <w:proofErr w:type="spellStart"/>
      <w:r w:rsidRPr="000D2C63">
        <w:rPr>
          <w:rFonts w:cs="Arial"/>
        </w:rPr>
        <w:t>Además</w:t>
      </w:r>
      <w:proofErr w:type="spellEnd"/>
      <w:r w:rsidRPr="000D2C63">
        <w:rPr>
          <w:rFonts w:cs="Arial"/>
        </w:rPr>
        <w:t xml:space="preserve"> de las </w:t>
      </w:r>
      <w:proofErr w:type="spellStart"/>
      <w:r w:rsidRPr="000D2C63">
        <w:rPr>
          <w:rFonts w:cs="Arial"/>
        </w:rPr>
        <w:t>derivadas</w:t>
      </w:r>
      <w:proofErr w:type="spellEnd"/>
      <w:r w:rsidRPr="000D2C63">
        <w:rPr>
          <w:rFonts w:cs="Arial"/>
        </w:rPr>
        <w:t xml:space="preserve"> de la </w:t>
      </w:r>
      <w:proofErr w:type="spellStart"/>
      <w:r w:rsidRPr="000D2C63">
        <w:rPr>
          <w:rFonts w:cs="Arial"/>
        </w:rPr>
        <w:t>esencia</w:t>
      </w:r>
      <w:proofErr w:type="spellEnd"/>
      <w:r w:rsidRPr="000D2C63">
        <w:rPr>
          <w:rFonts w:cs="Arial"/>
        </w:rPr>
        <w:t xml:space="preserve"> y la </w:t>
      </w:r>
      <w:proofErr w:type="spellStart"/>
      <w:r w:rsidRPr="000D2C63">
        <w:rPr>
          <w:rFonts w:cs="Arial"/>
        </w:rPr>
        <w:t>naturaleza</w:t>
      </w:r>
      <w:proofErr w:type="spellEnd"/>
      <w:r w:rsidRPr="000D2C63">
        <w:rPr>
          <w:rFonts w:cs="Arial"/>
        </w:rPr>
        <w:t xml:space="preserve"> del </w:t>
      </w:r>
      <w:proofErr w:type="spellStart"/>
      <w:r w:rsidRPr="000D2C63">
        <w:rPr>
          <w:rFonts w:cs="Arial"/>
        </w:rPr>
        <w:t>contrato</w:t>
      </w:r>
      <w:proofErr w:type="spellEnd"/>
      <w:r w:rsidRPr="000D2C63">
        <w:rPr>
          <w:rFonts w:cs="Arial"/>
        </w:rPr>
        <w:t xml:space="preserve">, la ley, las </w:t>
      </w:r>
      <w:proofErr w:type="spellStart"/>
      <w:r w:rsidRPr="000D2C63">
        <w:rPr>
          <w:rFonts w:cs="Arial"/>
        </w:rPr>
        <w:t>obligaciones</w:t>
      </w:r>
      <w:proofErr w:type="spellEnd"/>
      <w:r w:rsidRPr="000D2C63">
        <w:rPr>
          <w:rFonts w:cs="Arial"/>
        </w:rPr>
        <w:t xml:space="preserve"> y </w:t>
      </w:r>
      <w:proofErr w:type="spellStart"/>
      <w:r w:rsidRPr="000D2C63">
        <w:rPr>
          <w:rFonts w:cs="Arial"/>
        </w:rPr>
        <w:t>condiciones</w:t>
      </w:r>
      <w:proofErr w:type="spellEnd"/>
      <w:r w:rsidRPr="000D2C63">
        <w:rPr>
          <w:rFonts w:cs="Arial"/>
        </w:rPr>
        <w:t xml:space="preserve"> </w:t>
      </w:r>
      <w:proofErr w:type="spellStart"/>
      <w:r w:rsidRPr="000D2C63">
        <w:rPr>
          <w:rFonts w:cs="Arial"/>
        </w:rPr>
        <w:t>señaladas</w:t>
      </w:r>
      <w:proofErr w:type="spellEnd"/>
      <w:r w:rsidRPr="000D2C63">
        <w:rPr>
          <w:rFonts w:cs="Arial"/>
        </w:rPr>
        <w:t xml:space="preserve"> </w:t>
      </w:r>
      <w:proofErr w:type="spellStart"/>
      <w:r w:rsidRPr="000D2C63">
        <w:rPr>
          <w:rFonts w:cs="Arial"/>
        </w:rPr>
        <w:t>en</w:t>
      </w:r>
      <w:proofErr w:type="spellEnd"/>
      <w:r w:rsidRPr="000D2C63">
        <w:rPr>
          <w:rFonts w:cs="Arial"/>
        </w:rPr>
        <w:t xml:space="preserve"> el Pliego de </w:t>
      </w:r>
      <w:proofErr w:type="spellStart"/>
      <w:r w:rsidRPr="000D2C63">
        <w:rPr>
          <w:rFonts w:cs="Arial"/>
        </w:rPr>
        <w:t>Condiciones</w:t>
      </w:r>
      <w:proofErr w:type="spellEnd"/>
      <w:r w:rsidRPr="000D2C63">
        <w:rPr>
          <w:rFonts w:cs="Arial"/>
        </w:rPr>
        <w:t xml:space="preserve"> y </w:t>
      </w:r>
      <w:proofErr w:type="spellStart"/>
      <w:r w:rsidRPr="000D2C63">
        <w:rPr>
          <w:rFonts w:cs="Arial"/>
        </w:rPr>
        <w:t>demás</w:t>
      </w:r>
      <w:proofErr w:type="spellEnd"/>
      <w:r w:rsidRPr="000D2C63">
        <w:rPr>
          <w:rFonts w:cs="Arial"/>
        </w:rPr>
        <w:t xml:space="preserve"> </w:t>
      </w:r>
      <w:proofErr w:type="spellStart"/>
      <w:r w:rsidRPr="000D2C63">
        <w:rPr>
          <w:rFonts w:cs="Arial"/>
        </w:rPr>
        <w:t>Documentos</w:t>
      </w:r>
      <w:proofErr w:type="spellEnd"/>
      <w:r w:rsidRPr="000D2C63">
        <w:rPr>
          <w:rFonts w:cs="Arial"/>
        </w:rPr>
        <w:t xml:space="preserve"> del </w:t>
      </w:r>
      <w:proofErr w:type="spellStart"/>
      <w:r w:rsidRPr="000D2C63">
        <w:rPr>
          <w:rFonts w:cs="Arial"/>
        </w:rPr>
        <w:t>Proceso</w:t>
      </w:r>
      <w:proofErr w:type="spellEnd"/>
      <w:r w:rsidRPr="000D2C63">
        <w:rPr>
          <w:rFonts w:cs="Arial"/>
        </w:rPr>
        <w:t xml:space="preserve">, </w:t>
      </w:r>
      <w:proofErr w:type="spellStart"/>
      <w:r w:rsidRPr="000D2C63">
        <w:rPr>
          <w:rFonts w:cs="Arial"/>
        </w:rPr>
        <w:t>vigente</w:t>
      </w:r>
      <w:proofErr w:type="spellEnd"/>
      <w:r w:rsidRPr="000D2C63">
        <w:rPr>
          <w:rFonts w:cs="Arial"/>
        </w:rPr>
        <w:t xml:space="preserve"> </w:t>
      </w:r>
      <w:proofErr w:type="spellStart"/>
      <w:r w:rsidRPr="000D2C63">
        <w:rPr>
          <w:rFonts w:cs="Arial"/>
        </w:rPr>
        <w:t>durante</w:t>
      </w:r>
      <w:proofErr w:type="spellEnd"/>
      <w:r w:rsidRPr="000D2C63">
        <w:rPr>
          <w:rFonts w:cs="Arial"/>
        </w:rPr>
        <w:t xml:space="preserve"> la </w:t>
      </w:r>
      <w:proofErr w:type="spellStart"/>
      <w:r w:rsidRPr="000D2C63">
        <w:rPr>
          <w:rFonts w:cs="Arial"/>
        </w:rPr>
        <w:t>ejecución</w:t>
      </w:r>
      <w:proofErr w:type="spellEnd"/>
      <w:r w:rsidRPr="000D2C63">
        <w:rPr>
          <w:rFonts w:cs="Arial"/>
        </w:rPr>
        <w:t xml:space="preserve"> del </w:t>
      </w:r>
      <w:proofErr w:type="spellStart"/>
      <w:r w:rsidRPr="000D2C63">
        <w:rPr>
          <w:rFonts w:cs="Arial"/>
        </w:rPr>
        <w:t>contrato</w:t>
      </w:r>
      <w:proofErr w:type="spellEnd"/>
      <w:r w:rsidRPr="000D2C63">
        <w:rPr>
          <w:rFonts w:cs="Arial"/>
        </w:rPr>
        <w:t xml:space="preserve">, el </w:t>
      </w:r>
      <w:proofErr w:type="spellStart"/>
      <w:r w:rsidRPr="000D2C63">
        <w:rPr>
          <w:rFonts w:cs="Arial"/>
        </w:rPr>
        <w:t>Contratista</w:t>
      </w:r>
      <w:proofErr w:type="spellEnd"/>
      <w:r w:rsidRPr="000D2C63">
        <w:rPr>
          <w:rFonts w:cs="Arial"/>
        </w:rPr>
        <w:t xml:space="preserve"> se </w:t>
      </w:r>
      <w:proofErr w:type="spellStart"/>
      <w:r w:rsidRPr="000D2C63">
        <w:rPr>
          <w:rFonts w:cs="Arial"/>
        </w:rPr>
        <w:t>obliga</w:t>
      </w:r>
      <w:proofErr w:type="spellEnd"/>
      <w:r w:rsidRPr="000D2C63">
        <w:rPr>
          <w:rFonts w:cs="Arial"/>
        </w:rPr>
        <w:t xml:space="preserve"> a: </w:t>
      </w:r>
    </w:p>
    <w:p w14:paraId="12C44A2C" w14:textId="77777777" w:rsidR="00F4330E" w:rsidRPr="000D2C63" w:rsidRDefault="00F4330E" w:rsidP="00F4330E">
      <w:pPr>
        <w:jc w:val="both"/>
        <w:rPr>
          <w:rFonts w:cs="Arial"/>
        </w:rPr>
      </w:pPr>
    </w:p>
    <w:p w14:paraId="0F5E4597" w14:textId="77777777" w:rsidR="00F4330E" w:rsidRPr="000D2C63" w:rsidRDefault="00F4330E" w:rsidP="00F4330E">
      <w:pPr>
        <w:contextualSpacing/>
        <w:rPr>
          <w:rFonts w:cs="Arial"/>
        </w:rPr>
      </w:pPr>
      <w:r w:rsidRPr="000D2C63">
        <w:rPr>
          <w:rFonts w:cs="Arial"/>
          <w:b/>
          <w:bCs/>
        </w:rPr>
        <w:t>EQUIPO DE TRABAJO:</w:t>
      </w:r>
      <w:r w:rsidRPr="000D2C63">
        <w:rPr>
          <w:rFonts w:cs="Arial"/>
        </w:rPr>
        <w:t xml:space="preserve"> </w:t>
      </w:r>
    </w:p>
    <w:bookmarkEnd w:id="5"/>
    <w:p w14:paraId="5BF18D50" w14:textId="77777777" w:rsidR="00F4330E" w:rsidRPr="000D2C63" w:rsidRDefault="00F4330E" w:rsidP="00F4330E">
      <w:pPr>
        <w:jc w:val="both"/>
        <w:rPr>
          <w:rFonts w:cs="Arial"/>
          <w:lang w:eastAsia="es-ES"/>
        </w:rPr>
      </w:pPr>
      <w:r w:rsidRPr="000D2C63">
        <w:rPr>
          <w:rFonts w:cs="Arial"/>
          <w:lang w:eastAsia="es-ES"/>
        </w:rPr>
        <w:t xml:space="preserve">El </w:t>
      </w:r>
      <w:proofErr w:type="spellStart"/>
      <w:r w:rsidRPr="000D2C63">
        <w:rPr>
          <w:rFonts w:cs="Arial"/>
          <w:lang w:eastAsia="es-ES"/>
        </w:rPr>
        <w:t>contratista</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disponer </w:t>
      </w:r>
      <w:proofErr w:type="spellStart"/>
      <w:r w:rsidRPr="000D2C63">
        <w:rPr>
          <w:rFonts w:cs="Arial"/>
          <w:lang w:eastAsia="es-ES"/>
        </w:rPr>
        <w:t>durante</w:t>
      </w:r>
      <w:proofErr w:type="spellEnd"/>
      <w:r w:rsidRPr="000D2C63">
        <w:rPr>
          <w:rFonts w:cs="Arial"/>
          <w:lang w:eastAsia="es-ES"/>
        </w:rPr>
        <w:t xml:space="preserve"> </w:t>
      </w:r>
      <w:proofErr w:type="spellStart"/>
      <w:r w:rsidRPr="000D2C63">
        <w:rPr>
          <w:rFonts w:cs="Arial"/>
          <w:lang w:eastAsia="es-ES"/>
        </w:rPr>
        <w:t>toda</w:t>
      </w:r>
      <w:proofErr w:type="spellEnd"/>
      <w:r w:rsidRPr="000D2C63">
        <w:rPr>
          <w:rFonts w:cs="Arial"/>
          <w:lang w:eastAsia="es-ES"/>
        </w:rPr>
        <w:t xml:space="preserve"> la </w:t>
      </w:r>
      <w:proofErr w:type="spellStart"/>
      <w:r w:rsidRPr="000D2C63">
        <w:rPr>
          <w:rFonts w:cs="Arial"/>
          <w:lang w:eastAsia="es-ES"/>
        </w:rPr>
        <w:t>ejecución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del personal </w:t>
      </w:r>
      <w:proofErr w:type="spellStart"/>
      <w:r w:rsidRPr="000D2C63">
        <w:rPr>
          <w:rFonts w:cs="Arial"/>
          <w:lang w:eastAsia="es-ES"/>
        </w:rPr>
        <w:t>administrativo</w:t>
      </w:r>
      <w:proofErr w:type="spellEnd"/>
      <w:r w:rsidRPr="000D2C63">
        <w:rPr>
          <w:rFonts w:cs="Arial"/>
          <w:lang w:eastAsia="es-ES"/>
        </w:rPr>
        <w:t xml:space="preserve"> </w:t>
      </w:r>
      <w:proofErr w:type="spellStart"/>
      <w:r w:rsidRPr="000D2C63">
        <w:rPr>
          <w:rFonts w:cs="Arial"/>
          <w:lang w:eastAsia="es-ES"/>
        </w:rPr>
        <w:t>mínimo</w:t>
      </w:r>
      <w:proofErr w:type="spellEnd"/>
      <w:r w:rsidRPr="000D2C63">
        <w:rPr>
          <w:rFonts w:cs="Arial"/>
          <w:lang w:eastAsia="es-ES"/>
        </w:rPr>
        <w:t xml:space="preserve"> </w:t>
      </w:r>
      <w:proofErr w:type="spellStart"/>
      <w:r w:rsidRPr="000D2C63">
        <w:rPr>
          <w:rFonts w:cs="Arial"/>
          <w:lang w:eastAsia="es-ES"/>
        </w:rPr>
        <w:t>requerido</w:t>
      </w:r>
      <w:proofErr w:type="spellEnd"/>
      <w:r w:rsidRPr="000D2C63">
        <w:rPr>
          <w:rFonts w:cs="Arial"/>
          <w:lang w:eastAsia="es-ES"/>
        </w:rPr>
        <w:t xml:space="preserve">, de </w:t>
      </w:r>
      <w:proofErr w:type="spellStart"/>
      <w:r w:rsidRPr="000D2C63">
        <w:rPr>
          <w:rFonts w:cs="Arial"/>
          <w:lang w:eastAsia="es-ES"/>
        </w:rPr>
        <w:t>conformidad</w:t>
      </w:r>
      <w:proofErr w:type="spellEnd"/>
      <w:r w:rsidRPr="000D2C63">
        <w:rPr>
          <w:rFonts w:cs="Arial"/>
          <w:lang w:eastAsia="es-ES"/>
        </w:rPr>
        <w:t xml:space="preserve"> con lo </w:t>
      </w:r>
      <w:proofErr w:type="spellStart"/>
      <w:r w:rsidRPr="000D2C63">
        <w:rPr>
          <w:rFonts w:cs="Arial"/>
          <w:lang w:eastAsia="es-ES"/>
        </w:rPr>
        <w:t>establecido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el </w:t>
      </w:r>
      <w:proofErr w:type="spellStart"/>
      <w:r w:rsidRPr="000D2C63">
        <w:rPr>
          <w:rFonts w:cs="Arial"/>
          <w:lang w:eastAsia="es-ES"/>
        </w:rPr>
        <w:t>documento</w:t>
      </w:r>
      <w:proofErr w:type="spellEnd"/>
      <w:r w:rsidRPr="000D2C63">
        <w:rPr>
          <w:rFonts w:cs="Arial"/>
          <w:lang w:eastAsia="es-ES"/>
        </w:rPr>
        <w:t xml:space="preserve"> </w:t>
      </w:r>
      <w:proofErr w:type="spellStart"/>
      <w:r w:rsidRPr="000D2C63">
        <w:rPr>
          <w:rFonts w:cs="Arial"/>
          <w:lang w:eastAsia="es-ES"/>
        </w:rPr>
        <w:t>denominado</w:t>
      </w:r>
      <w:proofErr w:type="spellEnd"/>
      <w:r w:rsidRPr="000D2C63">
        <w:rPr>
          <w:rFonts w:cs="Arial"/>
          <w:lang w:eastAsia="es-ES"/>
        </w:rPr>
        <w:t xml:space="preserve"> “</w:t>
      </w:r>
      <w:r w:rsidRPr="000D2C63">
        <w:rPr>
          <w:rFonts w:cs="Arial"/>
          <w:b/>
          <w:bCs/>
          <w:i/>
          <w:iCs/>
          <w:u w:val="single"/>
          <w:lang w:eastAsia="es-ES"/>
        </w:rPr>
        <w:t xml:space="preserve">Personal </w:t>
      </w:r>
      <w:proofErr w:type="spellStart"/>
      <w:r w:rsidRPr="000D2C63">
        <w:rPr>
          <w:rFonts w:cs="Arial"/>
          <w:b/>
          <w:bCs/>
          <w:i/>
          <w:iCs/>
          <w:u w:val="single"/>
          <w:lang w:eastAsia="es-ES"/>
        </w:rPr>
        <w:t>Requerido</w:t>
      </w:r>
      <w:proofErr w:type="spellEnd"/>
      <w:r w:rsidRPr="000D2C63">
        <w:rPr>
          <w:rFonts w:cs="Arial"/>
          <w:i/>
          <w:iCs/>
          <w:lang w:eastAsia="es-ES"/>
        </w:rPr>
        <w:t>”,</w:t>
      </w:r>
      <w:r w:rsidRPr="000D2C63">
        <w:rPr>
          <w:rFonts w:cs="Arial"/>
          <w:lang w:eastAsia="es-ES"/>
        </w:rPr>
        <w:t xml:space="preserve"> el </w:t>
      </w:r>
      <w:proofErr w:type="spellStart"/>
      <w:r w:rsidRPr="000D2C63">
        <w:rPr>
          <w:rFonts w:cs="Arial"/>
          <w:lang w:eastAsia="es-ES"/>
        </w:rPr>
        <w:t>cual</w:t>
      </w:r>
      <w:proofErr w:type="spellEnd"/>
      <w:r w:rsidRPr="000D2C63">
        <w:rPr>
          <w:rFonts w:cs="Arial"/>
          <w:lang w:eastAsia="es-ES"/>
        </w:rPr>
        <w:t xml:space="preserve"> </w:t>
      </w:r>
      <w:proofErr w:type="spellStart"/>
      <w:r w:rsidRPr="000D2C63">
        <w:rPr>
          <w:rFonts w:cs="Arial"/>
          <w:lang w:eastAsia="es-ES"/>
        </w:rPr>
        <w:t>hace</w:t>
      </w:r>
      <w:proofErr w:type="spellEnd"/>
      <w:r w:rsidRPr="000D2C63">
        <w:rPr>
          <w:rFonts w:cs="Arial"/>
          <w:lang w:eastAsia="es-ES"/>
        </w:rPr>
        <w:t xml:space="preserve"> </w:t>
      </w:r>
      <w:proofErr w:type="spellStart"/>
      <w:r w:rsidRPr="000D2C63">
        <w:rPr>
          <w:rFonts w:cs="Arial"/>
          <w:lang w:eastAsia="es-ES"/>
        </w:rPr>
        <w:t>parte</w:t>
      </w:r>
      <w:proofErr w:type="spellEnd"/>
      <w:r w:rsidRPr="000D2C63">
        <w:rPr>
          <w:rFonts w:cs="Arial"/>
          <w:lang w:eastAsia="es-ES"/>
        </w:rPr>
        <w:t xml:space="preserve"> integral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Documentos</w:t>
      </w:r>
      <w:proofErr w:type="spellEnd"/>
      <w:r w:rsidRPr="000D2C63">
        <w:rPr>
          <w:rFonts w:cs="Arial"/>
          <w:lang w:eastAsia="es-ES"/>
        </w:rPr>
        <w:t xml:space="preserve"> del </w:t>
      </w:r>
      <w:proofErr w:type="spellStart"/>
      <w:r w:rsidRPr="000D2C63">
        <w:rPr>
          <w:rFonts w:cs="Arial"/>
          <w:lang w:eastAsia="es-ES"/>
        </w:rPr>
        <w:t>Proceso</w:t>
      </w:r>
      <w:proofErr w:type="spellEnd"/>
      <w:r w:rsidRPr="000D2C63">
        <w:rPr>
          <w:rFonts w:cs="Arial"/>
          <w:lang w:eastAsia="es-ES"/>
        </w:rPr>
        <w:t>.</w:t>
      </w:r>
    </w:p>
    <w:p w14:paraId="6090CAD9" w14:textId="77777777" w:rsidR="00F4330E" w:rsidRPr="000D2C63" w:rsidRDefault="00F4330E" w:rsidP="00F4330E">
      <w:pPr>
        <w:jc w:val="both"/>
        <w:rPr>
          <w:rFonts w:cs="Arial"/>
          <w:lang w:eastAsia="es-ES"/>
        </w:rPr>
      </w:pPr>
      <w:r w:rsidRPr="000D2C63">
        <w:rPr>
          <w:rFonts w:cs="Arial"/>
          <w:lang w:eastAsia="es-ES"/>
        </w:rPr>
        <w:t xml:space="preserve">El </w:t>
      </w:r>
      <w:proofErr w:type="spellStart"/>
      <w:r w:rsidRPr="000D2C63">
        <w:rPr>
          <w:rFonts w:cs="Arial"/>
          <w:lang w:eastAsia="es-ES"/>
        </w:rPr>
        <w:t>Contratista</w:t>
      </w:r>
      <w:proofErr w:type="spellEnd"/>
      <w:r w:rsidRPr="000D2C63">
        <w:rPr>
          <w:rFonts w:cs="Arial"/>
          <w:lang w:eastAsia="es-ES"/>
        </w:rPr>
        <w:t xml:space="preserve"> </w:t>
      </w:r>
      <w:proofErr w:type="spellStart"/>
      <w:r w:rsidRPr="000D2C63">
        <w:rPr>
          <w:rFonts w:cs="Arial"/>
          <w:lang w:eastAsia="es-ES"/>
        </w:rPr>
        <w:t>presentará</w:t>
      </w:r>
      <w:proofErr w:type="spellEnd"/>
      <w:r w:rsidRPr="000D2C63">
        <w:rPr>
          <w:rFonts w:cs="Arial"/>
          <w:lang w:eastAsia="es-ES"/>
        </w:rPr>
        <w:t xml:space="preserve"> a la </w:t>
      </w:r>
      <w:proofErr w:type="spellStart"/>
      <w:r w:rsidRPr="000D2C63">
        <w:rPr>
          <w:rFonts w:cs="Arial"/>
          <w:lang w:eastAsia="es-ES"/>
        </w:rPr>
        <w:t>supervisión</w:t>
      </w:r>
      <w:proofErr w:type="spellEnd"/>
      <w:r w:rsidRPr="000D2C63">
        <w:rPr>
          <w:rFonts w:cs="Arial"/>
          <w:lang w:eastAsia="es-ES"/>
        </w:rPr>
        <w:t xml:space="preserve"> </w:t>
      </w:r>
      <w:proofErr w:type="spellStart"/>
      <w:r w:rsidRPr="000D2C63">
        <w:rPr>
          <w:rFonts w:cs="Arial"/>
          <w:lang w:eastAsia="es-ES"/>
        </w:rPr>
        <w:t>respectiva</w:t>
      </w:r>
      <w:proofErr w:type="spellEnd"/>
      <w:r w:rsidRPr="000D2C63">
        <w:rPr>
          <w:rFonts w:cs="Arial"/>
          <w:lang w:eastAsia="es-ES"/>
        </w:rPr>
        <w:t xml:space="preserve">, </w:t>
      </w:r>
      <w:proofErr w:type="spellStart"/>
      <w:r w:rsidRPr="000D2C63">
        <w:rPr>
          <w:rFonts w:cs="Arial"/>
          <w:lang w:eastAsia="es-ES"/>
        </w:rPr>
        <w:t>dentro</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tres</w:t>
      </w:r>
      <w:proofErr w:type="spellEnd"/>
      <w:r w:rsidRPr="000D2C63">
        <w:rPr>
          <w:rFonts w:cs="Arial"/>
          <w:lang w:eastAsia="es-ES"/>
        </w:rPr>
        <w:t xml:space="preserve"> (03) días </w:t>
      </w:r>
      <w:proofErr w:type="spellStart"/>
      <w:r w:rsidRPr="000D2C63">
        <w:rPr>
          <w:rFonts w:cs="Arial"/>
          <w:lang w:eastAsia="es-ES"/>
        </w:rPr>
        <w:t>hábiles</w:t>
      </w:r>
      <w:proofErr w:type="spellEnd"/>
      <w:r w:rsidRPr="000D2C63">
        <w:rPr>
          <w:rFonts w:cs="Arial"/>
          <w:lang w:eastAsia="es-ES"/>
        </w:rPr>
        <w:t xml:space="preserve"> </w:t>
      </w:r>
      <w:proofErr w:type="spellStart"/>
      <w:r w:rsidRPr="000D2C63">
        <w:rPr>
          <w:rFonts w:cs="Arial"/>
          <w:lang w:eastAsia="es-ES"/>
        </w:rPr>
        <w:t>siguientes</w:t>
      </w:r>
      <w:proofErr w:type="spellEnd"/>
      <w:r w:rsidRPr="000D2C63">
        <w:rPr>
          <w:rFonts w:cs="Arial"/>
          <w:lang w:eastAsia="es-ES"/>
        </w:rPr>
        <w:t xml:space="preserve"> a la </w:t>
      </w:r>
      <w:proofErr w:type="spellStart"/>
      <w:r w:rsidRPr="000D2C63">
        <w:rPr>
          <w:rFonts w:cs="Arial"/>
          <w:lang w:eastAsia="es-ES"/>
        </w:rPr>
        <w:t>orden</w:t>
      </w:r>
      <w:proofErr w:type="spellEnd"/>
      <w:r w:rsidRPr="000D2C63">
        <w:rPr>
          <w:rFonts w:cs="Arial"/>
          <w:lang w:eastAsia="es-ES"/>
        </w:rPr>
        <w:t xml:space="preserve"> de </w:t>
      </w:r>
      <w:proofErr w:type="spellStart"/>
      <w:r w:rsidRPr="000D2C63">
        <w:rPr>
          <w:rFonts w:cs="Arial"/>
          <w:lang w:eastAsia="es-ES"/>
        </w:rPr>
        <w:t>iniciación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de </w:t>
      </w:r>
      <w:proofErr w:type="spellStart"/>
      <w:r w:rsidRPr="000D2C63">
        <w:rPr>
          <w:rFonts w:cs="Arial"/>
          <w:lang w:eastAsia="es-ES"/>
        </w:rPr>
        <w:t>Supervisoría</w:t>
      </w:r>
      <w:proofErr w:type="spellEnd"/>
      <w:r w:rsidRPr="000D2C63">
        <w:rPr>
          <w:rFonts w:cs="Arial"/>
          <w:lang w:eastAsia="es-ES"/>
        </w:rPr>
        <w:t xml:space="preserve"> para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revisión</w:t>
      </w:r>
      <w:proofErr w:type="spellEnd"/>
      <w:r w:rsidRPr="000D2C63">
        <w:rPr>
          <w:rFonts w:cs="Arial"/>
          <w:lang w:eastAsia="es-ES"/>
        </w:rPr>
        <w:t xml:space="preserve"> y </w:t>
      </w:r>
      <w:proofErr w:type="spellStart"/>
      <w:r w:rsidRPr="000D2C63">
        <w:rPr>
          <w:rFonts w:cs="Arial"/>
          <w:lang w:eastAsia="es-ES"/>
        </w:rPr>
        <w:t>aprobación</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documentos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se </w:t>
      </w:r>
      <w:proofErr w:type="spellStart"/>
      <w:r w:rsidRPr="000D2C63">
        <w:rPr>
          <w:rFonts w:cs="Arial"/>
          <w:lang w:eastAsia="es-ES"/>
        </w:rPr>
        <w:t>relacionan</w:t>
      </w:r>
      <w:proofErr w:type="spellEnd"/>
      <w:r w:rsidRPr="000D2C63">
        <w:rPr>
          <w:rFonts w:cs="Arial"/>
          <w:lang w:eastAsia="es-ES"/>
        </w:rPr>
        <w:t xml:space="preserve"> a </w:t>
      </w:r>
      <w:proofErr w:type="spellStart"/>
      <w:r w:rsidRPr="000D2C63">
        <w:rPr>
          <w:rFonts w:cs="Arial"/>
          <w:lang w:eastAsia="es-ES"/>
        </w:rPr>
        <w:t>continuación</w:t>
      </w:r>
      <w:proofErr w:type="spellEnd"/>
      <w:r w:rsidRPr="000D2C63">
        <w:rPr>
          <w:rFonts w:cs="Arial"/>
          <w:lang w:eastAsia="es-ES"/>
        </w:rPr>
        <w:t xml:space="preserve">, </w:t>
      </w:r>
      <w:proofErr w:type="spellStart"/>
      <w:r w:rsidRPr="000D2C63">
        <w:rPr>
          <w:rFonts w:cs="Arial"/>
          <w:lang w:eastAsia="es-ES"/>
        </w:rPr>
        <w:t>debidamente</w:t>
      </w:r>
      <w:proofErr w:type="spellEnd"/>
      <w:r w:rsidRPr="000D2C63">
        <w:rPr>
          <w:rFonts w:cs="Arial"/>
          <w:lang w:eastAsia="es-ES"/>
        </w:rPr>
        <w:t xml:space="preserve"> </w:t>
      </w:r>
      <w:proofErr w:type="spellStart"/>
      <w:r w:rsidRPr="000D2C63">
        <w:rPr>
          <w:rFonts w:cs="Arial"/>
          <w:lang w:eastAsia="es-ES"/>
        </w:rPr>
        <w:t>diligenciados</w:t>
      </w:r>
      <w:proofErr w:type="spellEnd"/>
      <w:r w:rsidRPr="000D2C63">
        <w:rPr>
          <w:rFonts w:cs="Arial"/>
          <w:lang w:eastAsia="es-ES"/>
        </w:rPr>
        <w:t xml:space="preserve"> de </w:t>
      </w:r>
      <w:proofErr w:type="spellStart"/>
      <w:r w:rsidRPr="000D2C63">
        <w:rPr>
          <w:rFonts w:cs="Arial"/>
          <w:lang w:eastAsia="es-ES"/>
        </w:rPr>
        <w:t>conformidad</w:t>
      </w:r>
      <w:proofErr w:type="spellEnd"/>
      <w:r w:rsidRPr="000D2C63">
        <w:rPr>
          <w:rFonts w:cs="Arial"/>
          <w:lang w:eastAsia="es-ES"/>
        </w:rPr>
        <w:t xml:space="preserve"> con el Pliego de </w:t>
      </w:r>
      <w:proofErr w:type="spellStart"/>
      <w:r w:rsidRPr="000D2C63">
        <w:rPr>
          <w:rFonts w:cs="Arial"/>
          <w:lang w:eastAsia="es-ES"/>
        </w:rPr>
        <w:t>Condiciones</w:t>
      </w:r>
      <w:proofErr w:type="spellEnd"/>
      <w:r w:rsidRPr="000D2C63">
        <w:rPr>
          <w:rFonts w:cs="Arial"/>
          <w:lang w:eastAsia="es-ES"/>
        </w:rPr>
        <w:t>:</w:t>
      </w:r>
    </w:p>
    <w:p w14:paraId="275D0A82" w14:textId="77777777" w:rsidR="00F4330E" w:rsidRPr="000D2C63" w:rsidRDefault="00F4330E" w:rsidP="00F4330E">
      <w:pPr>
        <w:pStyle w:val="Prrafodelista"/>
        <w:numPr>
          <w:ilvl w:val="0"/>
          <w:numId w:val="18"/>
        </w:numPr>
        <w:suppressAutoHyphens/>
        <w:spacing w:after="0" w:line="240" w:lineRule="auto"/>
        <w:ind w:left="783"/>
        <w:contextualSpacing w:val="0"/>
        <w:jc w:val="both"/>
        <w:rPr>
          <w:rFonts w:cs="Arial"/>
          <w:sz w:val="20"/>
          <w:lang w:val="es-CO" w:eastAsia="es-ES"/>
        </w:rPr>
      </w:pPr>
      <w:r w:rsidRPr="000D2C63">
        <w:rPr>
          <w:rFonts w:cs="Arial"/>
          <w:sz w:val="20"/>
          <w:lang w:val="es-CO" w:eastAsia="es-ES"/>
        </w:rPr>
        <w:t xml:space="preserve">Hojas de vida del personal profesional, </w:t>
      </w:r>
      <w:r w:rsidRPr="000D2C63">
        <w:rPr>
          <w:rFonts w:cs="Arial"/>
          <w:sz w:val="20"/>
          <w:lang w:val="es-CO"/>
        </w:rPr>
        <w:t>con su respectiva afiliación a la seguridad social</w:t>
      </w:r>
    </w:p>
    <w:p w14:paraId="3768D353" w14:textId="77777777" w:rsidR="00F4330E" w:rsidRPr="000D2C63" w:rsidRDefault="00F4330E" w:rsidP="00F4330E">
      <w:pPr>
        <w:pStyle w:val="Prrafodelista"/>
        <w:numPr>
          <w:ilvl w:val="0"/>
          <w:numId w:val="18"/>
        </w:numPr>
        <w:suppressAutoHyphens/>
        <w:spacing w:after="0" w:line="240" w:lineRule="auto"/>
        <w:ind w:left="783"/>
        <w:contextualSpacing w:val="0"/>
        <w:jc w:val="both"/>
        <w:rPr>
          <w:rFonts w:cs="Arial"/>
          <w:sz w:val="20"/>
          <w:lang w:val="es-CO" w:eastAsia="es-ES"/>
        </w:rPr>
      </w:pPr>
      <w:r w:rsidRPr="000D2C63">
        <w:rPr>
          <w:rFonts w:cs="Arial"/>
          <w:sz w:val="20"/>
          <w:lang w:val="es-CO" w:eastAsia="es-ES"/>
        </w:rPr>
        <w:t>Relación del equipo mínimo obligatorio.</w:t>
      </w:r>
    </w:p>
    <w:p w14:paraId="4B7FF689" w14:textId="77777777" w:rsidR="00F4330E" w:rsidRPr="000D2C63" w:rsidRDefault="00F4330E" w:rsidP="00F4330E">
      <w:pPr>
        <w:pStyle w:val="Prrafodelista"/>
        <w:numPr>
          <w:ilvl w:val="0"/>
          <w:numId w:val="18"/>
        </w:numPr>
        <w:suppressAutoHyphens/>
        <w:spacing w:after="0" w:line="240" w:lineRule="auto"/>
        <w:ind w:left="783"/>
        <w:contextualSpacing w:val="0"/>
        <w:jc w:val="both"/>
        <w:rPr>
          <w:rFonts w:cs="Arial"/>
          <w:sz w:val="20"/>
          <w:lang w:val="es-CO" w:eastAsia="es-ES"/>
        </w:rPr>
      </w:pPr>
      <w:r w:rsidRPr="000D2C63">
        <w:rPr>
          <w:rFonts w:cs="Arial"/>
          <w:sz w:val="20"/>
          <w:lang w:val="es-CO" w:eastAsia="es-ES"/>
        </w:rPr>
        <w:t>Análisis de precios unitarios correspondientes a la propuesta económica.</w:t>
      </w:r>
    </w:p>
    <w:p w14:paraId="0721C861" w14:textId="77777777" w:rsidR="00F4330E" w:rsidRPr="000D2C63" w:rsidRDefault="00F4330E" w:rsidP="00F4330E">
      <w:pPr>
        <w:pStyle w:val="Prrafodelista"/>
        <w:numPr>
          <w:ilvl w:val="0"/>
          <w:numId w:val="18"/>
        </w:numPr>
        <w:suppressAutoHyphens/>
        <w:spacing w:after="0" w:line="240" w:lineRule="auto"/>
        <w:ind w:left="783"/>
        <w:contextualSpacing w:val="0"/>
        <w:jc w:val="both"/>
        <w:rPr>
          <w:rFonts w:cs="Arial"/>
          <w:sz w:val="20"/>
          <w:lang w:val="es-CO" w:eastAsia="es-ES"/>
        </w:rPr>
      </w:pPr>
      <w:r w:rsidRPr="000D2C63">
        <w:rPr>
          <w:rFonts w:cs="Arial"/>
          <w:sz w:val="20"/>
          <w:lang w:val="es-CO" w:eastAsia="es-ES"/>
        </w:rPr>
        <w:t>Programación de obra, indicando fechas de las de inicio y termino de las actividades en el diagrama de flujo</w:t>
      </w:r>
    </w:p>
    <w:p w14:paraId="3610E637" w14:textId="77777777" w:rsidR="00F4330E" w:rsidRPr="000D2C63" w:rsidRDefault="00F4330E" w:rsidP="00F4330E">
      <w:pPr>
        <w:pStyle w:val="Prrafodelista"/>
        <w:numPr>
          <w:ilvl w:val="0"/>
          <w:numId w:val="18"/>
        </w:numPr>
        <w:suppressAutoHyphens/>
        <w:spacing w:after="0" w:line="240" w:lineRule="auto"/>
        <w:ind w:left="783"/>
        <w:contextualSpacing w:val="0"/>
        <w:jc w:val="both"/>
        <w:rPr>
          <w:rFonts w:cs="Arial"/>
          <w:sz w:val="20"/>
          <w:lang w:val="es-CO" w:eastAsia="es-ES"/>
        </w:rPr>
      </w:pPr>
      <w:r w:rsidRPr="000D2C63">
        <w:rPr>
          <w:rFonts w:cs="Arial"/>
          <w:sz w:val="20"/>
          <w:lang w:val="es-CO" w:eastAsia="es-ES"/>
        </w:rPr>
        <w:t>Los demás que puedan exigirse en el Pliego de Condiciones.</w:t>
      </w:r>
    </w:p>
    <w:p w14:paraId="415C8F91" w14:textId="77777777" w:rsidR="00F4330E" w:rsidRPr="000D2C63" w:rsidRDefault="00F4330E" w:rsidP="00F4330E">
      <w:pPr>
        <w:jc w:val="both"/>
        <w:rPr>
          <w:rFonts w:cs="Arial"/>
          <w:lang w:eastAsia="es-ES"/>
        </w:rPr>
      </w:pPr>
    </w:p>
    <w:p w14:paraId="16FC8160" w14:textId="77777777" w:rsidR="00F4330E" w:rsidRPr="000D2C63" w:rsidRDefault="00F4330E" w:rsidP="00F4330E">
      <w:pPr>
        <w:jc w:val="both"/>
        <w:rPr>
          <w:rFonts w:cs="Arial"/>
          <w:lang w:eastAsia="es-ES"/>
        </w:rPr>
      </w:pPr>
      <w:r w:rsidRPr="000D2C63">
        <w:rPr>
          <w:rFonts w:cs="Arial"/>
          <w:lang w:eastAsia="es-ES"/>
        </w:rPr>
        <w:t xml:space="preserve">El Supervisor </w:t>
      </w:r>
      <w:proofErr w:type="spellStart"/>
      <w:r w:rsidRPr="000D2C63">
        <w:rPr>
          <w:rFonts w:cs="Arial"/>
          <w:lang w:eastAsia="es-ES"/>
        </w:rPr>
        <w:t>revisará</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documentos</w:t>
      </w:r>
      <w:proofErr w:type="spellEnd"/>
      <w:r w:rsidRPr="000D2C63">
        <w:rPr>
          <w:rFonts w:cs="Arial"/>
          <w:lang w:eastAsia="es-ES"/>
        </w:rPr>
        <w:t xml:space="preserve"> </w:t>
      </w:r>
      <w:proofErr w:type="spellStart"/>
      <w:r w:rsidRPr="000D2C63">
        <w:rPr>
          <w:rFonts w:cs="Arial"/>
          <w:lang w:eastAsia="es-ES"/>
        </w:rPr>
        <w:t>presentados</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el </w:t>
      </w:r>
      <w:proofErr w:type="spellStart"/>
      <w:r w:rsidRPr="000D2C63">
        <w:rPr>
          <w:rFonts w:cs="Arial"/>
          <w:lang w:eastAsia="es-ES"/>
        </w:rPr>
        <w:t>Contratista</w:t>
      </w:r>
      <w:proofErr w:type="spellEnd"/>
      <w:r w:rsidRPr="000D2C63">
        <w:rPr>
          <w:rFonts w:cs="Arial"/>
          <w:lang w:eastAsia="es-ES"/>
        </w:rPr>
        <w:t xml:space="preserve"> de </w:t>
      </w:r>
      <w:proofErr w:type="spellStart"/>
      <w:r w:rsidRPr="000D2C63">
        <w:rPr>
          <w:rFonts w:cs="Arial"/>
          <w:lang w:eastAsia="es-ES"/>
        </w:rPr>
        <w:t>obra</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un </w:t>
      </w:r>
      <w:proofErr w:type="spellStart"/>
      <w:r w:rsidRPr="000D2C63">
        <w:rPr>
          <w:rFonts w:cs="Arial"/>
          <w:lang w:eastAsia="es-ES"/>
        </w:rPr>
        <w:t>término</w:t>
      </w:r>
      <w:proofErr w:type="spellEnd"/>
      <w:r w:rsidRPr="000D2C63">
        <w:rPr>
          <w:rFonts w:cs="Arial"/>
          <w:lang w:eastAsia="es-ES"/>
        </w:rPr>
        <w:t xml:space="preserve"> no mayor a </w:t>
      </w:r>
      <w:proofErr w:type="spellStart"/>
      <w:r w:rsidRPr="000D2C63">
        <w:rPr>
          <w:rFonts w:cs="Arial"/>
          <w:lang w:eastAsia="es-ES"/>
        </w:rPr>
        <w:t>cinco</w:t>
      </w:r>
      <w:proofErr w:type="spellEnd"/>
      <w:r w:rsidRPr="000D2C63">
        <w:rPr>
          <w:rFonts w:cs="Arial"/>
          <w:lang w:eastAsia="es-ES"/>
        </w:rPr>
        <w:t xml:space="preserve"> (05) días </w:t>
      </w:r>
      <w:proofErr w:type="spellStart"/>
      <w:r w:rsidRPr="000D2C63">
        <w:rPr>
          <w:rFonts w:cs="Arial"/>
          <w:lang w:eastAsia="es-ES"/>
        </w:rPr>
        <w:t>calendario</w:t>
      </w:r>
      <w:proofErr w:type="spellEnd"/>
      <w:r w:rsidRPr="000D2C63">
        <w:rPr>
          <w:rFonts w:cs="Arial"/>
          <w:lang w:eastAsia="es-ES"/>
        </w:rPr>
        <w:t xml:space="preserve">. En </w:t>
      </w:r>
      <w:proofErr w:type="spellStart"/>
      <w:r w:rsidRPr="000D2C63">
        <w:rPr>
          <w:rFonts w:cs="Arial"/>
          <w:lang w:eastAsia="es-ES"/>
        </w:rPr>
        <w:t>caso</w:t>
      </w:r>
      <w:proofErr w:type="spellEnd"/>
      <w:r w:rsidRPr="000D2C63">
        <w:rPr>
          <w:rFonts w:cs="Arial"/>
          <w:lang w:eastAsia="es-ES"/>
        </w:rPr>
        <w:t xml:space="preserve"> de </w:t>
      </w:r>
      <w:proofErr w:type="spellStart"/>
      <w:r w:rsidRPr="000D2C63">
        <w:rPr>
          <w:rFonts w:cs="Arial"/>
          <w:lang w:eastAsia="es-ES"/>
        </w:rPr>
        <w:t>existir</w:t>
      </w:r>
      <w:proofErr w:type="spellEnd"/>
      <w:r w:rsidRPr="000D2C63">
        <w:rPr>
          <w:rFonts w:cs="Arial"/>
          <w:lang w:eastAsia="es-ES"/>
        </w:rPr>
        <w:t xml:space="preserve"> </w:t>
      </w:r>
      <w:proofErr w:type="spellStart"/>
      <w:r w:rsidRPr="000D2C63">
        <w:rPr>
          <w:rFonts w:cs="Arial"/>
          <w:lang w:eastAsia="es-ES"/>
        </w:rPr>
        <w:t>algún</w:t>
      </w:r>
      <w:proofErr w:type="spellEnd"/>
      <w:r w:rsidRPr="000D2C63">
        <w:rPr>
          <w:rFonts w:cs="Arial"/>
          <w:lang w:eastAsia="es-ES"/>
        </w:rPr>
        <w:t xml:space="preserve"> </w:t>
      </w:r>
      <w:proofErr w:type="spellStart"/>
      <w:r w:rsidRPr="000D2C63">
        <w:rPr>
          <w:rFonts w:cs="Arial"/>
          <w:lang w:eastAsia="es-ES"/>
        </w:rPr>
        <w:t>requerimiento</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w:t>
      </w:r>
      <w:proofErr w:type="spellStart"/>
      <w:r w:rsidRPr="000D2C63">
        <w:rPr>
          <w:rFonts w:cs="Arial"/>
          <w:lang w:eastAsia="es-ES"/>
        </w:rPr>
        <w:t>escrito</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w:t>
      </w:r>
      <w:proofErr w:type="spellStart"/>
      <w:r w:rsidRPr="000D2C63">
        <w:rPr>
          <w:rFonts w:cs="Arial"/>
          <w:lang w:eastAsia="es-ES"/>
        </w:rPr>
        <w:t>parte</w:t>
      </w:r>
      <w:proofErr w:type="spellEnd"/>
      <w:r w:rsidRPr="000D2C63">
        <w:rPr>
          <w:rFonts w:cs="Arial"/>
          <w:lang w:eastAsia="es-ES"/>
        </w:rPr>
        <w:t xml:space="preserve"> del supervisor, el </w:t>
      </w:r>
      <w:proofErr w:type="spellStart"/>
      <w:r w:rsidRPr="000D2C63">
        <w:rPr>
          <w:rFonts w:cs="Arial"/>
          <w:lang w:eastAsia="es-ES"/>
        </w:rPr>
        <w:t>Contratista</w:t>
      </w:r>
      <w:proofErr w:type="spellEnd"/>
      <w:r w:rsidRPr="000D2C63">
        <w:rPr>
          <w:rFonts w:cs="Arial"/>
          <w:lang w:eastAsia="es-ES"/>
        </w:rPr>
        <w:t xml:space="preserve"> </w:t>
      </w:r>
      <w:proofErr w:type="spellStart"/>
      <w:r w:rsidRPr="000D2C63">
        <w:rPr>
          <w:rFonts w:cs="Arial"/>
          <w:lang w:eastAsia="es-ES"/>
        </w:rPr>
        <w:t>debe</w:t>
      </w:r>
      <w:proofErr w:type="spellEnd"/>
      <w:r w:rsidRPr="000D2C63">
        <w:rPr>
          <w:rFonts w:cs="Arial"/>
          <w:lang w:eastAsia="es-ES"/>
        </w:rPr>
        <w:t xml:space="preserve"> </w:t>
      </w:r>
      <w:proofErr w:type="spellStart"/>
      <w:r w:rsidRPr="000D2C63">
        <w:rPr>
          <w:rFonts w:cs="Arial"/>
          <w:lang w:eastAsia="es-ES"/>
        </w:rPr>
        <w:t>atenderlo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un </w:t>
      </w:r>
      <w:proofErr w:type="spellStart"/>
      <w:r w:rsidRPr="000D2C63">
        <w:rPr>
          <w:rFonts w:cs="Arial"/>
          <w:lang w:eastAsia="es-ES"/>
        </w:rPr>
        <w:t>término</w:t>
      </w:r>
      <w:proofErr w:type="spellEnd"/>
      <w:r w:rsidRPr="000D2C63">
        <w:rPr>
          <w:rFonts w:cs="Arial"/>
          <w:lang w:eastAsia="es-ES"/>
        </w:rPr>
        <w:t xml:space="preserve"> no mayor a </w:t>
      </w:r>
      <w:proofErr w:type="spellStart"/>
      <w:r w:rsidRPr="000D2C63">
        <w:rPr>
          <w:rFonts w:cs="Arial"/>
          <w:lang w:eastAsia="es-ES"/>
        </w:rPr>
        <w:t>tres</w:t>
      </w:r>
      <w:proofErr w:type="spellEnd"/>
      <w:r w:rsidRPr="000D2C63">
        <w:rPr>
          <w:rFonts w:cs="Arial"/>
          <w:lang w:eastAsia="es-ES"/>
        </w:rPr>
        <w:t xml:space="preserve"> (03) días </w:t>
      </w:r>
      <w:proofErr w:type="spellStart"/>
      <w:r w:rsidRPr="000D2C63">
        <w:rPr>
          <w:rFonts w:cs="Arial"/>
          <w:lang w:eastAsia="es-ES"/>
        </w:rPr>
        <w:t>hábiles</w:t>
      </w:r>
      <w:proofErr w:type="spellEnd"/>
      <w:r w:rsidRPr="000D2C63">
        <w:rPr>
          <w:rFonts w:cs="Arial"/>
          <w:lang w:eastAsia="es-ES"/>
        </w:rPr>
        <w:t xml:space="preserve">, so </w:t>
      </w:r>
      <w:proofErr w:type="spellStart"/>
      <w:r w:rsidRPr="000D2C63">
        <w:rPr>
          <w:rFonts w:cs="Arial"/>
          <w:lang w:eastAsia="es-ES"/>
        </w:rPr>
        <w:t>pena</w:t>
      </w:r>
      <w:proofErr w:type="spellEnd"/>
      <w:r w:rsidRPr="000D2C63">
        <w:rPr>
          <w:rFonts w:cs="Arial"/>
          <w:lang w:eastAsia="es-ES"/>
        </w:rPr>
        <w:t xml:space="preserve"> de </w:t>
      </w:r>
      <w:proofErr w:type="spellStart"/>
      <w:r w:rsidRPr="000D2C63">
        <w:rPr>
          <w:rFonts w:cs="Arial"/>
          <w:lang w:eastAsia="es-ES"/>
        </w:rPr>
        <w:t>incurrir</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causal de </w:t>
      </w:r>
      <w:proofErr w:type="spellStart"/>
      <w:r w:rsidRPr="000D2C63">
        <w:rPr>
          <w:rFonts w:cs="Arial"/>
          <w:lang w:eastAsia="es-ES"/>
        </w:rPr>
        <w:t>incumplimiento</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w:t>
      </w:r>
    </w:p>
    <w:p w14:paraId="2F157C7B" w14:textId="6B2B1322" w:rsidR="00F4330E" w:rsidRPr="000D2C63" w:rsidRDefault="00F4330E" w:rsidP="00F4330E">
      <w:pPr>
        <w:jc w:val="both"/>
        <w:rPr>
          <w:rFonts w:cs="Arial"/>
          <w:lang w:eastAsia="es-ES"/>
        </w:rPr>
      </w:pPr>
      <w:r w:rsidRPr="000D2C63">
        <w:rPr>
          <w:rFonts w:cs="Arial"/>
          <w:lang w:eastAsia="es-ES"/>
        </w:rPr>
        <w:t xml:space="preserve"> Una </w:t>
      </w:r>
      <w:proofErr w:type="spellStart"/>
      <w:r w:rsidRPr="000D2C63">
        <w:rPr>
          <w:rFonts w:cs="Arial"/>
          <w:lang w:eastAsia="es-ES"/>
        </w:rPr>
        <w:t>vez</w:t>
      </w:r>
      <w:proofErr w:type="spellEnd"/>
      <w:r w:rsidRPr="000D2C63">
        <w:rPr>
          <w:rFonts w:cs="Arial"/>
          <w:lang w:eastAsia="es-ES"/>
        </w:rPr>
        <w:t xml:space="preserve"> se </w:t>
      </w:r>
      <w:proofErr w:type="spellStart"/>
      <w:r w:rsidRPr="000D2C63">
        <w:rPr>
          <w:rFonts w:cs="Arial"/>
          <w:lang w:eastAsia="es-ES"/>
        </w:rPr>
        <w:t>cumpla</w:t>
      </w:r>
      <w:proofErr w:type="spellEnd"/>
      <w:r w:rsidRPr="000D2C63">
        <w:rPr>
          <w:rFonts w:cs="Arial"/>
          <w:lang w:eastAsia="es-ES"/>
        </w:rPr>
        <w:t xml:space="preserve"> con lo </w:t>
      </w:r>
      <w:proofErr w:type="spellStart"/>
      <w:r w:rsidRPr="000D2C63">
        <w:rPr>
          <w:rFonts w:cs="Arial"/>
          <w:lang w:eastAsia="es-ES"/>
        </w:rPr>
        <w:t>exigido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el Pliego de </w:t>
      </w:r>
      <w:proofErr w:type="spellStart"/>
      <w:r w:rsidRPr="000D2C63">
        <w:rPr>
          <w:rFonts w:cs="Arial"/>
          <w:lang w:eastAsia="es-ES"/>
        </w:rPr>
        <w:t>Condiciones</w:t>
      </w:r>
      <w:proofErr w:type="spellEnd"/>
      <w:r w:rsidRPr="000D2C63">
        <w:rPr>
          <w:rFonts w:cs="Arial"/>
          <w:lang w:eastAsia="es-ES"/>
        </w:rPr>
        <w:t xml:space="preserve">, el supervisor </w:t>
      </w:r>
      <w:proofErr w:type="spellStart"/>
      <w:r w:rsidRPr="000D2C63">
        <w:rPr>
          <w:rFonts w:cs="Arial"/>
          <w:lang w:eastAsia="es-ES"/>
        </w:rPr>
        <w:t>emitirá</w:t>
      </w:r>
      <w:proofErr w:type="spellEnd"/>
      <w:r w:rsidRPr="000D2C63">
        <w:rPr>
          <w:rFonts w:cs="Arial"/>
          <w:lang w:eastAsia="es-ES"/>
        </w:rPr>
        <w:t xml:space="preserve">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concepto</w:t>
      </w:r>
      <w:proofErr w:type="spellEnd"/>
      <w:r w:rsidRPr="000D2C63">
        <w:rPr>
          <w:rFonts w:cs="Arial"/>
          <w:lang w:eastAsia="es-ES"/>
        </w:rPr>
        <w:t xml:space="preserve"> favorable </w:t>
      </w:r>
      <w:proofErr w:type="spellStart"/>
      <w:r w:rsidRPr="000D2C63">
        <w:rPr>
          <w:rFonts w:cs="Arial"/>
          <w:lang w:eastAsia="es-ES"/>
        </w:rPr>
        <w:t>mediante</w:t>
      </w:r>
      <w:proofErr w:type="spellEnd"/>
      <w:r w:rsidRPr="000D2C63">
        <w:rPr>
          <w:rFonts w:cs="Arial"/>
          <w:lang w:eastAsia="es-ES"/>
        </w:rPr>
        <w:t xml:space="preserve"> </w:t>
      </w:r>
      <w:proofErr w:type="spellStart"/>
      <w:r w:rsidRPr="000D2C63">
        <w:rPr>
          <w:rFonts w:cs="Arial"/>
          <w:lang w:eastAsia="es-ES"/>
        </w:rPr>
        <w:t>comunicación</w:t>
      </w:r>
      <w:proofErr w:type="spellEnd"/>
      <w:r w:rsidRPr="000D2C63">
        <w:rPr>
          <w:rFonts w:cs="Arial"/>
          <w:lang w:eastAsia="es-ES"/>
        </w:rPr>
        <w:t xml:space="preserve"> </w:t>
      </w:r>
      <w:proofErr w:type="spellStart"/>
      <w:r w:rsidRPr="000D2C63">
        <w:rPr>
          <w:rFonts w:cs="Arial"/>
          <w:lang w:eastAsia="es-ES"/>
        </w:rPr>
        <w:t>dirigida</w:t>
      </w:r>
      <w:proofErr w:type="spellEnd"/>
      <w:r w:rsidRPr="000D2C63">
        <w:rPr>
          <w:rFonts w:cs="Arial"/>
          <w:lang w:eastAsia="es-ES"/>
        </w:rPr>
        <w:t xml:space="preserve"> al </w:t>
      </w:r>
      <w:proofErr w:type="spellStart"/>
      <w:r w:rsidRPr="000D2C63">
        <w:rPr>
          <w:rFonts w:cs="Arial"/>
          <w:lang w:eastAsia="es-ES"/>
        </w:rPr>
        <w:t>Contratista</w:t>
      </w:r>
      <w:proofErr w:type="spellEnd"/>
      <w:r w:rsidRPr="000D2C63">
        <w:rPr>
          <w:rFonts w:cs="Arial"/>
          <w:lang w:eastAsia="es-ES"/>
        </w:rPr>
        <w:t xml:space="preserve">, con </w:t>
      </w:r>
      <w:proofErr w:type="spellStart"/>
      <w:r w:rsidRPr="000D2C63">
        <w:rPr>
          <w:rFonts w:cs="Arial"/>
          <w:lang w:eastAsia="es-ES"/>
        </w:rPr>
        <w:t>copia</w:t>
      </w:r>
      <w:proofErr w:type="spellEnd"/>
      <w:r w:rsidRPr="000D2C63">
        <w:rPr>
          <w:rFonts w:cs="Arial"/>
          <w:lang w:eastAsia="es-ES"/>
        </w:rPr>
        <w:t xml:space="preserve"> a la </w:t>
      </w:r>
      <w:proofErr w:type="spellStart"/>
      <w:r w:rsidRPr="000D2C63">
        <w:rPr>
          <w:rFonts w:cs="Arial"/>
          <w:lang w:eastAsia="es-ES"/>
        </w:rPr>
        <w:t>Entidad</w:t>
      </w:r>
      <w:proofErr w:type="spellEnd"/>
      <w:r w:rsidRPr="000D2C63">
        <w:rPr>
          <w:rFonts w:cs="Arial"/>
          <w:lang w:eastAsia="es-ES"/>
        </w:rPr>
        <w:t>.</w:t>
      </w:r>
    </w:p>
    <w:p w14:paraId="7202F113" w14:textId="77777777" w:rsidR="00F4330E" w:rsidRPr="000D2C63" w:rsidRDefault="00F4330E" w:rsidP="00F4330E">
      <w:pPr>
        <w:jc w:val="both"/>
        <w:rPr>
          <w:rFonts w:cs="Arial"/>
          <w:lang w:eastAsia="es-ES"/>
        </w:rPr>
      </w:pPr>
      <w:proofErr w:type="spellStart"/>
      <w:r w:rsidRPr="000D2C63">
        <w:rPr>
          <w:rFonts w:cs="Arial"/>
          <w:lang w:eastAsia="es-ES"/>
        </w:rPr>
        <w:t>Así</w:t>
      </w:r>
      <w:proofErr w:type="spellEnd"/>
      <w:r w:rsidRPr="000D2C63">
        <w:rPr>
          <w:rFonts w:cs="Arial"/>
          <w:lang w:eastAsia="es-ES"/>
        </w:rPr>
        <w:t xml:space="preserve"> </w:t>
      </w:r>
      <w:proofErr w:type="spellStart"/>
      <w:r w:rsidRPr="000D2C63">
        <w:rPr>
          <w:rFonts w:cs="Arial"/>
          <w:lang w:eastAsia="es-ES"/>
        </w:rPr>
        <w:t>mismo</w:t>
      </w:r>
      <w:proofErr w:type="spellEnd"/>
      <w:r w:rsidRPr="000D2C63">
        <w:rPr>
          <w:rFonts w:cs="Arial"/>
          <w:lang w:eastAsia="es-ES"/>
        </w:rPr>
        <w:t xml:space="preserve">, el </w:t>
      </w:r>
      <w:proofErr w:type="spellStart"/>
      <w:r w:rsidRPr="000D2C63">
        <w:rPr>
          <w:rFonts w:cs="Arial"/>
          <w:lang w:eastAsia="es-ES"/>
        </w:rPr>
        <w:t>contratista</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mantener</w:t>
      </w:r>
      <w:proofErr w:type="spellEnd"/>
      <w:r w:rsidRPr="000D2C63">
        <w:rPr>
          <w:rFonts w:cs="Arial"/>
          <w:lang w:eastAsia="es-ES"/>
        </w:rPr>
        <w:t xml:space="preserve"> </w:t>
      </w:r>
      <w:proofErr w:type="spellStart"/>
      <w:r w:rsidRPr="000D2C63">
        <w:rPr>
          <w:rFonts w:cs="Arial"/>
          <w:lang w:eastAsia="es-ES"/>
        </w:rPr>
        <w:t>durante</w:t>
      </w:r>
      <w:proofErr w:type="spellEnd"/>
      <w:r w:rsidRPr="000D2C63">
        <w:rPr>
          <w:rFonts w:cs="Arial"/>
          <w:lang w:eastAsia="es-ES"/>
        </w:rPr>
        <w:t xml:space="preserve"> </w:t>
      </w:r>
      <w:proofErr w:type="spellStart"/>
      <w:r w:rsidRPr="000D2C63">
        <w:rPr>
          <w:rFonts w:cs="Arial"/>
          <w:lang w:eastAsia="es-ES"/>
        </w:rPr>
        <w:t>toda</w:t>
      </w:r>
      <w:proofErr w:type="spellEnd"/>
      <w:r w:rsidRPr="000D2C63">
        <w:rPr>
          <w:rFonts w:cs="Arial"/>
          <w:lang w:eastAsia="es-ES"/>
        </w:rPr>
        <w:t xml:space="preserve"> la </w:t>
      </w:r>
      <w:proofErr w:type="spellStart"/>
      <w:r w:rsidRPr="000D2C63">
        <w:rPr>
          <w:rFonts w:cs="Arial"/>
          <w:lang w:eastAsia="es-ES"/>
        </w:rPr>
        <w:t>ejecución</w:t>
      </w:r>
      <w:proofErr w:type="spellEnd"/>
      <w:r w:rsidRPr="000D2C63">
        <w:rPr>
          <w:rFonts w:cs="Arial"/>
          <w:lang w:eastAsia="es-ES"/>
        </w:rPr>
        <w:t xml:space="preserve"> contractual las </w:t>
      </w:r>
      <w:proofErr w:type="spellStart"/>
      <w:r w:rsidRPr="000D2C63">
        <w:rPr>
          <w:rFonts w:cs="Arial"/>
          <w:lang w:eastAsia="es-ES"/>
        </w:rPr>
        <w:t>afiliaciones</w:t>
      </w:r>
      <w:proofErr w:type="spellEnd"/>
      <w:r w:rsidRPr="000D2C63">
        <w:rPr>
          <w:rFonts w:cs="Arial"/>
          <w:lang w:eastAsia="es-ES"/>
        </w:rPr>
        <w:t xml:space="preserve"> y </w:t>
      </w:r>
      <w:proofErr w:type="spellStart"/>
      <w:r w:rsidRPr="000D2C63">
        <w:rPr>
          <w:rFonts w:cs="Arial"/>
          <w:lang w:eastAsia="es-ES"/>
        </w:rPr>
        <w:t>pagos</w:t>
      </w:r>
      <w:proofErr w:type="spellEnd"/>
      <w:r w:rsidRPr="000D2C63">
        <w:rPr>
          <w:rFonts w:cs="Arial"/>
          <w:lang w:eastAsia="es-ES"/>
        </w:rPr>
        <w:t xml:space="preserve"> al Sistema General de </w:t>
      </w:r>
      <w:proofErr w:type="spellStart"/>
      <w:r w:rsidRPr="000D2C63">
        <w:rPr>
          <w:rFonts w:cs="Arial"/>
          <w:lang w:eastAsia="es-ES"/>
        </w:rPr>
        <w:t>Seguridad</w:t>
      </w:r>
      <w:proofErr w:type="spellEnd"/>
      <w:r w:rsidRPr="000D2C63">
        <w:rPr>
          <w:rFonts w:cs="Arial"/>
          <w:lang w:eastAsia="es-ES"/>
        </w:rPr>
        <w:t xml:space="preserve"> Social Integral del personal </w:t>
      </w:r>
      <w:proofErr w:type="spellStart"/>
      <w:r w:rsidRPr="000D2C63">
        <w:rPr>
          <w:rFonts w:cs="Arial"/>
          <w:lang w:eastAsia="es-ES"/>
        </w:rPr>
        <w:t>vinculado</w:t>
      </w:r>
      <w:proofErr w:type="spellEnd"/>
      <w:r w:rsidRPr="000D2C63">
        <w:rPr>
          <w:rFonts w:cs="Arial"/>
          <w:lang w:eastAsia="es-ES"/>
        </w:rPr>
        <w:t xml:space="preserve"> al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presentando</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soportes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le </w:t>
      </w:r>
      <w:proofErr w:type="spellStart"/>
      <w:r w:rsidRPr="000D2C63">
        <w:rPr>
          <w:rFonts w:cs="Arial"/>
          <w:lang w:eastAsia="es-ES"/>
        </w:rPr>
        <w:t>sean</w:t>
      </w:r>
      <w:proofErr w:type="spellEnd"/>
      <w:r w:rsidRPr="000D2C63">
        <w:rPr>
          <w:rFonts w:cs="Arial"/>
          <w:lang w:eastAsia="es-ES"/>
        </w:rPr>
        <w:t xml:space="preserve"> </w:t>
      </w:r>
      <w:proofErr w:type="spellStart"/>
      <w:r w:rsidRPr="000D2C63">
        <w:rPr>
          <w:rFonts w:cs="Arial"/>
          <w:lang w:eastAsia="es-ES"/>
        </w:rPr>
        <w:t>requeridos</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la </w:t>
      </w:r>
      <w:proofErr w:type="spellStart"/>
      <w:r w:rsidRPr="000D2C63">
        <w:rPr>
          <w:rFonts w:cs="Arial"/>
          <w:lang w:eastAsia="es-ES"/>
        </w:rPr>
        <w:t>supervisión</w:t>
      </w:r>
      <w:proofErr w:type="spellEnd"/>
      <w:r w:rsidRPr="000D2C63">
        <w:rPr>
          <w:rFonts w:cs="Arial"/>
          <w:lang w:eastAsia="es-ES"/>
        </w:rPr>
        <w:t>.</w:t>
      </w:r>
    </w:p>
    <w:p w14:paraId="46D247C0" w14:textId="77777777" w:rsidR="00F4330E" w:rsidRPr="000D2C63" w:rsidRDefault="00F4330E" w:rsidP="00F4330E">
      <w:pPr>
        <w:pStyle w:val="Default"/>
        <w:jc w:val="both"/>
        <w:rPr>
          <w:b/>
          <w:bCs/>
          <w:color w:val="auto"/>
          <w:sz w:val="20"/>
          <w:szCs w:val="20"/>
          <w:lang w:val="es-CO"/>
        </w:rPr>
      </w:pPr>
      <w:bookmarkStart w:id="6" w:name="_Hlk165969381"/>
      <w:r w:rsidRPr="000D2C63">
        <w:rPr>
          <w:b/>
          <w:bCs/>
          <w:color w:val="auto"/>
          <w:sz w:val="20"/>
          <w:szCs w:val="20"/>
          <w:lang w:val="es-CO"/>
        </w:rPr>
        <w:t xml:space="preserve">NOTAS: </w:t>
      </w:r>
    </w:p>
    <w:p w14:paraId="77054FAF" w14:textId="77777777" w:rsidR="00F4330E" w:rsidRPr="000D2C63" w:rsidRDefault="00F4330E" w:rsidP="00F4330E">
      <w:pPr>
        <w:pStyle w:val="Default"/>
        <w:numPr>
          <w:ilvl w:val="0"/>
          <w:numId w:val="16"/>
        </w:numPr>
        <w:jc w:val="both"/>
        <w:rPr>
          <w:color w:val="auto"/>
          <w:sz w:val="20"/>
          <w:szCs w:val="20"/>
          <w:lang w:val="es-CO"/>
        </w:rPr>
      </w:pPr>
      <w:r w:rsidRPr="000D2C63">
        <w:rPr>
          <w:color w:val="auto"/>
          <w:sz w:val="20"/>
          <w:szCs w:val="20"/>
          <w:lang w:val="es-CO"/>
        </w:rPr>
        <w:t xml:space="preserve">En aquel caso en que algún integrante del equipo de trabajo presente título de pregrado obtenido en el exterior, éste deberá estar avalado mediante la Convalidación correspondiente emitida por el Ministerio de Educación Nacional de Colombia.   </w:t>
      </w:r>
    </w:p>
    <w:p w14:paraId="21CEDB65" w14:textId="77777777" w:rsidR="00F4330E" w:rsidRPr="000D2C63" w:rsidRDefault="00F4330E" w:rsidP="00F4330E">
      <w:pPr>
        <w:pStyle w:val="Default"/>
        <w:jc w:val="both"/>
        <w:rPr>
          <w:color w:val="auto"/>
          <w:sz w:val="20"/>
          <w:szCs w:val="20"/>
          <w:lang w:val="es-CO"/>
        </w:rPr>
      </w:pPr>
    </w:p>
    <w:p w14:paraId="17C37E0C" w14:textId="77777777" w:rsidR="00F4330E" w:rsidRPr="000D2C63" w:rsidRDefault="00F4330E" w:rsidP="00F4330E">
      <w:pPr>
        <w:pStyle w:val="Prrafodelista"/>
        <w:numPr>
          <w:ilvl w:val="0"/>
          <w:numId w:val="16"/>
        </w:numPr>
        <w:suppressAutoHyphens/>
        <w:spacing w:after="0" w:line="240" w:lineRule="auto"/>
        <w:contextualSpacing w:val="0"/>
        <w:jc w:val="both"/>
        <w:rPr>
          <w:rFonts w:cs="Arial"/>
          <w:sz w:val="20"/>
          <w:lang w:val="es-CO"/>
        </w:rPr>
      </w:pPr>
      <w:r w:rsidRPr="000D2C63">
        <w:rPr>
          <w:rFonts w:cs="Arial"/>
          <w:sz w:val="20"/>
          <w:lang w:val="es-CO"/>
        </w:rPr>
        <w:t xml:space="preserve">Los cambios del personal deberán ser comunicados oportunamente al Supervisor y la </w:t>
      </w:r>
      <w:proofErr w:type="spellStart"/>
      <w:r w:rsidRPr="000D2C63">
        <w:rPr>
          <w:rFonts w:cs="Arial"/>
          <w:sz w:val="20"/>
          <w:lang w:val="es-CO"/>
        </w:rPr>
        <w:t>Supervisoría</w:t>
      </w:r>
      <w:proofErr w:type="spellEnd"/>
      <w:r w:rsidRPr="000D2C63">
        <w:rPr>
          <w:rFonts w:cs="Arial"/>
          <w:sz w:val="20"/>
          <w:lang w:val="es-CO"/>
        </w:rPr>
        <w:t xml:space="preserve"> para su visto bueno y en caso de aceptar, el nuevo personal deberá tener los mismos o superiores requisitos de experiencia exigidos.</w:t>
      </w:r>
    </w:p>
    <w:p w14:paraId="15560E57" w14:textId="77777777" w:rsidR="00F4330E" w:rsidRPr="000D2C63" w:rsidRDefault="00F4330E" w:rsidP="00F4330E">
      <w:pPr>
        <w:pStyle w:val="Default"/>
        <w:numPr>
          <w:ilvl w:val="0"/>
          <w:numId w:val="16"/>
        </w:numPr>
        <w:jc w:val="both"/>
        <w:rPr>
          <w:b/>
          <w:bCs/>
          <w:color w:val="auto"/>
          <w:sz w:val="20"/>
          <w:szCs w:val="20"/>
          <w:lang w:val="es-CO"/>
        </w:rPr>
      </w:pPr>
      <w:r w:rsidRPr="000D2C63">
        <w:rPr>
          <w:color w:val="auto"/>
          <w:sz w:val="20"/>
          <w:szCs w:val="20"/>
          <w:lang w:val="es-CO"/>
        </w:rPr>
        <w:t>Se deberá tener en cuenta que el personal requerido para la ejecución de cada actividad debe estar incluido dentro del valor unitario correspondiente a cada una de ellas.</w:t>
      </w:r>
    </w:p>
    <w:p w14:paraId="00058250" w14:textId="77777777" w:rsidR="00F4330E" w:rsidRPr="000D2C63" w:rsidRDefault="00F4330E" w:rsidP="00F4330E">
      <w:pPr>
        <w:pStyle w:val="Default"/>
        <w:numPr>
          <w:ilvl w:val="0"/>
          <w:numId w:val="16"/>
        </w:numPr>
        <w:jc w:val="both"/>
        <w:rPr>
          <w:color w:val="auto"/>
          <w:sz w:val="20"/>
          <w:szCs w:val="20"/>
          <w:lang w:val="es-CO"/>
        </w:rPr>
      </w:pPr>
      <w:r w:rsidRPr="000D2C63">
        <w:rPr>
          <w:color w:val="auto"/>
          <w:sz w:val="20"/>
          <w:szCs w:val="20"/>
          <w:lang w:val="es-CO"/>
        </w:rPr>
        <w:t>El personal deberá estar debidamente uniformado, identificado y con la dotación de seguridad industrial adecuada.</w:t>
      </w:r>
      <w:bookmarkEnd w:id="6"/>
    </w:p>
    <w:p w14:paraId="325B0CBA" w14:textId="77777777" w:rsidR="00F4330E" w:rsidRPr="000D2C63" w:rsidRDefault="00F4330E" w:rsidP="00F4330E">
      <w:pPr>
        <w:pStyle w:val="Default"/>
        <w:numPr>
          <w:ilvl w:val="0"/>
          <w:numId w:val="16"/>
        </w:numPr>
        <w:jc w:val="both"/>
        <w:rPr>
          <w:color w:val="auto"/>
          <w:sz w:val="20"/>
          <w:szCs w:val="20"/>
          <w:lang w:val="es-CO"/>
        </w:rPr>
      </w:pPr>
      <w:r w:rsidRPr="000D2C63">
        <w:rPr>
          <w:color w:val="auto"/>
          <w:sz w:val="20"/>
          <w:szCs w:val="20"/>
          <w:lang w:val="es-CO"/>
        </w:rPr>
        <w:lastRenderedPageBreak/>
        <w:t xml:space="preserve">Se aclara que el personal es mínimo, y será responsabilidad del contratista ejecutar las actividades conforme los requerimientos que realice la Entidad. </w:t>
      </w:r>
    </w:p>
    <w:p w14:paraId="096E6526" w14:textId="77777777" w:rsidR="00F4330E" w:rsidRPr="000D2C63" w:rsidRDefault="00F4330E" w:rsidP="00F4330E">
      <w:pPr>
        <w:pStyle w:val="Prrafodelista"/>
        <w:rPr>
          <w:sz w:val="20"/>
          <w:szCs w:val="20"/>
          <w:lang w:val="es-CO"/>
        </w:rPr>
      </w:pPr>
    </w:p>
    <w:p w14:paraId="08488260" w14:textId="77777777" w:rsidR="00932B34" w:rsidRPr="000D2C63" w:rsidRDefault="0020184D">
      <w:pPr>
        <w:keepNext/>
        <w:spacing w:before="140" w:after="80" w:line="252" w:lineRule="auto"/>
        <w:rPr>
          <w:rFonts w:cs="Arial"/>
          <w:b/>
          <w:sz w:val="20"/>
          <w:szCs w:val="20"/>
        </w:rPr>
      </w:pPr>
      <w:r w:rsidRPr="000D2C63">
        <w:rPr>
          <w:rFonts w:cs="Arial"/>
          <w:b/>
          <w:sz w:val="20"/>
          <w:szCs w:val="20"/>
        </w:rPr>
        <w:t>CLÁUSULA 10. OBLIGACIONES ESPECÍFICAS DEL CONTRATISTA</w:t>
      </w:r>
    </w:p>
    <w:p w14:paraId="0CD28160" w14:textId="77777777" w:rsidR="00F4330E" w:rsidRPr="000D2C63" w:rsidRDefault="00F4330E" w:rsidP="00F4330E">
      <w:pPr>
        <w:rPr>
          <w:rFonts w:cs="Arial"/>
          <w:b/>
          <w:bCs/>
        </w:rPr>
      </w:pPr>
    </w:p>
    <w:p w14:paraId="02B9E784" w14:textId="77777777" w:rsidR="00F4330E" w:rsidRPr="000D2C63" w:rsidRDefault="00F4330E" w:rsidP="00F4330E">
      <w:pPr>
        <w:numPr>
          <w:ilvl w:val="0"/>
          <w:numId w:val="19"/>
        </w:numPr>
        <w:spacing w:after="0"/>
        <w:jc w:val="both"/>
        <w:rPr>
          <w:rFonts w:cs="Arial"/>
          <w:i/>
          <w:iCs/>
          <w:strike/>
          <w:lang w:eastAsia="es-CO"/>
        </w:rPr>
      </w:pPr>
      <w:r w:rsidRPr="000D2C63">
        <w:rPr>
          <w:rFonts w:cs="Arial"/>
          <w:lang w:eastAsia="es-CO"/>
        </w:rPr>
        <w:t xml:space="preserve">El </w:t>
      </w:r>
      <w:proofErr w:type="spellStart"/>
      <w:r w:rsidRPr="000D2C63">
        <w:rPr>
          <w:rFonts w:cs="Arial"/>
          <w:lang w:eastAsia="es-CO"/>
        </w:rPr>
        <w:t>Contratista</w:t>
      </w:r>
      <w:proofErr w:type="spellEnd"/>
      <w:r w:rsidRPr="000D2C63">
        <w:rPr>
          <w:rFonts w:cs="Arial"/>
          <w:lang w:eastAsia="es-CO"/>
        </w:rPr>
        <w:t xml:space="preserve"> </w:t>
      </w:r>
      <w:proofErr w:type="spellStart"/>
      <w:r w:rsidRPr="000D2C63">
        <w:rPr>
          <w:rFonts w:cs="Arial"/>
          <w:lang w:eastAsia="es-CO"/>
        </w:rPr>
        <w:t>deberá</w:t>
      </w:r>
      <w:proofErr w:type="spellEnd"/>
      <w:r w:rsidRPr="000D2C63">
        <w:rPr>
          <w:rFonts w:cs="Arial"/>
          <w:lang w:eastAsia="es-CO"/>
        </w:rPr>
        <w:t xml:space="preserve"> </w:t>
      </w:r>
      <w:proofErr w:type="spellStart"/>
      <w:r w:rsidRPr="000D2C63">
        <w:rPr>
          <w:rFonts w:cs="Arial"/>
          <w:lang w:eastAsia="es-CO"/>
        </w:rPr>
        <w:t>contar</w:t>
      </w:r>
      <w:proofErr w:type="spellEnd"/>
      <w:r w:rsidRPr="000D2C63">
        <w:rPr>
          <w:rFonts w:cs="Arial"/>
          <w:lang w:eastAsia="es-CO"/>
        </w:rPr>
        <w:t xml:space="preserve"> con un </w:t>
      </w:r>
      <w:proofErr w:type="spellStart"/>
      <w:r w:rsidRPr="000D2C63">
        <w:rPr>
          <w:rFonts w:cs="Arial"/>
          <w:lang w:eastAsia="es-CO"/>
        </w:rPr>
        <w:t>equipo</w:t>
      </w:r>
      <w:proofErr w:type="spellEnd"/>
      <w:r w:rsidRPr="000D2C63">
        <w:rPr>
          <w:rFonts w:cs="Arial"/>
          <w:lang w:eastAsia="es-CO"/>
        </w:rPr>
        <w:t xml:space="preserve"> de </w:t>
      </w:r>
      <w:proofErr w:type="spellStart"/>
      <w:r w:rsidRPr="000D2C63">
        <w:rPr>
          <w:rFonts w:cs="Arial"/>
          <w:lang w:eastAsia="es-CO"/>
        </w:rPr>
        <w:t>trabajo</w:t>
      </w:r>
      <w:proofErr w:type="spellEnd"/>
      <w:r w:rsidRPr="000D2C63">
        <w:rPr>
          <w:rFonts w:cs="Arial"/>
          <w:lang w:eastAsia="es-CO"/>
        </w:rPr>
        <w:t xml:space="preserve"> con personal </w:t>
      </w:r>
      <w:proofErr w:type="spellStart"/>
      <w:r w:rsidRPr="000D2C63">
        <w:rPr>
          <w:rFonts w:cs="Arial"/>
          <w:lang w:eastAsia="es-CO"/>
        </w:rPr>
        <w:t>idóneo</w:t>
      </w:r>
      <w:proofErr w:type="spellEnd"/>
      <w:r w:rsidRPr="000D2C63">
        <w:rPr>
          <w:rFonts w:cs="Arial"/>
          <w:lang w:eastAsia="es-CO"/>
        </w:rPr>
        <w:t xml:space="preserve">, </w:t>
      </w:r>
      <w:proofErr w:type="spellStart"/>
      <w:r w:rsidRPr="000D2C63">
        <w:rPr>
          <w:rFonts w:cs="Arial"/>
          <w:lang w:eastAsia="es-CO"/>
        </w:rPr>
        <w:t>competente</w:t>
      </w:r>
      <w:proofErr w:type="spellEnd"/>
      <w:r w:rsidRPr="000D2C63">
        <w:rPr>
          <w:rFonts w:cs="Arial"/>
          <w:lang w:eastAsia="es-CO"/>
        </w:rPr>
        <w:t xml:space="preserve"> y </w:t>
      </w:r>
      <w:proofErr w:type="gramStart"/>
      <w:r w:rsidRPr="000D2C63">
        <w:rPr>
          <w:rFonts w:cs="Arial"/>
          <w:lang w:eastAsia="es-CO"/>
        </w:rPr>
        <w:t>con</w:t>
      </w:r>
      <w:proofErr w:type="gramEnd"/>
      <w:r w:rsidRPr="000D2C63">
        <w:rPr>
          <w:rFonts w:cs="Arial"/>
          <w:lang w:eastAsia="es-CO"/>
        </w:rPr>
        <w:t xml:space="preserve"> la </w:t>
      </w:r>
      <w:proofErr w:type="spellStart"/>
      <w:r w:rsidRPr="000D2C63">
        <w:rPr>
          <w:rFonts w:cs="Arial"/>
          <w:lang w:eastAsia="es-CO"/>
        </w:rPr>
        <w:t>experticia</w:t>
      </w:r>
      <w:proofErr w:type="spellEnd"/>
      <w:r w:rsidRPr="000D2C63">
        <w:rPr>
          <w:rFonts w:cs="Arial"/>
          <w:lang w:eastAsia="es-CO"/>
        </w:rPr>
        <w:t xml:space="preserve"> </w:t>
      </w:r>
      <w:proofErr w:type="spellStart"/>
      <w:r w:rsidRPr="000D2C63">
        <w:rPr>
          <w:rFonts w:cs="Arial"/>
          <w:lang w:eastAsia="es-CO"/>
        </w:rPr>
        <w:t>necesaria</w:t>
      </w:r>
      <w:proofErr w:type="spellEnd"/>
      <w:r w:rsidRPr="000D2C63">
        <w:rPr>
          <w:rFonts w:cs="Arial"/>
          <w:lang w:eastAsia="es-CO"/>
        </w:rPr>
        <w:t xml:space="preserve"> para </w:t>
      </w:r>
      <w:proofErr w:type="spellStart"/>
      <w:r w:rsidRPr="000D2C63">
        <w:rPr>
          <w:rFonts w:cs="Arial"/>
          <w:lang w:eastAsia="es-CO"/>
        </w:rPr>
        <w:t>desarrollar</w:t>
      </w:r>
      <w:proofErr w:type="spellEnd"/>
      <w:r w:rsidRPr="000D2C63">
        <w:rPr>
          <w:rFonts w:cs="Arial"/>
          <w:lang w:eastAsia="es-CO"/>
        </w:rPr>
        <w:t xml:space="preserve"> las </w:t>
      </w:r>
      <w:proofErr w:type="spellStart"/>
      <w:r w:rsidRPr="000D2C63">
        <w:rPr>
          <w:rFonts w:cs="Arial"/>
          <w:lang w:eastAsia="es-CO"/>
        </w:rPr>
        <w:t>obras</w:t>
      </w:r>
      <w:proofErr w:type="spellEnd"/>
      <w:r w:rsidRPr="000D2C63">
        <w:rPr>
          <w:rFonts w:cs="Arial"/>
          <w:lang w:eastAsia="es-CO"/>
        </w:rPr>
        <w:t xml:space="preserve"> </w:t>
      </w:r>
      <w:proofErr w:type="spellStart"/>
      <w:r w:rsidRPr="000D2C63">
        <w:rPr>
          <w:rFonts w:cs="Arial"/>
          <w:lang w:eastAsia="es-CO"/>
        </w:rPr>
        <w:t>requeridas</w:t>
      </w:r>
      <w:proofErr w:type="spellEnd"/>
      <w:r w:rsidRPr="000D2C63">
        <w:rPr>
          <w:rFonts w:cs="Arial"/>
          <w:lang w:eastAsia="es-CO"/>
        </w:rPr>
        <w:t xml:space="preserve">, </w:t>
      </w:r>
      <w:proofErr w:type="spellStart"/>
      <w:r w:rsidRPr="000D2C63">
        <w:rPr>
          <w:rFonts w:cs="Arial"/>
          <w:lang w:eastAsia="es-CO"/>
        </w:rPr>
        <w:t>conformado</w:t>
      </w:r>
      <w:proofErr w:type="spellEnd"/>
      <w:r w:rsidRPr="000D2C63">
        <w:rPr>
          <w:rFonts w:cs="Arial"/>
          <w:lang w:eastAsia="es-CO"/>
        </w:rPr>
        <w:t xml:space="preserve"> </w:t>
      </w:r>
      <w:proofErr w:type="spellStart"/>
      <w:r w:rsidRPr="000D2C63">
        <w:rPr>
          <w:rFonts w:cs="Arial"/>
          <w:lang w:eastAsia="es-CO"/>
        </w:rPr>
        <w:t>mínimo</w:t>
      </w:r>
      <w:proofErr w:type="spellEnd"/>
      <w:r w:rsidRPr="000D2C63">
        <w:rPr>
          <w:rFonts w:cs="Arial"/>
          <w:lang w:eastAsia="es-CO"/>
        </w:rPr>
        <w:t xml:space="preserve"> </w:t>
      </w:r>
      <w:proofErr w:type="spellStart"/>
      <w:r w:rsidRPr="000D2C63">
        <w:rPr>
          <w:rFonts w:cs="Arial"/>
          <w:lang w:eastAsia="es-CO"/>
        </w:rPr>
        <w:t>por</w:t>
      </w:r>
      <w:proofErr w:type="spellEnd"/>
      <w:r w:rsidRPr="000D2C63">
        <w:rPr>
          <w:rFonts w:cs="Arial"/>
          <w:lang w:eastAsia="es-CO"/>
        </w:rPr>
        <w:t xml:space="preserve"> </w:t>
      </w:r>
      <w:proofErr w:type="spellStart"/>
      <w:r w:rsidRPr="000D2C63">
        <w:rPr>
          <w:rFonts w:cs="Arial"/>
          <w:lang w:eastAsia="es-CO"/>
        </w:rPr>
        <w:t>los</w:t>
      </w:r>
      <w:proofErr w:type="spellEnd"/>
      <w:r w:rsidRPr="000D2C63">
        <w:rPr>
          <w:rFonts w:cs="Arial"/>
          <w:lang w:eastAsia="es-CO"/>
        </w:rPr>
        <w:t xml:space="preserve"> </w:t>
      </w:r>
      <w:proofErr w:type="spellStart"/>
      <w:r w:rsidRPr="000D2C63">
        <w:rPr>
          <w:rFonts w:cs="Arial"/>
          <w:lang w:eastAsia="es-CO"/>
        </w:rPr>
        <w:t>perfiles</w:t>
      </w:r>
      <w:proofErr w:type="spellEnd"/>
      <w:r w:rsidRPr="000D2C63">
        <w:rPr>
          <w:rFonts w:cs="Arial"/>
          <w:lang w:eastAsia="es-CO"/>
        </w:rPr>
        <w:t xml:space="preserve"> </w:t>
      </w:r>
      <w:proofErr w:type="spellStart"/>
      <w:r w:rsidRPr="000D2C63">
        <w:rPr>
          <w:rFonts w:cs="Arial"/>
          <w:lang w:eastAsia="es-CO"/>
        </w:rPr>
        <w:t>que</w:t>
      </w:r>
      <w:proofErr w:type="spellEnd"/>
      <w:r w:rsidRPr="000D2C63">
        <w:rPr>
          <w:rFonts w:cs="Arial"/>
          <w:lang w:eastAsia="es-CO"/>
        </w:rPr>
        <w:t xml:space="preserve"> se </w:t>
      </w:r>
      <w:proofErr w:type="spellStart"/>
      <w:r w:rsidRPr="000D2C63">
        <w:rPr>
          <w:rFonts w:cs="Arial"/>
          <w:lang w:eastAsia="es-CO"/>
        </w:rPr>
        <w:t>describen</w:t>
      </w:r>
      <w:proofErr w:type="spellEnd"/>
      <w:r w:rsidRPr="000D2C63">
        <w:rPr>
          <w:rFonts w:cs="Arial"/>
          <w:lang w:eastAsia="es-CO"/>
        </w:rPr>
        <w:t xml:space="preserve"> </w:t>
      </w:r>
      <w:proofErr w:type="spellStart"/>
      <w:r w:rsidRPr="000D2C63">
        <w:rPr>
          <w:rFonts w:cs="Arial"/>
          <w:lang w:eastAsia="es-CO"/>
        </w:rPr>
        <w:t>en</w:t>
      </w:r>
      <w:proofErr w:type="spellEnd"/>
      <w:r w:rsidRPr="000D2C63">
        <w:rPr>
          <w:rFonts w:cs="Arial"/>
          <w:lang w:eastAsia="es-CO"/>
        </w:rPr>
        <w:t xml:space="preserve"> el </w:t>
      </w:r>
      <w:proofErr w:type="spellStart"/>
      <w:r w:rsidRPr="000D2C63">
        <w:rPr>
          <w:rFonts w:cs="Arial"/>
          <w:lang w:eastAsia="es-CO"/>
        </w:rPr>
        <w:t>documento</w:t>
      </w:r>
      <w:proofErr w:type="spellEnd"/>
      <w:r w:rsidRPr="000D2C63">
        <w:rPr>
          <w:rFonts w:cs="Arial"/>
          <w:lang w:eastAsia="es-CO"/>
        </w:rPr>
        <w:t xml:space="preserve"> </w:t>
      </w:r>
      <w:proofErr w:type="spellStart"/>
      <w:r w:rsidRPr="000D2C63">
        <w:rPr>
          <w:rFonts w:cs="Arial"/>
          <w:lang w:eastAsia="es-CO"/>
        </w:rPr>
        <w:t>adjunto</w:t>
      </w:r>
      <w:proofErr w:type="spellEnd"/>
      <w:r w:rsidRPr="000D2C63">
        <w:rPr>
          <w:rFonts w:cs="Arial"/>
          <w:lang w:eastAsia="es-CO"/>
        </w:rPr>
        <w:t xml:space="preserve"> </w:t>
      </w:r>
      <w:proofErr w:type="spellStart"/>
      <w:r w:rsidRPr="000D2C63">
        <w:rPr>
          <w:rFonts w:cs="Arial"/>
          <w:lang w:eastAsia="es-CO"/>
        </w:rPr>
        <w:t>denominado</w:t>
      </w:r>
      <w:proofErr w:type="spellEnd"/>
      <w:r w:rsidRPr="000D2C63">
        <w:rPr>
          <w:rFonts w:cs="Arial"/>
          <w:lang w:eastAsia="es-CO"/>
        </w:rPr>
        <w:t xml:space="preserve"> </w:t>
      </w:r>
      <w:r w:rsidRPr="000D2C63">
        <w:rPr>
          <w:rFonts w:cs="Arial"/>
          <w:i/>
          <w:iCs/>
          <w:lang w:eastAsia="es-CO"/>
        </w:rPr>
        <w:t>“</w:t>
      </w:r>
      <w:r w:rsidRPr="000D2C63">
        <w:rPr>
          <w:rFonts w:cs="Arial"/>
          <w:i/>
          <w:iCs/>
          <w:u w:val="single"/>
          <w:lang w:eastAsia="es-ES"/>
        </w:rPr>
        <w:t xml:space="preserve">Personal </w:t>
      </w:r>
      <w:proofErr w:type="spellStart"/>
      <w:r w:rsidRPr="000D2C63">
        <w:rPr>
          <w:rFonts w:cs="Arial"/>
          <w:i/>
          <w:iCs/>
          <w:u w:val="single"/>
          <w:lang w:eastAsia="es-ES"/>
        </w:rPr>
        <w:t>Requerido</w:t>
      </w:r>
      <w:proofErr w:type="spellEnd"/>
      <w:r w:rsidRPr="000D2C63">
        <w:rPr>
          <w:rFonts w:cs="Arial"/>
          <w:i/>
          <w:iCs/>
          <w:lang w:eastAsia="es-CO"/>
        </w:rPr>
        <w:t>”.</w:t>
      </w:r>
    </w:p>
    <w:p w14:paraId="580FBB8A" w14:textId="77777777" w:rsidR="00F4330E" w:rsidRPr="000D2C63" w:rsidRDefault="00F4330E" w:rsidP="00F4330E">
      <w:pPr>
        <w:autoSpaceDE w:val="0"/>
        <w:autoSpaceDN w:val="0"/>
        <w:adjustRightInd w:val="0"/>
        <w:ind w:left="360"/>
        <w:jc w:val="both"/>
        <w:rPr>
          <w:rFonts w:cs="Arial"/>
          <w:b/>
          <w:bCs/>
          <w:lang w:eastAsia="es-CO"/>
        </w:rPr>
      </w:pPr>
    </w:p>
    <w:p w14:paraId="052EB5D2" w14:textId="2CCD38FB" w:rsidR="00F4330E" w:rsidRPr="000D2C63" w:rsidRDefault="00F4330E" w:rsidP="00F4330E">
      <w:pPr>
        <w:autoSpaceDE w:val="0"/>
        <w:autoSpaceDN w:val="0"/>
        <w:adjustRightInd w:val="0"/>
        <w:ind w:left="360"/>
        <w:jc w:val="both"/>
        <w:rPr>
          <w:rFonts w:cs="Arial"/>
          <w:lang w:eastAsia="es-CO"/>
        </w:rPr>
      </w:pPr>
      <w:r w:rsidRPr="000D2C63">
        <w:rPr>
          <w:rFonts w:cs="Arial"/>
          <w:b/>
          <w:bCs/>
          <w:lang w:eastAsia="es-CO"/>
        </w:rPr>
        <w:t xml:space="preserve">NOTA: </w:t>
      </w:r>
      <w:r w:rsidRPr="000D2C63">
        <w:rPr>
          <w:rFonts w:cs="Arial"/>
          <w:lang w:eastAsia="es-CO"/>
        </w:rPr>
        <w:t xml:space="preserve">Tanto la </w:t>
      </w:r>
      <w:proofErr w:type="spellStart"/>
      <w:r w:rsidRPr="000D2C63">
        <w:rPr>
          <w:rFonts w:cs="Arial"/>
          <w:lang w:eastAsia="es-CO"/>
        </w:rPr>
        <w:t>Experiencia</w:t>
      </w:r>
      <w:proofErr w:type="spellEnd"/>
      <w:r w:rsidRPr="000D2C63">
        <w:rPr>
          <w:rFonts w:cs="Arial"/>
          <w:lang w:eastAsia="es-CO"/>
        </w:rPr>
        <w:t xml:space="preserve"> General </w:t>
      </w:r>
      <w:proofErr w:type="spellStart"/>
      <w:r w:rsidRPr="000D2C63">
        <w:rPr>
          <w:rFonts w:cs="Arial"/>
          <w:lang w:eastAsia="es-CO"/>
        </w:rPr>
        <w:t>como</w:t>
      </w:r>
      <w:proofErr w:type="spellEnd"/>
      <w:r w:rsidRPr="000D2C63">
        <w:rPr>
          <w:rFonts w:cs="Arial"/>
          <w:lang w:eastAsia="es-CO"/>
        </w:rPr>
        <w:t xml:space="preserve"> </w:t>
      </w:r>
      <w:proofErr w:type="spellStart"/>
      <w:r w:rsidRPr="000D2C63">
        <w:rPr>
          <w:rFonts w:cs="Arial"/>
          <w:lang w:eastAsia="es-CO"/>
        </w:rPr>
        <w:t>Específica</w:t>
      </w:r>
      <w:proofErr w:type="spellEnd"/>
      <w:r w:rsidRPr="000D2C63">
        <w:rPr>
          <w:rFonts w:cs="Arial"/>
          <w:lang w:eastAsia="es-CO"/>
        </w:rPr>
        <w:t xml:space="preserve"> del </w:t>
      </w:r>
      <w:proofErr w:type="spellStart"/>
      <w:r w:rsidRPr="000D2C63">
        <w:rPr>
          <w:rFonts w:cs="Arial"/>
          <w:lang w:eastAsia="es-CO"/>
        </w:rPr>
        <w:t>equipo</w:t>
      </w:r>
      <w:proofErr w:type="spellEnd"/>
      <w:r w:rsidRPr="000D2C63">
        <w:rPr>
          <w:rFonts w:cs="Arial"/>
          <w:lang w:eastAsia="es-CO"/>
        </w:rPr>
        <w:t xml:space="preserve"> de </w:t>
      </w:r>
      <w:proofErr w:type="spellStart"/>
      <w:r w:rsidRPr="000D2C63">
        <w:rPr>
          <w:rFonts w:cs="Arial"/>
          <w:lang w:eastAsia="es-CO"/>
        </w:rPr>
        <w:t>trabajo</w:t>
      </w:r>
      <w:proofErr w:type="spellEnd"/>
      <w:r w:rsidRPr="000D2C63">
        <w:rPr>
          <w:rFonts w:cs="Arial"/>
          <w:lang w:eastAsia="es-CO"/>
        </w:rPr>
        <w:t xml:space="preserve"> </w:t>
      </w:r>
      <w:proofErr w:type="spellStart"/>
      <w:r w:rsidRPr="000D2C63">
        <w:rPr>
          <w:rFonts w:cs="Arial"/>
          <w:lang w:eastAsia="es-CO"/>
        </w:rPr>
        <w:t>deberán</w:t>
      </w:r>
      <w:proofErr w:type="spellEnd"/>
      <w:r w:rsidRPr="000D2C63">
        <w:rPr>
          <w:rFonts w:cs="Arial"/>
          <w:lang w:eastAsia="es-CO"/>
        </w:rPr>
        <w:t xml:space="preserve"> </w:t>
      </w:r>
      <w:proofErr w:type="spellStart"/>
      <w:r w:rsidRPr="000D2C63">
        <w:rPr>
          <w:rFonts w:cs="Arial"/>
          <w:lang w:eastAsia="es-CO"/>
        </w:rPr>
        <w:t>estar</w:t>
      </w:r>
      <w:proofErr w:type="spellEnd"/>
      <w:r w:rsidRPr="000D2C63">
        <w:rPr>
          <w:rFonts w:cs="Arial"/>
          <w:lang w:eastAsia="es-CO"/>
        </w:rPr>
        <w:t xml:space="preserve"> </w:t>
      </w:r>
      <w:proofErr w:type="spellStart"/>
      <w:r w:rsidRPr="000D2C63">
        <w:rPr>
          <w:rFonts w:cs="Arial"/>
          <w:lang w:eastAsia="es-CO"/>
        </w:rPr>
        <w:t>debidamente</w:t>
      </w:r>
      <w:proofErr w:type="spellEnd"/>
      <w:r w:rsidRPr="000D2C63">
        <w:rPr>
          <w:rFonts w:cs="Arial"/>
          <w:lang w:eastAsia="es-CO"/>
        </w:rPr>
        <w:t xml:space="preserve"> </w:t>
      </w:r>
      <w:proofErr w:type="spellStart"/>
      <w:r w:rsidRPr="000D2C63">
        <w:rPr>
          <w:rFonts w:cs="Arial"/>
          <w:lang w:eastAsia="es-CO"/>
        </w:rPr>
        <w:t>certificadas</w:t>
      </w:r>
      <w:proofErr w:type="spellEnd"/>
      <w:r w:rsidRPr="000D2C63">
        <w:rPr>
          <w:rFonts w:cs="Arial"/>
          <w:lang w:eastAsia="es-CO"/>
        </w:rPr>
        <w:t xml:space="preserve"> con la </w:t>
      </w:r>
      <w:proofErr w:type="spellStart"/>
      <w:r w:rsidRPr="000D2C63">
        <w:rPr>
          <w:rFonts w:cs="Arial"/>
          <w:lang w:eastAsia="es-CO"/>
        </w:rPr>
        <w:t>presentación</w:t>
      </w:r>
      <w:proofErr w:type="spellEnd"/>
      <w:r w:rsidRPr="000D2C63">
        <w:rPr>
          <w:rFonts w:cs="Arial"/>
          <w:lang w:eastAsia="es-CO"/>
        </w:rPr>
        <w:t xml:space="preserve"> de </w:t>
      </w:r>
      <w:proofErr w:type="spellStart"/>
      <w:r w:rsidRPr="000D2C63">
        <w:rPr>
          <w:rFonts w:cs="Arial"/>
          <w:lang w:eastAsia="es-CO"/>
        </w:rPr>
        <w:t>Matrículas</w:t>
      </w:r>
      <w:proofErr w:type="spellEnd"/>
      <w:r w:rsidRPr="000D2C63">
        <w:rPr>
          <w:rFonts w:cs="Arial"/>
          <w:lang w:eastAsia="es-CO"/>
        </w:rPr>
        <w:t xml:space="preserve">, </w:t>
      </w:r>
      <w:proofErr w:type="spellStart"/>
      <w:r w:rsidRPr="000D2C63">
        <w:rPr>
          <w:rFonts w:cs="Arial"/>
          <w:lang w:eastAsia="es-CO"/>
        </w:rPr>
        <w:t>Certificaciones</w:t>
      </w:r>
      <w:proofErr w:type="spellEnd"/>
      <w:r w:rsidRPr="000D2C63">
        <w:rPr>
          <w:rFonts w:cs="Arial"/>
          <w:lang w:eastAsia="es-CO"/>
        </w:rPr>
        <w:t xml:space="preserve"> </w:t>
      </w:r>
      <w:proofErr w:type="spellStart"/>
      <w:r w:rsidRPr="000D2C63">
        <w:rPr>
          <w:rFonts w:cs="Arial"/>
          <w:lang w:eastAsia="es-CO"/>
        </w:rPr>
        <w:t>laborales</w:t>
      </w:r>
      <w:proofErr w:type="spellEnd"/>
      <w:r w:rsidRPr="000D2C63">
        <w:rPr>
          <w:rFonts w:cs="Arial"/>
          <w:lang w:eastAsia="es-CO"/>
        </w:rPr>
        <w:t xml:space="preserve"> y/o </w:t>
      </w:r>
      <w:proofErr w:type="spellStart"/>
      <w:r w:rsidRPr="000D2C63">
        <w:rPr>
          <w:rFonts w:cs="Arial"/>
          <w:lang w:eastAsia="es-CO"/>
        </w:rPr>
        <w:t>presentación</w:t>
      </w:r>
      <w:proofErr w:type="spellEnd"/>
      <w:r w:rsidRPr="000D2C63">
        <w:rPr>
          <w:rFonts w:cs="Arial"/>
          <w:lang w:eastAsia="es-CO"/>
        </w:rPr>
        <w:t xml:space="preserve"> de </w:t>
      </w:r>
      <w:proofErr w:type="spellStart"/>
      <w:r w:rsidRPr="000D2C63">
        <w:rPr>
          <w:rFonts w:cs="Arial"/>
          <w:lang w:eastAsia="es-CO"/>
        </w:rPr>
        <w:t>contratos</w:t>
      </w:r>
      <w:proofErr w:type="spellEnd"/>
      <w:r w:rsidRPr="000D2C63">
        <w:rPr>
          <w:rFonts w:cs="Arial"/>
          <w:lang w:eastAsia="es-CO"/>
        </w:rPr>
        <w:t xml:space="preserve"> y/o balance final de </w:t>
      </w:r>
      <w:proofErr w:type="spellStart"/>
      <w:r w:rsidRPr="000D2C63">
        <w:rPr>
          <w:rFonts w:cs="Arial"/>
          <w:lang w:eastAsia="es-CO"/>
        </w:rPr>
        <w:t>obra</w:t>
      </w:r>
      <w:proofErr w:type="spellEnd"/>
      <w:r w:rsidRPr="000D2C63">
        <w:rPr>
          <w:rFonts w:cs="Arial"/>
          <w:lang w:eastAsia="es-CO"/>
        </w:rPr>
        <w:t xml:space="preserve"> y/o Acta final de </w:t>
      </w:r>
      <w:proofErr w:type="spellStart"/>
      <w:r w:rsidRPr="000D2C63">
        <w:rPr>
          <w:rFonts w:cs="Arial"/>
          <w:lang w:eastAsia="es-CO"/>
        </w:rPr>
        <w:t>obra</w:t>
      </w:r>
      <w:proofErr w:type="spellEnd"/>
      <w:r w:rsidRPr="000D2C63">
        <w:rPr>
          <w:rFonts w:cs="Arial"/>
          <w:lang w:eastAsia="es-CO"/>
        </w:rPr>
        <w:t xml:space="preserve"> </w:t>
      </w:r>
      <w:proofErr w:type="spellStart"/>
      <w:r w:rsidRPr="000D2C63">
        <w:rPr>
          <w:rFonts w:cs="Arial"/>
          <w:lang w:eastAsia="es-CO"/>
        </w:rPr>
        <w:t>debidamente</w:t>
      </w:r>
      <w:proofErr w:type="spellEnd"/>
      <w:r w:rsidRPr="000D2C63">
        <w:rPr>
          <w:rFonts w:cs="Arial"/>
          <w:lang w:eastAsia="es-CO"/>
        </w:rPr>
        <w:t xml:space="preserve"> </w:t>
      </w:r>
      <w:proofErr w:type="spellStart"/>
      <w:r w:rsidRPr="000D2C63">
        <w:rPr>
          <w:rFonts w:cs="Arial"/>
          <w:lang w:eastAsia="es-CO"/>
        </w:rPr>
        <w:t>suscrita</w:t>
      </w:r>
      <w:proofErr w:type="spellEnd"/>
      <w:r w:rsidRPr="000D2C63">
        <w:rPr>
          <w:rFonts w:cs="Arial"/>
          <w:lang w:eastAsia="es-CO"/>
        </w:rPr>
        <w:t xml:space="preserve"> </w:t>
      </w:r>
      <w:proofErr w:type="spellStart"/>
      <w:r w:rsidRPr="000D2C63">
        <w:rPr>
          <w:rFonts w:cs="Arial"/>
          <w:lang w:eastAsia="es-CO"/>
        </w:rPr>
        <w:t>en</w:t>
      </w:r>
      <w:proofErr w:type="spellEnd"/>
      <w:r w:rsidRPr="000D2C63">
        <w:rPr>
          <w:rFonts w:cs="Arial"/>
          <w:lang w:eastAsia="es-CO"/>
        </w:rPr>
        <w:t xml:space="preserve"> la </w:t>
      </w:r>
      <w:proofErr w:type="spellStart"/>
      <w:r w:rsidRPr="000D2C63">
        <w:rPr>
          <w:rFonts w:cs="Arial"/>
          <w:lang w:eastAsia="es-CO"/>
        </w:rPr>
        <w:t>cual</w:t>
      </w:r>
      <w:proofErr w:type="spellEnd"/>
      <w:r w:rsidRPr="000D2C63">
        <w:rPr>
          <w:rFonts w:cs="Arial"/>
          <w:lang w:eastAsia="es-CO"/>
        </w:rPr>
        <w:t xml:space="preserve"> se </w:t>
      </w:r>
      <w:proofErr w:type="spellStart"/>
      <w:r w:rsidRPr="000D2C63">
        <w:rPr>
          <w:rFonts w:cs="Arial"/>
          <w:lang w:eastAsia="es-CO"/>
        </w:rPr>
        <w:t>evidencia</w:t>
      </w:r>
      <w:proofErr w:type="spellEnd"/>
      <w:r w:rsidRPr="000D2C63">
        <w:rPr>
          <w:rFonts w:cs="Arial"/>
          <w:lang w:eastAsia="es-CO"/>
        </w:rPr>
        <w:t xml:space="preserve"> </w:t>
      </w:r>
      <w:proofErr w:type="spellStart"/>
      <w:r w:rsidRPr="000D2C63">
        <w:rPr>
          <w:rFonts w:cs="Arial"/>
          <w:lang w:eastAsia="es-CO"/>
        </w:rPr>
        <w:t>dichos</w:t>
      </w:r>
      <w:proofErr w:type="spellEnd"/>
      <w:r w:rsidRPr="000D2C63">
        <w:rPr>
          <w:rFonts w:cs="Arial"/>
          <w:lang w:eastAsia="es-CO"/>
        </w:rPr>
        <w:t xml:space="preserve"> cargos, </w:t>
      </w:r>
      <w:proofErr w:type="spellStart"/>
      <w:r w:rsidRPr="000D2C63">
        <w:rPr>
          <w:rFonts w:cs="Arial"/>
          <w:lang w:eastAsia="es-CO"/>
        </w:rPr>
        <w:t>según</w:t>
      </w:r>
      <w:proofErr w:type="spellEnd"/>
      <w:r w:rsidRPr="000D2C63">
        <w:rPr>
          <w:rFonts w:cs="Arial"/>
          <w:lang w:eastAsia="es-CO"/>
        </w:rPr>
        <w:t xml:space="preserve"> </w:t>
      </w:r>
      <w:proofErr w:type="spellStart"/>
      <w:r w:rsidRPr="000D2C63">
        <w:rPr>
          <w:rFonts w:cs="Arial"/>
          <w:lang w:eastAsia="es-CO"/>
        </w:rPr>
        <w:t>corresponda</w:t>
      </w:r>
      <w:proofErr w:type="spellEnd"/>
      <w:r w:rsidRPr="000D2C63">
        <w:rPr>
          <w:rFonts w:cs="Arial"/>
          <w:lang w:eastAsia="es-CO"/>
        </w:rPr>
        <w:t xml:space="preserve">. </w:t>
      </w:r>
    </w:p>
    <w:p w14:paraId="1F7ABD2C" w14:textId="77777777" w:rsidR="00F4330E" w:rsidRPr="000D2C63" w:rsidRDefault="00F4330E" w:rsidP="00F4330E">
      <w:pPr>
        <w:ind w:left="360"/>
        <w:jc w:val="both"/>
        <w:rPr>
          <w:rFonts w:cs="Arial"/>
          <w:lang w:val="es-ES" w:eastAsia="es-ES"/>
        </w:rPr>
      </w:pPr>
      <w:r w:rsidRPr="000D2C63">
        <w:rPr>
          <w:rFonts w:cs="Arial"/>
          <w:lang w:val="es-ES" w:eastAsia="es-ES"/>
        </w:rPr>
        <w:t>Los cambios del personal relacionados deberán ser comunicados oportunamente, previo visto bueno del Supervisor de la Entidad y deberán tener los mismos o superiores requisitos de experiencia.</w:t>
      </w:r>
    </w:p>
    <w:p w14:paraId="292C81E2" w14:textId="77777777" w:rsidR="00F4330E" w:rsidRPr="000D2C63" w:rsidRDefault="00F4330E" w:rsidP="00F4330E">
      <w:pPr>
        <w:autoSpaceDE w:val="0"/>
        <w:autoSpaceDN w:val="0"/>
        <w:adjustRightInd w:val="0"/>
        <w:ind w:left="360"/>
        <w:jc w:val="both"/>
        <w:rPr>
          <w:rFonts w:cs="Arial"/>
          <w:lang w:eastAsia="es-CO"/>
        </w:rPr>
      </w:pPr>
      <w:r w:rsidRPr="000D2C63">
        <w:rPr>
          <w:rFonts w:cs="Arial"/>
          <w:lang w:eastAsia="es-CO"/>
        </w:rPr>
        <w:t xml:space="preserve">El personal </w:t>
      </w:r>
      <w:proofErr w:type="spellStart"/>
      <w:r w:rsidRPr="000D2C63">
        <w:rPr>
          <w:rFonts w:cs="Arial"/>
          <w:lang w:eastAsia="es-CO"/>
        </w:rPr>
        <w:t>deberá</w:t>
      </w:r>
      <w:proofErr w:type="spellEnd"/>
      <w:r w:rsidRPr="000D2C63">
        <w:rPr>
          <w:rFonts w:cs="Arial"/>
          <w:lang w:eastAsia="es-CO"/>
        </w:rPr>
        <w:t xml:space="preserve"> </w:t>
      </w:r>
      <w:proofErr w:type="spellStart"/>
      <w:r w:rsidRPr="000D2C63">
        <w:rPr>
          <w:rFonts w:cs="Arial"/>
          <w:lang w:eastAsia="es-CO"/>
        </w:rPr>
        <w:t>estar</w:t>
      </w:r>
      <w:proofErr w:type="spellEnd"/>
      <w:r w:rsidRPr="000D2C63">
        <w:rPr>
          <w:rFonts w:cs="Arial"/>
          <w:lang w:eastAsia="es-CO"/>
        </w:rPr>
        <w:t xml:space="preserve"> </w:t>
      </w:r>
      <w:proofErr w:type="spellStart"/>
      <w:r w:rsidRPr="000D2C63">
        <w:rPr>
          <w:rFonts w:cs="Arial"/>
          <w:lang w:eastAsia="es-CO"/>
        </w:rPr>
        <w:t>debidamente</w:t>
      </w:r>
      <w:proofErr w:type="spellEnd"/>
      <w:r w:rsidRPr="000D2C63">
        <w:rPr>
          <w:rFonts w:cs="Arial"/>
          <w:lang w:eastAsia="es-CO"/>
        </w:rPr>
        <w:t xml:space="preserve"> </w:t>
      </w:r>
      <w:proofErr w:type="spellStart"/>
      <w:r w:rsidRPr="000D2C63">
        <w:rPr>
          <w:rFonts w:cs="Arial"/>
          <w:lang w:eastAsia="es-CO"/>
        </w:rPr>
        <w:t>uniformado</w:t>
      </w:r>
      <w:proofErr w:type="spellEnd"/>
      <w:r w:rsidRPr="000D2C63">
        <w:rPr>
          <w:rFonts w:cs="Arial"/>
          <w:lang w:eastAsia="es-CO"/>
        </w:rPr>
        <w:t xml:space="preserve">, </w:t>
      </w:r>
      <w:proofErr w:type="spellStart"/>
      <w:r w:rsidRPr="000D2C63">
        <w:rPr>
          <w:rFonts w:cs="Arial"/>
          <w:lang w:eastAsia="es-CO"/>
        </w:rPr>
        <w:t>identificado</w:t>
      </w:r>
      <w:proofErr w:type="spellEnd"/>
      <w:r w:rsidRPr="000D2C63">
        <w:rPr>
          <w:rFonts w:cs="Arial"/>
          <w:lang w:eastAsia="es-CO"/>
        </w:rPr>
        <w:t xml:space="preserve"> y </w:t>
      </w:r>
      <w:proofErr w:type="gramStart"/>
      <w:r w:rsidRPr="000D2C63">
        <w:rPr>
          <w:rFonts w:cs="Arial"/>
          <w:lang w:eastAsia="es-CO"/>
        </w:rPr>
        <w:t>con</w:t>
      </w:r>
      <w:proofErr w:type="gramEnd"/>
      <w:r w:rsidRPr="000D2C63">
        <w:rPr>
          <w:rFonts w:cs="Arial"/>
          <w:lang w:eastAsia="es-CO"/>
        </w:rPr>
        <w:t xml:space="preserve"> la </w:t>
      </w:r>
      <w:proofErr w:type="spellStart"/>
      <w:r w:rsidRPr="000D2C63">
        <w:rPr>
          <w:rFonts w:cs="Arial"/>
          <w:lang w:eastAsia="es-CO"/>
        </w:rPr>
        <w:t>dotación</w:t>
      </w:r>
      <w:proofErr w:type="spellEnd"/>
      <w:r w:rsidRPr="000D2C63">
        <w:rPr>
          <w:rFonts w:cs="Arial"/>
          <w:lang w:eastAsia="es-CO"/>
        </w:rPr>
        <w:t xml:space="preserve"> de </w:t>
      </w:r>
      <w:proofErr w:type="spellStart"/>
      <w:r w:rsidRPr="000D2C63">
        <w:rPr>
          <w:rFonts w:cs="Arial"/>
          <w:lang w:eastAsia="es-CO"/>
        </w:rPr>
        <w:t>seguridad</w:t>
      </w:r>
      <w:proofErr w:type="spellEnd"/>
      <w:r w:rsidRPr="000D2C63">
        <w:rPr>
          <w:rFonts w:cs="Arial"/>
          <w:lang w:eastAsia="es-CO"/>
        </w:rPr>
        <w:t xml:space="preserve"> industrial </w:t>
      </w:r>
      <w:proofErr w:type="spellStart"/>
      <w:r w:rsidRPr="000D2C63">
        <w:rPr>
          <w:rFonts w:cs="Arial"/>
          <w:lang w:eastAsia="es-CO"/>
        </w:rPr>
        <w:t>adecuada</w:t>
      </w:r>
      <w:proofErr w:type="spellEnd"/>
      <w:r w:rsidRPr="000D2C63">
        <w:rPr>
          <w:rFonts w:cs="Arial"/>
          <w:lang w:eastAsia="es-CO"/>
        </w:rPr>
        <w:t xml:space="preserve">. </w:t>
      </w:r>
    </w:p>
    <w:p w14:paraId="53E7283F" w14:textId="77777777" w:rsidR="00F4330E" w:rsidRPr="000D2C63" w:rsidRDefault="00F4330E" w:rsidP="00F4330E">
      <w:pPr>
        <w:numPr>
          <w:ilvl w:val="0"/>
          <w:numId w:val="19"/>
        </w:numPr>
        <w:tabs>
          <w:tab w:val="center" w:pos="4252"/>
          <w:tab w:val="right" w:pos="8504"/>
        </w:tabs>
        <w:spacing w:after="0"/>
        <w:jc w:val="both"/>
        <w:rPr>
          <w:rFonts w:cs="Arial"/>
          <w:lang w:eastAsia="es-CO"/>
        </w:rPr>
      </w:pPr>
      <w:proofErr w:type="spellStart"/>
      <w:r w:rsidRPr="000D2C63">
        <w:rPr>
          <w:rFonts w:cs="Arial"/>
          <w:lang w:eastAsia="es-ES"/>
        </w:rPr>
        <w:t>Cumplir</w:t>
      </w:r>
      <w:proofErr w:type="spellEnd"/>
      <w:r w:rsidRPr="000D2C63">
        <w:rPr>
          <w:rFonts w:cs="Arial"/>
          <w:lang w:eastAsia="es-ES"/>
        </w:rPr>
        <w:t xml:space="preserve"> con las </w:t>
      </w:r>
      <w:proofErr w:type="spellStart"/>
      <w:r w:rsidRPr="000D2C63">
        <w:rPr>
          <w:rFonts w:cs="Arial"/>
          <w:lang w:eastAsia="es-ES"/>
        </w:rPr>
        <w:t>Especificaciones</w:t>
      </w:r>
      <w:proofErr w:type="spellEnd"/>
      <w:r w:rsidRPr="000D2C63">
        <w:rPr>
          <w:rFonts w:cs="Arial"/>
          <w:lang w:eastAsia="es-ES"/>
        </w:rPr>
        <w:t xml:space="preserve"> </w:t>
      </w:r>
      <w:proofErr w:type="spellStart"/>
      <w:r w:rsidRPr="000D2C63">
        <w:rPr>
          <w:rFonts w:cs="Arial"/>
          <w:lang w:eastAsia="es-ES"/>
        </w:rPr>
        <w:t>técnicas</w:t>
      </w:r>
      <w:proofErr w:type="spellEnd"/>
      <w:r w:rsidRPr="000D2C63">
        <w:rPr>
          <w:rFonts w:cs="Arial"/>
          <w:lang w:eastAsia="es-ES"/>
        </w:rPr>
        <w:t xml:space="preserve"> </w:t>
      </w:r>
      <w:proofErr w:type="spellStart"/>
      <w:r w:rsidRPr="000D2C63">
        <w:rPr>
          <w:rFonts w:cs="Arial"/>
          <w:lang w:eastAsia="es-ES"/>
        </w:rPr>
        <w:t>descritas</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el </w:t>
      </w:r>
      <w:r w:rsidRPr="000D2C63">
        <w:rPr>
          <w:rFonts w:cs="Arial"/>
          <w:i/>
          <w:iCs/>
          <w:u w:val="single"/>
          <w:lang w:eastAsia="es-ES"/>
        </w:rPr>
        <w:t>Anexo No. 1- Anexo Técnico</w:t>
      </w:r>
      <w:r w:rsidRPr="000D2C63">
        <w:rPr>
          <w:rFonts w:cs="Arial"/>
          <w:lang w:eastAsia="es-ES"/>
        </w:rPr>
        <w:t xml:space="preserve">, </w:t>
      </w:r>
      <w:proofErr w:type="spellStart"/>
      <w:r w:rsidRPr="000D2C63">
        <w:rPr>
          <w:rFonts w:cs="Arial"/>
          <w:lang w:eastAsia="es-ES"/>
        </w:rPr>
        <w:t>objeto</w:t>
      </w:r>
      <w:proofErr w:type="spellEnd"/>
      <w:r w:rsidRPr="000D2C63">
        <w:rPr>
          <w:rFonts w:cs="Arial"/>
          <w:lang w:eastAsia="es-ES"/>
        </w:rPr>
        <w:t xml:space="preserve"> a </w:t>
      </w:r>
      <w:proofErr w:type="spellStart"/>
      <w:r w:rsidRPr="000D2C63">
        <w:rPr>
          <w:rFonts w:cs="Arial"/>
          <w:lang w:eastAsia="es-ES"/>
        </w:rPr>
        <w:t>contratar</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el </w:t>
      </w:r>
      <w:proofErr w:type="spellStart"/>
      <w:r w:rsidRPr="000D2C63">
        <w:rPr>
          <w:rFonts w:cs="Arial"/>
          <w:lang w:eastAsia="es-ES"/>
        </w:rPr>
        <w:t>proceso</w:t>
      </w:r>
      <w:proofErr w:type="spellEnd"/>
      <w:r w:rsidRPr="000D2C63">
        <w:rPr>
          <w:rFonts w:cs="Arial"/>
          <w:lang w:eastAsia="es-ES"/>
        </w:rPr>
        <w:t xml:space="preserve"> de </w:t>
      </w:r>
      <w:proofErr w:type="spellStart"/>
      <w:r w:rsidRPr="000D2C63">
        <w:rPr>
          <w:rFonts w:cs="Arial"/>
          <w:lang w:eastAsia="es-ES"/>
        </w:rPr>
        <w:t>selección</w:t>
      </w:r>
      <w:proofErr w:type="spellEnd"/>
      <w:r w:rsidRPr="000D2C63">
        <w:rPr>
          <w:rFonts w:cs="Arial"/>
          <w:lang w:eastAsia="es-ES"/>
        </w:rPr>
        <w:t>.</w:t>
      </w:r>
    </w:p>
    <w:p w14:paraId="65FFD3EC" w14:textId="6E9A8C79" w:rsidR="00F4330E" w:rsidRPr="000D2C63" w:rsidRDefault="00F4330E" w:rsidP="00F4330E">
      <w:pPr>
        <w:tabs>
          <w:tab w:val="center" w:pos="4252"/>
          <w:tab w:val="right" w:pos="8504"/>
        </w:tabs>
        <w:jc w:val="both"/>
        <w:rPr>
          <w:rFonts w:cs="Arial"/>
          <w:lang w:eastAsia="es-CO"/>
        </w:rPr>
      </w:pPr>
    </w:p>
    <w:p w14:paraId="2271F92D" w14:textId="77777777" w:rsidR="00F4330E" w:rsidRPr="000D2C63" w:rsidRDefault="00F4330E" w:rsidP="00F4330E">
      <w:pPr>
        <w:numPr>
          <w:ilvl w:val="0"/>
          <w:numId w:val="19"/>
        </w:numPr>
        <w:tabs>
          <w:tab w:val="center" w:pos="4252"/>
          <w:tab w:val="right" w:pos="8504"/>
        </w:tabs>
        <w:spacing w:after="0"/>
        <w:jc w:val="both"/>
        <w:rPr>
          <w:rFonts w:cs="Arial"/>
          <w:lang w:eastAsia="es-ES"/>
        </w:rPr>
      </w:pPr>
      <w:proofErr w:type="spellStart"/>
      <w:r w:rsidRPr="000D2C63">
        <w:rPr>
          <w:rFonts w:cs="Arial"/>
          <w:lang w:eastAsia="es-ES"/>
        </w:rPr>
        <w:t>Suministrar</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cuenta</w:t>
      </w:r>
      <w:proofErr w:type="spellEnd"/>
      <w:r w:rsidRPr="000D2C63">
        <w:rPr>
          <w:rFonts w:cs="Arial"/>
          <w:lang w:eastAsia="es-ES"/>
        </w:rPr>
        <w:t xml:space="preserve">, la </w:t>
      </w:r>
      <w:proofErr w:type="spellStart"/>
      <w:r w:rsidRPr="000D2C63">
        <w:rPr>
          <w:rFonts w:cs="Arial"/>
          <w:lang w:eastAsia="es-ES"/>
        </w:rPr>
        <w:t>totalidad</w:t>
      </w:r>
      <w:proofErr w:type="spellEnd"/>
      <w:r w:rsidRPr="000D2C63">
        <w:rPr>
          <w:rFonts w:cs="Arial"/>
          <w:lang w:eastAsia="es-ES"/>
        </w:rPr>
        <w:t xml:space="preserve"> de </w:t>
      </w:r>
      <w:proofErr w:type="spellStart"/>
      <w:r w:rsidRPr="000D2C63">
        <w:rPr>
          <w:rFonts w:cs="Arial"/>
          <w:lang w:eastAsia="es-ES"/>
        </w:rPr>
        <w:t>materiales</w:t>
      </w:r>
      <w:proofErr w:type="spellEnd"/>
      <w:r w:rsidRPr="000D2C63">
        <w:rPr>
          <w:rFonts w:cs="Arial"/>
          <w:lang w:eastAsia="es-ES"/>
        </w:rPr>
        <w:t xml:space="preserve"> de </w:t>
      </w:r>
      <w:proofErr w:type="spellStart"/>
      <w:r w:rsidRPr="000D2C63">
        <w:rPr>
          <w:rFonts w:cs="Arial"/>
          <w:lang w:eastAsia="es-ES"/>
        </w:rPr>
        <w:t>primera</w:t>
      </w:r>
      <w:proofErr w:type="spellEnd"/>
      <w:r w:rsidRPr="000D2C63">
        <w:rPr>
          <w:rFonts w:cs="Arial"/>
          <w:lang w:eastAsia="es-ES"/>
        </w:rPr>
        <w:t xml:space="preserve"> </w:t>
      </w:r>
      <w:proofErr w:type="spellStart"/>
      <w:r w:rsidRPr="000D2C63">
        <w:rPr>
          <w:rFonts w:cs="Arial"/>
          <w:lang w:eastAsia="es-ES"/>
        </w:rPr>
        <w:t>calidad</w:t>
      </w:r>
      <w:proofErr w:type="spellEnd"/>
      <w:r w:rsidRPr="000D2C63">
        <w:rPr>
          <w:rFonts w:cs="Arial"/>
          <w:lang w:eastAsia="es-ES"/>
        </w:rPr>
        <w:t xml:space="preserve">, </w:t>
      </w:r>
      <w:proofErr w:type="spellStart"/>
      <w:r w:rsidRPr="000D2C63">
        <w:rPr>
          <w:rFonts w:cs="Arial"/>
          <w:lang w:eastAsia="es-ES"/>
        </w:rPr>
        <w:t>herramientas</w:t>
      </w:r>
      <w:proofErr w:type="spellEnd"/>
      <w:r w:rsidRPr="000D2C63">
        <w:rPr>
          <w:rFonts w:cs="Arial"/>
          <w:lang w:eastAsia="es-ES"/>
        </w:rPr>
        <w:t xml:space="preserve">, </w:t>
      </w:r>
      <w:proofErr w:type="spellStart"/>
      <w:r w:rsidRPr="000D2C63">
        <w:rPr>
          <w:rFonts w:cs="Arial"/>
          <w:lang w:eastAsia="es-ES"/>
        </w:rPr>
        <w:t>equipos</w:t>
      </w:r>
      <w:proofErr w:type="spellEnd"/>
      <w:r w:rsidRPr="000D2C63">
        <w:rPr>
          <w:rFonts w:cs="Arial"/>
          <w:lang w:eastAsia="es-ES"/>
        </w:rPr>
        <w:t xml:space="preserve"> y </w:t>
      </w:r>
      <w:proofErr w:type="spellStart"/>
      <w:r w:rsidRPr="000D2C63">
        <w:rPr>
          <w:rFonts w:cs="Arial"/>
          <w:lang w:eastAsia="es-ES"/>
        </w:rPr>
        <w:t>todos</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demás</w:t>
      </w:r>
      <w:proofErr w:type="spellEnd"/>
      <w:r w:rsidRPr="000D2C63">
        <w:rPr>
          <w:rFonts w:cs="Arial"/>
          <w:lang w:eastAsia="es-ES"/>
        </w:rPr>
        <w:t xml:space="preserve"> </w:t>
      </w:r>
      <w:proofErr w:type="spellStart"/>
      <w:r w:rsidRPr="000D2C63">
        <w:rPr>
          <w:rFonts w:cs="Arial"/>
          <w:lang w:eastAsia="es-ES"/>
        </w:rPr>
        <w:t>elementos</w:t>
      </w:r>
      <w:proofErr w:type="spellEnd"/>
      <w:r w:rsidRPr="000D2C63">
        <w:rPr>
          <w:rFonts w:cs="Arial"/>
          <w:lang w:eastAsia="es-ES"/>
        </w:rPr>
        <w:t xml:space="preserve"> </w:t>
      </w:r>
      <w:proofErr w:type="spellStart"/>
      <w:r w:rsidRPr="000D2C63">
        <w:rPr>
          <w:rFonts w:cs="Arial"/>
          <w:lang w:eastAsia="es-ES"/>
        </w:rPr>
        <w:t>necesarios</w:t>
      </w:r>
      <w:proofErr w:type="spellEnd"/>
      <w:r w:rsidRPr="000D2C63">
        <w:rPr>
          <w:rFonts w:cs="Arial"/>
          <w:lang w:eastAsia="es-ES"/>
        </w:rPr>
        <w:t xml:space="preserve"> para la </w:t>
      </w:r>
      <w:proofErr w:type="spellStart"/>
      <w:r w:rsidRPr="000D2C63">
        <w:rPr>
          <w:rFonts w:cs="Arial"/>
          <w:lang w:eastAsia="es-ES"/>
        </w:rPr>
        <w:t>ejecución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así</w:t>
      </w:r>
      <w:proofErr w:type="spellEnd"/>
      <w:r w:rsidRPr="000D2C63">
        <w:rPr>
          <w:rFonts w:cs="Arial"/>
          <w:lang w:eastAsia="es-ES"/>
        </w:rPr>
        <w:t xml:space="preserve"> </w:t>
      </w:r>
      <w:proofErr w:type="spellStart"/>
      <w:r w:rsidRPr="000D2C63">
        <w:rPr>
          <w:rFonts w:cs="Arial"/>
          <w:lang w:eastAsia="es-ES"/>
        </w:rPr>
        <w:t>como</w:t>
      </w:r>
      <w:proofErr w:type="spellEnd"/>
      <w:r w:rsidRPr="000D2C63">
        <w:rPr>
          <w:rFonts w:cs="Arial"/>
          <w:lang w:eastAsia="es-ES"/>
        </w:rPr>
        <w:t xml:space="preserve"> el </w:t>
      </w:r>
      <w:proofErr w:type="spellStart"/>
      <w:r w:rsidRPr="000D2C63">
        <w:rPr>
          <w:rFonts w:cs="Arial"/>
          <w:lang w:eastAsia="es-ES"/>
        </w:rPr>
        <w:t>transporte</w:t>
      </w:r>
      <w:proofErr w:type="spellEnd"/>
      <w:r w:rsidRPr="000D2C63">
        <w:rPr>
          <w:rFonts w:cs="Arial"/>
          <w:lang w:eastAsia="es-ES"/>
        </w:rPr>
        <w:t xml:space="preserve"> y </w:t>
      </w:r>
      <w:proofErr w:type="spellStart"/>
      <w:r w:rsidRPr="000D2C63">
        <w:rPr>
          <w:rFonts w:cs="Arial"/>
          <w:lang w:eastAsia="es-ES"/>
        </w:rPr>
        <w:t>trasiego</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mismos</w:t>
      </w:r>
      <w:proofErr w:type="spellEnd"/>
      <w:r w:rsidRPr="000D2C63">
        <w:rPr>
          <w:rFonts w:cs="Arial"/>
          <w:lang w:eastAsia="es-ES"/>
        </w:rPr>
        <w:t>.</w:t>
      </w:r>
    </w:p>
    <w:p w14:paraId="0970F12B" w14:textId="77777777" w:rsidR="00F4330E" w:rsidRPr="000D2C63" w:rsidRDefault="00F4330E" w:rsidP="00F4330E">
      <w:pPr>
        <w:ind w:left="708"/>
        <w:rPr>
          <w:rFonts w:cs="Arial"/>
          <w:lang w:eastAsia="es-ES"/>
        </w:rPr>
      </w:pPr>
    </w:p>
    <w:p w14:paraId="4CE0AC7A" w14:textId="77777777" w:rsidR="00F4330E" w:rsidRPr="000D2C63" w:rsidRDefault="00F4330E" w:rsidP="00F4330E">
      <w:pPr>
        <w:numPr>
          <w:ilvl w:val="0"/>
          <w:numId w:val="19"/>
        </w:numPr>
        <w:tabs>
          <w:tab w:val="center" w:pos="4252"/>
          <w:tab w:val="right" w:pos="8504"/>
        </w:tabs>
        <w:spacing w:after="0"/>
        <w:jc w:val="both"/>
        <w:rPr>
          <w:rFonts w:cs="Arial"/>
          <w:lang w:eastAsia="es-ES"/>
        </w:rPr>
      </w:pPr>
      <w:proofErr w:type="spellStart"/>
      <w:r w:rsidRPr="000D2C63">
        <w:rPr>
          <w:rFonts w:cs="Arial"/>
          <w:lang w:eastAsia="es-ES"/>
        </w:rPr>
        <w:t>Someter</w:t>
      </w:r>
      <w:proofErr w:type="spellEnd"/>
      <w:r w:rsidRPr="000D2C63">
        <w:rPr>
          <w:rFonts w:cs="Arial"/>
          <w:lang w:eastAsia="es-ES"/>
        </w:rPr>
        <w:t xml:space="preserve"> a </w:t>
      </w:r>
      <w:proofErr w:type="spellStart"/>
      <w:r w:rsidRPr="000D2C63">
        <w:rPr>
          <w:rFonts w:cs="Arial"/>
          <w:lang w:eastAsia="es-ES"/>
        </w:rPr>
        <w:t>concepto</w:t>
      </w:r>
      <w:proofErr w:type="spellEnd"/>
      <w:r w:rsidRPr="000D2C63">
        <w:rPr>
          <w:rFonts w:cs="Arial"/>
          <w:lang w:eastAsia="es-ES"/>
        </w:rPr>
        <w:t xml:space="preserve"> </w:t>
      </w:r>
      <w:proofErr w:type="spellStart"/>
      <w:r w:rsidRPr="000D2C63">
        <w:rPr>
          <w:rFonts w:cs="Arial"/>
          <w:lang w:eastAsia="es-ES"/>
        </w:rPr>
        <w:t>previo</w:t>
      </w:r>
      <w:proofErr w:type="spellEnd"/>
      <w:r w:rsidRPr="000D2C63">
        <w:rPr>
          <w:rFonts w:cs="Arial"/>
          <w:lang w:eastAsia="es-ES"/>
        </w:rPr>
        <w:t xml:space="preserve"> de la </w:t>
      </w:r>
      <w:proofErr w:type="spellStart"/>
      <w:r w:rsidRPr="000D2C63">
        <w:rPr>
          <w:rFonts w:cs="Arial"/>
          <w:lang w:eastAsia="es-ES"/>
        </w:rPr>
        <w:t>Dirección</w:t>
      </w:r>
      <w:proofErr w:type="spellEnd"/>
      <w:r w:rsidRPr="000D2C63">
        <w:rPr>
          <w:rFonts w:cs="Arial"/>
          <w:lang w:eastAsia="es-ES"/>
        </w:rPr>
        <w:t xml:space="preserve"> </w:t>
      </w:r>
      <w:proofErr w:type="spellStart"/>
      <w:r w:rsidRPr="000D2C63">
        <w:rPr>
          <w:rFonts w:cs="Arial"/>
          <w:lang w:eastAsia="es-ES"/>
        </w:rPr>
        <w:t>Seccional</w:t>
      </w:r>
      <w:proofErr w:type="spellEnd"/>
      <w:r w:rsidRPr="000D2C63">
        <w:rPr>
          <w:rFonts w:cs="Arial"/>
          <w:lang w:eastAsia="es-ES"/>
        </w:rPr>
        <w:t xml:space="preserve"> de Administración Judicial de Cali - Valle del Cauca, </w:t>
      </w:r>
      <w:proofErr w:type="spellStart"/>
      <w:r w:rsidRPr="000D2C63">
        <w:rPr>
          <w:rFonts w:cs="Arial"/>
          <w:lang w:eastAsia="es-ES"/>
        </w:rPr>
        <w:t>cualquier</w:t>
      </w:r>
      <w:proofErr w:type="spellEnd"/>
      <w:r w:rsidRPr="000D2C63">
        <w:rPr>
          <w:rFonts w:cs="Arial"/>
          <w:lang w:eastAsia="es-ES"/>
        </w:rPr>
        <w:t xml:space="preserve"> </w:t>
      </w:r>
      <w:proofErr w:type="spellStart"/>
      <w:r w:rsidRPr="000D2C63">
        <w:rPr>
          <w:rFonts w:cs="Arial"/>
          <w:lang w:eastAsia="es-ES"/>
        </w:rPr>
        <w:t>modificación</w:t>
      </w:r>
      <w:proofErr w:type="spellEnd"/>
      <w:r w:rsidRPr="000D2C63">
        <w:rPr>
          <w:rFonts w:cs="Arial"/>
          <w:lang w:eastAsia="es-ES"/>
        </w:rPr>
        <w:t xml:space="preserve"> o </w:t>
      </w:r>
      <w:proofErr w:type="spellStart"/>
      <w:r w:rsidRPr="000D2C63">
        <w:rPr>
          <w:rFonts w:cs="Arial"/>
          <w:lang w:eastAsia="es-ES"/>
        </w:rPr>
        <w:t>cambio</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considere</w:t>
      </w:r>
      <w:proofErr w:type="spellEnd"/>
      <w:r w:rsidRPr="000D2C63">
        <w:rPr>
          <w:rFonts w:cs="Arial"/>
          <w:lang w:eastAsia="es-ES"/>
        </w:rPr>
        <w:t xml:space="preserve"> </w:t>
      </w:r>
      <w:proofErr w:type="spellStart"/>
      <w:r w:rsidRPr="000D2C63">
        <w:rPr>
          <w:rFonts w:cs="Arial"/>
          <w:lang w:eastAsia="es-ES"/>
        </w:rPr>
        <w:t>necesario</w:t>
      </w:r>
      <w:proofErr w:type="spellEnd"/>
      <w:r w:rsidRPr="000D2C63">
        <w:rPr>
          <w:rFonts w:cs="Arial"/>
          <w:lang w:eastAsia="es-ES"/>
        </w:rPr>
        <w:t xml:space="preserve"> </w:t>
      </w:r>
      <w:proofErr w:type="spellStart"/>
      <w:r w:rsidRPr="000D2C63">
        <w:rPr>
          <w:rFonts w:cs="Arial"/>
          <w:lang w:eastAsia="es-ES"/>
        </w:rPr>
        <w:t>hacer</w:t>
      </w:r>
      <w:proofErr w:type="spellEnd"/>
      <w:r w:rsidRPr="000D2C63">
        <w:rPr>
          <w:rFonts w:cs="Arial"/>
          <w:lang w:eastAsia="es-ES"/>
        </w:rPr>
        <w:t xml:space="preserve"> a las </w:t>
      </w:r>
      <w:proofErr w:type="spellStart"/>
      <w:r w:rsidRPr="000D2C63">
        <w:rPr>
          <w:rFonts w:cs="Arial"/>
          <w:lang w:eastAsia="es-ES"/>
        </w:rPr>
        <w:t>especificaciones</w:t>
      </w:r>
      <w:proofErr w:type="spellEnd"/>
      <w:r w:rsidRPr="000D2C63">
        <w:rPr>
          <w:rFonts w:cs="Arial"/>
          <w:lang w:eastAsia="es-ES"/>
        </w:rPr>
        <w:t xml:space="preserve"> </w:t>
      </w:r>
      <w:proofErr w:type="spellStart"/>
      <w:r w:rsidRPr="000D2C63">
        <w:rPr>
          <w:rFonts w:cs="Arial"/>
          <w:lang w:eastAsia="es-ES"/>
        </w:rPr>
        <w:t>originales</w:t>
      </w:r>
      <w:proofErr w:type="spellEnd"/>
      <w:r w:rsidRPr="000D2C63">
        <w:rPr>
          <w:rFonts w:cs="Arial"/>
          <w:lang w:eastAsia="es-ES"/>
        </w:rPr>
        <w:t xml:space="preserve">, antes de </w:t>
      </w:r>
      <w:proofErr w:type="spellStart"/>
      <w:r w:rsidRPr="000D2C63">
        <w:rPr>
          <w:rFonts w:cs="Arial"/>
          <w:lang w:eastAsia="es-ES"/>
        </w:rPr>
        <w:t>iniciar</w:t>
      </w:r>
      <w:proofErr w:type="spellEnd"/>
      <w:r w:rsidRPr="000D2C63">
        <w:rPr>
          <w:rFonts w:cs="Arial"/>
          <w:lang w:eastAsia="es-ES"/>
        </w:rPr>
        <w:t xml:space="preserve"> </w:t>
      </w:r>
      <w:proofErr w:type="spellStart"/>
      <w:r w:rsidRPr="000D2C63">
        <w:rPr>
          <w:rFonts w:cs="Arial"/>
          <w:lang w:eastAsia="es-ES"/>
        </w:rPr>
        <w:t>cualquier</w:t>
      </w:r>
      <w:proofErr w:type="spellEnd"/>
      <w:r w:rsidRPr="000D2C63">
        <w:rPr>
          <w:rFonts w:cs="Arial"/>
          <w:lang w:eastAsia="es-ES"/>
        </w:rPr>
        <w:t xml:space="preserve"> </w:t>
      </w:r>
      <w:proofErr w:type="spellStart"/>
      <w:r w:rsidRPr="000D2C63">
        <w:rPr>
          <w:rFonts w:cs="Arial"/>
          <w:lang w:eastAsia="es-ES"/>
        </w:rPr>
        <w:t>trabajo</w:t>
      </w:r>
      <w:proofErr w:type="spellEnd"/>
      <w:r w:rsidRPr="000D2C63">
        <w:rPr>
          <w:rFonts w:cs="Arial"/>
          <w:lang w:eastAsia="es-ES"/>
        </w:rPr>
        <w:t xml:space="preserve">, </w:t>
      </w:r>
      <w:proofErr w:type="spellStart"/>
      <w:r w:rsidRPr="000D2C63">
        <w:rPr>
          <w:rFonts w:cs="Arial"/>
          <w:lang w:eastAsia="es-ES"/>
        </w:rPr>
        <w:t>si</w:t>
      </w:r>
      <w:proofErr w:type="spellEnd"/>
      <w:r w:rsidRPr="000D2C63">
        <w:rPr>
          <w:rFonts w:cs="Arial"/>
          <w:lang w:eastAsia="es-ES"/>
        </w:rPr>
        <w:t xml:space="preserve"> </w:t>
      </w:r>
      <w:proofErr w:type="gramStart"/>
      <w:r w:rsidRPr="000D2C63">
        <w:rPr>
          <w:rFonts w:cs="Arial"/>
          <w:lang w:eastAsia="es-ES"/>
        </w:rPr>
        <w:t>a</w:t>
      </w:r>
      <w:proofErr w:type="gramEnd"/>
      <w:r w:rsidRPr="000D2C63">
        <w:rPr>
          <w:rFonts w:cs="Arial"/>
          <w:lang w:eastAsia="es-ES"/>
        </w:rPr>
        <w:t xml:space="preserve"> </w:t>
      </w:r>
      <w:proofErr w:type="spellStart"/>
      <w:r w:rsidRPr="000D2C63">
        <w:rPr>
          <w:rFonts w:cs="Arial"/>
          <w:lang w:eastAsia="es-ES"/>
        </w:rPr>
        <w:t>ello</w:t>
      </w:r>
      <w:proofErr w:type="spellEnd"/>
      <w:r w:rsidRPr="000D2C63">
        <w:rPr>
          <w:rFonts w:cs="Arial"/>
          <w:lang w:eastAsia="es-ES"/>
        </w:rPr>
        <w:t xml:space="preserve"> </w:t>
      </w:r>
      <w:proofErr w:type="spellStart"/>
      <w:r w:rsidRPr="000D2C63">
        <w:rPr>
          <w:rFonts w:cs="Arial"/>
          <w:lang w:eastAsia="es-ES"/>
        </w:rPr>
        <w:t>hubiere</w:t>
      </w:r>
      <w:proofErr w:type="spellEnd"/>
      <w:r w:rsidRPr="000D2C63">
        <w:rPr>
          <w:rFonts w:cs="Arial"/>
          <w:lang w:eastAsia="es-ES"/>
        </w:rPr>
        <w:t xml:space="preserve"> </w:t>
      </w:r>
      <w:proofErr w:type="spellStart"/>
      <w:r w:rsidRPr="000D2C63">
        <w:rPr>
          <w:rFonts w:cs="Arial"/>
          <w:lang w:eastAsia="es-ES"/>
        </w:rPr>
        <w:t>lugar</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contar</w:t>
      </w:r>
      <w:proofErr w:type="spellEnd"/>
      <w:r w:rsidRPr="000D2C63">
        <w:rPr>
          <w:rFonts w:cs="Arial"/>
          <w:lang w:eastAsia="es-ES"/>
        </w:rPr>
        <w:t xml:space="preserve"> con </w:t>
      </w:r>
      <w:proofErr w:type="spellStart"/>
      <w:r w:rsidRPr="000D2C63">
        <w:rPr>
          <w:rFonts w:cs="Arial"/>
          <w:lang w:eastAsia="es-ES"/>
        </w:rPr>
        <w:t>revisión</w:t>
      </w:r>
      <w:proofErr w:type="spellEnd"/>
      <w:r w:rsidRPr="000D2C63">
        <w:rPr>
          <w:rFonts w:cs="Arial"/>
          <w:lang w:eastAsia="es-ES"/>
        </w:rPr>
        <w:t xml:space="preserve"> y visto bueno de la </w:t>
      </w:r>
      <w:proofErr w:type="spellStart"/>
      <w:r w:rsidRPr="000D2C63">
        <w:rPr>
          <w:rFonts w:cs="Arial"/>
          <w:lang w:eastAsia="es-ES"/>
        </w:rPr>
        <w:t>Supervisión</w:t>
      </w:r>
      <w:proofErr w:type="spellEnd"/>
      <w:r w:rsidRPr="000D2C63">
        <w:rPr>
          <w:rFonts w:cs="Arial"/>
          <w:lang w:eastAsia="es-ES"/>
        </w:rPr>
        <w:t>.</w:t>
      </w:r>
    </w:p>
    <w:p w14:paraId="6245A474" w14:textId="77777777" w:rsidR="00F4330E" w:rsidRPr="000D2C63" w:rsidRDefault="00F4330E" w:rsidP="00F4330E">
      <w:pPr>
        <w:ind w:left="708"/>
        <w:rPr>
          <w:rFonts w:cs="Arial"/>
          <w:bdr w:val="none" w:sz="0" w:space="0" w:color="auto" w:frame="1"/>
          <w:shd w:val="clear" w:color="auto" w:fill="C6C6C6"/>
          <w:lang w:val="es-ES_tradnl" w:eastAsia="es-ES"/>
        </w:rPr>
      </w:pPr>
    </w:p>
    <w:p w14:paraId="24C2D1B4" w14:textId="77777777" w:rsidR="00F4330E" w:rsidRPr="000D2C63" w:rsidRDefault="00F4330E" w:rsidP="00F4330E">
      <w:pPr>
        <w:numPr>
          <w:ilvl w:val="0"/>
          <w:numId w:val="19"/>
        </w:numPr>
        <w:spacing w:after="0"/>
        <w:jc w:val="both"/>
        <w:textAlignment w:val="baseline"/>
        <w:rPr>
          <w:rFonts w:cs="Arial"/>
          <w:lang w:val="es-ES" w:eastAsia="es-ES"/>
        </w:rPr>
      </w:pPr>
      <w:r w:rsidRPr="000D2C63">
        <w:rPr>
          <w:rFonts w:cs="Arial"/>
          <w:lang w:val="es-ES" w:eastAsia="es-ES"/>
        </w:rPr>
        <w:t xml:space="preserve">El contratista deberá presentar a la Supervisión del contrato, antes de iniciar la ejecución de las actividades, las fichas técnicas de los elementos a emplear quien dará la aprobación pertinente. </w:t>
      </w:r>
    </w:p>
    <w:p w14:paraId="60F3BEE1" w14:textId="77777777" w:rsidR="00F4330E" w:rsidRPr="000D2C63" w:rsidRDefault="00F4330E" w:rsidP="00F4330E">
      <w:pPr>
        <w:ind w:left="720"/>
        <w:contextualSpacing/>
        <w:rPr>
          <w:rFonts w:cs="Arial"/>
          <w:lang w:val="es-ES" w:eastAsia="es-ES"/>
        </w:rPr>
      </w:pPr>
    </w:p>
    <w:p w14:paraId="01EEAB70" w14:textId="77777777" w:rsidR="00F4330E" w:rsidRPr="000D2C63" w:rsidRDefault="00F4330E" w:rsidP="00F4330E">
      <w:pPr>
        <w:numPr>
          <w:ilvl w:val="0"/>
          <w:numId w:val="19"/>
        </w:numPr>
        <w:spacing w:after="0"/>
        <w:jc w:val="both"/>
        <w:textAlignment w:val="baseline"/>
        <w:rPr>
          <w:rFonts w:cs="Arial"/>
          <w:lang w:val="es-ES" w:eastAsia="es-ES"/>
        </w:rPr>
      </w:pPr>
      <w:r w:rsidRPr="000D2C63">
        <w:rPr>
          <w:rFonts w:cs="Arial"/>
          <w:lang w:val="es-ES" w:eastAsia="es-ES"/>
        </w:rPr>
        <w:t xml:space="preserve">El contratista deberá verificar y cumplir cualquier requisito, concepto técnico, autorización o trámite adicional, como el plan de manejo de tránsito (PMT), que pueda resultar aplicable conforme a las condiciones particulares de cada inmueble, las disposiciones urbanísticas locales, la normativa sobre bienes de interés cultural —si aplica— y las directrices que impartan las autoridades municipales competentes de departamento del valle del cauca y los municipios objeto de intervención. </w:t>
      </w:r>
    </w:p>
    <w:p w14:paraId="3C33982B" w14:textId="77777777" w:rsidR="00F4330E" w:rsidRPr="000D2C63" w:rsidRDefault="00F4330E" w:rsidP="00F4330E">
      <w:pPr>
        <w:ind w:left="720"/>
        <w:contextualSpacing/>
        <w:rPr>
          <w:rFonts w:cs="Arial"/>
          <w:szCs w:val="24"/>
          <w:lang w:eastAsia="es-ES"/>
        </w:rPr>
      </w:pPr>
    </w:p>
    <w:p w14:paraId="2261711B" w14:textId="77777777" w:rsidR="00F4330E" w:rsidRPr="000D2C63" w:rsidRDefault="00F4330E" w:rsidP="00F4330E">
      <w:pPr>
        <w:numPr>
          <w:ilvl w:val="0"/>
          <w:numId w:val="19"/>
        </w:numPr>
        <w:spacing w:after="0"/>
        <w:jc w:val="both"/>
        <w:textAlignment w:val="baseline"/>
        <w:rPr>
          <w:rFonts w:cs="Arial"/>
          <w:lang w:val="es-ES" w:eastAsia="es-ES"/>
        </w:rPr>
      </w:pPr>
      <w:r w:rsidRPr="000D2C63">
        <w:rPr>
          <w:rFonts w:cs="Arial"/>
          <w:lang w:val="es-ES" w:eastAsia="es-ES"/>
        </w:rPr>
        <w:t>Cumplir y aplicar durante la ejecución del contrato los lineamientos contenidos en la Circular DEAJC26-16 de 2026 y en la “Guía de eficiencia energética para sistemas de iluminación y climatización en edificios pertenecientes a la Rama Judicial”, garantizando que los materiales, equipos y elementos que se suministren e instalen, cuando aplique, cumplan con los criterios de eficiencia energética, sostenibilidad y desempeño técnico definidos por la Entidad y por la normativa vigente.</w:t>
      </w:r>
    </w:p>
    <w:p w14:paraId="0F3CEE3B" w14:textId="77777777" w:rsidR="00F4330E" w:rsidRPr="000D2C63" w:rsidRDefault="00F4330E" w:rsidP="00F4330E">
      <w:pPr>
        <w:ind w:left="360"/>
        <w:jc w:val="both"/>
        <w:textAlignment w:val="baseline"/>
        <w:rPr>
          <w:rFonts w:cs="Arial"/>
          <w:lang w:val="es-ES" w:eastAsia="es-ES"/>
        </w:rPr>
      </w:pPr>
    </w:p>
    <w:p w14:paraId="2F8C039C" w14:textId="77777777" w:rsidR="00F4330E" w:rsidRPr="000D2C63" w:rsidRDefault="00F4330E" w:rsidP="00F4330E">
      <w:pPr>
        <w:numPr>
          <w:ilvl w:val="0"/>
          <w:numId w:val="19"/>
        </w:numPr>
        <w:spacing w:after="0"/>
        <w:jc w:val="both"/>
        <w:textAlignment w:val="baseline"/>
        <w:rPr>
          <w:rFonts w:cs="Arial"/>
          <w:lang w:val="es-ES" w:eastAsia="es-ES"/>
        </w:rPr>
      </w:pPr>
      <w:r w:rsidRPr="000D2C63">
        <w:rPr>
          <w:rFonts w:cs="Arial"/>
          <w:lang w:val="es-ES" w:eastAsia="es-ES"/>
        </w:rPr>
        <w:lastRenderedPageBreak/>
        <w:t>Ejecutar todas las actividades objeto del contrato de conformidad con las especificaciones, procedimientos, materiales, requisitos técnicos, controles de calidad, normas de construcción y demás lineamientos contenidos en el documento “</w:t>
      </w:r>
      <w:r w:rsidRPr="000D2C63">
        <w:rPr>
          <w:rFonts w:cs="Arial"/>
          <w:i/>
          <w:iCs/>
          <w:u w:val="single"/>
          <w:lang w:val="es-ES" w:eastAsia="es-ES"/>
        </w:rPr>
        <w:t>Banco de Especificaciones Técnicas</w:t>
      </w:r>
      <w:r w:rsidRPr="000D2C63">
        <w:rPr>
          <w:rFonts w:cs="Arial"/>
          <w:lang w:val="es-ES" w:eastAsia="es-ES"/>
        </w:rPr>
        <w:t>”, así como en el anexo técnico del proceso, respondiendo por la correcta ejecución de las obras y por el cumplimiento de la normatividad vigente que resulte aplicable.</w:t>
      </w:r>
    </w:p>
    <w:p w14:paraId="297337AA" w14:textId="77777777" w:rsidR="00F4330E" w:rsidRPr="000D2C63" w:rsidRDefault="00F4330E" w:rsidP="00F4330E">
      <w:pPr>
        <w:ind w:left="708"/>
        <w:rPr>
          <w:rFonts w:cs="Arial"/>
          <w:lang w:eastAsia="es-ES"/>
        </w:rPr>
      </w:pPr>
    </w:p>
    <w:p w14:paraId="442B2CE1" w14:textId="77777777" w:rsidR="00F4330E" w:rsidRPr="000D2C63" w:rsidRDefault="00F4330E" w:rsidP="00F4330E">
      <w:pPr>
        <w:numPr>
          <w:ilvl w:val="0"/>
          <w:numId w:val="19"/>
        </w:numPr>
        <w:tabs>
          <w:tab w:val="center" w:pos="4252"/>
          <w:tab w:val="right" w:pos="8504"/>
        </w:tabs>
        <w:spacing w:after="0"/>
        <w:jc w:val="both"/>
        <w:rPr>
          <w:rFonts w:cs="Arial"/>
          <w:lang w:eastAsia="es-ES"/>
        </w:rPr>
      </w:pPr>
      <w:proofErr w:type="spellStart"/>
      <w:r w:rsidRPr="000D2C63">
        <w:rPr>
          <w:rFonts w:cs="Arial"/>
          <w:lang w:eastAsia="es-ES"/>
        </w:rPr>
        <w:t>Mantener</w:t>
      </w:r>
      <w:proofErr w:type="spellEnd"/>
      <w:r w:rsidRPr="000D2C63">
        <w:rPr>
          <w:rFonts w:cs="Arial"/>
          <w:lang w:eastAsia="es-ES"/>
        </w:rPr>
        <w:t xml:space="preserve"> las </w:t>
      </w:r>
      <w:proofErr w:type="spellStart"/>
      <w:r w:rsidRPr="000D2C63">
        <w:rPr>
          <w:rFonts w:cs="Arial"/>
          <w:lang w:eastAsia="es-ES"/>
        </w:rPr>
        <w:t>áreas</w:t>
      </w:r>
      <w:proofErr w:type="spellEnd"/>
      <w:r w:rsidRPr="000D2C63">
        <w:rPr>
          <w:rFonts w:cs="Arial"/>
          <w:lang w:eastAsia="es-ES"/>
        </w:rPr>
        <w:t xml:space="preserve"> </w:t>
      </w:r>
      <w:proofErr w:type="spellStart"/>
      <w:r w:rsidRPr="000D2C63">
        <w:rPr>
          <w:rFonts w:cs="Arial"/>
          <w:lang w:eastAsia="es-ES"/>
        </w:rPr>
        <w:t>donde</w:t>
      </w:r>
      <w:proofErr w:type="spellEnd"/>
      <w:r w:rsidRPr="000D2C63">
        <w:rPr>
          <w:rFonts w:cs="Arial"/>
          <w:lang w:eastAsia="es-ES"/>
        </w:rPr>
        <w:t xml:space="preserve"> se </w:t>
      </w:r>
      <w:proofErr w:type="spellStart"/>
      <w:r w:rsidRPr="000D2C63">
        <w:rPr>
          <w:rFonts w:cs="Arial"/>
          <w:lang w:eastAsia="es-ES"/>
        </w:rPr>
        <w:t>desarrollen</w:t>
      </w:r>
      <w:proofErr w:type="spellEnd"/>
      <w:r w:rsidRPr="000D2C63">
        <w:rPr>
          <w:rFonts w:cs="Arial"/>
          <w:lang w:eastAsia="es-ES"/>
        </w:rPr>
        <w:t xml:space="preserve"> </w:t>
      </w:r>
      <w:proofErr w:type="spellStart"/>
      <w:r w:rsidRPr="000D2C63">
        <w:rPr>
          <w:rFonts w:cs="Arial"/>
          <w:lang w:eastAsia="es-ES"/>
        </w:rPr>
        <w:t>trabajos</w:t>
      </w:r>
      <w:proofErr w:type="spellEnd"/>
      <w:r w:rsidRPr="000D2C63">
        <w:rPr>
          <w:rFonts w:cs="Arial"/>
          <w:lang w:eastAsia="es-ES"/>
        </w:rPr>
        <w:t xml:space="preserve">, </w:t>
      </w:r>
      <w:proofErr w:type="spellStart"/>
      <w:r w:rsidRPr="000D2C63">
        <w:rPr>
          <w:rFonts w:cs="Arial"/>
          <w:lang w:eastAsia="es-ES"/>
        </w:rPr>
        <w:t>libres</w:t>
      </w:r>
      <w:proofErr w:type="spellEnd"/>
      <w:r w:rsidRPr="000D2C63">
        <w:rPr>
          <w:rFonts w:cs="Arial"/>
          <w:lang w:eastAsia="es-ES"/>
        </w:rPr>
        <w:t xml:space="preserve"> de </w:t>
      </w:r>
      <w:proofErr w:type="spellStart"/>
      <w:r w:rsidRPr="000D2C63">
        <w:rPr>
          <w:rFonts w:cs="Arial"/>
          <w:lang w:eastAsia="es-ES"/>
        </w:rPr>
        <w:t>toda</w:t>
      </w:r>
      <w:proofErr w:type="spellEnd"/>
      <w:r w:rsidRPr="000D2C63">
        <w:rPr>
          <w:rFonts w:cs="Arial"/>
          <w:lang w:eastAsia="es-ES"/>
        </w:rPr>
        <w:t xml:space="preserve"> </w:t>
      </w:r>
      <w:proofErr w:type="spellStart"/>
      <w:r w:rsidRPr="000D2C63">
        <w:rPr>
          <w:rFonts w:cs="Arial"/>
          <w:lang w:eastAsia="es-ES"/>
        </w:rPr>
        <w:t>acumulación</w:t>
      </w:r>
      <w:proofErr w:type="spellEnd"/>
      <w:r w:rsidRPr="000D2C63">
        <w:rPr>
          <w:rFonts w:cs="Arial"/>
          <w:lang w:eastAsia="es-ES"/>
        </w:rPr>
        <w:t xml:space="preserve"> de </w:t>
      </w:r>
      <w:proofErr w:type="spellStart"/>
      <w:r w:rsidRPr="000D2C63">
        <w:rPr>
          <w:rFonts w:cs="Arial"/>
          <w:lang w:eastAsia="es-ES"/>
        </w:rPr>
        <w:t>desperdicios</w:t>
      </w:r>
      <w:proofErr w:type="spellEnd"/>
      <w:r w:rsidRPr="000D2C63">
        <w:rPr>
          <w:rFonts w:cs="Arial"/>
          <w:lang w:eastAsia="es-ES"/>
        </w:rPr>
        <w:t xml:space="preserve">, </w:t>
      </w:r>
      <w:proofErr w:type="spellStart"/>
      <w:r w:rsidRPr="000D2C63">
        <w:rPr>
          <w:rFonts w:cs="Arial"/>
          <w:lang w:eastAsia="es-ES"/>
        </w:rPr>
        <w:t>escombros</w:t>
      </w:r>
      <w:proofErr w:type="spellEnd"/>
      <w:r w:rsidRPr="000D2C63">
        <w:rPr>
          <w:rFonts w:cs="Arial"/>
          <w:lang w:eastAsia="es-ES"/>
        </w:rPr>
        <w:t xml:space="preserve">, </w:t>
      </w:r>
      <w:proofErr w:type="spellStart"/>
      <w:r w:rsidRPr="000D2C63">
        <w:rPr>
          <w:rFonts w:cs="Arial"/>
          <w:lang w:eastAsia="es-ES"/>
        </w:rPr>
        <w:t>entregándola</w:t>
      </w:r>
      <w:proofErr w:type="spellEnd"/>
      <w:r w:rsidRPr="000D2C63">
        <w:rPr>
          <w:rFonts w:cs="Arial"/>
          <w:lang w:eastAsia="es-ES"/>
        </w:rPr>
        <w:t xml:space="preserve"> a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terminación</w:t>
      </w:r>
      <w:proofErr w:type="spellEnd"/>
      <w:r w:rsidRPr="000D2C63">
        <w:rPr>
          <w:rFonts w:cs="Arial"/>
          <w:lang w:eastAsia="es-ES"/>
        </w:rPr>
        <w:t xml:space="preserve"> </w:t>
      </w:r>
      <w:proofErr w:type="spellStart"/>
      <w:r w:rsidRPr="000D2C63">
        <w:rPr>
          <w:rFonts w:cs="Arial"/>
          <w:lang w:eastAsia="es-ES"/>
        </w:rPr>
        <w:t>completamente</w:t>
      </w:r>
      <w:proofErr w:type="spellEnd"/>
      <w:r w:rsidRPr="000D2C63">
        <w:rPr>
          <w:rFonts w:cs="Arial"/>
          <w:lang w:eastAsia="es-ES"/>
        </w:rPr>
        <w:t xml:space="preserve"> </w:t>
      </w:r>
      <w:proofErr w:type="spellStart"/>
      <w:r w:rsidRPr="000D2C63">
        <w:rPr>
          <w:rFonts w:cs="Arial"/>
          <w:lang w:eastAsia="es-ES"/>
        </w:rPr>
        <w:t>limpia</w:t>
      </w:r>
      <w:proofErr w:type="spellEnd"/>
      <w:r w:rsidRPr="000D2C63">
        <w:rPr>
          <w:rFonts w:cs="Arial"/>
          <w:lang w:eastAsia="es-ES"/>
        </w:rPr>
        <w:t xml:space="preserve">. Los </w:t>
      </w:r>
      <w:proofErr w:type="spellStart"/>
      <w:r w:rsidRPr="000D2C63">
        <w:rPr>
          <w:rFonts w:cs="Arial"/>
          <w:lang w:eastAsia="es-ES"/>
        </w:rPr>
        <w:t>escombros</w:t>
      </w:r>
      <w:proofErr w:type="spellEnd"/>
      <w:r w:rsidRPr="000D2C63">
        <w:rPr>
          <w:rFonts w:cs="Arial"/>
          <w:lang w:eastAsia="es-ES"/>
        </w:rPr>
        <w:t xml:space="preserve"> y </w:t>
      </w:r>
      <w:proofErr w:type="spellStart"/>
      <w:r w:rsidRPr="000D2C63">
        <w:rPr>
          <w:rFonts w:cs="Arial"/>
          <w:lang w:eastAsia="es-ES"/>
        </w:rPr>
        <w:t>demás</w:t>
      </w:r>
      <w:proofErr w:type="spellEnd"/>
      <w:r w:rsidRPr="000D2C63">
        <w:rPr>
          <w:rFonts w:cs="Arial"/>
          <w:lang w:eastAsia="es-ES"/>
        </w:rPr>
        <w:t xml:space="preserve"> </w:t>
      </w:r>
      <w:proofErr w:type="spellStart"/>
      <w:r w:rsidRPr="000D2C63">
        <w:rPr>
          <w:rFonts w:cs="Arial"/>
          <w:lang w:eastAsia="es-ES"/>
        </w:rPr>
        <w:t>residuos</w:t>
      </w:r>
      <w:proofErr w:type="spellEnd"/>
      <w:r w:rsidRPr="000D2C63">
        <w:rPr>
          <w:rFonts w:cs="Arial"/>
          <w:lang w:eastAsia="es-ES"/>
        </w:rPr>
        <w:t xml:space="preserve"> se </w:t>
      </w:r>
      <w:proofErr w:type="spellStart"/>
      <w:r w:rsidRPr="000D2C63">
        <w:rPr>
          <w:rFonts w:cs="Arial"/>
          <w:lang w:eastAsia="es-ES"/>
        </w:rPr>
        <w:t>deben</w:t>
      </w:r>
      <w:proofErr w:type="spellEnd"/>
      <w:r w:rsidRPr="000D2C63">
        <w:rPr>
          <w:rFonts w:cs="Arial"/>
          <w:lang w:eastAsia="es-ES"/>
        </w:rPr>
        <w:t xml:space="preserve"> </w:t>
      </w:r>
      <w:proofErr w:type="spellStart"/>
      <w:r w:rsidRPr="000D2C63">
        <w:rPr>
          <w:rFonts w:cs="Arial"/>
          <w:lang w:eastAsia="es-ES"/>
        </w:rPr>
        <w:t>ubicar</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un sitio de </w:t>
      </w:r>
      <w:proofErr w:type="spellStart"/>
      <w:r w:rsidRPr="000D2C63">
        <w:rPr>
          <w:rFonts w:cs="Arial"/>
          <w:lang w:eastAsia="es-ES"/>
        </w:rPr>
        <w:t>acopio</w:t>
      </w:r>
      <w:proofErr w:type="spellEnd"/>
      <w:r w:rsidRPr="000D2C63">
        <w:rPr>
          <w:rFonts w:cs="Arial"/>
          <w:lang w:eastAsia="es-ES"/>
        </w:rPr>
        <w:t xml:space="preserve"> </w:t>
      </w:r>
      <w:proofErr w:type="spellStart"/>
      <w:r w:rsidRPr="000D2C63">
        <w:rPr>
          <w:rFonts w:cs="Arial"/>
          <w:lang w:eastAsia="es-ES"/>
        </w:rPr>
        <w:t>definido</w:t>
      </w:r>
      <w:proofErr w:type="spellEnd"/>
      <w:r w:rsidRPr="000D2C63">
        <w:rPr>
          <w:rFonts w:cs="Arial"/>
          <w:lang w:eastAsia="es-ES"/>
        </w:rPr>
        <w:t xml:space="preserve"> in situ para </w:t>
      </w:r>
      <w:proofErr w:type="spellStart"/>
      <w:r w:rsidRPr="000D2C63">
        <w:rPr>
          <w:rFonts w:cs="Arial"/>
          <w:lang w:eastAsia="es-ES"/>
        </w:rPr>
        <w:t>posteriormente</w:t>
      </w:r>
      <w:proofErr w:type="spellEnd"/>
      <w:r w:rsidRPr="000D2C63">
        <w:rPr>
          <w:rFonts w:cs="Arial"/>
          <w:lang w:eastAsia="es-ES"/>
        </w:rPr>
        <w:t xml:space="preserve"> </w:t>
      </w:r>
      <w:proofErr w:type="spellStart"/>
      <w:r w:rsidRPr="000D2C63">
        <w:rPr>
          <w:rFonts w:cs="Arial"/>
          <w:lang w:eastAsia="es-ES"/>
        </w:rPr>
        <w:t>retirar</w:t>
      </w:r>
      <w:proofErr w:type="spellEnd"/>
      <w:r w:rsidRPr="000D2C63">
        <w:rPr>
          <w:rFonts w:cs="Arial"/>
          <w:lang w:eastAsia="es-ES"/>
        </w:rPr>
        <w:t xml:space="preserve"> y </w:t>
      </w:r>
      <w:proofErr w:type="spellStart"/>
      <w:r w:rsidRPr="000D2C63">
        <w:rPr>
          <w:rFonts w:cs="Arial"/>
          <w:lang w:eastAsia="es-ES"/>
        </w:rPr>
        <w:t>hacer</w:t>
      </w:r>
      <w:proofErr w:type="spellEnd"/>
      <w:r w:rsidRPr="000D2C63">
        <w:rPr>
          <w:rFonts w:cs="Arial"/>
          <w:lang w:eastAsia="es-ES"/>
        </w:rPr>
        <w:t xml:space="preserve"> la </w:t>
      </w:r>
      <w:proofErr w:type="spellStart"/>
      <w:r w:rsidRPr="000D2C63">
        <w:rPr>
          <w:rFonts w:cs="Arial"/>
          <w:lang w:eastAsia="es-ES"/>
        </w:rPr>
        <w:t>respectiva</w:t>
      </w:r>
      <w:proofErr w:type="spellEnd"/>
      <w:r w:rsidRPr="000D2C63">
        <w:rPr>
          <w:rFonts w:cs="Arial"/>
          <w:lang w:eastAsia="es-ES"/>
        </w:rPr>
        <w:t xml:space="preserve"> </w:t>
      </w:r>
      <w:proofErr w:type="spellStart"/>
      <w:r w:rsidRPr="000D2C63">
        <w:rPr>
          <w:rFonts w:cs="Arial"/>
          <w:lang w:eastAsia="es-ES"/>
        </w:rPr>
        <w:t>destinación</w:t>
      </w:r>
      <w:proofErr w:type="spellEnd"/>
      <w:r w:rsidRPr="000D2C63">
        <w:rPr>
          <w:rFonts w:cs="Arial"/>
          <w:lang w:eastAsia="es-ES"/>
        </w:rPr>
        <w:t xml:space="preserve"> final. El </w:t>
      </w:r>
      <w:proofErr w:type="spellStart"/>
      <w:r w:rsidRPr="000D2C63">
        <w:rPr>
          <w:rFonts w:cs="Arial"/>
          <w:lang w:eastAsia="es-ES"/>
        </w:rPr>
        <w:t>contratista</w:t>
      </w:r>
      <w:proofErr w:type="spellEnd"/>
      <w:r w:rsidRPr="000D2C63">
        <w:rPr>
          <w:rFonts w:cs="Arial"/>
          <w:lang w:eastAsia="es-ES"/>
        </w:rPr>
        <w:t xml:space="preserve"> </w:t>
      </w:r>
      <w:proofErr w:type="spellStart"/>
      <w:r w:rsidRPr="000D2C63">
        <w:rPr>
          <w:rFonts w:cs="Arial"/>
          <w:lang w:eastAsia="es-ES"/>
        </w:rPr>
        <w:t>será</w:t>
      </w:r>
      <w:proofErr w:type="spellEnd"/>
      <w:r w:rsidRPr="000D2C63">
        <w:rPr>
          <w:rFonts w:cs="Arial"/>
          <w:lang w:eastAsia="es-ES"/>
        </w:rPr>
        <w:t xml:space="preserve"> </w:t>
      </w:r>
      <w:proofErr w:type="spellStart"/>
      <w:r w:rsidRPr="000D2C63">
        <w:rPr>
          <w:rFonts w:cs="Arial"/>
          <w:lang w:eastAsia="es-ES"/>
        </w:rPr>
        <w:t>responsable</w:t>
      </w:r>
      <w:proofErr w:type="spellEnd"/>
      <w:r w:rsidRPr="000D2C63">
        <w:rPr>
          <w:rFonts w:cs="Arial"/>
          <w:lang w:eastAsia="es-ES"/>
        </w:rPr>
        <w:t xml:space="preserve"> del </w:t>
      </w:r>
      <w:proofErr w:type="spellStart"/>
      <w:r w:rsidRPr="000D2C63">
        <w:rPr>
          <w:rFonts w:cs="Arial"/>
          <w:lang w:eastAsia="es-ES"/>
        </w:rPr>
        <w:t>trámite</w:t>
      </w:r>
      <w:proofErr w:type="spellEnd"/>
      <w:r w:rsidRPr="000D2C63">
        <w:rPr>
          <w:rFonts w:cs="Arial"/>
          <w:lang w:eastAsia="es-ES"/>
        </w:rPr>
        <w:t xml:space="preserve"> ante las </w:t>
      </w:r>
      <w:proofErr w:type="spellStart"/>
      <w:r w:rsidRPr="000D2C63">
        <w:rPr>
          <w:rFonts w:cs="Arial"/>
          <w:lang w:eastAsia="es-ES"/>
        </w:rPr>
        <w:t>autoridades</w:t>
      </w:r>
      <w:proofErr w:type="spellEnd"/>
      <w:r w:rsidRPr="000D2C63">
        <w:rPr>
          <w:rFonts w:cs="Arial"/>
          <w:lang w:eastAsia="es-ES"/>
        </w:rPr>
        <w:t xml:space="preserve"> </w:t>
      </w:r>
      <w:proofErr w:type="spellStart"/>
      <w:r w:rsidRPr="000D2C63">
        <w:rPr>
          <w:rFonts w:cs="Arial"/>
          <w:lang w:eastAsia="es-ES"/>
        </w:rPr>
        <w:t>competentes</w:t>
      </w:r>
      <w:proofErr w:type="spellEnd"/>
      <w:r w:rsidRPr="000D2C63">
        <w:rPr>
          <w:rFonts w:cs="Arial"/>
          <w:lang w:eastAsia="es-ES"/>
        </w:rPr>
        <w:t xml:space="preserve"> para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permisos</w:t>
      </w:r>
      <w:proofErr w:type="spellEnd"/>
      <w:r w:rsidRPr="000D2C63">
        <w:rPr>
          <w:rFonts w:cs="Arial"/>
          <w:lang w:eastAsia="es-ES"/>
        </w:rPr>
        <w:t xml:space="preserve"> de </w:t>
      </w:r>
      <w:proofErr w:type="spellStart"/>
      <w:r w:rsidRPr="000D2C63">
        <w:rPr>
          <w:rFonts w:cs="Arial"/>
          <w:lang w:eastAsia="es-ES"/>
        </w:rPr>
        <w:t>parqueo</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vehículos</w:t>
      </w:r>
      <w:proofErr w:type="spellEnd"/>
      <w:r w:rsidRPr="000D2C63">
        <w:rPr>
          <w:rFonts w:cs="Arial"/>
          <w:lang w:eastAsia="es-ES"/>
        </w:rPr>
        <w:t xml:space="preserve"> de carga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utilice</w:t>
      </w:r>
      <w:proofErr w:type="spellEnd"/>
      <w:r w:rsidRPr="000D2C63">
        <w:rPr>
          <w:rFonts w:cs="Arial"/>
          <w:lang w:eastAsia="es-ES"/>
        </w:rPr>
        <w:t xml:space="preserve"> para </w:t>
      </w:r>
      <w:proofErr w:type="spellStart"/>
      <w:r w:rsidRPr="000D2C63">
        <w:rPr>
          <w:rFonts w:cs="Arial"/>
          <w:lang w:eastAsia="es-ES"/>
        </w:rPr>
        <w:t>este</w:t>
      </w:r>
      <w:proofErr w:type="spellEnd"/>
      <w:r w:rsidRPr="000D2C63">
        <w:rPr>
          <w:rFonts w:cs="Arial"/>
          <w:lang w:eastAsia="es-ES"/>
        </w:rPr>
        <w:t xml:space="preserve"> fin.</w:t>
      </w:r>
    </w:p>
    <w:p w14:paraId="47658F73" w14:textId="77777777" w:rsidR="00F4330E" w:rsidRPr="000D2C63" w:rsidRDefault="00F4330E" w:rsidP="00F4330E">
      <w:pPr>
        <w:ind w:left="720"/>
        <w:contextualSpacing/>
        <w:rPr>
          <w:rFonts w:cs="Arial"/>
          <w:lang w:eastAsia="es-ES"/>
        </w:rPr>
      </w:pPr>
    </w:p>
    <w:p w14:paraId="1E3D1535" w14:textId="77777777" w:rsidR="00F4330E" w:rsidRPr="000D2C63" w:rsidRDefault="00F4330E" w:rsidP="00F4330E">
      <w:pPr>
        <w:numPr>
          <w:ilvl w:val="0"/>
          <w:numId w:val="19"/>
        </w:numPr>
        <w:tabs>
          <w:tab w:val="center" w:pos="4252"/>
          <w:tab w:val="right" w:pos="8504"/>
        </w:tabs>
        <w:spacing w:after="0"/>
        <w:jc w:val="both"/>
        <w:rPr>
          <w:rFonts w:cs="Arial"/>
          <w:lang w:eastAsia="es-ES"/>
        </w:rPr>
      </w:pPr>
      <w:r w:rsidRPr="000D2C63">
        <w:rPr>
          <w:rFonts w:cs="Arial"/>
          <w:lang w:val="es-ES" w:eastAsia="es-ES"/>
        </w:rPr>
        <w:t>Depósitos, áreas o campamentos provisionales: En cada sede se dispondrá de un espacio para almacenamiento del material, el cual estará bajo responsabilidad del personal de obra, así mismo, se dispondrá de baños y algunos espacios los cuales deberán ser devueltos en buen estado, conforme se entreguen.</w:t>
      </w:r>
    </w:p>
    <w:p w14:paraId="28635158" w14:textId="77777777" w:rsidR="00F4330E" w:rsidRPr="000D2C63" w:rsidRDefault="00F4330E" w:rsidP="00F4330E">
      <w:pPr>
        <w:jc w:val="both"/>
        <w:rPr>
          <w:rFonts w:cs="Arial"/>
          <w:lang w:val="es-ES_tradnl" w:eastAsia="es-ES"/>
        </w:rPr>
      </w:pPr>
    </w:p>
    <w:p w14:paraId="05347490" w14:textId="77777777" w:rsidR="00F4330E" w:rsidRPr="000D2C63" w:rsidRDefault="00F4330E" w:rsidP="00F4330E">
      <w:pPr>
        <w:numPr>
          <w:ilvl w:val="0"/>
          <w:numId w:val="19"/>
        </w:numPr>
        <w:tabs>
          <w:tab w:val="center" w:pos="4252"/>
          <w:tab w:val="right" w:pos="8504"/>
        </w:tabs>
        <w:spacing w:after="0"/>
        <w:jc w:val="both"/>
        <w:rPr>
          <w:rFonts w:cs="Arial"/>
          <w:lang w:eastAsia="es-ES"/>
        </w:rPr>
      </w:pPr>
      <w:proofErr w:type="spellStart"/>
      <w:r w:rsidRPr="000D2C63">
        <w:rPr>
          <w:rFonts w:cs="Arial"/>
          <w:lang w:eastAsia="es-ES"/>
        </w:rPr>
        <w:t>Ejecutar</w:t>
      </w:r>
      <w:proofErr w:type="spellEnd"/>
      <w:r w:rsidRPr="000D2C63">
        <w:rPr>
          <w:rFonts w:cs="Arial"/>
          <w:lang w:eastAsia="es-ES"/>
        </w:rPr>
        <w:t xml:space="preserve"> las </w:t>
      </w:r>
      <w:proofErr w:type="spellStart"/>
      <w:r w:rsidRPr="000D2C63">
        <w:rPr>
          <w:rFonts w:cs="Arial"/>
          <w:lang w:eastAsia="es-ES"/>
        </w:rPr>
        <w:t>actividades</w:t>
      </w:r>
      <w:proofErr w:type="spellEnd"/>
      <w:r w:rsidRPr="000D2C63">
        <w:rPr>
          <w:rFonts w:cs="Arial"/>
          <w:lang w:eastAsia="es-ES"/>
        </w:rPr>
        <w:t xml:space="preserve"> </w:t>
      </w:r>
      <w:proofErr w:type="spellStart"/>
      <w:r w:rsidRPr="000D2C63">
        <w:rPr>
          <w:rFonts w:cs="Arial"/>
          <w:lang w:eastAsia="es-ES"/>
        </w:rPr>
        <w:t>objeto</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de </w:t>
      </w:r>
      <w:proofErr w:type="spellStart"/>
      <w:r w:rsidRPr="000D2C63">
        <w:rPr>
          <w:rFonts w:cs="Arial"/>
          <w:lang w:eastAsia="es-ES"/>
        </w:rPr>
        <w:t>conformidad</w:t>
      </w:r>
      <w:proofErr w:type="spellEnd"/>
      <w:r w:rsidRPr="000D2C63">
        <w:rPr>
          <w:rFonts w:cs="Arial"/>
          <w:lang w:eastAsia="es-ES"/>
        </w:rPr>
        <w:t xml:space="preserve"> con el </w:t>
      </w:r>
      <w:proofErr w:type="spellStart"/>
      <w:r w:rsidRPr="000D2C63">
        <w:rPr>
          <w:rFonts w:cs="Arial"/>
          <w:lang w:eastAsia="es-ES"/>
        </w:rPr>
        <w:t>cronograma</w:t>
      </w:r>
      <w:proofErr w:type="spellEnd"/>
      <w:r w:rsidRPr="000D2C63">
        <w:rPr>
          <w:rFonts w:cs="Arial"/>
          <w:lang w:eastAsia="es-ES"/>
        </w:rPr>
        <w:t xml:space="preserve"> general y el </w:t>
      </w:r>
      <w:proofErr w:type="spellStart"/>
      <w:r w:rsidRPr="000D2C63">
        <w:rPr>
          <w:rFonts w:cs="Arial"/>
          <w:lang w:eastAsia="es-ES"/>
        </w:rPr>
        <w:t>orden</w:t>
      </w:r>
      <w:proofErr w:type="spellEnd"/>
      <w:r w:rsidRPr="000D2C63">
        <w:rPr>
          <w:rFonts w:cs="Arial"/>
          <w:lang w:eastAsia="es-ES"/>
        </w:rPr>
        <w:t xml:space="preserve"> de </w:t>
      </w:r>
      <w:proofErr w:type="spellStart"/>
      <w:r w:rsidRPr="000D2C63">
        <w:rPr>
          <w:rFonts w:cs="Arial"/>
          <w:lang w:eastAsia="es-ES"/>
        </w:rPr>
        <w:t>intervención</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establezca</w:t>
      </w:r>
      <w:proofErr w:type="spellEnd"/>
      <w:r w:rsidRPr="000D2C63">
        <w:rPr>
          <w:rFonts w:cs="Arial"/>
          <w:lang w:eastAsia="es-ES"/>
        </w:rPr>
        <w:t xml:space="preserve"> la </w:t>
      </w:r>
      <w:proofErr w:type="spellStart"/>
      <w:r w:rsidRPr="000D2C63">
        <w:rPr>
          <w:rFonts w:cs="Arial"/>
          <w:lang w:eastAsia="es-ES"/>
        </w:rPr>
        <w:t>Entidad</w:t>
      </w:r>
      <w:proofErr w:type="spellEnd"/>
      <w:r w:rsidRPr="000D2C63">
        <w:rPr>
          <w:rFonts w:cs="Arial"/>
          <w:lang w:eastAsia="es-ES"/>
        </w:rPr>
        <w:t xml:space="preserve"> a </w:t>
      </w:r>
      <w:proofErr w:type="spellStart"/>
      <w:r w:rsidRPr="000D2C63">
        <w:rPr>
          <w:rFonts w:cs="Arial"/>
          <w:lang w:eastAsia="es-ES"/>
        </w:rPr>
        <w:t>través</w:t>
      </w:r>
      <w:proofErr w:type="spellEnd"/>
      <w:r w:rsidRPr="000D2C63">
        <w:rPr>
          <w:rFonts w:cs="Arial"/>
          <w:lang w:eastAsia="es-ES"/>
        </w:rPr>
        <w:t xml:space="preserve"> del supervisor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ajustando</w:t>
      </w:r>
      <w:proofErr w:type="spellEnd"/>
      <w:r w:rsidRPr="000D2C63">
        <w:rPr>
          <w:rFonts w:cs="Arial"/>
          <w:lang w:eastAsia="es-ES"/>
        </w:rPr>
        <w:t xml:space="preserve"> la </w:t>
      </w:r>
      <w:proofErr w:type="spellStart"/>
      <w:r w:rsidRPr="000D2C63">
        <w:rPr>
          <w:rFonts w:cs="Arial"/>
          <w:lang w:eastAsia="es-ES"/>
        </w:rPr>
        <w:t>programación</w:t>
      </w:r>
      <w:proofErr w:type="spellEnd"/>
      <w:r w:rsidRPr="000D2C63">
        <w:rPr>
          <w:rFonts w:cs="Arial"/>
          <w:lang w:eastAsia="es-ES"/>
        </w:rPr>
        <w:t xml:space="preserve"> de </w:t>
      </w:r>
      <w:proofErr w:type="spellStart"/>
      <w:r w:rsidRPr="000D2C63">
        <w:rPr>
          <w:rFonts w:cs="Arial"/>
          <w:lang w:eastAsia="es-ES"/>
        </w:rPr>
        <w:t>recursos</w:t>
      </w:r>
      <w:proofErr w:type="spellEnd"/>
      <w:r w:rsidRPr="000D2C63">
        <w:rPr>
          <w:rFonts w:cs="Arial"/>
          <w:lang w:eastAsia="es-ES"/>
        </w:rPr>
        <w:t xml:space="preserve">, personal y </w:t>
      </w:r>
      <w:proofErr w:type="spellStart"/>
      <w:r w:rsidRPr="000D2C63">
        <w:rPr>
          <w:rFonts w:cs="Arial"/>
          <w:lang w:eastAsia="es-ES"/>
        </w:rPr>
        <w:t>materiales</w:t>
      </w:r>
      <w:proofErr w:type="spellEnd"/>
      <w:r w:rsidRPr="000D2C63">
        <w:rPr>
          <w:rFonts w:cs="Arial"/>
          <w:lang w:eastAsia="es-ES"/>
        </w:rPr>
        <w:t xml:space="preserve"> a las </w:t>
      </w:r>
      <w:proofErr w:type="spellStart"/>
      <w:r w:rsidRPr="000D2C63">
        <w:rPr>
          <w:rFonts w:cs="Arial"/>
          <w:lang w:eastAsia="es-ES"/>
        </w:rPr>
        <w:t>necesidades</w:t>
      </w:r>
      <w:proofErr w:type="spellEnd"/>
      <w:r w:rsidRPr="000D2C63">
        <w:rPr>
          <w:rFonts w:cs="Arial"/>
          <w:lang w:eastAsia="es-ES"/>
        </w:rPr>
        <w:t xml:space="preserve"> del </w:t>
      </w:r>
      <w:proofErr w:type="spellStart"/>
      <w:r w:rsidRPr="000D2C63">
        <w:rPr>
          <w:rFonts w:cs="Arial"/>
          <w:lang w:eastAsia="es-ES"/>
        </w:rPr>
        <w:t>servicio</w:t>
      </w:r>
      <w:proofErr w:type="spellEnd"/>
      <w:r w:rsidRPr="000D2C63">
        <w:rPr>
          <w:rFonts w:cs="Arial"/>
          <w:lang w:eastAsia="es-ES"/>
        </w:rPr>
        <w:t>.</w:t>
      </w:r>
    </w:p>
    <w:p w14:paraId="486878C0" w14:textId="77777777" w:rsidR="00F4330E" w:rsidRPr="000D2C63" w:rsidRDefault="00F4330E" w:rsidP="00F4330E">
      <w:pPr>
        <w:ind w:left="708"/>
        <w:rPr>
          <w:rFonts w:cs="Arial"/>
          <w:lang w:eastAsia="es-ES"/>
        </w:rPr>
      </w:pPr>
    </w:p>
    <w:p w14:paraId="6AED3FAE" w14:textId="77777777" w:rsidR="00F4330E" w:rsidRPr="000D2C63" w:rsidRDefault="00F4330E" w:rsidP="00F4330E">
      <w:pPr>
        <w:numPr>
          <w:ilvl w:val="0"/>
          <w:numId w:val="19"/>
        </w:numPr>
        <w:tabs>
          <w:tab w:val="center" w:pos="4252"/>
          <w:tab w:val="right" w:pos="8504"/>
        </w:tabs>
        <w:spacing w:after="0"/>
        <w:jc w:val="both"/>
        <w:rPr>
          <w:rFonts w:cs="Arial"/>
          <w:lang w:eastAsia="es-ES"/>
        </w:rPr>
      </w:pPr>
      <w:r w:rsidRPr="000D2C63">
        <w:rPr>
          <w:rFonts w:cs="Arial"/>
          <w:lang w:eastAsia="es-ES"/>
        </w:rPr>
        <w:tab/>
      </w:r>
      <w:proofErr w:type="spellStart"/>
      <w:r w:rsidRPr="000D2C63">
        <w:rPr>
          <w:rFonts w:cs="Arial"/>
          <w:lang w:eastAsia="es-ES"/>
        </w:rPr>
        <w:t>Adelantar</w:t>
      </w:r>
      <w:proofErr w:type="spellEnd"/>
      <w:r w:rsidRPr="000D2C63">
        <w:rPr>
          <w:rFonts w:cs="Arial"/>
          <w:lang w:eastAsia="es-ES"/>
        </w:rPr>
        <w:t xml:space="preserve"> las </w:t>
      </w:r>
      <w:proofErr w:type="spellStart"/>
      <w:r w:rsidRPr="000D2C63">
        <w:rPr>
          <w:rFonts w:cs="Arial"/>
          <w:lang w:eastAsia="es-ES"/>
        </w:rPr>
        <w:t>labores</w:t>
      </w:r>
      <w:proofErr w:type="spellEnd"/>
      <w:r w:rsidRPr="000D2C63">
        <w:rPr>
          <w:rFonts w:cs="Arial"/>
          <w:lang w:eastAsia="es-ES"/>
        </w:rPr>
        <w:t xml:space="preserve"> </w:t>
      </w:r>
      <w:proofErr w:type="spellStart"/>
      <w:r w:rsidRPr="000D2C63">
        <w:rPr>
          <w:rFonts w:cs="Arial"/>
          <w:lang w:eastAsia="es-ES"/>
        </w:rPr>
        <w:t>dentro</w:t>
      </w:r>
      <w:proofErr w:type="spellEnd"/>
      <w:r w:rsidRPr="000D2C63">
        <w:rPr>
          <w:rFonts w:cs="Arial"/>
          <w:lang w:eastAsia="es-ES"/>
        </w:rPr>
        <w:t xml:space="preserve"> del </w:t>
      </w:r>
      <w:proofErr w:type="spellStart"/>
      <w:r w:rsidRPr="000D2C63">
        <w:rPr>
          <w:rFonts w:cs="Arial"/>
          <w:lang w:eastAsia="es-ES"/>
        </w:rPr>
        <w:t>plazo</w:t>
      </w:r>
      <w:proofErr w:type="spellEnd"/>
      <w:r w:rsidRPr="000D2C63">
        <w:rPr>
          <w:rFonts w:cs="Arial"/>
          <w:lang w:eastAsia="es-ES"/>
        </w:rPr>
        <w:t xml:space="preserve"> </w:t>
      </w:r>
      <w:proofErr w:type="spellStart"/>
      <w:r w:rsidRPr="000D2C63">
        <w:rPr>
          <w:rFonts w:cs="Arial"/>
          <w:lang w:eastAsia="es-ES"/>
        </w:rPr>
        <w:t>estipulado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un </w:t>
      </w:r>
      <w:proofErr w:type="spellStart"/>
      <w:r w:rsidRPr="000D2C63">
        <w:rPr>
          <w:rFonts w:cs="Arial"/>
          <w:lang w:eastAsia="es-ES"/>
        </w:rPr>
        <w:t>cronograma</w:t>
      </w:r>
      <w:proofErr w:type="spellEnd"/>
      <w:r w:rsidRPr="000D2C63">
        <w:rPr>
          <w:rFonts w:cs="Arial"/>
          <w:lang w:eastAsia="es-ES"/>
        </w:rPr>
        <w:t xml:space="preserve"> de </w:t>
      </w:r>
      <w:proofErr w:type="spellStart"/>
      <w:r w:rsidRPr="000D2C63">
        <w:rPr>
          <w:rFonts w:cs="Arial"/>
          <w:lang w:eastAsia="es-ES"/>
        </w:rPr>
        <w:t>ejecución</w:t>
      </w:r>
      <w:proofErr w:type="spellEnd"/>
      <w:r w:rsidRPr="000D2C63">
        <w:rPr>
          <w:rFonts w:cs="Arial"/>
          <w:lang w:eastAsia="es-ES"/>
        </w:rPr>
        <w:t xml:space="preserve"> </w:t>
      </w:r>
      <w:proofErr w:type="spellStart"/>
      <w:r w:rsidRPr="000D2C63">
        <w:rPr>
          <w:rFonts w:cs="Arial"/>
          <w:lang w:eastAsia="es-ES"/>
        </w:rPr>
        <w:t>presentado</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el </w:t>
      </w:r>
      <w:proofErr w:type="spellStart"/>
      <w:r w:rsidRPr="000D2C63">
        <w:rPr>
          <w:rFonts w:cs="Arial"/>
          <w:lang w:eastAsia="es-ES"/>
        </w:rPr>
        <w:t>contratista</w:t>
      </w:r>
      <w:proofErr w:type="spellEnd"/>
      <w:r w:rsidRPr="000D2C63">
        <w:rPr>
          <w:rFonts w:cs="Arial"/>
          <w:lang w:eastAsia="es-ES"/>
        </w:rPr>
        <w:t xml:space="preserve"> y </w:t>
      </w:r>
      <w:proofErr w:type="spellStart"/>
      <w:r w:rsidRPr="000D2C63">
        <w:rPr>
          <w:rFonts w:cs="Arial"/>
          <w:lang w:eastAsia="es-ES"/>
        </w:rPr>
        <w:t>aprobado</w:t>
      </w:r>
      <w:proofErr w:type="spellEnd"/>
      <w:r w:rsidRPr="000D2C63">
        <w:rPr>
          <w:rFonts w:cs="Arial"/>
          <w:lang w:eastAsia="es-ES"/>
        </w:rPr>
        <w:t xml:space="preserve"> </w:t>
      </w:r>
      <w:proofErr w:type="spellStart"/>
      <w:r w:rsidRPr="000D2C63">
        <w:rPr>
          <w:rFonts w:cs="Arial"/>
          <w:lang w:eastAsia="es-ES"/>
        </w:rPr>
        <w:t>previamente</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el supervisor </w:t>
      </w:r>
      <w:proofErr w:type="spellStart"/>
      <w:r w:rsidRPr="000D2C63">
        <w:rPr>
          <w:rFonts w:cs="Arial"/>
          <w:lang w:eastAsia="es-ES"/>
        </w:rPr>
        <w:t>designado</w:t>
      </w:r>
      <w:proofErr w:type="spellEnd"/>
      <w:r w:rsidRPr="000D2C63">
        <w:rPr>
          <w:rFonts w:cs="Arial"/>
          <w:lang w:eastAsia="es-ES"/>
        </w:rPr>
        <w:t xml:space="preserve">, el </w:t>
      </w:r>
      <w:proofErr w:type="spellStart"/>
      <w:r w:rsidRPr="000D2C63">
        <w:rPr>
          <w:rFonts w:cs="Arial"/>
          <w:lang w:eastAsia="es-ES"/>
        </w:rPr>
        <w:t>cual</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presentarse</w:t>
      </w:r>
      <w:proofErr w:type="spellEnd"/>
      <w:r w:rsidRPr="000D2C63">
        <w:rPr>
          <w:rFonts w:cs="Arial"/>
          <w:lang w:eastAsia="es-ES"/>
        </w:rPr>
        <w:t xml:space="preserve"> </w:t>
      </w:r>
      <w:proofErr w:type="spellStart"/>
      <w:r w:rsidRPr="000D2C63">
        <w:rPr>
          <w:rFonts w:cs="Arial"/>
          <w:lang w:eastAsia="es-ES"/>
        </w:rPr>
        <w:t>dentro</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tres</w:t>
      </w:r>
      <w:proofErr w:type="spellEnd"/>
      <w:r w:rsidRPr="000D2C63">
        <w:rPr>
          <w:rFonts w:cs="Arial"/>
          <w:lang w:eastAsia="es-ES"/>
        </w:rPr>
        <w:t xml:space="preserve"> (03) días </w:t>
      </w:r>
      <w:proofErr w:type="spellStart"/>
      <w:r w:rsidRPr="000D2C63">
        <w:rPr>
          <w:rFonts w:cs="Arial"/>
          <w:lang w:eastAsia="es-ES"/>
        </w:rPr>
        <w:t>calendario</w:t>
      </w:r>
      <w:proofErr w:type="spellEnd"/>
      <w:r w:rsidRPr="000D2C63">
        <w:rPr>
          <w:rFonts w:cs="Arial"/>
          <w:lang w:eastAsia="es-ES"/>
        </w:rPr>
        <w:t xml:space="preserve"> </w:t>
      </w:r>
      <w:proofErr w:type="spellStart"/>
      <w:r w:rsidRPr="000D2C63">
        <w:rPr>
          <w:rFonts w:cs="Arial"/>
          <w:lang w:eastAsia="es-ES"/>
        </w:rPr>
        <w:t>siguientes</w:t>
      </w:r>
      <w:proofErr w:type="spellEnd"/>
      <w:r w:rsidRPr="000D2C63">
        <w:rPr>
          <w:rFonts w:cs="Arial"/>
          <w:lang w:eastAsia="es-ES"/>
        </w:rPr>
        <w:t xml:space="preserve"> a la </w:t>
      </w:r>
      <w:proofErr w:type="spellStart"/>
      <w:r w:rsidRPr="000D2C63">
        <w:rPr>
          <w:rFonts w:cs="Arial"/>
          <w:lang w:eastAsia="es-ES"/>
        </w:rPr>
        <w:t>suscripción</w:t>
      </w:r>
      <w:proofErr w:type="spellEnd"/>
      <w:r w:rsidRPr="000D2C63">
        <w:rPr>
          <w:rFonts w:cs="Arial"/>
          <w:lang w:eastAsia="es-ES"/>
        </w:rPr>
        <w:t xml:space="preserve"> del acta de </w:t>
      </w:r>
      <w:proofErr w:type="spellStart"/>
      <w:r w:rsidRPr="000D2C63">
        <w:rPr>
          <w:rFonts w:cs="Arial"/>
          <w:lang w:eastAsia="es-ES"/>
        </w:rPr>
        <w:t>inicio</w:t>
      </w:r>
      <w:proofErr w:type="spellEnd"/>
      <w:r w:rsidRPr="000D2C63">
        <w:rPr>
          <w:rFonts w:cs="Arial"/>
          <w:lang w:eastAsia="es-ES"/>
        </w:rPr>
        <w:t xml:space="preserve">. Para la </w:t>
      </w:r>
      <w:proofErr w:type="spellStart"/>
      <w:r w:rsidRPr="000D2C63">
        <w:rPr>
          <w:rFonts w:cs="Arial"/>
          <w:lang w:eastAsia="es-ES"/>
        </w:rPr>
        <w:t>elaboración</w:t>
      </w:r>
      <w:proofErr w:type="spellEnd"/>
      <w:r w:rsidRPr="000D2C63">
        <w:rPr>
          <w:rFonts w:cs="Arial"/>
          <w:lang w:eastAsia="es-ES"/>
        </w:rPr>
        <w:t xml:space="preserve"> del </w:t>
      </w:r>
      <w:proofErr w:type="spellStart"/>
      <w:r w:rsidRPr="000D2C63">
        <w:rPr>
          <w:rFonts w:cs="Arial"/>
          <w:lang w:eastAsia="es-ES"/>
        </w:rPr>
        <w:t>cronograma</w:t>
      </w:r>
      <w:proofErr w:type="spellEnd"/>
      <w:r w:rsidRPr="000D2C63">
        <w:rPr>
          <w:rFonts w:cs="Arial"/>
          <w:lang w:eastAsia="es-ES"/>
        </w:rPr>
        <w:t xml:space="preserve">, el </w:t>
      </w:r>
      <w:proofErr w:type="spellStart"/>
      <w:r w:rsidRPr="000D2C63">
        <w:rPr>
          <w:rFonts w:cs="Arial"/>
          <w:lang w:eastAsia="es-ES"/>
        </w:rPr>
        <w:t>contratista</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considerar</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horarios</w:t>
      </w:r>
      <w:proofErr w:type="spellEnd"/>
      <w:r w:rsidRPr="000D2C63">
        <w:rPr>
          <w:rFonts w:cs="Arial"/>
          <w:lang w:eastAsia="es-ES"/>
        </w:rPr>
        <w:t xml:space="preserve"> y </w:t>
      </w:r>
      <w:proofErr w:type="spellStart"/>
      <w:r w:rsidRPr="000D2C63">
        <w:rPr>
          <w:rFonts w:cs="Arial"/>
          <w:lang w:eastAsia="es-ES"/>
        </w:rPr>
        <w:t>restricciones</w:t>
      </w:r>
      <w:proofErr w:type="spellEnd"/>
      <w:r w:rsidRPr="000D2C63">
        <w:rPr>
          <w:rFonts w:cs="Arial"/>
          <w:lang w:eastAsia="es-ES"/>
        </w:rPr>
        <w:t xml:space="preserve"> </w:t>
      </w:r>
      <w:proofErr w:type="spellStart"/>
      <w:r w:rsidRPr="000D2C63">
        <w:rPr>
          <w:rFonts w:cs="Arial"/>
          <w:lang w:eastAsia="es-ES"/>
        </w:rPr>
        <w:t>establecidas</w:t>
      </w:r>
      <w:proofErr w:type="spellEnd"/>
      <w:r w:rsidRPr="000D2C63">
        <w:rPr>
          <w:rFonts w:cs="Arial"/>
          <w:lang w:eastAsia="es-ES"/>
        </w:rPr>
        <w:t xml:space="preserve">, con el fin de no </w:t>
      </w:r>
      <w:proofErr w:type="spellStart"/>
      <w:r w:rsidRPr="000D2C63">
        <w:rPr>
          <w:rFonts w:cs="Arial"/>
          <w:lang w:eastAsia="es-ES"/>
        </w:rPr>
        <w:t>interferir</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las </w:t>
      </w:r>
      <w:proofErr w:type="spellStart"/>
      <w:r w:rsidRPr="000D2C63">
        <w:rPr>
          <w:rFonts w:cs="Arial"/>
          <w:lang w:eastAsia="es-ES"/>
        </w:rPr>
        <w:t>labores</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Despachos</w:t>
      </w:r>
      <w:proofErr w:type="spellEnd"/>
      <w:r w:rsidRPr="000D2C63">
        <w:rPr>
          <w:rFonts w:cs="Arial"/>
          <w:lang w:eastAsia="es-ES"/>
        </w:rPr>
        <w:t xml:space="preserve"> </w:t>
      </w:r>
      <w:proofErr w:type="spellStart"/>
      <w:r w:rsidRPr="000D2C63">
        <w:rPr>
          <w:rFonts w:cs="Arial"/>
          <w:lang w:eastAsia="es-ES"/>
        </w:rPr>
        <w:t>Judiciales</w:t>
      </w:r>
      <w:proofErr w:type="spellEnd"/>
      <w:r w:rsidRPr="000D2C63">
        <w:rPr>
          <w:rFonts w:cs="Arial"/>
          <w:lang w:eastAsia="es-ES"/>
        </w:rPr>
        <w:t xml:space="preserve">. </w:t>
      </w:r>
      <w:proofErr w:type="spellStart"/>
      <w:r w:rsidRPr="000D2C63">
        <w:rPr>
          <w:rFonts w:cs="Arial"/>
          <w:lang w:eastAsia="es-ES"/>
        </w:rPr>
        <w:t>Así</w:t>
      </w:r>
      <w:proofErr w:type="spellEnd"/>
      <w:r w:rsidRPr="000D2C63">
        <w:rPr>
          <w:rFonts w:cs="Arial"/>
          <w:lang w:eastAsia="es-ES"/>
        </w:rPr>
        <w:t xml:space="preserve"> </w:t>
      </w:r>
      <w:proofErr w:type="spellStart"/>
      <w:r w:rsidRPr="000D2C63">
        <w:rPr>
          <w:rFonts w:cs="Arial"/>
          <w:lang w:eastAsia="es-ES"/>
        </w:rPr>
        <w:t>mismo</w:t>
      </w:r>
      <w:proofErr w:type="spellEnd"/>
      <w:r w:rsidRPr="000D2C63">
        <w:rPr>
          <w:rFonts w:cs="Arial"/>
          <w:lang w:eastAsia="es-ES"/>
        </w:rPr>
        <w:t xml:space="preserve">, se </w:t>
      </w:r>
      <w:proofErr w:type="spellStart"/>
      <w:r w:rsidRPr="000D2C63">
        <w:rPr>
          <w:rFonts w:cs="Arial"/>
          <w:lang w:eastAsia="es-ES"/>
        </w:rPr>
        <w:t>podrán</w:t>
      </w:r>
      <w:proofErr w:type="spellEnd"/>
      <w:r w:rsidRPr="000D2C63">
        <w:rPr>
          <w:rFonts w:cs="Arial"/>
          <w:lang w:eastAsia="es-ES"/>
        </w:rPr>
        <w:t xml:space="preserve"> </w:t>
      </w:r>
      <w:proofErr w:type="spellStart"/>
      <w:r w:rsidRPr="000D2C63">
        <w:rPr>
          <w:rFonts w:cs="Arial"/>
          <w:lang w:eastAsia="es-ES"/>
        </w:rPr>
        <w:t>convenir</w:t>
      </w:r>
      <w:proofErr w:type="spellEnd"/>
      <w:r w:rsidRPr="000D2C63">
        <w:rPr>
          <w:rFonts w:cs="Arial"/>
          <w:lang w:eastAsia="es-ES"/>
        </w:rPr>
        <w:t xml:space="preserve"> la </w:t>
      </w:r>
      <w:proofErr w:type="spellStart"/>
      <w:r w:rsidRPr="000D2C63">
        <w:rPr>
          <w:rFonts w:cs="Arial"/>
          <w:lang w:eastAsia="es-ES"/>
        </w:rPr>
        <w:t>ejecución</w:t>
      </w:r>
      <w:proofErr w:type="spellEnd"/>
      <w:r w:rsidRPr="000D2C63">
        <w:rPr>
          <w:rFonts w:cs="Arial"/>
          <w:lang w:eastAsia="es-ES"/>
        </w:rPr>
        <w:t xml:space="preserve"> de </w:t>
      </w:r>
      <w:proofErr w:type="spellStart"/>
      <w:r w:rsidRPr="000D2C63">
        <w:rPr>
          <w:rFonts w:cs="Arial"/>
          <w:lang w:eastAsia="es-ES"/>
        </w:rPr>
        <w:t>labores</w:t>
      </w:r>
      <w:proofErr w:type="spellEnd"/>
      <w:r w:rsidRPr="000D2C63">
        <w:rPr>
          <w:rFonts w:cs="Arial"/>
          <w:lang w:eastAsia="es-ES"/>
        </w:rPr>
        <w:t xml:space="preserve"> </w:t>
      </w:r>
      <w:proofErr w:type="spellStart"/>
      <w:r w:rsidRPr="000D2C63">
        <w:rPr>
          <w:rFonts w:cs="Arial"/>
          <w:lang w:eastAsia="es-ES"/>
        </w:rPr>
        <w:t>durante</w:t>
      </w:r>
      <w:proofErr w:type="spellEnd"/>
      <w:r w:rsidRPr="000D2C63">
        <w:rPr>
          <w:rFonts w:cs="Arial"/>
          <w:lang w:eastAsia="es-ES"/>
        </w:rPr>
        <w:t xml:space="preserve"> el fin de </w:t>
      </w:r>
      <w:proofErr w:type="spellStart"/>
      <w:r w:rsidRPr="000D2C63">
        <w:rPr>
          <w:rFonts w:cs="Arial"/>
          <w:lang w:eastAsia="es-ES"/>
        </w:rPr>
        <w:t>semana</w:t>
      </w:r>
      <w:proofErr w:type="spellEnd"/>
      <w:r w:rsidRPr="000D2C63">
        <w:rPr>
          <w:rFonts w:cs="Arial"/>
          <w:lang w:eastAsia="es-ES"/>
        </w:rPr>
        <w:t xml:space="preserve"> y/o </w:t>
      </w:r>
      <w:proofErr w:type="spellStart"/>
      <w:r w:rsidRPr="000D2C63">
        <w:rPr>
          <w:rFonts w:cs="Arial"/>
          <w:lang w:eastAsia="es-ES"/>
        </w:rPr>
        <w:t>horarios</w:t>
      </w:r>
      <w:proofErr w:type="spellEnd"/>
      <w:r w:rsidRPr="000D2C63">
        <w:rPr>
          <w:rFonts w:cs="Arial"/>
          <w:lang w:eastAsia="es-ES"/>
        </w:rPr>
        <w:t xml:space="preserve"> </w:t>
      </w:r>
      <w:proofErr w:type="spellStart"/>
      <w:r w:rsidRPr="000D2C63">
        <w:rPr>
          <w:rFonts w:cs="Arial"/>
          <w:lang w:eastAsia="es-ES"/>
        </w:rPr>
        <w:t>nocturnos</w:t>
      </w:r>
      <w:proofErr w:type="spellEnd"/>
      <w:r w:rsidRPr="000D2C63">
        <w:rPr>
          <w:rFonts w:cs="Arial"/>
          <w:lang w:eastAsia="es-ES"/>
        </w:rPr>
        <w:t xml:space="preserve">, de ser </w:t>
      </w:r>
      <w:proofErr w:type="spellStart"/>
      <w:r w:rsidRPr="000D2C63">
        <w:rPr>
          <w:rFonts w:cs="Arial"/>
          <w:lang w:eastAsia="es-ES"/>
        </w:rPr>
        <w:t>necesario</w:t>
      </w:r>
      <w:proofErr w:type="spellEnd"/>
      <w:r w:rsidRPr="000D2C63">
        <w:rPr>
          <w:rFonts w:cs="Arial"/>
          <w:lang w:eastAsia="es-CO"/>
        </w:rPr>
        <w:t>.</w:t>
      </w:r>
    </w:p>
    <w:p w14:paraId="2AB0DF90" w14:textId="77777777" w:rsidR="00F4330E" w:rsidRPr="000D2C63" w:rsidRDefault="00F4330E" w:rsidP="00F4330E">
      <w:pPr>
        <w:ind w:left="708"/>
        <w:rPr>
          <w:rFonts w:cs="Arial"/>
          <w:lang w:eastAsia="es-ES"/>
        </w:rPr>
      </w:pPr>
    </w:p>
    <w:p w14:paraId="5E7D59C6" w14:textId="77777777" w:rsidR="00F4330E" w:rsidRPr="000D2C63" w:rsidRDefault="00F4330E" w:rsidP="00F4330E">
      <w:pPr>
        <w:numPr>
          <w:ilvl w:val="0"/>
          <w:numId w:val="19"/>
        </w:numPr>
        <w:tabs>
          <w:tab w:val="center" w:pos="4252"/>
          <w:tab w:val="right" w:pos="8504"/>
        </w:tabs>
        <w:spacing w:after="0"/>
        <w:jc w:val="both"/>
        <w:rPr>
          <w:rFonts w:cs="Arial"/>
          <w:lang w:eastAsia="es-ES"/>
        </w:rPr>
      </w:pPr>
      <w:proofErr w:type="spellStart"/>
      <w:r w:rsidRPr="000D2C63">
        <w:rPr>
          <w:rFonts w:cs="Arial"/>
          <w:lang w:eastAsia="es-ES"/>
        </w:rPr>
        <w:t>Entregar</w:t>
      </w:r>
      <w:proofErr w:type="spellEnd"/>
      <w:r w:rsidRPr="000D2C63">
        <w:rPr>
          <w:rFonts w:cs="Arial"/>
          <w:lang w:eastAsia="es-ES"/>
        </w:rPr>
        <w:t xml:space="preserve"> la </w:t>
      </w:r>
      <w:proofErr w:type="spellStart"/>
      <w:r w:rsidRPr="000D2C63">
        <w:rPr>
          <w:rFonts w:cs="Arial"/>
          <w:lang w:eastAsia="es-ES"/>
        </w:rPr>
        <w:t>relación</w:t>
      </w:r>
      <w:proofErr w:type="spellEnd"/>
      <w:r w:rsidRPr="000D2C63">
        <w:rPr>
          <w:rFonts w:cs="Arial"/>
          <w:lang w:eastAsia="es-ES"/>
        </w:rPr>
        <w:t xml:space="preserve"> del personal </w:t>
      </w:r>
      <w:proofErr w:type="spellStart"/>
      <w:r w:rsidRPr="000D2C63">
        <w:rPr>
          <w:rFonts w:cs="Arial"/>
          <w:lang w:eastAsia="es-ES"/>
        </w:rPr>
        <w:t>ofrecido</w:t>
      </w:r>
      <w:proofErr w:type="spellEnd"/>
      <w:r w:rsidRPr="000D2C63">
        <w:rPr>
          <w:rFonts w:cs="Arial"/>
          <w:lang w:eastAsia="es-ES"/>
        </w:rPr>
        <w:t xml:space="preserve">, con la </w:t>
      </w:r>
      <w:proofErr w:type="spellStart"/>
      <w:r w:rsidRPr="000D2C63">
        <w:rPr>
          <w:rFonts w:cs="Arial"/>
          <w:lang w:eastAsia="es-ES"/>
        </w:rPr>
        <w:t>documentación</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acredite</w:t>
      </w:r>
      <w:proofErr w:type="spellEnd"/>
      <w:r w:rsidRPr="000D2C63">
        <w:rPr>
          <w:rFonts w:cs="Arial"/>
          <w:lang w:eastAsia="es-ES"/>
        </w:rPr>
        <w:t xml:space="preserve"> </w:t>
      </w:r>
      <w:proofErr w:type="spellStart"/>
      <w:r w:rsidRPr="000D2C63">
        <w:rPr>
          <w:rFonts w:cs="Arial"/>
          <w:lang w:eastAsia="es-ES"/>
        </w:rPr>
        <w:t>titulación</w:t>
      </w:r>
      <w:proofErr w:type="spellEnd"/>
      <w:r w:rsidRPr="000D2C63">
        <w:rPr>
          <w:rFonts w:cs="Arial"/>
          <w:lang w:eastAsia="es-ES"/>
        </w:rPr>
        <w:t xml:space="preserve"> y/o </w:t>
      </w:r>
      <w:proofErr w:type="spellStart"/>
      <w:r w:rsidRPr="000D2C63">
        <w:rPr>
          <w:rFonts w:cs="Arial"/>
          <w:lang w:eastAsia="es-ES"/>
        </w:rPr>
        <w:t>experiencia</w:t>
      </w:r>
      <w:proofErr w:type="spellEnd"/>
      <w:r w:rsidRPr="000D2C63">
        <w:rPr>
          <w:rFonts w:cs="Arial"/>
          <w:lang w:eastAsia="es-ES"/>
        </w:rPr>
        <w:t xml:space="preserve">, </w:t>
      </w:r>
      <w:proofErr w:type="spellStart"/>
      <w:r w:rsidRPr="000D2C63">
        <w:rPr>
          <w:rFonts w:cs="Arial"/>
          <w:lang w:eastAsia="es-ES"/>
        </w:rPr>
        <w:t>según</w:t>
      </w:r>
      <w:proofErr w:type="spellEnd"/>
      <w:r w:rsidRPr="000D2C63">
        <w:rPr>
          <w:rFonts w:cs="Arial"/>
          <w:lang w:eastAsia="es-ES"/>
        </w:rPr>
        <w:t xml:space="preserve"> </w:t>
      </w:r>
      <w:proofErr w:type="spellStart"/>
      <w:r w:rsidRPr="000D2C63">
        <w:rPr>
          <w:rFonts w:cs="Arial"/>
          <w:lang w:eastAsia="es-ES"/>
        </w:rPr>
        <w:t>corresponda</w:t>
      </w:r>
      <w:proofErr w:type="spellEnd"/>
      <w:r w:rsidRPr="000D2C63">
        <w:rPr>
          <w:rFonts w:cs="Arial"/>
          <w:lang w:eastAsia="es-ES"/>
        </w:rPr>
        <w:t xml:space="preserve">, </w:t>
      </w:r>
      <w:proofErr w:type="spellStart"/>
      <w:r w:rsidRPr="000D2C63">
        <w:rPr>
          <w:rFonts w:cs="Arial"/>
          <w:lang w:eastAsia="es-ES"/>
        </w:rPr>
        <w:t>dentro</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tres</w:t>
      </w:r>
      <w:proofErr w:type="spellEnd"/>
      <w:r w:rsidRPr="000D2C63">
        <w:rPr>
          <w:rFonts w:cs="Arial"/>
          <w:lang w:eastAsia="es-ES"/>
        </w:rPr>
        <w:t xml:space="preserve"> (03) días </w:t>
      </w:r>
      <w:proofErr w:type="spellStart"/>
      <w:r w:rsidRPr="000D2C63">
        <w:rPr>
          <w:rFonts w:cs="Arial"/>
          <w:lang w:eastAsia="es-ES"/>
        </w:rPr>
        <w:t>calendario</w:t>
      </w:r>
      <w:proofErr w:type="spellEnd"/>
      <w:r w:rsidRPr="000D2C63">
        <w:rPr>
          <w:rFonts w:cs="Arial"/>
          <w:lang w:eastAsia="es-ES"/>
        </w:rPr>
        <w:t xml:space="preserve"> </w:t>
      </w:r>
      <w:proofErr w:type="spellStart"/>
      <w:r w:rsidRPr="000D2C63">
        <w:rPr>
          <w:rFonts w:cs="Arial"/>
          <w:lang w:eastAsia="es-ES"/>
        </w:rPr>
        <w:t>siguientes</w:t>
      </w:r>
      <w:proofErr w:type="spellEnd"/>
      <w:r w:rsidRPr="000D2C63">
        <w:rPr>
          <w:rFonts w:cs="Arial"/>
          <w:lang w:eastAsia="es-ES"/>
        </w:rPr>
        <w:t xml:space="preserve"> a la </w:t>
      </w:r>
      <w:proofErr w:type="spellStart"/>
      <w:r w:rsidRPr="000D2C63">
        <w:rPr>
          <w:rFonts w:cs="Arial"/>
          <w:lang w:eastAsia="es-ES"/>
        </w:rPr>
        <w:t>suscripción</w:t>
      </w:r>
      <w:proofErr w:type="spellEnd"/>
      <w:r w:rsidRPr="000D2C63">
        <w:rPr>
          <w:rFonts w:cs="Arial"/>
          <w:lang w:eastAsia="es-ES"/>
        </w:rPr>
        <w:t xml:space="preserve"> del acta de </w:t>
      </w:r>
      <w:proofErr w:type="spellStart"/>
      <w:r w:rsidRPr="000D2C63">
        <w:rPr>
          <w:rFonts w:cs="Arial"/>
          <w:lang w:eastAsia="es-ES"/>
        </w:rPr>
        <w:t>inicio</w:t>
      </w:r>
      <w:proofErr w:type="spellEnd"/>
      <w:r w:rsidRPr="000D2C63">
        <w:rPr>
          <w:rFonts w:cs="Arial"/>
          <w:lang w:eastAsia="es-ES"/>
        </w:rPr>
        <w:t>.</w:t>
      </w:r>
    </w:p>
    <w:p w14:paraId="09E9DF31" w14:textId="77777777" w:rsidR="00F4330E" w:rsidRPr="000D2C63" w:rsidRDefault="00F4330E" w:rsidP="00F4330E">
      <w:pPr>
        <w:tabs>
          <w:tab w:val="center" w:pos="4252"/>
          <w:tab w:val="right" w:pos="8504"/>
        </w:tabs>
        <w:jc w:val="both"/>
        <w:rPr>
          <w:rFonts w:cs="Arial"/>
          <w:lang w:eastAsia="es-ES"/>
        </w:rPr>
      </w:pPr>
    </w:p>
    <w:p w14:paraId="6C24219B" w14:textId="77777777" w:rsidR="00F4330E" w:rsidRPr="000D2C63" w:rsidRDefault="00F4330E" w:rsidP="00F4330E">
      <w:pPr>
        <w:numPr>
          <w:ilvl w:val="0"/>
          <w:numId w:val="19"/>
        </w:numPr>
        <w:tabs>
          <w:tab w:val="center" w:pos="4252"/>
          <w:tab w:val="right" w:pos="8504"/>
        </w:tabs>
        <w:spacing w:after="0"/>
        <w:jc w:val="both"/>
        <w:rPr>
          <w:rFonts w:cs="Arial"/>
          <w:lang w:eastAsia="es-ES"/>
        </w:rPr>
      </w:pPr>
      <w:r w:rsidRPr="000D2C63">
        <w:rPr>
          <w:rFonts w:cs="Arial"/>
          <w:lang w:eastAsia="es-ES"/>
        </w:rPr>
        <w:t xml:space="preserve">El </w:t>
      </w:r>
      <w:proofErr w:type="spellStart"/>
      <w:r w:rsidRPr="000D2C63">
        <w:rPr>
          <w:rFonts w:cs="Arial"/>
          <w:lang w:eastAsia="es-ES"/>
        </w:rPr>
        <w:t>Contratista</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entregar</w:t>
      </w:r>
      <w:proofErr w:type="spellEnd"/>
      <w:r w:rsidRPr="000D2C63">
        <w:rPr>
          <w:rFonts w:cs="Arial"/>
          <w:lang w:eastAsia="es-ES"/>
        </w:rPr>
        <w:t xml:space="preserve"> </w:t>
      </w:r>
      <w:proofErr w:type="spellStart"/>
      <w:r w:rsidRPr="000D2C63">
        <w:rPr>
          <w:rFonts w:cs="Arial"/>
          <w:lang w:eastAsia="es-ES"/>
        </w:rPr>
        <w:t>tres</w:t>
      </w:r>
      <w:proofErr w:type="spellEnd"/>
      <w:r w:rsidRPr="000D2C63">
        <w:rPr>
          <w:rFonts w:cs="Arial"/>
          <w:lang w:eastAsia="es-ES"/>
        </w:rPr>
        <w:t xml:space="preserve"> (03) días </w:t>
      </w:r>
      <w:proofErr w:type="spellStart"/>
      <w:r w:rsidRPr="000D2C63">
        <w:rPr>
          <w:rFonts w:cs="Arial"/>
          <w:lang w:eastAsia="es-ES"/>
        </w:rPr>
        <w:t>después</w:t>
      </w:r>
      <w:proofErr w:type="spellEnd"/>
      <w:r w:rsidRPr="000D2C63">
        <w:rPr>
          <w:rFonts w:cs="Arial"/>
          <w:lang w:eastAsia="es-ES"/>
        </w:rPr>
        <w:t xml:space="preserve"> a la </w:t>
      </w:r>
      <w:proofErr w:type="spellStart"/>
      <w:r w:rsidRPr="000D2C63">
        <w:rPr>
          <w:rFonts w:cs="Arial"/>
          <w:lang w:eastAsia="es-ES"/>
        </w:rPr>
        <w:t>firma</w:t>
      </w:r>
      <w:proofErr w:type="spellEnd"/>
      <w:r w:rsidRPr="000D2C63">
        <w:rPr>
          <w:rFonts w:cs="Arial"/>
          <w:lang w:eastAsia="es-ES"/>
        </w:rPr>
        <w:t xml:space="preserve"> del acta de </w:t>
      </w:r>
      <w:proofErr w:type="spellStart"/>
      <w:r w:rsidRPr="000D2C63">
        <w:rPr>
          <w:rFonts w:cs="Arial"/>
          <w:lang w:eastAsia="es-ES"/>
        </w:rPr>
        <w:t>inicio</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a la </w:t>
      </w:r>
      <w:proofErr w:type="spellStart"/>
      <w:r w:rsidRPr="000D2C63">
        <w:rPr>
          <w:rFonts w:cs="Arial"/>
          <w:lang w:eastAsia="es-ES"/>
        </w:rPr>
        <w:t>supervisión</w:t>
      </w:r>
      <w:proofErr w:type="spellEnd"/>
      <w:r w:rsidRPr="000D2C63">
        <w:rPr>
          <w:rFonts w:cs="Arial"/>
          <w:lang w:eastAsia="es-ES"/>
        </w:rPr>
        <w:t xml:space="preserve">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APU´S de </w:t>
      </w:r>
      <w:proofErr w:type="spellStart"/>
      <w:r w:rsidRPr="000D2C63">
        <w:rPr>
          <w:rFonts w:cs="Arial"/>
          <w:lang w:eastAsia="es-ES"/>
        </w:rPr>
        <w:t>todos</w:t>
      </w:r>
      <w:proofErr w:type="spellEnd"/>
      <w:r w:rsidRPr="000D2C63">
        <w:rPr>
          <w:rFonts w:cs="Arial"/>
          <w:lang w:eastAsia="es-ES"/>
        </w:rPr>
        <w:t xml:space="preserve"> y </w:t>
      </w:r>
      <w:proofErr w:type="spellStart"/>
      <w:r w:rsidRPr="000D2C63">
        <w:rPr>
          <w:rFonts w:cs="Arial"/>
          <w:lang w:eastAsia="es-ES"/>
        </w:rPr>
        <w:t>cada</w:t>
      </w:r>
      <w:proofErr w:type="spellEnd"/>
      <w:r w:rsidRPr="000D2C63">
        <w:rPr>
          <w:rFonts w:cs="Arial"/>
          <w:lang w:eastAsia="es-ES"/>
        </w:rPr>
        <w:t xml:space="preserve"> uno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ítems</w:t>
      </w:r>
      <w:proofErr w:type="spellEnd"/>
      <w:r w:rsidRPr="000D2C63">
        <w:rPr>
          <w:rFonts w:cs="Arial"/>
          <w:lang w:eastAsia="es-ES"/>
        </w:rPr>
        <w:t xml:space="preserve"> </w:t>
      </w:r>
      <w:proofErr w:type="spellStart"/>
      <w:r w:rsidRPr="000D2C63">
        <w:rPr>
          <w:rFonts w:cs="Arial"/>
          <w:lang w:eastAsia="es-ES"/>
        </w:rPr>
        <w:t>contractuales</w:t>
      </w:r>
      <w:proofErr w:type="spellEnd"/>
      <w:r w:rsidRPr="000D2C63">
        <w:rPr>
          <w:rFonts w:cs="Arial"/>
          <w:lang w:eastAsia="es-ES"/>
        </w:rPr>
        <w:t xml:space="preserve">, </w:t>
      </w:r>
      <w:proofErr w:type="spellStart"/>
      <w:r w:rsidRPr="000D2C63">
        <w:rPr>
          <w:rFonts w:cs="Arial"/>
          <w:lang w:eastAsia="es-ES"/>
        </w:rPr>
        <w:t>cuyos</w:t>
      </w:r>
      <w:proofErr w:type="spellEnd"/>
      <w:r w:rsidRPr="000D2C63">
        <w:rPr>
          <w:rFonts w:cs="Arial"/>
          <w:lang w:eastAsia="es-ES"/>
        </w:rPr>
        <w:t xml:space="preserve"> </w:t>
      </w:r>
      <w:proofErr w:type="spellStart"/>
      <w:r w:rsidRPr="000D2C63">
        <w:rPr>
          <w:rFonts w:cs="Arial"/>
          <w:lang w:eastAsia="es-ES"/>
        </w:rPr>
        <w:t>precios</w:t>
      </w:r>
      <w:proofErr w:type="spellEnd"/>
      <w:r w:rsidRPr="000D2C63">
        <w:rPr>
          <w:rFonts w:cs="Arial"/>
          <w:lang w:eastAsia="es-ES"/>
        </w:rPr>
        <w:t xml:space="preserve"> </w:t>
      </w:r>
      <w:proofErr w:type="spellStart"/>
      <w:r w:rsidRPr="000D2C63">
        <w:rPr>
          <w:rFonts w:cs="Arial"/>
          <w:lang w:eastAsia="es-ES"/>
        </w:rPr>
        <w:t>deberán</w:t>
      </w:r>
      <w:proofErr w:type="spellEnd"/>
      <w:r w:rsidRPr="000D2C63">
        <w:rPr>
          <w:rFonts w:cs="Arial"/>
          <w:lang w:eastAsia="es-ES"/>
        </w:rPr>
        <w:t xml:space="preserve"> </w:t>
      </w:r>
      <w:proofErr w:type="spellStart"/>
      <w:r w:rsidRPr="000D2C63">
        <w:rPr>
          <w:rFonts w:cs="Arial"/>
          <w:lang w:eastAsia="es-ES"/>
        </w:rPr>
        <w:t>estar</w:t>
      </w:r>
      <w:proofErr w:type="spellEnd"/>
      <w:r w:rsidRPr="000D2C63">
        <w:rPr>
          <w:rFonts w:cs="Arial"/>
          <w:lang w:eastAsia="es-ES"/>
        </w:rPr>
        <w:t xml:space="preserve"> </w:t>
      </w:r>
      <w:proofErr w:type="spellStart"/>
      <w:r w:rsidRPr="000D2C63">
        <w:rPr>
          <w:rFonts w:cs="Arial"/>
          <w:lang w:eastAsia="es-ES"/>
        </w:rPr>
        <w:t>acordes</w:t>
      </w:r>
      <w:proofErr w:type="spellEnd"/>
      <w:r w:rsidRPr="000D2C63">
        <w:rPr>
          <w:rFonts w:cs="Arial"/>
          <w:lang w:eastAsia="es-ES"/>
        </w:rPr>
        <w:t xml:space="preserve"> a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ofertados</w:t>
      </w:r>
      <w:proofErr w:type="spellEnd"/>
      <w:r w:rsidRPr="000D2C63">
        <w:rPr>
          <w:rFonts w:cs="Arial"/>
          <w:lang w:eastAsia="es-ES"/>
        </w:rPr>
        <w:t>.</w:t>
      </w:r>
    </w:p>
    <w:p w14:paraId="412A2A19" w14:textId="77777777" w:rsidR="00F4330E" w:rsidRPr="000D2C63" w:rsidRDefault="00F4330E" w:rsidP="00F4330E">
      <w:pPr>
        <w:ind w:left="708"/>
        <w:rPr>
          <w:rFonts w:cs="Arial"/>
          <w:lang w:eastAsia="es-ES"/>
        </w:rPr>
      </w:pPr>
    </w:p>
    <w:p w14:paraId="099DE56A" w14:textId="77777777" w:rsidR="00F4330E" w:rsidRPr="000D2C63" w:rsidRDefault="00F4330E" w:rsidP="00F4330E">
      <w:pPr>
        <w:numPr>
          <w:ilvl w:val="0"/>
          <w:numId w:val="19"/>
        </w:numPr>
        <w:tabs>
          <w:tab w:val="center" w:pos="4252"/>
          <w:tab w:val="right" w:pos="8504"/>
        </w:tabs>
        <w:spacing w:after="0"/>
        <w:jc w:val="both"/>
        <w:rPr>
          <w:rFonts w:cs="Arial"/>
          <w:lang w:eastAsia="es-ES"/>
        </w:rPr>
      </w:pPr>
      <w:r w:rsidRPr="000D2C63">
        <w:rPr>
          <w:rFonts w:cs="Arial"/>
          <w:lang w:val="es-ES" w:eastAsia="es-ES"/>
        </w:rPr>
        <w:t>Presentar informes del avance mensual de las obras, el cual incluirá Informe SISO y Ambiental, junto con el seguimiento diario de personal, registro de las actividades desarrolladas durante el mes, entrega de EPP y permisos para trabajo en alturas vigentes por actividad y por día. </w:t>
      </w:r>
    </w:p>
    <w:p w14:paraId="0976CF4E" w14:textId="77777777" w:rsidR="00F4330E" w:rsidRPr="000D2C63" w:rsidRDefault="00F4330E" w:rsidP="00F4330E">
      <w:pPr>
        <w:jc w:val="both"/>
        <w:rPr>
          <w:rFonts w:cs="Arial"/>
          <w:lang w:val="es-ES_tradnl" w:eastAsia="es-ES"/>
        </w:rPr>
      </w:pPr>
    </w:p>
    <w:p w14:paraId="2DFB94DD" w14:textId="77777777" w:rsidR="00F4330E" w:rsidRPr="000D2C63" w:rsidRDefault="00F4330E" w:rsidP="00F4330E">
      <w:pPr>
        <w:numPr>
          <w:ilvl w:val="0"/>
          <w:numId w:val="19"/>
        </w:numPr>
        <w:tabs>
          <w:tab w:val="center" w:pos="4252"/>
          <w:tab w:val="right" w:pos="8504"/>
        </w:tabs>
        <w:spacing w:after="0"/>
        <w:jc w:val="both"/>
        <w:rPr>
          <w:rFonts w:cs="Arial"/>
          <w:lang w:eastAsia="es-ES"/>
        </w:rPr>
      </w:pPr>
      <w:proofErr w:type="spellStart"/>
      <w:r w:rsidRPr="000D2C63">
        <w:rPr>
          <w:rFonts w:cs="Arial"/>
          <w:lang w:eastAsia="es-ES"/>
        </w:rPr>
        <w:t>Presentar</w:t>
      </w:r>
      <w:proofErr w:type="spellEnd"/>
      <w:r w:rsidRPr="000D2C63">
        <w:rPr>
          <w:rFonts w:cs="Arial"/>
          <w:lang w:eastAsia="es-ES"/>
        </w:rPr>
        <w:t xml:space="preserve"> a la </w:t>
      </w:r>
      <w:proofErr w:type="spellStart"/>
      <w:r w:rsidRPr="000D2C63">
        <w:rPr>
          <w:rFonts w:cs="Arial"/>
          <w:lang w:eastAsia="es-ES"/>
        </w:rPr>
        <w:t>supervisión</w:t>
      </w:r>
      <w:proofErr w:type="spellEnd"/>
      <w:r w:rsidRPr="000D2C63">
        <w:rPr>
          <w:rFonts w:cs="Arial"/>
          <w:lang w:eastAsia="es-ES"/>
        </w:rPr>
        <w:t xml:space="preserve"> para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revisión</w:t>
      </w:r>
      <w:proofErr w:type="spellEnd"/>
      <w:r w:rsidRPr="000D2C63">
        <w:rPr>
          <w:rFonts w:cs="Arial"/>
          <w:lang w:eastAsia="es-ES"/>
        </w:rPr>
        <w:t xml:space="preserve"> y </w:t>
      </w:r>
      <w:proofErr w:type="spellStart"/>
      <w:r w:rsidRPr="000D2C63">
        <w:rPr>
          <w:rFonts w:cs="Arial"/>
          <w:lang w:eastAsia="es-ES"/>
        </w:rPr>
        <w:t>aprobación</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ítems</w:t>
      </w:r>
      <w:proofErr w:type="spellEnd"/>
      <w:r w:rsidRPr="000D2C63">
        <w:rPr>
          <w:rFonts w:cs="Arial"/>
          <w:lang w:eastAsia="es-ES"/>
        </w:rPr>
        <w:t xml:space="preserve"> no </w:t>
      </w:r>
      <w:proofErr w:type="spellStart"/>
      <w:r w:rsidRPr="000D2C63">
        <w:rPr>
          <w:rFonts w:cs="Arial"/>
          <w:lang w:eastAsia="es-ES"/>
        </w:rPr>
        <w:t>previstos</w:t>
      </w:r>
      <w:proofErr w:type="spellEnd"/>
      <w:r w:rsidRPr="000D2C63">
        <w:rPr>
          <w:rFonts w:cs="Arial"/>
          <w:lang w:eastAsia="es-ES"/>
        </w:rPr>
        <w:t xml:space="preserve"> </w:t>
      </w:r>
      <w:proofErr w:type="spellStart"/>
      <w:r w:rsidRPr="000D2C63">
        <w:rPr>
          <w:rFonts w:cs="Arial"/>
          <w:lang w:eastAsia="es-ES"/>
        </w:rPr>
        <w:t>identificados</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el </w:t>
      </w:r>
      <w:proofErr w:type="spellStart"/>
      <w:r w:rsidRPr="000D2C63">
        <w:rPr>
          <w:rFonts w:cs="Arial"/>
          <w:lang w:eastAsia="es-ES"/>
        </w:rPr>
        <w:t>Contratista</w:t>
      </w:r>
      <w:proofErr w:type="spellEnd"/>
      <w:r w:rsidRPr="000D2C63">
        <w:rPr>
          <w:rFonts w:cs="Arial"/>
          <w:lang w:eastAsia="es-ES"/>
        </w:rPr>
        <w:t xml:space="preserve"> </w:t>
      </w:r>
      <w:proofErr w:type="spellStart"/>
      <w:r w:rsidRPr="000D2C63">
        <w:rPr>
          <w:rFonts w:cs="Arial"/>
          <w:lang w:eastAsia="es-ES"/>
        </w:rPr>
        <w:t>durante</w:t>
      </w:r>
      <w:proofErr w:type="spellEnd"/>
      <w:r w:rsidRPr="000D2C63">
        <w:rPr>
          <w:rFonts w:cs="Arial"/>
          <w:lang w:eastAsia="es-ES"/>
        </w:rPr>
        <w:t xml:space="preserve"> la </w:t>
      </w:r>
      <w:proofErr w:type="spellStart"/>
      <w:r w:rsidRPr="000D2C63">
        <w:rPr>
          <w:rFonts w:cs="Arial"/>
          <w:lang w:eastAsia="es-ES"/>
        </w:rPr>
        <w:t>planeación</w:t>
      </w:r>
      <w:proofErr w:type="spellEnd"/>
      <w:r w:rsidRPr="000D2C63">
        <w:rPr>
          <w:rFonts w:cs="Arial"/>
          <w:lang w:eastAsia="es-ES"/>
        </w:rPr>
        <w:t xml:space="preserve"> de </w:t>
      </w:r>
      <w:proofErr w:type="spellStart"/>
      <w:r w:rsidRPr="000D2C63">
        <w:rPr>
          <w:rFonts w:cs="Arial"/>
          <w:lang w:eastAsia="es-ES"/>
        </w:rPr>
        <w:t>actividades</w:t>
      </w:r>
      <w:proofErr w:type="spellEnd"/>
      <w:r w:rsidRPr="000D2C63">
        <w:rPr>
          <w:rFonts w:cs="Arial"/>
          <w:lang w:eastAsia="es-ES"/>
        </w:rPr>
        <w:t xml:space="preserve"> o </w:t>
      </w:r>
      <w:proofErr w:type="spellStart"/>
      <w:r w:rsidRPr="000D2C63">
        <w:rPr>
          <w:rFonts w:cs="Arial"/>
          <w:lang w:eastAsia="es-ES"/>
        </w:rPr>
        <w:t>en</w:t>
      </w:r>
      <w:proofErr w:type="spellEnd"/>
      <w:r w:rsidRPr="000D2C63">
        <w:rPr>
          <w:rFonts w:cs="Arial"/>
          <w:lang w:eastAsia="es-ES"/>
        </w:rPr>
        <w:t xml:space="preserve"> la </w:t>
      </w:r>
      <w:proofErr w:type="spellStart"/>
      <w:r w:rsidRPr="000D2C63">
        <w:rPr>
          <w:rFonts w:cs="Arial"/>
          <w:lang w:eastAsia="es-ES"/>
        </w:rPr>
        <w:t>ejecución</w:t>
      </w:r>
      <w:proofErr w:type="spellEnd"/>
      <w:r w:rsidRPr="000D2C63">
        <w:rPr>
          <w:rFonts w:cs="Arial"/>
          <w:lang w:eastAsia="es-ES"/>
        </w:rPr>
        <w:t xml:space="preserve"> de </w:t>
      </w:r>
      <w:proofErr w:type="spellStart"/>
      <w:r w:rsidRPr="000D2C63">
        <w:rPr>
          <w:rFonts w:cs="Arial"/>
          <w:lang w:eastAsia="es-ES"/>
        </w:rPr>
        <w:t>estas</w:t>
      </w:r>
      <w:proofErr w:type="spellEnd"/>
      <w:r w:rsidRPr="000D2C63">
        <w:rPr>
          <w:rFonts w:cs="Arial"/>
          <w:lang w:eastAsia="es-ES"/>
        </w:rPr>
        <w:t xml:space="preserve">, para lo </w:t>
      </w:r>
      <w:proofErr w:type="spellStart"/>
      <w:r w:rsidRPr="000D2C63">
        <w:rPr>
          <w:rFonts w:cs="Arial"/>
          <w:lang w:eastAsia="es-ES"/>
        </w:rPr>
        <w:t>cual</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adjuntar</w:t>
      </w:r>
      <w:proofErr w:type="spellEnd"/>
      <w:r w:rsidRPr="000D2C63">
        <w:rPr>
          <w:rFonts w:cs="Arial"/>
          <w:lang w:eastAsia="es-ES"/>
        </w:rPr>
        <w:t>:</w:t>
      </w:r>
    </w:p>
    <w:p w14:paraId="278ABE99" w14:textId="77777777" w:rsidR="00F4330E" w:rsidRPr="000D2C63" w:rsidRDefault="00F4330E" w:rsidP="00F4330E">
      <w:pPr>
        <w:jc w:val="both"/>
        <w:rPr>
          <w:rFonts w:cs="Arial"/>
          <w:lang w:val="es-ES_tradnl" w:eastAsia="es-ES"/>
        </w:rPr>
      </w:pPr>
    </w:p>
    <w:p w14:paraId="10BEC508" w14:textId="77777777" w:rsidR="00F4330E" w:rsidRPr="000D2C63" w:rsidRDefault="00F4330E" w:rsidP="00F4330E">
      <w:pPr>
        <w:numPr>
          <w:ilvl w:val="0"/>
          <w:numId w:val="29"/>
        </w:numPr>
        <w:tabs>
          <w:tab w:val="center" w:pos="4252"/>
          <w:tab w:val="right" w:pos="8504"/>
        </w:tabs>
        <w:spacing w:after="0"/>
        <w:jc w:val="both"/>
        <w:rPr>
          <w:rFonts w:cs="Arial"/>
          <w:lang w:val="es-ES" w:eastAsia="es-ES"/>
        </w:rPr>
      </w:pPr>
      <w:r w:rsidRPr="000D2C63">
        <w:rPr>
          <w:rFonts w:cs="Arial"/>
          <w:lang w:val="es-ES" w:eastAsia="es-ES"/>
        </w:rPr>
        <w:t xml:space="preserve">Justificación técnica y detallada de la necesidad. Análisis de Precios Unitarios (APU) soportados en mínimo tres (3) cotizaciones comparables que lo respalden, las cuales no podrán ser de una </w:t>
      </w:r>
      <w:r w:rsidRPr="000D2C63">
        <w:rPr>
          <w:rFonts w:cs="Arial"/>
          <w:lang w:val="es-ES" w:eastAsia="es-ES"/>
        </w:rPr>
        <w:lastRenderedPageBreak/>
        <w:t>fecha mayor a noventa (90) días calendario contados a partir de su entrega. Adicionalmente, se podrán incluir precios de referencia incluidos en revistas o plataformas de referencia de precios de insumos de construcción tales como “</w:t>
      </w:r>
      <w:proofErr w:type="spellStart"/>
      <w:r w:rsidRPr="000D2C63">
        <w:rPr>
          <w:rFonts w:cs="Arial"/>
          <w:lang w:val="es-ES" w:eastAsia="es-ES"/>
        </w:rPr>
        <w:t>construdata</w:t>
      </w:r>
      <w:proofErr w:type="spellEnd"/>
      <w:r w:rsidRPr="000D2C63">
        <w:rPr>
          <w:rFonts w:cs="Arial"/>
          <w:lang w:val="es-ES" w:eastAsia="es-ES"/>
        </w:rPr>
        <w:t>”, “</w:t>
      </w:r>
      <w:proofErr w:type="gramStart"/>
      <w:r w:rsidRPr="000D2C63">
        <w:rPr>
          <w:rFonts w:cs="Arial"/>
          <w:lang w:val="es-ES" w:eastAsia="es-ES"/>
        </w:rPr>
        <w:t>revista constructor</w:t>
      </w:r>
      <w:proofErr w:type="gramEnd"/>
      <w:r w:rsidRPr="000D2C63">
        <w:rPr>
          <w:rFonts w:cs="Arial"/>
          <w:lang w:val="es-ES" w:eastAsia="es-ES"/>
        </w:rPr>
        <w:t>” o cualquiera de las relacionadas en la página de datos públicos del Estado colombiano “datos abiertos”, o de listados de precios usados por otras entidades públicas que celebren contratos de obra pública.</w:t>
      </w:r>
    </w:p>
    <w:p w14:paraId="01998865" w14:textId="77777777" w:rsidR="00F4330E" w:rsidRPr="000D2C63" w:rsidRDefault="00F4330E" w:rsidP="00F4330E">
      <w:pPr>
        <w:numPr>
          <w:ilvl w:val="0"/>
          <w:numId w:val="29"/>
        </w:numPr>
        <w:tabs>
          <w:tab w:val="center" w:pos="4252"/>
          <w:tab w:val="right" w:pos="8504"/>
        </w:tabs>
        <w:spacing w:after="0"/>
        <w:jc w:val="both"/>
        <w:rPr>
          <w:rFonts w:cs="Arial"/>
          <w:lang w:val="es-ES_tradnl" w:eastAsia="es-ES"/>
        </w:rPr>
      </w:pPr>
      <w:r w:rsidRPr="000D2C63">
        <w:rPr>
          <w:rFonts w:cs="Arial"/>
          <w:lang w:val="es-ES_tradnl" w:eastAsia="es-ES"/>
        </w:rPr>
        <w:t>Especificaciones técnicas de los ítems no previstos</w:t>
      </w:r>
    </w:p>
    <w:p w14:paraId="7A123EEA" w14:textId="77777777" w:rsidR="00F4330E" w:rsidRPr="000D2C63" w:rsidRDefault="00F4330E" w:rsidP="00F4330E">
      <w:pPr>
        <w:numPr>
          <w:ilvl w:val="0"/>
          <w:numId w:val="29"/>
        </w:numPr>
        <w:tabs>
          <w:tab w:val="center" w:pos="4252"/>
          <w:tab w:val="right" w:pos="8504"/>
        </w:tabs>
        <w:spacing w:after="0"/>
        <w:jc w:val="both"/>
        <w:rPr>
          <w:rFonts w:cs="Arial"/>
          <w:lang w:val="es-ES_tradnl" w:eastAsia="es-ES"/>
        </w:rPr>
      </w:pPr>
      <w:r w:rsidRPr="000D2C63">
        <w:rPr>
          <w:rFonts w:cs="Arial"/>
          <w:lang w:val="es-ES_tradnl" w:eastAsia="es-ES"/>
        </w:rPr>
        <w:t>Formato de Informe de corte de Obra incluyendo la proyección de mayores y menores cantidades de obra e ítems no previstos.</w:t>
      </w:r>
    </w:p>
    <w:p w14:paraId="29048801" w14:textId="77777777" w:rsidR="00F4330E" w:rsidRPr="000D2C63" w:rsidRDefault="00F4330E" w:rsidP="00F4330E">
      <w:pPr>
        <w:numPr>
          <w:ilvl w:val="0"/>
          <w:numId w:val="29"/>
        </w:numPr>
        <w:tabs>
          <w:tab w:val="center" w:pos="4252"/>
          <w:tab w:val="right" w:pos="8504"/>
        </w:tabs>
        <w:spacing w:after="0"/>
        <w:jc w:val="both"/>
        <w:rPr>
          <w:rFonts w:cs="Arial"/>
          <w:lang w:val="es-ES_tradnl" w:eastAsia="es-ES"/>
        </w:rPr>
      </w:pPr>
      <w:r w:rsidRPr="000D2C63">
        <w:rPr>
          <w:rFonts w:cs="Arial"/>
          <w:lang w:val="es-ES_tradnl" w:eastAsia="es-ES"/>
        </w:rPr>
        <w:t>Cronograma de ejecución de obra actualizado según balance del contrato.</w:t>
      </w:r>
    </w:p>
    <w:p w14:paraId="2DE24A15" w14:textId="77777777" w:rsidR="00F4330E" w:rsidRPr="000D2C63" w:rsidRDefault="00F4330E" w:rsidP="00F4330E">
      <w:pPr>
        <w:numPr>
          <w:ilvl w:val="0"/>
          <w:numId w:val="29"/>
        </w:numPr>
        <w:tabs>
          <w:tab w:val="center" w:pos="4252"/>
          <w:tab w:val="right" w:pos="8504"/>
        </w:tabs>
        <w:spacing w:after="0"/>
        <w:jc w:val="both"/>
        <w:rPr>
          <w:rFonts w:cs="Arial"/>
          <w:lang w:val="es-ES_tradnl" w:eastAsia="es-ES"/>
        </w:rPr>
      </w:pPr>
      <w:r w:rsidRPr="000D2C63">
        <w:rPr>
          <w:rFonts w:cs="Arial"/>
          <w:lang w:val="es-ES_tradnl" w:eastAsia="es-ES"/>
        </w:rPr>
        <w:t xml:space="preserve">Solicitud dirigida a la </w:t>
      </w:r>
      <w:proofErr w:type="spellStart"/>
      <w:r w:rsidRPr="000D2C63">
        <w:rPr>
          <w:rFonts w:cs="Arial"/>
          <w:lang w:val="es-ES_tradnl" w:eastAsia="es-ES"/>
        </w:rPr>
        <w:t>Supervisoría</w:t>
      </w:r>
      <w:proofErr w:type="spellEnd"/>
      <w:r w:rsidRPr="000D2C63">
        <w:rPr>
          <w:rFonts w:cs="Arial"/>
          <w:lang w:val="es-ES_tradnl" w:eastAsia="es-ES"/>
        </w:rPr>
        <w:t xml:space="preserve"> para la modificación del contrato para el correspondiente trámite ante la entidad.</w:t>
      </w:r>
    </w:p>
    <w:p w14:paraId="5D40D88D" w14:textId="77777777" w:rsidR="00F4330E" w:rsidRPr="000D2C63" w:rsidRDefault="00F4330E" w:rsidP="00F4330E">
      <w:pPr>
        <w:tabs>
          <w:tab w:val="center" w:pos="4252"/>
          <w:tab w:val="right" w:pos="8504"/>
        </w:tabs>
        <w:jc w:val="both"/>
        <w:rPr>
          <w:rFonts w:cs="Arial"/>
          <w:lang w:val="es-ES_tradnl" w:eastAsia="es-ES"/>
        </w:rPr>
      </w:pPr>
    </w:p>
    <w:p w14:paraId="1BC079A8" w14:textId="77777777" w:rsidR="00F4330E" w:rsidRPr="000D2C63" w:rsidRDefault="00F4330E" w:rsidP="00F4330E">
      <w:pPr>
        <w:jc w:val="both"/>
        <w:rPr>
          <w:rFonts w:cs="Arial"/>
          <w:lang w:eastAsia="es-ES"/>
        </w:rPr>
      </w:pPr>
      <w:r w:rsidRPr="000D2C63">
        <w:rPr>
          <w:rFonts w:cs="Arial"/>
          <w:lang w:eastAsia="es-ES"/>
        </w:rPr>
        <w:t xml:space="preserve">PARÁGRAFO 1. Este </w:t>
      </w:r>
      <w:proofErr w:type="spellStart"/>
      <w:r w:rsidRPr="000D2C63">
        <w:rPr>
          <w:rFonts w:cs="Arial"/>
          <w:lang w:eastAsia="es-ES"/>
        </w:rPr>
        <w:t>procedimiento</w:t>
      </w:r>
      <w:proofErr w:type="spellEnd"/>
      <w:r w:rsidRPr="000D2C63">
        <w:rPr>
          <w:rFonts w:cs="Arial"/>
          <w:lang w:eastAsia="es-ES"/>
        </w:rPr>
        <w:t xml:space="preserve"> se </w:t>
      </w:r>
      <w:proofErr w:type="spellStart"/>
      <w:r w:rsidRPr="000D2C63">
        <w:rPr>
          <w:rFonts w:cs="Arial"/>
          <w:lang w:eastAsia="es-ES"/>
        </w:rPr>
        <w:t>puede</w:t>
      </w:r>
      <w:proofErr w:type="spellEnd"/>
      <w:r w:rsidRPr="000D2C63">
        <w:rPr>
          <w:rFonts w:cs="Arial"/>
          <w:lang w:eastAsia="es-ES"/>
        </w:rPr>
        <w:t xml:space="preserve"> </w:t>
      </w:r>
      <w:proofErr w:type="spellStart"/>
      <w:r w:rsidRPr="000D2C63">
        <w:rPr>
          <w:rFonts w:cs="Arial"/>
          <w:lang w:eastAsia="es-ES"/>
        </w:rPr>
        <w:t>requerir</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cualquier</w:t>
      </w:r>
      <w:proofErr w:type="spellEnd"/>
      <w:r w:rsidRPr="000D2C63">
        <w:rPr>
          <w:rFonts w:cs="Arial"/>
          <w:lang w:eastAsia="es-ES"/>
        </w:rPr>
        <w:t xml:space="preserve"> </w:t>
      </w:r>
      <w:proofErr w:type="spellStart"/>
      <w:r w:rsidRPr="000D2C63">
        <w:rPr>
          <w:rFonts w:cs="Arial"/>
          <w:lang w:eastAsia="es-ES"/>
        </w:rPr>
        <w:t>etapa</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previa </w:t>
      </w:r>
      <w:proofErr w:type="spellStart"/>
      <w:r w:rsidRPr="000D2C63">
        <w:rPr>
          <w:rFonts w:cs="Arial"/>
          <w:lang w:eastAsia="es-ES"/>
        </w:rPr>
        <w:t>solicitud</w:t>
      </w:r>
      <w:proofErr w:type="spellEnd"/>
      <w:r w:rsidRPr="000D2C63">
        <w:rPr>
          <w:rFonts w:cs="Arial"/>
          <w:lang w:eastAsia="es-ES"/>
        </w:rPr>
        <w:t xml:space="preserve"> </w:t>
      </w:r>
      <w:proofErr w:type="spellStart"/>
      <w:r w:rsidRPr="000D2C63">
        <w:rPr>
          <w:rFonts w:cs="Arial"/>
          <w:lang w:eastAsia="es-ES"/>
        </w:rPr>
        <w:t>realizada</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el </w:t>
      </w:r>
      <w:proofErr w:type="spellStart"/>
      <w:r w:rsidRPr="000D2C63">
        <w:rPr>
          <w:rFonts w:cs="Arial"/>
          <w:lang w:eastAsia="es-ES"/>
        </w:rPr>
        <w:t>contratista</w:t>
      </w:r>
      <w:proofErr w:type="spellEnd"/>
      <w:r w:rsidRPr="000D2C63">
        <w:rPr>
          <w:rFonts w:cs="Arial"/>
          <w:lang w:eastAsia="es-ES"/>
        </w:rPr>
        <w:t xml:space="preserve"> de </w:t>
      </w:r>
      <w:proofErr w:type="spellStart"/>
      <w:r w:rsidRPr="000D2C63">
        <w:rPr>
          <w:rFonts w:cs="Arial"/>
          <w:lang w:eastAsia="es-ES"/>
        </w:rPr>
        <w:t>obra</w:t>
      </w:r>
      <w:proofErr w:type="spellEnd"/>
      <w:r w:rsidRPr="000D2C63">
        <w:rPr>
          <w:rFonts w:cs="Arial"/>
          <w:lang w:eastAsia="es-ES"/>
        </w:rPr>
        <w:t xml:space="preserve"> a la </w:t>
      </w:r>
      <w:proofErr w:type="spellStart"/>
      <w:r w:rsidRPr="000D2C63">
        <w:rPr>
          <w:rFonts w:cs="Arial"/>
          <w:lang w:eastAsia="es-ES"/>
        </w:rPr>
        <w:t>supervisión</w:t>
      </w:r>
      <w:proofErr w:type="spellEnd"/>
      <w:r w:rsidRPr="000D2C63">
        <w:rPr>
          <w:rFonts w:cs="Arial"/>
          <w:lang w:eastAsia="es-ES"/>
        </w:rPr>
        <w:t xml:space="preserve">. La </w:t>
      </w:r>
      <w:proofErr w:type="spellStart"/>
      <w:r w:rsidRPr="000D2C63">
        <w:rPr>
          <w:rFonts w:cs="Arial"/>
          <w:lang w:eastAsia="es-ES"/>
        </w:rPr>
        <w:t>supervisión</w:t>
      </w:r>
      <w:proofErr w:type="spellEnd"/>
      <w:r w:rsidRPr="000D2C63">
        <w:rPr>
          <w:rFonts w:cs="Arial"/>
          <w:lang w:eastAsia="es-ES"/>
        </w:rPr>
        <w:t xml:space="preserve"> a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vez</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revisar</w:t>
      </w:r>
      <w:proofErr w:type="spellEnd"/>
      <w:r w:rsidRPr="000D2C63">
        <w:rPr>
          <w:rFonts w:cs="Arial"/>
          <w:lang w:eastAsia="es-ES"/>
        </w:rPr>
        <w:t xml:space="preserve"> la </w:t>
      </w:r>
      <w:proofErr w:type="spellStart"/>
      <w:r w:rsidRPr="000D2C63">
        <w:rPr>
          <w:rFonts w:cs="Arial"/>
          <w:lang w:eastAsia="es-ES"/>
        </w:rPr>
        <w:t>información</w:t>
      </w:r>
      <w:proofErr w:type="spellEnd"/>
      <w:r w:rsidRPr="000D2C63">
        <w:rPr>
          <w:rFonts w:cs="Arial"/>
          <w:lang w:eastAsia="es-ES"/>
        </w:rPr>
        <w:t xml:space="preserve"> </w:t>
      </w:r>
      <w:proofErr w:type="spellStart"/>
      <w:r w:rsidRPr="000D2C63">
        <w:rPr>
          <w:rFonts w:cs="Arial"/>
          <w:lang w:eastAsia="es-ES"/>
        </w:rPr>
        <w:t>recibida</w:t>
      </w:r>
      <w:proofErr w:type="spellEnd"/>
      <w:r w:rsidRPr="000D2C63">
        <w:rPr>
          <w:rFonts w:cs="Arial"/>
          <w:lang w:eastAsia="es-ES"/>
        </w:rPr>
        <w:t xml:space="preserve"> y </w:t>
      </w:r>
      <w:proofErr w:type="spellStart"/>
      <w:r w:rsidRPr="000D2C63">
        <w:rPr>
          <w:rFonts w:cs="Arial"/>
          <w:lang w:eastAsia="es-ES"/>
        </w:rPr>
        <w:t>realizar</w:t>
      </w:r>
      <w:proofErr w:type="spellEnd"/>
      <w:r w:rsidRPr="000D2C63">
        <w:rPr>
          <w:rFonts w:cs="Arial"/>
          <w:lang w:eastAsia="es-ES"/>
        </w:rPr>
        <w:t xml:space="preserve"> la  </w:t>
      </w:r>
      <w:proofErr w:type="spellStart"/>
      <w:r w:rsidRPr="000D2C63">
        <w:rPr>
          <w:rFonts w:cs="Arial"/>
          <w:lang w:eastAsia="es-ES"/>
        </w:rPr>
        <w:t>validación</w:t>
      </w:r>
      <w:proofErr w:type="spellEnd"/>
      <w:r w:rsidRPr="000D2C63">
        <w:rPr>
          <w:rFonts w:cs="Arial"/>
          <w:lang w:eastAsia="es-ES"/>
        </w:rPr>
        <w:t xml:space="preserve"> y </w:t>
      </w:r>
      <w:proofErr w:type="spellStart"/>
      <w:r w:rsidRPr="000D2C63">
        <w:rPr>
          <w:rFonts w:cs="Arial"/>
          <w:lang w:eastAsia="es-ES"/>
        </w:rPr>
        <w:t>comparación</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precios</w:t>
      </w:r>
      <w:proofErr w:type="spellEnd"/>
      <w:r w:rsidRPr="000D2C63">
        <w:rPr>
          <w:rFonts w:cs="Arial"/>
          <w:lang w:eastAsia="es-ES"/>
        </w:rPr>
        <w:t xml:space="preserve"> </w:t>
      </w:r>
      <w:proofErr w:type="spellStart"/>
      <w:r w:rsidRPr="000D2C63">
        <w:rPr>
          <w:rFonts w:cs="Arial"/>
          <w:lang w:eastAsia="es-ES"/>
        </w:rPr>
        <w:t>teniendo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cuenta</w:t>
      </w:r>
      <w:proofErr w:type="spellEnd"/>
      <w:r w:rsidRPr="000D2C63">
        <w:rPr>
          <w:rFonts w:cs="Arial"/>
          <w:lang w:eastAsia="es-ES"/>
        </w:rPr>
        <w:t xml:space="preserve"> las variables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intervienen</w:t>
      </w:r>
      <w:proofErr w:type="spellEnd"/>
      <w:r w:rsidRPr="000D2C63">
        <w:rPr>
          <w:rFonts w:cs="Arial"/>
          <w:lang w:eastAsia="es-ES"/>
        </w:rPr>
        <w:t xml:space="preserve"> </w:t>
      </w:r>
      <w:proofErr w:type="spellStart"/>
      <w:r w:rsidRPr="000D2C63">
        <w:rPr>
          <w:rFonts w:cs="Arial"/>
          <w:lang w:eastAsia="es-ES"/>
        </w:rPr>
        <w:t>como</w:t>
      </w:r>
      <w:proofErr w:type="spellEnd"/>
      <w:r w:rsidRPr="000D2C63">
        <w:rPr>
          <w:rFonts w:cs="Arial"/>
          <w:lang w:eastAsia="es-ES"/>
        </w:rPr>
        <w:t xml:space="preserve"> son: </w:t>
      </w:r>
      <w:proofErr w:type="spellStart"/>
      <w:r w:rsidRPr="000D2C63">
        <w:rPr>
          <w:rFonts w:cs="Arial"/>
          <w:lang w:eastAsia="es-ES"/>
        </w:rPr>
        <w:t>rendimientos</w:t>
      </w:r>
      <w:proofErr w:type="spellEnd"/>
      <w:r w:rsidRPr="000D2C63">
        <w:rPr>
          <w:rFonts w:cs="Arial"/>
          <w:lang w:eastAsia="es-ES"/>
        </w:rPr>
        <w:t xml:space="preserve">, </w:t>
      </w:r>
      <w:proofErr w:type="spellStart"/>
      <w:r w:rsidRPr="000D2C63">
        <w:rPr>
          <w:rFonts w:cs="Arial"/>
          <w:lang w:eastAsia="es-ES"/>
        </w:rPr>
        <w:t>tiempos</w:t>
      </w:r>
      <w:proofErr w:type="spellEnd"/>
      <w:r w:rsidRPr="000D2C63">
        <w:rPr>
          <w:rFonts w:cs="Arial"/>
          <w:lang w:eastAsia="es-ES"/>
        </w:rPr>
        <w:t xml:space="preserve"> de </w:t>
      </w:r>
      <w:proofErr w:type="spellStart"/>
      <w:r w:rsidRPr="000D2C63">
        <w:rPr>
          <w:rFonts w:cs="Arial"/>
          <w:lang w:eastAsia="es-ES"/>
        </w:rPr>
        <w:t>entrega</w:t>
      </w:r>
      <w:proofErr w:type="spellEnd"/>
      <w:r w:rsidRPr="000D2C63">
        <w:rPr>
          <w:rFonts w:cs="Arial"/>
          <w:lang w:eastAsia="es-ES"/>
        </w:rPr>
        <w:t xml:space="preserve">, </w:t>
      </w:r>
      <w:proofErr w:type="spellStart"/>
      <w:r w:rsidRPr="000D2C63">
        <w:rPr>
          <w:rFonts w:cs="Arial"/>
          <w:lang w:eastAsia="es-ES"/>
        </w:rPr>
        <w:t>calidades</w:t>
      </w:r>
      <w:proofErr w:type="spellEnd"/>
      <w:r w:rsidRPr="000D2C63">
        <w:rPr>
          <w:rFonts w:cs="Arial"/>
          <w:lang w:eastAsia="es-ES"/>
        </w:rPr>
        <w:t xml:space="preserve">, </w:t>
      </w:r>
      <w:proofErr w:type="spellStart"/>
      <w:r w:rsidRPr="000D2C63">
        <w:rPr>
          <w:rFonts w:cs="Arial"/>
          <w:lang w:eastAsia="es-ES"/>
        </w:rPr>
        <w:t>impuestos</w:t>
      </w:r>
      <w:proofErr w:type="spellEnd"/>
      <w:r w:rsidRPr="000D2C63">
        <w:rPr>
          <w:rFonts w:cs="Arial"/>
          <w:lang w:eastAsia="es-ES"/>
        </w:rPr>
        <w:t xml:space="preserve">, entre </w:t>
      </w:r>
      <w:proofErr w:type="spellStart"/>
      <w:r w:rsidRPr="000D2C63">
        <w:rPr>
          <w:rFonts w:cs="Arial"/>
          <w:lang w:eastAsia="es-ES"/>
        </w:rPr>
        <w:t>otros</w:t>
      </w:r>
      <w:proofErr w:type="spellEnd"/>
      <w:r w:rsidRPr="000D2C63">
        <w:rPr>
          <w:rFonts w:cs="Arial"/>
          <w:lang w:eastAsia="es-ES"/>
        </w:rPr>
        <w:t xml:space="preserve">; </w:t>
      </w:r>
      <w:proofErr w:type="spellStart"/>
      <w:r w:rsidRPr="000D2C63">
        <w:rPr>
          <w:rFonts w:cs="Arial"/>
          <w:lang w:eastAsia="es-ES"/>
        </w:rPr>
        <w:t>considerando</w:t>
      </w:r>
      <w:proofErr w:type="spellEnd"/>
      <w:r w:rsidRPr="000D2C63">
        <w:rPr>
          <w:rFonts w:cs="Arial"/>
          <w:lang w:eastAsia="es-ES"/>
        </w:rPr>
        <w:t xml:space="preserve"> también </w:t>
      </w:r>
      <w:proofErr w:type="spellStart"/>
      <w:r w:rsidRPr="000D2C63">
        <w:rPr>
          <w:rFonts w:cs="Arial"/>
          <w:lang w:eastAsia="es-ES"/>
        </w:rPr>
        <w:t>precios</w:t>
      </w:r>
      <w:proofErr w:type="spellEnd"/>
      <w:r w:rsidRPr="000D2C63">
        <w:rPr>
          <w:rFonts w:cs="Arial"/>
          <w:lang w:eastAsia="es-ES"/>
        </w:rPr>
        <w:t xml:space="preserve"> de </w:t>
      </w:r>
      <w:proofErr w:type="spellStart"/>
      <w:r w:rsidRPr="000D2C63">
        <w:rPr>
          <w:rFonts w:cs="Arial"/>
          <w:lang w:eastAsia="es-ES"/>
        </w:rPr>
        <w:t>otras</w:t>
      </w:r>
      <w:proofErr w:type="spellEnd"/>
      <w:r w:rsidRPr="000D2C63">
        <w:rPr>
          <w:rFonts w:cs="Arial"/>
          <w:lang w:eastAsia="es-ES"/>
        </w:rPr>
        <w:t xml:space="preserve"> </w:t>
      </w:r>
      <w:proofErr w:type="spellStart"/>
      <w:r w:rsidRPr="000D2C63">
        <w:rPr>
          <w:rFonts w:cs="Arial"/>
          <w:lang w:eastAsia="es-ES"/>
        </w:rPr>
        <w:t>entidades</w:t>
      </w:r>
      <w:proofErr w:type="spellEnd"/>
      <w:r w:rsidRPr="000D2C63">
        <w:rPr>
          <w:rFonts w:cs="Arial"/>
          <w:lang w:eastAsia="es-ES"/>
        </w:rPr>
        <w:t xml:space="preserve"> o del mercado, con lo </w:t>
      </w:r>
      <w:proofErr w:type="spellStart"/>
      <w:r w:rsidRPr="000D2C63">
        <w:rPr>
          <w:rFonts w:cs="Arial"/>
          <w:lang w:eastAsia="es-ES"/>
        </w:rPr>
        <w:t>cual</w:t>
      </w:r>
      <w:proofErr w:type="spellEnd"/>
      <w:r w:rsidRPr="000D2C63">
        <w:rPr>
          <w:rFonts w:cs="Arial"/>
          <w:lang w:eastAsia="es-ES"/>
        </w:rPr>
        <w:t xml:space="preserve"> se </w:t>
      </w:r>
      <w:proofErr w:type="spellStart"/>
      <w:r w:rsidRPr="000D2C63">
        <w:rPr>
          <w:rFonts w:cs="Arial"/>
          <w:lang w:eastAsia="es-ES"/>
        </w:rPr>
        <w:t>definirá</w:t>
      </w:r>
      <w:proofErr w:type="spellEnd"/>
      <w:r w:rsidRPr="000D2C63">
        <w:rPr>
          <w:rFonts w:cs="Arial"/>
          <w:lang w:eastAsia="es-ES"/>
        </w:rPr>
        <w:t xml:space="preserve"> el valor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Análisis</w:t>
      </w:r>
      <w:proofErr w:type="spellEnd"/>
      <w:r w:rsidRPr="000D2C63">
        <w:rPr>
          <w:rFonts w:cs="Arial"/>
          <w:lang w:eastAsia="es-ES"/>
        </w:rPr>
        <w:t xml:space="preserve"> de </w:t>
      </w:r>
      <w:proofErr w:type="spellStart"/>
      <w:r w:rsidRPr="000D2C63">
        <w:rPr>
          <w:rFonts w:cs="Arial"/>
          <w:lang w:eastAsia="es-ES"/>
        </w:rPr>
        <w:t>Precios</w:t>
      </w:r>
      <w:proofErr w:type="spellEnd"/>
      <w:r w:rsidRPr="000D2C63">
        <w:rPr>
          <w:rFonts w:cs="Arial"/>
          <w:lang w:eastAsia="es-ES"/>
        </w:rPr>
        <w:t xml:space="preserve"> </w:t>
      </w:r>
      <w:proofErr w:type="spellStart"/>
      <w:r w:rsidRPr="000D2C63">
        <w:rPr>
          <w:rFonts w:cs="Arial"/>
          <w:lang w:eastAsia="es-ES"/>
        </w:rPr>
        <w:t>Unitarios</w:t>
      </w:r>
      <w:proofErr w:type="spellEnd"/>
      <w:r w:rsidRPr="000D2C63">
        <w:rPr>
          <w:rFonts w:cs="Arial"/>
          <w:lang w:eastAsia="es-ES"/>
        </w:rPr>
        <w:t xml:space="preserve"> (APU),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cuales</w:t>
      </w:r>
      <w:proofErr w:type="spellEnd"/>
      <w:r w:rsidRPr="000D2C63">
        <w:rPr>
          <w:rFonts w:cs="Arial"/>
          <w:lang w:eastAsia="es-ES"/>
        </w:rPr>
        <w:t xml:space="preserve"> son la base para la </w:t>
      </w:r>
      <w:proofErr w:type="spellStart"/>
      <w:r w:rsidRPr="000D2C63">
        <w:rPr>
          <w:rFonts w:cs="Arial"/>
          <w:lang w:eastAsia="es-ES"/>
        </w:rPr>
        <w:t>aprobación</w:t>
      </w:r>
      <w:proofErr w:type="spellEnd"/>
      <w:r w:rsidRPr="000D2C63">
        <w:rPr>
          <w:rFonts w:cs="Arial"/>
          <w:lang w:eastAsia="es-ES"/>
        </w:rPr>
        <w:t xml:space="preserve"> y </w:t>
      </w:r>
      <w:proofErr w:type="spellStart"/>
      <w:r w:rsidRPr="000D2C63">
        <w:rPr>
          <w:rFonts w:cs="Arial"/>
          <w:lang w:eastAsia="es-ES"/>
        </w:rPr>
        <w:t>fijación</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ítems</w:t>
      </w:r>
      <w:proofErr w:type="spellEnd"/>
      <w:r w:rsidRPr="000D2C63">
        <w:rPr>
          <w:rFonts w:cs="Arial"/>
          <w:lang w:eastAsia="es-ES"/>
        </w:rPr>
        <w:t xml:space="preserve"> no </w:t>
      </w:r>
      <w:proofErr w:type="spellStart"/>
      <w:r w:rsidRPr="000D2C63">
        <w:rPr>
          <w:rFonts w:cs="Arial"/>
          <w:lang w:eastAsia="es-ES"/>
        </w:rPr>
        <w:t>previstos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se </w:t>
      </w:r>
      <w:proofErr w:type="spellStart"/>
      <w:r w:rsidRPr="000D2C63">
        <w:rPr>
          <w:rFonts w:cs="Arial"/>
          <w:lang w:eastAsia="es-ES"/>
        </w:rPr>
        <w:t>requieran</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el </w:t>
      </w:r>
      <w:proofErr w:type="spellStart"/>
      <w:r w:rsidRPr="000D2C63">
        <w:rPr>
          <w:rFonts w:cs="Arial"/>
          <w:lang w:eastAsia="es-ES"/>
        </w:rPr>
        <w:t>desarrollo</w:t>
      </w:r>
      <w:proofErr w:type="spellEnd"/>
      <w:r w:rsidRPr="000D2C63">
        <w:rPr>
          <w:rFonts w:cs="Arial"/>
          <w:lang w:eastAsia="es-ES"/>
        </w:rPr>
        <w:t xml:space="preserve"> de la </w:t>
      </w:r>
      <w:proofErr w:type="spellStart"/>
      <w:r w:rsidRPr="000D2C63">
        <w:rPr>
          <w:rFonts w:cs="Arial"/>
          <w:lang w:eastAsia="es-ES"/>
        </w:rPr>
        <w:t>obra</w:t>
      </w:r>
      <w:proofErr w:type="spellEnd"/>
      <w:r w:rsidRPr="000D2C63">
        <w:rPr>
          <w:rFonts w:cs="Arial"/>
          <w:lang w:eastAsia="es-ES"/>
        </w:rPr>
        <w:t xml:space="preserve">. La </w:t>
      </w:r>
      <w:proofErr w:type="spellStart"/>
      <w:r w:rsidRPr="000D2C63">
        <w:rPr>
          <w:rFonts w:cs="Arial"/>
          <w:lang w:eastAsia="es-ES"/>
        </w:rPr>
        <w:t>supervisión</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informar</w:t>
      </w:r>
      <w:proofErr w:type="spellEnd"/>
      <w:r w:rsidRPr="000D2C63">
        <w:rPr>
          <w:rFonts w:cs="Arial"/>
          <w:lang w:eastAsia="es-ES"/>
        </w:rPr>
        <w:t xml:space="preserve"> de </w:t>
      </w:r>
      <w:proofErr w:type="spellStart"/>
      <w:r w:rsidRPr="000D2C63">
        <w:rPr>
          <w:rFonts w:cs="Arial"/>
          <w:lang w:eastAsia="es-ES"/>
        </w:rPr>
        <w:t>manera</w:t>
      </w:r>
      <w:proofErr w:type="spellEnd"/>
      <w:r w:rsidRPr="000D2C63">
        <w:rPr>
          <w:rFonts w:cs="Arial"/>
          <w:lang w:eastAsia="es-ES"/>
        </w:rPr>
        <w:t xml:space="preserve"> </w:t>
      </w:r>
      <w:proofErr w:type="spellStart"/>
      <w:r w:rsidRPr="000D2C63">
        <w:rPr>
          <w:rFonts w:cs="Arial"/>
          <w:lang w:eastAsia="es-ES"/>
        </w:rPr>
        <w:t>oportuna</w:t>
      </w:r>
      <w:proofErr w:type="spellEnd"/>
      <w:r w:rsidRPr="000D2C63">
        <w:rPr>
          <w:rFonts w:cs="Arial"/>
          <w:lang w:eastAsia="es-ES"/>
        </w:rPr>
        <w:t xml:space="preserve"> al supervisor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sobre</w:t>
      </w:r>
      <w:proofErr w:type="spellEnd"/>
      <w:r w:rsidRPr="000D2C63">
        <w:rPr>
          <w:rFonts w:cs="Arial"/>
          <w:lang w:eastAsia="es-ES"/>
        </w:rPr>
        <w:t xml:space="preserve"> las </w:t>
      </w:r>
      <w:proofErr w:type="spellStart"/>
      <w:r w:rsidRPr="000D2C63">
        <w:rPr>
          <w:rFonts w:cs="Arial"/>
          <w:lang w:eastAsia="es-ES"/>
        </w:rPr>
        <w:t>actividades</w:t>
      </w:r>
      <w:proofErr w:type="spellEnd"/>
      <w:r w:rsidRPr="000D2C63">
        <w:rPr>
          <w:rFonts w:cs="Arial"/>
          <w:lang w:eastAsia="es-ES"/>
        </w:rPr>
        <w:t xml:space="preserve"> no </w:t>
      </w:r>
      <w:proofErr w:type="spellStart"/>
      <w:r w:rsidRPr="000D2C63">
        <w:rPr>
          <w:rFonts w:cs="Arial"/>
          <w:lang w:eastAsia="es-ES"/>
        </w:rPr>
        <w:t>previstas</w:t>
      </w:r>
      <w:proofErr w:type="spellEnd"/>
      <w:r w:rsidRPr="000D2C63">
        <w:rPr>
          <w:rFonts w:cs="Arial"/>
          <w:lang w:eastAsia="es-ES"/>
        </w:rPr>
        <w:t xml:space="preserve">, </w:t>
      </w:r>
      <w:proofErr w:type="spellStart"/>
      <w:r w:rsidRPr="000D2C63">
        <w:rPr>
          <w:rFonts w:cs="Arial"/>
          <w:lang w:eastAsia="es-ES"/>
        </w:rPr>
        <w:t>previo</w:t>
      </w:r>
      <w:proofErr w:type="spellEnd"/>
      <w:r w:rsidRPr="000D2C63">
        <w:rPr>
          <w:rFonts w:cs="Arial"/>
          <w:lang w:eastAsia="es-ES"/>
        </w:rPr>
        <w:t xml:space="preserve"> a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probación</w:t>
      </w:r>
      <w:proofErr w:type="spellEnd"/>
      <w:r w:rsidRPr="000D2C63">
        <w:rPr>
          <w:rFonts w:cs="Arial"/>
          <w:lang w:eastAsia="es-ES"/>
        </w:rPr>
        <w:t xml:space="preserve">, con el fin de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este</w:t>
      </w:r>
      <w:proofErr w:type="spellEnd"/>
      <w:r w:rsidRPr="000D2C63">
        <w:rPr>
          <w:rFonts w:cs="Arial"/>
          <w:lang w:eastAsia="es-ES"/>
        </w:rPr>
        <w:t xml:space="preserve"> </w:t>
      </w:r>
      <w:proofErr w:type="spellStart"/>
      <w:r w:rsidRPr="000D2C63">
        <w:rPr>
          <w:rFonts w:cs="Arial"/>
          <w:lang w:eastAsia="es-ES"/>
        </w:rPr>
        <w:t>pueda</w:t>
      </w:r>
      <w:proofErr w:type="spellEnd"/>
      <w:r w:rsidRPr="000D2C63">
        <w:rPr>
          <w:rFonts w:cs="Arial"/>
          <w:lang w:eastAsia="es-ES"/>
        </w:rPr>
        <w:t xml:space="preserve"> </w:t>
      </w:r>
      <w:proofErr w:type="spellStart"/>
      <w:r w:rsidRPr="000D2C63">
        <w:rPr>
          <w:rFonts w:cs="Arial"/>
          <w:lang w:eastAsia="es-ES"/>
        </w:rPr>
        <w:t>estudiar</w:t>
      </w:r>
      <w:proofErr w:type="spellEnd"/>
      <w:r w:rsidRPr="000D2C63">
        <w:rPr>
          <w:rFonts w:cs="Arial"/>
          <w:lang w:eastAsia="es-ES"/>
        </w:rPr>
        <w:t xml:space="preserve">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pertinencia</w:t>
      </w:r>
      <w:proofErr w:type="spellEnd"/>
      <w:r w:rsidRPr="000D2C63">
        <w:rPr>
          <w:rFonts w:cs="Arial"/>
          <w:lang w:eastAsia="es-ES"/>
        </w:rPr>
        <w:t xml:space="preserve">, </w:t>
      </w:r>
      <w:proofErr w:type="spellStart"/>
      <w:r w:rsidRPr="000D2C63">
        <w:rPr>
          <w:rFonts w:cs="Arial"/>
          <w:lang w:eastAsia="es-ES"/>
        </w:rPr>
        <w:t>oportunidad</w:t>
      </w:r>
      <w:proofErr w:type="spellEnd"/>
      <w:r w:rsidRPr="000D2C63">
        <w:rPr>
          <w:rFonts w:cs="Arial"/>
          <w:lang w:eastAsia="es-ES"/>
        </w:rPr>
        <w:t xml:space="preserve">, valor </w:t>
      </w:r>
      <w:proofErr w:type="spellStart"/>
      <w:r w:rsidRPr="000D2C63">
        <w:rPr>
          <w:rFonts w:cs="Arial"/>
          <w:lang w:eastAsia="es-ES"/>
        </w:rPr>
        <w:t>unitario</w:t>
      </w:r>
      <w:proofErr w:type="spellEnd"/>
      <w:r w:rsidRPr="000D2C63">
        <w:rPr>
          <w:rFonts w:cs="Arial"/>
          <w:lang w:eastAsia="es-ES"/>
        </w:rPr>
        <w:t xml:space="preserve"> y </w:t>
      </w:r>
      <w:proofErr w:type="spellStart"/>
      <w:r w:rsidRPr="000D2C63">
        <w:rPr>
          <w:rFonts w:cs="Arial"/>
          <w:lang w:eastAsia="es-ES"/>
        </w:rPr>
        <w:t>cantidades</w:t>
      </w:r>
      <w:proofErr w:type="spellEnd"/>
      <w:r w:rsidRPr="000D2C63">
        <w:rPr>
          <w:rFonts w:cs="Arial"/>
          <w:lang w:eastAsia="es-ES"/>
        </w:rPr>
        <w:t xml:space="preserve"> </w:t>
      </w:r>
      <w:proofErr w:type="spellStart"/>
      <w:r w:rsidRPr="000D2C63">
        <w:rPr>
          <w:rFonts w:cs="Arial"/>
          <w:lang w:eastAsia="es-ES"/>
        </w:rPr>
        <w:t>estimadas</w:t>
      </w:r>
      <w:proofErr w:type="spellEnd"/>
      <w:r w:rsidRPr="000D2C63">
        <w:rPr>
          <w:rFonts w:cs="Arial"/>
          <w:lang w:eastAsia="es-ES"/>
        </w:rPr>
        <w:t xml:space="preserve">, </w:t>
      </w:r>
      <w:proofErr w:type="spellStart"/>
      <w:r w:rsidRPr="000D2C63">
        <w:rPr>
          <w:rFonts w:cs="Arial"/>
          <w:lang w:eastAsia="es-ES"/>
        </w:rPr>
        <w:t>quien</w:t>
      </w:r>
      <w:proofErr w:type="spellEnd"/>
      <w:r w:rsidRPr="000D2C63">
        <w:rPr>
          <w:rFonts w:cs="Arial"/>
          <w:lang w:eastAsia="es-ES"/>
        </w:rPr>
        <w:t xml:space="preserve"> </w:t>
      </w:r>
      <w:proofErr w:type="spellStart"/>
      <w:r w:rsidRPr="000D2C63">
        <w:rPr>
          <w:rFonts w:cs="Arial"/>
          <w:lang w:eastAsia="es-ES"/>
        </w:rPr>
        <w:t>podrá</w:t>
      </w:r>
      <w:proofErr w:type="spellEnd"/>
      <w:r w:rsidRPr="000D2C63">
        <w:rPr>
          <w:rFonts w:cs="Arial"/>
          <w:lang w:eastAsia="es-ES"/>
        </w:rPr>
        <w:t xml:space="preserve"> </w:t>
      </w:r>
      <w:proofErr w:type="spellStart"/>
      <w:r w:rsidRPr="000D2C63">
        <w:rPr>
          <w:rFonts w:cs="Arial"/>
          <w:lang w:eastAsia="es-ES"/>
        </w:rPr>
        <w:t>objetarlos</w:t>
      </w:r>
      <w:proofErr w:type="spellEnd"/>
      <w:r w:rsidRPr="000D2C63">
        <w:rPr>
          <w:rFonts w:cs="Arial"/>
          <w:lang w:eastAsia="es-ES"/>
        </w:rPr>
        <w:t xml:space="preserve"> y </w:t>
      </w:r>
      <w:proofErr w:type="spellStart"/>
      <w:r w:rsidRPr="000D2C63">
        <w:rPr>
          <w:rFonts w:cs="Arial"/>
          <w:lang w:eastAsia="es-ES"/>
        </w:rPr>
        <w:t>devolverlo</w:t>
      </w:r>
      <w:proofErr w:type="spellEnd"/>
      <w:r w:rsidRPr="000D2C63">
        <w:rPr>
          <w:rFonts w:cs="Arial"/>
          <w:lang w:eastAsia="es-ES"/>
        </w:rPr>
        <w:t xml:space="preserve"> a la </w:t>
      </w:r>
      <w:proofErr w:type="spellStart"/>
      <w:r w:rsidRPr="000D2C63">
        <w:rPr>
          <w:rFonts w:cs="Arial"/>
          <w:lang w:eastAsia="es-ES"/>
        </w:rPr>
        <w:t>supervisión</w:t>
      </w:r>
      <w:proofErr w:type="spellEnd"/>
      <w:r w:rsidRPr="000D2C63">
        <w:rPr>
          <w:rFonts w:cs="Arial"/>
          <w:lang w:eastAsia="es-ES"/>
        </w:rPr>
        <w:t xml:space="preserve"> para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ajustes</w:t>
      </w:r>
      <w:proofErr w:type="spellEnd"/>
      <w:r w:rsidRPr="000D2C63">
        <w:rPr>
          <w:rFonts w:cs="Arial"/>
          <w:lang w:eastAsia="es-ES"/>
        </w:rPr>
        <w:t xml:space="preserve"> </w:t>
      </w:r>
      <w:proofErr w:type="spellStart"/>
      <w:r w:rsidRPr="000D2C63">
        <w:rPr>
          <w:rFonts w:cs="Arial"/>
          <w:lang w:eastAsia="es-ES"/>
        </w:rPr>
        <w:t>correspondientes</w:t>
      </w:r>
      <w:proofErr w:type="spellEnd"/>
      <w:r w:rsidRPr="000D2C63">
        <w:rPr>
          <w:rFonts w:cs="Arial"/>
          <w:lang w:eastAsia="es-ES"/>
        </w:rPr>
        <w:t xml:space="preserve"> o </w:t>
      </w:r>
      <w:proofErr w:type="spellStart"/>
      <w:r w:rsidRPr="000D2C63">
        <w:rPr>
          <w:rFonts w:cs="Arial"/>
          <w:lang w:eastAsia="es-ES"/>
        </w:rPr>
        <w:t>emitir</w:t>
      </w:r>
      <w:proofErr w:type="spellEnd"/>
      <w:r w:rsidRPr="000D2C63">
        <w:rPr>
          <w:rFonts w:cs="Arial"/>
          <w:lang w:eastAsia="es-ES"/>
        </w:rPr>
        <w:t xml:space="preserve"> </w:t>
      </w:r>
      <w:proofErr w:type="spellStart"/>
      <w:r w:rsidRPr="000D2C63">
        <w:rPr>
          <w:rFonts w:cs="Arial"/>
          <w:lang w:eastAsia="es-ES"/>
        </w:rPr>
        <w:t>su</w:t>
      </w:r>
      <w:proofErr w:type="spellEnd"/>
      <w:r w:rsidRPr="000D2C63">
        <w:rPr>
          <w:rFonts w:cs="Arial"/>
          <w:lang w:eastAsia="es-ES"/>
        </w:rPr>
        <w:t xml:space="preserve"> visto bueno.</w:t>
      </w:r>
    </w:p>
    <w:p w14:paraId="4207F31B" w14:textId="77777777" w:rsidR="00F4330E" w:rsidRPr="000D2C63" w:rsidRDefault="00F4330E" w:rsidP="00F4330E">
      <w:pPr>
        <w:jc w:val="both"/>
        <w:rPr>
          <w:rFonts w:cs="Arial"/>
          <w:lang w:eastAsia="es-ES"/>
        </w:rPr>
      </w:pPr>
    </w:p>
    <w:p w14:paraId="46061AD1" w14:textId="77777777" w:rsidR="00F4330E" w:rsidRPr="000D2C63" w:rsidRDefault="00F4330E" w:rsidP="00F4330E">
      <w:pPr>
        <w:jc w:val="both"/>
        <w:rPr>
          <w:rFonts w:cs="Arial"/>
          <w:lang w:eastAsia="es-ES"/>
        </w:rPr>
      </w:pPr>
      <w:r w:rsidRPr="000D2C63">
        <w:rPr>
          <w:rFonts w:cs="Arial"/>
          <w:lang w:eastAsia="es-ES"/>
        </w:rPr>
        <w:t xml:space="preserve">PARÁGRAFO 2. En </w:t>
      </w:r>
      <w:proofErr w:type="spellStart"/>
      <w:r w:rsidRPr="000D2C63">
        <w:rPr>
          <w:rFonts w:cs="Arial"/>
          <w:lang w:eastAsia="es-ES"/>
        </w:rPr>
        <w:t>caso</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entre el </w:t>
      </w:r>
      <w:proofErr w:type="spellStart"/>
      <w:r w:rsidRPr="000D2C63">
        <w:rPr>
          <w:rFonts w:cs="Arial"/>
          <w:lang w:eastAsia="es-ES"/>
        </w:rPr>
        <w:t>contratista</w:t>
      </w:r>
      <w:proofErr w:type="spellEnd"/>
      <w:r w:rsidRPr="000D2C63">
        <w:rPr>
          <w:rFonts w:cs="Arial"/>
          <w:lang w:eastAsia="es-ES"/>
        </w:rPr>
        <w:t xml:space="preserve"> de </w:t>
      </w:r>
      <w:proofErr w:type="spellStart"/>
      <w:r w:rsidRPr="000D2C63">
        <w:rPr>
          <w:rFonts w:cs="Arial"/>
          <w:lang w:eastAsia="es-ES"/>
        </w:rPr>
        <w:t>obra</w:t>
      </w:r>
      <w:proofErr w:type="spellEnd"/>
      <w:r w:rsidRPr="000D2C63">
        <w:rPr>
          <w:rFonts w:cs="Arial"/>
          <w:lang w:eastAsia="es-ES"/>
        </w:rPr>
        <w:t xml:space="preserve"> y la </w:t>
      </w:r>
      <w:proofErr w:type="spellStart"/>
      <w:r w:rsidRPr="000D2C63">
        <w:rPr>
          <w:rFonts w:cs="Arial"/>
          <w:lang w:eastAsia="es-ES"/>
        </w:rPr>
        <w:t>supervisión</w:t>
      </w:r>
      <w:proofErr w:type="spellEnd"/>
      <w:r w:rsidRPr="000D2C63">
        <w:rPr>
          <w:rFonts w:cs="Arial"/>
          <w:lang w:eastAsia="es-ES"/>
        </w:rPr>
        <w:t xml:space="preserve"> no </w:t>
      </w:r>
      <w:proofErr w:type="spellStart"/>
      <w:r w:rsidRPr="000D2C63">
        <w:rPr>
          <w:rFonts w:cs="Arial"/>
          <w:lang w:eastAsia="es-ES"/>
        </w:rPr>
        <w:t>haya</w:t>
      </w:r>
      <w:proofErr w:type="spellEnd"/>
      <w:r w:rsidRPr="000D2C63">
        <w:rPr>
          <w:rFonts w:cs="Arial"/>
          <w:lang w:eastAsia="es-ES"/>
        </w:rPr>
        <w:t xml:space="preserve"> </w:t>
      </w:r>
      <w:proofErr w:type="spellStart"/>
      <w:r w:rsidRPr="000D2C63">
        <w:rPr>
          <w:rFonts w:cs="Arial"/>
          <w:lang w:eastAsia="es-ES"/>
        </w:rPr>
        <w:t>acuerdo</w:t>
      </w:r>
      <w:proofErr w:type="spellEnd"/>
      <w:r w:rsidRPr="000D2C63">
        <w:rPr>
          <w:rFonts w:cs="Arial"/>
          <w:lang w:eastAsia="es-ES"/>
        </w:rPr>
        <w:t xml:space="preserve"> para la </w:t>
      </w:r>
      <w:proofErr w:type="spellStart"/>
      <w:r w:rsidRPr="000D2C63">
        <w:rPr>
          <w:rFonts w:cs="Arial"/>
          <w:lang w:eastAsia="es-ES"/>
        </w:rPr>
        <w:t>fijación</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precios</w:t>
      </w:r>
      <w:proofErr w:type="spellEnd"/>
      <w:r w:rsidRPr="000D2C63">
        <w:rPr>
          <w:rFonts w:cs="Arial"/>
          <w:lang w:eastAsia="es-ES"/>
        </w:rPr>
        <w:t xml:space="preserve"> de las </w:t>
      </w:r>
      <w:proofErr w:type="spellStart"/>
      <w:r w:rsidRPr="000D2C63">
        <w:rPr>
          <w:rFonts w:cs="Arial"/>
          <w:lang w:eastAsia="es-ES"/>
        </w:rPr>
        <w:t>actividades</w:t>
      </w:r>
      <w:proofErr w:type="spellEnd"/>
      <w:r w:rsidRPr="000D2C63">
        <w:rPr>
          <w:rFonts w:cs="Arial"/>
          <w:lang w:eastAsia="es-ES"/>
        </w:rPr>
        <w:t xml:space="preserve"> no </w:t>
      </w:r>
      <w:proofErr w:type="spellStart"/>
      <w:r w:rsidRPr="000D2C63">
        <w:rPr>
          <w:rFonts w:cs="Arial"/>
          <w:lang w:eastAsia="es-ES"/>
        </w:rPr>
        <w:t>previstas</w:t>
      </w:r>
      <w:proofErr w:type="spellEnd"/>
      <w:r w:rsidRPr="000D2C63">
        <w:rPr>
          <w:rFonts w:cs="Arial"/>
          <w:lang w:eastAsia="es-ES"/>
        </w:rPr>
        <w:t xml:space="preserve">, la </w:t>
      </w:r>
      <w:proofErr w:type="spellStart"/>
      <w:r w:rsidRPr="000D2C63">
        <w:rPr>
          <w:rFonts w:cs="Arial"/>
          <w:lang w:eastAsia="es-ES"/>
        </w:rPr>
        <w:t>supervisión</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parte</w:t>
      </w:r>
      <w:proofErr w:type="spellEnd"/>
      <w:r w:rsidRPr="000D2C63">
        <w:rPr>
          <w:rFonts w:cs="Arial"/>
          <w:lang w:eastAsia="es-ES"/>
        </w:rPr>
        <w:t xml:space="preserve"> </w:t>
      </w:r>
      <w:proofErr w:type="spellStart"/>
      <w:r w:rsidRPr="000D2C63">
        <w:rPr>
          <w:rFonts w:cs="Arial"/>
          <w:lang w:eastAsia="es-ES"/>
        </w:rPr>
        <w:t>debe</w:t>
      </w:r>
      <w:proofErr w:type="spellEnd"/>
      <w:r w:rsidRPr="000D2C63">
        <w:rPr>
          <w:rFonts w:cs="Arial"/>
          <w:lang w:eastAsia="es-ES"/>
        </w:rPr>
        <w:t xml:space="preserve"> </w:t>
      </w:r>
      <w:proofErr w:type="spellStart"/>
      <w:r w:rsidRPr="000D2C63">
        <w:rPr>
          <w:rFonts w:cs="Arial"/>
          <w:lang w:eastAsia="es-ES"/>
        </w:rPr>
        <w:t>conseguir</w:t>
      </w:r>
      <w:proofErr w:type="spellEnd"/>
      <w:r w:rsidRPr="000D2C63">
        <w:rPr>
          <w:rFonts w:cs="Arial"/>
          <w:lang w:eastAsia="es-ES"/>
        </w:rPr>
        <w:t xml:space="preserve"> al </w:t>
      </w:r>
      <w:proofErr w:type="spellStart"/>
      <w:r w:rsidRPr="000D2C63">
        <w:rPr>
          <w:rFonts w:cs="Arial"/>
          <w:lang w:eastAsia="es-ES"/>
        </w:rPr>
        <w:t>menos</w:t>
      </w:r>
      <w:proofErr w:type="spellEnd"/>
      <w:r w:rsidRPr="000D2C63">
        <w:rPr>
          <w:rFonts w:cs="Arial"/>
          <w:lang w:eastAsia="es-ES"/>
        </w:rPr>
        <w:t xml:space="preserve"> 3 </w:t>
      </w:r>
      <w:proofErr w:type="spellStart"/>
      <w:r w:rsidRPr="000D2C63">
        <w:rPr>
          <w:rFonts w:cs="Arial"/>
          <w:lang w:eastAsia="es-ES"/>
        </w:rPr>
        <w:t>cotizaciones</w:t>
      </w:r>
      <w:proofErr w:type="spellEnd"/>
      <w:r w:rsidRPr="000D2C63">
        <w:rPr>
          <w:rFonts w:cs="Arial"/>
          <w:lang w:eastAsia="es-ES"/>
        </w:rPr>
        <w:t xml:space="preserve"> comparables u </w:t>
      </w:r>
      <w:proofErr w:type="spellStart"/>
      <w:r w:rsidRPr="000D2C63">
        <w:rPr>
          <w:rFonts w:cs="Arial"/>
          <w:lang w:eastAsia="es-ES"/>
        </w:rPr>
        <w:t>otras</w:t>
      </w:r>
      <w:proofErr w:type="spellEnd"/>
      <w:r w:rsidRPr="000D2C63">
        <w:rPr>
          <w:rFonts w:cs="Arial"/>
          <w:lang w:eastAsia="es-ES"/>
        </w:rPr>
        <w:t xml:space="preserve"> </w:t>
      </w:r>
      <w:proofErr w:type="spellStart"/>
      <w:r w:rsidRPr="000D2C63">
        <w:rPr>
          <w:rFonts w:cs="Arial"/>
          <w:lang w:eastAsia="es-ES"/>
        </w:rPr>
        <w:t>fuentes</w:t>
      </w:r>
      <w:proofErr w:type="spellEnd"/>
      <w:r w:rsidRPr="000D2C63">
        <w:rPr>
          <w:rFonts w:cs="Arial"/>
          <w:lang w:eastAsia="es-ES"/>
        </w:rPr>
        <w:t xml:space="preserve"> de </w:t>
      </w:r>
      <w:proofErr w:type="spellStart"/>
      <w:r w:rsidRPr="000D2C63">
        <w:rPr>
          <w:rFonts w:cs="Arial"/>
          <w:lang w:eastAsia="es-ES"/>
        </w:rPr>
        <w:t>información</w:t>
      </w:r>
      <w:proofErr w:type="spellEnd"/>
      <w:r w:rsidRPr="000D2C63">
        <w:rPr>
          <w:rFonts w:cs="Arial"/>
          <w:lang w:eastAsia="es-ES"/>
        </w:rPr>
        <w:t xml:space="preserve"> </w:t>
      </w:r>
      <w:proofErr w:type="spellStart"/>
      <w:r w:rsidRPr="000D2C63">
        <w:rPr>
          <w:rFonts w:cs="Arial"/>
          <w:lang w:eastAsia="es-ES"/>
        </w:rPr>
        <w:t>según</w:t>
      </w:r>
      <w:proofErr w:type="spellEnd"/>
      <w:r w:rsidRPr="000D2C63">
        <w:rPr>
          <w:rFonts w:cs="Arial"/>
          <w:lang w:eastAsia="es-ES"/>
        </w:rPr>
        <w:t xml:space="preserve"> se </w:t>
      </w:r>
      <w:proofErr w:type="spellStart"/>
      <w:r w:rsidRPr="000D2C63">
        <w:rPr>
          <w:rFonts w:cs="Arial"/>
          <w:lang w:eastAsia="es-ES"/>
        </w:rPr>
        <w:t>relacionan</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el literal b) de </w:t>
      </w:r>
      <w:proofErr w:type="spellStart"/>
      <w:r w:rsidRPr="000D2C63">
        <w:rPr>
          <w:rFonts w:cs="Arial"/>
          <w:lang w:eastAsia="es-ES"/>
        </w:rPr>
        <w:t>esta</w:t>
      </w:r>
      <w:proofErr w:type="spellEnd"/>
      <w:r w:rsidRPr="000D2C63">
        <w:rPr>
          <w:rFonts w:cs="Arial"/>
          <w:lang w:eastAsia="es-ES"/>
        </w:rPr>
        <w:t xml:space="preserve"> </w:t>
      </w:r>
      <w:proofErr w:type="spellStart"/>
      <w:r w:rsidRPr="000D2C63">
        <w:rPr>
          <w:rFonts w:cs="Arial"/>
          <w:lang w:eastAsia="es-ES"/>
        </w:rPr>
        <w:t>misma</w:t>
      </w:r>
      <w:proofErr w:type="spellEnd"/>
      <w:r w:rsidRPr="000D2C63">
        <w:rPr>
          <w:rFonts w:cs="Arial"/>
          <w:lang w:eastAsia="es-ES"/>
        </w:rPr>
        <w:t xml:space="preserve"> </w:t>
      </w:r>
      <w:proofErr w:type="spellStart"/>
      <w:r w:rsidRPr="000D2C63">
        <w:rPr>
          <w:rFonts w:cs="Arial"/>
          <w:lang w:eastAsia="es-ES"/>
        </w:rPr>
        <w:t>obligación</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le </w:t>
      </w:r>
      <w:proofErr w:type="spellStart"/>
      <w:r w:rsidRPr="000D2C63">
        <w:rPr>
          <w:rFonts w:cs="Arial"/>
          <w:lang w:eastAsia="es-ES"/>
        </w:rPr>
        <w:t>permitan</w:t>
      </w:r>
      <w:proofErr w:type="spellEnd"/>
      <w:r w:rsidRPr="000D2C63">
        <w:rPr>
          <w:rFonts w:cs="Arial"/>
          <w:lang w:eastAsia="es-ES"/>
        </w:rPr>
        <w:t xml:space="preserve"> </w:t>
      </w:r>
      <w:proofErr w:type="spellStart"/>
      <w:r w:rsidRPr="000D2C63">
        <w:rPr>
          <w:rFonts w:cs="Arial"/>
          <w:lang w:eastAsia="es-ES"/>
        </w:rPr>
        <w:t>verificar</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análisis</w:t>
      </w:r>
      <w:proofErr w:type="spellEnd"/>
      <w:r w:rsidRPr="000D2C63">
        <w:rPr>
          <w:rFonts w:cs="Arial"/>
          <w:lang w:eastAsia="es-ES"/>
        </w:rPr>
        <w:t xml:space="preserve"> de </w:t>
      </w:r>
      <w:proofErr w:type="spellStart"/>
      <w:r w:rsidRPr="000D2C63">
        <w:rPr>
          <w:rFonts w:cs="Arial"/>
          <w:lang w:eastAsia="es-ES"/>
        </w:rPr>
        <w:t>precios</w:t>
      </w:r>
      <w:proofErr w:type="spellEnd"/>
      <w:r w:rsidRPr="000D2C63">
        <w:rPr>
          <w:rFonts w:cs="Arial"/>
          <w:lang w:eastAsia="es-ES"/>
        </w:rPr>
        <w:t xml:space="preserve"> </w:t>
      </w:r>
      <w:proofErr w:type="spellStart"/>
      <w:r w:rsidRPr="000D2C63">
        <w:rPr>
          <w:rFonts w:cs="Arial"/>
          <w:lang w:eastAsia="es-ES"/>
        </w:rPr>
        <w:t>unitarios</w:t>
      </w:r>
      <w:proofErr w:type="spellEnd"/>
      <w:r w:rsidRPr="000D2C63">
        <w:rPr>
          <w:rFonts w:cs="Arial"/>
          <w:lang w:eastAsia="es-ES"/>
        </w:rPr>
        <w:t xml:space="preserve"> </w:t>
      </w:r>
      <w:proofErr w:type="spellStart"/>
      <w:r w:rsidRPr="000D2C63">
        <w:rPr>
          <w:rFonts w:cs="Arial"/>
          <w:lang w:eastAsia="es-ES"/>
        </w:rPr>
        <w:t>presentados</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el </w:t>
      </w:r>
      <w:proofErr w:type="spellStart"/>
      <w:r w:rsidRPr="000D2C63">
        <w:rPr>
          <w:rFonts w:cs="Arial"/>
          <w:lang w:eastAsia="es-ES"/>
        </w:rPr>
        <w:t>contratista</w:t>
      </w:r>
      <w:proofErr w:type="spellEnd"/>
      <w:r w:rsidRPr="000D2C63">
        <w:rPr>
          <w:rFonts w:cs="Arial"/>
          <w:lang w:eastAsia="es-ES"/>
        </w:rPr>
        <w:t xml:space="preserve"> de </w:t>
      </w:r>
      <w:proofErr w:type="spellStart"/>
      <w:r w:rsidRPr="000D2C63">
        <w:rPr>
          <w:rFonts w:cs="Arial"/>
          <w:lang w:eastAsia="es-ES"/>
        </w:rPr>
        <w:t>obra</w:t>
      </w:r>
      <w:proofErr w:type="spellEnd"/>
      <w:r w:rsidRPr="000D2C63">
        <w:rPr>
          <w:rFonts w:cs="Arial"/>
          <w:lang w:eastAsia="es-ES"/>
        </w:rPr>
        <w:t xml:space="preserve">, </w:t>
      </w:r>
      <w:proofErr w:type="spellStart"/>
      <w:r w:rsidRPr="000D2C63">
        <w:rPr>
          <w:rFonts w:cs="Arial"/>
          <w:lang w:eastAsia="es-ES"/>
        </w:rPr>
        <w:t>esta</w:t>
      </w:r>
      <w:proofErr w:type="spellEnd"/>
      <w:r w:rsidRPr="000D2C63">
        <w:rPr>
          <w:rFonts w:cs="Arial"/>
          <w:lang w:eastAsia="es-ES"/>
        </w:rPr>
        <w:t xml:space="preserve"> </w:t>
      </w:r>
      <w:proofErr w:type="spellStart"/>
      <w:r w:rsidRPr="000D2C63">
        <w:rPr>
          <w:rFonts w:cs="Arial"/>
          <w:lang w:eastAsia="es-ES"/>
        </w:rPr>
        <w:t>información</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ser </w:t>
      </w:r>
      <w:proofErr w:type="spellStart"/>
      <w:r w:rsidRPr="000D2C63">
        <w:rPr>
          <w:rFonts w:cs="Arial"/>
          <w:lang w:eastAsia="es-ES"/>
        </w:rPr>
        <w:t>remitida</w:t>
      </w:r>
      <w:proofErr w:type="spellEnd"/>
      <w:r w:rsidRPr="000D2C63">
        <w:rPr>
          <w:rFonts w:cs="Arial"/>
          <w:lang w:eastAsia="es-ES"/>
        </w:rPr>
        <w:t xml:space="preserve"> junto con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análisis</w:t>
      </w:r>
      <w:proofErr w:type="spellEnd"/>
      <w:r w:rsidRPr="000D2C63">
        <w:rPr>
          <w:rFonts w:cs="Arial"/>
          <w:lang w:eastAsia="es-ES"/>
        </w:rPr>
        <w:t xml:space="preserve"> de </w:t>
      </w:r>
      <w:proofErr w:type="spellStart"/>
      <w:r w:rsidRPr="000D2C63">
        <w:rPr>
          <w:rFonts w:cs="Arial"/>
          <w:lang w:eastAsia="es-ES"/>
        </w:rPr>
        <w:t>precios</w:t>
      </w:r>
      <w:proofErr w:type="spellEnd"/>
      <w:r w:rsidRPr="000D2C63">
        <w:rPr>
          <w:rFonts w:cs="Arial"/>
          <w:lang w:eastAsia="es-ES"/>
        </w:rPr>
        <w:t xml:space="preserve"> </w:t>
      </w:r>
      <w:proofErr w:type="spellStart"/>
      <w:r w:rsidRPr="000D2C63">
        <w:rPr>
          <w:rFonts w:cs="Arial"/>
          <w:lang w:eastAsia="es-ES"/>
        </w:rPr>
        <w:t>unitarios</w:t>
      </w:r>
      <w:proofErr w:type="spellEnd"/>
      <w:r w:rsidRPr="000D2C63">
        <w:rPr>
          <w:rFonts w:cs="Arial"/>
          <w:lang w:eastAsia="es-ES"/>
        </w:rPr>
        <w:t xml:space="preserve"> </w:t>
      </w:r>
      <w:proofErr w:type="spellStart"/>
      <w:r w:rsidRPr="000D2C63">
        <w:rPr>
          <w:rFonts w:cs="Arial"/>
          <w:lang w:eastAsia="es-ES"/>
        </w:rPr>
        <w:t>elaborados</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la </w:t>
      </w:r>
      <w:proofErr w:type="spellStart"/>
      <w:r w:rsidRPr="000D2C63">
        <w:rPr>
          <w:rFonts w:cs="Arial"/>
          <w:lang w:eastAsia="es-ES"/>
        </w:rPr>
        <w:t>supervisión</w:t>
      </w:r>
      <w:proofErr w:type="spellEnd"/>
      <w:r w:rsidRPr="000D2C63">
        <w:rPr>
          <w:rFonts w:cs="Arial"/>
          <w:lang w:eastAsia="es-ES"/>
        </w:rPr>
        <w:t xml:space="preserve"> </w:t>
      </w:r>
      <w:proofErr w:type="spellStart"/>
      <w:r w:rsidRPr="000D2C63">
        <w:rPr>
          <w:rFonts w:cs="Arial"/>
          <w:lang w:eastAsia="es-ES"/>
        </w:rPr>
        <w:t>acompañados</w:t>
      </w:r>
      <w:proofErr w:type="spellEnd"/>
      <w:r w:rsidRPr="000D2C63">
        <w:rPr>
          <w:rFonts w:cs="Arial"/>
          <w:lang w:eastAsia="es-ES"/>
        </w:rPr>
        <w:t xml:space="preserve"> del </w:t>
      </w:r>
      <w:proofErr w:type="spellStart"/>
      <w:r w:rsidRPr="000D2C63">
        <w:rPr>
          <w:rFonts w:cs="Arial"/>
          <w:lang w:eastAsia="es-ES"/>
        </w:rPr>
        <w:t>respectivo</w:t>
      </w:r>
      <w:proofErr w:type="spellEnd"/>
      <w:r w:rsidRPr="000D2C63">
        <w:rPr>
          <w:rFonts w:cs="Arial"/>
          <w:lang w:eastAsia="es-ES"/>
        </w:rPr>
        <w:t xml:space="preserve"> </w:t>
      </w:r>
      <w:proofErr w:type="spellStart"/>
      <w:r w:rsidRPr="000D2C63">
        <w:rPr>
          <w:rFonts w:cs="Arial"/>
          <w:lang w:eastAsia="es-ES"/>
        </w:rPr>
        <w:t>estudio</w:t>
      </w:r>
      <w:proofErr w:type="spellEnd"/>
      <w:r w:rsidRPr="000D2C63">
        <w:rPr>
          <w:rFonts w:cs="Arial"/>
          <w:lang w:eastAsia="es-ES"/>
        </w:rPr>
        <w:t xml:space="preserve"> de mercado </w:t>
      </w:r>
      <w:proofErr w:type="spellStart"/>
      <w:r w:rsidRPr="000D2C63">
        <w:rPr>
          <w:rFonts w:cs="Arial"/>
          <w:lang w:eastAsia="es-ES"/>
        </w:rPr>
        <w:t>plenamente</w:t>
      </w:r>
      <w:proofErr w:type="spellEnd"/>
      <w:r w:rsidRPr="000D2C63">
        <w:rPr>
          <w:rFonts w:cs="Arial"/>
          <w:lang w:eastAsia="es-ES"/>
        </w:rPr>
        <w:t xml:space="preserve"> </w:t>
      </w:r>
      <w:proofErr w:type="spellStart"/>
      <w:r w:rsidRPr="000D2C63">
        <w:rPr>
          <w:rFonts w:cs="Arial"/>
          <w:lang w:eastAsia="es-ES"/>
        </w:rPr>
        <w:t>justificado</w:t>
      </w:r>
      <w:proofErr w:type="spellEnd"/>
      <w:r w:rsidRPr="000D2C63">
        <w:rPr>
          <w:rFonts w:cs="Arial"/>
          <w:lang w:eastAsia="es-ES"/>
        </w:rPr>
        <w:t xml:space="preserve"> y </w:t>
      </w:r>
      <w:proofErr w:type="spellStart"/>
      <w:r w:rsidRPr="000D2C63">
        <w:rPr>
          <w:rFonts w:cs="Arial"/>
          <w:lang w:eastAsia="es-ES"/>
        </w:rPr>
        <w:t>sustentado</w:t>
      </w:r>
      <w:proofErr w:type="spellEnd"/>
      <w:r w:rsidRPr="000D2C63">
        <w:rPr>
          <w:rFonts w:cs="Arial"/>
          <w:lang w:eastAsia="es-ES"/>
        </w:rPr>
        <w:t xml:space="preserve"> </w:t>
      </w:r>
      <w:proofErr w:type="spellStart"/>
      <w:r w:rsidRPr="000D2C63">
        <w:rPr>
          <w:rFonts w:cs="Arial"/>
          <w:lang w:eastAsia="es-ES"/>
        </w:rPr>
        <w:t>desde</w:t>
      </w:r>
      <w:proofErr w:type="spellEnd"/>
      <w:r w:rsidRPr="000D2C63">
        <w:rPr>
          <w:rFonts w:cs="Arial"/>
          <w:lang w:eastAsia="es-ES"/>
        </w:rPr>
        <w:t xml:space="preserve"> el punto de vista </w:t>
      </w:r>
      <w:proofErr w:type="spellStart"/>
      <w:r w:rsidRPr="000D2C63">
        <w:rPr>
          <w:rFonts w:cs="Arial"/>
          <w:lang w:eastAsia="es-ES"/>
        </w:rPr>
        <w:t>técnico</w:t>
      </w:r>
      <w:proofErr w:type="spellEnd"/>
      <w:r w:rsidRPr="000D2C63">
        <w:rPr>
          <w:rFonts w:cs="Arial"/>
          <w:lang w:eastAsia="es-ES"/>
        </w:rPr>
        <w:t xml:space="preserve"> y </w:t>
      </w:r>
      <w:proofErr w:type="spellStart"/>
      <w:r w:rsidRPr="000D2C63">
        <w:rPr>
          <w:rFonts w:cs="Arial"/>
          <w:lang w:eastAsia="es-ES"/>
        </w:rPr>
        <w:t>económico</w:t>
      </w:r>
      <w:proofErr w:type="spellEnd"/>
      <w:r w:rsidRPr="000D2C63">
        <w:rPr>
          <w:rFonts w:cs="Arial"/>
          <w:lang w:eastAsia="es-ES"/>
        </w:rPr>
        <w:t xml:space="preserve">, al supervisor del </w:t>
      </w:r>
      <w:proofErr w:type="spellStart"/>
      <w:r w:rsidRPr="000D2C63">
        <w:rPr>
          <w:rFonts w:cs="Arial"/>
          <w:lang w:eastAsia="es-ES"/>
        </w:rPr>
        <w:t>contrato</w:t>
      </w:r>
      <w:proofErr w:type="spellEnd"/>
      <w:r w:rsidRPr="000D2C63">
        <w:rPr>
          <w:rFonts w:cs="Arial"/>
          <w:lang w:eastAsia="es-ES"/>
        </w:rPr>
        <w:t xml:space="preserve"> de </w:t>
      </w:r>
      <w:proofErr w:type="spellStart"/>
      <w:r w:rsidRPr="000D2C63">
        <w:rPr>
          <w:rFonts w:cs="Arial"/>
          <w:lang w:eastAsia="es-ES"/>
        </w:rPr>
        <w:t>supervisión</w:t>
      </w:r>
      <w:proofErr w:type="spellEnd"/>
      <w:r w:rsidRPr="000D2C63">
        <w:rPr>
          <w:rFonts w:cs="Arial"/>
          <w:lang w:eastAsia="es-ES"/>
        </w:rPr>
        <w:t xml:space="preserve"> </w:t>
      </w:r>
      <w:proofErr w:type="spellStart"/>
      <w:r w:rsidRPr="000D2C63">
        <w:rPr>
          <w:rFonts w:cs="Arial"/>
          <w:lang w:eastAsia="es-ES"/>
        </w:rPr>
        <w:t>quien</w:t>
      </w:r>
      <w:proofErr w:type="spellEnd"/>
      <w:r w:rsidRPr="000D2C63">
        <w:rPr>
          <w:rFonts w:cs="Arial"/>
          <w:lang w:eastAsia="es-ES"/>
        </w:rPr>
        <w:t xml:space="preserve"> </w:t>
      </w:r>
      <w:proofErr w:type="spellStart"/>
      <w:r w:rsidRPr="000D2C63">
        <w:rPr>
          <w:rFonts w:cs="Arial"/>
          <w:lang w:eastAsia="es-ES"/>
        </w:rPr>
        <w:t>tendrá</w:t>
      </w:r>
      <w:proofErr w:type="spellEnd"/>
      <w:r w:rsidRPr="000D2C63">
        <w:rPr>
          <w:rFonts w:cs="Arial"/>
          <w:lang w:eastAsia="es-ES"/>
        </w:rPr>
        <w:t xml:space="preserve"> la </w:t>
      </w:r>
      <w:proofErr w:type="spellStart"/>
      <w:r w:rsidRPr="000D2C63">
        <w:rPr>
          <w:rFonts w:cs="Arial"/>
          <w:lang w:eastAsia="es-ES"/>
        </w:rPr>
        <w:t>última</w:t>
      </w:r>
      <w:proofErr w:type="spellEnd"/>
      <w:r w:rsidRPr="000D2C63">
        <w:rPr>
          <w:rFonts w:cs="Arial"/>
          <w:lang w:eastAsia="es-ES"/>
        </w:rPr>
        <w:t xml:space="preserve"> palabra y </w:t>
      </w:r>
      <w:proofErr w:type="spellStart"/>
      <w:r w:rsidRPr="000D2C63">
        <w:rPr>
          <w:rFonts w:cs="Arial"/>
          <w:lang w:eastAsia="es-ES"/>
        </w:rPr>
        <w:t>cuya</w:t>
      </w:r>
      <w:proofErr w:type="spellEnd"/>
      <w:r w:rsidRPr="000D2C63">
        <w:rPr>
          <w:rFonts w:cs="Arial"/>
          <w:lang w:eastAsia="es-ES"/>
        </w:rPr>
        <w:t xml:space="preserve"> </w:t>
      </w:r>
      <w:proofErr w:type="spellStart"/>
      <w:r w:rsidRPr="000D2C63">
        <w:rPr>
          <w:rFonts w:cs="Arial"/>
          <w:lang w:eastAsia="es-ES"/>
        </w:rPr>
        <w:t>decisión</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ser </w:t>
      </w:r>
      <w:proofErr w:type="spellStart"/>
      <w:r w:rsidRPr="000D2C63">
        <w:rPr>
          <w:rFonts w:cs="Arial"/>
          <w:lang w:eastAsia="es-ES"/>
        </w:rPr>
        <w:t>respetada</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el </w:t>
      </w:r>
      <w:proofErr w:type="spellStart"/>
      <w:r w:rsidRPr="000D2C63">
        <w:rPr>
          <w:rFonts w:cs="Arial"/>
          <w:lang w:eastAsia="es-ES"/>
        </w:rPr>
        <w:t>contratista</w:t>
      </w:r>
      <w:proofErr w:type="spellEnd"/>
      <w:r w:rsidRPr="000D2C63">
        <w:rPr>
          <w:rFonts w:cs="Arial"/>
          <w:lang w:eastAsia="es-ES"/>
        </w:rPr>
        <w:t xml:space="preserve"> de </w:t>
      </w:r>
      <w:proofErr w:type="spellStart"/>
      <w:r w:rsidRPr="000D2C63">
        <w:rPr>
          <w:rFonts w:cs="Arial"/>
          <w:lang w:eastAsia="es-ES"/>
        </w:rPr>
        <w:t>obra</w:t>
      </w:r>
      <w:proofErr w:type="spellEnd"/>
      <w:r w:rsidRPr="000D2C63">
        <w:rPr>
          <w:rFonts w:cs="Arial"/>
          <w:lang w:eastAsia="es-ES"/>
        </w:rPr>
        <w:t xml:space="preserve"> y la </w:t>
      </w:r>
      <w:proofErr w:type="spellStart"/>
      <w:r w:rsidRPr="000D2C63">
        <w:rPr>
          <w:rFonts w:cs="Arial"/>
          <w:lang w:eastAsia="es-ES"/>
        </w:rPr>
        <w:t>supervisión</w:t>
      </w:r>
      <w:proofErr w:type="spellEnd"/>
      <w:r w:rsidRPr="000D2C63">
        <w:rPr>
          <w:rFonts w:cs="Arial"/>
          <w:lang w:eastAsia="es-ES"/>
        </w:rPr>
        <w:t>.</w:t>
      </w:r>
    </w:p>
    <w:p w14:paraId="733F8CC1" w14:textId="77777777" w:rsidR="00F4330E" w:rsidRPr="000D2C63" w:rsidRDefault="00F4330E" w:rsidP="00F4330E">
      <w:pPr>
        <w:jc w:val="both"/>
        <w:rPr>
          <w:rFonts w:cs="Arial"/>
          <w:lang w:eastAsia="es-ES"/>
        </w:rPr>
      </w:pPr>
    </w:p>
    <w:p w14:paraId="6807B73B" w14:textId="77777777" w:rsidR="00F4330E" w:rsidRPr="000D2C63" w:rsidRDefault="00F4330E" w:rsidP="00F4330E">
      <w:pPr>
        <w:jc w:val="both"/>
        <w:rPr>
          <w:rFonts w:cs="Arial"/>
          <w:lang w:eastAsia="es-ES"/>
        </w:rPr>
      </w:pPr>
      <w:r w:rsidRPr="000D2C63">
        <w:rPr>
          <w:rFonts w:cs="Arial"/>
          <w:lang w:eastAsia="es-ES"/>
        </w:rPr>
        <w:t xml:space="preserve">PARÁGRAFO 3. La </w:t>
      </w:r>
      <w:proofErr w:type="spellStart"/>
      <w:r w:rsidRPr="000D2C63">
        <w:rPr>
          <w:rFonts w:cs="Arial"/>
          <w:lang w:eastAsia="es-ES"/>
        </w:rPr>
        <w:t>aprobación</w:t>
      </w:r>
      <w:proofErr w:type="spellEnd"/>
      <w:r w:rsidRPr="000D2C63">
        <w:rPr>
          <w:rFonts w:cs="Arial"/>
          <w:lang w:eastAsia="es-ES"/>
        </w:rPr>
        <w:t xml:space="preserve"> de las </w:t>
      </w:r>
      <w:proofErr w:type="spellStart"/>
      <w:r w:rsidRPr="000D2C63">
        <w:rPr>
          <w:rFonts w:cs="Arial"/>
          <w:lang w:eastAsia="es-ES"/>
        </w:rPr>
        <w:t>actividades</w:t>
      </w:r>
      <w:proofErr w:type="spellEnd"/>
      <w:r w:rsidRPr="000D2C63">
        <w:rPr>
          <w:rFonts w:cs="Arial"/>
          <w:lang w:eastAsia="es-ES"/>
        </w:rPr>
        <w:t xml:space="preserve"> no </w:t>
      </w:r>
      <w:proofErr w:type="spellStart"/>
      <w:r w:rsidRPr="000D2C63">
        <w:rPr>
          <w:rFonts w:cs="Arial"/>
          <w:lang w:eastAsia="es-ES"/>
        </w:rPr>
        <w:t>previstas</w:t>
      </w:r>
      <w:proofErr w:type="spellEnd"/>
      <w:r w:rsidRPr="000D2C63">
        <w:rPr>
          <w:rFonts w:cs="Arial"/>
          <w:lang w:eastAsia="es-ES"/>
        </w:rPr>
        <w:t xml:space="preserve"> se </w:t>
      </w:r>
      <w:proofErr w:type="spellStart"/>
      <w:r w:rsidRPr="000D2C63">
        <w:rPr>
          <w:rFonts w:cs="Arial"/>
          <w:lang w:eastAsia="es-ES"/>
        </w:rPr>
        <w:t>formalizará</w:t>
      </w:r>
      <w:proofErr w:type="spellEnd"/>
      <w:r w:rsidRPr="000D2C63">
        <w:rPr>
          <w:rFonts w:cs="Arial"/>
          <w:lang w:eastAsia="es-ES"/>
        </w:rPr>
        <w:t xml:space="preserve"> </w:t>
      </w:r>
      <w:proofErr w:type="spellStart"/>
      <w:r w:rsidRPr="000D2C63">
        <w:rPr>
          <w:rFonts w:cs="Arial"/>
          <w:lang w:eastAsia="es-ES"/>
        </w:rPr>
        <w:t>mediante</w:t>
      </w:r>
      <w:proofErr w:type="spellEnd"/>
      <w:r w:rsidRPr="000D2C63">
        <w:rPr>
          <w:rFonts w:cs="Arial"/>
          <w:lang w:eastAsia="es-ES"/>
        </w:rPr>
        <w:t xml:space="preserve"> la </w:t>
      </w:r>
      <w:proofErr w:type="spellStart"/>
      <w:r w:rsidRPr="000D2C63">
        <w:rPr>
          <w:rFonts w:cs="Arial"/>
          <w:lang w:eastAsia="es-ES"/>
        </w:rPr>
        <w:t>suscripción</w:t>
      </w:r>
      <w:proofErr w:type="spellEnd"/>
      <w:r w:rsidRPr="000D2C63">
        <w:rPr>
          <w:rFonts w:cs="Arial"/>
          <w:lang w:eastAsia="es-ES"/>
        </w:rPr>
        <w:t xml:space="preserve"> entre la </w:t>
      </w:r>
      <w:proofErr w:type="spellStart"/>
      <w:r w:rsidRPr="000D2C63">
        <w:rPr>
          <w:rFonts w:cs="Arial"/>
          <w:lang w:eastAsia="es-ES"/>
        </w:rPr>
        <w:t>supervisión</w:t>
      </w:r>
      <w:proofErr w:type="spellEnd"/>
      <w:r w:rsidRPr="000D2C63">
        <w:rPr>
          <w:rFonts w:cs="Arial"/>
          <w:lang w:eastAsia="es-ES"/>
        </w:rPr>
        <w:t xml:space="preserve"> y </w:t>
      </w:r>
      <w:proofErr w:type="spellStart"/>
      <w:r w:rsidRPr="000D2C63">
        <w:rPr>
          <w:rFonts w:cs="Arial"/>
          <w:lang w:eastAsia="es-ES"/>
        </w:rPr>
        <w:t>contratista</w:t>
      </w:r>
      <w:proofErr w:type="spellEnd"/>
      <w:r w:rsidRPr="000D2C63">
        <w:rPr>
          <w:rFonts w:cs="Arial"/>
          <w:lang w:eastAsia="es-ES"/>
        </w:rPr>
        <w:t xml:space="preserve"> de </w:t>
      </w:r>
      <w:proofErr w:type="spellStart"/>
      <w:r w:rsidRPr="000D2C63">
        <w:rPr>
          <w:rFonts w:cs="Arial"/>
          <w:lang w:eastAsia="es-ES"/>
        </w:rPr>
        <w:t>obra</w:t>
      </w:r>
      <w:proofErr w:type="spellEnd"/>
      <w:r w:rsidRPr="000D2C63">
        <w:rPr>
          <w:rFonts w:cs="Arial"/>
          <w:lang w:eastAsia="es-ES"/>
        </w:rPr>
        <w:t xml:space="preserve"> de un acta de </w:t>
      </w:r>
      <w:proofErr w:type="spellStart"/>
      <w:r w:rsidRPr="000D2C63">
        <w:rPr>
          <w:rFonts w:cs="Arial"/>
          <w:lang w:eastAsia="es-ES"/>
        </w:rPr>
        <w:t>fijación</w:t>
      </w:r>
      <w:proofErr w:type="spellEnd"/>
      <w:r w:rsidRPr="000D2C63">
        <w:rPr>
          <w:rFonts w:cs="Arial"/>
          <w:lang w:eastAsia="es-ES"/>
        </w:rPr>
        <w:t xml:space="preserve"> de </w:t>
      </w:r>
      <w:proofErr w:type="spellStart"/>
      <w:r w:rsidRPr="000D2C63">
        <w:rPr>
          <w:rFonts w:cs="Arial"/>
          <w:lang w:eastAsia="es-ES"/>
        </w:rPr>
        <w:t>precios</w:t>
      </w:r>
      <w:proofErr w:type="spellEnd"/>
      <w:r w:rsidRPr="000D2C63">
        <w:rPr>
          <w:rFonts w:cs="Arial"/>
          <w:lang w:eastAsia="es-ES"/>
        </w:rPr>
        <w:t xml:space="preserve"> de </w:t>
      </w:r>
      <w:proofErr w:type="spellStart"/>
      <w:r w:rsidRPr="000D2C63">
        <w:rPr>
          <w:rFonts w:cs="Arial"/>
          <w:lang w:eastAsia="es-ES"/>
        </w:rPr>
        <w:t>actividades</w:t>
      </w:r>
      <w:proofErr w:type="spellEnd"/>
      <w:r w:rsidRPr="000D2C63">
        <w:rPr>
          <w:rFonts w:cs="Arial"/>
          <w:lang w:eastAsia="es-ES"/>
        </w:rPr>
        <w:t xml:space="preserve"> no </w:t>
      </w:r>
      <w:proofErr w:type="spellStart"/>
      <w:r w:rsidRPr="000D2C63">
        <w:rPr>
          <w:rFonts w:cs="Arial"/>
          <w:lang w:eastAsia="es-ES"/>
        </w:rPr>
        <w:t>previstas</w:t>
      </w:r>
      <w:proofErr w:type="spellEnd"/>
      <w:r w:rsidRPr="000D2C63">
        <w:rPr>
          <w:rFonts w:cs="Arial"/>
          <w:lang w:eastAsia="es-ES"/>
        </w:rPr>
        <w:t xml:space="preserve">, </w:t>
      </w:r>
      <w:proofErr w:type="spellStart"/>
      <w:r w:rsidRPr="000D2C63">
        <w:rPr>
          <w:rFonts w:cs="Arial"/>
          <w:lang w:eastAsia="es-ES"/>
        </w:rPr>
        <w:t>acompañada</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nuevos</w:t>
      </w:r>
      <w:proofErr w:type="spellEnd"/>
      <w:r w:rsidRPr="000D2C63">
        <w:rPr>
          <w:rFonts w:cs="Arial"/>
          <w:lang w:eastAsia="es-ES"/>
        </w:rPr>
        <w:t xml:space="preserve"> APU’s </w:t>
      </w:r>
      <w:proofErr w:type="spellStart"/>
      <w:r w:rsidRPr="000D2C63">
        <w:rPr>
          <w:rFonts w:cs="Arial"/>
          <w:lang w:eastAsia="es-ES"/>
        </w:rPr>
        <w:t>aprobados</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la </w:t>
      </w:r>
      <w:proofErr w:type="spellStart"/>
      <w:r w:rsidRPr="000D2C63">
        <w:rPr>
          <w:rFonts w:cs="Arial"/>
          <w:lang w:eastAsia="es-ES"/>
        </w:rPr>
        <w:t>supervisión</w:t>
      </w:r>
      <w:proofErr w:type="spellEnd"/>
      <w:r w:rsidRPr="000D2C63">
        <w:rPr>
          <w:rFonts w:cs="Arial"/>
          <w:lang w:eastAsia="es-ES"/>
        </w:rPr>
        <w:t xml:space="preserve"> y el balance de </w:t>
      </w:r>
      <w:proofErr w:type="spellStart"/>
      <w:r w:rsidRPr="000D2C63">
        <w:rPr>
          <w:rFonts w:cs="Arial"/>
          <w:lang w:eastAsia="es-ES"/>
        </w:rPr>
        <w:t>obra</w:t>
      </w:r>
      <w:proofErr w:type="spellEnd"/>
      <w:r w:rsidRPr="000D2C63">
        <w:rPr>
          <w:rFonts w:cs="Arial"/>
          <w:lang w:eastAsia="es-ES"/>
        </w:rPr>
        <w:t xml:space="preserve"> </w:t>
      </w:r>
      <w:proofErr w:type="spellStart"/>
      <w:r w:rsidRPr="000D2C63">
        <w:rPr>
          <w:rFonts w:cs="Arial"/>
          <w:lang w:eastAsia="es-ES"/>
        </w:rPr>
        <w:t>actualizado</w:t>
      </w:r>
      <w:proofErr w:type="spellEnd"/>
      <w:r w:rsidRPr="000D2C63">
        <w:rPr>
          <w:rFonts w:cs="Arial"/>
          <w:lang w:eastAsia="es-ES"/>
        </w:rPr>
        <w:t xml:space="preserve"> o acta de </w:t>
      </w:r>
      <w:proofErr w:type="spellStart"/>
      <w:r w:rsidRPr="000D2C63">
        <w:rPr>
          <w:rFonts w:cs="Arial"/>
          <w:lang w:eastAsia="es-ES"/>
        </w:rPr>
        <w:t>mayores</w:t>
      </w:r>
      <w:proofErr w:type="spellEnd"/>
      <w:r w:rsidRPr="000D2C63">
        <w:rPr>
          <w:rFonts w:cs="Arial"/>
          <w:lang w:eastAsia="es-ES"/>
        </w:rPr>
        <w:t xml:space="preserve"> y </w:t>
      </w:r>
      <w:proofErr w:type="spellStart"/>
      <w:r w:rsidRPr="000D2C63">
        <w:rPr>
          <w:rFonts w:cs="Arial"/>
          <w:lang w:eastAsia="es-ES"/>
        </w:rPr>
        <w:t>menores</w:t>
      </w:r>
      <w:proofErr w:type="spellEnd"/>
      <w:r w:rsidRPr="000D2C63">
        <w:rPr>
          <w:rFonts w:cs="Arial"/>
          <w:lang w:eastAsia="es-ES"/>
        </w:rPr>
        <w:t xml:space="preserve"> </w:t>
      </w:r>
      <w:proofErr w:type="spellStart"/>
      <w:r w:rsidRPr="000D2C63">
        <w:rPr>
          <w:rFonts w:cs="Arial"/>
          <w:lang w:eastAsia="es-ES"/>
        </w:rPr>
        <w:t>cantidades</w:t>
      </w:r>
      <w:proofErr w:type="spellEnd"/>
      <w:r w:rsidRPr="000D2C63">
        <w:rPr>
          <w:rFonts w:cs="Arial"/>
          <w:lang w:eastAsia="es-ES"/>
        </w:rPr>
        <w:t xml:space="preserve"> y </w:t>
      </w:r>
      <w:proofErr w:type="spellStart"/>
      <w:r w:rsidRPr="000D2C63">
        <w:rPr>
          <w:rFonts w:cs="Arial"/>
          <w:lang w:eastAsia="es-ES"/>
        </w:rPr>
        <w:t>actividades</w:t>
      </w:r>
      <w:proofErr w:type="spellEnd"/>
      <w:r w:rsidRPr="000D2C63">
        <w:rPr>
          <w:rFonts w:cs="Arial"/>
          <w:lang w:eastAsia="es-ES"/>
        </w:rPr>
        <w:t xml:space="preserve"> no </w:t>
      </w:r>
      <w:proofErr w:type="spellStart"/>
      <w:r w:rsidRPr="000D2C63">
        <w:rPr>
          <w:rFonts w:cs="Arial"/>
          <w:lang w:eastAsia="es-ES"/>
        </w:rPr>
        <w:t>previstas</w:t>
      </w:r>
      <w:proofErr w:type="spellEnd"/>
      <w:r w:rsidRPr="000D2C63">
        <w:rPr>
          <w:rFonts w:cs="Arial"/>
          <w:lang w:eastAsia="es-ES"/>
        </w:rPr>
        <w:t xml:space="preserve">. Una </w:t>
      </w:r>
      <w:proofErr w:type="spellStart"/>
      <w:r w:rsidRPr="000D2C63">
        <w:rPr>
          <w:rFonts w:cs="Arial"/>
          <w:lang w:eastAsia="es-ES"/>
        </w:rPr>
        <w:t>vez</w:t>
      </w:r>
      <w:proofErr w:type="spellEnd"/>
      <w:r w:rsidRPr="000D2C63">
        <w:rPr>
          <w:rFonts w:cs="Arial"/>
          <w:lang w:eastAsia="es-ES"/>
        </w:rPr>
        <w:t xml:space="preserve"> </w:t>
      </w:r>
      <w:proofErr w:type="spellStart"/>
      <w:r w:rsidRPr="000D2C63">
        <w:rPr>
          <w:rFonts w:cs="Arial"/>
          <w:lang w:eastAsia="es-ES"/>
        </w:rPr>
        <w:t>aprobados</w:t>
      </w:r>
      <w:proofErr w:type="spellEnd"/>
      <w:r w:rsidRPr="000D2C63">
        <w:rPr>
          <w:rFonts w:cs="Arial"/>
          <w:lang w:eastAsia="es-ES"/>
        </w:rPr>
        <w:t xml:space="preserve"> las </w:t>
      </w:r>
      <w:proofErr w:type="spellStart"/>
      <w:r w:rsidRPr="000D2C63">
        <w:rPr>
          <w:rFonts w:cs="Arial"/>
          <w:lang w:eastAsia="es-ES"/>
        </w:rPr>
        <w:t>actividades</w:t>
      </w:r>
      <w:proofErr w:type="spellEnd"/>
      <w:r w:rsidRPr="000D2C63">
        <w:rPr>
          <w:rFonts w:cs="Arial"/>
          <w:lang w:eastAsia="es-ES"/>
        </w:rPr>
        <w:t xml:space="preserve"> no </w:t>
      </w:r>
      <w:proofErr w:type="spellStart"/>
      <w:r w:rsidRPr="000D2C63">
        <w:rPr>
          <w:rFonts w:cs="Arial"/>
          <w:lang w:eastAsia="es-ES"/>
        </w:rPr>
        <w:t>previstas</w:t>
      </w:r>
      <w:proofErr w:type="spellEnd"/>
      <w:r w:rsidRPr="000D2C63">
        <w:rPr>
          <w:rFonts w:cs="Arial"/>
          <w:lang w:eastAsia="es-ES"/>
        </w:rPr>
        <w:t xml:space="preserve">, la </w:t>
      </w:r>
      <w:proofErr w:type="spellStart"/>
      <w:r w:rsidRPr="000D2C63">
        <w:rPr>
          <w:rFonts w:cs="Arial"/>
          <w:lang w:eastAsia="es-ES"/>
        </w:rPr>
        <w:t>supervisión</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justificar</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w:t>
      </w:r>
      <w:proofErr w:type="spellStart"/>
      <w:r w:rsidRPr="000D2C63">
        <w:rPr>
          <w:rFonts w:cs="Arial"/>
          <w:lang w:eastAsia="es-ES"/>
        </w:rPr>
        <w:t>escrito</w:t>
      </w:r>
      <w:proofErr w:type="spellEnd"/>
      <w:r w:rsidRPr="000D2C63">
        <w:rPr>
          <w:rFonts w:cs="Arial"/>
          <w:lang w:eastAsia="es-ES"/>
        </w:rPr>
        <w:t xml:space="preserve"> la </w:t>
      </w:r>
      <w:proofErr w:type="spellStart"/>
      <w:r w:rsidRPr="000D2C63">
        <w:rPr>
          <w:rFonts w:cs="Arial"/>
          <w:lang w:eastAsia="es-ES"/>
        </w:rPr>
        <w:t>necesidad</w:t>
      </w:r>
      <w:proofErr w:type="spellEnd"/>
      <w:r w:rsidRPr="000D2C63">
        <w:rPr>
          <w:rFonts w:cs="Arial"/>
          <w:lang w:eastAsia="es-ES"/>
        </w:rPr>
        <w:t xml:space="preserve"> de la </w:t>
      </w:r>
      <w:proofErr w:type="spellStart"/>
      <w:r w:rsidRPr="000D2C63">
        <w:rPr>
          <w:rFonts w:cs="Arial"/>
          <w:lang w:eastAsia="es-ES"/>
        </w:rPr>
        <w:t>inclusión</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mismos</w:t>
      </w:r>
      <w:proofErr w:type="spellEnd"/>
      <w:r w:rsidRPr="000D2C63">
        <w:rPr>
          <w:rFonts w:cs="Arial"/>
          <w:lang w:eastAsia="es-ES"/>
        </w:rPr>
        <w:t xml:space="preserve"> </w:t>
      </w:r>
      <w:proofErr w:type="spellStart"/>
      <w:r w:rsidRPr="000D2C63">
        <w:rPr>
          <w:rFonts w:cs="Arial"/>
          <w:lang w:eastAsia="es-ES"/>
        </w:rPr>
        <w:t>dentro</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haciendo</w:t>
      </w:r>
      <w:proofErr w:type="spellEnd"/>
      <w:r w:rsidRPr="000D2C63">
        <w:rPr>
          <w:rFonts w:cs="Arial"/>
          <w:lang w:eastAsia="es-ES"/>
        </w:rPr>
        <w:t xml:space="preserve"> </w:t>
      </w:r>
      <w:proofErr w:type="spellStart"/>
      <w:r w:rsidRPr="000D2C63">
        <w:rPr>
          <w:rFonts w:cs="Arial"/>
          <w:lang w:eastAsia="es-ES"/>
        </w:rPr>
        <w:t>una</w:t>
      </w:r>
      <w:proofErr w:type="spellEnd"/>
      <w:r w:rsidRPr="000D2C63">
        <w:rPr>
          <w:rFonts w:cs="Arial"/>
          <w:lang w:eastAsia="es-ES"/>
        </w:rPr>
        <w:t xml:space="preserve"> </w:t>
      </w:r>
      <w:proofErr w:type="spellStart"/>
      <w:r w:rsidRPr="000D2C63">
        <w:rPr>
          <w:rFonts w:cs="Arial"/>
          <w:lang w:eastAsia="es-ES"/>
        </w:rPr>
        <w:t>descripción</w:t>
      </w:r>
      <w:proofErr w:type="spellEnd"/>
      <w:r w:rsidRPr="000D2C63">
        <w:rPr>
          <w:rFonts w:cs="Arial"/>
          <w:lang w:eastAsia="es-ES"/>
        </w:rPr>
        <w:t xml:space="preserve"> de las </w:t>
      </w:r>
      <w:proofErr w:type="spellStart"/>
      <w:r w:rsidRPr="000D2C63">
        <w:rPr>
          <w:rFonts w:cs="Arial"/>
          <w:lang w:eastAsia="es-ES"/>
        </w:rPr>
        <w:t>consideraciones</w:t>
      </w:r>
      <w:proofErr w:type="spellEnd"/>
      <w:r w:rsidRPr="000D2C63">
        <w:rPr>
          <w:rFonts w:cs="Arial"/>
          <w:lang w:eastAsia="es-ES"/>
        </w:rPr>
        <w:t xml:space="preserve"> y </w:t>
      </w:r>
      <w:proofErr w:type="spellStart"/>
      <w:r w:rsidRPr="000D2C63">
        <w:rPr>
          <w:rFonts w:cs="Arial"/>
          <w:lang w:eastAsia="es-ES"/>
        </w:rPr>
        <w:t>causales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dan </w:t>
      </w:r>
      <w:proofErr w:type="spellStart"/>
      <w:r w:rsidRPr="000D2C63">
        <w:rPr>
          <w:rFonts w:cs="Arial"/>
          <w:lang w:eastAsia="es-ES"/>
        </w:rPr>
        <w:t>soporte</w:t>
      </w:r>
      <w:proofErr w:type="spellEnd"/>
      <w:r w:rsidRPr="000D2C63">
        <w:rPr>
          <w:rFonts w:cs="Arial"/>
          <w:lang w:eastAsia="es-ES"/>
        </w:rPr>
        <w:t xml:space="preserve"> al </w:t>
      </w:r>
      <w:proofErr w:type="spellStart"/>
      <w:r w:rsidRPr="000D2C63">
        <w:rPr>
          <w:rFonts w:cs="Arial"/>
          <w:lang w:eastAsia="es-ES"/>
        </w:rPr>
        <w:t>trámite</w:t>
      </w:r>
      <w:proofErr w:type="spellEnd"/>
      <w:r w:rsidRPr="000D2C63">
        <w:rPr>
          <w:rFonts w:cs="Arial"/>
          <w:lang w:eastAsia="es-ES"/>
        </w:rPr>
        <w:t xml:space="preserve"> ante la </w:t>
      </w:r>
      <w:proofErr w:type="spellStart"/>
      <w:r w:rsidRPr="000D2C63">
        <w:rPr>
          <w:rFonts w:cs="Arial"/>
          <w:lang w:eastAsia="es-ES"/>
        </w:rPr>
        <w:t>entidad</w:t>
      </w:r>
      <w:proofErr w:type="spellEnd"/>
      <w:r w:rsidRPr="000D2C63">
        <w:rPr>
          <w:rFonts w:cs="Arial"/>
          <w:lang w:eastAsia="es-ES"/>
        </w:rPr>
        <w:t xml:space="preserve"> para la </w:t>
      </w:r>
      <w:proofErr w:type="spellStart"/>
      <w:r w:rsidRPr="000D2C63">
        <w:rPr>
          <w:rFonts w:cs="Arial"/>
          <w:lang w:eastAsia="es-ES"/>
        </w:rPr>
        <w:t>elaboración</w:t>
      </w:r>
      <w:proofErr w:type="spellEnd"/>
      <w:r w:rsidRPr="000D2C63">
        <w:rPr>
          <w:rFonts w:cs="Arial"/>
          <w:lang w:eastAsia="es-ES"/>
        </w:rPr>
        <w:t xml:space="preserve"> y </w:t>
      </w:r>
      <w:proofErr w:type="spellStart"/>
      <w:r w:rsidRPr="000D2C63">
        <w:rPr>
          <w:rFonts w:cs="Arial"/>
          <w:lang w:eastAsia="es-ES"/>
        </w:rPr>
        <w:t>suscripción</w:t>
      </w:r>
      <w:proofErr w:type="spellEnd"/>
      <w:r w:rsidRPr="000D2C63">
        <w:rPr>
          <w:rFonts w:cs="Arial"/>
          <w:lang w:eastAsia="es-ES"/>
        </w:rPr>
        <w:t xml:space="preserve"> del </w:t>
      </w:r>
      <w:proofErr w:type="spellStart"/>
      <w:r w:rsidRPr="000D2C63">
        <w:rPr>
          <w:rFonts w:cs="Arial"/>
          <w:lang w:eastAsia="es-ES"/>
        </w:rPr>
        <w:t>modificatorio</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de </w:t>
      </w:r>
      <w:proofErr w:type="spellStart"/>
      <w:r w:rsidRPr="000D2C63">
        <w:rPr>
          <w:rFonts w:cs="Arial"/>
          <w:lang w:eastAsia="es-ES"/>
        </w:rPr>
        <w:t>obra</w:t>
      </w:r>
      <w:proofErr w:type="spellEnd"/>
      <w:r w:rsidRPr="000D2C63">
        <w:rPr>
          <w:rFonts w:cs="Arial"/>
          <w:lang w:eastAsia="es-ES"/>
        </w:rPr>
        <w:t xml:space="preserve">. En </w:t>
      </w:r>
      <w:proofErr w:type="spellStart"/>
      <w:r w:rsidRPr="000D2C63">
        <w:rPr>
          <w:rFonts w:cs="Arial"/>
          <w:lang w:eastAsia="es-ES"/>
        </w:rPr>
        <w:t>ningún</w:t>
      </w:r>
      <w:proofErr w:type="spellEnd"/>
      <w:r w:rsidRPr="000D2C63">
        <w:rPr>
          <w:rFonts w:cs="Arial"/>
          <w:lang w:eastAsia="es-ES"/>
        </w:rPr>
        <w:t xml:space="preserve"> </w:t>
      </w:r>
      <w:proofErr w:type="spellStart"/>
      <w:r w:rsidRPr="000D2C63">
        <w:rPr>
          <w:rFonts w:cs="Arial"/>
          <w:lang w:eastAsia="es-ES"/>
        </w:rPr>
        <w:t>caso</w:t>
      </w:r>
      <w:proofErr w:type="spellEnd"/>
      <w:r w:rsidRPr="000D2C63">
        <w:rPr>
          <w:rFonts w:cs="Arial"/>
          <w:lang w:eastAsia="es-ES"/>
        </w:rPr>
        <w:t xml:space="preserve"> la </w:t>
      </w:r>
      <w:proofErr w:type="spellStart"/>
      <w:r w:rsidRPr="000D2C63">
        <w:rPr>
          <w:rFonts w:cs="Arial"/>
          <w:lang w:eastAsia="es-ES"/>
        </w:rPr>
        <w:t>supervisión</w:t>
      </w:r>
      <w:proofErr w:type="spellEnd"/>
      <w:r w:rsidRPr="000D2C63">
        <w:rPr>
          <w:rFonts w:cs="Arial"/>
          <w:lang w:eastAsia="es-ES"/>
        </w:rPr>
        <w:t xml:space="preserve"> </w:t>
      </w:r>
      <w:proofErr w:type="spellStart"/>
      <w:r w:rsidRPr="000D2C63">
        <w:rPr>
          <w:rFonts w:cs="Arial"/>
          <w:lang w:eastAsia="es-ES"/>
        </w:rPr>
        <w:t>podrá</w:t>
      </w:r>
      <w:proofErr w:type="spellEnd"/>
      <w:r w:rsidRPr="000D2C63">
        <w:rPr>
          <w:rFonts w:cs="Arial"/>
          <w:lang w:eastAsia="es-ES"/>
        </w:rPr>
        <w:t xml:space="preserve"> </w:t>
      </w:r>
      <w:proofErr w:type="spellStart"/>
      <w:r w:rsidRPr="000D2C63">
        <w:rPr>
          <w:rFonts w:cs="Arial"/>
          <w:lang w:eastAsia="es-ES"/>
        </w:rPr>
        <w:t>autorizar</w:t>
      </w:r>
      <w:proofErr w:type="spellEnd"/>
      <w:r w:rsidRPr="000D2C63">
        <w:rPr>
          <w:rFonts w:cs="Arial"/>
          <w:lang w:eastAsia="es-ES"/>
        </w:rPr>
        <w:t xml:space="preserve"> la </w:t>
      </w:r>
      <w:proofErr w:type="spellStart"/>
      <w:r w:rsidRPr="000D2C63">
        <w:rPr>
          <w:rFonts w:cs="Arial"/>
          <w:lang w:eastAsia="es-ES"/>
        </w:rPr>
        <w:t>ejecución</w:t>
      </w:r>
      <w:proofErr w:type="spellEnd"/>
      <w:r w:rsidRPr="000D2C63">
        <w:rPr>
          <w:rFonts w:cs="Arial"/>
          <w:lang w:eastAsia="es-ES"/>
        </w:rPr>
        <w:t xml:space="preserve"> de las </w:t>
      </w:r>
      <w:proofErr w:type="spellStart"/>
      <w:r w:rsidRPr="000D2C63">
        <w:rPr>
          <w:rFonts w:cs="Arial"/>
          <w:lang w:eastAsia="es-ES"/>
        </w:rPr>
        <w:t>actividades</w:t>
      </w:r>
      <w:proofErr w:type="spellEnd"/>
      <w:r w:rsidRPr="000D2C63">
        <w:rPr>
          <w:rFonts w:cs="Arial"/>
          <w:lang w:eastAsia="es-ES"/>
        </w:rPr>
        <w:t xml:space="preserve"> no </w:t>
      </w:r>
      <w:proofErr w:type="spellStart"/>
      <w:r w:rsidRPr="000D2C63">
        <w:rPr>
          <w:rFonts w:cs="Arial"/>
          <w:lang w:eastAsia="es-ES"/>
        </w:rPr>
        <w:t>previstas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impliquen</w:t>
      </w:r>
      <w:proofErr w:type="spellEnd"/>
      <w:r w:rsidRPr="000D2C63">
        <w:rPr>
          <w:rFonts w:cs="Arial"/>
          <w:lang w:eastAsia="es-ES"/>
        </w:rPr>
        <w:t xml:space="preserve"> o no, </w:t>
      </w:r>
      <w:proofErr w:type="spellStart"/>
      <w:r w:rsidRPr="000D2C63">
        <w:rPr>
          <w:rFonts w:cs="Arial"/>
          <w:lang w:eastAsia="es-ES"/>
        </w:rPr>
        <w:t>modificación</w:t>
      </w:r>
      <w:proofErr w:type="spellEnd"/>
      <w:r w:rsidRPr="000D2C63">
        <w:rPr>
          <w:rFonts w:cs="Arial"/>
          <w:lang w:eastAsia="es-ES"/>
        </w:rPr>
        <w:t xml:space="preserve"> del valor y/o </w:t>
      </w:r>
      <w:proofErr w:type="spellStart"/>
      <w:r w:rsidRPr="000D2C63">
        <w:rPr>
          <w:rFonts w:cs="Arial"/>
          <w:lang w:eastAsia="es-ES"/>
        </w:rPr>
        <w:t>plazo</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de </w:t>
      </w:r>
      <w:proofErr w:type="spellStart"/>
      <w:r w:rsidRPr="000D2C63">
        <w:rPr>
          <w:rFonts w:cs="Arial"/>
          <w:lang w:eastAsia="es-ES"/>
        </w:rPr>
        <w:t>obra</w:t>
      </w:r>
      <w:proofErr w:type="spellEnd"/>
      <w:r w:rsidRPr="000D2C63">
        <w:rPr>
          <w:rFonts w:cs="Arial"/>
          <w:lang w:eastAsia="es-ES"/>
        </w:rPr>
        <w:t xml:space="preserve">, sin </w:t>
      </w:r>
      <w:proofErr w:type="spellStart"/>
      <w:r w:rsidRPr="000D2C63">
        <w:rPr>
          <w:rFonts w:cs="Arial"/>
          <w:lang w:eastAsia="es-ES"/>
        </w:rPr>
        <w:t>verificar</w:t>
      </w:r>
      <w:proofErr w:type="spellEnd"/>
      <w:r w:rsidRPr="000D2C63">
        <w:rPr>
          <w:rFonts w:cs="Arial"/>
          <w:lang w:eastAsia="es-ES"/>
        </w:rPr>
        <w:t xml:space="preserve"> la </w:t>
      </w:r>
      <w:proofErr w:type="spellStart"/>
      <w:r w:rsidRPr="000D2C63">
        <w:rPr>
          <w:rFonts w:cs="Arial"/>
          <w:lang w:eastAsia="es-ES"/>
        </w:rPr>
        <w:t>legalización</w:t>
      </w:r>
      <w:proofErr w:type="spellEnd"/>
      <w:r w:rsidRPr="000D2C63">
        <w:rPr>
          <w:rFonts w:cs="Arial"/>
          <w:lang w:eastAsia="es-ES"/>
        </w:rPr>
        <w:t xml:space="preserve"> de la </w:t>
      </w:r>
      <w:proofErr w:type="spellStart"/>
      <w:r w:rsidRPr="000D2C63">
        <w:rPr>
          <w:rFonts w:cs="Arial"/>
          <w:lang w:eastAsia="es-ES"/>
        </w:rPr>
        <w:t>respectiva</w:t>
      </w:r>
      <w:proofErr w:type="spellEnd"/>
      <w:r w:rsidRPr="000D2C63">
        <w:rPr>
          <w:rFonts w:cs="Arial"/>
          <w:lang w:eastAsia="es-ES"/>
        </w:rPr>
        <w:t xml:space="preserve"> </w:t>
      </w:r>
      <w:proofErr w:type="spellStart"/>
      <w:r w:rsidRPr="000D2C63">
        <w:rPr>
          <w:rFonts w:cs="Arial"/>
          <w:lang w:eastAsia="es-ES"/>
        </w:rPr>
        <w:t>modificación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de </w:t>
      </w:r>
      <w:proofErr w:type="spellStart"/>
      <w:r w:rsidRPr="000D2C63">
        <w:rPr>
          <w:rFonts w:cs="Arial"/>
          <w:lang w:eastAsia="es-ES"/>
        </w:rPr>
        <w:t>obra</w:t>
      </w:r>
      <w:proofErr w:type="spellEnd"/>
      <w:r w:rsidRPr="000D2C63">
        <w:rPr>
          <w:rFonts w:cs="Arial"/>
          <w:lang w:eastAsia="es-ES"/>
        </w:rPr>
        <w:t>.</w:t>
      </w:r>
    </w:p>
    <w:p w14:paraId="0B0D3AAA" w14:textId="77777777" w:rsidR="00F4330E" w:rsidRPr="000D2C63" w:rsidRDefault="00F4330E" w:rsidP="00F4330E">
      <w:pPr>
        <w:tabs>
          <w:tab w:val="center" w:pos="4252"/>
          <w:tab w:val="right" w:pos="8504"/>
        </w:tabs>
        <w:jc w:val="both"/>
        <w:rPr>
          <w:rFonts w:cs="Arial"/>
          <w:lang w:eastAsia="es-ES"/>
        </w:rPr>
      </w:pPr>
    </w:p>
    <w:p w14:paraId="15903246" w14:textId="77777777" w:rsidR="00F4330E" w:rsidRPr="000D2C63" w:rsidRDefault="00F4330E" w:rsidP="00F4330E">
      <w:pPr>
        <w:numPr>
          <w:ilvl w:val="0"/>
          <w:numId w:val="19"/>
        </w:numPr>
        <w:tabs>
          <w:tab w:val="center" w:pos="4252"/>
          <w:tab w:val="right" w:pos="8504"/>
        </w:tabs>
        <w:spacing w:after="0"/>
        <w:contextualSpacing/>
        <w:jc w:val="both"/>
        <w:rPr>
          <w:rFonts w:cs="Arial"/>
          <w:lang w:val="es-ES_tradnl" w:eastAsia="es-ES"/>
        </w:rPr>
      </w:pPr>
      <w:proofErr w:type="spellStart"/>
      <w:r w:rsidRPr="000D2C63">
        <w:rPr>
          <w:rFonts w:cs="Arial"/>
          <w:lang w:eastAsia="es-ES"/>
        </w:rPr>
        <w:t>Cumplir</w:t>
      </w:r>
      <w:proofErr w:type="spellEnd"/>
      <w:r w:rsidRPr="000D2C63">
        <w:rPr>
          <w:rFonts w:cs="Arial"/>
          <w:lang w:eastAsia="es-ES"/>
        </w:rPr>
        <w:t xml:space="preserve"> </w:t>
      </w:r>
      <w:proofErr w:type="spellStart"/>
      <w:r w:rsidRPr="000D2C63">
        <w:rPr>
          <w:rFonts w:cs="Arial"/>
          <w:lang w:eastAsia="es-ES"/>
        </w:rPr>
        <w:t>integralmente</w:t>
      </w:r>
      <w:proofErr w:type="spellEnd"/>
      <w:r w:rsidRPr="000D2C63">
        <w:rPr>
          <w:rFonts w:cs="Arial"/>
          <w:lang w:eastAsia="es-ES"/>
        </w:rPr>
        <w:t xml:space="preserve"> las </w:t>
      </w:r>
      <w:proofErr w:type="spellStart"/>
      <w:r w:rsidRPr="000D2C63">
        <w:rPr>
          <w:rFonts w:cs="Arial"/>
          <w:lang w:eastAsia="es-ES"/>
        </w:rPr>
        <w:t>especificaciones</w:t>
      </w:r>
      <w:proofErr w:type="spellEnd"/>
      <w:r w:rsidRPr="000D2C63">
        <w:rPr>
          <w:rFonts w:cs="Arial"/>
          <w:lang w:eastAsia="es-ES"/>
        </w:rPr>
        <w:t xml:space="preserve"> </w:t>
      </w:r>
      <w:proofErr w:type="spellStart"/>
      <w:r w:rsidRPr="000D2C63">
        <w:rPr>
          <w:rFonts w:cs="Arial"/>
          <w:lang w:eastAsia="es-ES"/>
        </w:rPr>
        <w:t>técnicas</w:t>
      </w:r>
      <w:proofErr w:type="spellEnd"/>
      <w:r w:rsidRPr="000D2C63">
        <w:rPr>
          <w:rFonts w:cs="Arial"/>
          <w:lang w:eastAsia="es-ES"/>
        </w:rPr>
        <w:t xml:space="preserve">, </w:t>
      </w:r>
      <w:proofErr w:type="spellStart"/>
      <w:r w:rsidRPr="000D2C63">
        <w:rPr>
          <w:rFonts w:cs="Arial"/>
          <w:lang w:eastAsia="es-ES"/>
        </w:rPr>
        <w:t>procedimientos</w:t>
      </w:r>
      <w:proofErr w:type="spellEnd"/>
      <w:r w:rsidRPr="000D2C63">
        <w:rPr>
          <w:rFonts w:cs="Arial"/>
          <w:lang w:eastAsia="es-ES"/>
        </w:rPr>
        <w:t xml:space="preserve"> </w:t>
      </w:r>
      <w:proofErr w:type="spellStart"/>
      <w:r w:rsidRPr="000D2C63">
        <w:rPr>
          <w:rFonts w:cs="Arial"/>
          <w:lang w:eastAsia="es-ES"/>
        </w:rPr>
        <w:t>constructivos</w:t>
      </w:r>
      <w:proofErr w:type="spellEnd"/>
      <w:r w:rsidRPr="000D2C63">
        <w:rPr>
          <w:rFonts w:cs="Arial"/>
          <w:lang w:eastAsia="es-ES"/>
        </w:rPr>
        <w:t xml:space="preserve">, </w:t>
      </w:r>
      <w:proofErr w:type="spellStart"/>
      <w:r w:rsidRPr="000D2C63">
        <w:rPr>
          <w:rFonts w:cs="Arial"/>
          <w:lang w:eastAsia="es-ES"/>
        </w:rPr>
        <w:t>recomendaciones</w:t>
      </w:r>
      <w:proofErr w:type="spellEnd"/>
      <w:r w:rsidRPr="000D2C63">
        <w:rPr>
          <w:rFonts w:cs="Arial"/>
          <w:lang w:eastAsia="es-ES"/>
        </w:rPr>
        <w:t xml:space="preserve">, </w:t>
      </w:r>
      <w:proofErr w:type="spellStart"/>
      <w:r w:rsidRPr="000D2C63">
        <w:rPr>
          <w:rFonts w:cs="Arial"/>
          <w:lang w:eastAsia="es-ES"/>
        </w:rPr>
        <w:t>diseños</w:t>
      </w:r>
      <w:proofErr w:type="spellEnd"/>
      <w:r w:rsidRPr="000D2C63">
        <w:rPr>
          <w:rFonts w:cs="Arial"/>
          <w:lang w:eastAsia="es-ES"/>
        </w:rPr>
        <w:t xml:space="preserve">, </w:t>
      </w:r>
      <w:proofErr w:type="spellStart"/>
      <w:r w:rsidRPr="000D2C63">
        <w:rPr>
          <w:rFonts w:cs="Arial"/>
          <w:lang w:eastAsia="es-ES"/>
        </w:rPr>
        <w:t>planos</w:t>
      </w:r>
      <w:proofErr w:type="spellEnd"/>
      <w:r w:rsidRPr="000D2C63">
        <w:rPr>
          <w:rFonts w:cs="Arial"/>
          <w:lang w:eastAsia="es-ES"/>
        </w:rPr>
        <w:t xml:space="preserve">, </w:t>
      </w:r>
      <w:proofErr w:type="spellStart"/>
      <w:r w:rsidRPr="000D2C63">
        <w:rPr>
          <w:rFonts w:cs="Arial"/>
          <w:lang w:eastAsia="es-ES"/>
        </w:rPr>
        <w:t>cantidades</w:t>
      </w:r>
      <w:proofErr w:type="spellEnd"/>
      <w:r w:rsidRPr="000D2C63">
        <w:rPr>
          <w:rFonts w:cs="Arial"/>
          <w:lang w:eastAsia="es-ES"/>
        </w:rPr>
        <w:t xml:space="preserve"> de </w:t>
      </w:r>
      <w:proofErr w:type="spellStart"/>
      <w:r w:rsidRPr="000D2C63">
        <w:rPr>
          <w:rFonts w:cs="Arial"/>
          <w:lang w:eastAsia="es-ES"/>
        </w:rPr>
        <w:t>obra</w:t>
      </w:r>
      <w:proofErr w:type="spellEnd"/>
      <w:r w:rsidRPr="000D2C63">
        <w:rPr>
          <w:rFonts w:cs="Arial"/>
          <w:lang w:eastAsia="es-ES"/>
        </w:rPr>
        <w:t xml:space="preserve"> y </w:t>
      </w:r>
      <w:proofErr w:type="spellStart"/>
      <w:r w:rsidRPr="000D2C63">
        <w:rPr>
          <w:rFonts w:cs="Arial"/>
          <w:lang w:eastAsia="es-ES"/>
        </w:rPr>
        <w:t>demás</w:t>
      </w:r>
      <w:proofErr w:type="spellEnd"/>
      <w:r w:rsidRPr="000D2C63">
        <w:rPr>
          <w:rFonts w:cs="Arial"/>
          <w:lang w:eastAsia="es-ES"/>
        </w:rPr>
        <w:t xml:space="preserve"> </w:t>
      </w:r>
      <w:proofErr w:type="spellStart"/>
      <w:r w:rsidRPr="000D2C63">
        <w:rPr>
          <w:rFonts w:cs="Arial"/>
          <w:lang w:eastAsia="es-ES"/>
        </w:rPr>
        <w:t>condiciones</w:t>
      </w:r>
      <w:proofErr w:type="spellEnd"/>
      <w:r w:rsidRPr="000D2C63">
        <w:rPr>
          <w:rFonts w:cs="Arial"/>
          <w:lang w:eastAsia="es-ES"/>
        </w:rPr>
        <w:t xml:space="preserve"> </w:t>
      </w:r>
      <w:proofErr w:type="spellStart"/>
      <w:r w:rsidRPr="000D2C63">
        <w:rPr>
          <w:rFonts w:cs="Arial"/>
          <w:lang w:eastAsia="es-ES"/>
        </w:rPr>
        <w:t>establecidas</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documentos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integran</w:t>
      </w:r>
      <w:proofErr w:type="spellEnd"/>
      <w:r w:rsidRPr="000D2C63">
        <w:rPr>
          <w:rFonts w:cs="Arial"/>
          <w:lang w:eastAsia="es-ES"/>
        </w:rPr>
        <w:t xml:space="preserve"> </w:t>
      </w:r>
      <w:r w:rsidRPr="000D2C63">
        <w:rPr>
          <w:rFonts w:cs="Arial"/>
          <w:lang w:eastAsia="es-ES"/>
        </w:rPr>
        <w:lastRenderedPageBreak/>
        <w:t xml:space="preserve">el </w:t>
      </w:r>
      <w:proofErr w:type="spellStart"/>
      <w:r w:rsidRPr="000D2C63">
        <w:rPr>
          <w:rFonts w:cs="Arial"/>
          <w:lang w:eastAsia="es-ES"/>
        </w:rPr>
        <w:t>proceso</w:t>
      </w:r>
      <w:proofErr w:type="spellEnd"/>
      <w:r w:rsidRPr="000D2C63">
        <w:rPr>
          <w:rFonts w:cs="Arial"/>
          <w:lang w:eastAsia="es-ES"/>
        </w:rPr>
        <w:t xml:space="preserve"> de </w:t>
      </w:r>
      <w:proofErr w:type="spellStart"/>
      <w:r w:rsidRPr="000D2C63">
        <w:rPr>
          <w:rFonts w:cs="Arial"/>
          <w:lang w:eastAsia="es-ES"/>
        </w:rPr>
        <w:t>contratación</w:t>
      </w:r>
      <w:proofErr w:type="spellEnd"/>
      <w:r w:rsidRPr="000D2C63">
        <w:rPr>
          <w:rFonts w:cs="Arial"/>
          <w:lang w:eastAsia="es-ES"/>
        </w:rPr>
        <w:t xml:space="preserve"> adelantado para la </w:t>
      </w:r>
      <w:proofErr w:type="spellStart"/>
      <w:r w:rsidRPr="000D2C63">
        <w:rPr>
          <w:rFonts w:cs="Arial"/>
          <w:lang w:eastAsia="es-ES"/>
        </w:rPr>
        <w:t>seguridad</w:t>
      </w:r>
      <w:proofErr w:type="spellEnd"/>
      <w:r w:rsidRPr="000D2C63">
        <w:rPr>
          <w:rFonts w:cs="Arial"/>
          <w:lang w:eastAsia="es-ES"/>
        </w:rPr>
        <w:t xml:space="preserve"> humana de la </w:t>
      </w:r>
      <w:proofErr w:type="spellStart"/>
      <w:r w:rsidRPr="000D2C63">
        <w:rPr>
          <w:rFonts w:cs="Arial"/>
          <w:lang w:eastAsia="es-ES"/>
        </w:rPr>
        <w:t>sede</w:t>
      </w:r>
      <w:proofErr w:type="spellEnd"/>
      <w:r w:rsidRPr="000D2C63">
        <w:rPr>
          <w:rFonts w:cs="Arial"/>
          <w:lang w:eastAsia="es-ES"/>
        </w:rPr>
        <w:t xml:space="preserve"> judicial del </w:t>
      </w:r>
      <w:r w:rsidRPr="000D2C63">
        <w:rPr>
          <w:rFonts w:cs="Arial"/>
          <w:szCs w:val="24"/>
          <w:lang w:eastAsia="es-MX"/>
        </w:rPr>
        <w:t>Palacio de Justicia “Simón David Carrejo Bejarano” de Palmira.</w:t>
      </w:r>
    </w:p>
    <w:p w14:paraId="57E568D7" w14:textId="77777777" w:rsidR="00F4330E" w:rsidRPr="000D2C63" w:rsidRDefault="00F4330E" w:rsidP="00F4330E">
      <w:pPr>
        <w:tabs>
          <w:tab w:val="center" w:pos="4252"/>
          <w:tab w:val="right" w:pos="8504"/>
        </w:tabs>
        <w:ind w:left="360"/>
        <w:jc w:val="both"/>
        <w:rPr>
          <w:rFonts w:cs="Arial"/>
          <w:lang w:eastAsia="es-ES"/>
        </w:rPr>
      </w:pPr>
    </w:p>
    <w:p w14:paraId="16F3EFE7" w14:textId="77777777" w:rsidR="00F4330E" w:rsidRPr="000D2C63" w:rsidRDefault="00F4330E" w:rsidP="00F4330E">
      <w:pPr>
        <w:numPr>
          <w:ilvl w:val="0"/>
          <w:numId w:val="19"/>
        </w:numPr>
        <w:tabs>
          <w:tab w:val="center" w:pos="4252"/>
          <w:tab w:val="right" w:pos="8504"/>
        </w:tabs>
        <w:spacing w:after="0"/>
        <w:jc w:val="both"/>
        <w:rPr>
          <w:rFonts w:cs="Arial"/>
          <w:lang w:eastAsia="es-ES"/>
        </w:rPr>
      </w:pPr>
      <w:proofErr w:type="spellStart"/>
      <w:r w:rsidRPr="000D2C63">
        <w:rPr>
          <w:rFonts w:cs="Arial"/>
          <w:lang w:eastAsia="es-ES"/>
        </w:rPr>
        <w:t>Realizar</w:t>
      </w:r>
      <w:proofErr w:type="spellEnd"/>
      <w:r w:rsidRPr="000D2C63">
        <w:rPr>
          <w:rFonts w:cs="Arial"/>
          <w:lang w:eastAsia="es-ES"/>
        </w:rPr>
        <w:t xml:space="preserve"> </w:t>
      </w:r>
      <w:proofErr w:type="spellStart"/>
      <w:r w:rsidRPr="000D2C63">
        <w:rPr>
          <w:rFonts w:cs="Arial"/>
          <w:lang w:eastAsia="es-ES"/>
        </w:rPr>
        <w:t>reuniones</w:t>
      </w:r>
      <w:proofErr w:type="spellEnd"/>
      <w:r w:rsidRPr="000D2C63">
        <w:rPr>
          <w:rFonts w:cs="Arial"/>
          <w:lang w:eastAsia="es-ES"/>
        </w:rPr>
        <w:t xml:space="preserve"> </w:t>
      </w:r>
      <w:proofErr w:type="spellStart"/>
      <w:r w:rsidRPr="000D2C63">
        <w:rPr>
          <w:rFonts w:cs="Arial"/>
          <w:lang w:eastAsia="es-ES"/>
        </w:rPr>
        <w:t>semanales</w:t>
      </w:r>
      <w:proofErr w:type="spellEnd"/>
      <w:r w:rsidRPr="000D2C63">
        <w:rPr>
          <w:rFonts w:cs="Arial"/>
          <w:lang w:eastAsia="es-ES"/>
        </w:rPr>
        <w:t xml:space="preserve"> con el supervisor para </w:t>
      </w:r>
      <w:proofErr w:type="spellStart"/>
      <w:r w:rsidRPr="000D2C63">
        <w:rPr>
          <w:rFonts w:cs="Arial"/>
          <w:lang w:eastAsia="es-ES"/>
        </w:rPr>
        <w:t>evaluar</w:t>
      </w:r>
      <w:proofErr w:type="spellEnd"/>
      <w:r w:rsidRPr="000D2C63">
        <w:rPr>
          <w:rFonts w:cs="Arial"/>
          <w:lang w:eastAsia="es-ES"/>
        </w:rPr>
        <w:t xml:space="preserve"> el </w:t>
      </w:r>
      <w:proofErr w:type="spellStart"/>
      <w:r w:rsidRPr="000D2C63">
        <w:rPr>
          <w:rFonts w:cs="Arial"/>
          <w:lang w:eastAsia="es-ES"/>
        </w:rPr>
        <w:t>avance</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de </w:t>
      </w:r>
      <w:proofErr w:type="spellStart"/>
      <w:r w:rsidRPr="000D2C63">
        <w:rPr>
          <w:rFonts w:cs="Arial"/>
          <w:lang w:eastAsia="es-ES"/>
        </w:rPr>
        <w:t>obra</w:t>
      </w:r>
      <w:proofErr w:type="spellEnd"/>
      <w:r w:rsidRPr="000D2C63">
        <w:rPr>
          <w:rFonts w:cs="Arial"/>
          <w:lang w:eastAsia="es-ES"/>
        </w:rPr>
        <w:t xml:space="preserve"> y las </w:t>
      </w:r>
      <w:proofErr w:type="spellStart"/>
      <w:r w:rsidRPr="000D2C63">
        <w:rPr>
          <w:rFonts w:cs="Arial"/>
          <w:lang w:eastAsia="es-ES"/>
        </w:rPr>
        <w:t>eventuales</w:t>
      </w:r>
      <w:proofErr w:type="spellEnd"/>
      <w:r w:rsidRPr="000D2C63">
        <w:rPr>
          <w:rFonts w:cs="Arial"/>
          <w:lang w:eastAsia="es-ES"/>
        </w:rPr>
        <w:t xml:space="preserve"> </w:t>
      </w:r>
      <w:proofErr w:type="spellStart"/>
      <w:r w:rsidRPr="000D2C63">
        <w:rPr>
          <w:rFonts w:cs="Arial"/>
          <w:lang w:eastAsia="es-ES"/>
        </w:rPr>
        <w:t>dificultades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se </w:t>
      </w:r>
      <w:proofErr w:type="spellStart"/>
      <w:r w:rsidRPr="000D2C63">
        <w:rPr>
          <w:rFonts w:cs="Arial"/>
          <w:lang w:eastAsia="es-ES"/>
        </w:rPr>
        <w:t>lleguen</w:t>
      </w:r>
      <w:proofErr w:type="spellEnd"/>
      <w:r w:rsidRPr="000D2C63">
        <w:rPr>
          <w:rFonts w:cs="Arial"/>
          <w:lang w:eastAsia="es-ES"/>
        </w:rPr>
        <w:t xml:space="preserve"> a </w:t>
      </w:r>
      <w:proofErr w:type="spellStart"/>
      <w:r w:rsidRPr="000D2C63">
        <w:rPr>
          <w:rFonts w:cs="Arial"/>
          <w:lang w:eastAsia="es-ES"/>
        </w:rPr>
        <w:t>presentar</w:t>
      </w:r>
      <w:proofErr w:type="spellEnd"/>
      <w:r w:rsidRPr="000D2C63">
        <w:rPr>
          <w:rFonts w:cs="Arial"/>
          <w:lang w:eastAsia="es-ES"/>
        </w:rPr>
        <w:t xml:space="preserve">. Lo anterior de </w:t>
      </w:r>
      <w:proofErr w:type="spellStart"/>
      <w:r w:rsidRPr="000D2C63">
        <w:rPr>
          <w:rFonts w:cs="Arial"/>
          <w:lang w:eastAsia="es-ES"/>
        </w:rPr>
        <w:t>acuerdo</w:t>
      </w:r>
      <w:proofErr w:type="spellEnd"/>
      <w:r w:rsidRPr="000D2C63">
        <w:rPr>
          <w:rFonts w:cs="Arial"/>
          <w:lang w:eastAsia="es-ES"/>
        </w:rPr>
        <w:t xml:space="preserve"> con la </w:t>
      </w:r>
      <w:proofErr w:type="spellStart"/>
      <w:r w:rsidRPr="000D2C63">
        <w:rPr>
          <w:rFonts w:cs="Arial"/>
          <w:lang w:eastAsia="es-ES"/>
        </w:rPr>
        <w:t>programación</w:t>
      </w:r>
      <w:proofErr w:type="spellEnd"/>
      <w:r w:rsidRPr="000D2C63">
        <w:rPr>
          <w:rFonts w:cs="Arial"/>
          <w:lang w:eastAsia="es-ES"/>
        </w:rPr>
        <w:t xml:space="preserve"> de la </w:t>
      </w:r>
      <w:proofErr w:type="spellStart"/>
      <w:r w:rsidRPr="000D2C63">
        <w:rPr>
          <w:rFonts w:cs="Arial"/>
          <w:lang w:eastAsia="es-ES"/>
        </w:rPr>
        <w:t>obra</w:t>
      </w:r>
      <w:proofErr w:type="spellEnd"/>
      <w:r w:rsidRPr="000D2C63">
        <w:rPr>
          <w:rFonts w:cs="Arial"/>
          <w:lang w:eastAsia="es-ES"/>
        </w:rPr>
        <w:t>.</w:t>
      </w:r>
    </w:p>
    <w:p w14:paraId="274724B2" w14:textId="77777777" w:rsidR="00F4330E" w:rsidRPr="000D2C63" w:rsidRDefault="00F4330E" w:rsidP="00F4330E">
      <w:pPr>
        <w:tabs>
          <w:tab w:val="center" w:pos="4252"/>
          <w:tab w:val="right" w:pos="8504"/>
        </w:tabs>
        <w:ind w:left="360"/>
        <w:jc w:val="both"/>
        <w:rPr>
          <w:rFonts w:cs="Arial"/>
          <w:lang w:eastAsia="es-ES"/>
        </w:rPr>
      </w:pPr>
    </w:p>
    <w:p w14:paraId="6F5787D8" w14:textId="77777777" w:rsidR="00F4330E" w:rsidRPr="000D2C63" w:rsidRDefault="00F4330E" w:rsidP="00F4330E">
      <w:pPr>
        <w:numPr>
          <w:ilvl w:val="0"/>
          <w:numId w:val="19"/>
        </w:numPr>
        <w:tabs>
          <w:tab w:val="center" w:pos="4252"/>
          <w:tab w:val="right" w:pos="8504"/>
        </w:tabs>
        <w:spacing w:after="0"/>
        <w:jc w:val="both"/>
        <w:rPr>
          <w:rFonts w:cs="Arial"/>
          <w:lang w:eastAsia="es-ES"/>
        </w:rPr>
      </w:pPr>
      <w:r w:rsidRPr="000D2C63">
        <w:rPr>
          <w:rFonts w:cs="Arial"/>
          <w:lang w:eastAsia="es-ES"/>
        </w:rPr>
        <w:t xml:space="preserve"> </w:t>
      </w:r>
      <w:proofErr w:type="spellStart"/>
      <w:r w:rsidRPr="000D2C63">
        <w:rPr>
          <w:rFonts w:cs="Arial"/>
          <w:lang w:eastAsia="es-ES"/>
        </w:rPr>
        <w:t>Llevar</w:t>
      </w:r>
      <w:proofErr w:type="spellEnd"/>
      <w:r w:rsidRPr="000D2C63">
        <w:rPr>
          <w:rFonts w:cs="Arial"/>
          <w:lang w:eastAsia="es-ES"/>
        </w:rPr>
        <w:t xml:space="preserve"> </w:t>
      </w:r>
      <w:proofErr w:type="spellStart"/>
      <w:r w:rsidRPr="000D2C63">
        <w:rPr>
          <w:rFonts w:cs="Arial"/>
          <w:lang w:eastAsia="es-ES"/>
        </w:rPr>
        <w:t>debidamente</w:t>
      </w:r>
      <w:proofErr w:type="spellEnd"/>
      <w:r w:rsidRPr="000D2C63">
        <w:rPr>
          <w:rFonts w:cs="Arial"/>
          <w:lang w:eastAsia="es-ES"/>
        </w:rPr>
        <w:t xml:space="preserve"> </w:t>
      </w:r>
      <w:proofErr w:type="spellStart"/>
      <w:r w:rsidRPr="000D2C63">
        <w:rPr>
          <w:rFonts w:cs="Arial"/>
          <w:lang w:eastAsia="es-ES"/>
        </w:rPr>
        <w:t>actualizada</w:t>
      </w:r>
      <w:proofErr w:type="spellEnd"/>
      <w:r w:rsidRPr="000D2C63">
        <w:rPr>
          <w:rFonts w:cs="Arial"/>
          <w:lang w:eastAsia="es-ES"/>
        </w:rPr>
        <w:t xml:space="preserve"> la </w:t>
      </w:r>
      <w:proofErr w:type="spellStart"/>
      <w:r w:rsidRPr="000D2C63">
        <w:rPr>
          <w:rFonts w:cs="Arial"/>
          <w:lang w:eastAsia="es-ES"/>
        </w:rPr>
        <w:t>bitácora</w:t>
      </w:r>
      <w:proofErr w:type="spellEnd"/>
      <w:r w:rsidRPr="000D2C63">
        <w:rPr>
          <w:rFonts w:cs="Arial"/>
          <w:lang w:eastAsia="es-ES"/>
        </w:rPr>
        <w:t xml:space="preserve"> de la </w:t>
      </w:r>
      <w:proofErr w:type="spellStart"/>
      <w:r w:rsidRPr="000D2C63">
        <w:rPr>
          <w:rFonts w:cs="Arial"/>
          <w:lang w:eastAsia="es-ES"/>
        </w:rPr>
        <w:t>obra</w:t>
      </w:r>
      <w:proofErr w:type="spellEnd"/>
      <w:r w:rsidRPr="000D2C63">
        <w:rPr>
          <w:rFonts w:cs="Arial"/>
          <w:lang w:eastAsia="es-ES"/>
        </w:rPr>
        <w:t xml:space="preserve">, </w:t>
      </w:r>
      <w:proofErr w:type="spellStart"/>
      <w:r w:rsidRPr="000D2C63">
        <w:rPr>
          <w:rFonts w:cs="Arial"/>
          <w:lang w:eastAsia="es-ES"/>
        </w:rPr>
        <w:t>mantener</w:t>
      </w:r>
      <w:proofErr w:type="spellEnd"/>
      <w:r w:rsidRPr="000D2C63">
        <w:rPr>
          <w:rFonts w:cs="Arial"/>
          <w:lang w:eastAsia="es-ES"/>
        </w:rPr>
        <w:t xml:space="preserve"> </w:t>
      </w:r>
      <w:proofErr w:type="spellStart"/>
      <w:r w:rsidRPr="000D2C63">
        <w:rPr>
          <w:rFonts w:cs="Arial"/>
          <w:lang w:eastAsia="es-ES"/>
        </w:rPr>
        <w:t>su</w:t>
      </w:r>
      <w:proofErr w:type="spellEnd"/>
      <w:r w:rsidRPr="000D2C63">
        <w:rPr>
          <w:rFonts w:cs="Arial"/>
          <w:lang w:eastAsia="es-ES"/>
        </w:rPr>
        <w:t xml:space="preserve"> custodia y </w:t>
      </w:r>
      <w:proofErr w:type="spellStart"/>
      <w:r w:rsidRPr="000D2C63">
        <w:rPr>
          <w:rFonts w:cs="Arial"/>
          <w:lang w:eastAsia="es-ES"/>
        </w:rPr>
        <w:t>entregar</w:t>
      </w:r>
      <w:proofErr w:type="spellEnd"/>
      <w:r w:rsidRPr="000D2C63">
        <w:rPr>
          <w:rFonts w:cs="Arial"/>
          <w:lang w:eastAsia="es-ES"/>
        </w:rPr>
        <w:t xml:space="preserve"> </w:t>
      </w:r>
      <w:proofErr w:type="spellStart"/>
      <w:r w:rsidRPr="000D2C63">
        <w:rPr>
          <w:rFonts w:cs="Arial"/>
          <w:lang w:eastAsia="es-ES"/>
        </w:rPr>
        <w:t>copia</w:t>
      </w:r>
      <w:proofErr w:type="spellEnd"/>
      <w:r w:rsidRPr="000D2C63">
        <w:rPr>
          <w:rFonts w:cs="Arial"/>
          <w:lang w:eastAsia="es-ES"/>
        </w:rPr>
        <w:t xml:space="preserve"> digital </w:t>
      </w:r>
      <w:proofErr w:type="spellStart"/>
      <w:r w:rsidRPr="000D2C63">
        <w:rPr>
          <w:rFonts w:cs="Arial"/>
          <w:lang w:eastAsia="es-ES"/>
        </w:rPr>
        <w:t>como</w:t>
      </w:r>
      <w:proofErr w:type="spellEnd"/>
      <w:r w:rsidRPr="000D2C63">
        <w:rPr>
          <w:rFonts w:cs="Arial"/>
          <w:lang w:eastAsia="es-ES"/>
        </w:rPr>
        <w:t xml:space="preserve"> </w:t>
      </w:r>
      <w:proofErr w:type="spellStart"/>
      <w:r w:rsidRPr="000D2C63">
        <w:rPr>
          <w:rFonts w:cs="Arial"/>
          <w:lang w:eastAsia="es-ES"/>
        </w:rPr>
        <w:t>anexo</w:t>
      </w:r>
      <w:proofErr w:type="spellEnd"/>
      <w:r w:rsidRPr="000D2C63">
        <w:rPr>
          <w:rFonts w:cs="Arial"/>
          <w:lang w:eastAsia="es-ES"/>
        </w:rPr>
        <w:t xml:space="preserve"> del </w:t>
      </w:r>
      <w:proofErr w:type="spellStart"/>
      <w:r w:rsidRPr="000D2C63">
        <w:rPr>
          <w:rFonts w:cs="Arial"/>
          <w:lang w:eastAsia="es-ES"/>
        </w:rPr>
        <w:t>informe</w:t>
      </w:r>
      <w:proofErr w:type="spellEnd"/>
      <w:r w:rsidRPr="000D2C63">
        <w:rPr>
          <w:rFonts w:cs="Arial"/>
          <w:lang w:eastAsia="es-ES"/>
        </w:rPr>
        <w:t xml:space="preserve"> </w:t>
      </w:r>
      <w:proofErr w:type="spellStart"/>
      <w:r w:rsidRPr="000D2C63">
        <w:rPr>
          <w:rFonts w:cs="Arial"/>
          <w:lang w:eastAsia="es-ES"/>
        </w:rPr>
        <w:t>mensual</w:t>
      </w:r>
      <w:proofErr w:type="spellEnd"/>
      <w:r w:rsidRPr="000D2C63">
        <w:rPr>
          <w:rFonts w:cs="Arial"/>
          <w:lang w:eastAsia="es-ES"/>
        </w:rPr>
        <w:t xml:space="preserve">, para ser </w:t>
      </w:r>
      <w:proofErr w:type="spellStart"/>
      <w:r w:rsidRPr="000D2C63">
        <w:rPr>
          <w:rFonts w:cs="Arial"/>
          <w:lang w:eastAsia="es-ES"/>
        </w:rPr>
        <w:t>entregado</w:t>
      </w:r>
      <w:proofErr w:type="spellEnd"/>
      <w:r w:rsidRPr="000D2C63">
        <w:rPr>
          <w:rFonts w:cs="Arial"/>
          <w:lang w:eastAsia="es-ES"/>
        </w:rPr>
        <w:t xml:space="preserve"> al supervisor.</w:t>
      </w:r>
    </w:p>
    <w:p w14:paraId="0C0358BE" w14:textId="77777777" w:rsidR="00F4330E" w:rsidRPr="000D2C63" w:rsidRDefault="00F4330E" w:rsidP="00F4330E">
      <w:pPr>
        <w:jc w:val="both"/>
        <w:rPr>
          <w:rFonts w:cs="Arial"/>
          <w:lang w:val="es-ES_tradnl" w:eastAsia="es-ES"/>
        </w:rPr>
      </w:pPr>
    </w:p>
    <w:p w14:paraId="77701A75" w14:textId="77777777" w:rsidR="00F4330E" w:rsidRPr="000D2C63" w:rsidRDefault="00F4330E" w:rsidP="00F4330E">
      <w:pPr>
        <w:numPr>
          <w:ilvl w:val="0"/>
          <w:numId w:val="19"/>
        </w:numPr>
        <w:tabs>
          <w:tab w:val="center" w:pos="4252"/>
          <w:tab w:val="right" w:pos="8504"/>
        </w:tabs>
        <w:spacing w:after="0"/>
        <w:jc w:val="both"/>
        <w:rPr>
          <w:rFonts w:cs="Arial"/>
          <w:lang w:eastAsia="es-ES"/>
        </w:rPr>
      </w:pPr>
      <w:r w:rsidRPr="000D2C63">
        <w:rPr>
          <w:rFonts w:cs="Arial"/>
          <w:lang w:eastAsia="es-ES"/>
        </w:rPr>
        <w:t xml:space="preserve">En </w:t>
      </w:r>
      <w:proofErr w:type="spellStart"/>
      <w:r w:rsidRPr="000D2C63">
        <w:rPr>
          <w:rFonts w:cs="Arial"/>
          <w:lang w:eastAsia="es-ES"/>
        </w:rPr>
        <w:t>caso</w:t>
      </w:r>
      <w:proofErr w:type="spellEnd"/>
      <w:r w:rsidRPr="000D2C63">
        <w:rPr>
          <w:rFonts w:cs="Arial"/>
          <w:lang w:eastAsia="es-ES"/>
        </w:rPr>
        <w:t xml:space="preserve"> de </w:t>
      </w:r>
      <w:proofErr w:type="spellStart"/>
      <w:r w:rsidRPr="000D2C63">
        <w:rPr>
          <w:rFonts w:cs="Arial"/>
          <w:lang w:eastAsia="es-ES"/>
        </w:rPr>
        <w:t>retraso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 </w:t>
      </w:r>
      <w:proofErr w:type="spellStart"/>
      <w:r w:rsidRPr="000D2C63">
        <w:rPr>
          <w:rFonts w:cs="Arial"/>
          <w:lang w:eastAsia="es-ES"/>
        </w:rPr>
        <w:t>ejecución</w:t>
      </w:r>
      <w:proofErr w:type="spellEnd"/>
      <w:r w:rsidRPr="000D2C63">
        <w:rPr>
          <w:rFonts w:cs="Arial"/>
          <w:lang w:eastAsia="es-ES"/>
        </w:rPr>
        <w:t xml:space="preserve"> de la </w:t>
      </w:r>
      <w:proofErr w:type="spellStart"/>
      <w:r w:rsidRPr="000D2C63">
        <w:rPr>
          <w:rFonts w:cs="Arial"/>
          <w:lang w:eastAsia="es-ES"/>
        </w:rPr>
        <w:t>obra</w:t>
      </w:r>
      <w:proofErr w:type="spellEnd"/>
      <w:r w:rsidRPr="000D2C63">
        <w:rPr>
          <w:rFonts w:cs="Arial"/>
          <w:lang w:eastAsia="es-ES"/>
        </w:rPr>
        <w:t xml:space="preserve">, el </w:t>
      </w:r>
      <w:proofErr w:type="spellStart"/>
      <w:r w:rsidRPr="000D2C63">
        <w:rPr>
          <w:rFonts w:cs="Arial"/>
          <w:lang w:eastAsia="es-ES"/>
        </w:rPr>
        <w:t>Contratista</w:t>
      </w:r>
      <w:proofErr w:type="spellEnd"/>
      <w:r w:rsidRPr="000D2C63">
        <w:rPr>
          <w:rFonts w:cs="Arial"/>
          <w:lang w:eastAsia="es-ES"/>
        </w:rPr>
        <w:t xml:space="preserve"> </w:t>
      </w:r>
      <w:proofErr w:type="spellStart"/>
      <w:r w:rsidRPr="000D2C63">
        <w:rPr>
          <w:rFonts w:cs="Arial"/>
          <w:lang w:eastAsia="es-ES"/>
        </w:rPr>
        <w:t>presentará</w:t>
      </w:r>
      <w:proofErr w:type="spellEnd"/>
      <w:r w:rsidRPr="000D2C63">
        <w:rPr>
          <w:rFonts w:cs="Arial"/>
          <w:lang w:eastAsia="es-ES"/>
        </w:rPr>
        <w:t xml:space="preserve"> al supervisor del </w:t>
      </w:r>
      <w:proofErr w:type="spellStart"/>
      <w:r w:rsidRPr="000D2C63">
        <w:rPr>
          <w:rFonts w:cs="Arial"/>
          <w:lang w:eastAsia="es-ES"/>
        </w:rPr>
        <w:t>contrato</w:t>
      </w:r>
      <w:proofErr w:type="spellEnd"/>
      <w:r w:rsidRPr="000D2C63">
        <w:rPr>
          <w:rFonts w:cs="Arial"/>
          <w:lang w:eastAsia="es-ES"/>
        </w:rPr>
        <w:t xml:space="preserve"> el plan de </w:t>
      </w:r>
      <w:proofErr w:type="spellStart"/>
      <w:r w:rsidRPr="000D2C63">
        <w:rPr>
          <w:rFonts w:cs="Arial"/>
          <w:lang w:eastAsia="es-ES"/>
        </w:rPr>
        <w:t>contingencia</w:t>
      </w:r>
      <w:proofErr w:type="spellEnd"/>
      <w:r w:rsidRPr="000D2C63">
        <w:rPr>
          <w:rFonts w:cs="Arial"/>
          <w:lang w:eastAsia="es-ES"/>
        </w:rPr>
        <w:t xml:space="preserve"> para </w:t>
      </w:r>
      <w:proofErr w:type="spellStart"/>
      <w:r w:rsidRPr="000D2C63">
        <w:rPr>
          <w:rFonts w:cs="Arial"/>
          <w:lang w:eastAsia="es-ES"/>
        </w:rPr>
        <w:t>mitigar</w:t>
      </w:r>
      <w:proofErr w:type="spellEnd"/>
      <w:r w:rsidRPr="000D2C63">
        <w:rPr>
          <w:rFonts w:cs="Arial"/>
          <w:lang w:eastAsia="es-ES"/>
        </w:rPr>
        <w:t xml:space="preserve"> el </w:t>
      </w:r>
      <w:proofErr w:type="spellStart"/>
      <w:r w:rsidRPr="000D2C63">
        <w:rPr>
          <w:rFonts w:cs="Arial"/>
          <w:lang w:eastAsia="es-ES"/>
        </w:rPr>
        <w:t>retraso</w:t>
      </w:r>
      <w:proofErr w:type="spellEnd"/>
      <w:r w:rsidRPr="000D2C63">
        <w:rPr>
          <w:rFonts w:cs="Arial"/>
          <w:lang w:eastAsia="es-ES"/>
        </w:rPr>
        <w:t xml:space="preserve"> </w:t>
      </w:r>
      <w:proofErr w:type="spellStart"/>
      <w:r w:rsidRPr="000D2C63">
        <w:rPr>
          <w:rFonts w:cs="Arial"/>
          <w:lang w:eastAsia="es-ES"/>
        </w:rPr>
        <w:t>generado</w:t>
      </w:r>
      <w:proofErr w:type="spellEnd"/>
      <w:r w:rsidRPr="000D2C63">
        <w:rPr>
          <w:rFonts w:cs="Arial"/>
          <w:lang w:eastAsia="es-ES"/>
        </w:rPr>
        <w:t xml:space="preserve">, </w:t>
      </w:r>
      <w:proofErr w:type="spellStart"/>
      <w:r w:rsidRPr="000D2C63">
        <w:rPr>
          <w:rFonts w:cs="Arial"/>
          <w:lang w:eastAsia="es-ES"/>
        </w:rPr>
        <w:t>debidamente</w:t>
      </w:r>
      <w:proofErr w:type="spellEnd"/>
      <w:r w:rsidRPr="000D2C63">
        <w:rPr>
          <w:rFonts w:cs="Arial"/>
          <w:lang w:eastAsia="es-ES"/>
        </w:rPr>
        <w:t xml:space="preserve"> </w:t>
      </w:r>
      <w:proofErr w:type="spellStart"/>
      <w:r w:rsidRPr="000D2C63">
        <w:rPr>
          <w:rFonts w:cs="Arial"/>
          <w:lang w:eastAsia="es-ES"/>
        </w:rPr>
        <w:t>suscrito</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el </w:t>
      </w:r>
      <w:proofErr w:type="spellStart"/>
      <w:r w:rsidRPr="000D2C63">
        <w:rPr>
          <w:rFonts w:cs="Arial"/>
          <w:lang w:eastAsia="es-ES"/>
        </w:rPr>
        <w:t>Representante</w:t>
      </w:r>
      <w:proofErr w:type="spellEnd"/>
      <w:r w:rsidRPr="000D2C63">
        <w:rPr>
          <w:rFonts w:cs="Arial"/>
          <w:lang w:eastAsia="es-ES"/>
        </w:rPr>
        <w:t xml:space="preserve"> Legal del </w:t>
      </w:r>
      <w:proofErr w:type="spellStart"/>
      <w:r w:rsidRPr="000D2C63">
        <w:rPr>
          <w:rFonts w:cs="Arial"/>
          <w:lang w:eastAsia="es-ES"/>
        </w:rPr>
        <w:t>contratista</w:t>
      </w:r>
      <w:proofErr w:type="spellEnd"/>
      <w:r w:rsidRPr="000D2C63">
        <w:rPr>
          <w:rFonts w:cs="Arial"/>
          <w:lang w:eastAsia="es-ES"/>
        </w:rPr>
        <w:t xml:space="preserve">. </w:t>
      </w:r>
      <w:proofErr w:type="spellStart"/>
      <w:r w:rsidRPr="000D2C63">
        <w:rPr>
          <w:rFonts w:cs="Arial"/>
          <w:lang w:eastAsia="es-ES"/>
        </w:rPr>
        <w:t>Sobre</w:t>
      </w:r>
      <w:proofErr w:type="spellEnd"/>
      <w:r w:rsidRPr="000D2C63">
        <w:rPr>
          <w:rFonts w:cs="Arial"/>
          <w:lang w:eastAsia="es-ES"/>
        </w:rPr>
        <w:t xml:space="preserve"> </w:t>
      </w:r>
      <w:proofErr w:type="spellStart"/>
      <w:r w:rsidRPr="000D2C63">
        <w:rPr>
          <w:rFonts w:cs="Arial"/>
          <w:lang w:eastAsia="es-ES"/>
        </w:rPr>
        <w:t>este</w:t>
      </w:r>
      <w:proofErr w:type="spellEnd"/>
      <w:r w:rsidRPr="000D2C63">
        <w:rPr>
          <w:rFonts w:cs="Arial"/>
          <w:lang w:eastAsia="es-ES"/>
        </w:rPr>
        <w:t xml:space="preserve"> plan, la </w:t>
      </w:r>
      <w:proofErr w:type="spellStart"/>
      <w:r w:rsidRPr="000D2C63">
        <w:rPr>
          <w:rFonts w:cs="Arial"/>
          <w:lang w:eastAsia="es-ES"/>
        </w:rPr>
        <w:t>supervisión</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pronunciarse</w:t>
      </w:r>
      <w:proofErr w:type="spellEnd"/>
      <w:r w:rsidRPr="000D2C63">
        <w:rPr>
          <w:rFonts w:cs="Arial"/>
          <w:lang w:eastAsia="es-ES"/>
        </w:rPr>
        <w:t xml:space="preserve"> </w:t>
      </w:r>
      <w:proofErr w:type="spellStart"/>
      <w:r w:rsidRPr="000D2C63">
        <w:rPr>
          <w:rFonts w:cs="Arial"/>
          <w:lang w:eastAsia="es-ES"/>
        </w:rPr>
        <w:t>dentro</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dos (2) días </w:t>
      </w:r>
      <w:proofErr w:type="spellStart"/>
      <w:r w:rsidRPr="000D2C63">
        <w:rPr>
          <w:rFonts w:cs="Arial"/>
          <w:lang w:eastAsia="es-ES"/>
        </w:rPr>
        <w:t>siguientes</w:t>
      </w:r>
      <w:proofErr w:type="spellEnd"/>
      <w:r w:rsidRPr="000D2C63">
        <w:rPr>
          <w:rFonts w:cs="Arial"/>
          <w:lang w:eastAsia="es-ES"/>
        </w:rPr>
        <w:t xml:space="preserve"> de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recibo</w:t>
      </w:r>
      <w:proofErr w:type="spellEnd"/>
      <w:r w:rsidRPr="000D2C63">
        <w:rPr>
          <w:rFonts w:cs="Arial"/>
          <w:lang w:eastAsia="es-ES"/>
        </w:rPr>
        <w:t xml:space="preserve">. La </w:t>
      </w:r>
      <w:proofErr w:type="spellStart"/>
      <w:r w:rsidRPr="000D2C63">
        <w:rPr>
          <w:rFonts w:cs="Arial"/>
          <w:lang w:eastAsia="es-ES"/>
        </w:rPr>
        <w:t>supervisión</w:t>
      </w:r>
      <w:proofErr w:type="spellEnd"/>
      <w:r w:rsidRPr="000D2C63">
        <w:rPr>
          <w:rFonts w:cs="Arial"/>
          <w:lang w:eastAsia="es-ES"/>
        </w:rPr>
        <w:t xml:space="preserve"> </w:t>
      </w:r>
      <w:proofErr w:type="spellStart"/>
      <w:r w:rsidRPr="000D2C63">
        <w:rPr>
          <w:rFonts w:cs="Arial"/>
          <w:lang w:eastAsia="es-ES"/>
        </w:rPr>
        <w:t>podrá</w:t>
      </w:r>
      <w:proofErr w:type="spellEnd"/>
      <w:r w:rsidRPr="000D2C63">
        <w:rPr>
          <w:rFonts w:cs="Arial"/>
          <w:lang w:eastAsia="es-ES"/>
        </w:rPr>
        <w:t xml:space="preserve"> </w:t>
      </w:r>
      <w:proofErr w:type="spellStart"/>
      <w:r w:rsidRPr="000D2C63">
        <w:rPr>
          <w:rFonts w:cs="Arial"/>
          <w:lang w:eastAsia="es-ES"/>
        </w:rPr>
        <w:t>aprobar</w:t>
      </w:r>
      <w:proofErr w:type="spellEnd"/>
      <w:r w:rsidRPr="000D2C63">
        <w:rPr>
          <w:rFonts w:cs="Arial"/>
          <w:lang w:eastAsia="es-ES"/>
        </w:rPr>
        <w:t xml:space="preserve"> el plan o </w:t>
      </w:r>
      <w:proofErr w:type="spellStart"/>
      <w:r w:rsidRPr="000D2C63">
        <w:rPr>
          <w:rFonts w:cs="Arial"/>
          <w:lang w:eastAsia="es-ES"/>
        </w:rPr>
        <w:t>presentar</w:t>
      </w:r>
      <w:proofErr w:type="spellEnd"/>
      <w:r w:rsidRPr="000D2C63">
        <w:rPr>
          <w:rFonts w:cs="Arial"/>
          <w:lang w:eastAsia="es-ES"/>
        </w:rPr>
        <w:t xml:space="preserve"> </w:t>
      </w:r>
      <w:proofErr w:type="spellStart"/>
      <w:r w:rsidRPr="000D2C63">
        <w:rPr>
          <w:rFonts w:cs="Arial"/>
          <w:lang w:eastAsia="es-ES"/>
        </w:rPr>
        <w:t>observaciones</w:t>
      </w:r>
      <w:proofErr w:type="spellEnd"/>
      <w:r w:rsidRPr="000D2C63">
        <w:rPr>
          <w:rFonts w:cs="Arial"/>
          <w:lang w:eastAsia="es-ES"/>
        </w:rPr>
        <w:t xml:space="preserve">. Si </w:t>
      </w:r>
      <w:proofErr w:type="spellStart"/>
      <w:r w:rsidRPr="000D2C63">
        <w:rPr>
          <w:rFonts w:cs="Arial"/>
          <w:lang w:eastAsia="es-ES"/>
        </w:rPr>
        <w:t>presenta</w:t>
      </w:r>
      <w:proofErr w:type="spellEnd"/>
      <w:r w:rsidRPr="000D2C63">
        <w:rPr>
          <w:rFonts w:cs="Arial"/>
          <w:lang w:eastAsia="es-ES"/>
        </w:rPr>
        <w:t xml:space="preserve"> </w:t>
      </w:r>
      <w:proofErr w:type="spellStart"/>
      <w:r w:rsidRPr="000D2C63">
        <w:rPr>
          <w:rFonts w:cs="Arial"/>
          <w:lang w:eastAsia="es-ES"/>
        </w:rPr>
        <w:t>observaciones</w:t>
      </w:r>
      <w:proofErr w:type="spellEnd"/>
      <w:r w:rsidRPr="000D2C63">
        <w:rPr>
          <w:rFonts w:cs="Arial"/>
          <w:lang w:eastAsia="es-ES"/>
        </w:rPr>
        <w:t xml:space="preserve">, el </w:t>
      </w:r>
      <w:proofErr w:type="spellStart"/>
      <w:r w:rsidRPr="000D2C63">
        <w:rPr>
          <w:rFonts w:cs="Arial"/>
          <w:lang w:eastAsia="es-ES"/>
        </w:rPr>
        <w:t>Contratista</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atenderlos</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un </w:t>
      </w:r>
      <w:proofErr w:type="spellStart"/>
      <w:r w:rsidRPr="000D2C63">
        <w:rPr>
          <w:rFonts w:cs="Arial"/>
          <w:lang w:eastAsia="es-ES"/>
        </w:rPr>
        <w:t>plazo</w:t>
      </w:r>
      <w:proofErr w:type="spellEnd"/>
      <w:r w:rsidRPr="000D2C63">
        <w:rPr>
          <w:rFonts w:cs="Arial"/>
          <w:lang w:eastAsia="es-ES"/>
        </w:rPr>
        <w:t xml:space="preserve"> no mayor a dos (2) días. Esto se </w:t>
      </w:r>
      <w:proofErr w:type="spellStart"/>
      <w:r w:rsidRPr="000D2C63">
        <w:rPr>
          <w:rFonts w:cs="Arial"/>
          <w:lang w:eastAsia="es-ES"/>
        </w:rPr>
        <w:t>realizará</w:t>
      </w:r>
      <w:proofErr w:type="spellEnd"/>
      <w:r w:rsidRPr="000D2C63">
        <w:rPr>
          <w:rFonts w:cs="Arial"/>
          <w:lang w:eastAsia="es-ES"/>
        </w:rPr>
        <w:t xml:space="preserve"> hasta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obtenga</w:t>
      </w:r>
      <w:proofErr w:type="spellEnd"/>
      <w:r w:rsidRPr="000D2C63">
        <w:rPr>
          <w:rFonts w:cs="Arial"/>
          <w:lang w:eastAsia="es-ES"/>
        </w:rPr>
        <w:t xml:space="preserve"> la </w:t>
      </w:r>
      <w:proofErr w:type="spellStart"/>
      <w:r w:rsidRPr="000D2C63">
        <w:rPr>
          <w:rFonts w:cs="Arial"/>
          <w:lang w:eastAsia="es-ES"/>
        </w:rPr>
        <w:t>aprobación</w:t>
      </w:r>
      <w:proofErr w:type="spellEnd"/>
      <w:r w:rsidRPr="000D2C63">
        <w:rPr>
          <w:rFonts w:cs="Arial"/>
          <w:lang w:eastAsia="es-ES"/>
        </w:rPr>
        <w:t xml:space="preserve"> de la </w:t>
      </w:r>
      <w:proofErr w:type="spellStart"/>
      <w:r w:rsidRPr="000D2C63">
        <w:rPr>
          <w:rFonts w:cs="Arial"/>
          <w:lang w:eastAsia="es-ES"/>
        </w:rPr>
        <w:t>supervisión</w:t>
      </w:r>
      <w:proofErr w:type="spellEnd"/>
      <w:r w:rsidRPr="000D2C63">
        <w:rPr>
          <w:rFonts w:cs="Arial"/>
          <w:lang w:eastAsia="es-ES"/>
        </w:rPr>
        <w:t>.</w:t>
      </w:r>
    </w:p>
    <w:p w14:paraId="22B3E581" w14:textId="77777777" w:rsidR="00F4330E" w:rsidRPr="000D2C63" w:rsidRDefault="00F4330E" w:rsidP="00F4330E">
      <w:pPr>
        <w:jc w:val="both"/>
        <w:rPr>
          <w:rFonts w:cs="Arial"/>
          <w:lang w:val="es-ES_tradnl" w:eastAsia="es-ES"/>
        </w:rPr>
      </w:pPr>
    </w:p>
    <w:p w14:paraId="6A784806" w14:textId="77777777" w:rsidR="00F4330E" w:rsidRPr="000D2C63" w:rsidRDefault="00F4330E" w:rsidP="00F4330E">
      <w:pPr>
        <w:numPr>
          <w:ilvl w:val="0"/>
          <w:numId w:val="19"/>
        </w:numPr>
        <w:tabs>
          <w:tab w:val="center" w:pos="4252"/>
          <w:tab w:val="right" w:pos="8504"/>
        </w:tabs>
        <w:spacing w:after="0"/>
        <w:jc w:val="both"/>
        <w:rPr>
          <w:rFonts w:cs="Arial"/>
          <w:lang w:eastAsia="es-ES"/>
        </w:rPr>
      </w:pPr>
      <w:proofErr w:type="spellStart"/>
      <w:r w:rsidRPr="000D2C63">
        <w:rPr>
          <w:rFonts w:cs="Arial"/>
          <w:lang w:eastAsia="es-ES"/>
        </w:rPr>
        <w:t>Informar</w:t>
      </w:r>
      <w:proofErr w:type="spellEnd"/>
      <w:r w:rsidRPr="000D2C63">
        <w:rPr>
          <w:rFonts w:cs="Arial"/>
          <w:lang w:eastAsia="es-ES"/>
        </w:rPr>
        <w:t xml:space="preserve"> a la </w:t>
      </w:r>
      <w:proofErr w:type="spellStart"/>
      <w:r w:rsidRPr="000D2C63">
        <w:rPr>
          <w:rFonts w:cs="Arial"/>
          <w:lang w:eastAsia="es-ES"/>
        </w:rPr>
        <w:t>supervisión</w:t>
      </w:r>
      <w:proofErr w:type="spellEnd"/>
      <w:r w:rsidRPr="000D2C63">
        <w:rPr>
          <w:rFonts w:cs="Arial"/>
          <w:lang w:eastAsia="es-ES"/>
        </w:rPr>
        <w:t xml:space="preserve"> de las </w:t>
      </w:r>
      <w:proofErr w:type="spellStart"/>
      <w:r w:rsidRPr="000D2C63">
        <w:rPr>
          <w:rFonts w:cs="Arial"/>
          <w:lang w:eastAsia="es-ES"/>
        </w:rPr>
        <w:t>circunstancias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puedan</w:t>
      </w:r>
      <w:proofErr w:type="spellEnd"/>
      <w:r w:rsidRPr="000D2C63">
        <w:rPr>
          <w:rFonts w:cs="Arial"/>
          <w:lang w:eastAsia="es-ES"/>
        </w:rPr>
        <w:t xml:space="preserve"> </w:t>
      </w:r>
      <w:proofErr w:type="spellStart"/>
      <w:r w:rsidRPr="000D2C63">
        <w:rPr>
          <w:rFonts w:cs="Arial"/>
          <w:lang w:eastAsia="es-ES"/>
        </w:rPr>
        <w:t>afectar</w:t>
      </w:r>
      <w:proofErr w:type="spellEnd"/>
      <w:r w:rsidRPr="000D2C63">
        <w:rPr>
          <w:rFonts w:cs="Arial"/>
          <w:lang w:eastAsia="es-ES"/>
        </w:rPr>
        <w:t xml:space="preserve"> el </w:t>
      </w:r>
      <w:proofErr w:type="spellStart"/>
      <w:r w:rsidRPr="000D2C63">
        <w:rPr>
          <w:rFonts w:cs="Arial"/>
          <w:lang w:eastAsia="es-ES"/>
        </w:rPr>
        <w:t>rubro</w:t>
      </w:r>
      <w:proofErr w:type="spellEnd"/>
      <w:r w:rsidRPr="000D2C63">
        <w:rPr>
          <w:rFonts w:cs="Arial"/>
          <w:lang w:eastAsia="es-ES"/>
        </w:rPr>
        <w:t xml:space="preserve"> de </w:t>
      </w:r>
      <w:proofErr w:type="spellStart"/>
      <w:r w:rsidRPr="000D2C63">
        <w:rPr>
          <w:rFonts w:cs="Arial"/>
          <w:lang w:eastAsia="es-ES"/>
        </w:rPr>
        <w:t>imprevistos</w:t>
      </w:r>
      <w:proofErr w:type="spellEnd"/>
      <w:r w:rsidRPr="000D2C63">
        <w:rPr>
          <w:rFonts w:cs="Arial"/>
          <w:lang w:eastAsia="es-ES"/>
        </w:rPr>
        <w:t xml:space="preserve"> y </w:t>
      </w:r>
      <w:proofErr w:type="spellStart"/>
      <w:r w:rsidRPr="000D2C63">
        <w:rPr>
          <w:rFonts w:cs="Arial"/>
          <w:lang w:eastAsia="es-ES"/>
        </w:rPr>
        <w:t>presentarle</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soportes</w:t>
      </w:r>
      <w:proofErr w:type="spellEnd"/>
      <w:r w:rsidRPr="000D2C63">
        <w:rPr>
          <w:rFonts w:cs="Arial"/>
          <w:lang w:eastAsia="es-ES"/>
        </w:rPr>
        <w:t xml:space="preserve"> </w:t>
      </w:r>
      <w:proofErr w:type="spellStart"/>
      <w:r w:rsidRPr="000D2C63">
        <w:rPr>
          <w:rFonts w:cs="Arial"/>
          <w:lang w:eastAsia="es-ES"/>
        </w:rPr>
        <w:t>correspondientes</w:t>
      </w:r>
      <w:proofErr w:type="spellEnd"/>
      <w:r w:rsidRPr="000D2C63">
        <w:rPr>
          <w:rFonts w:cs="Arial"/>
          <w:lang w:eastAsia="es-ES"/>
        </w:rPr>
        <w:t xml:space="preserve"> para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aprobación</w:t>
      </w:r>
      <w:proofErr w:type="spellEnd"/>
      <w:r w:rsidRPr="000D2C63">
        <w:rPr>
          <w:rFonts w:cs="Arial"/>
          <w:lang w:eastAsia="es-ES"/>
        </w:rPr>
        <w:t xml:space="preserve">. El valor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imprevistos</w:t>
      </w:r>
      <w:proofErr w:type="spellEnd"/>
      <w:r w:rsidRPr="000D2C63">
        <w:rPr>
          <w:rFonts w:cs="Arial"/>
          <w:lang w:eastAsia="es-ES"/>
        </w:rPr>
        <w:t xml:space="preserve"> no </w:t>
      </w:r>
      <w:proofErr w:type="spellStart"/>
      <w:r w:rsidRPr="000D2C63">
        <w:rPr>
          <w:rFonts w:cs="Arial"/>
          <w:lang w:eastAsia="es-ES"/>
        </w:rPr>
        <w:t>podrá</w:t>
      </w:r>
      <w:proofErr w:type="spellEnd"/>
      <w:r w:rsidRPr="000D2C63">
        <w:rPr>
          <w:rFonts w:cs="Arial"/>
          <w:lang w:eastAsia="es-ES"/>
        </w:rPr>
        <w:t xml:space="preserve"> </w:t>
      </w:r>
      <w:proofErr w:type="spellStart"/>
      <w:r w:rsidRPr="000D2C63">
        <w:rPr>
          <w:rFonts w:cs="Arial"/>
          <w:lang w:eastAsia="es-ES"/>
        </w:rPr>
        <w:t>superar</w:t>
      </w:r>
      <w:proofErr w:type="spellEnd"/>
      <w:r w:rsidRPr="000D2C63">
        <w:rPr>
          <w:rFonts w:cs="Arial"/>
          <w:lang w:eastAsia="es-ES"/>
        </w:rPr>
        <w:t xml:space="preserve"> el valor </w:t>
      </w:r>
      <w:proofErr w:type="spellStart"/>
      <w:r w:rsidRPr="000D2C63">
        <w:rPr>
          <w:rFonts w:cs="Arial"/>
          <w:lang w:eastAsia="es-ES"/>
        </w:rPr>
        <w:t>pactado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determinado</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costos</w:t>
      </w:r>
      <w:proofErr w:type="spellEnd"/>
      <w:r w:rsidRPr="000D2C63">
        <w:rPr>
          <w:rFonts w:cs="Arial"/>
          <w:lang w:eastAsia="es-ES"/>
        </w:rPr>
        <w:t xml:space="preserve"> </w:t>
      </w:r>
      <w:proofErr w:type="spellStart"/>
      <w:r w:rsidRPr="000D2C63">
        <w:rPr>
          <w:rFonts w:cs="Arial"/>
          <w:lang w:eastAsia="es-ES"/>
        </w:rPr>
        <w:t>indirectos</w:t>
      </w:r>
      <w:proofErr w:type="spellEnd"/>
      <w:r w:rsidRPr="000D2C63">
        <w:rPr>
          <w:rFonts w:cs="Arial"/>
          <w:lang w:eastAsia="es-ES"/>
        </w:rPr>
        <w:t xml:space="preserve"> de la </w:t>
      </w:r>
      <w:proofErr w:type="spellStart"/>
      <w:r w:rsidRPr="000D2C63">
        <w:rPr>
          <w:rFonts w:cs="Arial"/>
          <w:lang w:eastAsia="es-ES"/>
        </w:rPr>
        <w:t>propuesta</w:t>
      </w:r>
      <w:proofErr w:type="spellEnd"/>
      <w:r w:rsidRPr="000D2C63">
        <w:rPr>
          <w:rFonts w:cs="Arial"/>
          <w:lang w:eastAsia="es-ES"/>
        </w:rPr>
        <w:t xml:space="preserve"> </w:t>
      </w:r>
      <w:proofErr w:type="spellStart"/>
      <w:r w:rsidRPr="000D2C63">
        <w:rPr>
          <w:rFonts w:cs="Arial"/>
          <w:lang w:eastAsia="es-ES"/>
        </w:rPr>
        <w:t>económica</w:t>
      </w:r>
      <w:proofErr w:type="spellEnd"/>
      <w:r w:rsidRPr="000D2C63">
        <w:rPr>
          <w:rFonts w:cs="Arial"/>
          <w:lang w:eastAsia="es-ES"/>
        </w:rPr>
        <w:t xml:space="preserve">. En el </w:t>
      </w:r>
      <w:proofErr w:type="spellStart"/>
      <w:r w:rsidRPr="000D2C63">
        <w:rPr>
          <w:rFonts w:cs="Arial"/>
          <w:lang w:eastAsia="es-ES"/>
        </w:rPr>
        <w:t>caso</w:t>
      </w:r>
      <w:proofErr w:type="spellEnd"/>
      <w:r w:rsidRPr="000D2C63">
        <w:rPr>
          <w:rFonts w:cs="Arial"/>
          <w:lang w:eastAsia="es-ES"/>
        </w:rPr>
        <w:t xml:space="preserve"> de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alguna</w:t>
      </w:r>
      <w:proofErr w:type="spellEnd"/>
      <w:r w:rsidRPr="000D2C63">
        <w:rPr>
          <w:rFonts w:cs="Arial"/>
          <w:lang w:eastAsia="es-ES"/>
        </w:rPr>
        <w:t xml:space="preserve"> </w:t>
      </w:r>
      <w:proofErr w:type="spellStart"/>
      <w:r w:rsidRPr="000D2C63">
        <w:rPr>
          <w:rFonts w:cs="Arial"/>
          <w:lang w:eastAsia="es-ES"/>
        </w:rPr>
        <w:t>circunstancia</w:t>
      </w:r>
      <w:proofErr w:type="spellEnd"/>
      <w:r w:rsidRPr="000D2C63">
        <w:rPr>
          <w:rFonts w:cs="Arial"/>
          <w:lang w:eastAsia="es-ES"/>
        </w:rPr>
        <w:t xml:space="preserve"> </w:t>
      </w:r>
      <w:proofErr w:type="spellStart"/>
      <w:r w:rsidRPr="000D2C63">
        <w:rPr>
          <w:rFonts w:cs="Arial"/>
          <w:lang w:eastAsia="es-ES"/>
        </w:rPr>
        <w:t>ocasione</w:t>
      </w:r>
      <w:proofErr w:type="spellEnd"/>
      <w:r w:rsidRPr="000D2C63">
        <w:rPr>
          <w:rFonts w:cs="Arial"/>
          <w:lang w:eastAsia="es-ES"/>
        </w:rPr>
        <w:t xml:space="preserve"> </w:t>
      </w:r>
      <w:proofErr w:type="spellStart"/>
      <w:r w:rsidRPr="000D2C63">
        <w:rPr>
          <w:rFonts w:cs="Arial"/>
          <w:lang w:eastAsia="es-ES"/>
        </w:rPr>
        <w:t>una</w:t>
      </w:r>
      <w:proofErr w:type="spellEnd"/>
      <w:r w:rsidRPr="000D2C63">
        <w:rPr>
          <w:rFonts w:cs="Arial"/>
          <w:lang w:eastAsia="es-ES"/>
        </w:rPr>
        <w:t xml:space="preserve"> </w:t>
      </w:r>
      <w:proofErr w:type="spellStart"/>
      <w:r w:rsidRPr="000D2C63">
        <w:rPr>
          <w:rFonts w:cs="Arial"/>
          <w:lang w:eastAsia="es-ES"/>
        </w:rPr>
        <w:t>afectación</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supere</w:t>
      </w:r>
      <w:proofErr w:type="spellEnd"/>
      <w:r w:rsidRPr="000D2C63">
        <w:rPr>
          <w:rFonts w:cs="Arial"/>
          <w:lang w:eastAsia="es-ES"/>
        </w:rPr>
        <w:t xml:space="preserve"> el valor de </w:t>
      </w:r>
      <w:proofErr w:type="spellStart"/>
      <w:r w:rsidRPr="000D2C63">
        <w:rPr>
          <w:rFonts w:cs="Arial"/>
          <w:lang w:eastAsia="es-ES"/>
        </w:rPr>
        <w:t>imprevistos</w:t>
      </w:r>
      <w:proofErr w:type="spellEnd"/>
      <w:r w:rsidRPr="000D2C63">
        <w:rPr>
          <w:rFonts w:cs="Arial"/>
          <w:lang w:eastAsia="es-ES"/>
        </w:rPr>
        <w:t xml:space="preserve"> </w:t>
      </w:r>
      <w:proofErr w:type="spellStart"/>
      <w:r w:rsidRPr="000D2C63">
        <w:rPr>
          <w:rFonts w:cs="Arial"/>
          <w:lang w:eastAsia="es-ES"/>
        </w:rPr>
        <w:t>pactado</w:t>
      </w:r>
      <w:proofErr w:type="spellEnd"/>
      <w:r w:rsidRPr="000D2C63">
        <w:rPr>
          <w:rFonts w:cs="Arial"/>
          <w:lang w:eastAsia="es-ES"/>
        </w:rPr>
        <w:t xml:space="preserve">, se </w:t>
      </w:r>
      <w:proofErr w:type="spellStart"/>
      <w:r w:rsidRPr="000D2C63">
        <w:rPr>
          <w:rFonts w:cs="Arial"/>
          <w:lang w:eastAsia="es-ES"/>
        </w:rPr>
        <w:t>debe</w:t>
      </w:r>
      <w:proofErr w:type="spellEnd"/>
      <w:r w:rsidRPr="000D2C63">
        <w:rPr>
          <w:rFonts w:cs="Arial"/>
          <w:lang w:eastAsia="es-ES"/>
        </w:rPr>
        <w:t xml:space="preserve"> </w:t>
      </w:r>
      <w:proofErr w:type="spellStart"/>
      <w:r w:rsidRPr="000D2C63">
        <w:rPr>
          <w:rFonts w:cs="Arial"/>
          <w:lang w:eastAsia="es-ES"/>
        </w:rPr>
        <w:t>informar</w:t>
      </w:r>
      <w:proofErr w:type="spellEnd"/>
      <w:r w:rsidRPr="000D2C63">
        <w:rPr>
          <w:rFonts w:cs="Arial"/>
          <w:lang w:eastAsia="es-ES"/>
        </w:rPr>
        <w:t xml:space="preserve"> de </w:t>
      </w:r>
      <w:proofErr w:type="spellStart"/>
      <w:r w:rsidRPr="000D2C63">
        <w:rPr>
          <w:rFonts w:cs="Arial"/>
          <w:lang w:eastAsia="es-ES"/>
        </w:rPr>
        <w:t>manera</w:t>
      </w:r>
      <w:proofErr w:type="spellEnd"/>
      <w:r w:rsidRPr="000D2C63">
        <w:rPr>
          <w:rFonts w:cs="Arial"/>
          <w:lang w:eastAsia="es-ES"/>
        </w:rPr>
        <w:t xml:space="preserve"> previa y </w:t>
      </w:r>
      <w:proofErr w:type="spellStart"/>
      <w:r w:rsidRPr="000D2C63">
        <w:rPr>
          <w:rFonts w:cs="Arial"/>
          <w:lang w:eastAsia="es-ES"/>
        </w:rPr>
        <w:t>oportuna</w:t>
      </w:r>
      <w:proofErr w:type="spellEnd"/>
      <w:r w:rsidRPr="000D2C63">
        <w:rPr>
          <w:rFonts w:cs="Arial"/>
          <w:lang w:eastAsia="es-ES"/>
        </w:rPr>
        <w:t xml:space="preserve"> a la </w:t>
      </w:r>
      <w:proofErr w:type="spellStart"/>
      <w:r w:rsidRPr="000D2C63">
        <w:rPr>
          <w:rFonts w:cs="Arial"/>
          <w:lang w:eastAsia="es-ES"/>
        </w:rPr>
        <w:t>supervisión</w:t>
      </w:r>
      <w:proofErr w:type="spellEnd"/>
      <w:r w:rsidRPr="000D2C63">
        <w:rPr>
          <w:rFonts w:cs="Arial"/>
          <w:lang w:eastAsia="es-ES"/>
        </w:rPr>
        <w:t xml:space="preserve"> para </w:t>
      </w:r>
      <w:proofErr w:type="spellStart"/>
      <w:r w:rsidRPr="000D2C63">
        <w:rPr>
          <w:rFonts w:cs="Arial"/>
          <w:lang w:eastAsia="es-ES"/>
        </w:rPr>
        <w:t>tomar</w:t>
      </w:r>
      <w:proofErr w:type="spellEnd"/>
      <w:r w:rsidRPr="000D2C63">
        <w:rPr>
          <w:rFonts w:cs="Arial"/>
          <w:lang w:eastAsia="es-ES"/>
        </w:rPr>
        <w:t xml:space="preserve"> las </w:t>
      </w:r>
      <w:proofErr w:type="spellStart"/>
      <w:r w:rsidRPr="000D2C63">
        <w:rPr>
          <w:rFonts w:cs="Arial"/>
          <w:lang w:eastAsia="es-ES"/>
        </w:rPr>
        <w:t>decisiones</w:t>
      </w:r>
      <w:proofErr w:type="spellEnd"/>
      <w:r w:rsidRPr="000D2C63">
        <w:rPr>
          <w:rFonts w:cs="Arial"/>
          <w:lang w:eastAsia="es-ES"/>
        </w:rPr>
        <w:t xml:space="preserve"> del </w:t>
      </w:r>
      <w:proofErr w:type="spellStart"/>
      <w:r w:rsidRPr="000D2C63">
        <w:rPr>
          <w:rFonts w:cs="Arial"/>
          <w:lang w:eastAsia="es-ES"/>
        </w:rPr>
        <w:t>caso</w:t>
      </w:r>
      <w:proofErr w:type="spellEnd"/>
      <w:r w:rsidRPr="000D2C63">
        <w:rPr>
          <w:rFonts w:cs="Arial"/>
          <w:lang w:eastAsia="es-ES"/>
        </w:rPr>
        <w:t xml:space="preserve">. Lo anterior de </w:t>
      </w:r>
      <w:proofErr w:type="spellStart"/>
      <w:r w:rsidRPr="000D2C63">
        <w:rPr>
          <w:rFonts w:cs="Arial"/>
          <w:lang w:eastAsia="es-ES"/>
        </w:rPr>
        <w:t>acuerdo</w:t>
      </w:r>
      <w:proofErr w:type="spellEnd"/>
      <w:r w:rsidRPr="000D2C63">
        <w:rPr>
          <w:rFonts w:cs="Arial"/>
          <w:lang w:eastAsia="es-ES"/>
        </w:rPr>
        <w:t xml:space="preserve"> con el </w:t>
      </w:r>
      <w:proofErr w:type="spellStart"/>
      <w:r w:rsidRPr="000D2C63">
        <w:rPr>
          <w:rFonts w:cs="Arial"/>
          <w:lang w:eastAsia="es-ES"/>
        </w:rPr>
        <w:t>concepto</w:t>
      </w:r>
      <w:proofErr w:type="spellEnd"/>
      <w:r w:rsidRPr="000D2C63">
        <w:rPr>
          <w:rFonts w:cs="Arial"/>
          <w:lang w:eastAsia="es-ES"/>
        </w:rPr>
        <w:t xml:space="preserve"> CGR-OJ-194 del 26 de </w:t>
      </w:r>
      <w:proofErr w:type="spellStart"/>
      <w:r w:rsidRPr="000D2C63">
        <w:rPr>
          <w:rFonts w:cs="Arial"/>
          <w:lang w:eastAsia="es-ES"/>
        </w:rPr>
        <w:t>noviembre</w:t>
      </w:r>
      <w:proofErr w:type="spellEnd"/>
      <w:r w:rsidRPr="000D2C63">
        <w:rPr>
          <w:rFonts w:cs="Arial"/>
          <w:lang w:eastAsia="es-ES"/>
        </w:rPr>
        <w:t xml:space="preserve"> de 2020, para el </w:t>
      </w:r>
      <w:proofErr w:type="spellStart"/>
      <w:r w:rsidRPr="000D2C63">
        <w:rPr>
          <w:rFonts w:cs="Arial"/>
          <w:lang w:eastAsia="es-ES"/>
        </w:rPr>
        <w:t>pago</w:t>
      </w:r>
      <w:proofErr w:type="spellEnd"/>
      <w:r w:rsidRPr="000D2C63">
        <w:rPr>
          <w:rFonts w:cs="Arial"/>
          <w:lang w:eastAsia="es-ES"/>
        </w:rPr>
        <w:t xml:space="preserve"> del </w:t>
      </w:r>
      <w:proofErr w:type="spellStart"/>
      <w:r w:rsidRPr="000D2C63">
        <w:rPr>
          <w:rFonts w:cs="Arial"/>
          <w:lang w:eastAsia="es-ES"/>
        </w:rPr>
        <w:t>porcentaje</w:t>
      </w:r>
      <w:proofErr w:type="spellEnd"/>
      <w:r w:rsidRPr="000D2C63">
        <w:rPr>
          <w:rFonts w:cs="Arial"/>
          <w:lang w:eastAsia="es-ES"/>
        </w:rPr>
        <w:t xml:space="preserve"> </w:t>
      </w:r>
      <w:proofErr w:type="spellStart"/>
      <w:r w:rsidRPr="000D2C63">
        <w:rPr>
          <w:rFonts w:cs="Arial"/>
          <w:lang w:eastAsia="es-ES"/>
        </w:rPr>
        <w:t>correspondiente</w:t>
      </w:r>
      <w:proofErr w:type="spellEnd"/>
      <w:r w:rsidRPr="000D2C63">
        <w:rPr>
          <w:rFonts w:cs="Arial"/>
          <w:lang w:eastAsia="es-ES"/>
        </w:rPr>
        <w:t xml:space="preserve"> </w:t>
      </w:r>
      <w:proofErr w:type="gramStart"/>
      <w:r w:rsidRPr="000D2C63">
        <w:rPr>
          <w:rFonts w:cs="Arial"/>
          <w:lang w:eastAsia="es-ES"/>
        </w:rPr>
        <w:t>a</w:t>
      </w:r>
      <w:proofErr w:type="gramEnd"/>
      <w:r w:rsidRPr="000D2C63">
        <w:rPr>
          <w:rFonts w:cs="Arial"/>
          <w:lang w:eastAsia="es-ES"/>
        </w:rPr>
        <w:t xml:space="preserve"> </w:t>
      </w:r>
      <w:proofErr w:type="spellStart"/>
      <w:r w:rsidRPr="000D2C63">
        <w:rPr>
          <w:rFonts w:cs="Arial"/>
          <w:lang w:eastAsia="es-ES"/>
        </w:rPr>
        <w:t>imprevistos</w:t>
      </w:r>
      <w:proofErr w:type="spellEnd"/>
      <w:r w:rsidRPr="000D2C63">
        <w:rPr>
          <w:rFonts w:cs="Arial"/>
          <w:lang w:eastAsia="es-ES"/>
        </w:rPr>
        <w:t xml:space="preserve"> </w:t>
      </w:r>
      <w:proofErr w:type="spellStart"/>
      <w:r w:rsidRPr="000D2C63">
        <w:rPr>
          <w:rFonts w:cs="Arial"/>
          <w:lang w:eastAsia="es-ES"/>
        </w:rPr>
        <w:t>incluido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el AIU.</w:t>
      </w:r>
    </w:p>
    <w:p w14:paraId="236FF6EE" w14:textId="77777777" w:rsidR="00F4330E" w:rsidRPr="000D2C63" w:rsidRDefault="00F4330E" w:rsidP="00F4330E">
      <w:pPr>
        <w:jc w:val="both"/>
        <w:rPr>
          <w:rFonts w:cs="Arial"/>
          <w:lang w:val="es-ES_tradnl" w:eastAsia="es-ES"/>
        </w:rPr>
      </w:pPr>
    </w:p>
    <w:p w14:paraId="1960DFC1" w14:textId="77777777" w:rsidR="00F4330E" w:rsidRPr="000D2C63" w:rsidRDefault="00F4330E" w:rsidP="00F4330E">
      <w:pPr>
        <w:numPr>
          <w:ilvl w:val="0"/>
          <w:numId w:val="19"/>
        </w:numPr>
        <w:tabs>
          <w:tab w:val="center" w:pos="4252"/>
          <w:tab w:val="right" w:pos="8504"/>
        </w:tabs>
        <w:spacing w:after="0"/>
        <w:jc w:val="both"/>
        <w:rPr>
          <w:rFonts w:cs="Arial"/>
          <w:lang w:eastAsia="es-ES"/>
        </w:rPr>
      </w:pPr>
      <w:proofErr w:type="spellStart"/>
      <w:r w:rsidRPr="000D2C63">
        <w:rPr>
          <w:rFonts w:cs="Arial"/>
          <w:lang w:eastAsia="es-ES"/>
        </w:rPr>
        <w:t>Suscribir</w:t>
      </w:r>
      <w:proofErr w:type="spellEnd"/>
      <w:r w:rsidRPr="000D2C63">
        <w:rPr>
          <w:rFonts w:cs="Arial"/>
          <w:lang w:eastAsia="es-ES"/>
        </w:rPr>
        <w:t xml:space="preserve"> </w:t>
      </w:r>
      <w:proofErr w:type="spellStart"/>
      <w:r w:rsidRPr="000D2C63">
        <w:rPr>
          <w:rFonts w:cs="Arial"/>
          <w:lang w:eastAsia="es-ES"/>
        </w:rPr>
        <w:t>conjuntamente</w:t>
      </w:r>
      <w:proofErr w:type="spellEnd"/>
      <w:r w:rsidRPr="000D2C63">
        <w:rPr>
          <w:rFonts w:cs="Arial"/>
          <w:lang w:eastAsia="es-ES"/>
        </w:rPr>
        <w:t xml:space="preserve"> con el Supervisor del </w:t>
      </w:r>
      <w:proofErr w:type="spellStart"/>
      <w:r w:rsidRPr="000D2C63">
        <w:rPr>
          <w:rFonts w:cs="Arial"/>
          <w:lang w:eastAsia="es-ES"/>
        </w:rPr>
        <w:t>contrato</w:t>
      </w:r>
      <w:proofErr w:type="spellEnd"/>
      <w:r w:rsidRPr="000D2C63">
        <w:rPr>
          <w:rFonts w:cs="Arial"/>
          <w:lang w:eastAsia="es-ES"/>
        </w:rPr>
        <w:t xml:space="preserve"> el Acta de </w:t>
      </w:r>
      <w:proofErr w:type="spellStart"/>
      <w:r w:rsidRPr="000D2C63">
        <w:rPr>
          <w:rFonts w:cs="Arial"/>
          <w:lang w:eastAsia="es-ES"/>
        </w:rPr>
        <w:t>Inicio</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trabajos</w:t>
      </w:r>
      <w:proofErr w:type="spellEnd"/>
      <w:r w:rsidRPr="000D2C63">
        <w:rPr>
          <w:rFonts w:cs="Arial"/>
          <w:lang w:eastAsia="es-ES"/>
        </w:rPr>
        <w:t xml:space="preserve">, </w:t>
      </w:r>
      <w:proofErr w:type="spellStart"/>
      <w:r w:rsidRPr="000D2C63">
        <w:rPr>
          <w:rFonts w:cs="Arial"/>
          <w:lang w:eastAsia="es-ES"/>
        </w:rPr>
        <w:t>suspensión</w:t>
      </w:r>
      <w:proofErr w:type="spellEnd"/>
      <w:r w:rsidRPr="000D2C63">
        <w:rPr>
          <w:rFonts w:cs="Arial"/>
          <w:lang w:eastAsia="es-ES"/>
        </w:rPr>
        <w:t xml:space="preserve">, </w:t>
      </w:r>
      <w:proofErr w:type="spellStart"/>
      <w:r w:rsidRPr="000D2C63">
        <w:rPr>
          <w:rFonts w:cs="Arial"/>
          <w:lang w:eastAsia="es-ES"/>
        </w:rPr>
        <w:t>reiniciación</w:t>
      </w:r>
      <w:proofErr w:type="spellEnd"/>
      <w:r w:rsidRPr="000D2C63">
        <w:rPr>
          <w:rFonts w:cs="Arial"/>
          <w:lang w:eastAsia="es-ES"/>
        </w:rPr>
        <w:t xml:space="preserve">, de cortes </w:t>
      </w:r>
      <w:proofErr w:type="spellStart"/>
      <w:r w:rsidRPr="000D2C63">
        <w:rPr>
          <w:rFonts w:cs="Arial"/>
          <w:lang w:eastAsia="es-ES"/>
        </w:rPr>
        <w:t>parciales</w:t>
      </w:r>
      <w:proofErr w:type="spellEnd"/>
      <w:r w:rsidRPr="000D2C63">
        <w:rPr>
          <w:rFonts w:cs="Arial"/>
          <w:lang w:eastAsia="es-ES"/>
        </w:rPr>
        <w:t xml:space="preserve">, </w:t>
      </w:r>
      <w:proofErr w:type="spellStart"/>
      <w:r w:rsidRPr="000D2C63">
        <w:rPr>
          <w:rFonts w:cs="Arial"/>
          <w:lang w:eastAsia="es-ES"/>
        </w:rPr>
        <w:t>recibo</w:t>
      </w:r>
      <w:proofErr w:type="spellEnd"/>
      <w:r w:rsidRPr="000D2C63">
        <w:rPr>
          <w:rFonts w:cs="Arial"/>
          <w:lang w:eastAsia="es-ES"/>
        </w:rPr>
        <w:t xml:space="preserve"> </w:t>
      </w:r>
      <w:proofErr w:type="spellStart"/>
      <w:r w:rsidRPr="000D2C63">
        <w:rPr>
          <w:rFonts w:cs="Arial"/>
          <w:lang w:eastAsia="es-ES"/>
        </w:rPr>
        <w:t>definitivo</w:t>
      </w:r>
      <w:proofErr w:type="spellEnd"/>
      <w:r w:rsidRPr="000D2C63">
        <w:rPr>
          <w:rFonts w:cs="Arial"/>
          <w:lang w:eastAsia="es-ES"/>
        </w:rPr>
        <w:t xml:space="preserve">, </w:t>
      </w:r>
      <w:proofErr w:type="spellStart"/>
      <w:r w:rsidRPr="000D2C63">
        <w:rPr>
          <w:rFonts w:cs="Arial"/>
          <w:lang w:eastAsia="es-ES"/>
        </w:rPr>
        <w:t>liquidación</w:t>
      </w:r>
      <w:proofErr w:type="spellEnd"/>
      <w:r w:rsidRPr="000D2C63">
        <w:rPr>
          <w:rFonts w:cs="Arial"/>
          <w:lang w:eastAsia="es-ES"/>
        </w:rPr>
        <w:t xml:space="preserve"> final del </w:t>
      </w:r>
      <w:proofErr w:type="spellStart"/>
      <w:r w:rsidRPr="000D2C63">
        <w:rPr>
          <w:rFonts w:cs="Arial"/>
          <w:lang w:eastAsia="es-ES"/>
        </w:rPr>
        <w:t>mismo</w:t>
      </w:r>
      <w:proofErr w:type="spellEnd"/>
      <w:r w:rsidRPr="000D2C63">
        <w:rPr>
          <w:rFonts w:cs="Arial"/>
          <w:lang w:eastAsia="es-ES"/>
        </w:rPr>
        <w:t xml:space="preserve">. Para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validez</w:t>
      </w:r>
      <w:proofErr w:type="spellEnd"/>
      <w:r w:rsidRPr="000D2C63">
        <w:rPr>
          <w:rFonts w:cs="Arial"/>
          <w:lang w:eastAsia="es-ES"/>
        </w:rPr>
        <w:t xml:space="preserve"> las </w:t>
      </w:r>
      <w:proofErr w:type="spellStart"/>
      <w:r w:rsidRPr="000D2C63">
        <w:rPr>
          <w:rFonts w:cs="Arial"/>
          <w:lang w:eastAsia="es-ES"/>
        </w:rPr>
        <w:t>actas</w:t>
      </w:r>
      <w:proofErr w:type="spellEnd"/>
      <w:r w:rsidRPr="000D2C63">
        <w:rPr>
          <w:rFonts w:cs="Arial"/>
          <w:lang w:eastAsia="es-ES"/>
        </w:rPr>
        <w:t xml:space="preserve"> de </w:t>
      </w:r>
      <w:proofErr w:type="spellStart"/>
      <w:r w:rsidRPr="000D2C63">
        <w:rPr>
          <w:rFonts w:cs="Arial"/>
          <w:lang w:eastAsia="es-ES"/>
        </w:rPr>
        <w:t>suspensión</w:t>
      </w:r>
      <w:proofErr w:type="spellEnd"/>
      <w:r w:rsidRPr="000D2C63">
        <w:rPr>
          <w:rFonts w:cs="Arial"/>
          <w:lang w:eastAsia="es-ES"/>
        </w:rPr>
        <w:t xml:space="preserve">, </w:t>
      </w:r>
      <w:proofErr w:type="spellStart"/>
      <w:r w:rsidRPr="000D2C63">
        <w:rPr>
          <w:rFonts w:cs="Arial"/>
          <w:lang w:eastAsia="es-ES"/>
        </w:rPr>
        <w:t>reiniciación</w:t>
      </w:r>
      <w:proofErr w:type="spellEnd"/>
      <w:r w:rsidRPr="000D2C63">
        <w:rPr>
          <w:rFonts w:cs="Arial"/>
          <w:lang w:eastAsia="es-ES"/>
        </w:rPr>
        <w:t xml:space="preserve"> y </w:t>
      </w:r>
      <w:proofErr w:type="spellStart"/>
      <w:r w:rsidRPr="000D2C63">
        <w:rPr>
          <w:rFonts w:cs="Arial"/>
          <w:lang w:eastAsia="es-ES"/>
        </w:rPr>
        <w:t>liquidación</w:t>
      </w:r>
      <w:proofErr w:type="spellEnd"/>
      <w:r w:rsidRPr="000D2C63">
        <w:rPr>
          <w:rFonts w:cs="Arial"/>
          <w:lang w:eastAsia="es-ES"/>
        </w:rPr>
        <w:t xml:space="preserve"> final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requieren</w:t>
      </w:r>
      <w:proofErr w:type="spellEnd"/>
      <w:r w:rsidRPr="000D2C63">
        <w:rPr>
          <w:rFonts w:cs="Arial"/>
          <w:lang w:eastAsia="es-ES"/>
        </w:rPr>
        <w:t xml:space="preserve"> de la </w:t>
      </w:r>
      <w:proofErr w:type="spellStart"/>
      <w:r w:rsidRPr="000D2C63">
        <w:rPr>
          <w:rFonts w:cs="Arial"/>
          <w:lang w:eastAsia="es-ES"/>
        </w:rPr>
        <w:t>aprobación</w:t>
      </w:r>
      <w:proofErr w:type="spellEnd"/>
      <w:r w:rsidRPr="000D2C63">
        <w:rPr>
          <w:rFonts w:cs="Arial"/>
          <w:lang w:eastAsia="es-ES"/>
        </w:rPr>
        <w:t xml:space="preserve"> de la </w:t>
      </w:r>
      <w:proofErr w:type="spellStart"/>
      <w:r w:rsidRPr="000D2C63">
        <w:rPr>
          <w:rFonts w:cs="Arial"/>
          <w:lang w:eastAsia="es-ES"/>
        </w:rPr>
        <w:t>Directora</w:t>
      </w:r>
      <w:proofErr w:type="spellEnd"/>
      <w:r w:rsidRPr="000D2C63">
        <w:rPr>
          <w:rFonts w:cs="Arial"/>
          <w:lang w:eastAsia="es-ES"/>
        </w:rPr>
        <w:t xml:space="preserve"> </w:t>
      </w:r>
      <w:proofErr w:type="spellStart"/>
      <w:r w:rsidRPr="000D2C63">
        <w:rPr>
          <w:rFonts w:cs="Arial"/>
          <w:lang w:eastAsia="es-ES"/>
        </w:rPr>
        <w:t>Seccional</w:t>
      </w:r>
      <w:proofErr w:type="spellEnd"/>
      <w:r w:rsidRPr="000D2C63">
        <w:rPr>
          <w:rFonts w:cs="Arial"/>
          <w:lang w:eastAsia="es-ES"/>
        </w:rPr>
        <w:t xml:space="preserve"> de Administración Judicial de Cali – Valle del Cauca.</w:t>
      </w:r>
    </w:p>
    <w:p w14:paraId="3474BA0B" w14:textId="77777777" w:rsidR="00F4330E" w:rsidRPr="000D2C63" w:rsidRDefault="00F4330E" w:rsidP="00F4330E">
      <w:pPr>
        <w:jc w:val="both"/>
        <w:rPr>
          <w:rFonts w:cs="Arial"/>
          <w:lang w:val="es-ES_tradnl" w:eastAsia="es-ES"/>
        </w:rPr>
      </w:pPr>
    </w:p>
    <w:p w14:paraId="7D12040B" w14:textId="77777777" w:rsidR="00F4330E" w:rsidRPr="000D2C63" w:rsidRDefault="00F4330E" w:rsidP="00F4330E">
      <w:pPr>
        <w:tabs>
          <w:tab w:val="center" w:pos="4252"/>
          <w:tab w:val="right" w:pos="8504"/>
        </w:tabs>
        <w:jc w:val="both"/>
        <w:rPr>
          <w:rFonts w:cs="Arial"/>
          <w:lang w:eastAsia="es-ES"/>
        </w:rPr>
      </w:pPr>
      <w:proofErr w:type="spellStart"/>
      <w:r w:rsidRPr="000D2C63">
        <w:rPr>
          <w:rFonts w:cs="Arial"/>
          <w:b/>
          <w:bCs/>
          <w:lang w:eastAsia="es-ES"/>
        </w:rPr>
        <w:t>Nota</w:t>
      </w:r>
      <w:proofErr w:type="spellEnd"/>
      <w:r w:rsidRPr="000D2C63">
        <w:rPr>
          <w:rFonts w:cs="Arial"/>
          <w:lang w:eastAsia="es-ES"/>
        </w:rPr>
        <w:t xml:space="preserve">: </w:t>
      </w:r>
      <w:proofErr w:type="spellStart"/>
      <w:r w:rsidRPr="000D2C63">
        <w:rPr>
          <w:rFonts w:cs="Arial"/>
          <w:lang w:eastAsia="es-ES"/>
        </w:rPr>
        <w:t>Así</w:t>
      </w:r>
      <w:proofErr w:type="spellEnd"/>
      <w:r w:rsidRPr="000D2C63">
        <w:rPr>
          <w:rFonts w:cs="Arial"/>
          <w:lang w:eastAsia="es-ES"/>
        </w:rPr>
        <w:t xml:space="preserve"> </w:t>
      </w:r>
      <w:proofErr w:type="spellStart"/>
      <w:r w:rsidRPr="000D2C63">
        <w:rPr>
          <w:rFonts w:cs="Arial"/>
          <w:lang w:eastAsia="es-ES"/>
        </w:rPr>
        <w:t>mismo</w:t>
      </w:r>
      <w:proofErr w:type="spellEnd"/>
      <w:r w:rsidRPr="000D2C63">
        <w:rPr>
          <w:rFonts w:cs="Arial"/>
          <w:lang w:eastAsia="es-ES"/>
        </w:rPr>
        <w:t xml:space="preserve">, </w:t>
      </w:r>
      <w:proofErr w:type="spellStart"/>
      <w:r w:rsidRPr="000D2C63">
        <w:rPr>
          <w:rFonts w:cs="Arial"/>
          <w:lang w:eastAsia="es-ES"/>
        </w:rPr>
        <w:t>cuando</w:t>
      </w:r>
      <w:proofErr w:type="spellEnd"/>
      <w:r w:rsidRPr="000D2C63">
        <w:rPr>
          <w:rFonts w:cs="Arial"/>
          <w:lang w:eastAsia="es-ES"/>
        </w:rPr>
        <w:t xml:space="preserve"> la </w:t>
      </w:r>
      <w:proofErr w:type="spellStart"/>
      <w:r w:rsidRPr="000D2C63">
        <w:rPr>
          <w:rFonts w:cs="Arial"/>
          <w:lang w:eastAsia="es-ES"/>
        </w:rPr>
        <w:t>suscripción</w:t>
      </w:r>
      <w:proofErr w:type="spellEnd"/>
      <w:r w:rsidRPr="000D2C63">
        <w:rPr>
          <w:rFonts w:cs="Arial"/>
          <w:lang w:eastAsia="es-ES"/>
        </w:rPr>
        <w:t xml:space="preserve"> de </w:t>
      </w:r>
      <w:proofErr w:type="spellStart"/>
      <w:r w:rsidRPr="000D2C63">
        <w:rPr>
          <w:rFonts w:cs="Arial"/>
          <w:lang w:eastAsia="es-ES"/>
        </w:rPr>
        <w:t>dichas</w:t>
      </w:r>
      <w:proofErr w:type="spellEnd"/>
      <w:r w:rsidRPr="000D2C63">
        <w:rPr>
          <w:rFonts w:cs="Arial"/>
          <w:lang w:eastAsia="es-ES"/>
        </w:rPr>
        <w:t xml:space="preserve"> </w:t>
      </w:r>
      <w:proofErr w:type="spellStart"/>
      <w:r w:rsidRPr="000D2C63">
        <w:rPr>
          <w:rFonts w:cs="Arial"/>
          <w:lang w:eastAsia="es-ES"/>
        </w:rPr>
        <w:t>actas</w:t>
      </w:r>
      <w:proofErr w:type="spellEnd"/>
      <w:r w:rsidRPr="000D2C63">
        <w:rPr>
          <w:rFonts w:cs="Arial"/>
          <w:lang w:eastAsia="es-ES"/>
        </w:rPr>
        <w:t xml:space="preserve"> </w:t>
      </w:r>
      <w:proofErr w:type="spellStart"/>
      <w:r w:rsidRPr="000D2C63">
        <w:rPr>
          <w:rFonts w:cs="Arial"/>
          <w:lang w:eastAsia="es-ES"/>
        </w:rPr>
        <w:t>implique</w:t>
      </w:r>
      <w:proofErr w:type="spellEnd"/>
      <w:r w:rsidRPr="000D2C63">
        <w:rPr>
          <w:rFonts w:cs="Arial"/>
          <w:lang w:eastAsia="es-ES"/>
        </w:rPr>
        <w:t xml:space="preserve"> la </w:t>
      </w:r>
      <w:proofErr w:type="spellStart"/>
      <w:r w:rsidRPr="000D2C63">
        <w:rPr>
          <w:rFonts w:cs="Arial"/>
          <w:lang w:eastAsia="es-ES"/>
        </w:rPr>
        <w:t>modificación</w:t>
      </w:r>
      <w:proofErr w:type="spellEnd"/>
      <w:r w:rsidRPr="000D2C63">
        <w:rPr>
          <w:rFonts w:cs="Arial"/>
          <w:lang w:eastAsia="es-ES"/>
        </w:rPr>
        <w:t xml:space="preserve"> de las </w:t>
      </w:r>
      <w:proofErr w:type="spellStart"/>
      <w:r w:rsidRPr="000D2C63">
        <w:rPr>
          <w:rFonts w:cs="Arial"/>
          <w:lang w:eastAsia="es-ES"/>
        </w:rPr>
        <w:t>condiciones</w:t>
      </w:r>
      <w:proofErr w:type="spellEnd"/>
      <w:r w:rsidRPr="000D2C63">
        <w:rPr>
          <w:rFonts w:cs="Arial"/>
          <w:lang w:eastAsia="es-ES"/>
        </w:rPr>
        <w:t xml:space="preserve"> de </w:t>
      </w:r>
      <w:proofErr w:type="spellStart"/>
      <w:r w:rsidRPr="000D2C63">
        <w:rPr>
          <w:rFonts w:cs="Arial"/>
          <w:lang w:eastAsia="es-ES"/>
        </w:rPr>
        <w:t>ejecución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o la </w:t>
      </w:r>
      <w:proofErr w:type="spellStart"/>
      <w:r w:rsidRPr="000D2C63">
        <w:rPr>
          <w:rFonts w:cs="Arial"/>
          <w:lang w:eastAsia="es-ES"/>
        </w:rPr>
        <w:t>ampliación</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riesgos</w:t>
      </w:r>
      <w:proofErr w:type="spellEnd"/>
      <w:r w:rsidRPr="000D2C63">
        <w:rPr>
          <w:rFonts w:cs="Arial"/>
          <w:lang w:eastAsia="es-ES"/>
        </w:rPr>
        <w:t xml:space="preserve"> </w:t>
      </w:r>
      <w:proofErr w:type="spellStart"/>
      <w:r w:rsidRPr="000D2C63">
        <w:rPr>
          <w:rFonts w:cs="Arial"/>
          <w:lang w:eastAsia="es-ES"/>
        </w:rPr>
        <w:t>amparados</w:t>
      </w:r>
      <w:proofErr w:type="spellEnd"/>
      <w:r w:rsidRPr="000D2C63">
        <w:rPr>
          <w:rFonts w:cs="Arial"/>
          <w:lang w:eastAsia="es-ES"/>
        </w:rPr>
        <w:t xml:space="preserve">, el </w:t>
      </w:r>
      <w:proofErr w:type="spellStart"/>
      <w:r w:rsidRPr="000D2C63">
        <w:rPr>
          <w:rFonts w:cs="Arial"/>
          <w:lang w:eastAsia="es-ES"/>
        </w:rPr>
        <w:t>contratista</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tramitar</w:t>
      </w:r>
      <w:proofErr w:type="spellEnd"/>
      <w:r w:rsidRPr="000D2C63">
        <w:rPr>
          <w:rFonts w:cs="Arial"/>
          <w:lang w:eastAsia="es-ES"/>
        </w:rPr>
        <w:t xml:space="preserve"> y </w:t>
      </w:r>
      <w:proofErr w:type="spellStart"/>
      <w:r w:rsidRPr="000D2C63">
        <w:rPr>
          <w:rFonts w:cs="Arial"/>
          <w:lang w:eastAsia="es-ES"/>
        </w:rPr>
        <w:t>aportar</w:t>
      </w:r>
      <w:proofErr w:type="spellEnd"/>
      <w:r w:rsidRPr="000D2C63">
        <w:rPr>
          <w:rFonts w:cs="Arial"/>
          <w:lang w:eastAsia="es-ES"/>
        </w:rPr>
        <w:t xml:space="preserve"> </w:t>
      </w:r>
      <w:proofErr w:type="spellStart"/>
      <w:r w:rsidRPr="000D2C63">
        <w:rPr>
          <w:rFonts w:cs="Arial"/>
          <w:lang w:eastAsia="es-ES"/>
        </w:rPr>
        <w:t>oportunamente</w:t>
      </w:r>
      <w:proofErr w:type="spellEnd"/>
      <w:r w:rsidRPr="000D2C63">
        <w:rPr>
          <w:rFonts w:cs="Arial"/>
          <w:lang w:eastAsia="es-ES"/>
        </w:rPr>
        <w:t xml:space="preserve"> las </w:t>
      </w:r>
      <w:proofErr w:type="spellStart"/>
      <w:r w:rsidRPr="000D2C63">
        <w:rPr>
          <w:rFonts w:cs="Arial"/>
          <w:lang w:eastAsia="es-ES"/>
        </w:rPr>
        <w:t>modificaciones</w:t>
      </w:r>
      <w:proofErr w:type="spellEnd"/>
      <w:r w:rsidRPr="000D2C63">
        <w:rPr>
          <w:rFonts w:cs="Arial"/>
          <w:lang w:eastAsia="es-ES"/>
        </w:rPr>
        <w:t xml:space="preserve">, </w:t>
      </w:r>
      <w:proofErr w:type="spellStart"/>
      <w:r w:rsidRPr="000D2C63">
        <w:rPr>
          <w:rFonts w:cs="Arial"/>
          <w:lang w:eastAsia="es-ES"/>
        </w:rPr>
        <w:t>prórrogas</w:t>
      </w:r>
      <w:proofErr w:type="spellEnd"/>
      <w:r w:rsidRPr="000D2C63">
        <w:rPr>
          <w:rFonts w:cs="Arial"/>
          <w:lang w:eastAsia="es-ES"/>
        </w:rPr>
        <w:t xml:space="preserve"> o </w:t>
      </w:r>
      <w:proofErr w:type="spellStart"/>
      <w:r w:rsidRPr="000D2C63">
        <w:rPr>
          <w:rFonts w:cs="Arial"/>
          <w:lang w:eastAsia="es-ES"/>
        </w:rPr>
        <w:t>ampliaciones</w:t>
      </w:r>
      <w:proofErr w:type="spellEnd"/>
      <w:r w:rsidRPr="000D2C63">
        <w:rPr>
          <w:rFonts w:cs="Arial"/>
          <w:lang w:eastAsia="es-ES"/>
        </w:rPr>
        <w:t xml:space="preserve"> de las </w:t>
      </w:r>
      <w:proofErr w:type="spellStart"/>
      <w:r w:rsidRPr="000D2C63">
        <w:rPr>
          <w:rFonts w:cs="Arial"/>
          <w:lang w:eastAsia="es-ES"/>
        </w:rPr>
        <w:t>garantías</w:t>
      </w:r>
      <w:proofErr w:type="spellEnd"/>
      <w:r w:rsidRPr="000D2C63">
        <w:rPr>
          <w:rFonts w:cs="Arial"/>
          <w:lang w:eastAsia="es-ES"/>
        </w:rPr>
        <w:t xml:space="preserve"> </w:t>
      </w:r>
      <w:proofErr w:type="spellStart"/>
      <w:r w:rsidRPr="000D2C63">
        <w:rPr>
          <w:rFonts w:cs="Arial"/>
          <w:lang w:eastAsia="es-ES"/>
        </w:rPr>
        <w:t>contractuales</w:t>
      </w:r>
      <w:proofErr w:type="spellEnd"/>
      <w:r w:rsidRPr="000D2C63">
        <w:rPr>
          <w:rFonts w:cs="Arial"/>
          <w:lang w:eastAsia="es-ES"/>
        </w:rPr>
        <w:t xml:space="preserve"> </w:t>
      </w:r>
      <w:proofErr w:type="spellStart"/>
      <w:r w:rsidRPr="000D2C63">
        <w:rPr>
          <w:rFonts w:cs="Arial"/>
          <w:lang w:eastAsia="es-ES"/>
        </w:rPr>
        <w:t>correspondientes</w:t>
      </w:r>
      <w:proofErr w:type="spellEnd"/>
      <w:r w:rsidRPr="000D2C63">
        <w:rPr>
          <w:rFonts w:cs="Arial"/>
          <w:lang w:eastAsia="es-ES"/>
        </w:rPr>
        <w:t xml:space="preserve">, </w:t>
      </w:r>
      <w:proofErr w:type="spellStart"/>
      <w:r w:rsidRPr="000D2C63">
        <w:rPr>
          <w:rFonts w:cs="Arial"/>
          <w:lang w:eastAsia="es-ES"/>
        </w:rPr>
        <w:t>debidamente</w:t>
      </w:r>
      <w:proofErr w:type="spellEnd"/>
      <w:r w:rsidRPr="000D2C63">
        <w:rPr>
          <w:rFonts w:cs="Arial"/>
          <w:lang w:eastAsia="es-ES"/>
        </w:rPr>
        <w:t xml:space="preserve"> </w:t>
      </w:r>
      <w:proofErr w:type="spellStart"/>
      <w:r w:rsidRPr="000D2C63">
        <w:rPr>
          <w:rFonts w:cs="Arial"/>
          <w:lang w:eastAsia="es-ES"/>
        </w:rPr>
        <w:t>expedidas</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la </w:t>
      </w:r>
      <w:proofErr w:type="spellStart"/>
      <w:r w:rsidRPr="000D2C63">
        <w:rPr>
          <w:rFonts w:cs="Arial"/>
          <w:lang w:eastAsia="es-ES"/>
        </w:rPr>
        <w:t>compañía</w:t>
      </w:r>
      <w:proofErr w:type="spellEnd"/>
      <w:r w:rsidRPr="000D2C63">
        <w:rPr>
          <w:rFonts w:cs="Arial"/>
          <w:lang w:eastAsia="es-ES"/>
        </w:rPr>
        <w:t xml:space="preserve"> </w:t>
      </w:r>
      <w:proofErr w:type="spellStart"/>
      <w:r w:rsidRPr="000D2C63">
        <w:rPr>
          <w:rFonts w:cs="Arial"/>
          <w:lang w:eastAsia="es-ES"/>
        </w:rPr>
        <w:t>aseguradora</w:t>
      </w:r>
      <w:proofErr w:type="spellEnd"/>
      <w:r w:rsidRPr="000D2C63">
        <w:rPr>
          <w:rFonts w:cs="Arial"/>
          <w:lang w:eastAsia="es-ES"/>
        </w:rPr>
        <w:t xml:space="preserve"> y </w:t>
      </w:r>
      <w:proofErr w:type="spellStart"/>
      <w:r w:rsidRPr="000D2C63">
        <w:rPr>
          <w:rFonts w:cs="Arial"/>
          <w:lang w:eastAsia="es-ES"/>
        </w:rPr>
        <w:t>aprobadas</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la </w:t>
      </w:r>
      <w:proofErr w:type="spellStart"/>
      <w:r w:rsidRPr="000D2C63">
        <w:rPr>
          <w:rFonts w:cs="Arial"/>
          <w:lang w:eastAsia="es-ES"/>
        </w:rPr>
        <w:t>Entidad</w:t>
      </w:r>
      <w:proofErr w:type="spellEnd"/>
      <w:r w:rsidRPr="000D2C63">
        <w:rPr>
          <w:rFonts w:cs="Arial"/>
          <w:lang w:eastAsia="es-ES"/>
        </w:rPr>
        <w:t xml:space="preserve">, </w:t>
      </w:r>
      <w:proofErr w:type="spellStart"/>
      <w:r w:rsidRPr="000D2C63">
        <w:rPr>
          <w:rFonts w:cs="Arial"/>
          <w:lang w:eastAsia="es-ES"/>
        </w:rPr>
        <w:t>como</w:t>
      </w:r>
      <w:proofErr w:type="spellEnd"/>
      <w:r w:rsidRPr="000D2C63">
        <w:rPr>
          <w:rFonts w:cs="Arial"/>
          <w:lang w:eastAsia="es-ES"/>
        </w:rPr>
        <w:t xml:space="preserve"> </w:t>
      </w:r>
      <w:proofErr w:type="spellStart"/>
      <w:r w:rsidRPr="000D2C63">
        <w:rPr>
          <w:rFonts w:cs="Arial"/>
          <w:lang w:eastAsia="es-ES"/>
        </w:rPr>
        <w:t>requisito</w:t>
      </w:r>
      <w:proofErr w:type="spellEnd"/>
      <w:r w:rsidRPr="000D2C63">
        <w:rPr>
          <w:rFonts w:cs="Arial"/>
          <w:lang w:eastAsia="es-ES"/>
        </w:rPr>
        <w:t xml:space="preserve"> </w:t>
      </w:r>
      <w:proofErr w:type="spellStart"/>
      <w:r w:rsidRPr="000D2C63">
        <w:rPr>
          <w:rFonts w:cs="Arial"/>
          <w:lang w:eastAsia="es-ES"/>
        </w:rPr>
        <w:t>previo</w:t>
      </w:r>
      <w:proofErr w:type="spellEnd"/>
      <w:r w:rsidRPr="000D2C63">
        <w:rPr>
          <w:rFonts w:cs="Arial"/>
          <w:lang w:eastAsia="es-ES"/>
        </w:rPr>
        <w:t xml:space="preserve"> para la </w:t>
      </w:r>
      <w:proofErr w:type="spellStart"/>
      <w:r w:rsidRPr="000D2C63">
        <w:rPr>
          <w:rFonts w:cs="Arial"/>
          <w:lang w:eastAsia="es-ES"/>
        </w:rPr>
        <w:t>formalización</w:t>
      </w:r>
      <w:proofErr w:type="spellEnd"/>
      <w:r w:rsidRPr="000D2C63">
        <w:rPr>
          <w:rFonts w:cs="Arial"/>
          <w:lang w:eastAsia="es-ES"/>
        </w:rPr>
        <w:t xml:space="preserve"> y </w:t>
      </w:r>
      <w:proofErr w:type="spellStart"/>
      <w:r w:rsidRPr="000D2C63">
        <w:rPr>
          <w:rFonts w:cs="Arial"/>
          <w:lang w:eastAsia="es-ES"/>
        </w:rPr>
        <w:t>ejecución</w:t>
      </w:r>
      <w:proofErr w:type="spellEnd"/>
      <w:r w:rsidRPr="000D2C63">
        <w:rPr>
          <w:rFonts w:cs="Arial"/>
          <w:lang w:eastAsia="es-ES"/>
        </w:rPr>
        <w:t xml:space="preserve"> de la </w:t>
      </w:r>
      <w:proofErr w:type="spellStart"/>
      <w:r w:rsidRPr="000D2C63">
        <w:rPr>
          <w:rFonts w:cs="Arial"/>
          <w:lang w:eastAsia="es-ES"/>
        </w:rPr>
        <w:t>respectiva</w:t>
      </w:r>
      <w:proofErr w:type="spellEnd"/>
      <w:r w:rsidRPr="000D2C63">
        <w:rPr>
          <w:rFonts w:cs="Arial"/>
          <w:lang w:eastAsia="es-ES"/>
        </w:rPr>
        <w:t xml:space="preserve"> </w:t>
      </w:r>
      <w:proofErr w:type="spellStart"/>
      <w:r w:rsidRPr="000D2C63">
        <w:rPr>
          <w:rFonts w:cs="Arial"/>
          <w:lang w:eastAsia="es-ES"/>
        </w:rPr>
        <w:t>actuación</w:t>
      </w:r>
      <w:proofErr w:type="spellEnd"/>
      <w:r w:rsidRPr="000D2C63">
        <w:rPr>
          <w:rFonts w:cs="Arial"/>
          <w:lang w:eastAsia="es-ES"/>
        </w:rPr>
        <w:t xml:space="preserve"> contractual.</w:t>
      </w:r>
    </w:p>
    <w:p w14:paraId="37322836" w14:textId="77777777" w:rsidR="00F4330E" w:rsidRPr="000D2C63" w:rsidRDefault="00F4330E" w:rsidP="00F4330E">
      <w:pPr>
        <w:tabs>
          <w:tab w:val="center" w:pos="4252"/>
          <w:tab w:val="right" w:pos="8504"/>
        </w:tabs>
        <w:jc w:val="both"/>
        <w:rPr>
          <w:rFonts w:cs="Arial"/>
          <w:color w:val="EE0000"/>
          <w:lang w:eastAsia="es-ES"/>
        </w:rPr>
      </w:pPr>
    </w:p>
    <w:p w14:paraId="1A3D702B" w14:textId="77777777" w:rsidR="00F4330E" w:rsidRPr="000D2C63" w:rsidRDefault="00F4330E" w:rsidP="00F4330E">
      <w:pPr>
        <w:numPr>
          <w:ilvl w:val="0"/>
          <w:numId w:val="19"/>
        </w:numPr>
        <w:tabs>
          <w:tab w:val="center" w:pos="4252"/>
          <w:tab w:val="right" w:pos="8504"/>
        </w:tabs>
        <w:spacing w:after="0"/>
        <w:jc w:val="both"/>
        <w:rPr>
          <w:rFonts w:cs="Arial"/>
          <w:color w:val="000000" w:themeColor="text1"/>
          <w:lang w:eastAsia="es-ES"/>
        </w:rPr>
      </w:pPr>
      <w:proofErr w:type="spellStart"/>
      <w:r w:rsidRPr="000D2C63">
        <w:rPr>
          <w:rFonts w:cs="Arial"/>
          <w:color w:val="000000" w:themeColor="text1"/>
          <w:lang w:eastAsia="es-ES"/>
        </w:rPr>
        <w:t>Garantizar</w:t>
      </w:r>
      <w:proofErr w:type="spellEnd"/>
      <w:r w:rsidRPr="000D2C63">
        <w:rPr>
          <w:rFonts w:cs="Arial"/>
          <w:color w:val="000000" w:themeColor="text1"/>
          <w:lang w:eastAsia="es-ES"/>
        </w:rPr>
        <w:t xml:space="preserve"> el </w:t>
      </w:r>
      <w:proofErr w:type="spellStart"/>
      <w:r w:rsidRPr="000D2C63">
        <w:rPr>
          <w:rFonts w:cs="Arial"/>
          <w:color w:val="000000" w:themeColor="text1"/>
          <w:lang w:eastAsia="es-ES"/>
        </w:rPr>
        <w:t>cumplimiento</w:t>
      </w:r>
      <w:proofErr w:type="spellEnd"/>
      <w:r w:rsidRPr="000D2C63">
        <w:rPr>
          <w:rFonts w:cs="Arial"/>
          <w:color w:val="000000" w:themeColor="text1"/>
          <w:lang w:eastAsia="es-ES"/>
        </w:rPr>
        <w:t xml:space="preserve"> de las </w:t>
      </w:r>
      <w:proofErr w:type="spellStart"/>
      <w:r w:rsidRPr="000D2C63">
        <w:rPr>
          <w:rFonts w:cs="Arial"/>
          <w:color w:val="000000" w:themeColor="text1"/>
          <w:lang w:eastAsia="es-ES"/>
        </w:rPr>
        <w:t>normas</w:t>
      </w:r>
      <w:proofErr w:type="spellEnd"/>
      <w:r w:rsidRPr="000D2C63">
        <w:rPr>
          <w:rFonts w:cs="Arial"/>
          <w:color w:val="000000" w:themeColor="text1"/>
          <w:lang w:eastAsia="es-ES"/>
        </w:rPr>
        <w:t xml:space="preserve"> </w:t>
      </w:r>
      <w:proofErr w:type="spellStart"/>
      <w:r w:rsidRPr="000D2C63">
        <w:rPr>
          <w:rFonts w:cs="Arial"/>
          <w:color w:val="000000" w:themeColor="text1"/>
          <w:lang w:eastAsia="es-ES"/>
        </w:rPr>
        <w:t>vigentes</w:t>
      </w:r>
      <w:proofErr w:type="spellEnd"/>
      <w:r w:rsidRPr="000D2C63">
        <w:rPr>
          <w:rFonts w:cs="Arial"/>
          <w:color w:val="000000" w:themeColor="text1"/>
          <w:lang w:eastAsia="es-ES"/>
        </w:rPr>
        <w:t xml:space="preserve"> </w:t>
      </w:r>
      <w:proofErr w:type="spellStart"/>
      <w:r w:rsidRPr="000D2C63">
        <w:rPr>
          <w:rFonts w:cs="Arial"/>
          <w:color w:val="000000" w:themeColor="text1"/>
          <w:lang w:eastAsia="es-ES"/>
        </w:rPr>
        <w:t>sobre</w:t>
      </w:r>
      <w:proofErr w:type="spellEnd"/>
      <w:r w:rsidRPr="000D2C63">
        <w:rPr>
          <w:rFonts w:cs="Arial"/>
          <w:color w:val="000000" w:themeColor="text1"/>
          <w:lang w:eastAsia="es-ES"/>
        </w:rPr>
        <w:t xml:space="preserve"> </w:t>
      </w:r>
      <w:proofErr w:type="spellStart"/>
      <w:r w:rsidRPr="000D2C63">
        <w:rPr>
          <w:rFonts w:cs="Arial"/>
          <w:color w:val="000000" w:themeColor="text1"/>
          <w:lang w:eastAsia="es-ES"/>
        </w:rPr>
        <w:t>seguridad</w:t>
      </w:r>
      <w:proofErr w:type="spellEnd"/>
      <w:r w:rsidRPr="000D2C63">
        <w:rPr>
          <w:rFonts w:cs="Arial"/>
          <w:color w:val="000000" w:themeColor="text1"/>
          <w:lang w:eastAsia="es-ES"/>
        </w:rPr>
        <w:t xml:space="preserve"> industrial para la </w:t>
      </w:r>
      <w:proofErr w:type="spellStart"/>
      <w:r w:rsidRPr="000D2C63">
        <w:rPr>
          <w:rFonts w:cs="Arial"/>
          <w:color w:val="000000" w:themeColor="text1"/>
          <w:lang w:eastAsia="es-ES"/>
        </w:rPr>
        <w:t>ejecución</w:t>
      </w:r>
      <w:proofErr w:type="spellEnd"/>
      <w:r w:rsidRPr="000D2C63">
        <w:rPr>
          <w:rFonts w:cs="Arial"/>
          <w:color w:val="000000" w:themeColor="text1"/>
          <w:lang w:eastAsia="es-ES"/>
        </w:rPr>
        <w:t xml:space="preserve"> del </w:t>
      </w:r>
      <w:proofErr w:type="spellStart"/>
      <w:r w:rsidRPr="000D2C63">
        <w:rPr>
          <w:rFonts w:cs="Arial"/>
          <w:color w:val="000000" w:themeColor="text1"/>
          <w:lang w:eastAsia="es-ES"/>
        </w:rPr>
        <w:t>Contrato</w:t>
      </w:r>
      <w:proofErr w:type="spellEnd"/>
      <w:r w:rsidRPr="000D2C63">
        <w:rPr>
          <w:rFonts w:cs="Arial"/>
          <w:color w:val="000000" w:themeColor="text1"/>
          <w:lang w:eastAsia="es-ES"/>
        </w:rPr>
        <w:t xml:space="preserve">, </w:t>
      </w:r>
      <w:proofErr w:type="spellStart"/>
      <w:r w:rsidRPr="000D2C63">
        <w:rPr>
          <w:rFonts w:cs="Arial"/>
          <w:color w:val="000000" w:themeColor="text1"/>
          <w:lang w:eastAsia="es-ES"/>
        </w:rPr>
        <w:t>en</w:t>
      </w:r>
      <w:proofErr w:type="spellEnd"/>
      <w:r w:rsidRPr="000D2C63">
        <w:rPr>
          <w:rFonts w:cs="Arial"/>
          <w:color w:val="000000" w:themeColor="text1"/>
          <w:lang w:eastAsia="es-ES"/>
        </w:rPr>
        <w:t xml:space="preserve"> especial </w:t>
      </w:r>
      <w:proofErr w:type="spellStart"/>
      <w:r w:rsidRPr="000D2C63">
        <w:rPr>
          <w:rFonts w:cs="Arial"/>
          <w:color w:val="000000" w:themeColor="text1"/>
          <w:lang w:eastAsia="es-ES"/>
        </w:rPr>
        <w:t>aquellas</w:t>
      </w:r>
      <w:proofErr w:type="spellEnd"/>
      <w:r w:rsidRPr="000D2C63">
        <w:rPr>
          <w:rFonts w:cs="Arial"/>
          <w:color w:val="000000" w:themeColor="text1"/>
          <w:lang w:eastAsia="es-ES"/>
        </w:rPr>
        <w:t xml:space="preserve"> </w:t>
      </w:r>
      <w:proofErr w:type="spellStart"/>
      <w:r w:rsidRPr="000D2C63">
        <w:rPr>
          <w:rFonts w:cs="Arial"/>
          <w:color w:val="000000" w:themeColor="text1"/>
          <w:lang w:eastAsia="es-ES"/>
        </w:rPr>
        <w:t>que</w:t>
      </w:r>
      <w:proofErr w:type="spellEnd"/>
      <w:r w:rsidRPr="000D2C63">
        <w:rPr>
          <w:rFonts w:cs="Arial"/>
          <w:color w:val="000000" w:themeColor="text1"/>
          <w:lang w:eastAsia="es-ES"/>
        </w:rPr>
        <w:t xml:space="preserve"> </w:t>
      </w:r>
      <w:proofErr w:type="spellStart"/>
      <w:r w:rsidRPr="000D2C63">
        <w:rPr>
          <w:rFonts w:cs="Arial"/>
          <w:color w:val="000000" w:themeColor="text1"/>
          <w:lang w:eastAsia="es-ES"/>
        </w:rPr>
        <w:t>guardan</w:t>
      </w:r>
      <w:proofErr w:type="spellEnd"/>
      <w:r w:rsidRPr="000D2C63">
        <w:rPr>
          <w:rFonts w:cs="Arial"/>
          <w:color w:val="000000" w:themeColor="text1"/>
          <w:lang w:eastAsia="es-ES"/>
        </w:rPr>
        <w:t xml:space="preserve"> </w:t>
      </w:r>
      <w:proofErr w:type="spellStart"/>
      <w:r w:rsidRPr="000D2C63">
        <w:rPr>
          <w:rFonts w:cs="Arial"/>
          <w:color w:val="000000" w:themeColor="text1"/>
          <w:lang w:eastAsia="es-ES"/>
        </w:rPr>
        <w:t>relación</w:t>
      </w:r>
      <w:proofErr w:type="spellEnd"/>
      <w:r w:rsidRPr="000D2C63">
        <w:rPr>
          <w:rFonts w:cs="Arial"/>
          <w:color w:val="000000" w:themeColor="text1"/>
          <w:lang w:eastAsia="es-ES"/>
        </w:rPr>
        <w:t xml:space="preserve"> con las </w:t>
      </w:r>
      <w:proofErr w:type="spellStart"/>
      <w:r w:rsidRPr="000D2C63">
        <w:rPr>
          <w:rFonts w:cs="Arial"/>
          <w:color w:val="000000" w:themeColor="text1"/>
          <w:lang w:eastAsia="es-ES"/>
        </w:rPr>
        <w:t>actividades</w:t>
      </w:r>
      <w:proofErr w:type="spellEnd"/>
      <w:r w:rsidRPr="000D2C63">
        <w:rPr>
          <w:rFonts w:cs="Arial"/>
          <w:color w:val="000000" w:themeColor="text1"/>
          <w:lang w:eastAsia="es-ES"/>
        </w:rPr>
        <w:t xml:space="preserve"> </w:t>
      </w:r>
      <w:proofErr w:type="spellStart"/>
      <w:r w:rsidRPr="000D2C63">
        <w:rPr>
          <w:rFonts w:cs="Arial"/>
          <w:color w:val="000000" w:themeColor="text1"/>
          <w:lang w:eastAsia="es-ES"/>
        </w:rPr>
        <w:t>descritas</w:t>
      </w:r>
      <w:proofErr w:type="spellEnd"/>
      <w:r w:rsidRPr="000D2C63">
        <w:rPr>
          <w:rFonts w:cs="Arial"/>
          <w:color w:val="000000" w:themeColor="text1"/>
          <w:lang w:eastAsia="es-ES"/>
        </w:rPr>
        <w:t xml:space="preserve"> </w:t>
      </w:r>
      <w:proofErr w:type="spellStart"/>
      <w:r w:rsidRPr="000D2C63">
        <w:rPr>
          <w:rFonts w:cs="Arial"/>
          <w:color w:val="000000" w:themeColor="text1"/>
          <w:lang w:eastAsia="es-ES"/>
        </w:rPr>
        <w:t>en</w:t>
      </w:r>
      <w:proofErr w:type="spellEnd"/>
      <w:r w:rsidRPr="000D2C63">
        <w:rPr>
          <w:rFonts w:cs="Arial"/>
          <w:color w:val="000000" w:themeColor="text1"/>
          <w:lang w:eastAsia="es-ES"/>
        </w:rPr>
        <w:t xml:space="preserve"> el </w:t>
      </w:r>
      <w:proofErr w:type="spellStart"/>
      <w:r w:rsidRPr="000D2C63">
        <w:rPr>
          <w:rFonts w:cs="Arial"/>
          <w:color w:val="000000" w:themeColor="text1"/>
          <w:lang w:eastAsia="es-ES"/>
        </w:rPr>
        <w:t>archivo</w:t>
      </w:r>
      <w:proofErr w:type="spellEnd"/>
      <w:r w:rsidRPr="000D2C63">
        <w:rPr>
          <w:rFonts w:cs="Arial"/>
          <w:color w:val="000000" w:themeColor="text1"/>
          <w:lang w:eastAsia="es-ES"/>
        </w:rPr>
        <w:t xml:space="preserve"> de </w:t>
      </w:r>
      <w:proofErr w:type="spellStart"/>
      <w:r w:rsidRPr="000D2C63">
        <w:rPr>
          <w:rFonts w:cs="Arial"/>
          <w:color w:val="000000" w:themeColor="text1"/>
          <w:lang w:eastAsia="es-ES"/>
        </w:rPr>
        <w:t>anexo</w:t>
      </w:r>
      <w:proofErr w:type="spellEnd"/>
      <w:r w:rsidRPr="000D2C63">
        <w:rPr>
          <w:rFonts w:cs="Arial"/>
          <w:color w:val="000000" w:themeColor="text1"/>
          <w:lang w:eastAsia="es-ES"/>
        </w:rPr>
        <w:t xml:space="preserve"> </w:t>
      </w:r>
      <w:proofErr w:type="spellStart"/>
      <w:r w:rsidRPr="000D2C63">
        <w:rPr>
          <w:rFonts w:cs="Arial"/>
          <w:color w:val="000000" w:themeColor="text1"/>
          <w:lang w:eastAsia="es-ES"/>
        </w:rPr>
        <w:t>técnico</w:t>
      </w:r>
      <w:proofErr w:type="spellEnd"/>
      <w:r w:rsidRPr="000D2C63">
        <w:rPr>
          <w:rFonts w:cs="Arial"/>
          <w:i/>
          <w:iCs/>
          <w:color w:val="000000" w:themeColor="text1"/>
          <w:lang w:val="es-ES" w:eastAsia="es-ES"/>
        </w:rPr>
        <w:t xml:space="preserve">, </w:t>
      </w:r>
      <w:r w:rsidRPr="000D2C63">
        <w:rPr>
          <w:rFonts w:cs="Arial"/>
          <w:color w:val="000000" w:themeColor="text1"/>
          <w:lang w:val="es-ES" w:eastAsia="es-ES"/>
        </w:rPr>
        <w:t>descrito en el numeral 3. Condiciones Generales.</w:t>
      </w:r>
    </w:p>
    <w:p w14:paraId="4204DF36" w14:textId="77777777" w:rsidR="00F4330E" w:rsidRPr="000D2C63" w:rsidRDefault="00F4330E" w:rsidP="00F4330E">
      <w:pPr>
        <w:jc w:val="both"/>
        <w:rPr>
          <w:rFonts w:cs="Arial"/>
          <w:lang w:val="es-ES_tradnl" w:eastAsia="es-ES"/>
        </w:rPr>
      </w:pPr>
    </w:p>
    <w:p w14:paraId="4FF4004B" w14:textId="77777777" w:rsidR="00F4330E" w:rsidRPr="000D2C63" w:rsidRDefault="00F4330E" w:rsidP="00F4330E">
      <w:pPr>
        <w:numPr>
          <w:ilvl w:val="0"/>
          <w:numId w:val="19"/>
        </w:numPr>
        <w:tabs>
          <w:tab w:val="center" w:pos="4252"/>
          <w:tab w:val="right" w:pos="8504"/>
        </w:tabs>
        <w:spacing w:after="0"/>
        <w:jc w:val="both"/>
        <w:rPr>
          <w:rFonts w:cs="Arial"/>
          <w:lang w:eastAsia="es-ES"/>
        </w:rPr>
      </w:pPr>
      <w:proofErr w:type="spellStart"/>
      <w:r w:rsidRPr="000D2C63">
        <w:rPr>
          <w:rFonts w:cs="Arial"/>
          <w:lang w:eastAsia="es-ES"/>
        </w:rPr>
        <w:t>Brindar</w:t>
      </w:r>
      <w:proofErr w:type="spellEnd"/>
      <w:r w:rsidRPr="000D2C63">
        <w:rPr>
          <w:rFonts w:cs="Arial"/>
          <w:lang w:eastAsia="es-ES"/>
        </w:rPr>
        <w:t xml:space="preserve"> al supervisor del </w:t>
      </w:r>
      <w:proofErr w:type="spellStart"/>
      <w:r w:rsidRPr="000D2C63">
        <w:rPr>
          <w:rFonts w:cs="Arial"/>
          <w:lang w:eastAsia="es-ES"/>
        </w:rPr>
        <w:t>contrato</w:t>
      </w:r>
      <w:proofErr w:type="spellEnd"/>
      <w:r w:rsidRPr="000D2C63">
        <w:rPr>
          <w:rFonts w:cs="Arial"/>
          <w:lang w:eastAsia="es-ES"/>
        </w:rPr>
        <w:t xml:space="preserve">, la </w:t>
      </w:r>
      <w:proofErr w:type="spellStart"/>
      <w:r w:rsidRPr="000D2C63">
        <w:rPr>
          <w:rFonts w:cs="Arial"/>
          <w:lang w:eastAsia="es-ES"/>
        </w:rPr>
        <w:t>colaboración</w:t>
      </w:r>
      <w:proofErr w:type="spellEnd"/>
      <w:r w:rsidRPr="000D2C63">
        <w:rPr>
          <w:rFonts w:cs="Arial"/>
          <w:lang w:eastAsia="es-ES"/>
        </w:rPr>
        <w:t xml:space="preserve"> </w:t>
      </w:r>
      <w:proofErr w:type="spellStart"/>
      <w:r w:rsidRPr="000D2C63">
        <w:rPr>
          <w:rFonts w:cs="Arial"/>
          <w:lang w:eastAsia="es-ES"/>
        </w:rPr>
        <w:t>necesaria</w:t>
      </w:r>
      <w:proofErr w:type="spellEnd"/>
      <w:r w:rsidRPr="000D2C63">
        <w:rPr>
          <w:rFonts w:cs="Arial"/>
          <w:lang w:eastAsia="es-ES"/>
        </w:rPr>
        <w:t xml:space="preserve"> para la </w:t>
      </w:r>
      <w:proofErr w:type="spellStart"/>
      <w:r w:rsidRPr="000D2C63">
        <w:rPr>
          <w:rFonts w:cs="Arial"/>
          <w:lang w:eastAsia="es-ES"/>
        </w:rPr>
        <w:t>elaboración</w:t>
      </w:r>
      <w:proofErr w:type="spellEnd"/>
      <w:r w:rsidRPr="000D2C63">
        <w:rPr>
          <w:rFonts w:cs="Arial"/>
          <w:lang w:eastAsia="es-ES"/>
        </w:rPr>
        <w:t xml:space="preserve"> del </w:t>
      </w:r>
      <w:proofErr w:type="spellStart"/>
      <w:r w:rsidRPr="000D2C63">
        <w:rPr>
          <w:rFonts w:cs="Arial"/>
          <w:lang w:eastAsia="es-ES"/>
        </w:rPr>
        <w:t>proyecto</w:t>
      </w:r>
      <w:proofErr w:type="spellEnd"/>
      <w:r w:rsidRPr="000D2C63">
        <w:rPr>
          <w:rFonts w:cs="Arial"/>
          <w:lang w:eastAsia="es-ES"/>
        </w:rPr>
        <w:t xml:space="preserve"> de acta de </w:t>
      </w:r>
      <w:proofErr w:type="spellStart"/>
      <w:r w:rsidRPr="000D2C63">
        <w:rPr>
          <w:rFonts w:cs="Arial"/>
          <w:lang w:eastAsia="es-ES"/>
        </w:rPr>
        <w:t>liquidación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dentro</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cuatro (4) meses </w:t>
      </w:r>
      <w:proofErr w:type="spellStart"/>
      <w:r w:rsidRPr="000D2C63">
        <w:rPr>
          <w:rFonts w:cs="Arial"/>
          <w:lang w:eastAsia="es-ES"/>
        </w:rPr>
        <w:t>siguientes</w:t>
      </w:r>
      <w:proofErr w:type="spellEnd"/>
      <w:r w:rsidRPr="000D2C63">
        <w:rPr>
          <w:rFonts w:cs="Arial"/>
          <w:lang w:eastAsia="es-ES"/>
        </w:rPr>
        <w:t xml:space="preserve"> a la </w:t>
      </w:r>
      <w:proofErr w:type="spellStart"/>
      <w:r w:rsidRPr="000D2C63">
        <w:rPr>
          <w:rFonts w:cs="Arial"/>
          <w:lang w:eastAsia="es-ES"/>
        </w:rPr>
        <w:t>terminación</w:t>
      </w:r>
      <w:proofErr w:type="spellEnd"/>
      <w:r w:rsidRPr="000D2C63">
        <w:rPr>
          <w:rFonts w:cs="Arial"/>
          <w:lang w:eastAsia="es-ES"/>
        </w:rPr>
        <w:t xml:space="preserve"> y </w:t>
      </w:r>
      <w:proofErr w:type="spellStart"/>
      <w:r w:rsidRPr="000D2C63">
        <w:rPr>
          <w:rFonts w:cs="Arial"/>
          <w:lang w:eastAsia="es-ES"/>
        </w:rPr>
        <w:t>recibo</w:t>
      </w:r>
      <w:proofErr w:type="spellEnd"/>
      <w:r w:rsidRPr="000D2C63">
        <w:rPr>
          <w:rFonts w:cs="Arial"/>
          <w:lang w:eastAsia="es-ES"/>
        </w:rPr>
        <w:t xml:space="preserve"> a </w:t>
      </w:r>
      <w:proofErr w:type="spellStart"/>
      <w:r w:rsidRPr="000D2C63">
        <w:rPr>
          <w:rFonts w:cs="Arial"/>
          <w:lang w:eastAsia="es-ES"/>
        </w:rPr>
        <w:t>satisfacción</w:t>
      </w:r>
      <w:proofErr w:type="spellEnd"/>
      <w:r w:rsidRPr="000D2C63">
        <w:rPr>
          <w:rFonts w:cs="Arial"/>
          <w:lang w:eastAsia="es-ES"/>
        </w:rPr>
        <w:t xml:space="preserve"> de las </w:t>
      </w:r>
      <w:proofErr w:type="spellStart"/>
      <w:r w:rsidRPr="000D2C63">
        <w:rPr>
          <w:rFonts w:cs="Arial"/>
          <w:lang w:eastAsia="es-ES"/>
        </w:rPr>
        <w:t>obras</w:t>
      </w:r>
      <w:proofErr w:type="spellEnd"/>
      <w:r w:rsidRPr="000D2C63">
        <w:rPr>
          <w:rFonts w:cs="Arial"/>
          <w:lang w:eastAsia="es-ES"/>
        </w:rPr>
        <w:t xml:space="preserve"> </w:t>
      </w:r>
      <w:proofErr w:type="spellStart"/>
      <w:r w:rsidRPr="000D2C63">
        <w:rPr>
          <w:rFonts w:cs="Arial"/>
          <w:lang w:eastAsia="es-ES"/>
        </w:rPr>
        <w:t>objeto</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w:t>
      </w:r>
    </w:p>
    <w:p w14:paraId="5EBC29BE" w14:textId="77777777" w:rsidR="00F4330E" w:rsidRPr="000D2C63" w:rsidRDefault="00F4330E" w:rsidP="00F4330E">
      <w:pPr>
        <w:jc w:val="both"/>
        <w:rPr>
          <w:rFonts w:cs="Arial"/>
          <w:lang w:eastAsia="es-ES"/>
        </w:rPr>
      </w:pPr>
    </w:p>
    <w:p w14:paraId="739A3876" w14:textId="77777777" w:rsidR="00F4330E" w:rsidRPr="000D2C63" w:rsidRDefault="00F4330E" w:rsidP="00F4330E">
      <w:pPr>
        <w:numPr>
          <w:ilvl w:val="0"/>
          <w:numId w:val="19"/>
        </w:numPr>
        <w:tabs>
          <w:tab w:val="center" w:pos="4252"/>
          <w:tab w:val="right" w:pos="8504"/>
        </w:tabs>
        <w:spacing w:after="0"/>
        <w:jc w:val="both"/>
        <w:rPr>
          <w:rFonts w:cs="Arial"/>
          <w:lang w:eastAsia="es-ES"/>
        </w:rPr>
      </w:pPr>
      <w:proofErr w:type="spellStart"/>
      <w:r w:rsidRPr="000D2C63">
        <w:rPr>
          <w:rFonts w:cs="Arial"/>
          <w:lang w:eastAsia="es-ES"/>
        </w:rPr>
        <w:t>Cumplir</w:t>
      </w:r>
      <w:proofErr w:type="spellEnd"/>
      <w:r w:rsidRPr="000D2C63">
        <w:rPr>
          <w:rFonts w:cs="Arial"/>
          <w:lang w:eastAsia="es-ES"/>
        </w:rPr>
        <w:t xml:space="preserve"> con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lineamientos</w:t>
      </w:r>
      <w:proofErr w:type="spellEnd"/>
      <w:r w:rsidRPr="000D2C63">
        <w:rPr>
          <w:rFonts w:cs="Arial"/>
          <w:lang w:eastAsia="es-ES"/>
        </w:rPr>
        <w:t xml:space="preserve"> del </w:t>
      </w:r>
      <w:proofErr w:type="spellStart"/>
      <w:r w:rsidRPr="000D2C63">
        <w:rPr>
          <w:rFonts w:cs="Arial"/>
          <w:lang w:eastAsia="es-ES"/>
        </w:rPr>
        <w:t>Decreto</w:t>
      </w:r>
      <w:proofErr w:type="spellEnd"/>
      <w:r w:rsidRPr="000D2C63">
        <w:rPr>
          <w:rFonts w:cs="Arial"/>
          <w:lang w:eastAsia="es-ES"/>
        </w:rPr>
        <w:t xml:space="preserve"> No. 1072 de 2015 y la </w:t>
      </w:r>
      <w:proofErr w:type="spellStart"/>
      <w:r w:rsidRPr="000D2C63">
        <w:rPr>
          <w:rFonts w:cs="Arial"/>
          <w:lang w:eastAsia="es-ES"/>
        </w:rPr>
        <w:t>Resolución</w:t>
      </w:r>
      <w:proofErr w:type="spellEnd"/>
      <w:r w:rsidRPr="000D2C63">
        <w:rPr>
          <w:rFonts w:cs="Arial"/>
          <w:lang w:eastAsia="es-ES"/>
        </w:rPr>
        <w:t xml:space="preserve"> No. 312 de 2019, con el </w:t>
      </w:r>
      <w:proofErr w:type="spellStart"/>
      <w:r w:rsidRPr="000D2C63">
        <w:rPr>
          <w:rFonts w:cs="Arial"/>
          <w:lang w:eastAsia="es-ES"/>
        </w:rPr>
        <w:t>Documento</w:t>
      </w:r>
      <w:proofErr w:type="spellEnd"/>
      <w:r w:rsidRPr="000D2C63">
        <w:rPr>
          <w:rFonts w:cs="Arial"/>
          <w:lang w:eastAsia="es-ES"/>
        </w:rPr>
        <w:t xml:space="preserve"> de Sistema de </w:t>
      </w:r>
      <w:proofErr w:type="spellStart"/>
      <w:r w:rsidRPr="000D2C63">
        <w:rPr>
          <w:rFonts w:cs="Arial"/>
          <w:lang w:eastAsia="es-ES"/>
        </w:rPr>
        <w:t>Gestión</w:t>
      </w:r>
      <w:proofErr w:type="spellEnd"/>
      <w:r w:rsidRPr="000D2C63">
        <w:rPr>
          <w:rFonts w:cs="Arial"/>
          <w:lang w:eastAsia="es-ES"/>
        </w:rPr>
        <w:t xml:space="preserve"> de </w:t>
      </w:r>
      <w:proofErr w:type="spellStart"/>
      <w:r w:rsidRPr="000D2C63">
        <w:rPr>
          <w:rFonts w:cs="Arial"/>
          <w:lang w:eastAsia="es-ES"/>
        </w:rPr>
        <w:t>Seguridad</w:t>
      </w:r>
      <w:proofErr w:type="spellEnd"/>
      <w:r w:rsidRPr="000D2C63">
        <w:rPr>
          <w:rFonts w:cs="Arial"/>
          <w:lang w:eastAsia="es-ES"/>
        </w:rPr>
        <w:t xml:space="preserve"> y Salud </w:t>
      </w:r>
      <w:proofErr w:type="spellStart"/>
      <w:r w:rsidRPr="000D2C63">
        <w:rPr>
          <w:rFonts w:cs="Arial"/>
          <w:lang w:eastAsia="es-ES"/>
        </w:rPr>
        <w:t>en</w:t>
      </w:r>
      <w:proofErr w:type="spellEnd"/>
      <w:r w:rsidRPr="000D2C63">
        <w:rPr>
          <w:rFonts w:cs="Arial"/>
          <w:lang w:eastAsia="es-ES"/>
        </w:rPr>
        <w:t xml:space="preserve"> el </w:t>
      </w:r>
      <w:proofErr w:type="spellStart"/>
      <w:r w:rsidRPr="000D2C63">
        <w:rPr>
          <w:rFonts w:cs="Arial"/>
          <w:lang w:eastAsia="es-ES"/>
        </w:rPr>
        <w:t>Trabajo</w:t>
      </w:r>
      <w:proofErr w:type="spellEnd"/>
      <w:r w:rsidRPr="000D2C63">
        <w:rPr>
          <w:rFonts w:cs="Arial"/>
          <w:lang w:eastAsia="es-ES"/>
        </w:rPr>
        <w:t xml:space="preserve">, </w:t>
      </w:r>
      <w:proofErr w:type="spellStart"/>
      <w:r w:rsidRPr="000D2C63">
        <w:rPr>
          <w:rFonts w:cs="Arial"/>
          <w:lang w:eastAsia="es-ES"/>
        </w:rPr>
        <w:t>incluyendo</w:t>
      </w:r>
      <w:proofErr w:type="spellEnd"/>
      <w:r w:rsidRPr="000D2C63">
        <w:rPr>
          <w:rFonts w:cs="Arial"/>
          <w:lang w:eastAsia="es-ES"/>
        </w:rPr>
        <w:t xml:space="preserve"> la </w:t>
      </w:r>
      <w:proofErr w:type="spellStart"/>
      <w:r w:rsidRPr="000D2C63">
        <w:rPr>
          <w:rFonts w:cs="Arial"/>
          <w:lang w:eastAsia="es-ES"/>
        </w:rPr>
        <w:t>matriz</w:t>
      </w:r>
      <w:proofErr w:type="spellEnd"/>
      <w:r w:rsidRPr="000D2C63">
        <w:rPr>
          <w:rFonts w:cs="Arial"/>
          <w:lang w:eastAsia="es-ES"/>
        </w:rPr>
        <w:t xml:space="preserve"> de </w:t>
      </w:r>
      <w:proofErr w:type="spellStart"/>
      <w:r w:rsidRPr="000D2C63">
        <w:rPr>
          <w:rFonts w:cs="Arial"/>
          <w:lang w:eastAsia="es-ES"/>
        </w:rPr>
        <w:t>identificación</w:t>
      </w:r>
      <w:proofErr w:type="spellEnd"/>
      <w:r w:rsidRPr="000D2C63">
        <w:rPr>
          <w:rFonts w:cs="Arial"/>
          <w:lang w:eastAsia="es-ES"/>
        </w:rPr>
        <w:t xml:space="preserve"> de </w:t>
      </w:r>
      <w:proofErr w:type="spellStart"/>
      <w:r w:rsidRPr="000D2C63">
        <w:rPr>
          <w:rFonts w:cs="Arial"/>
          <w:lang w:eastAsia="es-ES"/>
        </w:rPr>
        <w:t>peligros</w:t>
      </w:r>
      <w:proofErr w:type="spellEnd"/>
      <w:r w:rsidRPr="000D2C63">
        <w:rPr>
          <w:rFonts w:cs="Arial"/>
          <w:lang w:eastAsia="es-ES"/>
        </w:rPr>
        <w:t xml:space="preserve">, </w:t>
      </w:r>
      <w:proofErr w:type="spellStart"/>
      <w:r w:rsidRPr="000D2C63">
        <w:rPr>
          <w:rFonts w:cs="Arial"/>
          <w:lang w:eastAsia="es-ES"/>
        </w:rPr>
        <w:t>evaluación</w:t>
      </w:r>
      <w:proofErr w:type="spellEnd"/>
      <w:r w:rsidRPr="000D2C63">
        <w:rPr>
          <w:rFonts w:cs="Arial"/>
          <w:lang w:eastAsia="es-ES"/>
        </w:rPr>
        <w:t xml:space="preserve"> y </w:t>
      </w:r>
      <w:proofErr w:type="spellStart"/>
      <w:r w:rsidRPr="000D2C63">
        <w:rPr>
          <w:rFonts w:cs="Arial"/>
          <w:lang w:eastAsia="es-ES"/>
        </w:rPr>
        <w:t>valoración</w:t>
      </w:r>
      <w:proofErr w:type="spellEnd"/>
      <w:r w:rsidRPr="000D2C63">
        <w:rPr>
          <w:rFonts w:cs="Arial"/>
          <w:lang w:eastAsia="es-ES"/>
        </w:rPr>
        <w:t xml:space="preserve">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riesgos</w:t>
      </w:r>
      <w:proofErr w:type="spellEnd"/>
      <w:r w:rsidRPr="000D2C63">
        <w:rPr>
          <w:rFonts w:cs="Arial"/>
          <w:lang w:eastAsia="es-ES"/>
        </w:rPr>
        <w:t xml:space="preserve">, </w:t>
      </w:r>
      <w:proofErr w:type="spellStart"/>
      <w:r w:rsidRPr="000D2C63">
        <w:rPr>
          <w:rFonts w:cs="Arial"/>
          <w:lang w:eastAsia="es-ES"/>
        </w:rPr>
        <w:t>adicionalmente</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entregar</w:t>
      </w:r>
      <w:proofErr w:type="spellEnd"/>
      <w:r w:rsidRPr="000D2C63">
        <w:rPr>
          <w:rFonts w:cs="Arial"/>
          <w:lang w:eastAsia="es-ES"/>
        </w:rPr>
        <w:t xml:space="preserve"> el </w:t>
      </w:r>
      <w:proofErr w:type="spellStart"/>
      <w:r w:rsidRPr="000D2C63">
        <w:rPr>
          <w:rFonts w:cs="Arial"/>
          <w:lang w:eastAsia="es-ES"/>
        </w:rPr>
        <w:t>estándar</w:t>
      </w:r>
      <w:proofErr w:type="spellEnd"/>
      <w:r w:rsidRPr="000D2C63">
        <w:rPr>
          <w:rFonts w:cs="Arial"/>
          <w:lang w:eastAsia="es-ES"/>
        </w:rPr>
        <w:t xml:space="preserve"> y/o </w:t>
      </w:r>
      <w:proofErr w:type="spellStart"/>
      <w:r w:rsidRPr="000D2C63">
        <w:rPr>
          <w:rFonts w:cs="Arial"/>
          <w:lang w:eastAsia="es-ES"/>
        </w:rPr>
        <w:t>procedimiento</w:t>
      </w:r>
      <w:proofErr w:type="spellEnd"/>
      <w:r w:rsidRPr="000D2C63">
        <w:rPr>
          <w:rFonts w:cs="Arial"/>
          <w:lang w:eastAsia="es-ES"/>
        </w:rPr>
        <w:t xml:space="preserve"> de la </w:t>
      </w:r>
      <w:proofErr w:type="spellStart"/>
      <w:r w:rsidRPr="000D2C63">
        <w:rPr>
          <w:rFonts w:cs="Arial"/>
          <w:lang w:eastAsia="es-ES"/>
        </w:rPr>
        <w:t>ejecución</w:t>
      </w:r>
      <w:proofErr w:type="spellEnd"/>
      <w:r w:rsidRPr="000D2C63">
        <w:rPr>
          <w:rFonts w:cs="Arial"/>
          <w:lang w:eastAsia="es-ES"/>
        </w:rPr>
        <w:t xml:space="preserve"> de </w:t>
      </w:r>
      <w:proofErr w:type="spellStart"/>
      <w:r w:rsidRPr="000D2C63">
        <w:rPr>
          <w:rFonts w:cs="Arial"/>
          <w:lang w:eastAsia="es-ES"/>
        </w:rPr>
        <w:t>trabajo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alturas</w:t>
      </w:r>
      <w:proofErr w:type="spellEnd"/>
      <w:r w:rsidRPr="000D2C63">
        <w:rPr>
          <w:rFonts w:cs="Arial"/>
          <w:lang w:eastAsia="es-ES"/>
        </w:rPr>
        <w:t>.</w:t>
      </w:r>
    </w:p>
    <w:p w14:paraId="7E74E9EB" w14:textId="77777777" w:rsidR="00F4330E" w:rsidRPr="000D2C63" w:rsidRDefault="00F4330E" w:rsidP="00F4330E">
      <w:pPr>
        <w:jc w:val="both"/>
        <w:rPr>
          <w:rFonts w:cs="Arial"/>
          <w:lang w:val="es-ES" w:eastAsia="es-ES"/>
        </w:rPr>
      </w:pPr>
    </w:p>
    <w:p w14:paraId="663EE1AB" w14:textId="77777777" w:rsidR="00F4330E" w:rsidRPr="000D2C63" w:rsidRDefault="00F4330E" w:rsidP="00F4330E">
      <w:pPr>
        <w:numPr>
          <w:ilvl w:val="0"/>
          <w:numId w:val="19"/>
        </w:numPr>
        <w:tabs>
          <w:tab w:val="center" w:pos="4252"/>
          <w:tab w:val="right" w:pos="8504"/>
        </w:tabs>
        <w:spacing w:after="0"/>
        <w:jc w:val="both"/>
        <w:rPr>
          <w:rFonts w:cs="Arial"/>
          <w:lang w:eastAsia="es-ES"/>
        </w:rPr>
      </w:pPr>
      <w:r w:rsidRPr="000D2C63">
        <w:rPr>
          <w:rFonts w:cs="Arial"/>
          <w:lang w:val="es-ES" w:eastAsia="es-ES"/>
        </w:rPr>
        <w:t>Mantener las áreas donde se desarrollen trabajos libres de toda acumulación de desperdicios, escombros, entregándola a su terminación completamente limpia. Los escombros y demás residuos se deben retirar del sitio a gestor ambiental correspondiente para su destinación final. El contratista será responsable del trámite ante las autoridades competentes para los permisos de parqueo de los vehículos de carga que utilice para este fin. </w:t>
      </w:r>
    </w:p>
    <w:p w14:paraId="15643C5C" w14:textId="77777777" w:rsidR="00F4330E" w:rsidRPr="000D2C63" w:rsidRDefault="00F4330E" w:rsidP="00F4330E">
      <w:pPr>
        <w:jc w:val="both"/>
        <w:rPr>
          <w:rFonts w:cs="Arial"/>
          <w:sz w:val="26"/>
          <w:lang w:val="es-ES_tradnl" w:eastAsia="es-ES"/>
        </w:rPr>
      </w:pPr>
    </w:p>
    <w:p w14:paraId="416C43BA" w14:textId="77777777" w:rsidR="00F4330E" w:rsidRPr="000D2C63" w:rsidRDefault="00F4330E" w:rsidP="00F4330E">
      <w:pPr>
        <w:numPr>
          <w:ilvl w:val="0"/>
          <w:numId w:val="19"/>
        </w:numPr>
        <w:tabs>
          <w:tab w:val="center" w:pos="4252"/>
          <w:tab w:val="right" w:pos="8504"/>
        </w:tabs>
        <w:spacing w:after="0"/>
        <w:jc w:val="both"/>
        <w:rPr>
          <w:rFonts w:cs="Arial"/>
          <w:lang w:eastAsia="es-ES"/>
        </w:rPr>
      </w:pPr>
      <w:r w:rsidRPr="000D2C63">
        <w:rPr>
          <w:rFonts w:cs="Arial"/>
          <w:lang w:eastAsia="es-ES"/>
        </w:rPr>
        <w:t xml:space="preserve">El </w:t>
      </w:r>
      <w:proofErr w:type="spellStart"/>
      <w:r w:rsidRPr="000D2C63">
        <w:rPr>
          <w:rFonts w:cs="Arial"/>
          <w:lang w:eastAsia="es-ES"/>
        </w:rPr>
        <w:t>contratista</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comprometerse</w:t>
      </w:r>
      <w:proofErr w:type="spellEnd"/>
      <w:r w:rsidRPr="000D2C63">
        <w:rPr>
          <w:rFonts w:cs="Arial"/>
          <w:lang w:eastAsia="es-ES"/>
        </w:rPr>
        <w:t xml:space="preserve">, </w:t>
      </w:r>
      <w:proofErr w:type="spellStart"/>
      <w:r w:rsidRPr="000D2C63">
        <w:rPr>
          <w:rFonts w:cs="Arial"/>
          <w:lang w:eastAsia="es-ES"/>
        </w:rPr>
        <w:t>mediante</w:t>
      </w:r>
      <w:proofErr w:type="spellEnd"/>
      <w:r w:rsidRPr="000D2C63">
        <w:rPr>
          <w:rFonts w:cs="Arial"/>
          <w:lang w:eastAsia="es-ES"/>
        </w:rPr>
        <w:t xml:space="preserve"> carta </w:t>
      </w:r>
      <w:proofErr w:type="spellStart"/>
      <w:r w:rsidRPr="000D2C63">
        <w:rPr>
          <w:rFonts w:cs="Arial"/>
          <w:lang w:eastAsia="es-ES"/>
        </w:rPr>
        <w:t>suscrita</w:t>
      </w:r>
      <w:proofErr w:type="spellEnd"/>
      <w:r w:rsidRPr="000D2C63">
        <w:rPr>
          <w:rFonts w:cs="Arial"/>
          <w:lang w:eastAsia="es-ES"/>
        </w:rPr>
        <w:t xml:space="preserve"> </w:t>
      </w:r>
      <w:proofErr w:type="spellStart"/>
      <w:r w:rsidRPr="000D2C63">
        <w:rPr>
          <w:rFonts w:cs="Arial"/>
          <w:lang w:eastAsia="es-ES"/>
        </w:rPr>
        <w:t>por</w:t>
      </w:r>
      <w:proofErr w:type="spellEnd"/>
      <w:r w:rsidRPr="000D2C63">
        <w:rPr>
          <w:rFonts w:cs="Arial"/>
          <w:lang w:eastAsia="es-ES"/>
        </w:rPr>
        <w:t xml:space="preserve">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representante</w:t>
      </w:r>
      <w:proofErr w:type="spellEnd"/>
      <w:r w:rsidRPr="000D2C63">
        <w:rPr>
          <w:rFonts w:cs="Arial"/>
          <w:lang w:eastAsia="es-ES"/>
        </w:rPr>
        <w:t xml:space="preserve"> legal, a la </w:t>
      </w:r>
      <w:proofErr w:type="spellStart"/>
      <w:r w:rsidRPr="000D2C63">
        <w:rPr>
          <w:rFonts w:cs="Arial"/>
          <w:lang w:eastAsia="es-ES"/>
        </w:rPr>
        <w:t>adopción</w:t>
      </w:r>
      <w:proofErr w:type="spellEnd"/>
      <w:r w:rsidRPr="000D2C63">
        <w:rPr>
          <w:rFonts w:cs="Arial"/>
          <w:lang w:eastAsia="es-ES"/>
        </w:rPr>
        <w:t xml:space="preserve"> e </w:t>
      </w:r>
      <w:proofErr w:type="spellStart"/>
      <w:r w:rsidRPr="000D2C63">
        <w:rPr>
          <w:rFonts w:cs="Arial"/>
          <w:lang w:eastAsia="es-ES"/>
        </w:rPr>
        <w:t>implementación</w:t>
      </w:r>
      <w:proofErr w:type="spellEnd"/>
      <w:r w:rsidRPr="000D2C63">
        <w:rPr>
          <w:rFonts w:cs="Arial"/>
          <w:lang w:eastAsia="es-ES"/>
        </w:rPr>
        <w:t xml:space="preserve"> del </w:t>
      </w:r>
      <w:r w:rsidRPr="000D2C63">
        <w:rPr>
          <w:rFonts w:cs="Arial"/>
          <w:lang w:val="es-ES"/>
        </w:rPr>
        <w:t xml:space="preserve">Plan de Gestión Ambiental de la Rama Judicial adoptado por el Acuerdo PSAA14-10160 de junio de 2014, </w:t>
      </w:r>
      <w:proofErr w:type="spellStart"/>
      <w:r w:rsidRPr="000D2C63">
        <w:rPr>
          <w:rFonts w:cs="Arial"/>
          <w:lang w:eastAsia="es-ES"/>
        </w:rPr>
        <w:t>durante</w:t>
      </w:r>
      <w:proofErr w:type="spellEnd"/>
      <w:r w:rsidRPr="000D2C63">
        <w:rPr>
          <w:rFonts w:cs="Arial"/>
          <w:lang w:eastAsia="es-ES"/>
        </w:rPr>
        <w:t xml:space="preserve"> la </w:t>
      </w:r>
      <w:proofErr w:type="spellStart"/>
      <w:r w:rsidRPr="000D2C63">
        <w:rPr>
          <w:rFonts w:cs="Arial"/>
          <w:lang w:eastAsia="es-ES"/>
        </w:rPr>
        <w:t>ejecución</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las </w:t>
      </w:r>
      <w:proofErr w:type="spellStart"/>
      <w:r w:rsidRPr="000D2C63">
        <w:rPr>
          <w:rFonts w:cs="Arial"/>
          <w:lang w:eastAsia="es-ES"/>
        </w:rPr>
        <w:t>instalaciones</w:t>
      </w:r>
      <w:proofErr w:type="spellEnd"/>
      <w:r w:rsidRPr="000D2C63">
        <w:rPr>
          <w:rFonts w:cs="Arial"/>
          <w:lang w:eastAsia="es-ES"/>
        </w:rPr>
        <w:t xml:space="preserve"> de la </w:t>
      </w:r>
      <w:proofErr w:type="spellStart"/>
      <w:r w:rsidRPr="000D2C63">
        <w:rPr>
          <w:rFonts w:cs="Arial"/>
          <w:lang w:eastAsia="es-ES"/>
        </w:rPr>
        <w:t>Entidad</w:t>
      </w:r>
      <w:proofErr w:type="spellEnd"/>
      <w:r w:rsidRPr="000D2C63">
        <w:rPr>
          <w:rFonts w:cs="Arial"/>
          <w:lang w:eastAsia="es-ES"/>
        </w:rPr>
        <w:t xml:space="preserve">. </w:t>
      </w:r>
      <w:proofErr w:type="spellStart"/>
      <w:r w:rsidRPr="000D2C63">
        <w:rPr>
          <w:rFonts w:cs="Arial"/>
          <w:lang w:eastAsia="es-ES"/>
        </w:rPr>
        <w:t>Dicho</w:t>
      </w:r>
      <w:proofErr w:type="spellEnd"/>
      <w:r w:rsidRPr="000D2C63">
        <w:rPr>
          <w:rFonts w:cs="Arial"/>
          <w:lang w:eastAsia="es-ES"/>
        </w:rPr>
        <w:t xml:space="preserve"> </w:t>
      </w:r>
      <w:proofErr w:type="spellStart"/>
      <w:r w:rsidRPr="000D2C63">
        <w:rPr>
          <w:rFonts w:cs="Arial"/>
          <w:lang w:eastAsia="es-ES"/>
        </w:rPr>
        <w:t>compromiso</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contemplar</w:t>
      </w:r>
      <w:proofErr w:type="spellEnd"/>
      <w:r w:rsidRPr="000D2C63">
        <w:rPr>
          <w:rFonts w:cs="Arial"/>
          <w:lang w:eastAsia="es-ES"/>
        </w:rPr>
        <w:t xml:space="preserve"> la </w:t>
      </w:r>
      <w:proofErr w:type="spellStart"/>
      <w:r w:rsidRPr="000D2C63">
        <w:rPr>
          <w:rFonts w:cs="Arial"/>
          <w:lang w:eastAsia="es-ES"/>
        </w:rPr>
        <w:t>adecuada</w:t>
      </w:r>
      <w:proofErr w:type="spellEnd"/>
      <w:r w:rsidRPr="000D2C63">
        <w:rPr>
          <w:rFonts w:cs="Arial"/>
          <w:lang w:eastAsia="es-ES"/>
        </w:rPr>
        <w:t xml:space="preserve"> </w:t>
      </w:r>
      <w:proofErr w:type="spellStart"/>
      <w:r w:rsidRPr="000D2C63">
        <w:rPr>
          <w:rFonts w:cs="Arial"/>
          <w:lang w:eastAsia="es-ES"/>
        </w:rPr>
        <w:t>clasificación</w:t>
      </w:r>
      <w:proofErr w:type="spellEnd"/>
      <w:r w:rsidRPr="000D2C63">
        <w:rPr>
          <w:rFonts w:cs="Arial"/>
          <w:lang w:eastAsia="es-ES"/>
        </w:rPr>
        <w:t xml:space="preserve">, </w:t>
      </w:r>
      <w:proofErr w:type="spellStart"/>
      <w:r w:rsidRPr="000D2C63">
        <w:rPr>
          <w:rFonts w:cs="Arial"/>
          <w:lang w:eastAsia="es-ES"/>
        </w:rPr>
        <w:t>separación</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la </w:t>
      </w:r>
      <w:proofErr w:type="spellStart"/>
      <w:r w:rsidRPr="000D2C63">
        <w:rPr>
          <w:rFonts w:cs="Arial"/>
          <w:lang w:eastAsia="es-ES"/>
        </w:rPr>
        <w:t>fuente</w:t>
      </w:r>
      <w:proofErr w:type="spellEnd"/>
      <w:r w:rsidRPr="000D2C63">
        <w:rPr>
          <w:rFonts w:cs="Arial"/>
          <w:lang w:eastAsia="es-ES"/>
        </w:rPr>
        <w:t xml:space="preserve">, </w:t>
      </w:r>
      <w:proofErr w:type="spellStart"/>
      <w:r w:rsidRPr="000D2C63">
        <w:rPr>
          <w:rFonts w:cs="Arial"/>
          <w:lang w:eastAsia="es-ES"/>
        </w:rPr>
        <w:t>almacenamiento</w:t>
      </w:r>
      <w:proofErr w:type="spellEnd"/>
      <w:r w:rsidRPr="000D2C63">
        <w:rPr>
          <w:rFonts w:cs="Arial"/>
          <w:lang w:eastAsia="es-ES"/>
        </w:rPr>
        <w:t xml:space="preserve"> temporal, </w:t>
      </w:r>
      <w:proofErr w:type="spellStart"/>
      <w:r w:rsidRPr="000D2C63">
        <w:rPr>
          <w:rFonts w:cs="Arial"/>
          <w:lang w:eastAsia="es-ES"/>
        </w:rPr>
        <w:t>recolección</w:t>
      </w:r>
      <w:proofErr w:type="spellEnd"/>
      <w:r w:rsidRPr="000D2C63">
        <w:rPr>
          <w:rFonts w:cs="Arial"/>
          <w:lang w:eastAsia="es-ES"/>
        </w:rPr>
        <w:t xml:space="preserve">, </w:t>
      </w:r>
      <w:proofErr w:type="spellStart"/>
      <w:r w:rsidRPr="000D2C63">
        <w:rPr>
          <w:rFonts w:cs="Arial"/>
          <w:lang w:eastAsia="es-ES"/>
        </w:rPr>
        <w:t>transporte</w:t>
      </w:r>
      <w:proofErr w:type="spellEnd"/>
      <w:r w:rsidRPr="000D2C63">
        <w:rPr>
          <w:rFonts w:cs="Arial"/>
          <w:lang w:eastAsia="es-ES"/>
        </w:rPr>
        <w:t xml:space="preserve"> y </w:t>
      </w:r>
      <w:proofErr w:type="spellStart"/>
      <w:r w:rsidRPr="000D2C63">
        <w:rPr>
          <w:rFonts w:cs="Arial"/>
          <w:lang w:eastAsia="es-ES"/>
        </w:rPr>
        <w:t>disposición</w:t>
      </w:r>
      <w:proofErr w:type="spellEnd"/>
      <w:r w:rsidRPr="000D2C63">
        <w:rPr>
          <w:rFonts w:cs="Arial"/>
          <w:lang w:eastAsia="es-ES"/>
        </w:rPr>
        <w:t xml:space="preserve"> final de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residuos</w:t>
      </w:r>
      <w:proofErr w:type="spellEnd"/>
      <w:r w:rsidRPr="000D2C63">
        <w:rPr>
          <w:rFonts w:cs="Arial"/>
          <w:lang w:eastAsia="es-ES"/>
        </w:rPr>
        <w:t xml:space="preserve"> </w:t>
      </w:r>
      <w:proofErr w:type="spellStart"/>
      <w:r w:rsidRPr="000D2C63">
        <w:rPr>
          <w:rFonts w:cs="Arial"/>
          <w:lang w:eastAsia="es-ES"/>
        </w:rPr>
        <w:t>generados</w:t>
      </w:r>
      <w:proofErr w:type="spellEnd"/>
      <w:r w:rsidRPr="000D2C63">
        <w:rPr>
          <w:rFonts w:cs="Arial"/>
          <w:lang w:eastAsia="es-ES"/>
        </w:rPr>
        <w:t xml:space="preserve"> </w:t>
      </w:r>
      <w:proofErr w:type="spellStart"/>
      <w:r w:rsidRPr="000D2C63">
        <w:rPr>
          <w:rFonts w:cs="Arial"/>
          <w:lang w:eastAsia="es-ES"/>
        </w:rPr>
        <w:t>en</w:t>
      </w:r>
      <w:proofErr w:type="spellEnd"/>
      <w:r w:rsidRPr="000D2C63">
        <w:rPr>
          <w:rFonts w:cs="Arial"/>
          <w:lang w:eastAsia="es-ES"/>
        </w:rPr>
        <w:t xml:space="preserve"> </w:t>
      </w:r>
      <w:proofErr w:type="spellStart"/>
      <w:r w:rsidRPr="000D2C63">
        <w:rPr>
          <w:rFonts w:cs="Arial"/>
          <w:lang w:eastAsia="es-ES"/>
        </w:rPr>
        <w:t>desarrollo</w:t>
      </w:r>
      <w:proofErr w:type="spellEnd"/>
      <w:r w:rsidRPr="000D2C63">
        <w:rPr>
          <w:rFonts w:cs="Arial"/>
          <w:lang w:eastAsia="es-ES"/>
        </w:rPr>
        <w:t xml:space="preserve"> del </w:t>
      </w:r>
      <w:proofErr w:type="spellStart"/>
      <w:r w:rsidRPr="000D2C63">
        <w:rPr>
          <w:rFonts w:cs="Arial"/>
          <w:lang w:eastAsia="es-ES"/>
        </w:rPr>
        <w:t>contrato</w:t>
      </w:r>
      <w:proofErr w:type="spellEnd"/>
      <w:r w:rsidRPr="000D2C63">
        <w:rPr>
          <w:rFonts w:cs="Arial"/>
          <w:lang w:eastAsia="es-ES"/>
        </w:rPr>
        <w:t xml:space="preserve">, de </w:t>
      </w:r>
      <w:proofErr w:type="spellStart"/>
      <w:r w:rsidRPr="000D2C63">
        <w:rPr>
          <w:rFonts w:cs="Arial"/>
          <w:lang w:eastAsia="es-ES"/>
        </w:rPr>
        <w:t>conformidad</w:t>
      </w:r>
      <w:proofErr w:type="spellEnd"/>
      <w:r w:rsidRPr="000D2C63">
        <w:rPr>
          <w:rFonts w:cs="Arial"/>
          <w:lang w:eastAsia="es-ES"/>
        </w:rPr>
        <w:t xml:space="preserve"> con la </w:t>
      </w:r>
      <w:proofErr w:type="spellStart"/>
      <w:r w:rsidRPr="000D2C63">
        <w:rPr>
          <w:rFonts w:cs="Arial"/>
          <w:lang w:eastAsia="es-ES"/>
        </w:rPr>
        <w:t>normatividad</w:t>
      </w:r>
      <w:proofErr w:type="spellEnd"/>
      <w:r w:rsidRPr="000D2C63">
        <w:rPr>
          <w:rFonts w:cs="Arial"/>
          <w:lang w:eastAsia="es-ES"/>
        </w:rPr>
        <w:t xml:space="preserve"> </w:t>
      </w:r>
      <w:proofErr w:type="spellStart"/>
      <w:r w:rsidRPr="000D2C63">
        <w:rPr>
          <w:rFonts w:cs="Arial"/>
          <w:lang w:eastAsia="es-ES"/>
        </w:rPr>
        <w:t>ambiental</w:t>
      </w:r>
      <w:proofErr w:type="spellEnd"/>
      <w:r w:rsidRPr="000D2C63">
        <w:rPr>
          <w:rFonts w:cs="Arial"/>
          <w:lang w:eastAsia="es-ES"/>
        </w:rPr>
        <w:t xml:space="preserve"> </w:t>
      </w:r>
      <w:proofErr w:type="spellStart"/>
      <w:r w:rsidRPr="000D2C63">
        <w:rPr>
          <w:rFonts w:cs="Arial"/>
          <w:lang w:eastAsia="es-ES"/>
        </w:rPr>
        <w:t>vigente</w:t>
      </w:r>
      <w:proofErr w:type="spellEnd"/>
      <w:r w:rsidRPr="000D2C63">
        <w:rPr>
          <w:rFonts w:cs="Arial"/>
          <w:lang w:eastAsia="es-ES"/>
        </w:rPr>
        <w:t xml:space="preserve">. En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inmuebles</w:t>
      </w:r>
      <w:proofErr w:type="spellEnd"/>
      <w:r w:rsidRPr="000D2C63">
        <w:rPr>
          <w:rFonts w:cs="Arial"/>
          <w:lang w:eastAsia="es-ES"/>
        </w:rPr>
        <w:t xml:space="preserve"> </w:t>
      </w:r>
      <w:proofErr w:type="spellStart"/>
      <w:r w:rsidRPr="000D2C63">
        <w:rPr>
          <w:rFonts w:cs="Arial"/>
          <w:lang w:eastAsia="es-ES"/>
        </w:rPr>
        <w:t>donde</w:t>
      </w:r>
      <w:proofErr w:type="spellEnd"/>
      <w:r w:rsidRPr="000D2C63">
        <w:rPr>
          <w:rFonts w:cs="Arial"/>
          <w:lang w:eastAsia="es-ES"/>
        </w:rPr>
        <w:t xml:space="preserve"> se </w:t>
      </w:r>
      <w:proofErr w:type="spellStart"/>
      <w:r w:rsidRPr="000D2C63">
        <w:rPr>
          <w:rFonts w:cs="Arial"/>
          <w:lang w:eastAsia="es-ES"/>
        </w:rPr>
        <w:t>genere</w:t>
      </w:r>
      <w:proofErr w:type="spellEnd"/>
      <w:r w:rsidRPr="000D2C63">
        <w:rPr>
          <w:rFonts w:cs="Arial"/>
          <w:lang w:eastAsia="es-ES"/>
        </w:rPr>
        <w:t xml:space="preserve"> </w:t>
      </w:r>
      <w:proofErr w:type="spellStart"/>
      <w:r w:rsidRPr="000D2C63">
        <w:rPr>
          <w:rFonts w:cs="Arial"/>
          <w:lang w:eastAsia="es-ES"/>
        </w:rPr>
        <w:t>residuos</w:t>
      </w:r>
      <w:proofErr w:type="spellEnd"/>
      <w:r w:rsidRPr="000D2C63">
        <w:rPr>
          <w:rFonts w:cs="Arial"/>
          <w:lang w:eastAsia="es-ES"/>
        </w:rPr>
        <w:t xml:space="preserve"> de </w:t>
      </w:r>
      <w:proofErr w:type="spellStart"/>
      <w:r w:rsidRPr="000D2C63">
        <w:rPr>
          <w:rFonts w:cs="Arial"/>
          <w:lang w:eastAsia="es-ES"/>
        </w:rPr>
        <w:t>asbesto-cemento</w:t>
      </w:r>
      <w:proofErr w:type="spellEnd"/>
      <w:r w:rsidRPr="000D2C63">
        <w:rPr>
          <w:rFonts w:cs="Arial"/>
          <w:lang w:eastAsia="es-ES"/>
        </w:rPr>
        <w:t xml:space="preserve">, el </w:t>
      </w:r>
      <w:proofErr w:type="spellStart"/>
      <w:r w:rsidRPr="000D2C63">
        <w:rPr>
          <w:rFonts w:cs="Arial"/>
          <w:lang w:eastAsia="es-ES"/>
        </w:rPr>
        <w:t>contratista</w:t>
      </w:r>
      <w:proofErr w:type="spellEnd"/>
      <w:r w:rsidRPr="000D2C63">
        <w:rPr>
          <w:rFonts w:cs="Arial"/>
          <w:lang w:eastAsia="es-ES"/>
        </w:rPr>
        <w:t xml:space="preserve"> </w:t>
      </w:r>
      <w:proofErr w:type="spellStart"/>
      <w:r w:rsidRPr="000D2C63">
        <w:rPr>
          <w:rFonts w:cs="Arial"/>
          <w:lang w:eastAsia="es-ES"/>
        </w:rPr>
        <w:t>deberá</w:t>
      </w:r>
      <w:proofErr w:type="spellEnd"/>
      <w:r w:rsidRPr="000D2C63">
        <w:rPr>
          <w:rFonts w:cs="Arial"/>
          <w:lang w:eastAsia="es-ES"/>
        </w:rPr>
        <w:t xml:space="preserve"> </w:t>
      </w:r>
      <w:proofErr w:type="spellStart"/>
      <w:r w:rsidRPr="000D2C63">
        <w:rPr>
          <w:rFonts w:cs="Arial"/>
          <w:lang w:eastAsia="es-ES"/>
        </w:rPr>
        <w:t>garantizar</w:t>
      </w:r>
      <w:proofErr w:type="spellEnd"/>
      <w:r w:rsidRPr="000D2C63">
        <w:rPr>
          <w:rFonts w:cs="Arial"/>
          <w:lang w:eastAsia="es-ES"/>
        </w:rPr>
        <w:t xml:space="preserve">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manejo</w:t>
      </w:r>
      <w:proofErr w:type="spellEnd"/>
      <w:r w:rsidRPr="000D2C63">
        <w:rPr>
          <w:rFonts w:cs="Arial"/>
          <w:lang w:eastAsia="es-ES"/>
        </w:rPr>
        <w:t xml:space="preserve"> integral </w:t>
      </w:r>
      <w:proofErr w:type="spellStart"/>
      <w:r w:rsidRPr="000D2C63">
        <w:rPr>
          <w:rFonts w:cs="Arial"/>
          <w:lang w:eastAsia="es-ES"/>
        </w:rPr>
        <w:t>como</w:t>
      </w:r>
      <w:proofErr w:type="spellEnd"/>
      <w:r w:rsidRPr="000D2C63">
        <w:rPr>
          <w:rFonts w:cs="Arial"/>
          <w:lang w:eastAsia="es-ES"/>
        </w:rPr>
        <w:t xml:space="preserve"> </w:t>
      </w:r>
      <w:proofErr w:type="spellStart"/>
      <w:r w:rsidRPr="000D2C63">
        <w:rPr>
          <w:rFonts w:cs="Arial"/>
          <w:lang w:eastAsia="es-ES"/>
        </w:rPr>
        <w:t>residuo</w:t>
      </w:r>
      <w:proofErr w:type="spellEnd"/>
      <w:r w:rsidRPr="000D2C63">
        <w:rPr>
          <w:rFonts w:cs="Arial"/>
          <w:lang w:eastAsia="es-ES"/>
        </w:rPr>
        <w:t xml:space="preserve"> de </w:t>
      </w:r>
      <w:proofErr w:type="spellStart"/>
      <w:r w:rsidRPr="000D2C63">
        <w:rPr>
          <w:rFonts w:cs="Arial"/>
          <w:lang w:eastAsia="es-ES"/>
        </w:rPr>
        <w:t>manejo</w:t>
      </w:r>
      <w:proofErr w:type="spellEnd"/>
      <w:r w:rsidRPr="000D2C63">
        <w:rPr>
          <w:rFonts w:cs="Arial"/>
          <w:lang w:eastAsia="es-ES"/>
        </w:rPr>
        <w:t xml:space="preserve"> especial o </w:t>
      </w:r>
      <w:proofErr w:type="spellStart"/>
      <w:r w:rsidRPr="000D2C63">
        <w:rPr>
          <w:rFonts w:cs="Arial"/>
          <w:lang w:eastAsia="es-ES"/>
        </w:rPr>
        <w:t>peligroso</w:t>
      </w:r>
      <w:proofErr w:type="spellEnd"/>
      <w:r w:rsidRPr="000D2C63">
        <w:rPr>
          <w:rFonts w:cs="Arial"/>
          <w:lang w:eastAsia="es-ES"/>
        </w:rPr>
        <w:t xml:space="preserve">, </w:t>
      </w:r>
      <w:proofErr w:type="spellStart"/>
      <w:r w:rsidRPr="000D2C63">
        <w:rPr>
          <w:rFonts w:cs="Arial"/>
          <w:lang w:eastAsia="es-ES"/>
        </w:rPr>
        <w:t>según</w:t>
      </w:r>
      <w:proofErr w:type="spellEnd"/>
      <w:r w:rsidRPr="000D2C63">
        <w:rPr>
          <w:rFonts w:cs="Arial"/>
          <w:lang w:eastAsia="es-ES"/>
        </w:rPr>
        <w:t xml:space="preserve"> la </w:t>
      </w:r>
      <w:proofErr w:type="spellStart"/>
      <w:r w:rsidRPr="000D2C63">
        <w:rPr>
          <w:rFonts w:cs="Arial"/>
          <w:lang w:eastAsia="es-ES"/>
        </w:rPr>
        <w:t>normativa</w:t>
      </w:r>
      <w:proofErr w:type="spellEnd"/>
      <w:r w:rsidRPr="000D2C63">
        <w:rPr>
          <w:rFonts w:cs="Arial"/>
          <w:lang w:eastAsia="es-ES"/>
        </w:rPr>
        <w:t xml:space="preserve"> </w:t>
      </w:r>
      <w:proofErr w:type="spellStart"/>
      <w:r w:rsidRPr="000D2C63">
        <w:rPr>
          <w:rFonts w:cs="Arial"/>
          <w:lang w:eastAsia="es-ES"/>
        </w:rPr>
        <w:t>aplicable</w:t>
      </w:r>
      <w:proofErr w:type="spellEnd"/>
      <w:r w:rsidRPr="000D2C63">
        <w:rPr>
          <w:rFonts w:cs="Arial"/>
          <w:lang w:eastAsia="es-ES"/>
        </w:rPr>
        <w:t xml:space="preserve">, </w:t>
      </w:r>
      <w:proofErr w:type="spellStart"/>
      <w:r w:rsidRPr="000D2C63">
        <w:rPr>
          <w:rFonts w:cs="Arial"/>
          <w:lang w:eastAsia="es-ES"/>
        </w:rPr>
        <w:t>adoptando</w:t>
      </w:r>
      <w:proofErr w:type="spellEnd"/>
      <w:r w:rsidRPr="000D2C63">
        <w:rPr>
          <w:rFonts w:cs="Arial"/>
          <w:lang w:eastAsia="es-ES"/>
        </w:rPr>
        <w:t xml:space="preserve"> las </w:t>
      </w:r>
      <w:proofErr w:type="spellStart"/>
      <w:r w:rsidRPr="000D2C63">
        <w:rPr>
          <w:rFonts w:cs="Arial"/>
          <w:lang w:eastAsia="es-ES"/>
        </w:rPr>
        <w:t>medidas</w:t>
      </w:r>
      <w:proofErr w:type="spellEnd"/>
      <w:r w:rsidRPr="000D2C63">
        <w:rPr>
          <w:rFonts w:cs="Arial"/>
          <w:lang w:eastAsia="es-ES"/>
        </w:rPr>
        <w:t xml:space="preserve"> de </w:t>
      </w:r>
      <w:proofErr w:type="spellStart"/>
      <w:r w:rsidRPr="000D2C63">
        <w:rPr>
          <w:rFonts w:cs="Arial"/>
          <w:lang w:eastAsia="es-ES"/>
        </w:rPr>
        <w:t>seguridad</w:t>
      </w:r>
      <w:proofErr w:type="spellEnd"/>
      <w:r w:rsidRPr="000D2C63">
        <w:rPr>
          <w:rFonts w:cs="Arial"/>
          <w:lang w:eastAsia="es-ES"/>
        </w:rPr>
        <w:t xml:space="preserve"> para </w:t>
      </w:r>
      <w:proofErr w:type="spellStart"/>
      <w:r w:rsidRPr="000D2C63">
        <w:rPr>
          <w:rFonts w:cs="Arial"/>
          <w:lang w:eastAsia="es-ES"/>
        </w:rPr>
        <w:t>prevenir</w:t>
      </w:r>
      <w:proofErr w:type="spellEnd"/>
      <w:r w:rsidRPr="000D2C63">
        <w:rPr>
          <w:rFonts w:cs="Arial"/>
          <w:lang w:eastAsia="es-ES"/>
        </w:rPr>
        <w:t xml:space="preserve"> la </w:t>
      </w:r>
      <w:proofErr w:type="spellStart"/>
      <w:r w:rsidRPr="000D2C63">
        <w:rPr>
          <w:rFonts w:cs="Arial"/>
          <w:lang w:eastAsia="es-ES"/>
        </w:rPr>
        <w:t>liberación</w:t>
      </w:r>
      <w:proofErr w:type="spellEnd"/>
      <w:r w:rsidRPr="000D2C63">
        <w:rPr>
          <w:rFonts w:cs="Arial"/>
          <w:lang w:eastAsia="es-ES"/>
        </w:rPr>
        <w:t xml:space="preserve"> de </w:t>
      </w:r>
      <w:proofErr w:type="spellStart"/>
      <w:r w:rsidRPr="000D2C63">
        <w:rPr>
          <w:rFonts w:cs="Arial"/>
          <w:lang w:eastAsia="es-ES"/>
        </w:rPr>
        <w:t>fibras</w:t>
      </w:r>
      <w:proofErr w:type="spellEnd"/>
      <w:r w:rsidRPr="000D2C63">
        <w:rPr>
          <w:rFonts w:cs="Arial"/>
          <w:lang w:eastAsia="es-ES"/>
        </w:rPr>
        <w:t xml:space="preserve">, </w:t>
      </w:r>
      <w:proofErr w:type="spellStart"/>
      <w:r w:rsidRPr="000D2C63">
        <w:rPr>
          <w:rFonts w:cs="Arial"/>
          <w:lang w:eastAsia="es-ES"/>
        </w:rPr>
        <w:t>utilizando</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elementos</w:t>
      </w:r>
      <w:proofErr w:type="spellEnd"/>
      <w:r w:rsidRPr="000D2C63">
        <w:rPr>
          <w:rFonts w:cs="Arial"/>
          <w:lang w:eastAsia="es-ES"/>
        </w:rPr>
        <w:t xml:space="preserve"> de </w:t>
      </w:r>
      <w:proofErr w:type="spellStart"/>
      <w:r w:rsidRPr="000D2C63">
        <w:rPr>
          <w:rFonts w:cs="Arial"/>
          <w:lang w:eastAsia="es-ES"/>
        </w:rPr>
        <w:t>protección</w:t>
      </w:r>
      <w:proofErr w:type="spellEnd"/>
      <w:r w:rsidRPr="000D2C63">
        <w:rPr>
          <w:rFonts w:cs="Arial"/>
          <w:lang w:eastAsia="es-ES"/>
        </w:rPr>
        <w:t xml:space="preserve"> personal </w:t>
      </w:r>
      <w:proofErr w:type="spellStart"/>
      <w:r w:rsidRPr="000D2C63">
        <w:rPr>
          <w:rFonts w:cs="Arial"/>
          <w:lang w:eastAsia="es-ES"/>
        </w:rPr>
        <w:t>requeridos</w:t>
      </w:r>
      <w:proofErr w:type="spellEnd"/>
      <w:r w:rsidRPr="000D2C63">
        <w:rPr>
          <w:rFonts w:cs="Arial"/>
          <w:lang w:eastAsia="es-ES"/>
        </w:rPr>
        <w:t xml:space="preserve">, </w:t>
      </w:r>
      <w:proofErr w:type="spellStart"/>
      <w:r w:rsidRPr="000D2C63">
        <w:rPr>
          <w:rFonts w:cs="Arial"/>
          <w:lang w:eastAsia="es-ES"/>
        </w:rPr>
        <w:t>realizando</w:t>
      </w:r>
      <w:proofErr w:type="spellEnd"/>
      <w:r w:rsidRPr="000D2C63">
        <w:rPr>
          <w:rFonts w:cs="Arial"/>
          <w:lang w:eastAsia="es-ES"/>
        </w:rPr>
        <w:t xml:space="preserve"> el </w:t>
      </w:r>
      <w:proofErr w:type="spellStart"/>
      <w:r w:rsidRPr="000D2C63">
        <w:rPr>
          <w:rFonts w:cs="Arial"/>
          <w:lang w:eastAsia="es-ES"/>
        </w:rPr>
        <w:t>embalaje</w:t>
      </w:r>
      <w:proofErr w:type="spellEnd"/>
      <w:r w:rsidRPr="000D2C63">
        <w:rPr>
          <w:rFonts w:cs="Arial"/>
          <w:lang w:eastAsia="es-ES"/>
        </w:rPr>
        <w:t xml:space="preserve">, </w:t>
      </w:r>
      <w:proofErr w:type="spellStart"/>
      <w:r w:rsidRPr="000D2C63">
        <w:rPr>
          <w:rFonts w:cs="Arial"/>
          <w:lang w:eastAsia="es-ES"/>
        </w:rPr>
        <w:t>rotulado</w:t>
      </w:r>
      <w:proofErr w:type="spellEnd"/>
      <w:r w:rsidRPr="000D2C63">
        <w:rPr>
          <w:rFonts w:cs="Arial"/>
          <w:lang w:eastAsia="es-ES"/>
        </w:rPr>
        <w:t xml:space="preserve">, </w:t>
      </w:r>
      <w:proofErr w:type="spellStart"/>
      <w:r w:rsidRPr="000D2C63">
        <w:rPr>
          <w:rFonts w:cs="Arial"/>
          <w:lang w:eastAsia="es-ES"/>
        </w:rPr>
        <w:t>almacenamiento</w:t>
      </w:r>
      <w:proofErr w:type="spellEnd"/>
      <w:r w:rsidRPr="000D2C63">
        <w:rPr>
          <w:rFonts w:cs="Arial"/>
          <w:lang w:eastAsia="es-ES"/>
        </w:rPr>
        <w:t xml:space="preserve">, </w:t>
      </w:r>
      <w:proofErr w:type="spellStart"/>
      <w:r w:rsidRPr="000D2C63">
        <w:rPr>
          <w:rFonts w:cs="Arial"/>
          <w:lang w:eastAsia="es-ES"/>
        </w:rPr>
        <w:t>transporte</w:t>
      </w:r>
      <w:proofErr w:type="spellEnd"/>
      <w:r w:rsidRPr="000D2C63">
        <w:rPr>
          <w:rFonts w:cs="Arial"/>
          <w:lang w:eastAsia="es-ES"/>
        </w:rPr>
        <w:t xml:space="preserve"> y </w:t>
      </w:r>
      <w:proofErr w:type="spellStart"/>
      <w:r w:rsidRPr="000D2C63">
        <w:rPr>
          <w:rFonts w:cs="Arial"/>
          <w:lang w:eastAsia="es-ES"/>
        </w:rPr>
        <w:t>disposición</w:t>
      </w:r>
      <w:proofErr w:type="spellEnd"/>
      <w:r w:rsidRPr="000D2C63">
        <w:rPr>
          <w:rFonts w:cs="Arial"/>
          <w:lang w:eastAsia="es-ES"/>
        </w:rPr>
        <w:t xml:space="preserve"> final a </w:t>
      </w:r>
      <w:proofErr w:type="spellStart"/>
      <w:r w:rsidRPr="000D2C63">
        <w:rPr>
          <w:rFonts w:cs="Arial"/>
          <w:lang w:eastAsia="es-ES"/>
        </w:rPr>
        <w:t>través</w:t>
      </w:r>
      <w:proofErr w:type="spellEnd"/>
      <w:r w:rsidRPr="000D2C63">
        <w:rPr>
          <w:rFonts w:cs="Arial"/>
          <w:lang w:eastAsia="es-ES"/>
        </w:rPr>
        <w:t xml:space="preserve"> de un gestor </w:t>
      </w:r>
      <w:proofErr w:type="spellStart"/>
      <w:r w:rsidRPr="000D2C63">
        <w:rPr>
          <w:rFonts w:cs="Arial"/>
          <w:lang w:eastAsia="es-ES"/>
        </w:rPr>
        <w:t>autorizado</w:t>
      </w:r>
      <w:proofErr w:type="spellEnd"/>
      <w:r w:rsidRPr="000D2C63">
        <w:rPr>
          <w:rFonts w:cs="Arial"/>
          <w:lang w:eastAsia="es-ES"/>
        </w:rPr>
        <w:t xml:space="preserve">, </w:t>
      </w:r>
      <w:proofErr w:type="spellStart"/>
      <w:r w:rsidRPr="000D2C63">
        <w:rPr>
          <w:rFonts w:cs="Arial"/>
          <w:lang w:eastAsia="es-ES"/>
        </w:rPr>
        <w:t>conservando</w:t>
      </w:r>
      <w:proofErr w:type="spellEnd"/>
      <w:r w:rsidRPr="000D2C63">
        <w:rPr>
          <w:rFonts w:cs="Arial"/>
          <w:lang w:eastAsia="es-ES"/>
        </w:rPr>
        <w:t xml:space="preserve"> </w:t>
      </w:r>
      <w:proofErr w:type="spellStart"/>
      <w:r w:rsidRPr="000D2C63">
        <w:rPr>
          <w:rFonts w:cs="Arial"/>
          <w:lang w:eastAsia="es-ES"/>
        </w:rPr>
        <w:t>los</w:t>
      </w:r>
      <w:proofErr w:type="spellEnd"/>
      <w:r w:rsidRPr="000D2C63">
        <w:rPr>
          <w:rFonts w:cs="Arial"/>
          <w:lang w:eastAsia="es-ES"/>
        </w:rPr>
        <w:t xml:space="preserve"> </w:t>
      </w:r>
      <w:proofErr w:type="spellStart"/>
      <w:r w:rsidRPr="000D2C63">
        <w:rPr>
          <w:rFonts w:cs="Arial"/>
          <w:lang w:eastAsia="es-ES"/>
        </w:rPr>
        <w:t>soportes</w:t>
      </w:r>
      <w:proofErr w:type="spellEnd"/>
      <w:r w:rsidRPr="000D2C63">
        <w:rPr>
          <w:rFonts w:cs="Arial"/>
          <w:lang w:eastAsia="es-ES"/>
        </w:rPr>
        <w:t xml:space="preserve"> </w:t>
      </w:r>
      <w:proofErr w:type="spellStart"/>
      <w:r w:rsidRPr="000D2C63">
        <w:rPr>
          <w:rFonts w:cs="Arial"/>
          <w:lang w:eastAsia="es-ES"/>
        </w:rPr>
        <w:t>que</w:t>
      </w:r>
      <w:proofErr w:type="spellEnd"/>
      <w:r w:rsidRPr="000D2C63">
        <w:rPr>
          <w:rFonts w:cs="Arial"/>
          <w:lang w:eastAsia="es-ES"/>
        </w:rPr>
        <w:t xml:space="preserve"> </w:t>
      </w:r>
      <w:proofErr w:type="spellStart"/>
      <w:r w:rsidRPr="000D2C63">
        <w:rPr>
          <w:rFonts w:cs="Arial"/>
          <w:lang w:eastAsia="es-ES"/>
        </w:rPr>
        <w:t>acrediten</w:t>
      </w:r>
      <w:proofErr w:type="spellEnd"/>
      <w:r w:rsidRPr="000D2C63">
        <w:rPr>
          <w:rFonts w:cs="Arial"/>
          <w:lang w:eastAsia="es-ES"/>
        </w:rPr>
        <w:t xml:space="preserve"> </w:t>
      </w:r>
      <w:proofErr w:type="spellStart"/>
      <w:r w:rsidRPr="000D2C63">
        <w:rPr>
          <w:rFonts w:cs="Arial"/>
          <w:lang w:eastAsia="es-ES"/>
        </w:rPr>
        <w:t>su</w:t>
      </w:r>
      <w:proofErr w:type="spellEnd"/>
      <w:r w:rsidRPr="000D2C63">
        <w:rPr>
          <w:rFonts w:cs="Arial"/>
          <w:lang w:eastAsia="es-ES"/>
        </w:rPr>
        <w:t xml:space="preserve"> </w:t>
      </w:r>
      <w:proofErr w:type="spellStart"/>
      <w:r w:rsidRPr="000D2C63">
        <w:rPr>
          <w:rFonts w:cs="Arial"/>
          <w:lang w:eastAsia="es-ES"/>
        </w:rPr>
        <w:t>adecuada</w:t>
      </w:r>
      <w:proofErr w:type="spellEnd"/>
      <w:r w:rsidRPr="000D2C63">
        <w:rPr>
          <w:rFonts w:cs="Arial"/>
          <w:lang w:eastAsia="es-ES"/>
        </w:rPr>
        <w:t xml:space="preserve"> </w:t>
      </w:r>
      <w:proofErr w:type="spellStart"/>
      <w:r w:rsidRPr="000D2C63">
        <w:rPr>
          <w:rFonts w:cs="Arial"/>
          <w:lang w:eastAsia="es-ES"/>
        </w:rPr>
        <w:t>gestión</w:t>
      </w:r>
      <w:proofErr w:type="spellEnd"/>
      <w:r w:rsidRPr="000D2C63">
        <w:rPr>
          <w:rFonts w:cs="Arial"/>
          <w:lang w:eastAsia="es-ES"/>
        </w:rPr>
        <w:t xml:space="preserve"> y </w:t>
      </w:r>
      <w:proofErr w:type="spellStart"/>
      <w:r w:rsidRPr="000D2C63">
        <w:rPr>
          <w:rFonts w:cs="Arial"/>
          <w:lang w:eastAsia="es-ES"/>
        </w:rPr>
        <w:t>disposición</w:t>
      </w:r>
      <w:proofErr w:type="spellEnd"/>
      <w:r w:rsidRPr="000D2C63">
        <w:rPr>
          <w:rFonts w:cs="Arial"/>
          <w:lang w:eastAsia="es-ES"/>
        </w:rPr>
        <w:t xml:space="preserve"> final.</w:t>
      </w:r>
    </w:p>
    <w:p w14:paraId="716F1A26" w14:textId="77777777" w:rsidR="00F4330E" w:rsidRPr="000D2C63" w:rsidRDefault="00F4330E" w:rsidP="00F4330E">
      <w:pPr>
        <w:jc w:val="both"/>
        <w:rPr>
          <w:rFonts w:ascii="Footlight MT Light" w:hAnsi="Footlight MT Light" w:cs="Tahoma"/>
          <w:sz w:val="26"/>
          <w:lang w:eastAsia="es-ES"/>
        </w:rPr>
      </w:pPr>
    </w:p>
    <w:p w14:paraId="4E4B0D01" w14:textId="77777777" w:rsidR="00F4330E" w:rsidRPr="000D2C63" w:rsidRDefault="00F4330E" w:rsidP="00F4330E">
      <w:pPr>
        <w:numPr>
          <w:ilvl w:val="0"/>
          <w:numId w:val="19"/>
        </w:numPr>
        <w:tabs>
          <w:tab w:val="center" w:pos="4252"/>
          <w:tab w:val="right" w:pos="8504"/>
        </w:tabs>
        <w:spacing w:after="0"/>
        <w:jc w:val="both"/>
        <w:rPr>
          <w:rFonts w:cs="Arial"/>
          <w:lang w:eastAsia="es-ES"/>
        </w:rPr>
      </w:pPr>
      <w:r w:rsidRPr="000D2C63">
        <w:rPr>
          <w:rFonts w:cs="Arial"/>
          <w:lang w:val="es-ES"/>
        </w:rPr>
        <w:t xml:space="preserve">El Contratista, una vez suscrito el Contrato, deberá entregar la siguiente documentación: </w:t>
      </w:r>
    </w:p>
    <w:p w14:paraId="303EBA1A" w14:textId="77777777" w:rsidR="00F4330E" w:rsidRPr="000D2C63" w:rsidRDefault="00F4330E" w:rsidP="00F4330E">
      <w:pPr>
        <w:jc w:val="both"/>
        <w:rPr>
          <w:rFonts w:cs="Arial"/>
          <w:lang w:val="es-ES"/>
        </w:rPr>
      </w:pPr>
    </w:p>
    <w:p w14:paraId="71765002" w14:textId="77777777" w:rsidR="00F4330E" w:rsidRPr="000D2C63" w:rsidRDefault="00F4330E" w:rsidP="00F4330E">
      <w:pPr>
        <w:numPr>
          <w:ilvl w:val="0"/>
          <w:numId w:val="16"/>
        </w:numPr>
        <w:spacing w:after="0" w:line="240" w:lineRule="auto"/>
        <w:jc w:val="both"/>
        <w:rPr>
          <w:rFonts w:cs="Arial"/>
          <w:lang w:val="es-ES"/>
        </w:rPr>
      </w:pPr>
      <w:r w:rsidRPr="000D2C63">
        <w:rPr>
          <w:rFonts w:cs="Arial"/>
          <w:lang w:val="es-ES"/>
        </w:rPr>
        <w:t xml:space="preserve">Certificación suscrita por el Contratista en la que conste que la empresa cuenta con un Sistema de Gestión de Seguridad en Salud en el Trabajo – SG-SST y/o que lo está implementando, el cual debe indicar que está enfocado al riesgo correspondiente al objeto del contrato, de conformidad con lo previsto en el Acuerdo No. PSAA16-10560 de 2016 del Consejo Superior de la Judicatura, indicando el Proceso de Contratación del cual se hace referencia y la fecha de expedición de la certificación. </w:t>
      </w:r>
    </w:p>
    <w:p w14:paraId="62E85163" w14:textId="77777777" w:rsidR="00F4330E" w:rsidRPr="000D2C63" w:rsidRDefault="00F4330E" w:rsidP="00F4330E">
      <w:pPr>
        <w:ind w:left="720"/>
        <w:jc w:val="both"/>
        <w:rPr>
          <w:rFonts w:cs="Arial"/>
          <w:lang w:val="es-ES"/>
        </w:rPr>
      </w:pPr>
    </w:p>
    <w:p w14:paraId="05873C21" w14:textId="77777777" w:rsidR="00F4330E" w:rsidRPr="000D2C63" w:rsidRDefault="00F4330E" w:rsidP="00F4330E">
      <w:pPr>
        <w:ind w:left="720"/>
        <w:jc w:val="both"/>
        <w:rPr>
          <w:rFonts w:cs="Arial"/>
          <w:lang w:val="es-ES"/>
        </w:rPr>
      </w:pPr>
      <w:r w:rsidRPr="000D2C63">
        <w:rPr>
          <w:rFonts w:cs="Arial"/>
          <w:lang w:val="es-ES"/>
        </w:rPr>
        <w:t>Así mismo deberá anexar la respectiva Certificación del cumplimiento de los estándares mínimos del Sistema de Gestión de Seguridad y Salud en el Trabajo suscrita por la ARL o por el Ministerio del Trabajo, donde se evidencie el nivel de su evaluación en un nivel Aceptable, que corresponda al periodo de evaluación del año 2024, conforme al Artículo 26 de la Resolución No. 0312 de 2019.</w:t>
      </w:r>
    </w:p>
    <w:p w14:paraId="301A6673" w14:textId="77777777" w:rsidR="00F4330E" w:rsidRPr="000D2C63" w:rsidRDefault="00F4330E" w:rsidP="00F4330E">
      <w:pPr>
        <w:ind w:left="720"/>
        <w:jc w:val="both"/>
        <w:rPr>
          <w:rFonts w:cs="Arial"/>
          <w:lang w:val="es-ES"/>
        </w:rPr>
      </w:pPr>
    </w:p>
    <w:p w14:paraId="7FD926E9" w14:textId="77777777" w:rsidR="00F4330E" w:rsidRPr="000D2C63" w:rsidRDefault="00F4330E" w:rsidP="00F4330E">
      <w:pPr>
        <w:ind w:left="720"/>
        <w:jc w:val="both"/>
        <w:rPr>
          <w:rFonts w:cs="Arial"/>
          <w:lang w:val="es-ES"/>
        </w:rPr>
      </w:pPr>
      <w:r w:rsidRPr="000D2C63">
        <w:rPr>
          <w:rFonts w:cs="Arial"/>
          <w:lang w:val="es-ES"/>
        </w:rPr>
        <w:t>En el caso de los Consorcios y de las Uniones Temporales, cada integrante deberá cumplir con lo indicado en este numeral.</w:t>
      </w:r>
    </w:p>
    <w:p w14:paraId="48B6B061" w14:textId="77777777" w:rsidR="00F4330E" w:rsidRPr="000D2C63" w:rsidRDefault="00F4330E" w:rsidP="00F4330E">
      <w:pPr>
        <w:ind w:left="720"/>
        <w:jc w:val="both"/>
        <w:rPr>
          <w:rFonts w:cs="Arial"/>
          <w:lang w:val="es-ES"/>
        </w:rPr>
      </w:pPr>
    </w:p>
    <w:p w14:paraId="23995D45" w14:textId="77777777" w:rsidR="00F4330E" w:rsidRPr="000D2C63" w:rsidRDefault="00F4330E" w:rsidP="00F4330E">
      <w:pPr>
        <w:numPr>
          <w:ilvl w:val="0"/>
          <w:numId w:val="16"/>
        </w:numPr>
        <w:spacing w:after="0" w:line="240" w:lineRule="auto"/>
        <w:jc w:val="both"/>
        <w:rPr>
          <w:rFonts w:cs="Arial"/>
          <w:lang w:val="es-ES"/>
        </w:rPr>
      </w:pPr>
      <w:r w:rsidRPr="000D2C63">
        <w:rPr>
          <w:rFonts w:cs="Arial"/>
          <w:lang w:val="es-ES"/>
        </w:rPr>
        <w:t xml:space="preserve">Certificación por el Contratista, por medio de la cual manifiesta que se obliga para con la Dirección Seccional de Administración Judicial de Cali – Valle del Cauca, a ejecutar con los precios ofertados </w:t>
      </w:r>
      <w:r w:rsidRPr="000D2C63">
        <w:rPr>
          <w:rFonts w:cs="Arial"/>
          <w:lang w:val="es-ES"/>
        </w:rPr>
        <w:lastRenderedPageBreak/>
        <w:t xml:space="preserve">y hasta el recibo final de la obra, las actividades contenidas en el documento “ACTIVIDADES DE OBRA” </w:t>
      </w:r>
    </w:p>
    <w:p w14:paraId="4D9BE659" w14:textId="77777777" w:rsidR="00F4330E" w:rsidRPr="000D2C63" w:rsidRDefault="00F4330E" w:rsidP="00F4330E">
      <w:pPr>
        <w:jc w:val="both"/>
        <w:rPr>
          <w:rFonts w:cs="Arial"/>
          <w:lang w:val="es-ES"/>
        </w:rPr>
      </w:pPr>
    </w:p>
    <w:p w14:paraId="70E0CCB4" w14:textId="77777777" w:rsidR="00F4330E" w:rsidRPr="000D2C63" w:rsidRDefault="00F4330E" w:rsidP="00F4330E">
      <w:pPr>
        <w:numPr>
          <w:ilvl w:val="0"/>
          <w:numId w:val="16"/>
        </w:numPr>
        <w:spacing w:after="0" w:line="240" w:lineRule="auto"/>
        <w:jc w:val="both"/>
        <w:rPr>
          <w:rFonts w:cs="Arial"/>
          <w:lang w:val="es-ES"/>
        </w:rPr>
      </w:pPr>
      <w:r w:rsidRPr="000D2C63">
        <w:rPr>
          <w:rFonts w:cs="Arial"/>
          <w:lang w:val="es-ES"/>
        </w:rPr>
        <w:t>Registro Único Tributario (RUT) actualizado, con el objeto de determinar las obligaciones tributarias que cada proveedor tiene ante la DIAN; y determinar la clase, clasificación y porcentaje de retención que se le debe aplicar en el momento de realizar el pago del futuro contrato. La responsabilidad 52-Facturador Electrónico debe estar habilitada ante la DIAN y registrada en el RUT.</w:t>
      </w:r>
    </w:p>
    <w:p w14:paraId="7B1A1690" w14:textId="77777777" w:rsidR="00F4330E" w:rsidRPr="000D2C63" w:rsidRDefault="00F4330E" w:rsidP="00F4330E">
      <w:pPr>
        <w:widowControl w:val="0"/>
        <w:ind w:right="-57"/>
        <w:jc w:val="both"/>
        <w:rPr>
          <w:rFonts w:cs="Arial"/>
          <w:lang w:val="es-ES"/>
        </w:rPr>
      </w:pPr>
    </w:p>
    <w:p w14:paraId="32E09836" w14:textId="77777777" w:rsidR="00F4330E" w:rsidRPr="000D2C63" w:rsidRDefault="00F4330E" w:rsidP="00F4330E">
      <w:pPr>
        <w:widowControl w:val="0"/>
        <w:ind w:left="651" w:right="-57"/>
        <w:jc w:val="both"/>
        <w:rPr>
          <w:rFonts w:cs="Arial"/>
          <w:lang w:val="es-ES"/>
        </w:rPr>
      </w:pPr>
      <w:r w:rsidRPr="000D2C63">
        <w:rPr>
          <w:rFonts w:cs="Arial"/>
          <w:lang w:val="es-ES"/>
        </w:rPr>
        <w:t>Documento que se debe generar con fecha del año 2026.</w:t>
      </w:r>
    </w:p>
    <w:p w14:paraId="6D3C19DE" w14:textId="77777777" w:rsidR="00F4330E" w:rsidRPr="000D2C63" w:rsidRDefault="00F4330E" w:rsidP="00F4330E">
      <w:pPr>
        <w:ind w:left="651"/>
        <w:contextualSpacing/>
        <w:jc w:val="both"/>
        <w:rPr>
          <w:rFonts w:cs="Arial"/>
          <w:lang w:val="es-ES"/>
        </w:rPr>
      </w:pPr>
    </w:p>
    <w:p w14:paraId="35B95A14" w14:textId="77777777" w:rsidR="00F4330E" w:rsidRPr="000D2C63" w:rsidRDefault="00F4330E" w:rsidP="00F4330E">
      <w:pPr>
        <w:ind w:left="651"/>
        <w:contextualSpacing/>
        <w:jc w:val="both"/>
        <w:rPr>
          <w:rFonts w:cs="Arial"/>
          <w:lang w:val="es-ES"/>
        </w:rPr>
      </w:pPr>
      <w:r w:rsidRPr="000D2C63">
        <w:rPr>
          <w:rFonts w:cs="Arial"/>
          <w:lang w:val="es-ES"/>
        </w:rPr>
        <w:t>En caso de Consorcios y Uniones Temporales, se deberá allegar el RUT de los miembros de la estructura plural.</w:t>
      </w:r>
    </w:p>
    <w:p w14:paraId="22C171A2" w14:textId="77777777" w:rsidR="00F4330E" w:rsidRPr="000D2C63" w:rsidRDefault="00F4330E" w:rsidP="00F4330E">
      <w:pPr>
        <w:widowControl w:val="0"/>
        <w:ind w:right="-57"/>
        <w:contextualSpacing/>
        <w:jc w:val="both"/>
        <w:rPr>
          <w:rFonts w:cs="Arial"/>
          <w:lang w:val="es-ES"/>
        </w:rPr>
      </w:pPr>
    </w:p>
    <w:p w14:paraId="72310873" w14:textId="77777777" w:rsidR="00F4330E" w:rsidRPr="000D2C63" w:rsidRDefault="00F4330E" w:rsidP="00F4330E">
      <w:pPr>
        <w:widowControl w:val="0"/>
        <w:numPr>
          <w:ilvl w:val="0"/>
          <w:numId w:val="16"/>
        </w:numPr>
        <w:spacing w:after="0" w:line="240" w:lineRule="auto"/>
        <w:ind w:right="-57"/>
        <w:contextualSpacing/>
        <w:jc w:val="both"/>
        <w:rPr>
          <w:rFonts w:cs="Arial"/>
          <w:lang w:val="es-ES"/>
        </w:rPr>
      </w:pPr>
      <w:r w:rsidRPr="000D2C63">
        <w:rPr>
          <w:rFonts w:cs="Arial"/>
          <w:lang w:val="es-ES"/>
        </w:rPr>
        <w:t>Formato Información Tributaria y de Beneficiario Cuenta, Anexo según corresponda</w:t>
      </w:r>
    </w:p>
    <w:p w14:paraId="5E1E113F" w14:textId="77777777" w:rsidR="00F4330E" w:rsidRPr="000D2C63" w:rsidRDefault="00F4330E" w:rsidP="00F4330E">
      <w:pPr>
        <w:ind w:left="360"/>
        <w:contextualSpacing/>
        <w:jc w:val="both"/>
        <w:rPr>
          <w:rFonts w:cs="Arial"/>
          <w:lang w:val="es-ES"/>
        </w:rPr>
      </w:pPr>
    </w:p>
    <w:p w14:paraId="42888643" w14:textId="77777777" w:rsidR="00F4330E" w:rsidRPr="000D2C63" w:rsidRDefault="00F4330E" w:rsidP="00F4330E">
      <w:pPr>
        <w:ind w:left="360"/>
        <w:contextualSpacing/>
        <w:jc w:val="both"/>
        <w:rPr>
          <w:rFonts w:cs="Arial"/>
          <w:lang w:val="es-ES"/>
        </w:rPr>
      </w:pPr>
      <w:r w:rsidRPr="000D2C63">
        <w:rPr>
          <w:rFonts w:cs="Arial"/>
          <w:lang w:val="es-ES"/>
        </w:rPr>
        <w:t>En caso de Consorcios y Uniones Temporales, se deberá allegar este anexo por cada uno de los miembros de la estructura plural.</w:t>
      </w:r>
    </w:p>
    <w:p w14:paraId="0A939328" w14:textId="77777777" w:rsidR="00F4330E" w:rsidRPr="000D2C63" w:rsidRDefault="00F4330E" w:rsidP="00F4330E">
      <w:pPr>
        <w:ind w:left="720"/>
        <w:jc w:val="both"/>
        <w:rPr>
          <w:rFonts w:cs="Arial"/>
          <w:lang w:val="es-ES"/>
        </w:rPr>
      </w:pPr>
    </w:p>
    <w:p w14:paraId="5A811EB3" w14:textId="77777777" w:rsidR="00F4330E" w:rsidRPr="000D2C63" w:rsidRDefault="00F4330E" w:rsidP="00F4330E">
      <w:pPr>
        <w:numPr>
          <w:ilvl w:val="0"/>
          <w:numId w:val="19"/>
        </w:numPr>
        <w:spacing w:after="0" w:line="240" w:lineRule="auto"/>
        <w:jc w:val="both"/>
        <w:rPr>
          <w:rFonts w:cs="Arial"/>
          <w:color w:val="000000" w:themeColor="text1"/>
          <w:lang w:val="es-ES_tradnl"/>
        </w:rPr>
      </w:pPr>
      <w:r w:rsidRPr="000D2C63">
        <w:rPr>
          <w:rFonts w:cs="Arial"/>
          <w:color w:val="000000" w:themeColor="text1"/>
          <w:lang w:val="es-ES_tradnl"/>
        </w:rPr>
        <w:t>Todas las obras que impliquen instalaciones/materiales eléctricos deberán cumplir con las normas vigentes NTC 2050, RETIE y RETILAP. (si aplica)</w:t>
      </w:r>
    </w:p>
    <w:p w14:paraId="2683A992" w14:textId="77777777" w:rsidR="00F4330E" w:rsidRPr="000D2C63" w:rsidRDefault="00F4330E" w:rsidP="00F4330E">
      <w:pPr>
        <w:jc w:val="both"/>
        <w:rPr>
          <w:rFonts w:cs="Arial"/>
          <w:lang w:val="es-ES_tradnl"/>
        </w:rPr>
      </w:pPr>
    </w:p>
    <w:p w14:paraId="240D1923" w14:textId="77777777" w:rsidR="00F4330E" w:rsidRPr="000D2C63" w:rsidRDefault="00F4330E" w:rsidP="00F4330E">
      <w:pPr>
        <w:numPr>
          <w:ilvl w:val="0"/>
          <w:numId w:val="19"/>
        </w:numPr>
        <w:spacing w:after="0" w:line="240" w:lineRule="auto"/>
        <w:jc w:val="both"/>
        <w:rPr>
          <w:rFonts w:cs="Arial"/>
          <w:lang w:val="es-ES_tradnl"/>
        </w:rPr>
      </w:pPr>
      <w:r w:rsidRPr="000D2C63">
        <w:rPr>
          <w:rFonts w:cs="Arial"/>
          <w:lang w:val="es-ES_tradnl"/>
        </w:rPr>
        <w:t>Cumplir con lo ofrecido dentro de los criterios evaluables del Factor Calidad, relacionado en el presente Estudio Previo, lo cual será objeto de revisión por parte del Supervisor del Contrato</w:t>
      </w:r>
    </w:p>
    <w:p w14:paraId="258A180D" w14:textId="77777777" w:rsidR="00F4330E" w:rsidRPr="000D2C63" w:rsidRDefault="00F4330E" w:rsidP="00F4330E">
      <w:pPr>
        <w:ind w:left="69"/>
        <w:rPr>
          <w:rFonts w:cs="Arial"/>
          <w:lang w:val="es-ES"/>
        </w:rPr>
      </w:pPr>
    </w:p>
    <w:p w14:paraId="3DC97760" w14:textId="77777777" w:rsidR="00F4330E" w:rsidRPr="000D2C63" w:rsidRDefault="00F4330E" w:rsidP="00F4330E">
      <w:pPr>
        <w:jc w:val="both"/>
        <w:textAlignment w:val="baseline"/>
        <w:rPr>
          <w:rFonts w:cs="Arial"/>
          <w:lang w:val="es-ES_tradnl"/>
        </w:rPr>
      </w:pPr>
      <w:r w:rsidRPr="000D2C63">
        <w:rPr>
          <w:rFonts w:cs="Arial"/>
          <w:b/>
          <w:bCs/>
          <w:lang w:val="es-ES_tradnl"/>
        </w:rPr>
        <w:t>Nota 1:</w:t>
      </w:r>
      <w:r w:rsidRPr="000D2C63">
        <w:rPr>
          <w:rFonts w:cs="Arial"/>
          <w:lang w:val="es-ES_tradnl"/>
        </w:rPr>
        <w:t xml:space="preserve">  El personal que el contratista ocupe en la ejecución del Contrato no tendrá ninguna vinculación laboral, civil, comercial con la Dirección Seccional de Administración Judicial. La responsabilidad derivada de estas vinculaciones correrá a cargo exclusivo del contratista. </w:t>
      </w:r>
    </w:p>
    <w:p w14:paraId="74F570BE" w14:textId="77777777" w:rsidR="00F4330E" w:rsidRPr="000D2C63" w:rsidRDefault="00F4330E" w:rsidP="00F4330E">
      <w:pPr>
        <w:jc w:val="both"/>
        <w:textAlignment w:val="baseline"/>
        <w:rPr>
          <w:rFonts w:cs="Arial"/>
          <w:b/>
          <w:bCs/>
          <w:lang w:val="es-ES_tradnl"/>
        </w:rPr>
      </w:pPr>
      <w:r w:rsidRPr="000D2C63">
        <w:rPr>
          <w:rFonts w:cs="Arial"/>
          <w:b/>
          <w:bCs/>
          <w:lang w:val="es-ES_tradnl"/>
        </w:rPr>
        <w:t> </w:t>
      </w:r>
    </w:p>
    <w:p w14:paraId="06F3252F" w14:textId="77777777" w:rsidR="00F4330E" w:rsidRPr="000D2C63" w:rsidRDefault="00F4330E" w:rsidP="00F4330E">
      <w:pPr>
        <w:jc w:val="both"/>
        <w:textAlignment w:val="baseline"/>
        <w:rPr>
          <w:rFonts w:cs="Arial"/>
          <w:lang w:val="es-ES"/>
        </w:rPr>
      </w:pPr>
      <w:r w:rsidRPr="000D2C63">
        <w:rPr>
          <w:rFonts w:cs="Arial"/>
          <w:b/>
          <w:bCs/>
          <w:lang w:val="es-ES"/>
        </w:rPr>
        <w:t>Nota 2:</w:t>
      </w:r>
      <w:r w:rsidRPr="000D2C63">
        <w:rPr>
          <w:rFonts w:cs="Arial"/>
          <w:lang w:val="es-ES"/>
        </w:rPr>
        <w:t xml:space="preserve"> En el evento en que el contratista utilice en la ejecución del contrato personal por contrato de prestación de servicios deberá, mediante certificación, acreditar para cada pago que estos cumplen con las obligaciones al sistema integrado de seguridad social y aportes parafiscales.</w:t>
      </w:r>
    </w:p>
    <w:p w14:paraId="38E62ECD" w14:textId="77777777" w:rsidR="00F4330E" w:rsidRPr="000D2C63" w:rsidRDefault="00F4330E" w:rsidP="00F4330E">
      <w:pPr>
        <w:jc w:val="both"/>
        <w:rPr>
          <w:rFonts w:cs="Arial"/>
          <w:lang w:val="es-ES"/>
        </w:rPr>
      </w:pPr>
    </w:p>
    <w:p w14:paraId="719E472F" w14:textId="77777777" w:rsidR="00F4330E" w:rsidRPr="000D2C63" w:rsidRDefault="00F4330E" w:rsidP="00F4330E">
      <w:pPr>
        <w:numPr>
          <w:ilvl w:val="0"/>
          <w:numId w:val="19"/>
        </w:numPr>
        <w:spacing w:after="0" w:line="240" w:lineRule="auto"/>
        <w:jc w:val="both"/>
        <w:rPr>
          <w:rFonts w:cs="Arial"/>
          <w:lang w:val="es-ES_tradnl"/>
        </w:rPr>
      </w:pPr>
      <w:r w:rsidRPr="000D2C63">
        <w:rPr>
          <w:rFonts w:cs="Arial"/>
          <w:lang w:val="es-ES_tradnl"/>
        </w:rPr>
        <w:t xml:space="preserve">Las obligaciones antes mencionadas. </w:t>
      </w:r>
    </w:p>
    <w:p w14:paraId="1C10B0D3" w14:textId="62CD25D1" w:rsidR="00661648" w:rsidRPr="000D2C63" w:rsidRDefault="00661648">
      <w:pPr>
        <w:spacing w:after="40" w:line="252" w:lineRule="auto"/>
        <w:jc w:val="both"/>
        <w:rPr>
          <w:rFonts w:cs="Arial"/>
          <w:b/>
          <w:bCs/>
          <w:sz w:val="20"/>
          <w:szCs w:val="20"/>
        </w:rPr>
      </w:pPr>
    </w:p>
    <w:p w14:paraId="6A2ACF33" w14:textId="77777777" w:rsidR="00932B34" w:rsidRPr="000D2C63" w:rsidRDefault="0020184D">
      <w:pPr>
        <w:keepNext/>
        <w:spacing w:before="140" w:after="80" w:line="252" w:lineRule="auto"/>
        <w:rPr>
          <w:rFonts w:cs="Arial"/>
          <w:sz w:val="20"/>
          <w:szCs w:val="20"/>
        </w:rPr>
      </w:pPr>
      <w:r w:rsidRPr="000D2C63">
        <w:rPr>
          <w:rFonts w:cs="Arial"/>
          <w:b/>
          <w:sz w:val="20"/>
          <w:szCs w:val="20"/>
        </w:rPr>
        <w:t>CLÁUSULA 11. DERECHOS DEL CONTRATISTA</w:t>
      </w:r>
    </w:p>
    <w:p w14:paraId="075BBF75" w14:textId="77777777" w:rsidR="00932B34" w:rsidRPr="000D2C63" w:rsidRDefault="0020184D">
      <w:pPr>
        <w:spacing w:after="40" w:line="252" w:lineRule="auto"/>
        <w:jc w:val="both"/>
        <w:rPr>
          <w:rFonts w:cs="Arial"/>
          <w:sz w:val="20"/>
          <w:szCs w:val="20"/>
        </w:rPr>
      </w:pPr>
      <w:r w:rsidRPr="000D2C63">
        <w:rPr>
          <w:rFonts w:cs="Arial"/>
          <w:b/>
          <w:sz w:val="20"/>
          <w:szCs w:val="20"/>
        </w:rPr>
        <w:t xml:space="preserve">1. </w:t>
      </w:r>
      <w:proofErr w:type="spellStart"/>
      <w:r w:rsidRPr="000D2C63">
        <w:rPr>
          <w:rFonts w:cs="Arial"/>
          <w:sz w:val="20"/>
          <w:szCs w:val="20"/>
        </w:rPr>
        <w:t>Recibir</w:t>
      </w:r>
      <w:proofErr w:type="spellEnd"/>
      <w:r w:rsidRPr="000D2C63">
        <w:rPr>
          <w:rFonts w:cs="Arial"/>
          <w:sz w:val="20"/>
          <w:szCs w:val="20"/>
        </w:rPr>
        <w:t xml:space="preserve"> la </w:t>
      </w:r>
      <w:proofErr w:type="spellStart"/>
      <w:r w:rsidRPr="000D2C63">
        <w:rPr>
          <w:rFonts w:cs="Arial"/>
          <w:sz w:val="20"/>
          <w:szCs w:val="20"/>
        </w:rPr>
        <w:t>remuneración</w:t>
      </w:r>
      <w:proofErr w:type="spellEnd"/>
      <w:r w:rsidRPr="000D2C63">
        <w:rPr>
          <w:rFonts w:cs="Arial"/>
          <w:sz w:val="20"/>
          <w:szCs w:val="20"/>
        </w:rPr>
        <w:t xml:space="preserve"> </w:t>
      </w:r>
      <w:proofErr w:type="spellStart"/>
      <w:r w:rsidRPr="000D2C63">
        <w:rPr>
          <w:rFonts w:cs="Arial"/>
          <w:sz w:val="20"/>
          <w:szCs w:val="20"/>
        </w:rPr>
        <w:t>correspondiente</w:t>
      </w:r>
      <w:proofErr w:type="spellEnd"/>
      <w:r w:rsidRPr="000D2C63">
        <w:rPr>
          <w:rFonts w:cs="Arial"/>
          <w:sz w:val="20"/>
          <w:szCs w:val="20"/>
        </w:rPr>
        <w:t xml:space="preserve"> a la </w:t>
      </w:r>
      <w:proofErr w:type="spellStart"/>
      <w:r w:rsidRPr="000D2C63">
        <w:rPr>
          <w:rFonts w:cs="Arial"/>
          <w:sz w:val="20"/>
          <w:szCs w:val="20"/>
        </w:rPr>
        <w:t>obra</w:t>
      </w:r>
      <w:proofErr w:type="spellEnd"/>
      <w:r w:rsidRPr="000D2C63">
        <w:rPr>
          <w:rFonts w:cs="Arial"/>
          <w:sz w:val="20"/>
          <w:szCs w:val="20"/>
        </w:rPr>
        <w:t xml:space="preserve"> </w:t>
      </w:r>
      <w:proofErr w:type="spellStart"/>
      <w:r w:rsidRPr="000D2C63">
        <w:rPr>
          <w:rFonts w:cs="Arial"/>
          <w:sz w:val="20"/>
          <w:szCs w:val="20"/>
        </w:rPr>
        <w:t>efectivamente</w:t>
      </w:r>
      <w:proofErr w:type="spellEnd"/>
      <w:r w:rsidRPr="000D2C63">
        <w:rPr>
          <w:rFonts w:cs="Arial"/>
          <w:sz w:val="20"/>
          <w:szCs w:val="20"/>
        </w:rPr>
        <w:t xml:space="preserve"> </w:t>
      </w:r>
      <w:proofErr w:type="spellStart"/>
      <w:r w:rsidRPr="000D2C63">
        <w:rPr>
          <w:rFonts w:cs="Arial"/>
          <w:sz w:val="20"/>
          <w:szCs w:val="20"/>
        </w:rPr>
        <w:t>ejecutada</w:t>
      </w:r>
      <w:proofErr w:type="spellEnd"/>
      <w:r w:rsidRPr="000D2C63">
        <w:rPr>
          <w:rFonts w:cs="Arial"/>
          <w:sz w:val="20"/>
          <w:szCs w:val="20"/>
        </w:rPr>
        <w:t xml:space="preserve"> y </w:t>
      </w:r>
      <w:proofErr w:type="spellStart"/>
      <w:r w:rsidRPr="000D2C63">
        <w:rPr>
          <w:rFonts w:cs="Arial"/>
          <w:sz w:val="20"/>
          <w:szCs w:val="20"/>
        </w:rPr>
        <w:t>recibida</w:t>
      </w:r>
      <w:proofErr w:type="spellEnd"/>
      <w:r w:rsidRPr="000D2C63">
        <w:rPr>
          <w:rFonts w:cs="Arial"/>
          <w:sz w:val="20"/>
          <w:szCs w:val="20"/>
        </w:rPr>
        <w:t xml:space="preserve"> a </w:t>
      </w:r>
      <w:proofErr w:type="spellStart"/>
      <w:r w:rsidRPr="000D2C63">
        <w:rPr>
          <w:rFonts w:cs="Arial"/>
          <w:sz w:val="20"/>
          <w:szCs w:val="20"/>
        </w:rPr>
        <w:t>satisfacción</w:t>
      </w:r>
      <w:proofErr w:type="spellEnd"/>
      <w:r w:rsidRPr="000D2C63">
        <w:rPr>
          <w:rFonts w:cs="Arial"/>
          <w:sz w:val="20"/>
          <w:szCs w:val="20"/>
        </w:rPr>
        <w:t xml:space="preserve">, </w:t>
      </w:r>
      <w:proofErr w:type="spellStart"/>
      <w:r w:rsidRPr="000D2C63">
        <w:rPr>
          <w:rFonts w:cs="Arial"/>
          <w:sz w:val="20"/>
          <w:szCs w:val="20"/>
        </w:rPr>
        <w:t>en</w:t>
      </w:r>
      <w:proofErr w:type="spellEnd"/>
      <w:r w:rsidRPr="000D2C63">
        <w:rPr>
          <w:rFonts w:cs="Arial"/>
          <w:sz w:val="20"/>
          <w:szCs w:val="20"/>
        </w:rPr>
        <w:t xml:space="preserve">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términos</w:t>
      </w:r>
      <w:proofErr w:type="spellEnd"/>
      <w:r w:rsidRPr="000D2C63">
        <w:rPr>
          <w:rFonts w:cs="Arial"/>
          <w:sz w:val="20"/>
          <w:szCs w:val="20"/>
        </w:rPr>
        <w:t xml:space="preserve"> de la </w:t>
      </w:r>
      <w:proofErr w:type="spellStart"/>
      <w:r w:rsidRPr="000D2C63">
        <w:rPr>
          <w:rFonts w:cs="Arial"/>
          <w:sz w:val="20"/>
          <w:szCs w:val="20"/>
        </w:rPr>
        <w:t>Cláusula</w:t>
      </w:r>
      <w:proofErr w:type="spellEnd"/>
      <w:r w:rsidRPr="000D2C63">
        <w:rPr>
          <w:rFonts w:cs="Arial"/>
          <w:sz w:val="20"/>
          <w:szCs w:val="20"/>
        </w:rPr>
        <w:t xml:space="preserve"> 8.</w:t>
      </w:r>
    </w:p>
    <w:p w14:paraId="65CC9C81" w14:textId="77777777" w:rsidR="00932B34" w:rsidRPr="000D2C63" w:rsidRDefault="0020184D">
      <w:pPr>
        <w:spacing w:after="40" w:line="252" w:lineRule="auto"/>
        <w:jc w:val="both"/>
        <w:rPr>
          <w:rFonts w:cs="Arial"/>
          <w:sz w:val="20"/>
          <w:szCs w:val="20"/>
        </w:rPr>
      </w:pPr>
      <w:r w:rsidRPr="000D2C63">
        <w:rPr>
          <w:rFonts w:cs="Arial"/>
          <w:b/>
          <w:sz w:val="20"/>
          <w:szCs w:val="20"/>
        </w:rPr>
        <w:t xml:space="preserve">2. </w:t>
      </w:r>
      <w:proofErr w:type="spellStart"/>
      <w:r w:rsidRPr="000D2C63">
        <w:rPr>
          <w:rFonts w:cs="Arial"/>
          <w:sz w:val="20"/>
          <w:szCs w:val="20"/>
        </w:rPr>
        <w:t>Solicitar</w:t>
      </w:r>
      <w:proofErr w:type="spellEnd"/>
      <w:r w:rsidRPr="000D2C63">
        <w:rPr>
          <w:rFonts w:cs="Arial"/>
          <w:sz w:val="20"/>
          <w:szCs w:val="20"/>
        </w:rPr>
        <w:t xml:space="preserve"> y </w:t>
      </w:r>
      <w:proofErr w:type="spellStart"/>
      <w:r w:rsidRPr="000D2C63">
        <w:rPr>
          <w:rFonts w:cs="Arial"/>
          <w:sz w:val="20"/>
          <w:szCs w:val="20"/>
        </w:rPr>
        <w:t>recibir</w:t>
      </w:r>
      <w:proofErr w:type="spellEnd"/>
      <w:r w:rsidRPr="000D2C63">
        <w:rPr>
          <w:rFonts w:cs="Arial"/>
          <w:sz w:val="20"/>
          <w:szCs w:val="20"/>
        </w:rPr>
        <w:t xml:space="preserve"> de la </w:t>
      </w:r>
      <w:proofErr w:type="spellStart"/>
      <w:r w:rsidRPr="000D2C63">
        <w:rPr>
          <w:rFonts w:cs="Arial"/>
          <w:sz w:val="20"/>
          <w:szCs w:val="20"/>
        </w:rPr>
        <w:t>Entidad</w:t>
      </w:r>
      <w:proofErr w:type="spellEnd"/>
      <w:r w:rsidRPr="000D2C63">
        <w:rPr>
          <w:rFonts w:cs="Arial"/>
          <w:sz w:val="20"/>
          <w:szCs w:val="20"/>
        </w:rPr>
        <w:t xml:space="preserve"> y de la </w:t>
      </w:r>
      <w:proofErr w:type="spellStart"/>
      <w:r w:rsidRPr="000D2C63">
        <w:rPr>
          <w:rFonts w:cs="Arial"/>
          <w:sz w:val="20"/>
          <w:szCs w:val="20"/>
        </w:rPr>
        <w:t>interventoría</w:t>
      </w:r>
      <w:proofErr w:type="spellEnd"/>
      <w:r w:rsidRPr="000D2C63">
        <w:rPr>
          <w:rFonts w:cs="Arial"/>
          <w:sz w:val="20"/>
          <w:szCs w:val="20"/>
        </w:rPr>
        <w:t xml:space="preserve"> las </w:t>
      </w:r>
      <w:proofErr w:type="spellStart"/>
      <w:r w:rsidRPr="000D2C63">
        <w:rPr>
          <w:rFonts w:cs="Arial"/>
          <w:sz w:val="20"/>
          <w:szCs w:val="20"/>
        </w:rPr>
        <w:t>instrucciones</w:t>
      </w:r>
      <w:proofErr w:type="spellEnd"/>
      <w:r w:rsidRPr="000D2C63">
        <w:rPr>
          <w:rFonts w:cs="Arial"/>
          <w:sz w:val="20"/>
          <w:szCs w:val="20"/>
        </w:rPr>
        <w:t xml:space="preserve"> y </w:t>
      </w:r>
      <w:proofErr w:type="spellStart"/>
      <w:r w:rsidRPr="000D2C63">
        <w:rPr>
          <w:rFonts w:cs="Arial"/>
          <w:sz w:val="20"/>
          <w:szCs w:val="20"/>
        </w:rPr>
        <w:t>definiciones</w:t>
      </w:r>
      <w:proofErr w:type="spellEnd"/>
      <w:r w:rsidRPr="000D2C63">
        <w:rPr>
          <w:rFonts w:cs="Arial"/>
          <w:sz w:val="20"/>
          <w:szCs w:val="20"/>
        </w:rPr>
        <w:t xml:space="preserve"> </w:t>
      </w:r>
      <w:proofErr w:type="spellStart"/>
      <w:r w:rsidRPr="000D2C63">
        <w:rPr>
          <w:rFonts w:cs="Arial"/>
          <w:sz w:val="20"/>
          <w:szCs w:val="20"/>
        </w:rPr>
        <w:t>necesarias</w:t>
      </w:r>
      <w:proofErr w:type="spellEnd"/>
      <w:r w:rsidRPr="000D2C63">
        <w:rPr>
          <w:rFonts w:cs="Arial"/>
          <w:sz w:val="20"/>
          <w:szCs w:val="20"/>
        </w:rPr>
        <w:t xml:space="preserve"> para la </w:t>
      </w:r>
      <w:proofErr w:type="spellStart"/>
      <w:r w:rsidRPr="000D2C63">
        <w:rPr>
          <w:rFonts w:cs="Arial"/>
          <w:sz w:val="20"/>
          <w:szCs w:val="20"/>
        </w:rPr>
        <w:t>adecuada</w:t>
      </w:r>
      <w:proofErr w:type="spellEnd"/>
      <w:r w:rsidRPr="000D2C63">
        <w:rPr>
          <w:rFonts w:cs="Arial"/>
          <w:sz w:val="20"/>
          <w:szCs w:val="20"/>
        </w:rPr>
        <w:t xml:space="preserve"> </w:t>
      </w:r>
      <w:proofErr w:type="spellStart"/>
      <w:r w:rsidRPr="000D2C63">
        <w:rPr>
          <w:rFonts w:cs="Arial"/>
          <w:sz w:val="20"/>
          <w:szCs w:val="20"/>
        </w:rPr>
        <w:t>ejecución</w:t>
      </w:r>
      <w:proofErr w:type="spellEnd"/>
      <w:r w:rsidRPr="000D2C63">
        <w:rPr>
          <w:rFonts w:cs="Arial"/>
          <w:sz w:val="20"/>
          <w:szCs w:val="20"/>
        </w:rPr>
        <w:t xml:space="preserve"> del </w:t>
      </w:r>
      <w:proofErr w:type="spellStart"/>
      <w:r w:rsidRPr="000D2C63">
        <w:rPr>
          <w:rFonts w:cs="Arial"/>
          <w:sz w:val="20"/>
          <w:szCs w:val="20"/>
        </w:rPr>
        <w:t>Contrato</w:t>
      </w:r>
      <w:proofErr w:type="spellEnd"/>
      <w:r w:rsidRPr="000D2C63">
        <w:rPr>
          <w:rFonts w:cs="Arial"/>
          <w:sz w:val="20"/>
          <w:szCs w:val="20"/>
        </w:rPr>
        <w:t xml:space="preserve">, </w:t>
      </w:r>
      <w:proofErr w:type="spellStart"/>
      <w:r w:rsidRPr="000D2C63">
        <w:rPr>
          <w:rFonts w:cs="Arial"/>
          <w:sz w:val="20"/>
          <w:szCs w:val="20"/>
        </w:rPr>
        <w:t>dentro</w:t>
      </w:r>
      <w:proofErr w:type="spellEnd"/>
      <w:r w:rsidRPr="000D2C63">
        <w:rPr>
          <w:rFonts w:cs="Arial"/>
          <w:sz w:val="20"/>
          <w:szCs w:val="20"/>
        </w:rPr>
        <w:t xml:space="preserve"> del </w:t>
      </w:r>
      <w:proofErr w:type="spellStart"/>
      <w:r w:rsidRPr="000D2C63">
        <w:rPr>
          <w:rFonts w:cs="Arial"/>
          <w:sz w:val="20"/>
          <w:szCs w:val="20"/>
        </w:rPr>
        <w:t>ámbito</w:t>
      </w:r>
      <w:proofErr w:type="spellEnd"/>
      <w:r w:rsidRPr="000D2C63">
        <w:rPr>
          <w:rFonts w:cs="Arial"/>
          <w:sz w:val="20"/>
          <w:szCs w:val="20"/>
        </w:rPr>
        <w:t xml:space="preserve"> de sus </w:t>
      </w:r>
      <w:proofErr w:type="spellStart"/>
      <w:r w:rsidRPr="000D2C63">
        <w:rPr>
          <w:rFonts w:cs="Arial"/>
          <w:sz w:val="20"/>
          <w:szCs w:val="20"/>
        </w:rPr>
        <w:t>competencias</w:t>
      </w:r>
      <w:proofErr w:type="spellEnd"/>
      <w:r w:rsidRPr="000D2C63">
        <w:rPr>
          <w:rFonts w:cs="Arial"/>
          <w:sz w:val="20"/>
          <w:szCs w:val="20"/>
        </w:rPr>
        <w:t>.</w:t>
      </w:r>
    </w:p>
    <w:p w14:paraId="759CF91F" w14:textId="77777777" w:rsidR="00932B34" w:rsidRPr="000D2C63" w:rsidRDefault="0020184D">
      <w:pPr>
        <w:spacing w:after="40" w:line="252" w:lineRule="auto"/>
        <w:jc w:val="both"/>
        <w:rPr>
          <w:rFonts w:cs="Arial"/>
          <w:sz w:val="20"/>
          <w:szCs w:val="20"/>
        </w:rPr>
      </w:pPr>
      <w:r w:rsidRPr="000D2C63">
        <w:rPr>
          <w:rFonts w:cs="Arial"/>
          <w:b/>
          <w:sz w:val="20"/>
          <w:szCs w:val="20"/>
        </w:rPr>
        <w:t xml:space="preserve">3. </w:t>
      </w:r>
      <w:r w:rsidRPr="000D2C63">
        <w:rPr>
          <w:rFonts w:cs="Arial"/>
          <w:sz w:val="20"/>
          <w:szCs w:val="20"/>
        </w:rPr>
        <w:t xml:space="preserve">Formular las solicitudes y </w:t>
      </w:r>
      <w:proofErr w:type="spellStart"/>
      <w:r w:rsidRPr="000D2C63">
        <w:rPr>
          <w:rFonts w:cs="Arial"/>
          <w:sz w:val="20"/>
          <w:szCs w:val="20"/>
        </w:rPr>
        <w:t>reclamaciones</w:t>
      </w:r>
      <w:proofErr w:type="spellEnd"/>
      <w:r w:rsidRPr="000D2C63">
        <w:rPr>
          <w:rFonts w:cs="Arial"/>
          <w:sz w:val="20"/>
          <w:szCs w:val="20"/>
        </w:rPr>
        <w:t xml:space="preserve"> </w:t>
      </w:r>
      <w:proofErr w:type="spellStart"/>
      <w:r w:rsidRPr="000D2C63">
        <w:rPr>
          <w:rFonts w:cs="Arial"/>
          <w:sz w:val="20"/>
          <w:szCs w:val="20"/>
        </w:rPr>
        <w:t>contractuales</w:t>
      </w:r>
      <w:proofErr w:type="spellEnd"/>
      <w:r w:rsidRPr="000D2C63">
        <w:rPr>
          <w:rFonts w:cs="Arial"/>
          <w:sz w:val="20"/>
          <w:szCs w:val="20"/>
        </w:rPr>
        <w:t xml:space="preserve"> </w:t>
      </w:r>
      <w:proofErr w:type="spellStart"/>
      <w:r w:rsidRPr="000D2C63">
        <w:rPr>
          <w:rFonts w:cs="Arial"/>
          <w:sz w:val="20"/>
          <w:szCs w:val="20"/>
        </w:rPr>
        <w:t>que</w:t>
      </w:r>
      <w:proofErr w:type="spellEnd"/>
      <w:r w:rsidRPr="000D2C63">
        <w:rPr>
          <w:rFonts w:cs="Arial"/>
          <w:sz w:val="20"/>
          <w:szCs w:val="20"/>
        </w:rPr>
        <w:t xml:space="preserve"> </w:t>
      </w:r>
      <w:proofErr w:type="spellStart"/>
      <w:r w:rsidRPr="000D2C63">
        <w:rPr>
          <w:rFonts w:cs="Arial"/>
          <w:sz w:val="20"/>
          <w:szCs w:val="20"/>
        </w:rPr>
        <w:t>estime</w:t>
      </w:r>
      <w:proofErr w:type="spellEnd"/>
      <w:r w:rsidRPr="000D2C63">
        <w:rPr>
          <w:rFonts w:cs="Arial"/>
          <w:sz w:val="20"/>
          <w:szCs w:val="20"/>
        </w:rPr>
        <w:t xml:space="preserve"> </w:t>
      </w:r>
      <w:proofErr w:type="spellStart"/>
      <w:r w:rsidRPr="000D2C63">
        <w:rPr>
          <w:rFonts w:cs="Arial"/>
          <w:sz w:val="20"/>
          <w:szCs w:val="20"/>
        </w:rPr>
        <w:t>procedentes</w:t>
      </w:r>
      <w:proofErr w:type="spellEnd"/>
      <w:r w:rsidRPr="000D2C63">
        <w:rPr>
          <w:rFonts w:cs="Arial"/>
          <w:sz w:val="20"/>
          <w:szCs w:val="20"/>
        </w:rPr>
        <w:t xml:space="preserve"> </w:t>
      </w:r>
      <w:proofErr w:type="spellStart"/>
      <w:r w:rsidRPr="000D2C63">
        <w:rPr>
          <w:rFonts w:cs="Arial"/>
          <w:sz w:val="20"/>
          <w:szCs w:val="20"/>
        </w:rPr>
        <w:t>conforme</w:t>
      </w:r>
      <w:proofErr w:type="spellEnd"/>
      <w:r w:rsidRPr="000D2C63">
        <w:rPr>
          <w:rFonts w:cs="Arial"/>
          <w:sz w:val="20"/>
          <w:szCs w:val="20"/>
        </w:rPr>
        <w:t xml:space="preserve"> a la ley y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Documentos</w:t>
      </w:r>
      <w:proofErr w:type="spellEnd"/>
      <w:r w:rsidRPr="000D2C63">
        <w:rPr>
          <w:rFonts w:cs="Arial"/>
          <w:sz w:val="20"/>
          <w:szCs w:val="20"/>
        </w:rPr>
        <w:t xml:space="preserve"> del </w:t>
      </w:r>
      <w:proofErr w:type="spellStart"/>
      <w:r w:rsidRPr="000D2C63">
        <w:rPr>
          <w:rFonts w:cs="Arial"/>
          <w:sz w:val="20"/>
          <w:szCs w:val="20"/>
        </w:rPr>
        <w:t>Proceso</w:t>
      </w:r>
      <w:proofErr w:type="spellEnd"/>
      <w:r w:rsidRPr="000D2C63">
        <w:rPr>
          <w:rFonts w:cs="Arial"/>
          <w:sz w:val="20"/>
          <w:szCs w:val="20"/>
        </w:rPr>
        <w:t>.</w:t>
      </w:r>
    </w:p>
    <w:p w14:paraId="220E088F" w14:textId="77777777" w:rsidR="00932B34" w:rsidRPr="000D2C63" w:rsidRDefault="0020184D">
      <w:pPr>
        <w:keepNext/>
        <w:spacing w:before="140" w:after="80" w:line="252" w:lineRule="auto"/>
        <w:rPr>
          <w:rFonts w:cs="Arial"/>
          <w:b/>
          <w:sz w:val="20"/>
          <w:szCs w:val="20"/>
        </w:rPr>
      </w:pPr>
      <w:r w:rsidRPr="000D2C63">
        <w:rPr>
          <w:rFonts w:cs="Arial"/>
          <w:b/>
          <w:sz w:val="20"/>
          <w:szCs w:val="20"/>
        </w:rPr>
        <w:t>CLÁUSULA 12. OBLIGACIONES DE LA ENTIDAD</w:t>
      </w:r>
    </w:p>
    <w:p w14:paraId="5B735A97" w14:textId="77777777" w:rsidR="008E29C8" w:rsidRPr="000D2C63" w:rsidRDefault="008E29C8" w:rsidP="008E29C8">
      <w:pPr>
        <w:pStyle w:val="Prrafodelista"/>
        <w:widowControl w:val="0"/>
        <w:numPr>
          <w:ilvl w:val="0"/>
          <w:numId w:val="30"/>
        </w:numPr>
        <w:shd w:val="clear" w:color="auto" w:fill="FFFFFF"/>
        <w:spacing w:after="0" w:line="240" w:lineRule="auto"/>
        <w:jc w:val="both"/>
        <w:rPr>
          <w:rFonts w:cs="Arial"/>
          <w:lang w:eastAsia="es-CO"/>
        </w:rPr>
      </w:pPr>
      <w:proofErr w:type="spellStart"/>
      <w:r w:rsidRPr="000D2C63">
        <w:rPr>
          <w:rFonts w:cs="Arial"/>
          <w:lang w:eastAsia="es-CO"/>
        </w:rPr>
        <w:t>Cumplir</w:t>
      </w:r>
      <w:proofErr w:type="spellEnd"/>
      <w:r w:rsidRPr="000D2C63">
        <w:rPr>
          <w:rFonts w:cs="Arial"/>
          <w:lang w:eastAsia="es-CO"/>
        </w:rPr>
        <w:t xml:space="preserve"> las </w:t>
      </w:r>
      <w:proofErr w:type="spellStart"/>
      <w:r w:rsidRPr="000D2C63">
        <w:rPr>
          <w:rFonts w:cs="Arial"/>
          <w:lang w:eastAsia="es-CO"/>
        </w:rPr>
        <w:t>condiciones</w:t>
      </w:r>
      <w:proofErr w:type="spellEnd"/>
      <w:r w:rsidRPr="000D2C63">
        <w:rPr>
          <w:rFonts w:cs="Arial"/>
          <w:lang w:eastAsia="es-CO"/>
        </w:rPr>
        <w:t xml:space="preserve"> </w:t>
      </w:r>
      <w:proofErr w:type="spellStart"/>
      <w:r w:rsidRPr="000D2C63">
        <w:rPr>
          <w:rFonts w:cs="Arial"/>
          <w:lang w:eastAsia="es-CO"/>
        </w:rPr>
        <w:t>previstas</w:t>
      </w:r>
      <w:proofErr w:type="spellEnd"/>
      <w:r w:rsidRPr="000D2C63">
        <w:rPr>
          <w:rFonts w:cs="Arial"/>
          <w:lang w:eastAsia="es-CO"/>
        </w:rPr>
        <w:t xml:space="preserve"> </w:t>
      </w:r>
      <w:proofErr w:type="spellStart"/>
      <w:r w:rsidRPr="000D2C63">
        <w:rPr>
          <w:rFonts w:cs="Arial"/>
          <w:lang w:eastAsia="es-CO"/>
        </w:rPr>
        <w:t>en</w:t>
      </w:r>
      <w:proofErr w:type="spellEnd"/>
      <w:r w:rsidRPr="000D2C63">
        <w:rPr>
          <w:rFonts w:cs="Arial"/>
          <w:lang w:eastAsia="es-CO"/>
        </w:rPr>
        <w:t xml:space="preserve"> </w:t>
      </w:r>
      <w:proofErr w:type="spellStart"/>
      <w:r w:rsidRPr="000D2C63">
        <w:rPr>
          <w:rFonts w:cs="Arial"/>
          <w:lang w:eastAsia="es-CO"/>
        </w:rPr>
        <w:t>los</w:t>
      </w:r>
      <w:proofErr w:type="spellEnd"/>
      <w:r w:rsidRPr="000D2C63">
        <w:rPr>
          <w:rFonts w:cs="Arial"/>
          <w:lang w:eastAsia="es-CO"/>
        </w:rPr>
        <w:t xml:space="preserve"> </w:t>
      </w:r>
      <w:proofErr w:type="spellStart"/>
      <w:r w:rsidRPr="000D2C63">
        <w:rPr>
          <w:rFonts w:cs="Arial"/>
          <w:lang w:eastAsia="es-CO"/>
        </w:rPr>
        <w:t>Documentos</w:t>
      </w:r>
      <w:proofErr w:type="spellEnd"/>
      <w:r w:rsidRPr="000D2C63">
        <w:rPr>
          <w:rFonts w:cs="Arial"/>
          <w:lang w:eastAsia="es-CO"/>
        </w:rPr>
        <w:t xml:space="preserve"> del </w:t>
      </w:r>
      <w:proofErr w:type="spellStart"/>
      <w:r w:rsidRPr="000D2C63">
        <w:rPr>
          <w:rFonts w:cs="Arial"/>
          <w:lang w:eastAsia="es-CO"/>
        </w:rPr>
        <w:t>Proceso</w:t>
      </w:r>
      <w:proofErr w:type="spellEnd"/>
      <w:r w:rsidRPr="000D2C63">
        <w:rPr>
          <w:rFonts w:cs="Arial"/>
          <w:lang w:eastAsia="es-CO"/>
        </w:rPr>
        <w:t xml:space="preserve"> y </w:t>
      </w:r>
      <w:proofErr w:type="spellStart"/>
      <w:r w:rsidRPr="000D2C63">
        <w:rPr>
          <w:rFonts w:cs="Arial"/>
          <w:lang w:eastAsia="es-CO"/>
        </w:rPr>
        <w:t>en</w:t>
      </w:r>
      <w:proofErr w:type="spellEnd"/>
      <w:r w:rsidRPr="000D2C63">
        <w:rPr>
          <w:rFonts w:cs="Arial"/>
          <w:lang w:eastAsia="es-CO"/>
        </w:rPr>
        <w:t xml:space="preserve"> el </w:t>
      </w:r>
      <w:proofErr w:type="spellStart"/>
      <w:r w:rsidRPr="000D2C63">
        <w:rPr>
          <w:rFonts w:cs="Arial"/>
          <w:lang w:eastAsia="es-CO"/>
        </w:rPr>
        <w:t>Contrato</w:t>
      </w:r>
      <w:proofErr w:type="spellEnd"/>
      <w:r w:rsidRPr="000D2C63">
        <w:rPr>
          <w:rFonts w:cs="Arial"/>
          <w:lang w:eastAsia="es-CO"/>
        </w:rPr>
        <w:t>.</w:t>
      </w:r>
    </w:p>
    <w:p w14:paraId="736743FF" w14:textId="77777777" w:rsidR="008E29C8" w:rsidRPr="000D2C63" w:rsidRDefault="008E29C8" w:rsidP="008E29C8">
      <w:pPr>
        <w:pStyle w:val="Prrafodelista"/>
        <w:widowControl w:val="0"/>
        <w:numPr>
          <w:ilvl w:val="0"/>
          <w:numId w:val="30"/>
        </w:numPr>
        <w:shd w:val="clear" w:color="auto" w:fill="FFFFFF"/>
        <w:spacing w:after="0" w:line="240" w:lineRule="auto"/>
        <w:jc w:val="both"/>
        <w:rPr>
          <w:rFonts w:cs="Arial"/>
          <w:lang w:eastAsia="es-CO"/>
        </w:rPr>
      </w:pPr>
      <w:proofErr w:type="spellStart"/>
      <w:r w:rsidRPr="000D2C63">
        <w:rPr>
          <w:rFonts w:cs="Arial"/>
          <w:lang w:eastAsia="es-CO"/>
        </w:rPr>
        <w:t>Designar</w:t>
      </w:r>
      <w:proofErr w:type="spellEnd"/>
      <w:r w:rsidRPr="000D2C63">
        <w:rPr>
          <w:rFonts w:cs="Arial"/>
          <w:lang w:eastAsia="es-CO"/>
        </w:rPr>
        <w:t xml:space="preserve"> </w:t>
      </w:r>
      <w:proofErr w:type="gramStart"/>
      <w:r w:rsidRPr="000D2C63">
        <w:rPr>
          <w:rFonts w:cs="Arial"/>
          <w:lang w:eastAsia="es-CO"/>
        </w:rPr>
        <w:t>un Supervisor</w:t>
      </w:r>
      <w:proofErr w:type="gramEnd"/>
      <w:r w:rsidRPr="000D2C63">
        <w:rPr>
          <w:rFonts w:cs="Arial"/>
          <w:lang w:eastAsia="es-CO"/>
        </w:rPr>
        <w:t xml:space="preserve"> </w:t>
      </w:r>
      <w:proofErr w:type="spellStart"/>
      <w:r w:rsidRPr="000D2C63">
        <w:rPr>
          <w:rFonts w:cs="Arial"/>
          <w:lang w:eastAsia="es-CO"/>
        </w:rPr>
        <w:t>que</w:t>
      </w:r>
      <w:proofErr w:type="spellEnd"/>
      <w:r w:rsidRPr="000D2C63">
        <w:rPr>
          <w:rFonts w:cs="Arial"/>
          <w:lang w:eastAsia="es-CO"/>
        </w:rPr>
        <w:t xml:space="preserve"> lo </w:t>
      </w:r>
      <w:proofErr w:type="spellStart"/>
      <w:r w:rsidRPr="000D2C63">
        <w:rPr>
          <w:rFonts w:cs="Arial"/>
          <w:lang w:eastAsia="es-CO"/>
        </w:rPr>
        <w:t>representará</w:t>
      </w:r>
      <w:proofErr w:type="spellEnd"/>
      <w:r w:rsidRPr="000D2C63">
        <w:rPr>
          <w:rFonts w:cs="Arial"/>
          <w:lang w:eastAsia="es-CO"/>
        </w:rPr>
        <w:t xml:space="preserve"> ante el CONTRATISTA, </w:t>
      </w:r>
      <w:proofErr w:type="spellStart"/>
      <w:r w:rsidRPr="000D2C63">
        <w:rPr>
          <w:rFonts w:cs="Arial"/>
          <w:lang w:eastAsia="es-CO"/>
        </w:rPr>
        <w:t>en</w:t>
      </w:r>
      <w:proofErr w:type="spellEnd"/>
      <w:r w:rsidRPr="000D2C63">
        <w:rPr>
          <w:rFonts w:cs="Arial"/>
          <w:lang w:eastAsia="es-CO"/>
        </w:rPr>
        <w:t xml:space="preserve"> </w:t>
      </w:r>
      <w:proofErr w:type="spellStart"/>
      <w:r w:rsidRPr="000D2C63">
        <w:rPr>
          <w:rFonts w:cs="Arial"/>
          <w:lang w:eastAsia="es-CO"/>
        </w:rPr>
        <w:t>todo</w:t>
      </w:r>
      <w:proofErr w:type="spellEnd"/>
      <w:r w:rsidRPr="000D2C63">
        <w:rPr>
          <w:rFonts w:cs="Arial"/>
          <w:lang w:eastAsia="es-CO"/>
        </w:rPr>
        <w:t xml:space="preserve"> lo </w:t>
      </w:r>
      <w:proofErr w:type="spellStart"/>
      <w:r w:rsidRPr="000D2C63">
        <w:rPr>
          <w:rFonts w:cs="Arial"/>
          <w:lang w:eastAsia="es-CO"/>
        </w:rPr>
        <w:t>relacionado</w:t>
      </w:r>
      <w:proofErr w:type="spellEnd"/>
      <w:r w:rsidRPr="000D2C63">
        <w:rPr>
          <w:rFonts w:cs="Arial"/>
          <w:lang w:eastAsia="es-CO"/>
        </w:rPr>
        <w:t xml:space="preserve"> con la </w:t>
      </w:r>
      <w:proofErr w:type="spellStart"/>
      <w:r w:rsidRPr="000D2C63">
        <w:rPr>
          <w:rFonts w:cs="Arial"/>
          <w:lang w:eastAsia="es-CO"/>
        </w:rPr>
        <w:lastRenderedPageBreak/>
        <w:t>ejecución</w:t>
      </w:r>
      <w:proofErr w:type="spellEnd"/>
      <w:r w:rsidRPr="000D2C63">
        <w:rPr>
          <w:rFonts w:cs="Arial"/>
          <w:lang w:eastAsia="es-CO"/>
        </w:rPr>
        <w:t xml:space="preserve"> del </w:t>
      </w:r>
      <w:proofErr w:type="spellStart"/>
      <w:r w:rsidRPr="000D2C63">
        <w:rPr>
          <w:rFonts w:cs="Arial"/>
          <w:lang w:eastAsia="es-CO"/>
        </w:rPr>
        <w:t>Contrato</w:t>
      </w:r>
      <w:proofErr w:type="spellEnd"/>
      <w:r w:rsidRPr="000D2C63">
        <w:rPr>
          <w:rFonts w:cs="Arial"/>
          <w:lang w:eastAsia="es-CO"/>
        </w:rPr>
        <w:t>.</w:t>
      </w:r>
    </w:p>
    <w:p w14:paraId="5BA8721D" w14:textId="77777777" w:rsidR="008E29C8" w:rsidRPr="000D2C63" w:rsidRDefault="008E29C8" w:rsidP="008E29C8">
      <w:pPr>
        <w:pStyle w:val="Prrafodelista"/>
        <w:widowControl w:val="0"/>
        <w:numPr>
          <w:ilvl w:val="0"/>
          <w:numId w:val="30"/>
        </w:numPr>
        <w:shd w:val="clear" w:color="auto" w:fill="FFFFFF"/>
        <w:spacing w:after="0" w:line="240" w:lineRule="auto"/>
        <w:jc w:val="both"/>
        <w:rPr>
          <w:rFonts w:cs="Arial"/>
          <w:lang w:eastAsia="es-CO"/>
        </w:rPr>
      </w:pPr>
      <w:proofErr w:type="spellStart"/>
      <w:r w:rsidRPr="000D2C63">
        <w:rPr>
          <w:rFonts w:cs="Arial"/>
          <w:lang w:eastAsia="es-CO"/>
        </w:rPr>
        <w:t>Impartir</w:t>
      </w:r>
      <w:proofErr w:type="spellEnd"/>
      <w:r w:rsidRPr="000D2C63">
        <w:rPr>
          <w:rFonts w:cs="Arial"/>
          <w:lang w:eastAsia="es-CO"/>
        </w:rPr>
        <w:t xml:space="preserve"> a </w:t>
      </w:r>
      <w:proofErr w:type="spellStart"/>
      <w:r w:rsidRPr="000D2C63">
        <w:rPr>
          <w:rFonts w:cs="Arial"/>
          <w:lang w:eastAsia="es-CO"/>
        </w:rPr>
        <w:t>través</w:t>
      </w:r>
      <w:proofErr w:type="spellEnd"/>
      <w:r w:rsidRPr="000D2C63">
        <w:rPr>
          <w:rFonts w:cs="Arial"/>
          <w:lang w:eastAsia="es-CO"/>
        </w:rPr>
        <w:t xml:space="preserve"> del Supervisor y el personal </w:t>
      </w:r>
      <w:proofErr w:type="spellStart"/>
      <w:r w:rsidRPr="000D2C63">
        <w:rPr>
          <w:rFonts w:cs="Arial"/>
          <w:lang w:eastAsia="es-CO"/>
        </w:rPr>
        <w:t>técnico</w:t>
      </w:r>
      <w:proofErr w:type="spellEnd"/>
      <w:r w:rsidRPr="000D2C63">
        <w:rPr>
          <w:rFonts w:cs="Arial"/>
          <w:lang w:eastAsia="es-CO"/>
        </w:rPr>
        <w:t xml:space="preserve"> </w:t>
      </w:r>
      <w:proofErr w:type="spellStart"/>
      <w:r w:rsidRPr="000D2C63">
        <w:rPr>
          <w:rFonts w:cs="Arial"/>
          <w:lang w:eastAsia="es-CO"/>
        </w:rPr>
        <w:t>designado</w:t>
      </w:r>
      <w:proofErr w:type="spellEnd"/>
      <w:r w:rsidRPr="000D2C63">
        <w:rPr>
          <w:rFonts w:cs="Arial"/>
          <w:lang w:eastAsia="es-CO"/>
        </w:rPr>
        <w:t xml:space="preserve"> </w:t>
      </w:r>
      <w:proofErr w:type="spellStart"/>
      <w:r w:rsidRPr="000D2C63">
        <w:rPr>
          <w:rFonts w:cs="Arial"/>
          <w:lang w:eastAsia="es-CO"/>
        </w:rPr>
        <w:t>por</w:t>
      </w:r>
      <w:proofErr w:type="spellEnd"/>
      <w:r w:rsidRPr="000D2C63">
        <w:rPr>
          <w:rFonts w:cs="Arial"/>
          <w:lang w:eastAsia="es-CO"/>
        </w:rPr>
        <w:t xml:space="preserve"> la </w:t>
      </w:r>
      <w:proofErr w:type="spellStart"/>
      <w:r w:rsidRPr="000D2C63">
        <w:rPr>
          <w:rFonts w:cs="Arial"/>
          <w:lang w:eastAsia="es-CO"/>
        </w:rPr>
        <w:t>Dirección</w:t>
      </w:r>
      <w:proofErr w:type="spellEnd"/>
      <w:r w:rsidRPr="000D2C63">
        <w:rPr>
          <w:rFonts w:cs="Arial"/>
          <w:lang w:eastAsia="es-CO"/>
        </w:rPr>
        <w:t xml:space="preserve"> </w:t>
      </w:r>
      <w:proofErr w:type="spellStart"/>
      <w:r w:rsidRPr="000D2C63">
        <w:rPr>
          <w:rFonts w:cs="Arial"/>
          <w:lang w:eastAsia="es-CO"/>
        </w:rPr>
        <w:t>Seccional</w:t>
      </w:r>
      <w:proofErr w:type="spellEnd"/>
      <w:r w:rsidRPr="000D2C63">
        <w:rPr>
          <w:rFonts w:cs="Arial"/>
          <w:lang w:eastAsia="es-CO"/>
        </w:rPr>
        <w:t xml:space="preserve">, las </w:t>
      </w:r>
      <w:proofErr w:type="spellStart"/>
      <w:r w:rsidRPr="000D2C63">
        <w:rPr>
          <w:rFonts w:cs="Arial"/>
          <w:lang w:eastAsia="es-CO"/>
        </w:rPr>
        <w:t>instrucciones</w:t>
      </w:r>
      <w:proofErr w:type="spellEnd"/>
      <w:r w:rsidRPr="000D2C63">
        <w:rPr>
          <w:rFonts w:cs="Arial"/>
          <w:lang w:eastAsia="es-CO"/>
        </w:rPr>
        <w:t xml:space="preserve"> </w:t>
      </w:r>
      <w:proofErr w:type="spellStart"/>
      <w:r w:rsidRPr="000D2C63">
        <w:rPr>
          <w:rFonts w:cs="Arial"/>
          <w:lang w:eastAsia="es-CO"/>
        </w:rPr>
        <w:t>necesarias</w:t>
      </w:r>
      <w:proofErr w:type="spellEnd"/>
      <w:r w:rsidRPr="000D2C63">
        <w:rPr>
          <w:rFonts w:cs="Arial"/>
          <w:lang w:eastAsia="es-CO"/>
        </w:rPr>
        <w:t xml:space="preserve"> para la </w:t>
      </w:r>
      <w:proofErr w:type="spellStart"/>
      <w:r w:rsidRPr="000D2C63">
        <w:rPr>
          <w:rFonts w:cs="Arial"/>
          <w:lang w:eastAsia="es-CO"/>
        </w:rPr>
        <w:t>correcta</w:t>
      </w:r>
      <w:proofErr w:type="spellEnd"/>
      <w:r w:rsidRPr="000D2C63">
        <w:rPr>
          <w:rFonts w:cs="Arial"/>
          <w:lang w:eastAsia="es-CO"/>
        </w:rPr>
        <w:t xml:space="preserve"> </w:t>
      </w:r>
      <w:proofErr w:type="spellStart"/>
      <w:r w:rsidRPr="000D2C63">
        <w:rPr>
          <w:rFonts w:cs="Arial"/>
          <w:lang w:eastAsia="es-CO"/>
        </w:rPr>
        <w:t>ejecución</w:t>
      </w:r>
      <w:proofErr w:type="spellEnd"/>
      <w:r w:rsidRPr="000D2C63">
        <w:rPr>
          <w:rFonts w:cs="Arial"/>
          <w:lang w:eastAsia="es-CO"/>
        </w:rPr>
        <w:t xml:space="preserve"> del </w:t>
      </w:r>
      <w:proofErr w:type="spellStart"/>
      <w:r w:rsidRPr="000D2C63">
        <w:rPr>
          <w:rFonts w:cs="Arial"/>
          <w:lang w:eastAsia="es-CO"/>
        </w:rPr>
        <w:t>contrato</w:t>
      </w:r>
      <w:proofErr w:type="spellEnd"/>
      <w:r w:rsidRPr="000D2C63">
        <w:rPr>
          <w:rFonts w:cs="Arial"/>
          <w:lang w:eastAsia="es-CO"/>
        </w:rPr>
        <w:t>.</w:t>
      </w:r>
    </w:p>
    <w:p w14:paraId="682EB2B3" w14:textId="77777777" w:rsidR="008E29C8" w:rsidRPr="000D2C63" w:rsidRDefault="008E29C8" w:rsidP="008E29C8">
      <w:pPr>
        <w:pStyle w:val="Prrafodelista"/>
        <w:widowControl w:val="0"/>
        <w:numPr>
          <w:ilvl w:val="0"/>
          <w:numId w:val="30"/>
        </w:numPr>
        <w:shd w:val="clear" w:color="auto" w:fill="FFFFFF"/>
        <w:spacing w:after="0" w:line="240" w:lineRule="auto"/>
        <w:jc w:val="both"/>
        <w:rPr>
          <w:rFonts w:cs="Arial"/>
          <w:lang w:eastAsia="es-CO"/>
        </w:rPr>
      </w:pPr>
      <w:proofErr w:type="spellStart"/>
      <w:r w:rsidRPr="000D2C63">
        <w:rPr>
          <w:rFonts w:cs="Arial"/>
          <w:lang w:eastAsia="es-CO"/>
        </w:rPr>
        <w:t>Supervisar</w:t>
      </w:r>
      <w:proofErr w:type="spellEnd"/>
      <w:r w:rsidRPr="000D2C63">
        <w:rPr>
          <w:rFonts w:cs="Arial"/>
          <w:lang w:eastAsia="es-CO"/>
        </w:rPr>
        <w:t xml:space="preserve"> la </w:t>
      </w:r>
      <w:proofErr w:type="spellStart"/>
      <w:r w:rsidRPr="000D2C63">
        <w:rPr>
          <w:rFonts w:cs="Arial"/>
          <w:lang w:eastAsia="es-CO"/>
        </w:rPr>
        <w:t>correcta</w:t>
      </w:r>
      <w:proofErr w:type="spellEnd"/>
      <w:r w:rsidRPr="000D2C63">
        <w:rPr>
          <w:rFonts w:cs="Arial"/>
          <w:lang w:eastAsia="es-CO"/>
        </w:rPr>
        <w:t xml:space="preserve"> </w:t>
      </w:r>
      <w:proofErr w:type="spellStart"/>
      <w:r w:rsidRPr="000D2C63">
        <w:rPr>
          <w:rFonts w:cs="Arial"/>
          <w:lang w:eastAsia="es-CO"/>
        </w:rPr>
        <w:t>ejecución</w:t>
      </w:r>
      <w:proofErr w:type="spellEnd"/>
      <w:r w:rsidRPr="000D2C63">
        <w:rPr>
          <w:rFonts w:cs="Arial"/>
          <w:lang w:eastAsia="es-CO"/>
        </w:rPr>
        <w:t xml:space="preserve"> del </w:t>
      </w:r>
      <w:proofErr w:type="spellStart"/>
      <w:r w:rsidRPr="000D2C63">
        <w:rPr>
          <w:rFonts w:cs="Arial"/>
          <w:lang w:eastAsia="es-CO"/>
        </w:rPr>
        <w:t>contrato</w:t>
      </w:r>
      <w:proofErr w:type="spellEnd"/>
      <w:r w:rsidRPr="000D2C63">
        <w:rPr>
          <w:rFonts w:cs="Arial"/>
          <w:lang w:eastAsia="es-CO"/>
        </w:rPr>
        <w:t xml:space="preserve"> a </w:t>
      </w:r>
      <w:proofErr w:type="spellStart"/>
      <w:r w:rsidRPr="000D2C63">
        <w:rPr>
          <w:rFonts w:cs="Arial"/>
          <w:lang w:eastAsia="es-CO"/>
        </w:rPr>
        <w:t>través</w:t>
      </w:r>
      <w:proofErr w:type="spellEnd"/>
      <w:r w:rsidRPr="000D2C63">
        <w:rPr>
          <w:rFonts w:cs="Arial"/>
          <w:lang w:eastAsia="es-CO"/>
        </w:rPr>
        <w:t xml:space="preserve"> de la Supervisor externa, </w:t>
      </w:r>
      <w:proofErr w:type="spellStart"/>
      <w:r w:rsidRPr="000D2C63">
        <w:rPr>
          <w:rFonts w:cs="Arial"/>
          <w:lang w:eastAsia="es-CO"/>
        </w:rPr>
        <w:t>contratada</w:t>
      </w:r>
      <w:proofErr w:type="spellEnd"/>
      <w:r w:rsidRPr="000D2C63">
        <w:rPr>
          <w:rFonts w:cs="Arial"/>
          <w:lang w:eastAsia="es-CO"/>
        </w:rPr>
        <w:t xml:space="preserve"> para </w:t>
      </w:r>
      <w:proofErr w:type="spellStart"/>
      <w:r w:rsidRPr="000D2C63">
        <w:rPr>
          <w:rFonts w:cs="Arial"/>
          <w:lang w:eastAsia="es-CO"/>
        </w:rPr>
        <w:t>tal</w:t>
      </w:r>
      <w:proofErr w:type="spellEnd"/>
      <w:r w:rsidRPr="000D2C63">
        <w:rPr>
          <w:rFonts w:cs="Arial"/>
          <w:lang w:eastAsia="es-CO"/>
        </w:rPr>
        <w:t xml:space="preserve"> fin. Para </w:t>
      </w:r>
      <w:proofErr w:type="spellStart"/>
      <w:r w:rsidRPr="000D2C63">
        <w:rPr>
          <w:rFonts w:cs="Arial"/>
          <w:lang w:eastAsia="es-CO"/>
        </w:rPr>
        <w:t>dicha</w:t>
      </w:r>
      <w:proofErr w:type="spellEnd"/>
      <w:r w:rsidRPr="000D2C63">
        <w:rPr>
          <w:rFonts w:cs="Arial"/>
          <w:lang w:eastAsia="es-CO"/>
        </w:rPr>
        <w:t xml:space="preserve"> </w:t>
      </w:r>
      <w:proofErr w:type="spellStart"/>
      <w:r w:rsidRPr="000D2C63">
        <w:rPr>
          <w:rFonts w:cs="Arial"/>
          <w:lang w:eastAsia="es-CO"/>
        </w:rPr>
        <w:t>actividad</w:t>
      </w:r>
      <w:proofErr w:type="spellEnd"/>
      <w:r w:rsidRPr="000D2C63">
        <w:rPr>
          <w:rFonts w:cs="Arial"/>
          <w:lang w:eastAsia="es-CO"/>
        </w:rPr>
        <w:t xml:space="preserve"> se </w:t>
      </w:r>
      <w:proofErr w:type="spellStart"/>
      <w:r w:rsidRPr="000D2C63">
        <w:rPr>
          <w:rFonts w:cs="Arial"/>
          <w:lang w:eastAsia="es-CO"/>
        </w:rPr>
        <w:t>deben</w:t>
      </w:r>
      <w:proofErr w:type="spellEnd"/>
      <w:r w:rsidRPr="000D2C63">
        <w:rPr>
          <w:rFonts w:cs="Arial"/>
          <w:lang w:eastAsia="es-CO"/>
        </w:rPr>
        <w:t xml:space="preserve"> </w:t>
      </w:r>
      <w:proofErr w:type="spellStart"/>
      <w:r w:rsidRPr="000D2C63">
        <w:rPr>
          <w:rFonts w:cs="Arial"/>
          <w:lang w:eastAsia="es-CO"/>
        </w:rPr>
        <w:t>realizar</w:t>
      </w:r>
      <w:proofErr w:type="spellEnd"/>
      <w:r w:rsidRPr="000D2C63">
        <w:rPr>
          <w:rFonts w:cs="Arial"/>
          <w:lang w:eastAsia="es-CO"/>
        </w:rPr>
        <w:t xml:space="preserve"> </w:t>
      </w:r>
      <w:proofErr w:type="spellStart"/>
      <w:r w:rsidRPr="000D2C63">
        <w:rPr>
          <w:rFonts w:cs="Arial"/>
          <w:lang w:eastAsia="es-CO"/>
        </w:rPr>
        <w:t>reuniones</w:t>
      </w:r>
      <w:proofErr w:type="spellEnd"/>
      <w:r w:rsidRPr="000D2C63">
        <w:rPr>
          <w:rFonts w:cs="Arial"/>
          <w:lang w:eastAsia="es-CO"/>
        </w:rPr>
        <w:t xml:space="preserve"> </w:t>
      </w:r>
      <w:proofErr w:type="spellStart"/>
      <w:r w:rsidRPr="000D2C63">
        <w:rPr>
          <w:rFonts w:cs="Arial"/>
          <w:lang w:eastAsia="es-CO"/>
        </w:rPr>
        <w:t>periódicas</w:t>
      </w:r>
      <w:proofErr w:type="spellEnd"/>
      <w:r w:rsidRPr="000D2C63">
        <w:rPr>
          <w:rFonts w:cs="Arial"/>
          <w:lang w:eastAsia="es-CO"/>
        </w:rPr>
        <w:t xml:space="preserve"> de </w:t>
      </w:r>
      <w:proofErr w:type="spellStart"/>
      <w:r w:rsidRPr="000D2C63">
        <w:rPr>
          <w:rFonts w:cs="Arial"/>
          <w:lang w:eastAsia="es-CO"/>
        </w:rPr>
        <w:t>seguimiento</w:t>
      </w:r>
      <w:proofErr w:type="spellEnd"/>
      <w:r w:rsidRPr="000D2C63">
        <w:rPr>
          <w:rFonts w:cs="Arial"/>
          <w:lang w:eastAsia="es-CO"/>
        </w:rPr>
        <w:t xml:space="preserve">, </w:t>
      </w:r>
      <w:proofErr w:type="spellStart"/>
      <w:r w:rsidRPr="000D2C63">
        <w:rPr>
          <w:rFonts w:cs="Arial"/>
          <w:lang w:eastAsia="es-CO"/>
        </w:rPr>
        <w:t>verificación</w:t>
      </w:r>
      <w:proofErr w:type="spellEnd"/>
      <w:r w:rsidRPr="000D2C63">
        <w:rPr>
          <w:rFonts w:cs="Arial"/>
          <w:lang w:eastAsia="es-CO"/>
        </w:rPr>
        <w:t xml:space="preserve"> y </w:t>
      </w:r>
      <w:proofErr w:type="spellStart"/>
      <w:r w:rsidRPr="000D2C63">
        <w:rPr>
          <w:rFonts w:cs="Arial"/>
          <w:lang w:eastAsia="es-CO"/>
        </w:rPr>
        <w:t>planeación</w:t>
      </w:r>
      <w:proofErr w:type="spellEnd"/>
      <w:r w:rsidRPr="000D2C63">
        <w:rPr>
          <w:rFonts w:cs="Arial"/>
          <w:lang w:eastAsia="es-CO"/>
        </w:rPr>
        <w:t xml:space="preserve"> </w:t>
      </w:r>
      <w:proofErr w:type="spellStart"/>
      <w:r w:rsidRPr="000D2C63">
        <w:rPr>
          <w:rFonts w:cs="Arial"/>
          <w:lang w:eastAsia="es-CO"/>
        </w:rPr>
        <w:t>cuyas</w:t>
      </w:r>
      <w:proofErr w:type="spellEnd"/>
      <w:r w:rsidRPr="000D2C63">
        <w:rPr>
          <w:rFonts w:cs="Arial"/>
          <w:lang w:eastAsia="es-CO"/>
        </w:rPr>
        <w:t xml:space="preserve"> </w:t>
      </w:r>
      <w:proofErr w:type="spellStart"/>
      <w:r w:rsidRPr="000D2C63">
        <w:rPr>
          <w:rFonts w:cs="Arial"/>
          <w:lang w:eastAsia="es-CO"/>
        </w:rPr>
        <w:t>conclusiones</w:t>
      </w:r>
      <w:proofErr w:type="spellEnd"/>
      <w:r w:rsidRPr="000D2C63">
        <w:rPr>
          <w:rFonts w:cs="Arial"/>
          <w:lang w:eastAsia="es-CO"/>
        </w:rPr>
        <w:t xml:space="preserve"> </w:t>
      </w:r>
      <w:proofErr w:type="spellStart"/>
      <w:r w:rsidRPr="000D2C63">
        <w:rPr>
          <w:rFonts w:cs="Arial"/>
          <w:lang w:eastAsia="es-CO"/>
        </w:rPr>
        <w:t>quedarán</w:t>
      </w:r>
      <w:proofErr w:type="spellEnd"/>
      <w:r w:rsidRPr="000D2C63">
        <w:rPr>
          <w:rFonts w:cs="Arial"/>
          <w:lang w:eastAsia="es-CO"/>
        </w:rPr>
        <w:t xml:space="preserve"> </w:t>
      </w:r>
      <w:proofErr w:type="spellStart"/>
      <w:r w:rsidRPr="000D2C63">
        <w:rPr>
          <w:rFonts w:cs="Arial"/>
          <w:lang w:eastAsia="es-CO"/>
        </w:rPr>
        <w:t>registradas</w:t>
      </w:r>
      <w:proofErr w:type="spellEnd"/>
      <w:r w:rsidRPr="000D2C63">
        <w:rPr>
          <w:rFonts w:cs="Arial"/>
          <w:lang w:eastAsia="es-CO"/>
        </w:rPr>
        <w:t xml:space="preserve"> </w:t>
      </w:r>
      <w:proofErr w:type="spellStart"/>
      <w:r w:rsidRPr="000D2C63">
        <w:rPr>
          <w:rFonts w:cs="Arial"/>
          <w:lang w:eastAsia="es-CO"/>
        </w:rPr>
        <w:t>en</w:t>
      </w:r>
      <w:proofErr w:type="spellEnd"/>
      <w:r w:rsidRPr="000D2C63">
        <w:rPr>
          <w:rFonts w:cs="Arial"/>
          <w:lang w:eastAsia="es-CO"/>
        </w:rPr>
        <w:t xml:space="preserve"> las </w:t>
      </w:r>
      <w:proofErr w:type="spellStart"/>
      <w:r w:rsidRPr="000D2C63">
        <w:rPr>
          <w:rFonts w:cs="Arial"/>
          <w:lang w:eastAsia="es-CO"/>
        </w:rPr>
        <w:t>respectivas</w:t>
      </w:r>
      <w:proofErr w:type="spellEnd"/>
      <w:r w:rsidRPr="000D2C63">
        <w:rPr>
          <w:rFonts w:cs="Arial"/>
          <w:lang w:eastAsia="es-CO"/>
        </w:rPr>
        <w:t xml:space="preserve"> </w:t>
      </w:r>
      <w:proofErr w:type="spellStart"/>
      <w:r w:rsidRPr="000D2C63">
        <w:rPr>
          <w:rFonts w:cs="Arial"/>
          <w:lang w:eastAsia="es-CO"/>
        </w:rPr>
        <w:t>actas</w:t>
      </w:r>
      <w:proofErr w:type="spellEnd"/>
      <w:r w:rsidRPr="000D2C63">
        <w:rPr>
          <w:rFonts w:cs="Arial"/>
          <w:lang w:eastAsia="es-CO"/>
        </w:rPr>
        <w:t>.</w:t>
      </w:r>
    </w:p>
    <w:p w14:paraId="628A7A02" w14:textId="77777777" w:rsidR="008E29C8" w:rsidRPr="000D2C63" w:rsidRDefault="008E29C8" w:rsidP="008E29C8">
      <w:pPr>
        <w:pStyle w:val="Prrafodelista"/>
        <w:widowControl w:val="0"/>
        <w:numPr>
          <w:ilvl w:val="0"/>
          <w:numId w:val="30"/>
        </w:numPr>
        <w:shd w:val="clear" w:color="auto" w:fill="FFFFFF"/>
        <w:spacing w:after="0" w:line="240" w:lineRule="auto"/>
        <w:jc w:val="both"/>
        <w:rPr>
          <w:rFonts w:cs="Arial"/>
          <w:lang w:eastAsia="es-CO"/>
        </w:rPr>
      </w:pPr>
      <w:proofErr w:type="spellStart"/>
      <w:r w:rsidRPr="000D2C63">
        <w:rPr>
          <w:rFonts w:cs="Arial"/>
          <w:lang w:eastAsia="es-CO"/>
        </w:rPr>
        <w:t>Verificar</w:t>
      </w:r>
      <w:proofErr w:type="spellEnd"/>
      <w:r w:rsidRPr="000D2C63">
        <w:rPr>
          <w:rFonts w:cs="Arial"/>
          <w:lang w:eastAsia="es-CO"/>
        </w:rPr>
        <w:t xml:space="preserve"> y </w:t>
      </w:r>
      <w:proofErr w:type="spellStart"/>
      <w:r w:rsidRPr="000D2C63">
        <w:rPr>
          <w:rFonts w:cs="Arial"/>
          <w:lang w:eastAsia="es-CO"/>
        </w:rPr>
        <w:t>dejar</w:t>
      </w:r>
      <w:proofErr w:type="spellEnd"/>
      <w:r w:rsidRPr="000D2C63">
        <w:rPr>
          <w:rFonts w:cs="Arial"/>
          <w:lang w:eastAsia="es-CO"/>
        </w:rPr>
        <w:t xml:space="preserve"> </w:t>
      </w:r>
      <w:proofErr w:type="spellStart"/>
      <w:r w:rsidRPr="000D2C63">
        <w:rPr>
          <w:rFonts w:cs="Arial"/>
          <w:lang w:eastAsia="es-CO"/>
        </w:rPr>
        <w:t>constancia</w:t>
      </w:r>
      <w:proofErr w:type="spellEnd"/>
      <w:r w:rsidRPr="000D2C63">
        <w:rPr>
          <w:rFonts w:cs="Arial"/>
          <w:lang w:eastAsia="es-CO"/>
        </w:rPr>
        <w:t xml:space="preserve">, a </w:t>
      </w:r>
      <w:proofErr w:type="spellStart"/>
      <w:r w:rsidRPr="000D2C63">
        <w:rPr>
          <w:rFonts w:cs="Arial"/>
          <w:lang w:eastAsia="es-CO"/>
        </w:rPr>
        <w:t>través</w:t>
      </w:r>
      <w:proofErr w:type="spellEnd"/>
      <w:r w:rsidRPr="000D2C63">
        <w:rPr>
          <w:rFonts w:cs="Arial"/>
          <w:lang w:eastAsia="es-CO"/>
        </w:rPr>
        <w:t xml:space="preserve"> de la Supervisor del </w:t>
      </w:r>
      <w:proofErr w:type="spellStart"/>
      <w:r w:rsidRPr="000D2C63">
        <w:rPr>
          <w:rFonts w:cs="Arial"/>
          <w:lang w:eastAsia="es-CO"/>
        </w:rPr>
        <w:t>contrato</w:t>
      </w:r>
      <w:proofErr w:type="spellEnd"/>
      <w:r w:rsidRPr="000D2C63">
        <w:rPr>
          <w:rFonts w:cs="Arial"/>
          <w:lang w:eastAsia="es-CO"/>
        </w:rPr>
        <w:t xml:space="preserve">, del </w:t>
      </w:r>
      <w:proofErr w:type="spellStart"/>
      <w:r w:rsidRPr="000D2C63">
        <w:rPr>
          <w:rFonts w:cs="Arial"/>
          <w:lang w:eastAsia="es-CO"/>
        </w:rPr>
        <w:t>cumplimiento</w:t>
      </w:r>
      <w:proofErr w:type="spellEnd"/>
      <w:r w:rsidRPr="000D2C63">
        <w:rPr>
          <w:rFonts w:cs="Arial"/>
          <w:lang w:eastAsia="es-CO"/>
        </w:rPr>
        <w:t xml:space="preserve"> de las </w:t>
      </w:r>
      <w:proofErr w:type="spellStart"/>
      <w:r w:rsidRPr="000D2C63">
        <w:rPr>
          <w:rFonts w:cs="Arial"/>
          <w:lang w:eastAsia="es-CO"/>
        </w:rPr>
        <w:t>obligaciones</w:t>
      </w:r>
      <w:proofErr w:type="spellEnd"/>
      <w:r w:rsidRPr="000D2C63">
        <w:rPr>
          <w:rFonts w:cs="Arial"/>
          <w:lang w:eastAsia="es-CO"/>
        </w:rPr>
        <w:t xml:space="preserve"> del </w:t>
      </w:r>
      <w:proofErr w:type="spellStart"/>
      <w:r w:rsidRPr="000D2C63">
        <w:rPr>
          <w:rFonts w:cs="Arial"/>
          <w:lang w:eastAsia="es-CO"/>
        </w:rPr>
        <w:t>contratista</w:t>
      </w:r>
      <w:proofErr w:type="spellEnd"/>
      <w:r w:rsidRPr="000D2C63">
        <w:rPr>
          <w:rFonts w:cs="Arial"/>
          <w:lang w:eastAsia="es-CO"/>
        </w:rPr>
        <w:t xml:space="preserve"> </w:t>
      </w:r>
      <w:proofErr w:type="spellStart"/>
      <w:r w:rsidRPr="000D2C63">
        <w:rPr>
          <w:rFonts w:cs="Arial"/>
          <w:lang w:eastAsia="es-CO"/>
        </w:rPr>
        <w:t>frente</w:t>
      </w:r>
      <w:proofErr w:type="spellEnd"/>
      <w:r w:rsidRPr="000D2C63">
        <w:rPr>
          <w:rFonts w:cs="Arial"/>
          <w:lang w:eastAsia="es-CO"/>
        </w:rPr>
        <w:t xml:space="preserve"> a </w:t>
      </w:r>
      <w:proofErr w:type="spellStart"/>
      <w:r w:rsidRPr="000D2C63">
        <w:rPr>
          <w:rFonts w:cs="Arial"/>
          <w:lang w:eastAsia="es-CO"/>
        </w:rPr>
        <w:t>los</w:t>
      </w:r>
      <w:proofErr w:type="spellEnd"/>
      <w:r w:rsidRPr="000D2C63">
        <w:rPr>
          <w:rFonts w:cs="Arial"/>
          <w:lang w:eastAsia="es-CO"/>
        </w:rPr>
        <w:t xml:space="preserve"> </w:t>
      </w:r>
      <w:proofErr w:type="spellStart"/>
      <w:r w:rsidRPr="000D2C63">
        <w:rPr>
          <w:rFonts w:cs="Arial"/>
          <w:lang w:eastAsia="es-CO"/>
        </w:rPr>
        <w:t>aportes</w:t>
      </w:r>
      <w:proofErr w:type="spellEnd"/>
      <w:r w:rsidRPr="000D2C63">
        <w:rPr>
          <w:rFonts w:cs="Arial"/>
          <w:lang w:eastAsia="es-CO"/>
        </w:rPr>
        <w:t xml:space="preserve"> al Sistema Integral de </w:t>
      </w:r>
      <w:proofErr w:type="spellStart"/>
      <w:r w:rsidRPr="000D2C63">
        <w:rPr>
          <w:rFonts w:cs="Arial"/>
          <w:lang w:eastAsia="es-CO"/>
        </w:rPr>
        <w:t>Seguridad</w:t>
      </w:r>
      <w:proofErr w:type="spellEnd"/>
      <w:r w:rsidRPr="000D2C63">
        <w:rPr>
          <w:rFonts w:cs="Arial"/>
          <w:lang w:eastAsia="es-CO"/>
        </w:rPr>
        <w:t xml:space="preserve"> Social y las </w:t>
      </w:r>
      <w:proofErr w:type="spellStart"/>
      <w:r w:rsidRPr="000D2C63">
        <w:rPr>
          <w:rFonts w:cs="Arial"/>
          <w:lang w:eastAsia="es-CO"/>
        </w:rPr>
        <w:t>contribuciones</w:t>
      </w:r>
      <w:proofErr w:type="spellEnd"/>
      <w:r w:rsidRPr="000D2C63">
        <w:rPr>
          <w:rFonts w:cs="Arial"/>
          <w:lang w:eastAsia="es-CO"/>
        </w:rPr>
        <w:t xml:space="preserve"> </w:t>
      </w:r>
      <w:proofErr w:type="spellStart"/>
      <w:r w:rsidRPr="000D2C63">
        <w:rPr>
          <w:rFonts w:cs="Arial"/>
          <w:lang w:eastAsia="es-CO"/>
        </w:rPr>
        <w:t>parafiscales</w:t>
      </w:r>
      <w:proofErr w:type="spellEnd"/>
      <w:r w:rsidRPr="000D2C63">
        <w:rPr>
          <w:rFonts w:cs="Arial"/>
          <w:lang w:eastAsia="es-CO"/>
        </w:rPr>
        <w:t xml:space="preserve"> a </w:t>
      </w:r>
      <w:proofErr w:type="spellStart"/>
      <w:r w:rsidRPr="000D2C63">
        <w:rPr>
          <w:rFonts w:cs="Arial"/>
          <w:lang w:eastAsia="es-CO"/>
        </w:rPr>
        <w:t>que</w:t>
      </w:r>
      <w:proofErr w:type="spellEnd"/>
      <w:r w:rsidRPr="000D2C63">
        <w:rPr>
          <w:rFonts w:cs="Arial"/>
          <w:lang w:eastAsia="es-CO"/>
        </w:rPr>
        <w:t xml:space="preserve"> </w:t>
      </w:r>
      <w:proofErr w:type="spellStart"/>
      <w:r w:rsidRPr="000D2C63">
        <w:rPr>
          <w:rFonts w:cs="Arial"/>
          <w:lang w:eastAsia="es-CO"/>
        </w:rPr>
        <w:t>haya</w:t>
      </w:r>
      <w:proofErr w:type="spellEnd"/>
      <w:r w:rsidRPr="000D2C63">
        <w:rPr>
          <w:rFonts w:cs="Arial"/>
          <w:lang w:eastAsia="es-CO"/>
        </w:rPr>
        <w:t xml:space="preserve"> </w:t>
      </w:r>
      <w:proofErr w:type="spellStart"/>
      <w:r w:rsidRPr="000D2C63">
        <w:rPr>
          <w:rFonts w:cs="Arial"/>
          <w:lang w:eastAsia="es-CO"/>
        </w:rPr>
        <w:t>lugar</w:t>
      </w:r>
      <w:proofErr w:type="spellEnd"/>
      <w:r w:rsidRPr="000D2C63">
        <w:rPr>
          <w:rFonts w:cs="Arial"/>
          <w:lang w:eastAsia="es-CO"/>
        </w:rPr>
        <w:t xml:space="preserve">, </w:t>
      </w:r>
      <w:proofErr w:type="spellStart"/>
      <w:r w:rsidRPr="000D2C63">
        <w:rPr>
          <w:rFonts w:cs="Arial"/>
          <w:lang w:eastAsia="es-CO"/>
        </w:rPr>
        <w:t>establecidas</w:t>
      </w:r>
      <w:proofErr w:type="spellEnd"/>
      <w:r w:rsidRPr="000D2C63">
        <w:rPr>
          <w:rFonts w:cs="Arial"/>
          <w:lang w:eastAsia="es-CO"/>
        </w:rPr>
        <w:t xml:space="preserve"> </w:t>
      </w:r>
      <w:proofErr w:type="spellStart"/>
      <w:r w:rsidRPr="000D2C63">
        <w:rPr>
          <w:rFonts w:cs="Arial"/>
          <w:lang w:eastAsia="es-CO"/>
        </w:rPr>
        <w:t>por</w:t>
      </w:r>
      <w:proofErr w:type="spellEnd"/>
      <w:r w:rsidRPr="000D2C63">
        <w:rPr>
          <w:rFonts w:cs="Arial"/>
          <w:lang w:eastAsia="es-CO"/>
        </w:rPr>
        <w:t xml:space="preserve"> la ley </w:t>
      </w:r>
      <w:proofErr w:type="spellStart"/>
      <w:r w:rsidRPr="000D2C63">
        <w:rPr>
          <w:rFonts w:cs="Arial"/>
          <w:lang w:eastAsia="es-CO"/>
        </w:rPr>
        <w:t>colombiana</w:t>
      </w:r>
      <w:proofErr w:type="spellEnd"/>
      <w:r w:rsidRPr="000D2C63">
        <w:rPr>
          <w:rFonts w:cs="Arial"/>
          <w:lang w:eastAsia="es-CO"/>
        </w:rPr>
        <w:t xml:space="preserve">, del personal </w:t>
      </w:r>
      <w:proofErr w:type="spellStart"/>
      <w:r w:rsidRPr="000D2C63">
        <w:rPr>
          <w:rFonts w:cs="Arial"/>
          <w:lang w:eastAsia="es-CO"/>
        </w:rPr>
        <w:t>que</w:t>
      </w:r>
      <w:proofErr w:type="spellEnd"/>
      <w:r w:rsidRPr="000D2C63">
        <w:rPr>
          <w:rFonts w:cs="Arial"/>
          <w:lang w:eastAsia="es-CO"/>
        </w:rPr>
        <w:t xml:space="preserve"> contrate o </w:t>
      </w:r>
      <w:proofErr w:type="spellStart"/>
      <w:r w:rsidRPr="000D2C63">
        <w:rPr>
          <w:rFonts w:cs="Arial"/>
          <w:lang w:eastAsia="es-CO"/>
        </w:rPr>
        <w:t>tenga</w:t>
      </w:r>
      <w:proofErr w:type="spellEnd"/>
      <w:r w:rsidRPr="000D2C63">
        <w:rPr>
          <w:rFonts w:cs="Arial"/>
          <w:lang w:eastAsia="es-CO"/>
        </w:rPr>
        <w:t xml:space="preserve"> </w:t>
      </w:r>
      <w:proofErr w:type="spellStart"/>
      <w:r w:rsidRPr="000D2C63">
        <w:rPr>
          <w:rFonts w:cs="Arial"/>
          <w:lang w:eastAsia="es-CO"/>
        </w:rPr>
        <w:t>en</w:t>
      </w:r>
      <w:proofErr w:type="spellEnd"/>
      <w:r w:rsidRPr="000D2C63">
        <w:rPr>
          <w:rFonts w:cs="Arial"/>
          <w:lang w:eastAsia="es-CO"/>
        </w:rPr>
        <w:t xml:space="preserve"> la planta </w:t>
      </w:r>
      <w:proofErr w:type="spellStart"/>
      <w:r w:rsidRPr="000D2C63">
        <w:rPr>
          <w:rFonts w:cs="Arial"/>
          <w:lang w:eastAsia="es-CO"/>
        </w:rPr>
        <w:t>durante</w:t>
      </w:r>
      <w:proofErr w:type="spellEnd"/>
      <w:r w:rsidRPr="000D2C63">
        <w:rPr>
          <w:rFonts w:cs="Arial"/>
          <w:lang w:eastAsia="es-CO"/>
        </w:rPr>
        <w:t xml:space="preserve"> la </w:t>
      </w:r>
      <w:proofErr w:type="spellStart"/>
      <w:r w:rsidRPr="000D2C63">
        <w:rPr>
          <w:rFonts w:cs="Arial"/>
          <w:lang w:eastAsia="es-CO"/>
        </w:rPr>
        <w:t>ejecución</w:t>
      </w:r>
      <w:proofErr w:type="spellEnd"/>
      <w:r w:rsidRPr="000D2C63">
        <w:rPr>
          <w:rFonts w:cs="Arial"/>
          <w:lang w:eastAsia="es-CO"/>
        </w:rPr>
        <w:t xml:space="preserve"> del </w:t>
      </w:r>
      <w:proofErr w:type="spellStart"/>
      <w:r w:rsidRPr="000D2C63">
        <w:rPr>
          <w:rFonts w:cs="Arial"/>
          <w:lang w:eastAsia="es-CO"/>
        </w:rPr>
        <w:t>contrato</w:t>
      </w:r>
      <w:proofErr w:type="spellEnd"/>
      <w:r w:rsidRPr="000D2C63">
        <w:rPr>
          <w:rFonts w:cs="Arial"/>
          <w:lang w:eastAsia="es-CO"/>
        </w:rPr>
        <w:t>.</w:t>
      </w:r>
    </w:p>
    <w:p w14:paraId="757777AA" w14:textId="77777777" w:rsidR="008E29C8" w:rsidRPr="000D2C63" w:rsidRDefault="008E29C8" w:rsidP="008E29C8">
      <w:pPr>
        <w:pStyle w:val="Prrafodelista"/>
        <w:widowControl w:val="0"/>
        <w:numPr>
          <w:ilvl w:val="0"/>
          <w:numId w:val="30"/>
        </w:numPr>
        <w:shd w:val="clear" w:color="auto" w:fill="FFFFFF"/>
        <w:spacing w:after="0" w:line="240" w:lineRule="auto"/>
        <w:jc w:val="both"/>
        <w:rPr>
          <w:rFonts w:cs="Arial"/>
          <w:lang w:eastAsia="es-CO"/>
        </w:rPr>
      </w:pPr>
      <w:r w:rsidRPr="000D2C63">
        <w:rPr>
          <w:rFonts w:cs="Arial"/>
          <w:lang w:eastAsia="es-CO"/>
        </w:rPr>
        <w:t xml:space="preserve">Pagar al CONTRATISTA el valor del </w:t>
      </w:r>
      <w:proofErr w:type="spellStart"/>
      <w:r w:rsidRPr="000D2C63">
        <w:rPr>
          <w:rFonts w:cs="Arial"/>
          <w:lang w:eastAsia="es-CO"/>
        </w:rPr>
        <w:t>Contrato</w:t>
      </w:r>
      <w:proofErr w:type="spellEnd"/>
      <w:r w:rsidRPr="000D2C63">
        <w:rPr>
          <w:rFonts w:cs="Arial"/>
          <w:lang w:eastAsia="es-CO"/>
        </w:rPr>
        <w:t xml:space="preserve"> y </w:t>
      </w:r>
      <w:proofErr w:type="spellStart"/>
      <w:r w:rsidRPr="000D2C63">
        <w:rPr>
          <w:rFonts w:cs="Arial"/>
          <w:lang w:eastAsia="es-CO"/>
        </w:rPr>
        <w:t>realizar</w:t>
      </w:r>
      <w:proofErr w:type="spellEnd"/>
      <w:r w:rsidRPr="000D2C63">
        <w:rPr>
          <w:rFonts w:cs="Arial"/>
          <w:lang w:eastAsia="es-CO"/>
        </w:rPr>
        <w:t xml:space="preserve"> </w:t>
      </w:r>
      <w:proofErr w:type="spellStart"/>
      <w:r w:rsidRPr="000D2C63">
        <w:rPr>
          <w:rFonts w:cs="Arial"/>
          <w:lang w:eastAsia="es-CO"/>
        </w:rPr>
        <w:t>los</w:t>
      </w:r>
      <w:proofErr w:type="spellEnd"/>
      <w:r w:rsidRPr="000D2C63">
        <w:rPr>
          <w:rFonts w:cs="Arial"/>
          <w:lang w:eastAsia="es-CO"/>
        </w:rPr>
        <w:t xml:space="preserve"> </w:t>
      </w:r>
      <w:proofErr w:type="spellStart"/>
      <w:r w:rsidRPr="000D2C63">
        <w:rPr>
          <w:rFonts w:cs="Arial"/>
          <w:lang w:eastAsia="es-CO"/>
        </w:rPr>
        <w:t>descuentos</w:t>
      </w:r>
      <w:proofErr w:type="spellEnd"/>
      <w:r w:rsidRPr="000D2C63">
        <w:rPr>
          <w:rFonts w:cs="Arial"/>
          <w:lang w:eastAsia="es-CO"/>
        </w:rPr>
        <w:t xml:space="preserve"> de </w:t>
      </w:r>
      <w:proofErr w:type="spellStart"/>
      <w:r w:rsidRPr="000D2C63">
        <w:rPr>
          <w:rFonts w:cs="Arial"/>
          <w:lang w:eastAsia="es-CO"/>
        </w:rPr>
        <w:t>impuestos</w:t>
      </w:r>
      <w:proofErr w:type="spellEnd"/>
      <w:r w:rsidRPr="000D2C63">
        <w:rPr>
          <w:rFonts w:cs="Arial"/>
          <w:lang w:eastAsia="es-CO"/>
        </w:rPr>
        <w:t xml:space="preserve">, </w:t>
      </w:r>
      <w:proofErr w:type="spellStart"/>
      <w:r w:rsidRPr="000D2C63">
        <w:rPr>
          <w:rFonts w:cs="Arial"/>
          <w:lang w:eastAsia="es-CO"/>
        </w:rPr>
        <w:t>tasas</w:t>
      </w:r>
      <w:proofErr w:type="spellEnd"/>
      <w:r w:rsidRPr="000D2C63">
        <w:rPr>
          <w:rFonts w:cs="Arial"/>
          <w:lang w:eastAsia="es-CO"/>
        </w:rPr>
        <w:t xml:space="preserve"> y </w:t>
      </w:r>
      <w:proofErr w:type="spellStart"/>
      <w:r w:rsidRPr="000D2C63">
        <w:rPr>
          <w:rFonts w:cs="Arial"/>
          <w:lang w:eastAsia="es-CO"/>
        </w:rPr>
        <w:t>contribuciones</w:t>
      </w:r>
      <w:proofErr w:type="spellEnd"/>
      <w:r w:rsidRPr="000D2C63">
        <w:rPr>
          <w:rFonts w:cs="Arial"/>
          <w:lang w:eastAsia="es-CO"/>
        </w:rPr>
        <w:t xml:space="preserve"> a </w:t>
      </w:r>
      <w:proofErr w:type="spellStart"/>
      <w:r w:rsidRPr="000D2C63">
        <w:rPr>
          <w:rFonts w:cs="Arial"/>
          <w:lang w:eastAsia="es-CO"/>
        </w:rPr>
        <w:t>que</w:t>
      </w:r>
      <w:proofErr w:type="spellEnd"/>
      <w:r w:rsidRPr="000D2C63">
        <w:rPr>
          <w:rFonts w:cs="Arial"/>
          <w:lang w:eastAsia="es-CO"/>
        </w:rPr>
        <w:t xml:space="preserve"> </w:t>
      </w:r>
      <w:proofErr w:type="spellStart"/>
      <w:r w:rsidRPr="000D2C63">
        <w:rPr>
          <w:rFonts w:cs="Arial"/>
          <w:lang w:eastAsia="es-CO"/>
        </w:rPr>
        <w:t>haya</w:t>
      </w:r>
      <w:proofErr w:type="spellEnd"/>
      <w:r w:rsidRPr="000D2C63">
        <w:rPr>
          <w:rFonts w:cs="Arial"/>
          <w:lang w:eastAsia="es-CO"/>
        </w:rPr>
        <w:t xml:space="preserve"> </w:t>
      </w:r>
      <w:proofErr w:type="spellStart"/>
      <w:r w:rsidRPr="000D2C63">
        <w:rPr>
          <w:rFonts w:cs="Arial"/>
          <w:lang w:eastAsia="es-CO"/>
        </w:rPr>
        <w:t>lugar</w:t>
      </w:r>
      <w:proofErr w:type="spellEnd"/>
      <w:r w:rsidRPr="000D2C63">
        <w:rPr>
          <w:rFonts w:cs="Arial"/>
          <w:lang w:eastAsia="es-CO"/>
        </w:rPr>
        <w:t xml:space="preserve"> de </w:t>
      </w:r>
      <w:proofErr w:type="spellStart"/>
      <w:r w:rsidRPr="000D2C63">
        <w:rPr>
          <w:rFonts w:cs="Arial"/>
          <w:lang w:eastAsia="es-CO"/>
        </w:rPr>
        <w:t>conformidad</w:t>
      </w:r>
      <w:proofErr w:type="spellEnd"/>
      <w:r w:rsidRPr="000D2C63">
        <w:rPr>
          <w:rFonts w:cs="Arial"/>
          <w:lang w:eastAsia="es-CO"/>
        </w:rPr>
        <w:t xml:space="preserve"> con la </w:t>
      </w:r>
      <w:proofErr w:type="spellStart"/>
      <w:r w:rsidRPr="000D2C63">
        <w:rPr>
          <w:rFonts w:cs="Arial"/>
          <w:lang w:eastAsia="es-CO"/>
        </w:rPr>
        <w:t>normatividad</w:t>
      </w:r>
      <w:proofErr w:type="spellEnd"/>
      <w:r w:rsidRPr="000D2C63">
        <w:rPr>
          <w:rFonts w:cs="Arial"/>
          <w:lang w:eastAsia="es-CO"/>
        </w:rPr>
        <w:t xml:space="preserve"> legal </w:t>
      </w:r>
      <w:proofErr w:type="spellStart"/>
      <w:r w:rsidRPr="000D2C63">
        <w:rPr>
          <w:rFonts w:cs="Arial"/>
          <w:lang w:eastAsia="es-CO"/>
        </w:rPr>
        <w:t>vigente</w:t>
      </w:r>
      <w:proofErr w:type="spellEnd"/>
      <w:r w:rsidRPr="000D2C63">
        <w:rPr>
          <w:rFonts w:cs="Arial"/>
          <w:lang w:eastAsia="es-CO"/>
        </w:rPr>
        <w:t xml:space="preserve">. </w:t>
      </w:r>
    </w:p>
    <w:p w14:paraId="0336A5E7" w14:textId="77777777" w:rsidR="008E29C8" w:rsidRPr="000D2C63" w:rsidRDefault="008E29C8" w:rsidP="008E29C8">
      <w:pPr>
        <w:pStyle w:val="Prrafodelista"/>
        <w:widowControl w:val="0"/>
        <w:numPr>
          <w:ilvl w:val="0"/>
          <w:numId w:val="30"/>
        </w:numPr>
        <w:shd w:val="clear" w:color="auto" w:fill="FFFFFF"/>
        <w:spacing w:after="0" w:line="240" w:lineRule="auto"/>
        <w:jc w:val="both"/>
        <w:rPr>
          <w:rFonts w:cs="Arial"/>
          <w:lang w:eastAsia="es-CO"/>
        </w:rPr>
      </w:pPr>
      <w:proofErr w:type="spellStart"/>
      <w:r w:rsidRPr="000D2C63">
        <w:rPr>
          <w:rFonts w:cs="Arial"/>
          <w:lang w:eastAsia="es-CO"/>
        </w:rPr>
        <w:t>Aprobar</w:t>
      </w:r>
      <w:proofErr w:type="spellEnd"/>
      <w:r w:rsidRPr="000D2C63">
        <w:rPr>
          <w:rFonts w:cs="Arial"/>
          <w:lang w:eastAsia="es-CO"/>
        </w:rPr>
        <w:t xml:space="preserve"> o </w:t>
      </w:r>
      <w:proofErr w:type="spellStart"/>
      <w:r w:rsidRPr="000D2C63">
        <w:rPr>
          <w:rFonts w:cs="Arial"/>
          <w:lang w:eastAsia="es-CO"/>
        </w:rPr>
        <w:t>rechazar</w:t>
      </w:r>
      <w:proofErr w:type="spellEnd"/>
      <w:r w:rsidRPr="000D2C63">
        <w:rPr>
          <w:rFonts w:cs="Arial"/>
          <w:lang w:eastAsia="es-CO"/>
        </w:rPr>
        <w:t xml:space="preserve"> las </w:t>
      </w:r>
      <w:proofErr w:type="spellStart"/>
      <w:r w:rsidRPr="000D2C63">
        <w:rPr>
          <w:rFonts w:cs="Arial"/>
          <w:lang w:eastAsia="es-CO"/>
        </w:rPr>
        <w:t>actividades</w:t>
      </w:r>
      <w:proofErr w:type="spellEnd"/>
      <w:r w:rsidRPr="000D2C63">
        <w:rPr>
          <w:rFonts w:cs="Arial"/>
          <w:lang w:eastAsia="es-CO"/>
        </w:rPr>
        <w:t xml:space="preserve"> </w:t>
      </w:r>
      <w:proofErr w:type="spellStart"/>
      <w:r w:rsidRPr="000D2C63">
        <w:rPr>
          <w:rFonts w:cs="Arial"/>
          <w:lang w:eastAsia="es-CO"/>
        </w:rPr>
        <w:t>si</w:t>
      </w:r>
      <w:proofErr w:type="spellEnd"/>
      <w:r w:rsidRPr="000D2C63">
        <w:rPr>
          <w:rFonts w:cs="Arial"/>
          <w:lang w:eastAsia="es-CO"/>
        </w:rPr>
        <w:t xml:space="preserve"> </w:t>
      </w:r>
      <w:proofErr w:type="spellStart"/>
      <w:r w:rsidRPr="000D2C63">
        <w:rPr>
          <w:rFonts w:cs="Arial"/>
          <w:lang w:eastAsia="es-CO"/>
        </w:rPr>
        <w:t>fuere</w:t>
      </w:r>
      <w:proofErr w:type="spellEnd"/>
      <w:r w:rsidRPr="000D2C63">
        <w:rPr>
          <w:rFonts w:cs="Arial"/>
          <w:lang w:eastAsia="es-CO"/>
        </w:rPr>
        <w:t xml:space="preserve"> </w:t>
      </w:r>
      <w:proofErr w:type="spellStart"/>
      <w:r w:rsidRPr="000D2C63">
        <w:rPr>
          <w:rFonts w:cs="Arial"/>
          <w:lang w:eastAsia="es-CO"/>
        </w:rPr>
        <w:t>necesario</w:t>
      </w:r>
      <w:proofErr w:type="spellEnd"/>
      <w:r w:rsidRPr="000D2C63">
        <w:rPr>
          <w:rFonts w:cs="Arial"/>
          <w:lang w:eastAsia="es-CO"/>
        </w:rPr>
        <w:t xml:space="preserve">, </w:t>
      </w:r>
      <w:proofErr w:type="spellStart"/>
      <w:r w:rsidRPr="000D2C63">
        <w:rPr>
          <w:rFonts w:cs="Arial"/>
          <w:lang w:eastAsia="es-CO"/>
        </w:rPr>
        <w:t>por</w:t>
      </w:r>
      <w:proofErr w:type="spellEnd"/>
      <w:r w:rsidRPr="000D2C63">
        <w:rPr>
          <w:rFonts w:cs="Arial"/>
          <w:lang w:eastAsia="es-CO"/>
        </w:rPr>
        <w:t xml:space="preserve"> </w:t>
      </w:r>
      <w:proofErr w:type="spellStart"/>
      <w:r w:rsidRPr="000D2C63">
        <w:rPr>
          <w:rFonts w:cs="Arial"/>
          <w:lang w:eastAsia="es-CO"/>
        </w:rPr>
        <w:t>intermedio</w:t>
      </w:r>
      <w:proofErr w:type="spellEnd"/>
      <w:r w:rsidRPr="000D2C63">
        <w:rPr>
          <w:rFonts w:cs="Arial"/>
          <w:lang w:eastAsia="es-CO"/>
        </w:rPr>
        <w:t xml:space="preserve"> del Supervisor </w:t>
      </w:r>
      <w:proofErr w:type="spellStart"/>
      <w:r w:rsidRPr="000D2C63">
        <w:rPr>
          <w:rFonts w:cs="Arial"/>
          <w:lang w:eastAsia="es-CO"/>
        </w:rPr>
        <w:t>designado</w:t>
      </w:r>
      <w:proofErr w:type="spellEnd"/>
      <w:r w:rsidRPr="000D2C63">
        <w:rPr>
          <w:rFonts w:cs="Arial"/>
          <w:lang w:eastAsia="es-CO"/>
        </w:rPr>
        <w:t xml:space="preserve">. </w:t>
      </w:r>
    </w:p>
    <w:p w14:paraId="62874D2E" w14:textId="77777777" w:rsidR="008E29C8" w:rsidRPr="000D2C63" w:rsidRDefault="008E29C8" w:rsidP="008E29C8">
      <w:pPr>
        <w:pStyle w:val="Prrafodelista"/>
        <w:widowControl w:val="0"/>
        <w:numPr>
          <w:ilvl w:val="0"/>
          <w:numId w:val="30"/>
        </w:numPr>
        <w:shd w:val="clear" w:color="auto" w:fill="FFFFFF"/>
        <w:spacing w:after="0" w:line="240" w:lineRule="auto"/>
        <w:jc w:val="both"/>
        <w:rPr>
          <w:rFonts w:cs="Arial"/>
          <w:lang w:eastAsia="es-CO"/>
        </w:rPr>
      </w:pPr>
      <w:proofErr w:type="spellStart"/>
      <w:r w:rsidRPr="000D2C63">
        <w:rPr>
          <w:rFonts w:cs="Arial"/>
          <w:lang w:eastAsia="es-CO"/>
        </w:rPr>
        <w:t>Verificar</w:t>
      </w:r>
      <w:proofErr w:type="spellEnd"/>
      <w:r w:rsidRPr="000D2C63">
        <w:rPr>
          <w:rFonts w:cs="Arial"/>
          <w:lang w:eastAsia="es-CO"/>
        </w:rPr>
        <w:t xml:space="preserve"> el </w:t>
      </w:r>
      <w:proofErr w:type="spellStart"/>
      <w:r w:rsidRPr="000D2C63">
        <w:rPr>
          <w:rFonts w:cs="Arial"/>
          <w:lang w:eastAsia="es-CO"/>
        </w:rPr>
        <w:t>cumplimiento</w:t>
      </w:r>
      <w:proofErr w:type="spellEnd"/>
      <w:r w:rsidRPr="000D2C63">
        <w:rPr>
          <w:rFonts w:cs="Arial"/>
          <w:lang w:eastAsia="es-CO"/>
        </w:rPr>
        <w:t xml:space="preserve"> de las </w:t>
      </w:r>
      <w:proofErr w:type="spellStart"/>
      <w:r w:rsidRPr="000D2C63">
        <w:rPr>
          <w:rFonts w:cs="Arial"/>
          <w:lang w:eastAsia="es-CO"/>
        </w:rPr>
        <w:t>especificaciones</w:t>
      </w:r>
      <w:proofErr w:type="spellEnd"/>
      <w:r w:rsidRPr="000D2C63">
        <w:rPr>
          <w:rFonts w:cs="Arial"/>
          <w:lang w:eastAsia="es-CO"/>
        </w:rPr>
        <w:t xml:space="preserve"> </w:t>
      </w:r>
      <w:proofErr w:type="spellStart"/>
      <w:r w:rsidRPr="000D2C63">
        <w:rPr>
          <w:rFonts w:cs="Arial"/>
          <w:lang w:eastAsia="es-CO"/>
        </w:rPr>
        <w:t>técnicas</w:t>
      </w:r>
      <w:proofErr w:type="spellEnd"/>
      <w:r w:rsidRPr="000D2C63">
        <w:rPr>
          <w:rFonts w:cs="Arial"/>
          <w:lang w:eastAsia="es-CO"/>
        </w:rPr>
        <w:t xml:space="preserve"> </w:t>
      </w:r>
      <w:proofErr w:type="spellStart"/>
      <w:r w:rsidRPr="000D2C63">
        <w:rPr>
          <w:rFonts w:cs="Arial"/>
          <w:lang w:eastAsia="es-CO"/>
        </w:rPr>
        <w:t>esenciales</w:t>
      </w:r>
      <w:proofErr w:type="spellEnd"/>
      <w:r w:rsidRPr="000D2C63">
        <w:rPr>
          <w:rFonts w:cs="Arial"/>
          <w:lang w:eastAsia="es-CO"/>
        </w:rPr>
        <w:t xml:space="preserve">, a </w:t>
      </w:r>
      <w:proofErr w:type="spellStart"/>
      <w:r w:rsidRPr="000D2C63">
        <w:rPr>
          <w:rFonts w:cs="Arial"/>
          <w:lang w:eastAsia="es-CO"/>
        </w:rPr>
        <w:t>través</w:t>
      </w:r>
      <w:proofErr w:type="spellEnd"/>
      <w:r w:rsidRPr="000D2C63">
        <w:rPr>
          <w:rFonts w:cs="Arial"/>
          <w:lang w:eastAsia="es-CO"/>
        </w:rPr>
        <w:t xml:space="preserve"> del Supervisor </w:t>
      </w:r>
      <w:proofErr w:type="spellStart"/>
      <w:r w:rsidRPr="000D2C63">
        <w:rPr>
          <w:rFonts w:cs="Arial"/>
          <w:lang w:eastAsia="es-CO"/>
        </w:rPr>
        <w:t>designado</w:t>
      </w:r>
      <w:proofErr w:type="spellEnd"/>
      <w:r w:rsidRPr="000D2C63">
        <w:rPr>
          <w:rFonts w:cs="Arial"/>
          <w:lang w:eastAsia="es-CO"/>
        </w:rPr>
        <w:t xml:space="preserve">. </w:t>
      </w:r>
    </w:p>
    <w:p w14:paraId="7BA8DBBD" w14:textId="77777777" w:rsidR="008E29C8" w:rsidRPr="000D2C63" w:rsidRDefault="008E29C8" w:rsidP="008E29C8">
      <w:pPr>
        <w:pStyle w:val="Prrafodelista"/>
        <w:widowControl w:val="0"/>
        <w:numPr>
          <w:ilvl w:val="0"/>
          <w:numId w:val="30"/>
        </w:numPr>
        <w:shd w:val="clear" w:color="auto" w:fill="FFFFFF"/>
        <w:spacing w:after="0" w:line="240" w:lineRule="auto"/>
        <w:jc w:val="both"/>
        <w:rPr>
          <w:rFonts w:cs="Arial"/>
          <w:lang w:eastAsia="es-CO"/>
        </w:rPr>
      </w:pPr>
      <w:proofErr w:type="spellStart"/>
      <w:r w:rsidRPr="000D2C63">
        <w:rPr>
          <w:rFonts w:cs="Arial"/>
          <w:lang w:eastAsia="es-CO"/>
        </w:rPr>
        <w:t>Facilitar</w:t>
      </w:r>
      <w:proofErr w:type="spellEnd"/>
      <w:r w:rsidRPr="000D2C63">
        <w:rPr>
          <w:rFonts w:cs="Arial"/>
          <w:lang w:eastAsia="es-CO"/>
        </w:rPr>
        <w:t xml:space="preserve"> al CONTRATISTA la </w:t>
      </w:r>
      <w:proofErr w:type="spellStart"/>
      <w:r w:rsidRPr="000D2C63">
        <w:rPr>
          <w:rFonts w:cs="Arial"/>
          <w:lang w:eastAsia="es-CO"/>
        </w:rPr>
        <w:t>prestación</w:t>
      </w:r>
      <w:proofErr w:type="spellEnd"/>
      <w:r w:rsidRPr="000D2C63">
        <w:rPr>
          <w:rFonts w:cs="Arial"/>
          <w:lang w:eastAsia="es-CO"/>
        </w:rPr>
        <w:t xml:space="preserve"> </w:t>
      </w:r>
      <w:proofErr w:type="spellStart"/>
      <w:r w:rsidRPr="000D2C63">
        <w:rPr>
          <w:rFonts w:cs="Arial"/>
          <w:lang w:eastAsia="es-CO"/>
        </w:rPr>
        <w:t>eficaz</w:t>
      </w:r>
      <w:proofErr w:type="spellEnd"/>
      <w:r w:rsidRPr="000D2C63">
        <w:rPr>
          <w:rFonts w:cs="Arial"/>
          <w:lang w:eastAsia="es-CO"/>
        </w:rPr>
        <w:t xml:space="preserve"> del </w:t>
      </w:r>
      <w:proofErr w:type="spellStart"/>
      <w:r w:rsidRPr="000D2C63">
        <w:rPr>
          <w:rFonts w:cs="Arial"/>
          <w:lang w:eastAsia="es-CO"/>
        </w:rPr>
        <w:t>objeto</w:t>
      </w:r>
      <w:proofErr w:type="spellEnd"/>
      <w:r w:rsidRPr="000D2C63">
        <w:rPr>
          <w:rFonts w:cs="Arial"/>
          <w:lang w:eastAsia="es-CO"/>
        </w:rPr>
        <w:t xml:space="preserve"> </w:t>
      </w:r>
      <w:proofErr w:type="spellStart"/>
      <w:r w:rsidRPr="000D2C63">
        <w:rPr>
          <w:rFonts w:cs="Arial"/>
          <w:lang w:eastAsia="es-CO"/>
        </w:rPr>
        <w:t>Contratado</w:t>
      </w:r>
      <w:proofErr w:type="spellEnd"/>
      <w:r w:rsidRPr="000D2C63">
        <w:rPr>
          <w:rFonts w:cs="Arial"/>
          <w:lang w:eastAsia="es-CO"/>
        </w:rPr>
        <w:t xml:space="preserve">. </w:t>
      </w:r>
    </w:p>
    <w:p w14:paraId="1802E670" w14:textId="77777777" w:rsidR="008E29C8" w:rsidRPr="000D2C63" w:rsidRDefault="008E29C8" w:rsidP="008E29C8">
      <w:pPr>
        <w:pStyle w:val="Prrafodelista"/>
        <w:widowControl w:val="0"/>
        <w:numPr>
          <w:ilvl w:val="0"/>
          <w:numId w:val="30"/>
        </w:numPr>
        <w:shd w:val="clear" w:color="auto" w:fill="FFFFFF"/>
        <w:spacing w:after="0" w:line="240" w:lineRule="auto"/>
        <w:jc w:val="both"/>
        <w:rPr>
          <w:rFonts w:cs="Arial"/>
          <w:lang w:eastAsia="es-CO"/>
        </w:rPr>
      </w:pPr>
      <w:proofErr w:type="spellStart"/>
      <w:r w:rsidRPr="000D2C63">
        <w:rPr>
          <w:rFonts w:cs="Arial"/>
          <w:lang w:eastAsia="es-CO"/>
        </w:rPr>
        <w:t>Comunicar</w:t>
      </w:r>
      <w:proofErr w:type="spellEnd"/>
      <w:r w:rsidRPr="000D2C63">
        <w:rPr>
          <w:rFonts w:cs="Arial"/>
          <w:lang w:eastAsia="es-CO"/>
        </w:rPr>
        <w:t xml:space="preserve"> al CONTRATISTA, </w:t>
      </w:r>
      <w:proofErr w:type="spellStart"/>
      <w:r w:rsidRPr="000D2C63">
        <w:rPr>
          <w:rFonts w:cs="Arial"/>
          <w:lang w:eastAsia="es-CO"/>
        </w:rPr>
        <w:t>por</w:t>
      </w:r>
      <w:proofErr w:type="spellEnd"/>
      <w:r w:rsidRPr="000D2C63">
        <w:rPr>
          <w:rFonts w:cs="Arial"/>
          <w:lang w:eastAsia="es-CO"/>
        </w:rPr>
        <w:t xml:space="preserve"> </w:t>
      </w:r>
      <w:proofErr w:type="spellStart"/>
      <w:r w:rsidRPr="000D2C63">
        <w:rPr>
          <w:rFonts w:cs="Arial"/>
          <w:lang w:eastAsia="es-CO"/>
        </w:rPr>
        <w:t>escrito</w:t>
      </w:r>
      <w:proofErr w:type="spellEnd"/>
      <w:r w:rsidRPr="000D2C63">
        <w:rPr>
          <w:rFonts w:cs="Arial"/>
          <w:lang w:eastAsia="es-CO"/>
        </w:rPr>
        <w:t xml:space="preserve">, con la </w:t>
      </w:r>
      <w:proofErr w:type="spellStart"/>
      <w:r w:rsidRPr="000D2C63">
        <w:rPr>
          <w:rFonts w:cs="Arial"/>
          <w:lang w:eastAsia="es-CO"/>
        </w:rPr>
        <w:t>debida</w:t>
      </w:r>
      <w:proofErr w:type="spellEnd"/>
      <w:r w:rsidRPr="000D2C63">
        <w:rPr>
          <w:rFonts w:cs="Arial"/>
          <w:lang w:eastAsia="es-CO"/>
        </w:rPr>
        <w:t xml:space="preserve"> </w:t>
      </w:r>
      <w:proofErr w:type="spellStart"/>
      <w:r w:rsidRPr="000D2C63">
        <w:rPr>
          <w:rFonts w:cs="Arial"/>
          <w:lang w:eastAsia="es-CO"/>
        </w:rPr>
        <w:t>oportunidad</w:t>
      </w:r>
      <w:proofErr w:type="spellEnd"/>
      <w:r w:rsidRPr="000D2C63">
        <w:rPr>
          <w:rFonts w:cs="Arial"/>
          <w:lang w:eastAsia="es-CO"/>
        </w:rPr>
        <w:t xml:space="preserve">, las </w:t>
      </w:r>
      <w:proofErr w:type="spellStart"/>
      <w:r w:rsidRPr="000D2C63">
        <w:rPr>
          <w:rFonts w:cs="Arial"/>
          <w:lang w:eastAsia="es-CO"/>
        </w:rPr>
        <w:t>observaciones</w:t>
      </w:r>
      <w:proofErr w:type="spellEnd"/>
      <w:r w:rsidRPr="000D2C63">
        <w:rPr>
          <w:rFonts w:cs="Arial"/>
          <w:lang w:eastAsia="es-CO"/>
        </w:rPr>
        <w:t xml:space="preserve"> </w:t>
      </w:r>
      <w:proofErr w:type="spellStart"/>
      <w:r w:rsidRPr="000D2C63">
        <w:rPr>
          <w:rFonts w:cs="Arial"/>
          <w:lang w:eastAsia="es-CO"/>
        </w:rPr>
        <w:t>referentes</w:t>
      </w:r>
      <w:proofErr w:type="spellEnd"/>
      <w:r w:rsidRPr="000D2C63">
        <w:rPr>
          <w:rFonts w:cs="Arial"/>
          <w:lang w:eastAsia="es-CO"/>
        </w:rPr>
        <w:t xml:space="preserve"> a la </w:t>
      </w:r>
      <w:proofErr w:type="spellStart"/>
      <w:r w:rsidRPr="000D2C63">
        <w:rPr>
          <w:rFonts w:cs="Arial"/>
          <w:lang w:eastAsia="es-CO"/>
        </w:rPr>
        <w:t>ejecución</w:t>
      </w:r>
      <w:proofErr w:type="spellEnd"/>
      <w:r w:rsidRPr="000D2C63">
        <w:rPr>
          <w:rFonts w:cs="Arial"/>
          <w:lang w:eastAsia="es-CO"/>
        </w:rPr>
        <w:t xml:space="preserve"> del </w:t>
      </w:r>
      <w:proofErr w:type="spellStart"/>
      <w:r w:rsidRPr="000D2C63">
        <w:rPr>
          <w:rFonts w:cs="Arial"/>
          <w:lang w:eastAsia="es-CO"/>
        </w:rPr>
        <w:t>Contrato</w:t>
      </w:r>
      <w:proofErr w:type="spellEnd"/>
      <w:r w:rsidRPr="000D2C63">
        <w:rPr>
          <w:rFonts w:cs="Arial"/>
          <w:lang w:eastAsia="es-CO"/>
        </w:rPr>
        <w:t xml:space="preserve">, </w:t>
      </w:r>
      <w:proofErr w:type="spellStart"/>
      <w:r w:rsidRPr="000D2C63">
        <w:rPr>
          <w:rFonts w:cs="Arial"/>
          <w:lang w:eastAsia="es-CO"/>
        </w:rPr>
        <w:t>especialmente</w:t>
      </w:r>
      <w:proofErr w:type="spellEnd"/>
      <w:r w:rsidRPr="000D2C63">
        <w:rPr>
          <w:rFonts w:cs="Arial"/>
          <w:lang w:eastAsia="es-CO"/>
        </w:rPr>
        <w:t xml:space="preserve"> </w:t>
      </w:r>
      <w:proofErr w:type="spellStart"/>
      <w:r w:rsidRPr="000D2C63">
        <w:rPr>
          <w:rFonts w:cs="Arial"/>
          <w:lang w:eastAsia="es-CO"/>
        </w:rPr>
        <w:t>en</w:t>
      </w:r>
      <w:proofErr w:type="spellEnd"/>
      <w:r w:rsidRPr="000D2C63">
        <w:rPr>
          <w:rFonts w:cs="Arial"/>
          <w:lang w:eastAsia="es-CO"/>
        </w:rPr>
        <w:t xml:space="preserve"> lo </w:t>
      </w:r>
      <w:proofErr w:type="spellStart"/>
      <w:r w:rsidRPr="000D2C63">
        <w:rPr>
          <w:rFonts w:cs="Arial"/>
          <w:lang w:eastAsia="es-CO"/>
        </w:rPr>
        <w:t>que</w:t>
      </w:r>
      <w:proofErr w:type="spellEnd"/>
      <w:r w:rsidRPr="000D2C63">
        <w:rPr>
          <w:rFonts w:cs="Arial"/>
          <w:lang w:eastAsia="es-CO"/>
        </w:rPr>
        <w:t xml:space="preserve"> </w:t>
      </w:r>
      <w:proofErr w:type="spellStart"/>
      <w:r w:rsidRPr="000D2C63">
        <w:rPr>
          <w:rFonts w:cs="Arial"/>
          <w:lang w:eastAsia="es-CO"/>
        </w:rPr>
        <w:t>respecta</w:t>
      </w:r>
      <w:proofErr w:type="spellEnd"/>
      <w:r w:rsidRPr="000D2C63">
        <w:rPr>
          <w:rFonts w:cs="Arial"/>
          <w:lang w:eastAsia="es-CO"/>
        </w:rPr>
        <w:t xml:space="preserve"> a la </w:t>
      </w:r>
      <w:proofErr w:type="spellStart"/>
      <w:r w:rsidRPr="000D2C63">
        <w:rPr>
          <w:rFonts w:cs="Arial"/>
          <w:lang w:eastAsia="es-CO"/>
        </w:rPr>
        <w:t>calidad</w:t>
      </w:r>
      <w:proofErr w:type="spellEnd"/>
      <w:r w:rsidRPr="000D2C63">
        <w:rPr>
          <w:rFonts w:cs="Arial"/>
          <w:lang w:eastAsia="es-CO"/>
        </w:rPr>
        <w:t xml:space="preserve"> del </w:t>
      </w:r>
      <w:proofErr w:type="spellStart"/>
      <w:r w:rsidRPr="000D2C63">
        <w:rPr>
          <w:rFonts w:cs="Arial"/>
          <w:lang w:eastAsia="es-CO"/>
        </w:rPr>
        <w:t>servicio</w:t>
      </w:r>
      <w:proofErr w:type="spellEnd"/>
      <w:r w:rsidRPr="000D2C63">
        <w:rPr>
          <w:rFonts w:cs="Arial"/>
          <w:lang w:eastAsia="es-CO"/>
        </w:rPr>
        <w:t xml:space="preserve"> </w:t>
      </w:r>
      <w:proofErr w:type="spellStart"/>
      <w:r w:rsidRPr="000D2C63">
        <w:rPr>
          <w:rFonts w:cs="Arial"/>
          <w:lang w:eastAsia="es-CO"/>
        </w:rPr>
        <w:t>prestado</w:t>
      </w:r>
      <w:proofErr w:type="spellEnd"/>
      <w:r w:rsidRPr="000D2C63">
        <w:rPr>
          <w:rFonts w:cs="Arial"/>
          <w:lang w:eastAsia="es-CO"/>
        </w:rPr>
        <w:t xml:space="preserve">.  </w:t>
      </w:r>
    </w:p>
    <w:p w14:paraId="424F0511" w14:textId="77777777" w:rsidR="008E29C8" w:rsidRPr="000D2C63" w:rsidRDefault="008E29C8" w:rsidP="008E29C8">
      <w:pPr>
        <w:pStyle w:val="Prrafodelista"/>
        <w:widowControl w:val="0"/>
        <w:numPr>
          <w:ilvl w:val="0"/>
          <w:numId w:val="30"/>
        </w:numPr>
        <w:shd w:val="clear" w:color="auto" w:fill="FFFFFF"/>
        <w:spacing w:after="0" w:line="240" w:lineRule="auto"/>
        <w:jc w:val="both"/>
        <w:rPr>
          <w:rFonts w:cs="Arial"/>
          <w:lang w:eastAsia="es-CO"/>
        </w:rPr>
      </w:pPr>
      <w:proofErr w:type="spellStart"/>
      <w:r w:rsidRPr="000D2C63">
        <w:rPr>
          <w:rFonts w:cs="Arial"/>
          <w:lang w:eastAsia="es-CO"/>
        </w:rPr>
        <w:t>Solicitar</w:t>
      </w:r>
      <w:proofErr w:type="spellEnd"/>
      <w:r w:rsidRPr="000D2C63">
        <w:rPr>
          <w:rFonts w:cs="Arial"/>
          <w:lang w:eastAsia="es-CO"/>
        </w:rPr>
        <w:t xml:space="preserve"> al CONTRATISTA, </w:t>
      </w:r>
      <w:proofErr w:type="spellStart"/>
      <w:r w:rsidRPr="000D2C63">
        <w:rPr>
          <w:rFonts w:cs="Arial"/>
          <w:lang w:eastAsia="es-CO"/>
        </w:rPr>
        <w:t>en</w:t>
      </w:r>
      <w:proofErr w:type="spellEnd"/>
      <w:r w:rsidRPr="000D2C63">
        <w:rPr>
          <w:rFonts w:cs="Arial"/>
          <w:lang w:eastAsia="es-CO"/>
        </w:rPr>
        <w:t xml:space="preserve"> </w:t>
      </w:r>
      <w:proofErr w:type="spellStart"/>
      <w:r w:rsidRPr="000D2C63">
        <w:rPr>
          <w:rFonts w:cs="Arial"/>
          <w:lang w:eastAsia="es-CO"/>
        </w:rPr>
        <w:t>cualquier</w:t>
      </w:r>
      <w:proofErr w:type="spellEnd"/>
      <w:r w:rsidRPr="000D2C63">
        <w:rPr>
          <w:rFonts w:cs="Arial"/>
          <w:lang w:eastAsia="es-CO"/>
        </w:rPr>
        <w:t xml:space="preserve"> </w:t>
      </w:r>
      <w:proofErr w:type="spellStart"/>
      <w:r w:rsidRPr="000D2C63">
        <w:rPr>
          <w:rFonts w:cs="Arial"/>
          <w:lang w:eastAsia="es-CO"/>
        </w:rPr>
        <w:t>tiempo</w:t>
      </w:r>
      <w:proofErr w:type="spellEnd"/>
      <w:r w:rsidRPr="000D2C63">
        <w:rPr>
          <w:rFonts w:cs="Arial"/>
          <w:lang w:eastAsia="es-CO"/>
        </w:rPr>
        <w:t xml:space="preserve">, las </w:t>
      </w:r>
      <w:proofErr w:type="spellStart"/>
      <w:r w:rsidRPr="000D2C63">
        <w:rPr>
          <w:rFonts w:cs="Arial"/>
          <w:lang w:eastAsia="es-CO"/>
        </w:rPr>
        <w:t>informaciones</w:t>
      </w:r>
      <w:proofErr w:type="spellEnd"/>
      <w:r w:rsidRPr="000D2C63">
        <w:rPr>
          <w:rFonts w:cs="Arial"/>
          <w:lang w:eastAsia="es-CO"/>
        </w:rPr>
        <w:t xml:space="preserve"> </w:t>
      </w:r>
      <w:proofErr w:type="spellStart"/>
      <w:r w:rsidRPr="000D2C63">
        <w:rPr>
          <w:rFonts w:cs="Arial"/>
          <w:lang w:eastAsia="es-CO"/>
        </w:rPr>
        <w:t>que</w:t>
      </w:r>
      <w:proofErr w:type="spellEnd"/>
      <w:r w:rsidRPr="000D2C63">
        <w:rPr>
          <w:rFonts w:cs="Arial"/>
          <w:lang w:eastAsia="es-CO"/>
        </w:rPr>
        <w:t xml:space="preserve"> </w:t>
      </w:r>
      <w:proofErr w:type="spellStart"/>
      <w:r w:rsidRPr="000D2C63">
        <w:rPr>
          <w:rFonts w:cs="Arial"/>
          <w:lang w:eastAsia="es-CO"/>
        </w:rPr>
        <w:t>requiera</w:t>
      </w:r>
      <w:proofErr w:type="spellEnd"/>
      <w:r w:rsidRPr="000D2C63">
        <w:rPr>
          <w:rFonts w:cs="Arial"/>
          <w:lang w:eastAsia="es-CO"/>
        </w:rPr>
        <w:t xml:space="preserve">, </w:t>
      </w:r>
      <w:proofErr w:type="spellStart"/>
      <w:r w:rsidRPr="000D2C63">
        <w:rPr>
          <w:rFonts w:cs="Arial"/>
          <w:lang w:eastAsia="es-CO"/>
        </w:rPr>
        <w:t>en</w:t>
      </w:r>
      <w:proofErr w:type="spellEnd"/>
      <w:r w:rsidRPr="000D2C63">
        <w:rPr>
          <w:rFonts w:cs="Arial"/>
          <w:lang w:eastAsia="es-CO"/>
        </w:rPr>
        <w:t xml:space="preserve"> </w:t>
      </w:r>
      <w:proofErr w:type="spellStart"/>
      <w:r w:rsidRPr="000D2C63">
        <w:rPr>
          <w:rFonts w:cs="Arial"/>
          <w:lang w:eastAsia="es-CO"/>
        </w:rPr>
        <w:t>relación</w:t>
      </w:r>
      <w:proofErr w:type="spellEnd"/>
      <w:r w:rsidRPr="000D2C63">
        <w:rPr>
          <w:rFonts w:cs="Arial"/>
          <w:lang w:eastAsia="es-CO"/>
        </w:rPr>
        <w:t xml:space="preserve"> con el </w:t>
      </w:r>
      <w:proofErr w:type="spellStart"/>
      <w:r w:rsidRPr="000D2C63">
        <w:rPr>
          <w:rFonts w:cs="Arial"/>
          <w:lang w:eastAsia="es-CO"/>
        </w:rPr>
        <w:t>cumplimiento</w:t>
      </w:r>
      <w:proofErr w:type="spellEnd"/>
      <w:r w:rsidRPr="000D2C63">
        <w:rPr>
          <w:rFonts w:cs="Arial"/>
          <w:lang w:eastAsia="es-CO"/>
        </w:rPr>
        <w:t xml:space="preserve"> de las </w:t>
      </w:r>
      <w:proofErr w:type="spellStart"/>
      <w:r w:rsidRPr="000D2C63">
        <w:rPr>
          <w:rFonts w:cs="Arial"/>
          <w:lang w:eastAsia="es-CO"/>
        </w:rPr>
        <w:t>obligaciones</w:t>
      </w:r>
      <w:proofErr w:type="spellEnd"/>
      <w:r w:rsidRPr="000D2C63">
        <w:rPr>
          <w:rFonts w:cs="Arial"/>
          <w:lang w:eastAsia="es-CO"/>
        </w:rPr>
        <w:t xml:space="preserve"> del </w:t>
      </w:r>
      <w:proofErr w:type="spellStart"/>
      <w:r w:rsidRPr="000D2C63">
        <w:rPr>
          <w:rFonts w:cs="Arial"/>
          <w:lang w:eastAsia="es-CO"/>
        </w:rPr>
        <w:t>Contrato</w:t>
      </w:r>
      <w:proofErr w:type="spellEnd"/>
      <w:r w:rsidRPr="000D2C63">
        <w:rPr>
          <w:rFonts w:cs="Arial"/>
          <w:lang w:eastAsia="es-CO"/>
        </w:rPr>
        <w:t xml:space="preserve">.  </w:t>
      </w:r>
    </w:p>
    <w:p w14:paraId="6C8247B9" w14:textId="77777777" w:rsidR="008E29C8" w:rsidRPr="000D2C63" w:rsidRDefault="008E29C8" w:rsidP="008E29C8">
      <w:pPr>
        <w:pStyle w:val="Prrafodelista"/>
        <w:widowControl w:val="0"/>
        <w:numPr>
          <w:ilvl w:val="0"/>
          <w:numId w:val="30"/>
        </w:numPr>
        <w:shd w:val="clear" w:color="auto" w:fill="FFFFFF"/>
        <w:spacing w:after="0" w:line="240" w:lineRule="auto"/>
        <w:jc w:val="both"/>
        <w:rPr>
          <w:rFonts w:ascii="Times New Roman" w:hAnsi="Times New Roman" w:cs="Times New Roman"/>
          <w:lang w:eastAsia="ar-SA"/>
        </w:rPr>
      </w:pPr>
      <w:proofErr w:type="spellStart"/>
      <w:r w:rsidRPr="000D2C63">
        <w:rPr>
          <w:rFonts w:cs="Arial"/>
          <w:lang w:eastAsia="es-CO"/>
        </w:rPr>
        <w:t>Llevar</w:t>
      </w:r>
      <w:proofErr w:type="spellEnd"/>
      <w:r w:rsidRPr="000D2C63">
        <w:rPr>
          <w:rFonts w:cs="Arial"/>
          <w:lang w:eastAsia="es-CO"/>
        </w:rPr>
        <w:t xml:space="preserve"> a </w:t>
      </w:r>
      <w:proofErr w:type="spellStart"/>
      <w:r w:rsidRPr="000D2C63">
        <w:rPr>
          <w:rFonts w:cs="Arial"/>
          <w:lang w:eastAsia="es-CO"/>
        </w:rPr>
        <w:t>cabo</w:t>
      </w:r>
      <w:proofErr w:type="spellEnd"/>
      <w:r w:rsidRPr="000D2C63">
        <w:rPr>
          <w:rFonts w:cs="Arial"/>
          <w:lang w:eastAsia="es-CO"/>
        </w:rPr>
        <w:t xml:space="preserve"> el </w:t>
      </w:r>
      <w:proofErr w:type="spellStart"/>
      <w:r w:rsidRPr="000D2C63">
        <w:rPr>
          <w:rFonts w:cs="Arial"/>
          <w:lang w:eastAsia="es-CO"/>
        </w:rPr>
        <w:t>recibo</w:t>
      </w:r>
      <w:proofErr w:type="spellEnd"/>
      <w:r w:rsidRPr="000D2C63">
        <w:rPr>
          <w:rFonts w:cs="Arial"/>
          <w:lang w:eastAsia="es-CO"/>
        </w:rPr>
        <w:t xml:space="preserve"> de la </w:t>
      </w:r>
      <w:proofErr w:type="spellStart"/>
      <w:r w:rsidRPr="000D2C63">
        <w:rPr>
          <w:rFonts w:cs="Arial"/>
          <w:lang w:eastAsia="es-CO"/>
        </w:rPr>
        <w:t>prestación</w:t>
      </w:r>
      <w:proofErr w:type="spellEnd"/>
      <w:r w:rsidRPr="000D2C63">
        <w:rPr>
          <w:rFonts w:cs="Arial"/>
          <w:lang w:eastAsia="es-CO"/>
        </w:rPr>
        <w:t xml:space="preserve"> del </w:t>
      </w:r>
      <w:proofErr w:type="spellStart"/>
      <w:r w:rsidRPr="000D2C63">
        <w:rPr>
          <w:rFonts w:cs="Arial"/>
          <w:lang w:eastAsia="es-CO"/>
        </w:rPr>
        <w:t>servicio</w:t>
      </w:r>
      <w:proofErr w:type="spellEnd"/>
      <w:r w:rsidRPr="000D2C63">
        <w:rPr>
          <w:rFonts w:cs="Arial"/>
          <w:lang w:eastAsia="es-CO"/>
        </w:rPr>
        <w:t xml:space="preserve">, </w:t>
      </w:r>
      <w:proofErr w:type="spellStart"/>
      <w:r w:rsidRPr="000D2C63">
        <w:rPr>
          <w:rFonts w:cs="Arial"/>
          <w:lang w:eastAsia="es-CO"/>
        </w:rPr>
        <w:t>verificando</w:t>
      </w:r>
      <w:proofErr w:type="spellEnd"/>
      <w:r w:rsidRPr="000D2C63">
        <w:rPr>
          <w:rFonts w:cs="Arial"/>
          <w:lang w:eastAsia="es-CO"/>
        </w:rPr>
        <w:t xml:space="preserve"> el </w:t>
      </w:r>
      <w:proofErr w:type="spellStart"/>
      <w:r w:rsidRPr="000D2C63">
        <w:rPr>
          <w:rFonts w:cs="Arial"/>
          <w:lang w:eastAsia="es-CO"/>
        </w:rPr>
        <w:t>cumplimiento</w:t>
      </w:r>
      <w:proofErr w:type="spellEnd"/>
      <w:r w:rsidRPr="000D2C63">
        <w:rPr>
          <w:rFonts w:cs="Arial"/>
          <w:lang w:eastAsia="es-CO"/>
        </w:rPr>
        <w:t xml:space="preserve"> de las </w:t>
      </w:r>
      <w:proofErr w:type="spellStart"/>
      <w:r w:rsidRPr="000D2C63">
        <w:rPr>
          <w:rFonts w:cs="Arial"/>
          <w:lang w:eastAsia="es-CO"/>
        </w:rPr>
        <w:t>especificaciones</w:t>
      </w:r>
      <w:proofErr w:type="spellEnd"/>
      <w:r w:rsidRPr="000D2C63">
        <w:rPr>
          <w:rFonts w:cs="Arial"/>
          <w:lang w:eastAsia="es-CO"/>
        </w:rPr>
        <w:t xml:space="preserve"> </w:t>
      </w:r>
      <w:proofErr w:type="spellStart"/>
      <w:r w:rsidRPr="000D2C63">
        <w:rPr>
          <w:rFonts w:cs="Arial"/>
          <w:lang w:eastAsia="es-CO"/>
        </w:rPr>
        <w:t>técnicas</w:t>
      </w:r>
      <w:proofErr w:type="spellEnd"/>
      <w:r w:rsidRPr="000D2C63">
        <w:rPr>
          <w:rFonts w:cs="Arial"/>
          <w:lang w:eastAsia="es-CO"/>
        </w:rPr>
        <w:t xml:space="preserve"> </w:t>
      </w:r>
      <w:proofErr w:type="spellStart"/>
      <w:r w:rsidRPr="000D2C63">
        <w:rPr>
          <w:rFonts w:cs="Arial"/>
          <w:lang w:eastAsia="es-CO"/>
        </w:rPr>
        <w:t>esenciales</w:t>
      </w:r>
      <w:proofErr w:type="spellEnd"/>
      <w:r w:rsidRPr="000D2C63">
        <w:rPr>
          <w:rFonts w:cs="Arial"/>
          <w:lang w:eastAsia="es-CO"/>
        </w:rPr>
        <w:t xml:space="preserve">, a </w:t>
      </w:r>
      <w:proofErr w:type="spellStart"/>
      <w:r w:rsidRPr="000D2C63">
        <w:rPr>
          <w:rFonts w:cs="Arial"/>
          <w:lang w:eastAsia="es-CO"/>
        </w:rPr>
        <w:t>través</w:t>
      </w:r>
      <w:proofErr w:type="spellEnd"/>
      <w:r w:rsidRPr="000D2C63">
        <w:rPr>
          <w:rFonts w:cs="Arial"/>
          <w:lang w:eastAsia="es-CO"/>
        </w:rPr>
        <w:t xml:space="preserve"> del Supervisor </w:t>
      </w:r>
      <w:proofErr w:type="spellStart"/>
      <w:r w:rsidRPr="000D2C63">
        <w:rPr>
          <w:rFonts w:cs="Arial"/>
          <w:lang w:eastAsia="es-CO"/>
        </w:rPr>
        <w:t>designado</w:t>
      </w:r>
      <w:proofErr w:type="spellEnd"/>
      <w:r w:rsidRPr="000D2C63">
        <w:rPr>
          <w:rFonts w:cs="Arial"/>
          <w:lang w:eastAsia="es-CO"/>
        </w:rPr>
        <w:t xml:space="preserve">. </w:t>
      </w:r>
    </w:p>
    <w:p w14:paraId="5D066949" w14:textId="77777777" w:rsidR="008E29C8" w:rsidRPr="000D2C63" w:rsidRDefault="008E29C8" w:rsidP="008E29C8">
      <w:pPr>
        <w:pStyle w:val="Prrafodelista"/>
        <w:widowControl w:val="0"/>
        <w:numPr>
          <w:ilvl w:val="0"/>
          <w:numId w:val="30"/>
        </w:numPr>
        <w:shd w:val="clear" w:color="auto" w:fill="FFFFFF"/>
        <w:spacing w:after="0" w:line="240" w:lineRule="auto"/>
        <w:jc w:val="both"/>
      </w:pPr>
      <w:r w:rsidRPr="000D2C63">
        <w:rPr>
          <w:rFonts w:cs="Arial"/>
          <w:sz w:val="20"/>
          <w:lang w:val="es-CO" w:eastAsia="es-CO"/>
        </w:rPr>
        <w:t xml:space="preserve">Todas las demás que surjan de la naturaleza </w:t>
      </w:r>
      <w:proofErr w:type="gramStart"/>
      <w:r w:rsidRPr="000D2C63">
        <w:rPr>
          <w:rFonts w:cs="Arial"/>
          <w:sz w:val="20"/>
          <w:lang w:val="es-CO" w:eastAsia="es-CO"/>
        </w:rPr>
        <w:t>del mismo</w:t>
      </w:r>
      <w:proofErr w:type="gramEnd"/>
      <w:r w:rsidRPr="000D2C63">
        <w:rPr>
          <w:rFonts w:cs="Arial"/>
          <w:sz w:val="20"/>
          <w:lang w:val="es-CO" w:eastAsia="es-CO"/>
        </w:rPr>
        <w:t>.</w:t>
      </w:r>
    </w:p>
    <w:p w14:paraId="686878C3" w14:textId="77777777" w:rsidR="006C3C52" w:rsidRPr="000D2C63" w:rsidRDefault="006C3C52">
      <w:pPr>
        <w:keepNext/>
        <w:spacing w:before="140" w:after="80" w:line="252" w:lineRule="auto"/>
        <w:rPr>
          <w:rFonts w:cs="Arial"/>
          <w:sz w:val="20"/>
          <w:szCs w:val="20"/>
        </w:rPr>
      </w:pPr>
    </w:p>
    <w:p w14:paraId="4EDF924C" w14:textId="5A514B47" w:rsidR="00521B13" w:rsidRPr="000D2C63" w:rsidRDefault="00521B13" w:rsidP="00521B13">
      <w:pPr>
        <w:spacing w:after="40" w:line="252" w:lineRule="auto"/>
        <w:jc w:val="both"/>
        <w:rPr>
          <w:rFonts w:cs="Arial"/>
          <w:b/>
          <w:bCs/>
          <w:sz w:val="20"/>
          <w:szCs w:val="20"/>
        </w:rPr>
      </w:pPr>
      <w:r w:rsidRPr="000D2C63">
        <w:rPr>
          <w:rFonts w:cs="Arial"/>
          <w:b/>
          <w:bCs/>
          <w:sz w:val="20"/>
          <w:szCs w:val="20"/>
        </w:rPr>
        <w:t>CLÁUSULA 12.1. OBLIGACIONES DEL SUPERVISOR.</w:t>
      </w:r>
    </w:p>
    <w:p w14:paraId="7E0F6B7F" w14:textId="77777777" w:rsidR="00521B13" w:rsidRPr="000D2C63" w:rsidRDefault="00521B13" w:rsidP="00521B13">
      <w:pPr>
        <w:spacing w:after="40" w:line="252" w:lineRule="auto"/>
        <w:jc w:val="both"/>
        <w:rPr>
          <w:rFonts w:cs="Arial"/>
          <w:b/>
          <w:bCs/>
          <w:sz w:val="20"/>
          <w:szCs w:val="20"/>
        </w:rPr>
      </w:pPr>
    </w:p>
    <w:p w14:paraId="1C965207" w14:textId="77777777" w:rsidR="00521B13" w:rsidRPr="000D2C63" w:rsidRDefault="00521B13" w:rsidP="00521B13">
      <w:pPr>
        <w:numPr>
          <w:ilvl w:val="0"/>
          <w:numId w:val="22"/>
        </w:numPr>
        <w:suppressAutoHyphens/>
        <w:spacing w:after="0" w:line="240" w:lineRule="auto"/>
        <w:ind w:left="499" w:hanging="425"/>
        <w:jc w:val="both"/>
        <w:rPr>
          <w:rFonts w:eastAsia="Times New Roman" w:cs="Arial"/>
          <w:sz w:val="20"/>
          <w:szCs w:val="20"/>
          <w:lang w:val="es-CO" w:eastAsia="ar-SA"/>
        </w:rPr>
      </w:pPr>
      <w:r w:rsidRPr="000D2C63">
        <w:rPr>
          <w:rFonts w:eastAsia="Times New Roman" w:cs="Arial"/>
          <w:sz w:val="20"/>
          <w:szCs w:val="20"/>
          <w:lang w:val="es-CO" w:eastAsia="ar-SA"/>
        </w:rPr>
        <w:t>Ejercer la supervisión en estricto cumplimiento de lo establecido en el Manual de Contratación de la Entidad, adoptado mediante Resolución No. 6424 del 03 de junio de 2025, así como en el Manual de Supervisión adoptado mediante Resolución No. 6331 del 19 de mayo de 2026, y demás disposiciones que regulen la materia, de conformidad con la normatividad legal vigente.</w:t>
      </w:r>
      <w:bookmarkStart w:id="7" w:name="_Hlk178935290"/>
      <w:bookmarkStart w:id="8" w:name="_Hlk139466315"/>
    </w:p>
    <w:p w14:paraId="4DD58C0B" w14:textId="77777777" w:rsidR="00521B13" w:rsidRPr="000D2C63" w:rsidRDefault="00521B13" w:rsidP="00521B13">
      <w:pPr>
        <w:suppressAutoHyphens/>
        <w:spacing w:after="0" w:line="240" w:lineRule="auto"/>
        <w:jc w:val="both"/>
        <w:rPr>
          <w:rFonts w:eastAsia="Times New Roman" w:cs="Arial"/>
          <w:sz w:val="20"/>
          <w:szCs w:val="20"/>
          <w:lang w:val="es-CO" w:eastAsia="ar-SA"/>
        </w:rPr>
      </w:pPr>
    </w:p>
    <w:p w14:paraId="146A5000"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t>Exigir al contratista el cumplimiento del objeto del contrato y de la totalidad de obligaciones en él contenidas.</w:t>
      </w:r>
    </w:p>
    <w:p w14:paraId="4D8BC6D9"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p w14:paraId="06584B2D"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t>Expedir las el respectivo cumplido a satisfacción del cumplimiento de las obligaciones contractuales, para efectos de los pagos a que haya lugar.</w:t>
      </w:r>
    </w:p>
    <w:p w14:paraId="0448B6BF"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p w14:paraId="7497761B"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t>Solicitar el cronograma de entregas elaborado por el contratista, para su revisión, ajuste si se requiere y aprobación, con el fin de garantizar el cumplimiento estricto de las obligaciones contractuales, dentro del plazo de ejecución.</w:t>
      </w:r>
    </w:p>
    <w:p w14:paraId="719AD6E7"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p w14:paraId="5C3347BD"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t>Verificar que la interventoría realice el seguimiento al contratista de obra y el mismo esté acorde con las especificaciones técnicas establecidas dentro del proceso y la Oferta presentada por el contratista.</w:t>
      </w:r>
    </w:p>
    <w:p w14:paraId="36540630"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p w14:paraId="507E21D3"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es-ES"/>
        </w:rPr>
        <w:t>Analizar y autorizar los cambios técnicos que, por razones de modo, tiempo y lugar y necesidades, deban realizarse durante la ejecución del contrato, siempre que tales cambios puedan realizarse sin otrosí o adiciones.</w:t>
      </w:r>
    </w:p>
    <w:p w14:paraId="11E472F2"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p w14:paraId="041A78D9"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t>Realizar las actividades necesarias que conduzcan al cumplimiento de todas las obligaciones estipuladas en el contrato.</w:t>
      </w:r>
    </w:p>
    <w:p w14:paraId="069AC286"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p w14:paraId="7A25502A"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t>Efectuar los requerimientos escritos que sean necesarios al contratista, a fin de exigirle el cumplimiento oportuno de las obligaciones previstas en el contrato y en las leyes y normas que le sean aplicable.</w:t>
      </w:r>
    </w:p>
    <w:p w14:paraId="04815206"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p w14:paraId="70345FE8"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t>Informar de los hechos o circunstancias que puedan constituir actos de corrupción tipificados como conductas punibles o que puedan poner o pongan en riesgo el cumplimiento del objeto contractual.</w:t>
      </w:r>
    </w:p>
    <w:p w14:paraId="24503C2C"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p w14:paraId="3521253F"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lastRenderedPageBreak/>
        <w:t>Verificar las facturas presentadas por el contratista en el Sistema Electrónico de Contratación Pública “SECOP II”, teniendo presente que el valor corresponda con la ejecución que se reporta; verificar el cumplimiento de las normas y el pago oportuno de la seguridad social y demás requisitos exigidos contractualmente para el pago, emitiendo el correspondiente cumplido.</w:t>
      </w:r>
    </w:p>
    <w:p w14:paraId="539EC3BE"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p w14:paraId="0CC83268"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t>Publicar oportunamente documentos que se produzcan durante la ejecución del contrato en el Sistema Electrónico de Contratación Pública “SECOP II”</w:t>
      </w:r>
    </w:p>
    <w:p w14:paraId="77428636"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p w14:paraId="4E23BBEE"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t>Realizar estructuración y seguimiento del expediente contractual con ocasión de la ejecución del contrato.</w:t>
      </w:r>
    </w:p>
    <w:p w14:paraId="4BED6C1B"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p w14:paraId="6E592F0F"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t>Remitir oportunamente los documentos soporte al Área Financiera para el trámite del pago, observando los calendarios financieros establecidos, en especial los de fin de la vigencia.</w:t>
      </w:r>
    </w:p>
    <w:p w14:paraId="6E6F37D3"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p w14:paraId="3BBD90B7"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t xml:space="preserve">Presentar las recomendaciones que determine pertinentes, para el cumplimiento a satisfacción del contrato. </w:t>
      </w:r>
    </w:p>
    <w:p w14:paraId="72658815"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p w14:paraId="3C227209"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t>Elaborar y presentar al Área Jurídica de la Dirección Seccional de Administración Judicial de Cali – Valle del Cauca, solicitud formal de inicio de actuación administrativa para la imposición de sanciones y en general el ejercicio de prerrogativas o facultades excepcionales de situaciones o hechos que lo ameriten, relacionadas con el incumplimiento o deficiencia en las obligaciones del contratista.</w:t>
      </w:r>
    </w:p>
    <w:p w14:paraId="107D8609"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p w14:paraId="3A8BB4AD"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t xml:space="preserve">Presentar informe final del contrato. </w:t>
      </w:r>
    </w:p>
    <w:p w14:paraId="1C9F2D89"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p w14:paraId="21A2AEB2"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t>Velar por el cumplimiento de normas y procedimientos de seguridad, orientando al trabajador en todas las labores impartidas.</w:t>
      </w:r>
    </w:p>
    <w:p w14:paraId="7914B8E7"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p w14:paraId="2B0678BF" w14:textId="77777777" w:rsidR="00521B13" w:rsidRPr="000D2C63" w:rsidRDefault="00521B13"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t>Las demás obligaciones establecidas en el Manual del Supervisor.</w:t>
      </w:r>
    </w:p>
    <w:p w14:paraId="13630C06" w14:textId="77777777" w:rsidR="008E29C8" w:rsidRPr="000D2C63" w:rsidRDefault="008E29C8" w:rsidP="008E29C8">
      <w:pPr>
        <w:pStyle w:val="Prrafodelista"/>
        <w:rPr>
          <w:rFonts w:eastAsia="Times New Roman" w:cs="Arial"/>
          <w:sz w:val="20"/>
          <w:szCs w:val="20"/>
          <w:lang w:val="es-CO" w:eastAsia="ar-SA"/>
        </w:rPr>
      </w:pPr>
    </w:p>
    <w:p w14:paraId="3CAB5184" w14:textId="248E5327" w:rsidR="008E29C8" w:rsidRPr="000D2C63" w:rsidRDefault="008E29C8" w:rsidP="00521B13">
      <w:pPr>
        <w:numPr>
          <w:ilvl w:val="0"/>
          <w:numId w:val="22"/>
        </w:numPr>
        <w:suppressAutoHyphens/>
        <w:spacing w:after="0" w:line="240" w:lineRule="auto"/>
        <w:ind w:left="567" w:hanging="425"/>
        <w:jc w:val="both"/>
        <w:rPr>
          <w:rFonts w:eastAsia="Times New Roman" w:cs="Arial"/>
          <w:sz w:val="20"/>
          <w:szCs w:val="20"/>
          <w:lang w:val="es-CO" w:eastAsia="ar-SA"/>
        </w:rPr>
      </w:pPr>
      <w:r w:rsidRPr="000D2C63">
        <w:rPr>
          <w:rFonts w:eastAsia="Times New Roman" w:cs="Arial"/>
          <w:sz w:val="20"/>
          <w:szCs w:val="20"/>
          <w:lang w:val="es-CO" w:eastAsia="ar-SA"/>
        </w:rPr>
        <w:t xml:space="preserve">Cumplir </w:t>
      </w:r>
      <w:r w:rsidRPr="000D2C63">
        <w:rPr>
          <w:rFonts w:cs="Arial"/>
          <w:sz w:val="20"/>
          <w:lang w:val="es-CO"/>
        </w:rPr>
        <w:t xml:space="preserve">con las demás obligaciones establecidas en la </w:t>
      </w:r>
      <w:r w:rsidRPr="000D2C63">
        <w:rPr>
          <w:rFonts w:cs="Arial"/>
          <w:i/>
          <w:sz w:val="20"/>
          <w:lang w:val="es-CO"/>
        </w:rPr>
        <w:t>“Guía para el ejercicio de las funciones de Supervisión e interventoría de los contratos del Estado”</w:t>
      </w:r>
      <w:r w:rsidRPr="000D2C63">
        <w:rPr>
          <w:rFonts w:cs="Arial"/>
          <w:sz w:val="20"/>
          <w:lang w:val="es-CO"/>
        </w:rPr>
        <w:t xml:space="preserve"> de Colombia Compra Eficiente.</w:t>
      </w:r>
    </w:p>
    <w:p w14:paraId="3252F08F" w14:textId="77777777" w:rsidR="00521B13" w:rsidRPr="000D2C63" w:rsidRDefault="00521B13" w:rsidP="008E29C8">
      <w:pPr>
        <w:suppressAutoHyphens/>
        <w:spacing w:after="0" w:line="240" w:lineRule="auto"/>
        <w:ind w:left="567"/>
        <w:jc w:val="both"/>
        <w:rPr>
          <w:rFonts w:eastAsia="Times New Roman" w:cs="Arial"/>
          <w:sz w:val="20"/>
          <w:szCs w:val="20"/>
          <w:lang w:val="es-CO" w:eastAsia="ar-SA"/>
        </w:rPr>
      </w:pPr>
    </w:p>
    <w:bookmarkEnd w:id="7"/>
    <w:p w14:paraId="53D2D47C" w14:textId="3A77A499" w:rsidR="00521B13" w:rsidRPr="000D2C63" w:rsidRDefault="00521B13" w:rsidP="00521B13">
      <w:pPr>
        <w:spacing w:after="40" w:line="252" w:lineRule="auto"/>
        <w:jc w:val="both"/>
        <w:rPr>
          <w:rFonts w:cs="Arial"/>
          <w:b/>
          <w:bCs/>
          <w:sz w:val="20"/>
          <w:szCs w:val="20"/>
        </w:rPr>
      </w:pPr>
      <w:r w:rsidRPr="000D2C63">
        <w:rPr>
          <w:rFonts w:eastAsia="Times New Roman" w:cs="Arial"/>
          <w:sz w:val="20"/>
          <w:szCs w:val="20"/>
          <w:lang w:val="es-CO" w:eastAsia="ar-SA"/>
        </w:rPr>
        <w:t>.</w:t>
      </w:r>
      <w:bookmarkEnd w:id="8"/>
    </w:p>
    <w:p w14:paraId="3620A18C" w14:textId="77777777" w:rsidR="00932B34" w:rsidRPr="000D2C63" w:rsidRDefault="0020184D">
      <w:pPr>
        <w:keepNext/>
        <w:spacing w:before="140" w:after="80" w:line="252" w:lineRule="auto"/>
        <w:rPr>
          <w:rFonts w:cs="Arial"/>
          <w:sz w:val="20"/>
          <w:szCs w:val="20"/>
        </w:rPr>
      </w:pPr>
      <w:r w:rsidRPr="000D2C63">
        <w:rPr>
          <w:rFonts w:cs="Arial"/>
          <w:b/>
          <w:sz w:val="20"/>
          <w:szCs w:val="20"/>
        </w:rPr>
        <w:t>CLÁUSULA 13. RESPONSABILIDAD</w:t>
      </w:r>
    </w:p>
    <w:p w14:paraId="1CE24796" w14:textId="77777777" w:rsidR="00932B34" w:rsidRPr="000D2C63" w:rsidRDefault="0020184D">
      <w:pPr>
        <w:spacing w:after="80" w:line="252" w:lineRule="auto"/>
        <w:jc w:val="both"/>
        <w:rPr>
          <w:rFonts w:cs="Arial"/>
          <w:sz w:val="20"/>
          <w:szCs w:val="20"/>
        </w:rPr>
      </w:pPr>
      <w:r w:rsidRPr="000D2C63">
        <w:rPr>
          <w:rFonts w:cs="Arial"/>
          <w:sz w:val="20"/>
          <w:szCs w:val="20"/>
        </w:rPr>
        <w:t xml:space="preserve">El </w:t>
      </w:r>
      <w:proofErr w:type="spellStart"/>
      <w:r w:rsidRPr="000D2C63">
        <w:rPr>
          <w:rFonts w:cs="Arial"/>
          <w:sz w:val="20"/>
          <w:szCs w:val="20"/>
        </w:rPr>
        <w:t>Contratista</w:t>
      </w:r>
      <w:proofErr w:type="spellEnd"/>
      <w:r w:rsidRPr="000D2C63">
        <w:rPr>
          <w:rFonts w:cs="Arial"/>
          <w:sz w:val="20"/>
          <w:szCs w:val="20"/>
        </w:rPr>
        <w:t xml:space="preserve"> es </w:t>
      </w:r>
      <w:proofErr w:type="spellStart"/>
      <w:r w:rsidRPr="000D2C63">
        <w:rPr>
          <w:rFonts w:cs="Arial"/>
          <w:sz w:val="20"/>
          <w:szCs w:val="20"/>
        </w:rPr>
        <w:t>responsable</w:t>
      </w:r>
      <w:proofErr w:type="spellEnd"/>
      <w:r w:rsidRPr="000D2C63">
        <w:rPr>
          <w:rFonts w:cs="Arial"/>
          <w:sz w:val="20"/>
          <w:szCs w:val="20"/>
        </w:rPr>
        <w:t xml:space="preserve"> </w:t>
      </w:r>
      <w:proofErr w:type="spellStart"/>
      <w:r w:rsidRPr="000D2C63">
        <w:rPr>
          <w:rFonts w:cs="Arial"/>
          <w:sz w:val="20"/>
          <w:szCs w:val="20"/>
        </w:rPr>
        <w:t>por</w:t>
      </w:r>
      <w:proofErr w:type="spellEnd"/>
      <w:r w:rsidRPr="000D2C63">
        <w:rPr>
          <w:rFonts w:cs="Arial"/>
          <w:sz w:val="20"/>
          <w:szCs w:val="20"/>
        </w:rPr>
        <w:t xml:space="preserve"> el </w:t>
      </w:r>
      <w:proofErr w:type="spellStart"/>
      <w:r w:rsidRPr="000D2C63">
        <w:rPr>
          <w:rFonts w:cs="Arial"/>
          <w:sz w:val="20"/>
          <w:szCs w:val="20"/>
        </w:rPr>
        <w:t>cumplimiento</w:t>
      </w:r>
      <w:proofErr w:type="spellEnd"/>
      <w:r w:rsidRPr="000D2C63">
        <w:rPr>
          <w:rFonts w:cs="Arial"/>
          <w:sz w:val="20"/>
          <w:szCs w:val="20"/>
        </w:rPr>
        <w:t xml:space="preserve"> de las </w:t>
      </w:r>
      <w:proofErr w:type="spellStart"/>
      <w:r w:rsidRPr="000D2C63">
        <w:rPr>
          <w:rFonts w:cs="Arial"/>
          <w:sz w:val="20"/>
          <w:szCs w:val="20"/>
        </w:rPr>
        <w:t>obligaciones</w:t>
      </w:r>
      <w:proofErr w:type="spellEnd"/>
      <w:r w:rsidRPr="000D2C63">
        <w:rPr>
          <w:rFonts w:cs="Arial"/>
          <w:sz w:val="20"/>
          <w:szCs w:val="20"/>
        </w:rPr>
        <w:t xml:space="preserve"> </w:t>
      </w:r>
      <w:proofErr w:type="spellStart"/>
      <w:r w:rsidRPr="000D2C63">
        <w:rPr>
          <w:rFonts w:cs="Arial"/>
          <w:sz w:val="20"/>
          <w:szCs w:val="20"/>
        </w:rPr>
        <w:t>pactadas</w:t>
      </w:r>
      <w:proofErr w:type="spellEnd"/>
      <w:r w:rsidRPr="000D2C63">
        <w:rPr>
          <w:rFonts w:cs="Arial"/>
          <w:sz w:val="20"/>
          <w:szCs w:val="20"/>
        </w:rPr>
        <w:t xml:space="preserve"> y </w:t>
      </w:r>
      <w:proofErr w:type="spellStart"/>
      <w:r w:rsidRPr="000D2C63">
        <w:rPr>
          <w:rFonts w:cs="Arial"/>
          <w:sz w:val="20"/>
          <w:szCs w:val="20"/>
        </w:rPr>
        <w:t>responderá</w:t>
      </w:r>
      <w:proofErr w:type="spellEnd"/>
      <w:r w:rsidRPr="000D2C63">
        <w:rPr>
          <w:rFonts w:cs="Arial"/>
          <w:sz w:val="20"/>
          <w:szCs w:val="20"/>
        </w:rPr>
        <w:t xml:space="preserve"> </w:t>
      </w:r>
      <w:proofErr w:type="spellStart"/>
      <w:r w:rsidRPr="000D2C63">
        <w:rPr>
          <w:rFonts w:cs="Arial"/>
          <w:sz w:val="20"/>
          <w:szCs w:val="20"/>
        </w:rPr>
        <w:t>por</w:t>
      </w:r>
      <w:proofErr w:type="spellEnd"/>
      <w:r w:rsidRPr="000D2C63">
        <w:rPr>
          <w:rFonts w:cs="Arial"/>
          <w:sz w:val="20"/>
          <w:szCs w:val="20"/>
        </w:rPr>
        <w:t xml:space="preserve">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daños</w:t>
      </w:r>
      <w:proofErr w:type="spellEnd"/>
      <w:r w:rsidRPr="000D2C63">
        <w:rPr>
          <w:rFonts w:cs="Arial"/>
          <w:sz w:val="20"/>
          <w:szCs w:val="20"/>
        </w:rPr>
        <w:t xml:space="preserve"> </w:t>
      </w:r>
      <w:proofErr w:type="spellStart"/>
      <w:r w:rsidRPr="000D2C63">
        <w:rPr>
          <w:rFonts w:cs="Arial"/>
          <w:sz w:val="20"/>
          <w:szCs w:val="20"/>
        </w:rPr>
        <w:t>causados</w:t>
      </w:r>
      <w:proofErr w:type="spellEnd"/>
      <w:r w:rsidRPr="000D2C63">
        <w:rPr>
          <w:rFonts w:cs="Arial"/>
          <w:sz w:val="20"/>
          <w:szCs w:val="20"/>
        </w:rPr>
        <w:t xml:space="preserve"> a la </w:t>
      </w:r>
      <w:proofErr w:type="spellStart"/>
      <w:r w:rsidRPr="000D2C63">
        <w:rPr>
          <w:rFonts w:cs="Arial"/>
          <w:sz w:val="20"/>
          <w:szCs w:val="20"/>
        </w:rPr>
        <w:t>Entidad</w:t>
      </w:r>
      <w:proofErr w:type="spellEnd"/>
      <w:r w:rsidRPr="000D2C63">
        <w:rPr>
          <w:rFonts w:cs="Arial"/>
          <w:sz w:val="20"/>
          <w:szCs w:val="20"/>
        </w:rPr>
        <w:t xml:space="preserve"> o a </w:t>
      </w:r>
      <w:proofErr w:type="spellStart"/>
      <w:r w:rsidRPr="000D2C63">
        <w:rPr>
          <w:rFonts w:cs="Arial"/>
          <w:sz w:val="20"/>
          <w:szCs w:val="20"/>
        </w:rPr>
        <w:t>terceros</w:t>
      </w:r>
      <w:proofErr w:type="spellEnd"/>
      <w:r w:rsidRPr="000D2C63">
        <w:rPr>
          <w:rFonts w:cs="Arial"/>
          <w:sz w:val="20"/>
          <w:szCs w:val="20"/>
        </w:rPr>
        <w:t xml:space="preserve"> </w:t>
      </w:r>
      <w:proofErr w:type="spellStart"/>
      <w:r w:rsidRPr="000D2C63">
        <w:rPr>
          <w:rFonts w:cs="Arial"/>
          <w:sz w:val="20"/>
          <w:szCs w:val="20"/>
        </w:rPr>
        <w:t>durante</w:t>
      </w:r>
      <w:proofErr w:type="spellEnd"/>
      <w:r w:rsidRPr="000D2C63">
        <w:rPr>
          <w:rFonts w:cs="Arial"/>
          <w:sz w:val="20"/>
          <w:szCs w:val="20"/>
        </w:rPr>
        <w:t xml:space="preserve"> la </w:t>
      </w:r>
      <w:proofErr w:type="spellStart"/>
      <w:r w:rsidRPr="000D2C63">
        <w:rPr>
          <w:rFonts w:cs="Arial"/>
          <w:sz w:val="20"/>
          <w:szCs w:val="20"/>
        </w:rPr>
        <w:t>ejecución</w:t>
      </w:r>
      <w:proofErr w:type="spellEnd"/>
      <w:r w:rsidRPr="000D2C63">
        <w:rPr>
          <w:rFonts w:cs="Arial"/>
          <w:sz w:val="20"/>
          <w:szCs w:val="20"/>
        </w:rPr>
        <w:t xml:space="preserve"> del </w:t>
      </w:r>
      <w:proofErr w:type="spellStart"/>
      <w:r w:rsidRPr="000D2C63">
        <w:rPr>
          <w:rFonts w:cs="Arial"/>
          <w:sz w:val="20"/>
          <w:szCs w:val="20"/>
        </w:rPr>
        <w:t>Contrato</w:t>
      </w:r>
      <w:proofErr w:type="spellEnd"/>
      <w:r w:rsidRPr="000D2C63">
        <w:rPr>
          <w:rFonts w:cs="Arial"/>
          <w:sz w:val="20"/>
          <w:szCs w:val="20"/>
        </w:rPr>
        <w:t xml:space="preserve"> </w:t>
      </w:r>
      <w:proofErr w:type="spellStart"/>
      <w:r w:rsidRPr="000D2C63">
        <w:rPr>
          <w:rFonts w:cs="Arial"/>
          <w:sz w:val="20"/>
          <w:szCs w:val="20"/>
        </w:rPr>
        <w:t>por</w:t>
      </w:r>
      <w:proofErr w:type="spellEnd"/>
      <w:r w:rsidRPr="000D2C63">
        <w:rPr>
          <w:rFonts w:cs="Arial"/>
          <w:sz w:val="20"/>
          <w:szCs w:val="20"/>
        </w:rPr>
        <w:t xml:space="preserve"> </w:t>
      </w:r>
      <w:proofErr w:type="spellStart"/>
      <w:r w:rsidRPr="000D2C63">
        <w:rPr>
          <w:rFonts w:cs="Arial"/>
          <w:sz w:val="20"/>
          <w:szCs w:val="20"/>
        </w:rPr>
        <w:t>hechos</w:t>
      </w:r>
      <w:proofErr w:type="spellEnd"/>
      <w:r w:rsidRPr="000D2C63">
        <w:rPr>
          <w:rFonts w:cs="Arial"/>
          <w:sz w:val="20"/>
          <w:szCs w:val="20"/>
        </w:rPr>
        <w:t xml:space="preserve"> u </w:t>
      </w:r>
      <w:proofErr w:type="spellStart"/>
      <w:r w:rsidRPr="000D2C63">
        <w:rPr>
          <w:rFonts w:cs="Arial"/>
          <w:sz w:val="20"/>
          <w:szCs w:val="20"/>
        </w:rPr>
        <w:t>omisiones</w:t>
      </w:r>
      <w:proofErr w:type="spellEnd"/>
      <w:r w:rsidRPr="000D2C63">
        <w:rPr>
          <w:rFonts w:cs="Arial"/>
          <w:sz w:val="20"/>
          <w:szCs w:val="20"/>
        </w:rPr>
        <w:t xml:space="preserve"> </w:t>
      </w:r>
      <w:proofErr w:type="spellStart"/>
      <w:r w:rsidRPr="000D2C63">
        <w:rPr>
          <w:rFonts w:cs="Arial"/>
          <w:sz w:val="20"/>
          <w:szCs w:val="20"/>
        </w:rPr>
        <w:t>imputables</w:t>
      </w:r>
      <w:proofErr w:type="spellEnd"/>
      <w:r w:rsidRPr="000D2C63">
        <w:rPr>
          <w:rFonts w:cs="Arial"/>
          <w:sz w:val="20"/>
          <w:szCs w:val="20"/>
        </w:rPr>
        <w:t xml:space="preserve"> a </w:t>
      </w:r>
      <w:proofErr w:type="spellStart"/>
      <w:r w:rsidRPr="000D2C63">
        <w:rPr>
          <w:rFonts w:cs="Arial"/>
          <w:sz w:val="20"/>
          <w:szCs w:val="20"/>
        </w:rPr>
        <w:t>él</w:t>
      </w:r>
      <w:proofErr w:type="spellEnd"/>
      <w:r w:rsidRPr="000D2C63">
        <w:rPr>
          <w:rFonts w:cs="Arial"/>
          <w:sz w:val="20"/>
          <w:szCs w:val="20"/>
        </w:rPr>
        <w:t xml:space="preserve">, a </w:t>
      </w:r>
      <w:proofErr w:type="spellStart"/>
      <w:r w:rsidRPr="000D2C63">
        <w:rPr>
          <w:rFonts w:cs="Arial"/>
          <w:sz w:val="20"/>
          <w:szCs w:val="20"/>
        </w:rPr>
        <w:t>su</w:t>
      </w:r>
      <w:proofErr w:type="spellEnd"/>
      <w:r w:rsidRPr="000D2C63">
        <w:rPr>
          <w:rFonts w:cs="Arial"/>
          <w:sz w:val="20"/>
          <w:szCs w:val="20"/>
        </w:rPr>
        <w:t xml:space="preserve"> personal, </w:t>
      </w:r>
      <w:proofErr w:type="spellStart"/>
      <w:r w:rsidRPr="000D2C63">
        <w:rPr>
          <w:rFonts w:cs="Arial"/>
          <w:sz w:val="20"/>
          <w:szCs w:val="20"/>
        </w:rPr>
        <w:t>subcontratistas</w:t>
      </w:r>
      <w:proofErr w:type="spellEnd"/>
      <w:r w:rsidRPr="000D2C63">
        <w:rPr>
          <w:rFonts w:cs="Arial"/>
          <w:sz w:val="20"/>
          <w:szCs w:val="20"/>
        </w:rPr>
        <w:t xml:space="preserve"> o </w:t>
      </w:r>
      <w:proofErr w:type="spellStart"/>
      <w:r w:rsidRPr="000D2C63">
        <w:rPr>
          <w:rFonts w:cs="Arial"/>
          <w:sz w:val="20"/>
          <w:szCs w:val="20"/>
        </w:rPr>
        <w:t>dependientes</w:t>
      </w:r>
      <w:proofErr w:type="spellEnd"/>
      <w:r w:rsidRPr="000D2C63">
        <w:rPr>
          <w:rFonts w:cs="Arial"/>
          <w:sz w:val="20"/>
          <w:szCs w:val="20"/>
        </w:rPr>
        <w:t xml:space="preserve">, sin </w:t>
      </w:r>
      <w:proofErr w:type="spellStart"/>
      <w:r w:rsidRPr="000D2C63">
        <w:rPr>
          <w:rFonts w:cs="Arial"/>
          <w:sz w:val="20"/>
          <w:szCs w:val="20"/>
        </w:rPr>
        <w:t>perjuicio</w:t>
      </w:r>
      <w:proofErr w:type="spellEnd"/>
      <w:r w:rsidRPr="000D2C63">
        <w:rPr>
          <w:rFonts w:cs="Arial"/>
          <w:sz w:val="20"/>
          <w:szCs w:val="20"/>
        </w:rPr>
        <w:t xml:space="preserve"> de las </w:t>
      </w:r>
      <w:proofErr w:type="spellStart"/>
      <w:r w:rsidRPr="000D2C63">
        <w:rPr>
          <w:rFonts w:cs="Arial"/>
          <w:sz w:val="20"/>
          <w:szCs w:val="20"/>
        </w:rPr>
        <w:t>demás</w:t>
      </w:r>
      <w:proofErr w:type="spellEnd"/>
      <w:r w:rsidRPr="000D2C63">
        <w:rPr>
          <w:rFonts w:cs="Arial"/>
          <w:sz w:val="20"/>
          <w:szCs w:val="20"/>
        </w:rPr>
        <w:t xml:space="preserve"> </w:t>
      </w:r>
      <w:proofErr w:type="spellStart"/>
      <w:r w:rsidRPr="000D2C63">
        <w:rPr>
          <w:rFonts w:cs="Arial"/>
          <w:sz w:val="20"/>
          <w:szCs w:val="20"/>
        </w:rPr>
        <w:t>responsabilidades</w:t>
      </w:r>
      <w:proofErr w:type="spellEnd"/>
      <w:r w:rsidRPr="000D2C63">
        <w:rPr>
          <w:rFonts w:cs="Arial"/>
          <w:sz w:val="20"/>
          <w:szCs w:val="20"/>
        </w:rPr>
        <w:t xml:space="preserve"> </w:t>
      </w:r>
      <w:proofErr w:type="spellStart"/>
      <w:r w:rsidRPr="000D2C63">
        <w:rPr>
          <w:rFonts w:cs="Arial"/>
          <w:sz w:val="20"/>
          <w:szCs w:val="20"/>
        </w:rPr>
        <w:t>legales</w:t>
      </w:r>
      <w:proofErr w:type="spellEnd"/>
      <w:r w:rsidRPr="000D2C63">
        <w:rPr>
          <w:rFonts w:cs="Arial"/>
          <w:sz w:val="20"/>
          <w:szCs w:val="20"/>
        </w:rPr>
        <w:t xml:space="preserve"> y </w:t>
      </w:r>
      <w:proofErr w:type="spellStart"/>
      <w:r w:rsidRPr="000D2C63">
        <w:rPr>
          <w:rFonts w:cs="Arial"/>
          <w:sz w:val="20"/>
          <w:szCs w:val="20"/>
        </w:rPr>
        <w:t>contractuales</w:t>
      </w:r>
      <w:proofErr w:type="spellEnd"/>
      <w:r w:rsidRPr="000D2C63">
        <w:rPr>
          <w:rFonts w:cs="Arial"/>
          <w:sz w:val="20"/>
          <w:szCs w:val="20"/>
        </w:rPr>
        <w:t xml:space="preserve"> a </w:t>
      </w:r>
      <w:proofErr w:type="spellStart"/>
      <w:r w:rsidRPr="000D2C63">
        <w:rPr>
          <w:rFonts w:cs="Arial"/>
          <w:sz w:val="20"/>
          <w:szCs w:val="20"/>
        </w:rPr>
        <w:t>que</w:t>
      </w:r>
      <w:proofErr w:type="spellEnd"/>
      <w:r w:rsidRPr="000D2C63">
        <w:rPr>
          <w:rFonts w:cs="Arial"/>
          <w:sz w:val="20"/>
          <w:szCs w:val="20"/>
        </w:rPr>
        <w:t xml:space="preserve"> </w:t>
      </w:r>
      <w:proofErr w:type="spellStart"/>
      <w:r w:rsidRPr="000D2C63">
        <w:rPr>
          <w:rFonts w:cs="Arial"/>
          <w:sz w:val="20"/>
          <w:szCs w:val="20"/>
        </w:rPr>
        <w:t>haya</w:t>
      </w:r>
      <w:proofErr w:type="spellEnd"/>
      <w:r w:rsidRPr="000D2C63">
        <w:rPr>
          <w:rFonts w:cs="Arial"/>
          <w:sz w:val="20"/>
          <w:szCs w:val="20"/>
        </w:rPr>
        <w:t xml:space="preserve"> </w:t>
      </w:r>
      <w:proofErr w:type="spellStart"/>
      <w:r w:rsidRPr="000D2C63">
        <w:rPr>
          <w:rFonts w:cs="Arial"/>
          <w:sz w:val="20"/>
          <w:szCs w:val="20"/>
        </w:rPr>
        <w:t>lugar</w:t>
      </w:r>
      <w:proofErr w:type="spellEnd"/>
      <w:r w:rsidRPr="000D2C63">
        <w:rPr>
          <w:rFonts w:cs="Arial"/>
          <w:sz w:val="20"/>
          <w:szCs w:val="20"/>
        </w:rPr>
        <w:t>.</w:t>
      </w:r>
    </w:p>
    <w:p w14:paraId="2FE10329" w14:textId="77777777" w:rsidR="00932B34" w:rsidRPr="000D2C63" w:rsidRDefault="0020184D">
      <w:pPr>
        <w:keepNext/>
        <w:spacing w:before="140" w:after="80" w:line="252" w:lineRule="auto"/>
        <w:rPr>
          <w:rFonts w:cs="Arial"/>
          <w:sz w:val="20"/>
          <w:szCs w:val="20"/>
        </w:rPr>
      </w:pPr>
      <w:r w:rsidRPr="000D2C63">
        <w:rPr>
          <w:rFonts w:cs="Arial"/>
          <w:b/>
          <w:sz w:val="20"/>
          <w:szCs w:val="20"/>
        </w:rPr>
        <w:t>CLÁUSULA 14. INDEMNIDAD</w:t>
      </w:r>
    </w:p>
    <w:p w14:paraId="6643022D" w14:textId="77777777" w:rsidR="00932B34" w:rsidRPr="000D2C63" w:rsidRDefault="0020184D">
      <w:pPr>
        <w:spacing w:after="80" w:line="252" w:lineRule="auto"/>
        <w:jc w:val="both"/>
        <w:rPr>
          <w:rFonts w:cs="Arial"/>
          <w:sz w:val="20"/>
          <w:szCs w:val="20"/>
        </w:rPr>
      </w:pPr>
      <w:r w:rsidRPr="000D2C63">
        <w:rPr>
          <w:rFonts w:cs="Arial"/>
          <w:sz w:val="20"/>
          <w:szCs w:val="20"/>
        </w:rPr>
        <w:t xml:space="preserve">El </w:t>
      </w:r>
      <w:proofErr w:type="spellStart"/>
      <w:r w:rsidRPr="000D2C63">
        <w:rPr>
          <w:rFonts w:cs="Arial"/>
          <w:sz w:val="20"/>
          <w:szCs w:val="20"/>
        </w:rPr>
        <w:t>Contratista</w:t>
      </w:r>
      <w:proofErr w:type="spellEnd"/>
      <w:r w:rsidRPr="000D2C63">
        <w:rPr>
          <w:rFonts w:cs="Arial"/>
          <w:sz w:val="20"/>
          <w:szCs w:val="20"/>
        </w:rPr>
        <w:t xml:space="preserve"> </w:t>
      </w:r>
      <w:proofErr w:type="spellStart"/>
      <w:r w:rsidRPr="000D2C63">
        <w:rPr>
          <w:rFonts w:cs="Arial"/>
          <w:sz w:val="20"/>
          <w:szCs w:val="20"/>
        </w:rPr>
        <w:t>mantendrá</w:t>
      </w:r>
      <w:proofErr w:type="spellEnd"/>
      <w:r w:rsidRPr="000D2C63">
        <w:rPr>
          <w:rFonts w:cs="Arial"/>
          <w:sz w:val="20"/>
          <w:szCs w:val="20"/>
        </w:rPr>
        <w:t xml:space="preserve"> </w:t>
      </w:r>
      <w:proofErr w:type="spellStart"/>
      <w:r w:rsidRPr="000D2C63">
        <w:rPr>
          <w:rFonts w:cs="Arial"/>
          <w:sz w:val="20"/>
          <w:szCs w:val="20"/>
        </w:rPr>
        <w:t>indemne</w:t>
      </w:r>
      <w:proofErr w:type="spellEnd"/>
      <w:r w:rsidRPr="000D2C63">
        <w:rPr>
          <w:rFonts w:cs="Arial"/>
          <w:sz w:val="20"/>
          <w:szCs w:val="20"/>
        </w:rPr>
        <w:t xml:space="preserve"> a la </w:t>
      </w:r>
      <w:proofErr w:type="spellStart"/>
      <w:r w:rsidRPr="000D2C63">
        <w:rPr>
          <w:rFonts w:cs="Arial"/>
          <w:sz w:val="20"/>
          <w:szCs w:val="20"/>
        </w:rPr>
        <w:t>Entidad</w:t>
      </w:r>
      <w:proofErr w:type="spellEnd"/>
      <w:r w:rsidRPr="000D2C63">
        <w:rPr>
          <w:rFonts w:cs="Arial"/>
          <w:sz w:val="20"/>
          <w:szCs w:val="20"/>
        </w:rPr>
        <w:t xml:space="preserve"> </w:t>
      </w:r>
      <w:proofErr w:type="spellStart"/>
      <w:r w:rsidRPr="000D2C63">
        <w:rPr>
          <w:rFonts w:cs="Arial"/>
          <w:sz w:val="20"/>
          <w:szCs w:val="20"/>
        </w:rPr>
        <w:t>frente</w:t>
      </w:r>
      <w:proofErr w:type="spellEnd"/>
      <w:r w:rsidRPr="000D2C63">
        <w:rPr>
          <w:rFonts w:cs="Arial"/>
          <w:sz w:val="20"/>
          <w:szCs w:val="20"/>
        </w:rPr>
        <w:t xml:space="preserve"> a </w:t>
      </w:r>
      <w:proofErr w:type="spellStart"/>
      <w:r w:rsidRPr="000D2C63">
        <w:rPr>
          <w:rFonts w:cs="Arial"/>
          <w:sz w:val="20"/>
          <w:szCs w:val="20"/>
        </w:rPr>
        <w:t>reclamaciones</w:t>
      </w:r>
      <w:proofErr w:type="spellEnd"/>
      <w:r w:rsidRPr="000D2C63">
        <w:rPr>
          <w:rFonts w:cs="Arial"/>
          <w:sz w:val="20"/>
          <w:szCs w:val="20"/>
        </w:rPr>
        <w:t xml:space="preserve">, </w:t>
      </w:r>
      <w:proofErr w:type="spellStart"/>
      <w:r w:rsidRPr="000D2C63">
        <w:rPr>
          <w:rFonts w:cs="Arial"/>
          <w:sz w:val="20"/>
          <w:szCs w:val="20"/>
        </w:rPr>
        <w:t>demandas</w:t>
      </w:r>
      <w:proofErr w:type="spellEnd"/>
      <w:r w:rsidRPr="000D2C63">
        <w:rPr>
          <w:rFonts w:cs="Arial"/>
          <w:sz w:val="20"/>
          <w:szCs w:val="20"/>
        </w:rPr>
        <w:t xml:space="preserve">, </w:t>
      </w:r>
      <w:proofErr w:type="spellStart"/>
      <w:r w:rsidRPr="000D2C63">
        <w:rPr>
          <w:rFonts w:cs="Arial"/>
          <w:sz w:val="20"/>
          <w:szCs w:val="20"/>
        </w:rPr>
        <w:t>acciones</w:t>
      </w:r>
      <w:proofErr w:type="spellEnd"/>
      <w:r w:rsidRPr="000D2C63">
        <w:rPr>
          <w:rFonts w:cs="Arial"/>
          <w:sz w:val="20"/>
          <w:szCs w:val="20"/>
        </w:rPr>
        <w:t xml:space="preserve"> </w:t>
      </w:r>
      <w:proofErr w:type="spellStart"/>
      <w:r w:rsidRPr="000D2C63">
        <w:rPr>
          <w:rFonts w:cs="Arial"/>
          <w:sz w:val="20"/>
          <w:szCs w:val="20"/>
        </w:rPr>
        <w:t>judiciales</w:t>
      </w:r>
      <w:proofErr w:type="spellEnd"/>
      <w:r w:rsidRPr="000D2C63">
        <w:rPr>
          <w:rFonts w:cs="Arial"/>
          <w:sz w:val="20"/>
          <w:szCs w:val="20"/>
        </w:rPr>
        <w:t xml:space="preserve"> o </w:t>
      </w:r>
      <w:proofErr w:type="spellStart"/>
      <w:r w:rsidRPr="000D2C63">
        <w:rPr>
          <w:rFonts w:cs="Arial"/>
          <w:sz w:val="20"/>
          <w:szCs w:val="20"/>
        </w:rPr>
        <w:t>extrajudiciales</w:t>
      </w:r>
      <w:proofErr w:type="spellEnd"/>
      <w:r w:rsidRPr="000D2C63">
        <w:rPr>
          <w:rFonts w:cs="Arial"/>
          <w:sz w:val="20"/>
          <w:szCs w:val="20"/>
        </w:rPr>
        <w:t xml:space="preserve"> de </w:t>
      </w:r>
      <w:proofErr w:type="spellStart"/>
      <w:r w:rsidRPr="000D2C63">
        <w:rPr>
          <w:rFonts w:cs="Arial"/>
          <w:sz w:val="20"/>
          <w:szCs w:val="20"/>
        </w:rPr>
        <w:t>terceros</w:t>
      </w:r>
      <w:proofErr w:type="spellEnd"/>
      <w:r w:rsidRPr="000D2C63">
        <w:rPr>
          <w:rFonts w:cs="Arial"/>
          <w:sz w:val="20"/>
          <w:szCs w:val="20"/>
        </w:rPr>
        <w:t xml:space="preserve"> </w:t>
      </w:r>
      <w:proofErr w:type="spellStart"/>
      <w:r w:rsidRPr="000D2C63">
        <w:rPr>
          <w:rFonts w:cs="Arial"/>
          <w:sz w:val="20"/>
          <w:szCs w:val="20"/>
        </w:rPr>
        <w:t>derivadas</w:t>
      </w:r>
      <w:proofErr w:type="spellEnd"/>
      <w:r w:rsidRPr="000D2C63">
        <w:rPr>
          <w:rFonts w:cs="Arial"/>
          <w:sz w:val="20"/>
          <w:szCs w:val="20"/>
        </w:rPr>
        <w:t xml:space="preserve"> de </w:t>
      </w:r>
      <w:proofErr w:type="spellStart"/>
      <w:r w:rsidRPr="000D2C63">
        <w:rPr>
          <w:rFonts w:cs="Arial"/>
          <w:sz w:val="20"/>
          <w:szCs w:val="20"/>
        </w:rPr>
        <w:t>hechos</w:t>
      </w:r>
      <w:proofErr w:type="spellEnd"/>
      <w:r w:rsidRPr="000D2C63">
        <w:rPr>
          <w:rFonts w:cs="Arial"/>
          <w:sz w:val="20"/>
          <w:szCs w:val="20"/>
        </w:rPr>
        <w:t xml:space="preserve"> u </w:t>
      </w:r>
      <w:proofErr w:type="spellStart"/>
      <w:r w:rsidRPr="000D2C63">
        <w:rPr>
          <w:rFonts w:cs="Arial"/>
          <w:sz w:val="20"/>
          <w:szCs w:val="20"/>
        </w:rPr>
        <w:t>omisiones</w:t>
      </w:r>
      <w:proofErr w:type="spellEnd"/>
      <w:r w:rsidRPr="000D2C63">
        <w:rPr>
          <w:rFonts w:cs="Arial"/>
          <w:sz w:val="20"/>
          <w:szCs w:val="20"/>
        </w:rPr>
        <w:t xml:space="preserve"> </w:t>
      </w:r>
      <w:proofErr w:type="spellStart"/>
      <w:r w:rsidRPr="000D2C63">
        <w:rPr>
          <w:rFonts w:cs="Arial"/>
          <w:sz w:val="20"/>
          <w:szCs w:val="20"/>
        </w:rPr>
        <w:t>imputables</w:t>
      </w:r>
      <w:proofErr w:type="spellEnd"/>
      <w:r w:rsidRPr="000D2C63">
        <w:rPr>
          <w:rFonts w:cs="Arial"/>
          <w:sz w:val="20"/>
          <w:szCs w:val="20"/>
        </w:rPr>
        <w:t xml:space="preserve"> al </w:t>
      </w:r>
      <w:proofErr w:type="spellStart"/>
      <w:r w:rsidRPr="000D2C63">
        <w:rPr>
          <w:rFonts w:cs="Arial"/>
          <w:sz w:val="20"/>
          <w:szCs w:val="20"/>
        </w:rPr>
        <w:t>Contratista</w:t>
      </w:r>
      <w:proofErr w:type="spellEnd"/>
      <w:r w:rsidRPr="000D2C63">
        <w:rPr>
          <w:rFonts w:cs="Arial"/>
          <w:sz w:val="20"/>
          <w:szCs w:val="20"/>
        </w:rPr>
        <w:t xml:space="preserve">, </w:t>
      </w:r>
      <w:proofErr w:type="spellStart"/>
      <w:r w:rsidRPr="000D2C63">
        <w:rPr>
          <w:rFonts w:cs="Arial"/>
          <w:sz w:val="20"/>
          <w:szCs w:val="20"/>
        </w:rPr>
        <w:t>su</w:t>
      </w:r>
      <w:proofErr w:type="spellEnd"/>
      <w:r w:rsidRPr="000D2C63">
        <w:rPr>
          <w:rFonts w:cs="Arial"/>
          <w:sz w:val="20"/>
          <w:szCs w:val="20"/>
        </w:rPr>
        <w:t xml:space="preserve"> personal o </w:t>
      </w:r>
      <w:proofErr w:type="spellStart"/>
      <w:r w:rsidRPr="000D2C63">
        <w:rPr>
          <w:rFonts w:cs="Arial"/>
          <w:sz w:val="20"/>
          <w:szCs w:val="20"/>
        </w:rPr>
        <w:t>subcontratistas</w:t>
      </w:r>
      <w:proofErr w:type="spellEnd"/>
      <w:r w:rsidRPr="000D2C63">
        <w:rPr>
          <w:rFonts w:cs="Arial"/>
          <w:sz w:val="20"/>
          <w:szCs w:val="20"/>
        </w:rPr>
        <w:t xml:space="preserve"> </w:t>
      </w:r>
      <w:proofErr w:type="spellStart"/>
      <w:r w:rsidRPr="000D2C63">
        <w:rPr>
          <w:rFonts w:cs="Arial"/>
          <w:sz w:val="20"/>
          <w:szCs w:val="20"/>
        </w:rPr>
        <w:t>en</w:t>
      </w:r>
      <w:proofErr w:type="spellEnd"/>
      <w:r w:rsidRPr="000D2C63">
        <w:rPr>
          <w:rFonts w:cs="Arial"/>
          <w:sz w:val="20"/>
          <w:szCs w:val="20"/>
        </w:rPr>
        <w:t xml:space="preserve"> la </w:t>
      </w:r>
      <w:proofErr w:type="spellStart"/>
      <w:r w:rsidRPr="000D2C63">
        <w:rPr>
          <w:rFonts w:cs="Arial"/>
          <w:sz w:val="20"/>
          <w:szCs w:val="20"/>
        </w:rPr>
        <w:t>ejecución</w:t>
      </w:r>
      <w:proofErr w:type="spellEnd"/>
      <w:r w:rsidRPr="000D2C63">
        <w:rPr>
          <w:rFonts w:cs="Arial"/>
          <w:sz w:val="20"/>
          <w:szCs w:val="20"/>
        </w:rPr>
        <w:t xml:space="preserve"> del </w:t>
      </w:r>
      <w:proofErr w:type="spellStart"/>
      <w:r w:rsidRPr="000D2C63">
        <w:rPr>
          <w:rFonts w:cs="Arial"/>
          <w:sz w:val="20"/>
          <w:szCs w:val="20"/>
        </w:rPr>
        <w:t>Contrato</w:t>
      </w:r>
      <w:proofErr w:type="spellEnd"/>
      <w:r w:rsidRPr="000D2C63">
        <w:rPr>
          <w:rFonts w:cs="Arial"/>
          <w:sz w:val="20"/>
          <w:szCs w:val="20"/>
        </w:rPr>
        <w:t xml:space="preserve">. Cuando la </w:t>
      </w:r>
      <w:proofErr w:type="spellStart"/>
      <w:r w:rsidRPr="000D2C63">
        <w:rPr>
          <w:rFonts w:cs="Arial"/>
          <w:sz w:val="20"/>
          <w:szCs w:val="20"/>
        </w:rPr>
        <w:t>Entidad</w:t>
      </w:r>
      <w:proofErr w:type="spellEnd"/>
      <w:r w:rsidRPr="000D2C63">
        <w:rPr>
          <w:rFonts w:cs="Arial"/>
          <w:sz w:val="20"/>
          <w:szCs w:val="20"/>
        </w:rPr>
        <w:t xml:space="preserve"> sea </w:t>
      </w:r>
      <w:proofErr w:type="spellStart"/>
      <w:r w:rsidRPr="000D2C63">
        <w:rPr>
          <w:rFonts w:cs="Arial"/>
          <w:sz w:val="20"/>
          <w:szCs w:val="20"/>
        </w:rPr>
        <w:t>requerida</w:t>
      </w:r>
      <w:proofErr w:type="spellEnd"/>
      <w:r w:rsidRPr="000D2C63">
        <w:rPr>
          <w:rFonts w:cs="Arial"/>
          <w:sz w:val="20"/>
          <w:szCs w:val="20"/>
        </w:rPr>
        <w:t xml:space="preserve"> </w:t>
      </w:r>
      <w:proofErr w:type="spellStart"/>
      <w:r w:rsidRPr="000D2C63">
        <w:rPr>
          <w:rFonts w:cs="Arial"/>
          <w:sz w:val="20"/>
          <w:szCs w:val="20"/>
        </w:rPr>
        <w:t>por</w:t>
      </w:r>
      <w:proofErr w:type="spellEnd"/>
      <w:r w:rsidRPr="000D2C63">
        <w:rPr>
          <w:rFonts w:cs="Arial"/>
          <w:sz w:val="20"/>
          <w:szCs w:val="20"/>
        </w:rPr>
        <w:t xml:space="preserve"> un </w:t>
      </w:r>
      <w:proofErr w:type="spellStart"/>
      <w:r w:rsidRPr="000D2C63">
        <w:rPr>
          <w:rFonts w:cs="Arial"/>
          <w:sz w:val="20"/>
          <w:szCs w:val="20"/>
        </w:rPr>
        <w:t>tercero</w:t>
      </w:r>
      <w:proofErr w:type="spellEnd"/>
      <w:r w:rsidRPr="000D2C63">
        <w:rPr>
          <w:rFonts w:cs="Arial"/>
          <w:sz w:val="20"/>
          <w:szCs w:val="20"/>
        </w:rPr>
        <w:t xml:space="preserve">, </w:t>
      </w:r>
      <w:proofErr w:type="spellStart"/>
      <w:r w:rsidRPr="000D2C63">
        <w:rPr>
          <w:rFonts w:cs="Arial"/>
          <w:sz w:val="20"/>
          <w:szCs w:val="20"/>
        </w:rPr>
        <w:t>informará</w:t>
      </w:r>
      <w:proofErr w:type="spellEnd"/>
      <w:r w:rsidRPr="000D2C63">
        <w:rPr>
          <w:rFonts w:cs="Arial"/>
          <w:sz w:val="20"/>
          <w:szCs w:val="20"/>
        </w:rPr>
        <w:t xml:space="preserve"> </w:t>
      </w:r>
      <w:proofErr w:type="spellStart"/>
      <w:r w:rsidRPr="000D2C63">
        <w:rPr>
          <w:rFonts w:cs="Arial"/>
          <w:sz w:val="20"/>
          <w:szCs w:val="20"/>
        </w:rPr>
        <w:t>oportunamente</w:t>
      </w:r>
      <w:proofErr w:type="spellEnd"/>
      <w:r w:rsidRPr="000D2C63">
        <w:rPr>
          <w:rFonts w:cs="Arial"/>
          <w:sz w:val="20"/>
          <w:szCs w:val="20"/>
        </w:rPr>
        <w:t xml:space="preserve"> al </w:t>
      </w:r>
      <w:proofErr w:type="spellStart"/>
      <w:r w:rsidRPr="000D2C63">
        <w:rPr>
          <w:rFonts w:cs="Arial"/>
          <w:sz w:val="20"/>
          <w:szCs w:val="20"/>
        </w:rPr>
        <w:t>Contratista</w:t>
      </w:r>
      <w:proofErr w:type="spellEnd"/>
      <w:r w:rsidRPr="000D2C63">
        <w:rPr>
          <w:rFonts w:cs="Arial"/>
          <w:sz w:val="20"/>
          <w:szCs w:val="20"/>
        </w:rPr>
        <w:t xml:space="preserve"> para </w:t>
      </w:r>
      <w:proofErr w:type="spellStart"/>
      <w:r w:rsidRPr="000D2C63">
        <w:rPr>
          <w:rFonts w:cs="Arial"/>
          <w:sz w:val="20"/>
          <w:szCs w:val="20"/>
        </w:rPr>
        <w:t>que</w:t>
      </w:r>
      <w:proofErr w:type="spellEnd"/>
      <w:r w:rsidRPr="000D2C63">
        <w:rPr>
          <w:rFonts w:cs="Arial"/>
          <w:sz w:val="20"/>
          <w:szCs w:val="20"/>
        </w:rPr>
        <w:t xml:space="preserve"> </w:t>
      </w:r>
      <w:proofErr w:type="spellStart"/>
      <w:r w:rsidRPr="000D2C63">
        <w:rPr>
          <w:rFonts w:cs="Arial"/>
          <w:sz w:val="20"/>
          <w:szCs w:val="20"/>
        </w:rPr>
        <w:t>ejerza</w:t>
      </w:r>
      <w:proofErr w:type="spellEnd"/>
      <w:r w:rsidRPr="000D2C63">
        <w:rPr>
          <w:rFonts w:cs="Arial"/>
          <w:sz w:val="20"/>
          <w:szCs w:val="20"/>
        </w:rPr>
        <w:t xml:space="preserve"> la defensa </w:t>
      </w:r>
      <w:proofErr w:type="spellStart"/>
      <w:r w:rsidRPr="000D2C63">
        <w:rPr>
          <w:rFonts w:cs="Arial"/>
          <w:sz w:val="20"/>
          <w:szCs w:val="20"/>
        </w:rPr>
        <w:t>correspondiente</w:t>
      </w:r>
      <w:proofErr w:type="spellEnd"/>
      <w:r w:rsidRPr="000D2C63">
        <w:rPr>
          <w:rFonts w:cs="Arial"/>
          <w:sz w:val="20"/>
          <w:szCs w:val="20"/>
        </w:rPr>
        <w:t xml:space="preserve">, sin </w:t>
      </w:r>
      <w:proofErr w:type="spellStart"/>
      <w:r w:rsidRPr="000D2C63">
        <w:rPr>
          <w:rFonts w:cs="Arial"/>
          <w:sz w:val="20"/>
          <w:szCs w:val="20"/>
        </w:rPr>
        <w:t>perjuicio</w:t>
      </w:r>
      <w:proofErr w:type="spellEnd"/>
      <w:r w:rsidRPr="000D2C63">
        <w:rPr>
          <w:rFonts w:cs="Arial"/>
          <w:sz w:val="20"/>
          <w:szCs w:val="20"/>
        </w:rPr>
        <w:t xml:space="preserve"> de las </w:t>
      </w:r>
      <w:proofErr w:type="spellStart"/>
      <w:r w:rsidRPr="000D2C63">
        <w:rPr>
          <w:rFonts w:cs="Arial"/>
          <w:sz w:val="20"/>
          <w:szCs w:val="20"/>
        </w:rPr>
        <w:t>facultades</w:t>
      </w:r>
      <w:proofErr w:type="spellEnd"/>
      <w:r w:rsidRPr="000D2C63">
        <w:rPr>
          <w:rFonts w:cs="Arial"/>
          <w:sz w:val="20"/>
          <w:szCs w:val="20"/>
        </w:rPr>
        <w:t xml:space="preserve"> </w:t>
      </w:r>
      <w:proofErr w:type="spellStart"/>
      <w:r w:rsidRPr="000D2C63">
        <w:rPr>
          <w:rFonts w:cs="Arial"/>
          <w:sz w:val="20"/>
          <w:szCs w:val="20"/>
        </w:rPr>
        <w:t>propias</w:t>
      </w:r>
      <w:proofErr w:type="spellEnd"/>
      <w:r w:rsidRPr="000D2C63">
        <w:rPr>
          <w:rFonts w:cs="Arial"/>
          <w:sz w:val="20"/>
          <w:szCs w:val="20"/>
        </w:rPr>
        <w:t xml:space="preserve"> de la </w:t>
      </w:r>
      <w:proofErr w:type="spellStart"/>
      <w:r w:rsidRPr="000D2C63">
        <w:rPr>
          <w:rFonts w:cs="Arial"/>
          <w:sz w:val="20"/>
          <w:szCs w:val="20"/>
        </w:rPr>
        <w:t>Entidad</w:t>
      </w:r>
      <w:proofErr w:type="spellEnd"/>
      <w:r w:rsidRPr="000D2C63">
        <w:rPr>
          <w:rFonts w:cs="Arial"/>
          <w:sz w:val="20"/>
          <w:szCs w:val="20"/>
        </w:rPr>
        <w:t>.</w:t>
      </w:r>
    </w:p>
    <w:p w14:paraId="33B760B9" w14:textId="77777777" w:rsidR="00932B34" w:rsidRPr="000D2C63" w:rsidRDefault="0020184D">
      <w:pPr>
        <w:keepNext/>
        <w:spacing w:before="140" w:after="80" w:line="252" w:lineRule="auto"/>
        <w:rPr>
          <w:rFonts w:cs="Arial"/>
          <w:b/>
          <w:sz w:val="20"/>
          <w:szCs w:val="20"/>
        </w:rPr>
      </w:pPr>
      <w:r w:rsidRPr="000D2C63">
        <w:rPr>
          <w:rFonts w:cs="Arial"/>
          <w:b/>
          <w:sz w:val="20"/>
          <w:szCs w:val="20"/>
        </w:rPr>
        <w:t>CLÁUSULA 15. MULTAS</w:t>
      </w:r>
    </w:p>
    <w:p w14:paraId="2F9EFD3B" w14:textId="77777777" w:rsidR="00E0714C" w:rsidRPr="000D2C63" w:rsidRDefault="00E0714C" w:rsidP="00E0714C">
      <w:pPr>
        <w:pStyle w:val="isselectedend"/>
        <w:jc w:val="both"/>
        <w:rPr>
          <w:rFonts w:ascii="Arial" w:hAnsi="Arial" w:cs="Arial"/>
          <w:sz w:val="20"/>
          <w:szCs w:val="20"/>
        </w:rPr>
      </w:pPr>
      <w:r w:rsidRPr="000D2C63">
        <w:rPr>
          <w:rFonts w:ascii="Arial" w:hAnsi="Arial" w:cs="Arial"/>
          <w:sz w:val="20"/>
          <w:szCs w:val="20"/>
        </w:rPr>
        <w:t xml:space="preserve">De conformidad con el artículo 17 de la Ley 1150 de 2007, las multas aquí pactadas tienen como finalidad conminar al </w:t>
      </w:r>
      <w:r w:rsidRPr="000D2C63">
        <w:rPr>
          <w:rStyle w:val="Fuerte"/>
          <w:rFonts w:ascii="Arial" w:hAnsi="Arial" w:cs="Arial"/>
          <w:sz w:val="20"/>
          <w:szCs w:val="20"/>
        </w:rPr>
        <w:t>CONTRATISTA</w:t>
      </w:r>
      <w:r w:rsidRPr="000D2C63">
        <w:rPr>
          <w:rFonts w:ascii="Arial" w:hAnsi="Arial" w:cs="Arial"/>
          <w:sz w:val="20"/>
          <w:szCs w:val="20"/>
        </w:rPr>
        <w:t xml:space="preserve"> al cumplimiento de las obligaciones a su cargo durante la ejecución del contrato. En consecuencia, cuando se presente mora o incumplimiento parcial de las obligaciones contractuales, la </w:t>
      </w:r>
      <w:r w:rsidRPr="000D2C63">
        <w:rPr>
          <w:rStyle w:val="Fuerte"/>
          <w:rFonts w:ascii="Arial" w:hAnsi="Arial" w:cs="Arial"/>
          <w:sz w:val="20"/>
          <w:szCs w:val="20"/>
        </w:rPr>
        <w:t>DIRECCIÓN SECCIONAL DE ADMINISTRACIÓN JUDICIAL DE CALI – VALLE DEL CAUCA</w:t>
      </w:r>
      <w:r w:rsidRPr="000D2C63">
        <w:rPr>
          <w:rFonts w:ascii="Arial" w:hAnsi="Arial" w:cs="Arial"/>
          <w:sz w:val="20"/>
          <w:szCs w:val="20"/>
        </w:rPr>
        <w:t xml:space="preserve"> podrá imponer las multas previstas en la presente cláusula, previo agotamiento del procedimiento establecido en el artículo 86 de la Ley 1474 de 2011 y demás normas aplicables.</w:t>
      </w:r>
    </w:p>
    <w:p w14:paraId="01657CE8"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t>CAUSALES</w:t>
      </w:r>
    </w:p>
    <w:p w14:paraId="2D7573CC"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lastRenderedPageBreak/>
        <w:t>1. Incumplimiento del cronograma de obra.</w:t>
      </w:r>
      <w:r w:rsidRPr="000D2C63">
        <w:rPr>
          <w:rFonts w:ascii="Arial" w:hAnsi="Arial" w:cs="Arial"/>
          <w:sz w:val="20"/>
          <w:szCs w:val="20"/>
        </w:rPr>
        <w:t xml:space="preserve"> Por atraso o incumplimiento imputable al CONTRATISTA respecto del cronograma de obra aprobado, se causará una multa equivalente al </w:t>
      </w:r>
      <w:r w:rsidRPr="000D2C63">
        <w:rPr>
          <w:rStyle w:val="Fuerte"/>
          <w:rFonts w:ascii="Arial" w:hAnsi="Arial" w:cs="Arial"/>
          <w:sz w:val="20"/>
          <w:szCs w:val="20"/>
        </w:rPr>
        <w:t>cero coma tres por ciento (0,3 %) del valor del contrato por cada día calendario de atraso</w:t>
      </w:r>
      <w:r w:rsidRPr="000D2C63">
        <w:rPr>
          <w:rFonts w:ascii="Arial" w:hAnsi="Arial" w:cs="Arial"/>
          <w:sz w:val="20"/>
          <w:szCs w:val="20"/>
        </w:rPr>
        <w:t>, mientras persista el incumplimiento.</w:t>
      </w:r>
    </w:p>
    <w:p w14:paraId="0DE836B3"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t>2. Garantías.</w:t>
      </w:r>
      <w:r w:rsidRPr="000D2C63">
        <w:rPr>
          <w:rFonts w:ascii="Arial" w:hAnsi="Arial" w:cs="Arial"/>
          <w:sz w:val="20"/>
          <w:szCs w:val="20"/>
        </w:rPr>
        <w:t xml:space="preserve"> Por no mantener vigentes, renovar, prorrogar, constituir para la etapa correspondiente, corregir o adicionar las garantías en los plazos, condiciones y porcentajes establecidos en el contrato o en sus modificaciones, se causará una multa equivalente al </w:t>
      </w:r>
      <w:r w:rsidRPr="000D2C63">
        <w:rPr>
          <w:rStyle w:val="Fuerte"/>
          <w:rFonts w:ascii="Arial" w:hAnsi="Arial" w:cs="Arial"/>
          <w:sz w:val="20"/>
          <w:szCs w:val="20"/>
        </w:rPr>
        <w:t>uno por ciento (1 %) del valor del contrato por cada día calendario de atraso</w:t>
      </w:r>
      <w:r w:rsidRPr="000D2C63">
        <w:rPr>
          <w:rFonts w:ascii="Arial" w:hAnsi="Arial" w:cs="Arial"/>
          <w:sz w:val="20"/>
          <w:szCs w:val="20"/>
        </w:rPr>
        <w:t>, sin perjuicio de las demás consecuencias contractuales y legales a que haya lugar.</w:t>
      </w:r>
    </w:p>
    <w:p w14:paraId="20872AFD"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t>3. Entrega de información.</w:t>
      </w:r>
      <w:r w:rsidRPr="000D2C63">
        <w:rPr>
          <w:rFonts w:ascii="Arial" w:hAnsi="Arial" w:cs="Arial"/>
          <w:sz w:val="20"/>
          <w:szCs w:val="20"/>
        </w:rPr>
        <w:t xml:space="preserve"> Cuando el CONTRATISTA no entregue, dentro del plazo y en las condiciones establecidas en el respectivo requerimiento, la información completa relacionada con el objeto y las obligaciones del contrato que le sea solicitada por la supervisión, se causará una multa equivalente al </w:t>
      </w:r>
      <w:r w:rsidRPr="000D2C63">
        <w:rPr>
          <w:rStyle w:val="Fuerte"/>
          <w:rFonts w:ascii="Arial" w:hAnsi="Arial" w:cs="Arial"/>
          <w:sz w:val="20"/>
          <w:szCs w:val="20"/>
        </w:rPr>
        <w:t>cero coma dos por ciento (0,2 %) del valor del contrato por cada día calendario de atraso</w:t>
      </w:r>
      <w:r w:rsidRPr="000D2C63">
        <w:rPr>
          <w:rFonts w:ascii="Arial" w:hAnsi="Arial" w:cs="Arial"/>
          <w:sz w:val="20"/>
          <w:szCs w:val="20"/>
        </w:rPr>
        <w:t>, hasta que se subsane el incumplimiento a satisfacción de la supervisión.</w:t>
      </w:r>
    </w:p>
    <w:p w14:paraId="7C88DF58"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t>4. Inicio de la ejecución.</w:t>
      </w:r>
      <w:r w:rsidRPr="000D2C63">
        <w:rPr>
          <w:rFonts w:ascii="Arial" w:hAnsi="Arial" w:cs="Arial"/>
          <w:sz w:val="20"/>
          <w:szCs w:val="20"/>
        </w:rPr>
        <w:t xml:space="preserve"> Por atraso imputable al CONTRATISTA en la suscripción del acta de inicio, cuando esta sea requerida, o por no iniciar efectivamente la ejecución del contrato en la fecha acordada, se causará una multa equivalente al </w:t>
      </w:r>
      <w:r w:rsidRPr="000D2C63">
        <w:rPr>
          <w:rStyle w:val="Fuerte"/>
          <w:rFonts w:ascii="Arial" w:hAnsi="Arial" w:cs="Arial"/>
          <w:sz w:val="20"/>
          <w:szCs w:val="20"/>
        </w:rPr>
        <w:t>cero coma tres por ciento (0,3 %) del valor del contrato por cada día calendario de atraso</w:t>
      </w:r>
      <w:r w:rsidRPr="000D2C63">
        <w:rPr>
          <w:rFonts w:ascii="Arial" w:hAnsi="Arial" w:cs="Arial"/>
          <w:sz w:val="20"/>
          <w:szCs w:val="20"/>
        </w:rPr>
        <w:t>.</w:t>
      </w:r>
    </w:p>
    <w:p w14:paraId="29ED3AB4"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t>5. Entrega final de la obra.</w:t>
      </w:r>
      <w:r w:rsidRPr="000D2C63">
        <w:rPr>
          <w:rFonts w:ascii="Arial" w:hAnsi="Arial" w:cs="Arial"/>
          <w:sz w:val="20"/>
          <w:szCs w:val="20"/>
        </w:rPr>
        <w:t xml:space="preserve"> Por atraso imputable al CONTRATISTA en la entrega final de la obra dentro del plazo contractual establecido, se causará una multa equivalente al </w:t>
      </w:r>
      <w:r w:rsidRPr="000D2C63">
        <w:rPr>
          <w:rStyle w:val="Fuerte"/>
          <w:rFonts w:ascii="Arial" w:hAnsi="Arial" w:cs="Arial"/>
          <w:sz w:val="20"/>
          <w:szCs w:val="20"/>
        </w:rPr>
        <w:t>uno por ciento (1 %) del valor del contrato por cada día calendario de atraso</w:t>
      </w:r>
      <w:r w:rsidRPr="000D2C63">
        <w:rPr>
          <w:rFonts w:ascii="Arial" w:hAnsi="Arial" w:cs="Arial"/>
          <w:sz w:val="20"/>
          <w:szCs w:val="20"/>
        </w:rPr>
        <w:t>.</w:t>
      </w:r>
    </w:p>
    <w:p w14:paraId="0CF1D3B3"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t>6. Incumplimiento de instrucciones de la supervisión.</w:t>
      </w:r>
      <w:r w:rsidRPr="000D2C63">
        <w:rPr>
          <w:rFonts w:ascii="Arial" w:hAnsi="Arial" w:cs="Arial"/>
          <w:sz w:val="20"/>
          <w:szCs w:val="20"/>
        </w:rPr>
        <w:t xml:space="preserve"> Por incumplir las instrucciones u órdenes impartidas por la supervisión en ejercicio de sus funciones y relacionadas directamente con el cumplimiento de las obligaciones contractuales, el CONTRATISTA se hará acreedor a una multa equivalente al </w:t>
      </w:r>
      <w:r w:rsidRPr="000D2C63">
        <w:rPr>
          <w:rStyle w:val="Fuerte"/>
          <w:rFonts w:ascii="Arial" w:hAnsi="Arial" w:cs="Arial"/>
          <w:sz w:val="20"/>
          <w:szCs w:val="20"/>
        </w:rPr>
        <w:t>cero coma tres por ciento (0,3 %) del valor del contrato por cada orden o instrucción incumplida</w:t>
      </w:r>
      <w:r w:rsidRPr="000D2C63">
        <w:rPr>
          <w:rFonts w:ascii="Arial" w:hAnsi="Arial" w:cs="Arial"/>
          <w:sz w:val="20"/>
          <w:szCs w:val="20"/>
        </w:rPr>
        <w:t>, siempre que esta sea clara, exigible y haya sido debidamente comunicada.</w:t>
      </w:r>
    </w:p>
    <w:p w14:paraId="3453385E"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t>7. Factor de calidad.</w:t>
      </w:r>
      <w:r w:rsidRPr="000D2C63">
        <w:rPr>
          <w:rFonts w:ascii="Arial" w:hAnsi="Arial" w:cs="Arial"/>
          <w:sz w:val="20"/>
          <w:szCs w:val="20"/>
        </w:rPr>
        <w:t xml:space="preserve"> Por incumplir los ofrecimientos efectuados por el CONTRATISTA respecto del factor de calidad que hayan sido objeto de evaluación y formen parte integral de sus obligaciones contractuales, se causará una multa equivalente al </w:t>
      </w:r>
      <w:r w:rsidRPr="000D2C63">
        <w:rPr>
          <w:rStyle w:val="Fuerte"/>
          <w:rFonts w:ascii="Arial" w:hAnsi="Arial" w:cs="Arial"/>
          <w:sz w:val="20"/>
          <w:szCs w:val="20"/>
        </w:rPr>
        <w:t>cero coma tres por ciento (0,3 %) del valor del contrato por cada día calendario en que persista el incumplimiento</w:t>
      </w:r>
      <w:r w:rsidRPr="000D2C63">
        <w:rPr>
          <w:rFonts w:ascii="Arial" w:hAnsi="Arial" w:cs="Arial"/>
          <w:sz w:val="20"/>
          <w:szCs w:val="20"/>
        </w:rPr>
        <w:t>.</w:t>
      </w:r>
    </w:p>
    <w:p w14:paraId="77A64CC8"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t>8. Cambio de personal.</w:t>
      </w:r>
      <w:r w:rsidRPr="000D2C63">
        <w:rPr>
          <w:rFonts w:ascii="Arial" w:hAnsi="Arial" w:cs="Arial"/>
          <w:sz w:val="20"/>
          <w:szCs w:val="20"/>
        </w:rPr>
        <w:t xml:space="preserve"> Cuando el CONTRATISTA sustituya o cambie el personal sujeto a aprobación de la supervisión sin obtener previamente dicha aprobación, o sin acreditar el cumplimiento de las condiciones exigidas contractualmente para su reemplazo, se causará una multa equivalente al </w:t>
      </w:r>
      <w:r w:rsidRPr="000D2C63">
        <w:rPr>
          <w:rStyle w:val="Fuerte"/>
          <w:rFonts w:ascii="Arial" w:hAnsi="Arial" w:cs="Arial"/>
          <w:sz w:val="20"/>
          <w:szCs w:val="20"/>
        </w:rPr>
        <w:t>cero coma tres por ciento (0,3 %) del valor del contrato por cada evento de incumplimiento</w:t>
      </w:r>
      <w:r w:rsidRPr="000D2C63">
        <w:rPr>
          <w:rFonts w:ascii="Arial" w:hAnsi="Arial" w:cs="Arial"/>
          <w:sz w:val="20"/>
          <w:szCs w:val="20"/>
        </w:rPr>
        <w:t>.</w:t>
      </w:r>
    </w:p>
    <w:p w14:paraId="41DC7E4E"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t>9. Obligaciones laborales y de seguridad social.</w:t>
      </w:r>
      <w:r w:rsidRPr="000D2C63">
        <w:rPr>
          <w:rFonts w:ascii="Arial" w:hAnsi="Arial" w:cs="Arial"/>
          <w:sz w:val="20"/>
          <w:szCs w:val="20"/>
        </w:rPr>
        <w:t xml:space="preserve"> Por atraso en el cumplimiento de las obligaciones relacionadas con el pago de salarios, honorarios, aportes al Sistema de Seguridad Social Integral o aportes parafiscales respecto del personal vinculado a la ejecución del contrato, cuando sean legalmente exigibles, se causará una multa equivalente a </w:t>
      </w:r>
      <w:r w:rsidRPr="000D2C63">
        <w:rPr>
          <w:rStyle w:val="Fuerte"/>
          <w:rFonts w:ascii="Arial" w:hAnsi="Arial" w:cs="Arial"/>
          <w:sz w:val="20"/>
          <w:szCs w:val="20"/>
        </w:rPr>
        <w:t>un (1) salario mínimo diario legal vigente (SMDLV) por cada día calendario en que persista el incumplimiento</w:t>
      </w:r>
      <w:r w:rsidRPr="000D2C63">
        <w:rPr>
          <w:rFonts w:ascii="Arial" w:hAnsi="Arial" w:cs="Arial"/>
          <w:sz w:val="20"/>
          <w:szCs w:val="20"/>
        </w:rPr>
        <w:t>.</w:t>
      </w:r>
    </w:p>
    <w:p w14:paraId="4A705893"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t>PARÁGRAFO PRIMERO. NATURALEZA.</w:t>
      </w:r>
      <w:r w:rsidRPr="000D2C63">
        <w:rPr>
          <w:rFonts w:ascii="Arial" w:hAnsi="Arial" w:cs="Arial"/>
          <w:sz w:val="20"/>
          <w:szCs w:val="20"/>
        </w:rPr>
        <w:t xml:space="preserve"> Las multas constituyen medidas de apremio destinadas a conminar al CONTRATISTA al cumplimiento de sus obligaciones y no corresponden a una estimación anticipada de perjuicios. En consecuencia, su imposición no impide que la Entidad ejerza las demás facultades contractuales y legales a que haya lugar ni que reclame la indemnización de los perjuicios que resulten procedentes, en los términos del artículo 1600 del Código Civil.</w:t>
      </w:r>
    </w:p>
    <w:p w14:paraId="5302E90D"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t>PARÁGRAFO SEGUNDO. PROCEDIMIENTO.</w:t>
      </w:r>
      <w:r w:rsidRPr="000D2C63">
        <w:rPr>
          <w:rFonts w:ascii="Arial" w:hAnsi="Arial" w:cs="Arial"/>
          <w:sz w:val="20"/>
          <w:szCs w:val="20"/>
        </w:rPr>
        <w:t xml:space="preserve"> La imposición de las multas se realizará mediante acto administrativo motivado, previo agotamiento del procedimiento establecido en el artículo 86 de la Ley 1474 de 2011, garantizando el debido proceso y los derechos de defensa y contradicción del CONTRATISTA y de su garante, cuando corresponda.</w:t>
      </w:r>
    </w:p>
    <w:p w14:paraId="31B375E9"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lastRenderedPageBreak/>
        <w:t>PARÁGRAFO TERCERO. EFECTIVIDAD.</w:t>
      </w:r>
      <w:r w:rsidRPr="000D2C63">
        <w:rPr>
          <w:rFonts w:ascii="Arial" w:hAnsi="Arial" w:cs="Arial"/>
          <w:sz w:val="20"/>
          <w:szCs w:val="20"/>
        </w:rPr>
        <w:t xml:space="preserve"> Una vez impuesta y ejecutoriada la multa, la Entidad podrá hacer efectivo su valor mediante los mecanismos legal y contractualmente procedentes, incluyendo su descuento de los saldos que se encuentren a favor del CONTRATISTA, el cobro de la garantía de cumplimiento o los demás mecanismos previstos en el ordenamiento jurídico.</w:t>
      </w:r>
    </w:p>
    <w:p w14:paraId="4CBF2B7C"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t>PARÁGRAFO CUARTO. CONTINUIDAD DE LAS OBLIGACIONES.</w:t>
      </w:r>
      <w:r w:rsidRPr="000D2C63">
        <w:rPr>
          <w:rFonts w:ascii="Arial" w:hAnsi="Arial" w:cs="Arial"/>
          <w:sz w:val="20"/>
          <w:szCs w:val="20"/>
        </w:rPr>
        <w:t xml:space="preserve"> El pago o efectividad de las multas no exonera al CONTRATISTA de cumplir la obligación que dio lugar a su imposición, de continuar con la ejecución del contrato ni de las demás responsabilidades derivadas del incumplimiento.</w:t>
      </w:r>
    </w:p>
    <w:p w14:paraId="5CF40498"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t>PARÁGRAFO QUINTO. REITERACIÓN DEL INCUMPLIMIENTO.</w:t>
      </w:r>
      <w:r w:rsidRPr="000D2C63">
        <w:rPr>
          <w:rFonts w:ascii="Arial" w:hAnsi="Arial" w:cs="Arial"/>
          <w:sz w:val="20"/>
          <w:szCs w:val="20"/>
        </w:rPr>
        <w:t xml:space="preserve"> Cuando, después de subsanado un incumplimiento o agotado el correspondiente procedimiento, se presente un nuevo incumplimiento de </w:t>
      </w:r>
      <w:proofErr w:type="gramStart"/>
      <w:r w:rsidRPr="000D2C63">
        <w:rPr>
          <w:rFonts w:ascii="Arial" w:hAnsi="Arial" w:cs="Arial"/>
          <w:sz w:val="20"/>
          <w:szCs w:val="20"/>
        </w:rPr>
        <w:t>la misma</w:t>
      </w:r>
      <w:proofErr w:type="gramEnd"/>
      <w:r w:rsidRPr="000D2C63">
        <w:rPr>
          <w:rFonts w:ascii="Arial" w:hAnsi="Arial" w:cs="Arial"/>
          <w:sz w:val="20"/>
          <w:szCs w:val="20"/>
        </w:rPr>
        <w:t xml:space="preserve"> o de otra obligación contractual, podrán adelantarse las actuaciones administrativas a que haya lugar para la imposición de nuevas multas, siempre que correspondan a hechos o períodos de incumplimiento diferentes.</w:t>
      </w:r>
    </w:p>
    <w:p w14:paraId="18611F2D"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t>PARÁGRAFO SEXTO. SALARIO MÍNIMO.</w:t>
      </w:r>
      <w:r w:rsidRPr="000D2C63">
        <w:rPr>
          <w:rFonts w:ascii="Arial" w:hAnsi="Arial" w:cs="Arial"/>
          <w:sz w:val="20"/>
          <w:szCs w:val="20"/>
        </w:rPr>
        <w:t xml:space="preserve"> Para la liquidación de las multas expresadas en salarios mínimos se tendrá en cuenta el salario mínimo legal vigente para la fecha en que se cause la respectiva multa.</w:t>
      </w:r>
    </w:p>
    <w:p w14:paraId="60F5C0A9" w14:textId="77777777" w:rsidR="00E0714C" w:rsidRPr="000D2C63" w:rsidRDefault="00E0714C" w:rsidP="00E0714C">
      <w:pPr>
        <w:pStyle w:val="isselectedend"/>
        <w:jc w:val="both"/>
        <w:rPr>
          <w:rFonts w:ascii="Arial" w:hAnsi="Arial" w:cs="Arial"/>
          <w:sz w:val="20"/>
          <w:szCs w:val="20"/>
        </w:rPr>
      </w:pPr>
      <w:r w:rsidRPr="000D2C63">
        <w:rPr>
          <w:rStyle w:val="Fuerte"/>
          <w:rFonts w:ascii="Arial" w:hAnsi="Arial" w:cs="Arial"/>
          <w:sz w:val="20"/>
          <w:szCs w:val="20"/>
        </w:rPr>
        <w:t>PARÁGRAFO SÉPTIMO. LÍMITES.</w:t>
      </w:r>
      <w:r w:rsidRPr="000D2C63">
        <w:rPr>
          <w:rFonts w:ascii="Arial" w:hAnsi="Arial" w:cs="Arial"/>
          <w:sz w:val="20"/>
          <w:szCs w:val="20"/>
        </w:rPr>
        <w:t xml:space="preserve"> El valor acumulado de las multas derivadas de </w:t>
      </w:r>
      <w:r w:rsidRPr="000D2C63">
        <w:rPr>
          <w:rStyle w:val="Fuerte"/>
          <w:rFonts w:ascii="Arial" w:hAnsi="Arial" w:cs="Arial"/>
          <w:sz w:val="20"/>
          <w:szCs w:val="20"/>
        </w:rPr>
        <w:t>cada causal</w:t>
      </w:r>
      <w:r w:rsidRPr="000D2C63">
        <w:rPr>
          <w:rFonts w:ascii="Arial" w:hAnsi="Arial" w:cs="Arial"/>
          <w:sz w:val="20"/>
          <w:szCs w:val="20"/>
        </w:rPr>
        <w:t xml:space="preserve">, considerada individualmente, no podrá superar el </w:t>
      </w:r>
      <w:r w:rsidRPr="000D2C63">
        <w:rPr>
          <w:rStyle w:val="Fuerte"/>
          <w:rFonts w:ascii="Arial" w:hAnsi="Arial" w:cs="Arial"/>
          <w:sz w:val="20"/>
          <w:szCs w:val="20"/>
        </w:rPr>
        <w:t>cinco por ciento (5 %) del valor total del contrato</w:t>
      </w:r>
      <w:r w:rsidRPr="000D2C63">
        <w:rPr>
          <w:rFonts w:ascii="Arial" w:hAnsi="Arial" w:cs="Arial"/>
          <w:sz w:val="20"/>
          <w:szCs w:val="20"/>
        </w:rPr>
        <w:t xml:space="preserve">, especialmente respecto de aquellas que se causen diariamente o de manera sucesiva. A su vez, el </w:t>
      </w:r>
      <w:r w:rsidRPr="000D2C63">
        <w:rPr>
          <w:rStyle w:val="Fuerte"/>
          <w:rFonts w:ascii="Arial" w:hAnsi="Arial" w:cs="Arial"/>
          <w:sz w:val="20"/>
          <w:szCs w:val="20"/>
        </w:rPr>
        <w:t>valor acumulado de todas las multas impuestas durante la ejecución del contrato no podrá exceder el diez por ciento (10 %) del valor total del contrato</w:t>
      </w:r>
      <w:r w:rsidRPr="000D2C63">
        <w:rPr>
          <w:rFonts w:ascii="Arial" w:hAnsi="Arial" w:cs="Arial"/>
          <w:sz w:val="20"/>
          <w:szCs w:val="20"/>
        </w:rPr>
        <w:t>.</w:t>
      </w:r>
    </w:p>
    <w:p w14:paraId="4EECFFE4" w14:textId="77777777" w:rsidR="00E0714C" w:rsidRPr="000D2C63" w:rsidRDefault="00E0714C" w:rsidP="00E0714C">
      <w:pPr>
        <w:pStyle w:val="NormalWeb"/>
        <w:jc w:val="both"/>
        <w:rPr>
          <w:rFonts w:ascii="Arial" w:hAnsi="Arial" w:cs="Arial"/>
          <w:sz w:val="20"/>
          <w:szCs w:val="20"/>
        </w:rPr>
      </w:pPr>
      <w:r w:rsidRPr="000D2C63">
        <w:rPr>
          <w:rFonts w:ascii="Arial" w:hAnsi="Arial" w:cs="Arial"/>
          <w:sz w:val="20"/>
          <w:szCs w:val="20"/>
        </w:rPr>
        <w:t>Alcanzado el límite correspondiente a una causal, no continuarán causándose multas por los mismos hechos o por el mismo período de incumplimiento, sin perjuicio de las demás medidas contractuales y legales que resulten procedentes. La ocurrencia posterior de un nuevo hecho constitutivo de incumplimiento podrá dar lugar al correspondiente procedimiento, con observancia del debido proceso y de los límites previstos en esta cláusula.</w:t>
      </w:r>
    </w:p>
    <w:p w14:paraId="18F802DE" w14:textId="77777777" w:rsidR="003A4064" w:rsidRPr="000D2C63" w:rsidRDefault="0020184D" w:rsidP="003A4064">
      <w:pPr>
        <w:rPr>
          <w:rFonts w:eastAsia="Arial" w:cs="Arial"/>
          <w:sz w:val="20"/>
          <w:szCs w:val="20"/>
          <w:lang w:val="es-CO"/>
        </w:rPr>
      </w:pPr>
      <w:r w:rsidRPr="000D2C63">
        <w:rPr>
          <w:rFonts w:cs="Arial"/>
          <w:b/>
          <w:sz w:val="20"/>
          <w:szCs w:val="20"/>
        </w:rPr>
        <w:t xml:space="preserve">CLÁUSULA 16. </w:t>
      </w:r>
      <w:r w:rsidR="003A4064" w:rsidRPr="000D2C63">
        <w:rPr>
          <w:rFonts w:eastAsia="Arial" w:cs="Arial"/>
          <w:b/>
          <w:bCs/>
          <w:sz w:val="20"/>
          <w:szCs w:val="20"/>
          <w:lang w:val="es-CO"/>
        </w:rPr>
        <w:t>CADUCIDAD, TERMINACIÓN, MODIFICACIÓN E INTERPRETACIÓN UNILATERALES POR EL CONSEJO SUPERIOR</w:t>
      </w:r>
    </w:p>
    <w:p w14:paraId="020CED2D" w14:textId="291A8555" w:rsidR="003A4064" w:rsidRPr="000D2C63" w:rsidRDefault="003A4064" w:rsidP="003A4064">
      <w:pPr>
        <w:spacing w:after="0" w:line="240" w:lineRule="auto"/>
        <w:jc w:val="both"/>
        <w:rPr>
          <w:rFonts w:eastAsia="Arial" w:cs="Arial"/>
          <w:sz w:val="20"/>
          <w:szCs w:val="20"/>
          <w:lang w:val="es-CO"/>
        </w:rPr>
      </w:pPr>
      <w:r w:rsidRPr="000D2C63">
        <w:rPr>
          <w:rFonts w:eastAsia="Arial" w:cs="Arial"/>
          <w:sz w:val="20"/>
          <w:szCs w:val="20"/>
          <w:lang w:val="es-CO"/>
        </w:rPr>
        <w:t xml:space="preserve">De conformidad con los artículos 14, 15, 16, 17 Y 18 de la Ley 80 de 1.993 y el artículo 86 de la Ley 1474 de 2011, al presente contrato se aplicarán las cláusulas excepcionales que las normas legales establecen como obligatorias. </w:t>
      </w:r>
    </w:p>
    <w:p w14:paraId="44F395EA" w14:textId="77777777" w:rsidR="003A4064" w:rsidRPr="000D2C63" w:rsidRDefault="003A4064" w:rsidP="003A4064">
      <w:pPr>
        <w:spacing w:after="0" w:line="240" w:lineRule="auto"/>
        <w:jc w:val="both"/>
        <w:rPr>
          <w:rFonts w:eastAsia="Arial" w:cs="Arial"/>
          <w:sz w:val="20"/>
          <w:szCs w:val="20"/>
          <w:lang w:val="es-CO"/>
        </w:rPr>
      </w:pPr>
    </w:p>
    <w:p w14:paraId="4FCAFF30" w14:textId="77777777" w:rsidR="003A4064" w:rsidRPr="000D2C63" w:rsidRDefault="003A4064" w:rsidP="003A4064">
      <w:pPr>
        <w:spacing w:after="0" w:line="240" w:lineRule="auto"/>
        <w:jc w:val="both"/>
        <w:rPr>
          <w:rFonts w:eastAsia="Arial" w:cs="Arial"/>
          <w:sz w:val="20"/>
          <w:szCs w:val="20"/>
          <w:lang w:val="es-CO"/>
        </w:rPr>
      </w:pPr>
      <w:r w:rsidRPr="000D2C63">
        <w:rPr>
          <w:rFonts w:eastAsia="Arial" w:cs="Arial"/>
          <w:b/>
          <w:bCs/>
          <w:sz w:val="20"/>
          <w:szCs w:val="20"/>
          <w:lang w:val="es-CO"/>
        </w:rPr>
        <w:t>CLÁUSULA 17 - RESPONSABILIDAD DEL CONTRATISTA</w:t>
      </w:r>
      <w:r w:rsidRPr="000D2C63">
        <w:rPr>
          <w:rFonts w:eastAsia="Arial" w:cs="Arial"/>
          <w:sz w:val="20"/>
          <w:szCs w:val="20"/>
          <w:lang w:val="es-CO"/>
        </w:rPr>
        <w:t xml:space="preserve"> </w:t>
      </w:r>
    </w:p>
    <w:p w14:paraId="39ACA25D" w14:textId="77777777" w:rsidR="003A4064" w:rsidRPr="000D2C63" w:rsidRDefault="003A4064" w:rsidP="003A4064">
      <w:pPr>
        <w:spacing w:after="0" w:line="240" w:lineRule="auto"/>
        <w:jc w:val="both"/>
        <w:rPr>
          <w:rFonts w:eastAsia="Arial" w:cs="Arial"/>
          <w:sz w:val="20"/>
          <w:szCs w:val="20"/>
          <w:lang w:val="es-CO"/>
        </w:rPr>
      </w:pPr>
    </w:p>
    <w:p w14:paraId="2EDDA007" w14:textId="77777777" w:rsidR="003A4064" w:rsidRPr="000D2C63" w:rsidRDefault="003A4064" w:rsidP="003A4064">
      <w:pPr>
        <w:spacing w:after="0" w:line="240" w:lineRule="auto"/>
        <w:jc w:val="both"/>
        <w:rPr>
          <w:rFonts w:eastAsia="Arial" w:cs="Arial"/>
          <w:sz w:val="20"/>
          <w:szCs w:val="20"/>
          <w:lang w:val="es-CO"/>
        </w:rPr>
      </w:pPr>
      <w:r w:rsidRPr="000D2C63">
        <w:rPr>
          <w:rFonts w:eastAsia="Arial" w:cs="Arial"/>
          <w:sz w:val="20"/>
          <w:szCs w:val="20"/>
          <w:lang w:val="es-CO"/>
        </w:rPr>
        <w:t>El CONTRATISTA, responderá civil y penalmente tanto por el incumplimiento total o parcial de las obligaciones derivadas del Contrato, como por los hechos u omisiones que le fueran imputables y que causen daño o perjuicio al CONSEJO SUPERIOR DE LA JUDICATURA, todo de conformidad con lo estipulado por el artículo 52 de la Ley 80 de 1.993.</w:t>
      </w:r>
    </w:p>
    <w:p w14:paraId="07510902" w14:textId="77777777" w:rsidR="003A4064" w:rsidRPr="000D2C63" w:rsidRDefault="003A4064" w:rsidP="003A4064">
      <w:pPr>
        <w:spacing w:after="0" w:line="240" w:lineRule="auto"/>
        <w:jc w:val="both"/>
        <w:rPr>
          <w:rFonts w:eastAsia="Arial" w:cs="Arial"/>
          <w:b/>
          <w:bCs/>
          <w:sz w:val="20"/>
          <w:szCs w:val="20"/>
          <w:lang w:val="es-MX"/>
        </w:rPr>
      </w:pPr>
    </w:p>
    <w:p w14:paraId="7EF2ED78" w14:textId="5F6143E0" w:rsidR="00932B34" w:rsidRPr="000D2C63" w:rsidRDefault="0020184D">
      <w:pPr>
        <w:keepNext/>
        <w:spacing w:before="140" w:after="80" w:line="252" w:lineRule="auto"/>
        <w:rPr>
          <w:rFonts w:cs="Arial"/>
          <w:sz w:val="20"/>
          <w:szCs w:val="20"/>
        </w:rPr>
      </w:pPr>
      <w:r w:rsidRPr="000D2C63">
        <w:rPr>
          <w:rFonts w:cs="Arial"/>
          <w:b/>
          <w:sz w:val="20"/>
          <w:szCs w:val="20"/>
        </w:rPr>
        <w:t xml:space="preserve">CLÁUSULA </w:t>
      </w:r>
      <w:r w:rsidR="003A4064" w:rsidRPr="000D2C63">
        <w:rPr>
          <w:rFonts w:cs="Arial"/>
          <w:b/>
          <w:sz w:val="20"/>
          <w:szCs w:val="20"/>
        </w:rPr>
        <w:t>18. - PENAL</w:t>
      </w:r>
    </w:p>
    <w:p w14:paraId="488CFF4B" w14:textId="77777777" w:rsidR="00932B34" w:rsidRPr="000D2C63" w:rsidRDefault="0020184D">
      <w:pPr>
        <w:spacing w:after="80" w:line="252" w:lineRule="auto"/>
        <w:jc w:val="both"/>
        <w:rPr>
          <w:rFonts w:cs="Arial"/>
          <w:sz w:val="20"/>
          <w:szCs w:val="20"/>
        </w:rPr>
      </w:pPr>
      <w:r w:rsidRPr="000D2C63">
        <w:rPr>
          <w:rFonts w:cs="Arial"/>
          <w:sz w:val="20"/>
          <w:szCs w:val="20"/>
        </w:rPr>
        <w:t xml:space="preserve">En </w:t>
      </w:r>
      <w:proofErr w:type="spellStart"/>
      <w:r w:rsidRPr="000D2C63">
        <w:rPr>
          <w:rFonts w:cs="Arial"/>
          <w:sz w:val="20"/>
          <w:szCs w:val="20"/>
        </w:rPr>
        <w:t>caso</w:t>
      </w:r>
      <w:proofErr w:type="spellEnd"/>
      <w:r w:rsidRPr="000D2C63">
        <w:rPr>
          <w:rFonts w:cs="Arial"/>
          <w:sz w:val="20"/>
          <w:szCs w:val="20"/>
        </w:rPr>
        <w:t xml:space="preserve"> de </w:t>
      </w:r>
      <w:proofErr w:type="spellStart"/>
      <w:r w:rsidRPr="000D2C63">
        <w:rPr>
          <w:rFonts w:cs="Arial"/>
          <w:sz w:val="20"/>
          <w:szCs w:val="20"/>
        </w:rPr>
        <w:t>incumplimiento</w:t>
      </w:r>
      <w:proofErr w:type="spellEnd"/>
      <w:r w:rsidRPr="000D2C63">
        <w:rPr>
          <w:rFonts w:cs="Arial"/>
          <w:sz w:val="20"/>
          <w:szCs w:val="20"/>
        </w:rPr>
        <w:t xml:space="preserve"> total o </w:t>
      </w:r>
      <w:proofErr w:type="spellStart"/>
      <w:r w:rsidRPr="000D2C63">
        <w:rPr>
          <w:rFonts w:cs="Arial"/>
          <w:sz w:val="20"/>
          <w:szCs w:val="20"/>
        </w:rPr>
        <w:t>parcial</w:t>
      </w:r>
      <w:proofErr w:type="spellEnd"/>
      <w:r w:rsidRPr="000D2C63">
        <w:rPr>
          <w:rFonts w:cs="Arial"/>
          <w:sz w:val="20"/>
          <w:szCs w:val="20"/>
        </w:rPr>
        <w:t xml:space="preserve"> del </w:t>
      </w:r>
      <w:proofErr w:type="spellStart"/>
      <w:r w:rsidRPr="000D2C63">
        <w:rPr>
          <w:rFonts w:cs="Arial"/>
          <w:sz w:val="20"/>
          <w:szCs w:val="20"/>
        </w:rPr>
        <w:t>Contrato</w:t>
      </w:r>
      <w:proofErr w:type="spellEnd"/>
      <w:r w:rsidRPr="000D2C63">
        <w:rPr>
          <w:rFonts w:cs="Arial"/>
          <w:sz w:val="20"/>
          <w:szCs w:val="20"/>
        </w:rPr>
        <w:t xml:space="preserve">, la </w:t>
      </w:r>
      <w:proofErr w:type="spellStart"/>
      <w:r w:rsidRPr="000D2C63">
        <w:rPr>
          <w:rFonts w:cs="Arial"/>
          <w:sz w:val="20"/>
          <w:szCs w:val="20"/>
        </w:rPr>
        <w:t>Entidad</w:t>
      </w:r>
      <w:proofErr w:type="spellEnd"/>
      <w:r w:rsidRPr="000D2C63">
        <w:rPr>
          <w:rFonts w:cs="Arial"/>
          <w:sz w:val="20"/>
          <w:szCs w:val="20"/>
        </w:rPr>
        <w:t xml:space="preserve"> </w:t>
      </w:r>
      <w:proofErr w:type="spellStart"/>
      <w:r w:rsidRPr="000D2C63">
        <w:rPr>
          <w:rFonts w:cs="Arial"/>
          <w:sz w:val="20"/>
          <w:szCs w:val="20"/>
        </w:rPr>
        <w:t>podrá</w:t>
      </w:r>
      <w:proofErr w:type="spellEnd"/>
      <w:r w:rsidRPr="000D2C63">
        <w:rPr>
          <w:rFonts w:cs="Arial"/>
          <w:sz w:val="20"/>
          <w:szCs w:val="20"/>
        </w:rPr>
        <w:t xml:space="preserve"> </w:t>
      </w:r>
      <w:proofErr w:type="spellStart"/>
      <w:r w:rsidRPr="000D2C63">
        <w:rPr>
          <w:rFonts w:cs="Arial"/>
          <w:sz w:val="20"/>
          <w:szCs w:val="20"/>
        </w:rPr>
        <w:t>hacer</w:t>
      </w:r>
      <w:proofErr w:type="spellEnd"/>
      <w:r w:rsidRPr="000D2C63">
        <w:rPr>
          <w:rFonts w:cs="Arial"/>
          <w:sz w:val="20"/>
          <w:szCs w:val="20"/>
        </w:rPr>
        <w:t xml:space="preserve"> </w:t>
      </w:r>
      <w:proofErr w:type="spellStart"/>
      <w:r w:rsidRPr="000D2C63">
        <w:rPr>
          <w:rFonts w:cs="Arial"/>
          <w:sz w:val="20"/>
          <w:szCs w:val="20"/>
        </w:rPr>
        <w:t>efectiva</w:t>
      </w:r>
      <w:proofErr w:type="spellEnd"/>
      <w:r w:rsidRPr="000D2C63">
        <w:rPr>
          <w:rFonts w:cs="Arial"/>
          <w:sz w:val="20"/>
          <w:szCs w:val="20"/>
        </w:rPr>
        <w:t xml:space="preserve"> la </w:t>
      </w:r>
      <w:proofErr w:type="spellStart"/>
      <w:r w:rsidRPr="000D2C63">
        <w:rPr>
          <w:rFonts w:cs="Arial"/>
          <w:sz w:val="20"/>
          <w:szCs w:val="20"/>
        </w:rPr>
        <w:t>cláusula</w:t>
      </w:r>
      <w:proofErr w:type="spellEnd"/>
      <w:r w:rsidRPr="000D2C63">
        <w:rPr>
          <w:rFonts w:cs="Arial"/>
          <w:sz w:val="20"/>
          <w:szCs w:val="20"/>
        </w:rPr>
        <w:t xml:space="preserve"> penal </w:t>
      </w:r>
      <w:proofErr w:type="spellStart"/>
      <w:r w:rsidRPr="000D2C63">
        <w:rPr>
          <w:rFonts w:cs="Arial"/>
          <w:sz w:val="20"/>
          <w:szCs w:val="20"/>
        </w:rPr>
        <w:t>pecuniaria</w:t>
      </w:r>
      <w:proofErr w:type="spellEnd"/>
      <w:r w:rsidRPr="000D2C63">
        <w:rPr>
          <w:rFonts w:cs="Arial"/>
          <w:sz w:val="20"/>
          <w:szCs w:val="20"/>
        </w:rPr>
        <w:t xml:space="preserve"> </w:t>
      </w:r>
      <w:proofErr w:type="spellStart"/>
      <w:r w:rsidRPr="000D2C63">
        <w:rPr>
          <w:rFonts w:cs="Arial"/>
          <w:sz w:val="20"/>
          <w:szCs w:val="20"/>
        </w:rPr>
        <w:t>en</w:t>
      </w:r>
      <w:proofErr w:type="spellEnd"/>
      <w:r w:rsidRPr="000D2C63">
        <w:rPr>
          <w:rFonts w:cs="Arial"/>
          <w:sz w:val="20"/>
          <w:szCs w:val="20"/>
        </w:rPr>
        <w:t xml:space="preserve">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términos</w:t>
      </w:r>
      <w:proofErr w:type="spellEnd"/>
      <w:r w:rsidRPr="000D2C63">
        <w:rPr>
          <w:rFonts w:cs="Arial"/>
          <w:sz w:val="20"/>
          <w:szCs w:val="20"/>
        </w:rPr>
        <w:t xml:space="preserve">, </w:t>
      </w:r>
      <w:proofErr w:type="spellStart"/>
      <w:r w:rsidRPr="000D2C63">
        <w:rPr>
          <w:rFonts w:cs="Arial"/>
          <w:sz w:val="20"/>
          <w:szCs w:val="20"/>
        </w:rPr>
        <w:t>porcentaje</w:t>
      </w:r>
      <w:proofErr w:type="spellEnd"/>
      <w:r w:rsidRPr="000D2C63">
        <w:rPr>
          <w:rFonts w:cs="Arial"/>
          <w:sz w:val="20"/>
          <w:szCs w:val="20"/>
        </w:rPr>
        <w:t xml:space="preserve"> y </w:t>
      </w:r>
      <w:proofErr w:type="spellStart"/>
      <w:r w:rsidRPr="000D2C63">
        <w:rPr>
          <w:rFonts w:cs="Arial"/>
          <w:sz w:val="20"/>
          <w:szCs w:val="20"/>
        </w:rPr>
        <w:t>condiciones</w:t>
      </w:r>
      <w:proofErr w:type="spellEnd"/>
      <w:r w:rsidRPr="000D2C63">
        <w:rPr>
          <w:rFonts w:cs="Arial"/>
          <w:sz w:val="20"/>
          <w:szCs w:val="20"/>
        </w:rPr>
        <w:t xml:space="preserve"> </w:t>
      </w:r>
      <w:proofErr w:type="spellStart"/>
      <w:r w:rsidRPr="000D2C63">
        <w:rPr>
          <w:rFonts w:cs="Arial"/>
          <w:sz w:val="20"/>
          <w:szCs w:val="20"/>
        </w:rPr>
        <w:t>definidos</w:t>
      </w:r>
      <w:proofErr w:type="spellEnd"/>
      <w:r w:rsidRPr="000D2C63">
        <w:rPr>
          <w:rFonts w:cs="Arial"/>
          <w:sz w:val="20"/>
          <w:szCs w:val="20"/>
        </w:rPr>
        <w:t xml:space="preserve"> </w:t>
      </w:r>
      <w:proofErr w:type="spellStart"/>
      <w:r w:rsidRPr="000D2C63">
        <w:rPr>
          <w:rFonts w:cs="Arial"/>
          <w:sz w:val="20"/>
          <w:szCs w:val="20"/>
        </w:rPr>
        <w:t>en</w:t>
      </w:r>
      <w:proofErr w:type="spellEnd"/>
      <w:r w:rsidRPr="000D2C63">
        <w:rPr>
          <w:rFonts w:cs="Arial"/>
          <w:sz w:val="20"/>
          <w:szCs w:val="20"/>
        </w:rPr>
        <w:t xml:space="preserve"> el Pliego de </w:t>
      </w:r>
      <w:proofErr w:type="spellStart"/>
      <w:r w:rsidRPr="000D2C63">
        <w:rPr>
          <w:rFonts w:cs="Arial"/>
          <w:sz w:val="20"/>
          <w:szCs w:val="20"/>
        </w:rPr>
        <w:t>Condiciones</w:t>
      </w:r>
      <w:proofErr w:type="spellEnd"/>
      <w:r w:rsidRPr="000D2C63">
        <w:rPr>
          <w:rFonts w:cs="Arial"/>
          <w:sz w:val="20"/>
          <w:szCs w:val="20"/>
        </w:rPr>
        <w:t xml:space="preserve"> </w:t>
      </w:r>
      <w:proofErr w:type="spellStart"/>
      <w:r w:rsidRPr="000D2C63">
        <w:rPr>
          <w:rFonts w:cs="Arial"/>
          <w:sz w:val="20"/>
          <w:szCs w:val="20"/>
        </w:rPr>
        <w:t>definitivo</w:t>
      </w:r>
      <w:proofErr w:type="spellEnd"/>
      <w:r w:rsidRPr="000D2C63">
        <w:rPr>
          <w:rFonts w:cs="Arial"/>
          <w:sz w:val="20"/>
          <w:szCs w:val="20"/>
        </w:rPr>
        <w:t xml:space="preserve">, sin </w:t>
      </w:r>
      <w:proofErr w:type="spellStart"/>
      <w:r w:rsidRPr="000D2C63">
        <w:rPr>
          <w:rFonts w:cs="Arial"/>
          <w:sz w:val="20"/>
          <w:szCs w:val="20"/>
        </w:rPr>
        <w:t>perjuicio</w:t>
      </w:r>
      <w:proofErr w:type="spellEnd"/>
      <w:r w:rsidRPr="000D2C63">
        <w:rPr>
          <w:rFonts w:cs="Arial"/>
          <w:sz w:val="20"/>
          <w:szCs w:val="20"/>
        </w:rPr>
        <w:t xml:space="preserve"> de </w:t>
      </w:r>
      <w:proofErr w:type="spellStart"/>
      <w:r w:rsidRPr="000D2C63">
        <w:rPr>
          <w:rFonts w:cs="Arial"/>
          <w:sz w:val="20"/>
          <w:szCs w:val="20"/>
        </w:rPr>
        <w:t>exigir</w:t>
      </w:r>
      <w:proofErr w:type="spellEnd"/>
      <w:r w:rsidRPr="000D2C63">
        <w:rPr>
          <w:rFonts w:cs="Arial"/>
          <w:sz w:val="20"/>
          <w:szCs w:val="20"/>
        </w:rPr>
        <w:t xml:space="preserve"> el </w:t>
      </w:r>
      <w:proofErr w:type="spellStart"/>
      <w:r w:rsidRPr="000D2C63">
        <w:rPr>
          <w:rFonts w:cs="Arial"/>
          <w:sz w:val="20"/>
          <w:szCs w:val="20"/>
        </w:rPr>
        <w:t>cumplimiento</w:t>
      </w:r>
      <w:proofErr w:type="spellEnd"/>
      <w:r w:rsidRPr="000D2C63">
        <w:rPr>
          <w:rFonts w:cs="Arial"/>
          <w:sz w:val="20"/>
          <w:szCs w:val="20"/>
        </w:rPr>
        <w:t xml:space="preserve"> de las </w:t>
      </w:r>
      <w:proofErr w:type="spellStart"/>
      <w:r w:rsidRPr="000D2C63">
        <w:rPr>
          <w:rFonts w:cs="Arial"/>
          <w:sz w:val="20"/>
          <w:szCs w:val="20"/>
        </w:rPr>
        <w:t>obligaciones</w:t>
      </w:r>
      <w:proofErr w:type="spellEnd"/>
      <w:r w:rsidRPr="000D2C63">
        <w:rPr>
          <w:rFonts w:cs="Arial"/>
          <w:sz w:val="20"/>
          <w:szCs w:val="20"/>
        </w:rPr>
        <w:t xml:space="preserve"> </w:t>
      </w:r>
      <w:proofErr w:type="spellStart"/>
      <w:r w:rsidRPr="000D2C63">
        <w:rPr>
          <w:rFonts w:cs="Arial"/>
          <w:sz w:val="20"/>
          <w:szCs w:val="20"/>
        </w:rPr>
        <w:t>pendientes</w:t>
      </w:r>
      <w:proofErr w:type="spellEnd"/>
      <w:r w:rsidRPr="000D2C63">
        <w:rPr>
          <w:rFonts w:cs="Arial"/>
          <w:sz w:val="20"/>
          <w:szCs w:val="20"/>
        </w:rPr>
        <w:t xml:space="preserve"> y la </w:t>
      </w:r>
      <w:proofErr w:type="spellStart"/>
      <w:r w:rsidRPr="000D2C63">
        <w:rPr>
          <w:rFonts w:cs="Arial"/>
          <w:sz w:val="20"/>
          <w:szCs w:val="20"/>
        </w:rPr>
        <w:t>indemnización</w:t>
      </w:r>
      <w:proofErr w:type="spellEnd"/>
      <w:r w:rsidRPr="000D2C63">
        <w:rPr>
          <w:rFonts w:cs="Arial"/>
          <w:sz w:val="20"/>
          <w:szCs w:val="20"/>
        </w:rPr>
        <w:t xml:space="preserve"> integral de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perjuicios</w:t>
      </w:r>
      <w:proofErr w:type="spellEnd"/>
      <w:r w:rsidRPr="000D2C63">
        <w:rPr>
          <w:rFonts w:cs="Arial"/>
          <w:sz w:val="20"/>
          <w:szCs w:val="20"/>
        </w:rPr>
        <w:t xml:space="preserve"> </w:t>
      </w:r>
      <w:proofErr w:type="spellStart"/>
      <w:r w:rsidRPr="000D2C63">
        <w:rPr>
          <w:rFonts w:cs="Arial"/>
          <w:sz w:val="20"/>
          <w:szCs w:val="20"/>
        </w:rPr>
        <w:t>cuando</w:t>
      </w:r>
      <w:proofErr w:type="spellEnd"/>
      <w:r w:rsidRPr="000D2C63">
        <w:rPr>
          <w:rFonts w:cs="Arial"/>
          <w:sz w:val="20"/>
          <w:szCs w:val="20"/>
        </w:rPr>
        <w:t xml:space="preserve"> </w:t>
      </w:r>
      <w:proofErr w:type="spellStart"/>
      <w:r w:rsidRPr="000D2C63">
        <w:rPr>
          <w:rFonts w:cs="Arial"/>
          <w:sz w:val="20"/>
          <w:szCs w:val="20"/>
        </w:rPr>
        <w:t>haya</w:t>
      </w:r>
      <w:proofErr w:type="spellEnd"/>
      <w:r w:rsidRPr="000D2C63">
        <w:rPr>
          <w:rFonts w:cs="Arial"/>
          <w:sz w:val="20"/>
          <w:szCs w:val="20"/>
        </w:rPr>
        <w:t xml:space="preserve"> </w:t>
      </w:r>
      <w:proofErr w:type="spellStart"/>
      <w:r w:rsidRPr="000D2C63">
        <w:rPr>
          <w:rFonts w:cs="Arial"/>
          <w:sz w:val="20"/>
          <w:szCs w:val="20"/>
        </w:rPr>
        <w:t>lugar</w:t>
      </w:r>
      <w:proofErr w:type="spellEnd"/>
      <w:r w:rsidRPr="000D2C63">
        <w:rPr>
          <w:rFonts w:cs="Arial"/>
          <w:sz w:val="20"/>
          <w:szCs w:val="20"/>
        </w:rPr>
        <w:t>.</w:t>
      </w:r>
    </w:p>
    <w:p w14:paraId="3436AB39" w14:textId="77777777" w:rsidR="00B1513A" w:rsidRPr="000D2C63" w:rsidRDefault="00B1513A" w:rsidP="00B1513A">
      <w:pPr>
        <w:spacing w:after="80" w:line="252" w:lineRule="auto"/>
        <w:jc w:val="both"/>
        <w:rPr>
          <w:rFonts w:cs="Arial"/>
          <w:sz w:val="20"/>
          <w:szCs w:val="20"/>
          <w:lang w:val="es-MX"/>
        </w:rPr>
      </w:pPr>
      <w:r w:rsidRPr="000D2C63">
        <w:rPr>
          <w:rFonts w:cs="Arial"/>
          <w:sz w:val="20"/>
          <w:szCs w:val="20"/>
          <w:lang w:val="es-MX"/>
        </w:rPr>
        <w:t>El valor de la cláusula penal y las multas impuestas, se harán efectivas directamente por esta Entidad, pudiendo acudir para el efecto entre otros a los mecanismos de compensación de las sumas adeudadas al Contratista, cobro de la garantía, o a cualquier otro medio para obtener el pago, incluyendo el trámite por Jurisdicción Coactiva</w:t>
      </w:r>
    </w:p>
    <w:p w14:paraId="5437C66D" w14:textId="15A23029" w:rsidR="00932B34" w:rsidRPr="000D2C63" w:rsidRDefault="0020184D">
      <w:pPr>
        <w:keepNext/>
        <w:spacing w:before="140" w:after="80" w:line="252" w:lineRule="auto"/>
        <w:rPr>
          <w:rFonts w:cs="Arial"/>
          <w:sz w:val="20"/>
          <w:szCs w:val="20"/>
        </w:rPr>
      </w:pPr>
      <w:r w:rsidRPr="000D2C63">
        <w:rPr>
          <w:rFonts w:cs="Arial"/>
          <w:b/>
          <w:sz w:val="20"/>
          <w:szCs w:val="20"/>
        </w:rPr>
        <w:t>CLÁUSULA 1</w:t>
      </w:r>
      <w:r w:rsidR="00B9196B" w:rsidRPr="000D2C63">
        <w:rPr>
          <w:rFonts w:cs="Arial"/>
          <w:b/>
          <w:sz w:val="20"/>
          <w:szCs w:val="20"/>
        </w:rPr>
        <w:t>9</w:t>
      </w:r>
      <w:r w:rsidRPr="000D2C63">
        <w:rPr>
          <w:rFonts w:cs="Arial"/>
          <w:b/>
          <w:sz w:val="20"/>
          <w:szCs w:val="20"/>
        </w:rPr>
        <w:t>. RESOLUCIÓN DE CONTROVERSIAS</w:t>
      </w:r>
    </w:p>
    <w:p w14:paraId="7AC41963" w14:textId="71ADC916" w:rsidR="00932B34" w:rsidRPr="000D2C63" w:rsidRDefault="005057B6">
      <w:pPr>
        <w:spacing w:after="80" w:line="252" w:lineRule="auto"/>
        <w:jc w:val="both"/>
        <w:rPr>
          <w:rFonts w:cs="Arial"/>
          <w:sz w:val="20"/>
          <w:szCs w:val="20"/>
        </w:rPr>
      </w:pPr>
      <w:r w:rsidRPr="000D2C63">
        <w:rPr>
          <w:rFonts w:cs="Arial"/>
          <w:sz w:val="20"/>
          <w:szCs w:val="20"/>
          <w:lang w:val="es-MX"/>
        </w:rPr>
        <w:t xml:space="preserve">Las partes acuerdan que las diferencias, discrepancias o controversias que surjan con ocasión de la celebración, ejecución, interpretación, modificación, terminación o liquidación del presente contrato serán resueltas, en primera instancia, mediante arreglo directo dentro de un término de treinta (30) días calendario contados a partir de la fecha en que una de las partes comunique por escrito la existencia de la controversia. En caso de no lograrse un acuerdo durante dicha etapa, las partes podrán acudir a los mecanismos alternativos de solución de </w:t>
      </w:r>
      <w:r w:rsidRPr="000D2C63">
        <w:rPr>
          <w:rFonts w:cs="Arial"/>
          <w:sz w:val="20"/>
          <w:szCs w:val="20"/>
          <w:lang w:val="es-MX"/>
        </w:rPr>
        <w:lastRenderedPageBreak/>
        <w:t>conflictos previstos en la ley, tales como la conciliación extrajudicial en derecho o la amigable composición, de conformidad con la normatividad vigente. Agotadas las anteriores instancias sin que se alcance una solución, las controversias serán sometidas a la jurisdicción de lo contencioso administrativo, conforme a las competencias establecidas en la ley. Lo anterior, sin perjuicio de las facultades excepcionales de la Entidad Estatal y de los actos administrativos expedidos en ejercicio de dichas facultades, los cuales se regirán por las disposiciones legales aplicables.</w:t>
      </w:r>
    </w:p>
    <w:p w14:paraId="500EEA58" w14:textId="710FC1A5" w:rsidR="00932B34" w:rsidRPr="000D2C63" w:rsidRDefault="0020184D">
      <w:pPr>
        <w:keepNext/>
        <w:spacing w:before="140" w:after="80" w:line="252" w:lineRule="auto"/>
        <w:rPr>
          <w:rFonts w:cs="Arial"/>
          <w:sz w:val="20"/>
          <w:szCs w:val="20"/>
        </w:rPr>
      </w:pPr>
      <w:r w:rsidRPr="000D2C63">
        <w:rPr>
          <w:rFonts w:cs="Arial"/>
          <w:b/>
          <w:sz w:val="20"/>
          <w:szCs w:val="20"/>
        </w:rPr>
        <w:t xml:space="preserve">CLÁUSULA </w:t>
      </w:r>
      <w:r w:rsidR="00711A9D" w:rsidRPr="000D2C63">
        <w:rPr>
          <w:rFonts w:cs="Arial"/>
          <w:b/>
          <w:sz w:val="20"/>
          <w:szCs w:val="20"/>
        </w:rPr>
        <w:t>20</w:t>
      </w:r>
      <w:r w:rsidRPr="000D2C63">
        <w:rPr>
          <w:rFonts w:cs="Arial"/>
          <w:b/>
          <w:sz w:val="20"/>
          <w:szCs w:val="20"/>
        </w:rPr>
        <w:t>. CLÁUSULAS EXCEPCIONALES</w:t>
      </w:r>
    </w:p>
    <w:p w14:paraId="674103B7" w14:textId="77777777" w:rsidR="00932B34" w:rsidRPr="000D2C63" w:rsidRDefault="0020184D">
      <w:pPr>
        <w:spacing w:after="80" w:line="252" w:lineRule="auto"/>
        <w:jc w:val="both"/>
        <w:rPr>
          <w:rFonts w:cs="Arial"/>
          <w:sz w:val="20"/>
          <w:szCs w:val="20"/>
        </w:rPr>
      </w:pPr>
      <w:r w:rsidRPr="000D2C63">
        <w:rPr>
          <w:rFonts w:cs="Arial"/>
          <w:sz w:val="20"/>
          <w:szCs w:val="20"/>
        </w:rPr>
        <w:t xml:space="preserve">Se </w:t>
      </w:r>
      <w:proofErr w:type="spellStart"/>
      <w:r w:rsidRPr="000D2C63">
        <w:rPr>
          <w:rFonts w:cs="Arial"/>
          <w:sz w:val="20"/>
          <w:szCs w:val="20"/>
        </w:rPr>
        <w:t>entienden</w:t>
      </w:r>
      <w:proofErr w:type="spellEnd"/>
      <w:r w:rsidRPr="000D2C63">
        <w:rPr>
          <w:rFonts w:cs="Arial"/>
          <w:sz w:val="20"/>
          <w:szCs w:val="20"/>
        </w:rPr>
        <w:t xml:space="preserve"> </w:t>
      </w:r>
      <w:proofErr w:type="spellStart"/>
      <w:r w:rsidRPr="000D2C63">
        <w:rPr>
          <w:rFonts w:cs="Arial"/>
          <w:sz w:val="20"/>
          <w:szCs w:val="20"/>
        </w:rPr>
        <w:t>incorporadas</w:t>
      </w:r>
      <w:proofErr w:type="spellEnd"/>
      <w:r w:rsidRPr="000D2C63">
        <w:rPr>
          <w:rFonts w:cs="Arial"/>
          <w:sz w:val="20"/>
          <w:szCs w:val="20"/>
        </w:rPr>
        <w:t xml:space="preserve"> al </w:t>
      </w:r>
      <w:proofErr w:type="spellStart"/>
      <w:r w:rsidRPr="000D2C63">
        <w:rPr>
          <w:rFonts w:cs="Arial"/>
          <w:sz w:val="20"/>
          <w:szCs w:val="20"/>
        </w:rPr>
        <w:t>Contrato</w:t>
      </w:r>
      <w:proofErr w:type="spellEnd"/>
      <w:r w:rsidRPr="000D2C63">
        <w:rPr>
          <w:rFonts w:cs="Arial"/>
          <w:sz w:val="20"/>
          <w:szCs w:val="20"/>
        </w:rPr>
        <w:t xml:space="preserve"> las </w:t>
      </w:r>
      <w:proofErr w:type="spellStart"/>
      <w:r w:rsidRPr="000D2C63">
        <w:rPr>
          <w:rFonts w:cs="Arial"/>
          <w:sz w:val="20"/>
          <w:szCs w:val="20"/>
        </w:rPr>
        <w:t>cláusulas</w:t>
      </w:r>
      <w:proofErr w:type="spellEnd"/>
      <w:r w:rsidRPr="000D2C63">
        <w:rPr>
          <w:rFonts w:cs="Arial"/>
          <w:sz w:val="20"/>
          <w:szCs w:val="20"/>
        </w:rPr>
        <w:t xml:space="preserve"> </w:t>
      </w:r>
      <w:proofErr w:type="spellStart"/>
      <w:r w:rsidRPr="000D2C63">
        <w:rPr>
          <w:rFonts w:cs="Arial"/>
          <w:sz w:val="20"/>
          <w:szCs w:val="20"/>
        </w:rPr>
        <w:t>excepcionales</w:t>
      </w:r>
      <w:proofErr w:type="spellEnd"/>
      <w:r w:rsidRPr="000D2C63">
        <w:rPr>
          <w:rFonts w:cs="Arial"/>
          <w:sz w:val="20"/>
          <w:szCs w:val="20"/>
        </w:rPr>
        <w:t xml:space="preserve"> </w:t>
      </w:r>
      <w:proofErr w:type="spellStart"/>
      <w:r w:rsidRPr="000D2C63">
        <w:rPr>
          <w:rFonts w:cs="Arial"/>
          <w:sz w:val="20"/>
          <w:szCs w:val="20"/>
        </w:rPr>
        <w:t>previstas</w:t>
      </w:r>
      <w:proofErr w:type="spellEnd"/>
      <w:r w:rsidRPr="000D2C63">
        <w:rPr>
          <w:rFonts w:cs="Arial"/>
          <w:sz w:val="20"/>
          <w:szCs w:val="20"/>
        </w:rPr>
        <w:t xml:space="preserve"> </w:t>
      </w:r>
      <w:proofErr w:type="spellStart"/>
      <w:r w:rsidRPr="000D2C63">
        <w:rPr>
          <w:rFonts w:cs="Arial"/>
          <w:sz w:val="20"/>
          <w:szCs w:val="20"/>
        </w:rPr>
        <w:t>en</w:t>
      </w:r>
      <w:proofErr w:type="spellEnd"/>
      <w:r w:rsidRPr="000D2C63">
        <w:rPr>
          <w:rFonts w:cs="Arial"/>
          <w:sz w:val="20"/>
          <w:szCs w:val="20"/>
        </w:rPr>
        <w:t xml:space="preserve"> el </w:t>
      </w:r>
      <w:proofErr w:type="spellStart"/>
      <w:r w:rsidRPr="000D2C63">
        <w:rPr>
          <w:rFonts w:cs="Arial"/>
          <w:sz w:val="20"/>
          <w:szCs w:val="20"/>
        </w:rPr>
        <w:t>Estatuto</w:t>
      </w:r>
      <w:proofErr w:type="spellEnd"/>
      <w:r w:rsidRPr="000D2C63">
        <w:rPr>
          <w:rFonts w:cs="Arial"/>
          <w:sz w:val="20"/>
          <w:szCs w:val="20"/>
        </w:rPr>
        <w:t xml:space="preserve"> General de </w:t>
      </w:r>
      <w:proofErr w:type="spellStart"/>
      <w:r w:rsidRPr="000D2C63">
        <w:rPr>
          <w:rFonts w:cs="Arial"/>
          <w:sz w:val="20"/>
          <w:szCs w:val="20"/>
        </w:rPr>
        <w:t>Contratación</w:t>
      </w:r>
      <w:proofErr w:type="spellEnd"/>
      <w:r w:rsidRPr="000D2C63">
        <w:rPr>
          <w:rFonts w:cs="Arial"/>
          <w:sz w:val="20"/>
          <w:szCs w:val="20"/>
        </w:rPr>
        <w:t xml:space="preserve"> de la Administración Pública, </w:t>
      </w:r>
      <w:proofErr w:type="spellStart"/>
      <w:r w:rsidRPr="000D2C63">
        <w:rPr>
          <w:rFonts w:cs="Arial"/>
          <w:sz w:val="20"/>
          <w:szCs w:val="20"/>
        </w:rPr>
        <w:t>en</w:t>
      </w:r>
      <w:proofErr w:type="spellEnd"/>
      <w:r w:rsidRPr="000D2C63">
        <w:rPr>
          <w:rFonts w:cs="Arial"/>
          <w:sz w:val="20"/>
          <w:szCs w:val="20"/>
        </w:rPr>
        <w:t xml:space="preserve"> </w:t>
      </w:r>
      <w:proofErr w:type="spellStart"/>
      <w:r w:rsidRPr="000D2C63">
        <w:rPr>
          <w:rFonts w:cs="Arial"/>
          <w:sz w:val="20"/>
          <w:szCs w:val="20"/>
        </w:rPr>
        <w:t>cuanto</w:t>
      </w:r>
      <w:proofErr w:type="spellEnd"/>
      <w:r w:rsidRPr="000D2C63">
        <w:rPr>
          <w:rFonts w:cs="Arial"/>
          <w:sz w:val="20"/>
          <w:szCs w:val="20"/>
        </w:rPr>
        <w:t xml:space="preserve"> </w:t>
      </w:r>
      <w:proofErr w:type="spellStart"/>
      <w:r w:rsidRPr="000D2C63">
        <w:rPr>
          <w:rFonts w:cs="Arial"/>
          <w:sz w:val="20"/>
          <w:szCs w:val="20"/>
        </w:rPr>
        <w:t>resulten</w:t>
      </w:r>
      <w:proofErr w:type="spellEnd"/>
      <w:r w:rsidRPr="000D2C63">
        <w:rPr>
          <w:rFonts w:cs="Arial"/>
          <w:sz w:val="20"/>
          <w:szCs w:val="20"/>
        </w:rPr>
        <w:t xml:space="preserve"> </w:t>
      </w:r>
      <w:proofErr w:type="spellStart"/>
      <w:r w:rsidRPr="000D2C63">
        <w:rPr>
          <w:rFonts w:cs="Arial"/>
          <w:sz w:val="20"/>
          <w:szCs w:val="20"/>
        </w:rPr>
        <w:t>aplicables</w:t>
      </w:r>
      <w:proofErr w:type="spellEnd"/>
      <w:r w:rsidRPr="000D2C63">
        <w:rPr>
          <w:rFonts w:cs="Arial"/>
          <w:sz w:val="20"/>
          <w:szCs w:val="20"/>
        </w:rPr>
        <w:t>.</w:t>
      </w:r>
    </w:p>
    <w:p w14:paraId="443863D7" w14:textId="102988E1" w:rsidR="00932B34" w:rsidRPr="000D2C63" w:rsidRDefault="0020184D">
      <w:pPr>
        <w:keepNext/>
        <w:spacing w:before="140" w:after="80" w:line="252" w:lineRule="auto"/>
        <w:rPr>
          <w:rFonts w:cs="Arial"/>
          <w:b/>
          <w:sz w:val="20"/>
          <w:szCs w:val="20"/>
        </w:rPr>
      </w:pPr>
      <w:r w:rsidRPr="000D2C63">
        <w:rPr>
          <w:rFonts w:cs="Arial"/>
          <w:b/>
          <w:sz w:val="20"/>
          <w:szCs w:val="20"/>
        </w:rPr>
        <w:t xml:space="preserve">CLÁUSULA </w:t>
      </w:r>
      <w:r w:rsidR="006E2D65" w:rsidRPr="000D2C63">
        <w:rPr>
          <w:rFonts w:cs="Arial"/>
          <w:b/>
          <w:sz w:val="20"/>
          <w:szCs w:val="20"/>
        </w:rPr>
        <w:t>21</w:t>
      </w:r>
      <w:r w:rsidRPr="000D2C63">
        <w:rPr>
          <w:rFonts w:cs="Arial"/>
          <w:b/>
          <w:sz w:val="20"/>
          <w:szCs w:val="20"/>
        </w:rPr>
        <w:t>. GARANTÍAS</w:t>
      </w:r>
    </w:p>
    <w:p w14:paraId="5642718B" w14:textId="4C26B782" w:rsidR="00DE0DD4" w:rsidRPr="000D2C63" w:rsidRDefault="00DE0DD4">
      <w:pPr>
        <w:keepNext/>
        <w:spacing w:before="140" w:after="80" w:line="252" w:lineRule="auto"/>
        <w:rPr>
          <w:rFonts w:cs="Arial"/>
          <w:sz w:val="20"/>
          <w:szCs w:val="20"/>
        </w:rPr>
      </w:pPr>
      <w:r w:rsidRPr="000D2C63">
        <w:rPr>
          <w:rFonts w:cs="Arial"/>
          <w:b/>
          <w:sz w:val="20"/>
          <w:szCs w:val="20"/>
        </w:rPr>
        <w:t>21.1 GARANTÍA DE CUMPLIMIENTO.</w:t>
      </w:r>
    </w:p>
    <w:p w14:paraId="425AF936" w14:textId="77777777" w:rsidR="00932B34" w:rsidRPr="000D2C63" w:rsidRDefault="0020184D">
      <w:pPr>
        <w:spacing w:after="80" w:line="252" w:lineRule="auto"/>
        <w:jc w:val="both"/>
        <w:rPr>
          <w:rFonts w:cs="Arial"/>
          <w:sz w:val="20"/>
          <w:szCs w:val="20"/>
        </w:rPr>
      </w:pPr>
      <w:r w:rsidRPr="000D2C63">
        <w:rPr>
          <w:rFonts w:cs="Arial"/>
          <w:sz w:val="20"/>
          <w:szCs w:val="20"/>
        </w:rPr>
        <w:t xml:space="preserve">Para </w:t>
      </w:r>
      <w:proofErr w:type="spellStart"/>
      <w:r w:rsidRPr="000D2C63">
        <w:rPr>
          <w:rFonts w:cs="Arial"/>
          <w:sz w:val="20"/>
          <w:szCs w:val="20"/>
        </w:rPr>
        <w:t>cubrir</w:t>
      </w:r>
      <w:proofErr w:type="spellEnd"/>
      <w:r w:rsidRPr="000D2C63">
        <w:rPr>
          <w:rFonts w:cs="Arial"/>
          <w:sz w:val="20"/>
          <w:szCs w:val="20"/>
        </w:rPr>
        <w:t xml:space="preserve">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riesgos</w:t>
      </w:r>
      <w:proofErr w:type="spellEnd"/>
      <w:r w:rsidRPr="000D2C63">
        <w:rPr>
          <w:rFonts w:cs="Arial"/>
          <w:sz w:val="20"/>
          <w:szCs w:val="20"/>
        </w:rPr>
        <w:t xml:space="preserve"> </w:t>
      </w:r>
      <w:proofErr w:type="spellStart"/>
      <w:r w:rsidRPr="000D2C63">
        <w:rPr>
          <w:rFonts w:cs="Arial"/>
          <w:sz w:val="20"/>
          <w:szCs w:val="20"/>
        </w:rPr>
        <w:t>derivados</w:t>
      </w:r>
      <w:proofErr w:type="spellEnd"/>
      <w:r w:rsidRPr="000D2C63">
        <w:rPr>
          <w:rFonts w:cs="Arial"/>
          <w:sz w:val="20"/>
          <w:szCs w:val="20"/>
        </w:rPr>
        <w:t xml:space="preserve"> de la </w:t>
      </w:r>
      <w:proofErr w:type="spellStart"/>
      <w:r w:rsidRPr="000D2C63">
        <w:rPr>
          <w:rFonts w:cs="Arial"/>
          <w:sz w:val="20"/>
          <w:szCs w:val="20"/>
        </w:rPr>
        <w:t>ejecución</w:t>
      </w:r>
      <w:proofErr w:type="spellEnd"/>
      <w:r w:rsidRPr="000D2C63">
        <w:rPr>
          <w:rFonts w:cs="Arial"/>
          <w:sz w:val="20"/>
          <w:szCs w:val="20"/>
        </w:rPr>
        <w:t xml:space="preserve"> contractual, el </w:t>
      </w:r>
      <w:proofErr w:type="spellStart"/>
      <w:r w:rsidRPr="000D2C63">
        <w:rPr>
          <w:rFonts w:cs="Arial"/>
          <w:sz w:val="20"/>
          <w:szCs w:val="20"/>
        </w:rPr>
        <w:t>Contratista</w:t>
      </w:r>
      <w:proofErr w:type="spellEnd"/>
      <w:r w:rsidRPr="000D2C63">
        <w:rPr>
          <w:rFonts w:cs="Arial"/>
          <w:sz w:val="20"/>
          <w:szCs w:val="20"/>
        </w:rPr>
        <w:t xml:space="preserve"> </w:t>
      </w:r>
      <w:proofErr w:type="spellStart"/>
      <w:r w:rsidRPr="000D2C63">
        <w:rPr>
          <w:rFonts w:cs="Arial"/>
          <w:sz w:val="20"/>
          <w:szCs w:val="20"/>
        </w:rPr>
        <w:t>deberá</w:t>
      </w:r>
      <w:proofErr w:type="spellEnd"/>
      <w:r w:rsidRPr="000D2C63">
        <w:rPr>
          <w:rFonts w:cs="Arial"/>
          <w:sz w:val="20"/>
          <w:szCs w:val="20"/>
        </w:rPr>
        <w:t xml:space="preserve"> </w:t>
      </w:r>
      <w:proofErr w:type="spellStart"/>
      <w:r w:rsidRPr="000D2C63">
        <w:rPr>
          <w:rFonts w:cs="Arial"/>
          <w:sz w:val="20"/>
          <w:szCs w:val="20"/>
        </w:rPr>
        <w:t>constituir</w:t>
      </w:r>
      <w:proofErr w:type="spellEnd"/>
      <w:r w:rsidRPr="000D2C63">
        <w:rPr>
          <w:rFonts w:cs="Arial"/>
          <w:sz w:val="20"/>
          <w:szCs w:val="20"/>
        </w:rPr>
        <w:t xml:space="preserve"> y </w:t>
      </w:r>
      <w:proofErr w:type="spellStart"/>
      <w:r w:rsidRPr="000D2C63">
        <w:rPr>
          <w:rFonts w:cs="Arial"/>
          <w:sz w:val="20"/>
          <w:szCs w:val="20"/>
        </w:rPr>
        <w:t>presentar</w:t>
      </w:r>
      <w:proofErr w:type="spellEnd"/>
      <w:r w:rsidRPr="000D2C63">
        <w:rPr>
          <w:rFonts w:cs="Arial"/>
          <w:sz w:val="20"/>
          <w:szCs w:val="20"/>
        </w:rPr>
        <w:t xml:space="preserve"> para </w:t>
      </w:r>
      <w:proofErr w:type="spellStart"/>
      <w:r w:rsidRPr="000D2C63">
        <w:rPr>
          <w:rFonts w:cs="Arial"/>
          <w:sz w:val="20"/>
          <w:szCs w:val="20"/>
        </w:rPr>
        <w:t>aprobación</w:t>
      </w:r>
      <w:proofErr w:type="spellEnd"/>
      <w:r w:rsidRPr="000D2C63">
        <w:rPr>
          <w:rFonts w:cs="Arial"/>
          <w:sz w:val="20"/>
          <w:szCs w:val="20"/>
        </w:rPr>
        <w:t xml:space="preserve"> de la </w:t>
      </w:r>
      <w:proofErr w:type="spellStart"/>
      <w:r w:rsidRPr="000D2C63">
        <w:rPr>
          <w:rFonts w:cs="Arial"/>
          <w:sz w:val="20"/>
          <w:szCs w:val="20"/>
        </w:rPr>
        <w:t>Entidad</w:t>
      </w:r>
      <w:proofErr w:type="spellEnd"/>
      <w:r w:rsidRPr="000D2C63">
        <w:rPr>
          <w:rFonts w:cs="Arial"/>
          <w:sz w:val="20"/>
          <w:szCs w:val="20"/>
        </w:rPr>
        <w:t xml:space="preserve">, </w:t>
      </w:r>
      <w:proofErr w:type="spellStart"/>
      <w:r w:rsidRPr="000D2C63">
        <w:rPr>
          <w:rFonts w:cs="Arial"/>
          <w:sz w:val="20"/>
          <w:szCs w:val="20"/>
        </w:rPr>
        <w:t>dentro</w:t>
      </w:r>
      <w:proofErr w:type="spellEnd"/>
      <w:r w:rsidRPr="000D2C63">
        <w:rPr>
          <w:rFonts w:cs="Arial"/>
          <w:sz w:val="20"/>
          <w:szCs w:val="20"/>
        </w:rPr>
        <w:t xml:space="preserve"> de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cinco</w:t>
      </w:r>
      <w:proofErr w:type="spellEnd"/>
      <w:r w:rsidRPr="000D2C63">
        <w:rPr>
          <w:rFonts w:cs="Arial"/>
          <w:sz w:val="20"/>
          <w:szCs w:val="20"/>
        </w:rPr>
        <w:t xml:space="preserve"> (5) días </w:t>
      </w:r>
      <w:proofErr w:type="spellStart"/>
      <w:r w:rsidRPr="000D2C63">
        <w:rPr>
          <w:rFonts w:cs="Arial"/>
          <w:sz w:val="20"/>
          <w:szCs w:val="20"/>
        </w:rPr>
        <w:t>hábiles</w:t>
      </w:r>
      <w:proofErr w:type="spellEnd"/>
      <w:r w:rsidRPr="000D2C63">
        <w:rPr>
          <w:rFonts w:cs="Arial"/>
          <w:sz w:val="20"/>
          <w:szCs w:val="20"/>
        </w:rPr>
        <w:t xml:space="preserve"> </w:t>
      </w:r>
      <w:proofErr w:type="spellStart"/>
      <w:r w:rsidRPr="000D2C63">
        <w:rPr>
          <w:rFonts w:cs="Arial"/>
          <w:sz w:val="20"/>
          <w:szCs w:val="20"/>
        </w:rPr>
        <w:t>siguientes</w:t>
      </w:r>
      <w:proofErr w:type="spellEnd"/>
      <w:r w:rsidRPr="000D2C63">
        <w:rPr>
          <w:rFonts w:cs="Arial"/>
          <w:sz w:val="20"/>
          <w:szCs w:val="20"/>
        </w:rPr>
        <w:t xml:space="preserve"> a la </w:t>
      </w:r>
      <w:proofErr w:type="spellStart"/>
      <w:r w:rsidRPr="000D2C63">
        <w:rPr>
          <w:rFonts w:cs="Arial"/>
          <w:sz w:val="20"/>
          <w:szCs w:val="20"/>
        </w:rPr>
        <w:t>suscripción</w:t>
      </w:r>
      <w:proofErr w:type="spellEnd"/>
      <w:r w:rsidRPr="000D2C63">
        <w:rPr>
          <w:rFonts w:cs="Arial"/>
          <w:sz w:val="20"/>
          <w:szCs w:val="20"/>
        </w:rPr>
        <w:t xml:space="preserve"> del </w:t>
      </w:r>
      <w:proofErr w:type="spellStart"/>
      <w:r w:rsidRPr="000D2C63">
        <w:rPr>
          <w:rFonts w:cs="Arial"/>
          <w:sz w:val="20"/>
          <w:szCs w:val="20"/>
        </w:rPr>
        <w:t>Contrato</w:t>
      </w:r>
      <w:proofErr w:type="spellEnd"/>
      <w:r w:rsidRPr="000D2C63">
        <w:rPr>
          <w:rFonts w:cs="Arial"/>
          <w:sz w:val="20"/>
          <w:szCs w:val="20"/>
        </w:rPr>
        <w:t xml:space="preserve">, la </w:t>
      </w:r>
      <w:proofErr w:type="spellStart"/>
      <w:r w:rsidRPr="000D2C63">
        <w:rPr>
          <w:rFonts w:cs="Arial"/>
          <w:sz w:val="20"/>
          <w:szCs w:val="20"/>
        </w:rPr>
        <w:t>garantía</w:t>
      </w:r>
      <w:proofErr w:type="spellEnd"/>
      <w:r w:rsidRPr="000D2C63">
        <w:rPr>
          <w:rFonts w:cs="Arial"/>
          <w:sz w:val="20"/>
          <w:szCs w:val="20"/>
        </w:rPr>
        <w:t xml:space="preserve"> de </w:t>
      </w:r>
      <w:proofErr w:type="spellStart"/>
      <w:r w:rsidRPr="000D2C63">
        <w:rPr>
          <w:rFonts w:cs="Arial"/>
          <w:sz w:val="20"/>
          <w:szCs w:val="20"/>
        </w:rPr>
        <w:t>cumplimiento</w:t>
      </w:r>
      <w:proofErr w:type="spellEnd"/>
      <w:r w:rsidRPr="000D2C63">
        <w:rPr>
          <w:rFonts w:cs="Arial"/>
          <w:sz w:val="20"/>
          <w:szCs w:val="20"/>
        </w:rPr>
        <w:t xml:space="preserve"> y el </w:t>
      </w:r>
      <w:proofErr w:type="spellStart"/>
      <w:r w:rsidRPr="000D2C63">
        <w:rPr>
          <w:rFonts w:cs="Arial"/>
          <w:sz w:val="20"/>
          <w:szCs w:val="20"/>
        </w:rPr>
        <w:t>seguro</w:t>
      </w:r>
      <w:proofErr w:type="spellEnd"/>
      <w:r w:rsidRPr="000D2C63">
        <w:rPr>
          <w:rFonts w:cs="Arial"/>
          <w:sz w:val="20"/>
          <w:szCs w:val="20"/>
        </w:rPr>
        <w:t xml:space="preserve"> de </w:t>
      </w:r>
      <w:proofErr w:type="spellStart"/>
      <w:r w:rsidRPr="000D2C63">
        <w:rPr>
          <w:rFonts w:cs="Arial"/>
          <w:sz w:val="20"/>
          <w:szCs w:val="20"/>
        </w:rPr>
        <w:t>responsabilidad</w:t>
      </w:r>
      <w:proofErr w:type="spellEnd"/>
      <w:r w:rsidRPr="000D2C63">
        <w:rPr>
          <w:rFonts w:cs="Arial"/>
          <w:sz w:val="20"/>
          <w:szCs w:val="20"/>
        </w:rPr>
        <w:t xml:space="preserve"> civil extracontractual, </w:t>
      </w:r>
      <w:proofErr w:type="spellStart"/>
      <w:r w:rsidRPr="000D2C63">
        <w:rPr>
          <w:rFonts w:cs="Arial"/>
          <w:sz w:val="20"/>
          <w:szCs w:val="20"/>
        </w:rPr>
        <w:t>en</w:t>
      </w:r>
      <w:proofErr w:type="spellEnd"/>
      <w:r w:rsidRPr="000D2C63">
        <w:rPr>
          <w:rFonts w:cs="Arial"/>
          <w:sz w:val="20"/>
          <w:szCs w:val="20"/>
        </w:rPr>
        <w:t xml:space="preserve"> las </w:t>
      </w:r>
      <w:proofErr w:type="spellStart"/>
      <w:r w:rsidRPr="000D2C63">
        <w:rPr>
          <w:rFonts w:cs="Arial"/>
          <w:sz w:val="20"/>
          <w:szCs w:val="20"/>
        </w:rPr>
        <w:t>condiciones</w:t>
      </w:r>
      <w:proofErr w:type="spellEnd"/>
      <w:r w:rsidRPr="000D2C63">
        <w:rPr>
          <w:rFonts w:cs="Arial"/>
          <w:sz w:val="20"/>
          <w:szCs w:val="20"/>
        </w:rPr>
        <w:t xml:space="preserve"> </w:t>
      </w:r>
      <w:proofErr w:type="spellStart"/>
      <w:r w:rsidRPr="000D2C63">
        <w:rPr>
          <w:rFonts w:cs="Arial"/>
          <w:sz w:val="20"/>
          <w:szCs w:val="20"/>
        </w:rPr>
        <w:t>establecidas</w:t>
      </w:r>
      <w:proofErr w:type="spellEnd"/>
      <w:r w:rsidRPr="000D2C63">
        <w:rPr>
          <w:rFonts w:cs="Arial"/>
          <w:sz w:val="20"/>
          <w:szCs w:val="20"/>
        </w:rPr>
        <w:t xml:space="preserve"> </w:t>
      </w:r>
      <w:proofErr w:type="spellStart"/>
      <w:r w:rsidRPr="000D2C63">
        <w:rPr>
          <w:rFonts w:cs="Arial"/>
          <w:sz w:val="20"/>
          <w:szCs w:val="20"/>
        </w:rPr>
        <w:t>en</w:t>
      </w:r>
      <w:proofErr w:type="spellEnd"/>
      <w:r w:rsidRPr="000D2C63">
        <w:rPr>
          <w:rFonts w:cs="Arial"/>
          <w:sz w:val="20"/>
          <w:szCs w:val="20"/>
        </w:rPr>
        <w:t xml:space="preserve"> </w:t>
      </w:r>
      <w:proofErr w:type="spellStart"/>
      <w:r w:rsidRPr="000D2C63">
        <w:rPr>
          <w:rFonts w:cs="Arial"/>
          <w:sz w:val="20"/>
          <w:szCs w:val="20"/>
        </w:rPr>
        <w:t>los</w:t>
      </w:r>
      <w:proofErr w:type="spellEnd"/>
      <w:r w:rsidRPr="000D2C63">
        <w:rPr>
          <w:rFonts w:cs="Arial"/>
          <w:sz w:val="20"/>
          <w:szCs w:val="20"/>
        </w:rPr>
        <w:t xml:space="preserve"> </w:t>
      </w:r>
      <w:proofErr w:type="spellStart"/>
      <w:r w:rsidRPr="000D2C63">
        <w:rPr>
          <w:rFonts w:cs="Arial"/>
          <w:sz w:val="20"/>
          <w:szCs w:val="20"/>
        </w:rPr>
        <w:t>Documentos</w:t>
      </w:r>
      <w:proofErr w:type="spellEnd"/>
      <w:r w:rsidRPr="000D2C63">
        <w:rPr>
          <w:rFonts w:cs="Arial"/>
          <w:sz w:val="20"/>
          <w:szCs w:val="20"/>
        </w:rPr>
        <w:t xml:space="preserve"> del </w:t>
      </w:r>
      <w:proofErr w:type="spellStart"/>
      <w:r w:rsidRPr="000D2C63">
        <w:rPr>
          <w:rFonts w:cs="Arial"/>
          <w:sz w:val="20"/>
          <w:szCs w:val="20"/>
        </w:rPr>
        <w:t>Proceso</w:t>
      </w:r>
      <w:proofErr w:type="spellEnd"/>
      <w:r w:rsidRPr="000D2C63">
        <w:rPr>
          <w:rFonts w:cs="Arial"/>
          <w:sz w:val="20"/>
          <w:szCs w:val="20"/>
        </w:rPr>
        <w:t>.</w:t>
      </w:r>
    </w:p>
    <w:p w14:paraId="427002D2" w14:textId="77777777" w:rsidR="00B33545" w:rsidRPr="000D2C63" w:rsidRDefault="00B33545" w:rsidP="00B33545">
      <w:pPr>
        <w:spacing w:after="80" w:line="252" w:lineRule="auto"/>
        <w:jc w:val="both"/>
        <w:rPr>
          <w:rFonts w:cs="Arial"/>
          <w:sz w:val="20"/>
          <w:szCs w:val="20"/>
        </w:rPr>
      </w:pPr>
      <w:r w:rsidRPr="000D2C63">
        <w:rPr>
          <w:rFonts w:cs="Arial"/>
          <w:sz w:val="20"/>
          <w:szCs w:val="20"/>
        </w:rPr>
        <w:t xml:space="preserve">La </w:t>
      </w:r>
      <w:proofErr w:type="spellStart"/>
      <w:r w:rsidRPr="000D2C63">
        <w:rPr>
          <w:rFonts w:cs="Arial"/>
          <w:sz w:val="20"/>
          <w:szCs w:val="20"/>
        </w:rPr>
        <w:t>garantía</w:t>
      </w:r>
      <w:proofErr w:type="spellEnd"/>
      <w:r w:rsidRPr="000D2C63">
        <w:rPr>
          <w:rFonts w:cs="Arial"/>
          <w:sz w:val="20"/>
          <w:szCs w:val="20"/>
        </w:rPr>
        <w:t xml:space="preserve"> </w:t>
      </w:r>
      <w:proofErr w:type="spellStart"/>
      <w:r w:rsidRPr="000D2C63">
        <w:rPr>
          <w:rFonts w:cs="Arial"/>
          <w:sz w:val="20"/>
          <w:szCs w:val="20"/>
        </w:rPr>
        <w:t>tendrá</w:t>
      </w:r>
      <w:proofErr w:type="spellEnd"/>
      <w:r w:rsidRPr="000D2C63">
        <w:rPr>
          <w:rFonts w:cs="Arial"/>
          <w:sz w:val="20"/>
          <w:szCs w:val="20"/>
        </w:rPr>
        <w:t xml:space="preserve"> </w:t>
      </w:r>
      <w:proofErr w:type="spellStart"/>
      <w:r w:rsidRPr="000D2C63">
        <w:rPr>
          <w:rFonts w:cs="Arial"/>
          <w:sz w:val="20"/>
          <w:szCs w:val="20"/>
        </w:rPr>
        <w:t>como</w:t>
      </w:r>
      <w:proofErr w:type="spellEnd"/>
      <w:r w:rsidRPr="000D2C63">
        <w:rPr>
          <w:rFonts w:cs="Arial"/>
          <w:sz w:val="20"/>
          <w:szCs w:val="20"/>
        </w:rPr>
        <w:t xml:space="preserve"> </w:t>
      </w:r>
      <w:proofErr w:type="spellStart"/>
      <w:r w:rsidRPr="000D2C63">
        <w:rPr>
          <w:rFonts w:cs="Arial"/>
          <w:sz w:val="20"/>
          <w:szCs w:val="20"/>
        </w:rPr>
        <w:t>asegurado</w:t>
      </w:r>
      <w:proofErr w:type="spellEnd"/>
      <w:r w:rsidRPr="000D2C63">
        <w:rPr>
          <w:rFonts w:cs="Arial"/>
          <w:sz w:val="20"/>
          <w:szCs w:val="20"/>
        </w:rPr>
        <w:t>/</w:t>
      </w:r>
      <w:proofErr w:type="spellStart"/>
      <w:r w:rsidRPr="000D2C63">
        <w:rPr>
          <w:rFonts w:cs="Arial"/>
          <w:sz w:val="20"/>
          <w:szCs w:val="20"/>
        </w:rPr>
        <w:t>beneficiario</w:t>
      </w:r>
      <w:proofErr w:type="spellEnd"/>
      <w:r w:rsidRPr="000D2C63">
        <w:rPr>
          <w:rFonts w:cs="Arial"/>
          <w:sz w:val="20"/>
          <w:szCs w:val="20"/>
        </w:rPr>
        <w:t xml:space="preserve"> al CONSEJO SUPERIOR DE LA JUDICATURA – DIRECCIÓN SECCIONAL DE ADMINISTRACIÓN JUDICIAL DE CALI – VALLE DEL CAUCA, NIT 805.003.838-9. El </w:t>
      </w:r>
      <w:proofErr w:type="spellStart"/>
      <w:r w:rsidRPr="000D2C63">
        <w:rPr>
          <w:rFonts w:cs="Arial"/>
          <w:sz w:val="20"/>
          <w:szCs w:val="20"/>
        </w:rPr>
        <w:t>Contratista</w:t>
      </w:r>
      <w:proofErr w:type="spellEnd"/>
      <w:r w:rsidRPr="000D2C63">
        <w:rPr>
          <w:rFonts w:cs="Arial"/>
          <w:sz w:val="20"/>
          <w:szCs w:val="20"/>
        </w:rPr>
        <w:t xml:space="preserve"> </w:t>
      </w:r>
      <w:proofErr w:type="spellStart"/>
      <w:r w:rsidRPr="000D2C63">
        <w:rPr>
          <w:rFonts w:cs="Arial"/>
          <w:sz w:val="20"/>
          <w:szCs w:val="20"/>
        </w:rPr>
        <w:t>deberá</w:t>
      </w:r>
      <w:proofErr w:type="spellEnd"/>
      <w:r w:rsidRPr="000D2C63">
        <w:rPr>
          <w:rFonts w:cs="Arial"/>
          <w:sz w:val="20"/>
          <w:szCs w:val="20"/>
        </w:rPr>
        <w:t xml:space="preserve"> </w:t>
      </w:r>
      <w:proofErr w:type="spellStart"/>
      <w:r w:rsidRPr="000D2C63">
        <w:rPr>
          <w:rFonts w:cs="Arial"/>
          <w:sz w:val="20"/>
          <w:szCs w:val="20"/>
        </w:rPr>
        <w:t>restablecer</w:t>
      </w:r>
      <w:proofErr w:type="spellEnd"/>
      <w:r w:rsidRPr="000D2C63">
        <w:rPr>
          <w:rFonts w:cs="Arial"/>
          <w:sz w:val="20"/>
          <w:szCs w:val="20"/>
        </w:rPr>
        <w:t xml:space="preserve"> y </w:t>
      </w:r>
      <w:proofErr w:type="spellStart"/>
      <w:r w:rsidRPr="000D2C63">
        <w:rPr>
          <w:rFonts w:cs="Arial"/>
          <w:sz w:val="20"/>
          <w:szCs w:val="20"/>
        </w:rPr>
        <w:t>ampliar</w:t>
      </w:r>
      <w:proofErr w:type="spellEnd"/>
      <w:r w:rsidRPr="000D2C63">
        <w:rPr>
          <w:rFonts w:cs="Arial"/>
          <w:sz w:val="20"/>
          <w:szCs w:val="20"/>
        </w:rPr>
        <w:t xml:space="preserve"> las </w:t>
      </w:r>
      <w:proofErr w:type="spellStart"/>
      <w:r w:rsidRPr="000D2C63">
        <w:rPr>
          <w:rFonts w:cs="Arial"/>
          <w:sz w:val="20"/>
          <w:szCs w:val="20"/>
        </w:rPr>
        <w:t>garantías</w:t>
      </w:r>
      <w:proofErr w:type="spellEnd"/>
      <w:r w:rsidRPr="000D2C63">
        <w:rPr>
          <w:rFonts w:cs="Arial"/>
          <w:sz w:val="20"/>
          <w:szCs w:val="20"/>
        </w:rPr>
        <w:t xml:space="preserve"> </w:t>
      </w:r>
      <w:proofErr w:type="spellStart"/>
      <w:r w:rsidRPr="000D2C63">
        <w:rPr>
          <w:rFonts w:cs="Arial"/>
          <w:sz w:val="20"/>
          <w:szCs w:val="20"/>
        </w:rPr>
        <w:t>cuando</w:t>
      </w:r>
      <w:proofErr w:type="spellEnd"/>
      <w:r w:rsidRPr="000D2C63">
        <w:rPr>
          <w:rFonts w:cs="Arial"/>
          <w:sz w:val="20"/>
          <w:szCs w:val="20"/>
        </w:rPr>
        <w:t xml:space="preserve"> </w:t>
      </w:r>
      <w:proofErr w:type="spellStart"/>
      <w:r w:rsidRPr="000D2C63">
        <w:rPr>
          <w:rFonts w:cs="Arial"/>
          <w:sz w:val="20"/>
          <w:szCs w:val="20"/>
        </w:rPr>
        <w:t>corresponda</w:t>
      </w:r>
      <w:proofErr w:type="spellEnd"/>
      <w:r w:rsidRPr="000D2C63">
        <w:rPr>
          <w:rFonts w:cs="Arial"/>
          <w:sz w:val="20"/>
          <w:szCs w:val="20"/>
        </w:rPr>
        <w:t xml:space="preserve"> </w:t>
      </w:r>
      <w:proofErr w:type="spellStart"/>
      <w:r w:rsidRPr="000D2C63">
        <w:rPr>
          <w:rFonts w:cs="Arial"/>
          <w:sz w:val="20"/>
          <w:szCs w:val="20"/>
        </w:rPr>
        <w:t>por</w:t>
      </w:r>
      <w:proofErr w:type="spellEnd"/>
      <w:r w:rsidRPr="000D2C63">
        <w:rPr>
          <w:rFonts w:cs="Arial"/>
          <w:sz w:val="20"/>
          <w:szCs w:val="20"/>
        </w:rPr>
        <w:t xml:space="preserve"> </w:t>
      </w:r>
      <w:proofErr w:type="spellStart"/>
      <w:r w:rsidRPr="000D2C63">
        <w:rPr>
          <w:rFonts w:cs="Arial"/>
          <w:sz w:val="20"/>
          <w:szCs w:val="20"/>
        </w:rPr>
        <w:t>reclamaciones</w:t>
      </w:r>
      <w:proofErr w:type="spellEnd"/>
      <w:r w:rsidRPr="000D2C63">
        <w:rPr>
          <w:rFonts w:cs="Arial"/>
          <w:sz w:val="20"/>
          <w:szCs w:val="20"/>
        </w:rPr>
        <w:t xml:space="preserve">, </w:t>
      </w:r>
      <w:proofErr w:type="spellStart"/>
      <w:r w:rsidRPr="000D2C63">
        <w:rPr>
          <w:rFonts w:cs="Arial"/>
          <w:sz w:val="20"/>
          <w:szCs w:val="20"/>
        </w:rPr>
        <w:t>adiciones</w:t>
      </w:r>
      <w:proofErr w:type="spellEnd"/>
      <w:r w:rsidRPr="000D2C63">
        <w:rPr>
          <w:rFonts w:cs="Arial"/>
          <w:sz w:val="20"/>
          <w:szCs w:val="20"/>
        </w:rPr>
        <w:t xml:space="preserve">, </w:t>
      </w:r>
      <w:proofErr w:type="spellStart"/>
      <w:r w:rsidRPr="000D2C63">
        <w:rPr>
          <w:rFonts w:cs="Arial"/>
          <w:sz w:val="20"/>
          <w:szCs w:val="20"/>
        </w:rPr>
        <w:t>prórrogas</w:t>
      </w:r>
      <w:proofErr w:type="spellEnd"/>
      <w:r w:rsidRPr="000D2C63">
        <w:rPr>
          <w:rFonts w:cs="Arial"/>
          <w:sz w:val="20"/>
          <w:szCs w:val="20"/>
        </w:rPr>
        <w:t xml:space="preserve">, </w:t>
      </w:r>
      <w:proofErr w:type="spellStart"/>
      <w:r w:rsidRPr="000D2C63">
        <w:rPr>
          <w:rFonts w:cs="Arial"/>
          <w:sz w:val="20"/>
          <w:szCs w:val="20"/>
        </w:rPr>
        <w:t>suspensiones</w:t>
      </w:r>
      <w:proofErr w:type="spellEnd"/>
      <w:r w:rsidRPr="000D2C63">
        <w:rPr>
          <w:rFonts w:cs="Arial"/>
          <w:sz w:val="20"/>
          <w:szCs w:val="20"/>
        </w:rPr>
        <w:t xml:space="preserve"> o </w:t>
      </w:r>
      <w:proofErr w:type="spellStart"/>
      <w:r w:rsidRPr="000D2C63">
        <w:rPr>
          <w:rFonts w:cs="Arial"/>
          <w:sz w:val="20"/>
          <w:szCs w:val="20"/>
        </w:rPr>
        <w:t>modificaciones</w:t>
      </w:r>
      <w:proofErr w:type="spellEnd"/>
      <w:r w:rsidRPr="000D2C63">
        <w:rPr>
          <w:rFonts w:cs="Arial"/>
          <w:sz w:val="20"/>
          <w:szCs w:val="20"/>
        </w:rPr>
        <w:t xml:space="preserve"> </w:t>
      </w:r>
      <w:proofErr w:type="spellStart"/>
      <w:r w:rsidRPr="000D2C63">
        <w:rPr>
          <w:rFonts w:cs="Arial"/>
          <w:sz w:val="20"/>
          <w:szCs w:val="20"/>
        </w:rPr>
        <w:t>contractuales</w:t>
      </w:r>
      <w:proofErr w:type="spellEnd"/>
      <w:r w:rsidRPr="000D2C63">
        <w:rPr>
          <w:rFonts w:cs="Arial"/>
          <w:sz w:val="20"/>
          <w:szCs w:val="20"/>
        </w:rPr>
        <w:t>.</w:t>
      </w:r>
    </w:p>
    <w:tbl>
      <w:tblPr>
        <w:tblStyle w:val="Tablaconcuadrcula"/>
        <w:tblW w:w="5000" w:type="pct"/>
        <w:tblLayout w:type="fixed"/>
        <w:tblLook w:val="04A0" w:firstRow="1" w:lastRow="0" w:firstColumn="1" w:lastColumn="0" w:noHBand="0" w:noVBand="1"/>
      </w:tblPr>
      <w:tblGrid>
        <w:gridCol w:w="4183"/>
        <w:gridCol w:w="2845"/>
        <w:gridCol w:w="2898"/>
      </w:tblGrid>
      <w:tr w:rsidR="005057B6" w:rsidRPr="000D2C63" w14:paraId="6722F68B" w14:textId="77777777" w:rsidTr="008B3519">
        <w:tc>
          <w:tcPr>
            <w:tcW w:w="2107"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9AEF8E6" w14:textId="77777777" w:rsidR="005057B6" w:rsidRPr="000D2C63" w:rsidRDefault="005057B6" w:rsidP="005057B6">
            <w:pPr>
              <w:spacing w:after="80" w:line="252" w:lineRule="auto"/>
              <w:jc w:val="both"/>
              <w:rPr>
                <w:rFonts w:cs="Arial"/>
                <w:b/>
                <w:sz w:val="20"/>
                <w:szCs w:val="20"/>
                <w:lang w:val="es-CO"/>
              </w:rPr>
            </w:pPr>
            <w:r w:rsidRPr="000D2C63">
              <w:rPr>
                <w:rFonts w:cs="Arial"/>
                <w:b/>
                <w:sz w:val="20"/>
                <w:szCs w:val="20"/>
                <w:lang w:val="es-CO"/>
              </w:rPr>
              <w:t>Amparo</w:t>
            </w:r>
          </w:p>
        </w:tc>
        <w:tc>
          <w:tcPr>
            <w:tcW w:w="1433"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88F7DB3" w14:textId="77777777" w:rsidR="005057B6" w:rsidRPr="000D2C63" w:rsidRDefault="005057B6" w:rsidP="005057B6">
            <w:pPr>
              <w:spacing w:after="80" w:line="252" w:lineRule="auto"/>
              <w:jc w:val="both"/>
              <w:rPr>
                <w:rFonts w:cs="Arial"/>
                <w:b/>
                <w:sz w:val="20"/>
                <w:szCs w:val="20"/>
                <w:lang w:val="es-CO"/>
              </w:rPr>
            </w:pPr>
            <w:r w:rsidRPr="000D2C63">
              <w:rPr>
                <w:rFonts w:cs="Arial"/>
                <w:b/>
                <w:sz w:val="20"/>
                <w:szCs w:val="20"/>
                <w:lang w:val="es-CO"/>
              </w:rPr>
              <w:t>Vigencia</w:t>
            </w:r>
          </w:p>
        </w:tc>
        <w:tc>
          <w:tcPr>
            <w:tcW w:w="1460"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3D61651" w14:textId="77777777" w:rsidR="005057B6" w:rsidRPr="000D2C63" w:rsidRDefault="005057B6" w:rsidP="005057B6">
            <w:pPr>
              <w:spacing w:after="80" w:line="252" w:lineRule="auto"/>
              <w:jc w:val="both"/>
              <w:rPr>
                <w:rFonts w:cs="Arial"/>
                <w:b/>
                <w:sz w:val="20"/>
                <w:szCs w:val="20"/>
                <w:lang w:val="es-CO"/>
              </w:rPr>
            </w:pPr>
            <w:r w:rsidRPr="000D2C63">
              <w:rPr>
                <w:rFonts w:cs="Arial"/>
                <w:b/>
                <w:sz w:val="20"/>
                <w:szCs w:val="20"/>
                <w:lang w:val="es-CO"/>
              </w:rPr>
              <w:t>Valor Asegurado</w:t>
            </w:r>
          </w:p>
        </w:tc>
      </w:tr>
      <w:tr w:rsidR="005057B6" w:rsidRPr="000D2C63" w14:paraId="2FE6CCF8" w14:textId="77777777" w:rsidTr="008B3519">
        <w:tc>
          <w:tcPr>
            <w:tcW w:w="2107" w:type="pct"/>
            <w:tcBorders>
              <w:top w:val="single" w:sz="4" w:space="0" w:color="auto"/>
              <w:left w:val="single" w:sz="4" w:space="0" w:color="auto"/>
              <w:bottom w:val="single" w:sz="4" w:space="0" w:color="auto"/>
              <w:right w:val="single" w:sz="4" w:space="0" w:color="auto"/>
            </w:tcBorders>
            <w:hideMark/>
          </w:tcPr>
          <w:p w14:paraId="43591986" w14:textId="77777777" w:rsidR="005057B6" w:rsidRPr="000D2C63" w:rsidRDefault="005057B6" w:rsidP="005057B6">
            <w:pPr>
              <w:spacing w:after="80" w:line="252" w:lineRule="auto"/>
              <w:jc w:val="both"/>
              <w:rPr>
                <w:rFonts w:cs="Arial"/>
                <w:sz w:val="20"/>
                <w:szCs w:val="20"/>
                <w:lang w:val="es-CO"/>
              </w:rPr>
            </w:pPr>
            <w:r w:rsidRPr="000D2C63">
              <w:rPr>
                <w:rFonts w:cs="Arial"/>
                <w:b/>
                <w:sz w:val="20"/>
                <w:szCs w:val="20"/>
                <w:lang w:val="es-CO"/>
              </w:rPr>
              <w:t>Cumplimiento general</w:t>
            </w:r>
            <w:r w:rsidRPr="000D2C63">
              <w:rPr>
                <w:rFonts w:cs="Arial"/>
                <w:sz w:val="20"/>
                <w:szCs w:val="20"/>
                <w:lang w:val="es-CO"/>
              </w:rPr>
              <w:t xml:space="preserve"> del Contrato y el pago de las multas y la cláusula penal pecuniaria que se le impongan</w:t>
            </w:r>
          </w:p>
        </w:tc>
        <w:tc>
          <w:tcPr>
            <w:tcW w:w="1433" w:type="pct"/>
            <w:tcBorders>
              <w:top w:val="single" w:sz="4" w:space="0" w:color="auto"/>
              <w:left w:val="single" w:sz="4" w:space="0" w:color="auto"/>
              <w:bottom w:val="single" w:sz="4" w:space="0" w:color="auto"/>
              <w:right w:val="single" w:sz="4" w:space="0" w:color="auto"/>
            </w:tcBorders>
            <w:hideMark/>
          </w:tcPr>
          <w:p w14:paraId="4C34FA27" w14:textId="77777777" w:rsidR="005057B6" w:rsidRPr="000D2C63" w:rsidRDefault="005057B6" w:rsidP="005057B6">
            <w:pPr>
              <w:spacing w:after="80" w:line="252" w:lineRule="auto"/>
              <w:jc w:val="both"/>
              <w:rPr>
                <w:rFonts w:cs="Arial"/>
                <w:sz w:val="20"/>
                <w:szCs w:val="20"/>
                <w:lang w:val="es-CO"/>
              </w:rPr>
            </w:pPr>
            <w:r w:rsidRPr="000D2C63">
              <w:rPr>
                <w:rFonts w:cs="Arial"/>
                <w:sz w:val="20"/>
                <w:szCs w:val="20"/>
                <w:lang w:val="es-CO"/>
              </w:rPr>
              <w:t>Duración del contrato y cuatro (4) meses más.</w:t>
            </w:r>
          </w:p>
        </w:tc>
        <w:tc>
          <w:tcPr>
            <w:tcW w:w="1460" w:type="pct"/>
            <w:tcBorders>
              <w:top w:val="single" w:sz="4" w:space="0" w:color="auto"/>
              <w:left w:val="single" w:sz="4" w:space="0" w:color="auto"/>
              <w:bottom w:val="single" w:sz="4" w:space="0" w:color="auto"/>
              <w:right w:val="single" w:sz="4" w:space="0" w:color="auto"/>
            </w:tcBorders>
            <w:hideMark/>
          </w:tcPr>
          <w:p w14:paraId="276D8728" w14:textId="77777777" w:rsidR="005057B6" w:rsidRPr="000D2C63" w:rsidRDefault="005057B6" w:rsidP="005057B6">
            <w:pPr>
              <w:spacing w:after="80" w:line="252" w:lineRule="auto"/>
              <w:jc w:val="both"/>
              <w:rPr>
                <w:rFonts w:cs="Arial"/>
                <w:sz w:val="20"/>
                <w:szCs w:val="20"/>
                <w:lang w:val="es-CO"/>
              </w:rPr>
            </w:pPr>
            <w:r w:rsidRPr="000D2C63">
              <w:rPr>
                <w:rFonts w:cs="Arial"/>
                <w:sz w:val="20"/>
                <w:szCs w:val="20"/>
                <w:lang w:val="es-CO"/>
              </w:rPr>
              <w:t>diez por ciento (10%) del valor total del contrato</w:t>
            </w:r>
          </w:p>
        </w:tc>
      </w:tr>
      <w:tr w:rsidR="005057B6" w:rsidRPr="000D2C63" w14:paraId="66D39CED" w14:textId="77777777" w:rsidTr="008B3519">
        <w:tc>
          <w:tcPr>
            <w:tcW w:w="2107" w:type="pct"/>
            <w:tcBorders>
              <w:top w:val="single" w:sz="4" w:space="0" w:color="auto"/>
              <w:left w:val="single" w:sz="4" w:space="0" w:color="auto"/>
              <w:bottom w:val="single" w:sz="4" w:space="0" w:color="auto"/>
              <w:right w:val="single" w:sz="4" w:space="0" w:color="auto"/>
            </w:tcBorders>
            <w:hideMark/>
          </w:tcPr>
          <w:p w14:paraId="44520BDA" w14:textId="77777777" w:rsidR="005057B6" w:rsidRPr="000D2C63" w:rsidRDefault="005057B6" w:rsidP="005057B6">
            <w:pPr>
              <w:spacing w:after="80" w:line="252" w:lineRule="auto"/>
              <w:jc w:val="both"/>
              <w:rPr>
                <w:rFonts w:cs="Arial"/>
                <w:sz w:val="20"/>
                <w:szCs w:val="20"/>
                <w:lang w:val="es-CO"/>
              </w:rPr>
            </w:pPr>
            <w:r w:rsidRPr="000D2C63">
              <w:rPr>
                <w:rFonts w:cs="Arial"/>
                <w:b/>
                <w:sz w:val="20"/>
                <w:szCs w:val="20"/>
                <w:lang w:val="es-CO"/>
              </w:rPr>
              <w:t>Pago de salarios, prestaciones sociales legales e indemnizaciones laborales</w:t>
            </w:r>
            <w:r w:rsidRPr="000D2C63">
              <w:rPr>
                <w:rFonts w:cs="Arial"/>
                <w:sz w:val="20"/>
                <w:szCs w:val="20"/>
                <w:lang w:val="es-CO"/>
              </w:rPr>
              <w:t xml:space="preserve"> del personal que el contratista haya de utilizar en el territorio nacional para la ejecución del Contrato</w:t>
            </w:r>
          </w:p>
        </w:tc>
        <w:tc>
          <w:tcPr>
            <w:tcW w:w="1433" w:type="pct"/>
            <w:tcBorders>
              <w:top w:val="single" w:sz="4" w:space="0" w:color="auto"/>
              <w:left w:val="single" w:sz="4" w:space="0" w:color="auto"/>
              <w:bottom w:val="single" w:sz="4" w:space="0" w:color="auto"/>
              <w:right w:val="single" w:sz="4" w:space="0" w:color="auto"/>
            </w:tcBorders>
            <w:hideMark/>
          </w:tcPr>
          <w:p w14:paraId="1A9D8828" w14:textId="77777777" w:rsidR="005057B6" w:rsidRPr="000D2C63" w:rsidRDefault="005057B6" w:rsidP="005057B6">
            <w:pPr>
              <w:spacing w:after="80" w:line="252" w:lineRule="auto"/>
              <w:jc w:val="both"/>
              <w:rPr>
                <w:rFonts w:cs="Arial"/>
                <w:sz w:val="20"/>
                <w:szCs w:val="20"/>
                <w:lang w:val="es-CO"/>
              </w:rPr>
            </w:pPr>
            <w:r w:rsidRPr="000D2C63">
              <w:rPr>
                <w:rFonts w:cs="Arial"/>
                <w:sz w:val="20"/>
                <w:szCs w:val="20"/>
                <w:lang w:val="es-CO"/>
              </w:rPr>
              <w:t>Plazo del Contrato y tres (3) años más.</w:t>
            </w:r>
          </w:p>
        </w:tc>
        <w:tc>
          <w:tcPr>
            <w:tcW w:w="1460" w:type="pct"/>
            <w:tcBorders>
              <w:top w:val="single" w:sz="4" w:space="0" w:color="auto"/>
              <w:left w:val="single" w:sz="4" w:space="0" w:color="auto"/>
              <w:bottom w:val="single" w:sz="4" w:space="0" w:color="auto"/>
              <w:right w:val="single" w:sz="4" w:space="0" w:color="auto"/>
            </w:tcBorders>
            <w:hideMark/>
          </w:tcPr>
          <w:p w14:paraId="287D37D5" w14:textId="77777777" w:rsidR="005057B6" w:rsidRPr="000D2C63" w:rsidRDefault="005057B6" w:rsidP="005057B6">
            <w:pPr>
              <w:spacing w:after="80" w:line="252" w:lineRule="auto"/>
              <w:jc w:val="both"/>
              <w:rPr>
                <w:rFonts w:cs="Arial"/>
                <w:sz w:val="20"/>
                <w:szCs w:val="20"/>
                <w:lang w:val="es-CO"/>
              </w:rPr>
            </w:pPr>
            <w:r w:rsidRPr="000D2C63">
              <w:rPr>
                <w:rFonts w:cs="Arial"/>
                <w:sz w:val="20"/>
                <w:szCs w:val="20"/>
                <w:lang w:val="es-CO"/>
              </w:rPr>
              <w:t>veinte por ciento (20%) del valor total del contrato</w:t>
            </w:r>
          </w:p>
        </w:tc>
      </w:tr>
      <w:tr w:rsidR="005057B6" w:rsidRPr="000D2C63" w14:paraId="769E859E" w14:textId="77777777" w:rsidTr="008B3519">
        <w:tc>
          <w:tcPr>
            <w:tcW w:w="2107" w:type="pct"/>
            <w:tcBorders>
              <w:top w:val="single" w:sz="4" w:space="0" w:color="auto"/>
              <w:left w:val="single" w:sz="4" w:space="0" w:color="auto"/>
              <w:bottom w:val="single" w:sz="4" w:space="0" w:color="auto"/>
              <w:right w:val="single" w:sz="4" w:space="0" w:color="auto"/>
            </w:tcBorders>
            <w:hideMark/>
          </w:tcPr>
          <w:p w14:paraId="5F3812ED" w14:textId="77777777" w:rsidR="005057B6" w:rsidRPr="000D2C63" w:rsidRDefault="005057B6" w:rsidP="005057B6">
            <w:pPr>
              <w:spacing w:after="80" w:line="252" w:lineRule="auto"/>
              <w:jc w:val="both"/>
              <w:rPr>
                <w:rFonts w:cs="Arial"/>
                <w:sz w:val="20"/>
                <w:szCs w:val="20"/>
                <w:lang w:val="es-CO"/>
              </w:rPr>
            </w:pPr>
            <w:r w:rsidRPr="000D2C63">
              <w:rPr>
                <w:rFonts w:cs="Arial"/>
                <w:b/>
                <w:sz w:val="20"/>
                <w:szCs w:val="20"/>
                <w:lang w:val="es-CO"/>
              </w:rPr>
              <w:t>Estabilidad y calidad de las obras</w:t>
            </w:r>
            <w:r w:rsidRPr="000D2C63">
              <w:rPr>
                <w:rFonts w:cs="Arial"/>
                <w:sz w:val="20"/>
                <w:szCs w:val="20"/>
                <w:lang w:val="es-CO"/>
              </w:rPr>
              <w:t xml:space="preserve"> ejecutadas entregadas a satisfacción</w:t>
            </w:r>
          </w:p>
        </w:tc>
        <w:tc>
          <w:tcPr>
            <w:tcW w:w="1433" w:type="pct"/>
            <w:tcBorders>
              <w:top w:val="single" w:sz="4" w:space="0" w:color="auto"/>
              <w:left w:val="single" w:sz="4" w:space="0" w:color="auto"/>
              <w:bottom w:val="single" w:sz="4" w:space="0" w:color="auto"/>
              <w:right w:val="single" w:sz="4" w:space="0" w:color="auto"/>
            </w:tcBorders>
            <w:hideMark/>
          </w:tcPr>
          <w:p w14:paraId="053AFE58" w14:textId="77777777" w:rsidR="005057B6" w:rsidRPr="000D2C63" w:rsidRDefault="005057B6" w:rsidP="005057B6">
            <w:pPr>
              <w:spacing w:after="80" w:line="252" w:lineRule="auto"/>
              <w:jc w:val="both"/>
              <w:rPr>
                <w:rFonts w:cs="Arial"/>
                <w:sz w:val="20"/>
                <w:szCs w:val="20"/>
                <w:lang w:val="es-CO"/>
              </w:rPr>
            </w:pPr>
            <w:r w:rsidRPr="000D2C63">
              <w:rPr>
                <w:rFonts w:cs="Arial"/>
                <w:sz w:val="20"/>
                <w:szCs w:val="20"/>
                <w:lang w:val="es-CO"/>
              </w:rPr>
              <w:t xml:space="preserve">Vigente por cinco (5) años. </w:t>
            </w:r>
          </w:p>
        </w:tc>
        <w:tc>
          <w:tcPr>
            <w:tcW w:w="1460" w:type="pct"/>
            <w:tcBorders>
              <w:top w:val="single" w:sz="4" w:space="0" w:color="auto"/>
              <w:left w:val="single" w:sz="4" w:space="0" w:color="auto"/>
              <w:bottom w:val="single" w:sz="4" w:space="0" w:color="auto"/>
              <w:right w:val="single" w:sz="4" w:space="0" w:color="auto"/>
            </w:tcBorders>
            <w:hideMark/>
          </w:tcPr>
          <w:p w14:paraId="433C2D31" w14:textId="77777777" w:rsidR="005057B6" w:rsidRPr="000D2C63" w:rsidRDefault="005057B6" w:rsidP="005057B6">
            <w:pPr>
              <w:spacing w:after="80" w:line="252" w:lineRule="auto"/>
              <w:jc w:val="both"/>
              <w:rPr>
                <w:rFonts w:cs="Arial"/>
                <w:sz w:val="20"/>
                <w:szCs w:val="20"/>
                <w:lang w:val="es-CO"/>
              </w:rPr>
            </w:pPr>
            <w:r w:rsidRPr="000D2C63">
              <w:rPr>
                <w:rFonts w:cs="Arial"/>
                <w:sz w:val="20"/>
                <w:szCs w:val="20"/>
                <w:lang w:val="es-CO"/>
              </w:rPr>
              <w:t>diez por ciento (10%) del valor total del contrato</w:t>
            </w:r>
          </w:p>
        </w:tc>
      </w:tr>
    </w:tbl>
    <w:p w14:paraId="57342C02" w14:textId="77777777" w:rsidR="005057B6" w:rsidRPr="000D2C63" w:rsidRDefault="005057B6" w:rsidP="00B33545">
      <w:pPr>
        <w:spacing w:after="80" w:line="252" w:lineRule="auto"/>
        <w:jc w:val="both"/>
        <w:rPr>
          <w:rFonts w:cs="Arial"/>
          <w:sz w:val="20"/>
          <w:szCs w:val="20"/>
        </w:rPr>
      </w:pPr>
    </w:p>
    <w:p w14:paraId="334D82DB" w14:textId="77777777" w:rsidR="005057B6" w:rsidRPr="000D2C63" w:rsidRDefault="005057B6" w:rsidP="00B33545">
      <w:pPr>
        <w:spacing w:after="80" w:line="252" w:lineRule="auto"/>
        <w:jc w:val="both"/>
        <w:rPr>
          <w:rFonts w:cs="Arial"/>
          <w:sz w:val="20"/>
          <w:szCs w:val="20"/>
        </w:rPr>
      </w:pPr>
    </w:p>
    <w:tbl>
      <w:tblPr>
        <w:tblStyle w:val="Tablaconcuadrcula"/>
        <w:tblW w:w="0" w:type="auto"/>
        <w:jc w:val="center"/>
        <w:tblLayout w:type="fixed"/>
        <w:tblLook w:val="04A0" w:firstRow="1" w:lastRow="0" w:firstColumn="1" w:lastColumn="0" w:noHBand="0" w:noVBand="1"/>
      </w:tblPr>
      <w:tblGrid>
        <w:gridCol w:w="2338"/>
        <w:gridCol w:w="6760"/>
      </w:tblGrid>
      <w:tr w:rsidR="00B33545" w:rsidRPr="000D2C63" w14:paraId="214F4F44" w14:textId="77777777" w:rsidTr="00B33545">
        <w:trPr>
          <w:trHeight w:val="20"/>
          <w:jc w:val="center"/>
        </w:trPr>
        <w:tc>
          <w:tcPr>
            <w:tcW w:w="2338" w:type="dxa"/>
            <w:tcBorders>
              <w:top w:val="single" w:sz="4" w:space="0" w:color="auto"/>
              <w:left w:val="single" w:sz="4" w:space="0" w:color="auto"/>
              <w:bottom w:val="single" w:sz="4" w:space="0" w:color="auto"/>
              <w:right w:val="single" w:sz="4" w:space="0" w:color="auto"/>
            </w:tcBorders>
            <w:vAlign w:val="center"/>
            <w:hideMark/>
          </w:tcPr>
          <w:p w14:paraId="0D166475" w14:textId="77777777" w:rsidR="00B33545" w:rsidRPr="000D2C63" w:rsidRDefault="00B33545" w:rsidP="00AC1E0A">
            <w:pPr>
              <w:rPr>
                <w:rFonts w:cs="Arial"/>
                <w:lang w:eastAsia="es-CO"/>
              </w:rPr>
            </w:pPr>
            <w:proofErr w:type="spellStart"/>
            <w:r w:rsidRPr="000D2C63">
              <w:rPr>
                <w:rFonts w:cs="Arial"/>
                <w:lang w:eastAsia="es-CO"/>
              </w:rPr>
              <w:t>Tomador</w:t>
            </w:r>
            <w:proofErr w:type="spellEnd"/>
            <w:r w:rsidRPr="000D2C63">
              <w:rPr>
                <w:rFonts w:cs="Arial"/>
                <w:lang w:eastAsia="es-CO"/>
              </w:rPr>
              <w:t xml:space="preserve"> </w:t>
            </w:r>
          </w:p>
        </w:tc>
        <w:tc>
          <w:tcPr>
            <w:tcW w:w="6760" w:type="dxa"/>
            <w:tcBorders>
              <w:top w:val="single" w:sz="4" w:space="0" w:color="auto"/>
              <w:left w:val="single" w:sz="4" w:space="0" w:color="auto"/>
              <w:bottom w:val="single" w:sz="4" w:space="0" w:color="auto"/>
              <w:right w:val="single" w:sz="4" w:space="0" w:color="auto"/>
            </w:tcBorders>
            <w:vAlign w:val="center"/>
            <w:hideMark/>
          </w:tcPr>
          <w:p w14:paraId="74226DE5" w14:textId="77777777" w:rsidR="005057B6" w:rsidRPr="000D2C63" w:rsidRDefault="005057B6" w:rsidP="005057B6">
            <w:pPr>
              <w:pStyle w:val="Prrafodelista"/>
              <w:numPr>
                <w:ilvl w:val="0"/>
                <w:numId w:val="24"/>
              </w:numPr>
              <w:jc w:val="both"/>
              <w:rPr>
                <w:rFonts w:cs="Arial"/>
                <w:sz w:val="20"/>
                <w:lang w:val="es-CO" w:eastAsia="es-CO"/>
              </w:rPr>
            </w:pPr>
            <w:r w:rsidRPr="000D2C63">
              <w:rPr>
                <w:rFonts w:cs="Arial"/>
                <w:sz w:val="20"/>
                <w:lang w:val="es-CO"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7DED14A" w14:textId="77777777" w:rsidR="005057B6" w:rsidRPr="000D2C63" w:rsidRDefault="005057B6" w:rsidP="005057B6">
            <w:pPr>
              <w:pStyle w:val="Prrafodelista"/>
              <w:numPr>
                <w:ilvl w:val="0"/>
                <w:numId w:val="24"/>
              </w:numPr>
              <w:jc w:val="both"/>
              <w:rPr>
                <w:rFonts w:cs="Arial"/>
                <w:sz w:val="20"/>
                <w:lang w:val="es-CO" w:eastAsia="es-CO"/>
              </w:rPr>
            </w:pPr>
            <w:r w:rsidRPr="000D2C63">
              <w:rPr>
                <w:rFonts w:cs="Arial"/>
                <w:sz w:val="20"/>
                <w:lang w:val="es-CO"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41A2E59B" w14:textId="6A1001AF" w:rsidR="00B33545" w:rsidRPr="000D2C63" w:rsidRDefault="005057B6" w:rsidP="005057B6">
            <w:pPr>
              <w:pStyle w:val="Prrafodelista"/>
              <w:numPr>
                <w:ilvl w:val="0"/>
                <w:numId w:val="24"/>
              </w:numPr>
              <w:jc w:val="both"/>
              <w:rPr>
                <w:rFonts w:cs="Arial"/>
                <w:sz w:val="20"/>
                <w:lang w:val="es-CO" w:eastAsia="es-CO"/>
              </w:rPr>
            </w:pPr>
            <w:r w:rsidRPr="000D2C63">
              <w:rPr>
                <w:rFonts w:cs="Arial"/>
                <w:sz w:val="20"/>
                <w:lang w:val="es-CO"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0D2C63">
              <w:rPr>
                <w:rFonts w:cs="Arial"/>
                <w:sz w:val="20"/>
                <w:lang w:val="es-CO" w:eastAsia="es-CO"/>
              </w:rPr>
              <w:t>la misma</w:t>
            </w:r>
            <w:proofErr w:type="gramEnd"/>
            <w:r w:rsidRPr="000D2C63">
              <w:rPr>
                <w:rFonts w:cs="Arial"/>
                <w:sz w:val="20"/>
                <w:lang w:val="es-CO" w:eastAsia="es-CO"/>
              </w:rPr>
              <w:t>.</w:t>
            </w:r>
          </w:p>
        </w:tc>
      </w:tr>
      <w:tr w:rsidR="00B33545" w:rsidRPr="000D2C63" w14:paraId="5FB847A5" w14:textId="77777777" w:rsidTr="00B33545">
        <w:trPr>
          <w:trHeight w:val="20"/>
          <w:jc w:val="center"/>
        </w:trPr>
        <w:tc>
          <w:tcPr>
            <w:tcW w:w="2338" w:type="dxa"/>
            <w:tcBorders>
              <w:top w:val="single" w:sz="4" w:space="0" w:color="auto"/>
              <w:left w:val="single" w:sz="4" w:space="0" w:color="auto"/>
              <w:bottom w:val="single" w:sz="4" w:space="0" w:color="auto"/>
              <w:right w:val="single" w:sz="4" w:space="0" w:color="auto"/>
            </w:tcBorders>
            <w:vAlign w:val="center"/>
            <w:hideMark/>
          </w:tcPr>
          <w:p w14:paraId="7AA0A304" w14:textId="77777777" w:rsidR="00B33545" w:rsidRPr="000D2C63" w:rsidRDefault="00B33545" w:rsidP="00AC1E0A">
            <w:pPr>
              <w:rPr>
                <w:rFonts w:cs="Arial"/>
                <w:lang w:eastAsia="es-CO"/>
              </w:rPr>
            </w:pPr>
            <w:proofErr w:type="spellStart"/>
            <w:r w:rsidRPr="000D2C63">
              <w:rPr>
                <w:rFonts w:cs="Arial"/>
                <w:lang w:eastAsia="es-CO"/>
              </w:rPr>
              <w:t>Información</w:t>
            </w:r>
            <w:proofErr w:type="spellEnd"/>
            <w:r w:rsidRPr="000D2C63">
              <w:rPr>
                <w:rFonts w:cs="Arial"/>
                <w:lang w:eastAsia="es-CO"/>
              </w:rPr>
              <w:t xml:space="preserve"> </w:t>
            </w:r>
            <w:proofErr w:type="spellStart"/>
            <w:r w:rsidRPr="000D2C63">
              <w:rPr>
                <w:rFonts w:cs="Arial"/>
                <w:lang w:eastAsia="es-CO"/>
              </w:rPr>
              <w:t>necesaria</w:t>
            </w:r>
            <w:proofErr w:type="spellEnd"/>
            <w:r w:rsidRPr="000D2C63">
              <w:rPr>
                <w:rFonts w:cs="Arial"/>
                <w:lang w:eastAsia="es-CO"/>
              </w:rPr>
              <w:t xml:space="preserve"> </w:t>
            </w:r>
            <w:proofErr w:type="spellStart"/>
            <w:r w:rsidRPr="000D2C63">
              <w:rPr>
                <w:rFonts w:cs="Arial"/>
                <w:lang w:eastAsia="es-CO"/>
              </w:rPr>
              <w:t>dentro</w:t>
            </w:r>
            <w:proofErr w:type="spellEnd"/>
            <w:r w:rsidRPr="000D2C63">
              <w:rPr>
                <w:rFonts w:cs="Arial"/>
                <w:lang w:eastAsia="es-CO"/>
              </w:rPr>
              <w:t xml:space="preserve"> de la </w:t>
            </w:r>
            <w:proofErr w:type="spellStart"/>
            <w:r w:rsidRPr="000D2C63">
              <w:rPr>
                <w:rFonts w:cs="Arial"/>
                <w:lang w:eastAsia="es-CO"/>
              </w:rPr>
              <w:t>póliza</w:t>
            </w:r>
            <w:proofErr w:type="spellEnd"/>
          </w:p>
        </w:tc>
        <w:tc>
          <w:tcPr>
            <w:tcW w:w="6760" w:type="dxa"/>
            <w:tcBorders>
              <w:top w:val="single" w:sz="4" w:space="0" w:color="auto"/>
              <w:left w:val="single" w:sz="4" w:space="0" w:color="auto"/>
              <w:bottom w:val="single" w:sz="4" w:space="0" w:color="auto"/>
              <w:right w:val="single" w:sz="4" w:space="0" w:color="auto"/>
            </w:tcBorders>
            <w:vAlign w:val="center"/>
            <w:hideMark/>
          </w:tcPr>
          <w:p w14:paraId="1718EB35" w14:textId="77777777" w:rsidR="005057B6" w:rsidRPr="000D2C63" w:rsidRDefault="005057B6" w:rsidP="005057B6">
            <w:pPr>
              <w:pStyle w:val="Prrafodelista"/>
              <w:numPr>
                <w:ilvl w:val="0"/>
                <w:numId w:val="24"/>
              </w:numPr>
              <w:jc w:val="both"/>
              <w:rPr>
                <w:rFonts w:cs="Arial"/>
                <w:sz w:val="20"/>
                <w:lang w:val="es-CO" w:eastAsia="es-CO"/>
              </w:rPr>
            </w:pPr>
            <w:r w:rsidRPr="000D2C63">
              <w:rPr>
                <w:rFonts w:cs="Arial"/>
                <w:sz w:val="20"/>
                <w:lang w:val="es-CO" w:eastAsia="es-CO"/>
              </w:rPr>
              <w:t xml:space="preserve">Número y año del Contrato </w:t>
            </w:r>
          </w:p>
          <w:p w14:paraId="32041FAE" w14:textId="77777777" w:rsidR="005057B6" w:rsidRPr="000D2C63" w:rsidRDefault="005057B6" w:rsidP="005057B6">
            <w:pPr>
              <w:pStyle w:val="Prrafodelista"/>
              <w:numPr>
                <w:ilvl w:val="0"/>
                <w:numId w:val="24"/>
              </w:numPr>
              <w:jc w:val="both"/>
              <w:rPr>
                <w:rFonts w:cs="Arial"/>
                <w:sz w:val="20"/>
                <w:lang w:val="es-CO" w:eastAsia="es-CO"/>
              </w:rPr>
            </w:pPr>
            <w:r w:rsidRPr="000D2C63">
              <w:rPr>
                <w:rFonts w:cs="Arial"/>
                <w:sz w:val="20"/>
                <w:lang w:val="es-CO" w:eastAsia="es-CO"/>
              </w:rPr>
              <w:t>Objeto del Contrato</w:t>
            </w:r>
          </w:p>
          <w:p w14:paraId="63401E5D" w14:textId="77777777" w:rsidR="005057B6" w:rsidRPr="000D2C63" w:rsidRDefault="005057B6" w:rsidP="005057B6">
            <w:pPr>
              <w:pStyle w:val="Prrafodelista"/>
              <w:numPr>
                <w:ilvl w:val="0"/>
                <w:numId w:val="24"/>
              </w:numPr>
              <w:jc w:val="both"/>
              <w:rPr>
                <w:rFonts w:cs="Arial"/>
                <w:sz w:val="20"/>
                <w:lang w:val="es-CO" w:eastAsia="es-CO"/>
              </w:rPr>
            </w:pPr>
            <w:r w:rsidRPr="000D2C63">
              <w:rPr>
                <w:rFonts w:cs="Arial"/>
                <w:sz w:val="20"/>
                <w:lang w:val="es-CO" w:eastAsia="es-CO"/>
              </w:rPr>
              <w:t>Firma del representante legal del contratista</w:t>
            </w:r>
          </w:p>
          <w:p w14:paraId="3E4B0980" w14:textId="2DD9D2EB" w:rsidR="00B33545" w:rsidRPr="000D2C63" w:rsidRDefault="005057B6" w:rsidP="005057B6">
            <w:pPr>
              <w:pStyle w:val="Prrafodelista"/>
              <w:numPr>
                <w:ilvl w:val="0"/>
                <w:numId w:val="24"/>
              </w:numPr>
              <w:jc w:val="both"/>
              <w:rPr>
                <w:rFonts w:cs="Arial"/>
                <w:sz w:val="20"/>
                <w:lang w:val="es-CO" w:eastAsia="es-CO"/>
              </w:rPr>
            </w:pPr>
            <w:r w:rsidRPr="000D2C63">
              <w:rPr>
                <w:rFonts w:cs="Arial"/>
                <w:sz w:val="20"/>
                <w:lang w:val="es-CO" w:eastAsia="es-CO"/>
              </w:rPr>
              <w:lastRenderedPageBreak/>
              <w:t>En caso de usar centavos, los valores deben aproximarse al mayor. Ej. Cumplimiento, si el valor a asegurar es $14.980.420,20 aproximar a $14.980.421</w:t>
            </w:r>
          </w:p>
        </w:tc>
      </w:tr>
    </w:tbl>
    <w:p w14:paraId="3BA15E1B" w14:textId="77777777" w:rsidR="00B33545" w:rsidRPr="000D2C63" w:rsidRDefault="00B33545" w:rsidP="00B33545">
      <w:pPr>
        <w:pStyle w:val="InviasNormal"/>
        <w:spacing w:before="0" w:after="0"/>
        <w:rPr>
          <w:rFonts w:ascii="Arial" w:eastAsiaTheme="minorEastAsia" w:hAnsi="Arial" w:cs="Arial"/>
          <w:color w:val="auto"/>
          <w:sz w:val="20"/>
          <w:szCs w:val="20"/>
          <w:lang w:val="es-CO"/>
        </w:rPr>
      </w:pPr>
    </w:p>
    <w:p w14:paraId="38A4117E" w14:textId="77777777" w:rsidR="00B33545" w:rsidRPr="000D2C63" w:rsidRDefault="00B33545" w:rsidP="00B33545">
      <w:pPr>
        <w:pStyle w:val="InviasNormal"/>
        <w:spacing w:before="0" w:after="0"/>
        <w:rPr>
          <w:rFonts w:ascii="Arial" w:eastAsiaTheme="minorEastAsia" w:hAnsi="Arial" w:cs="Arial"/>
          <w:color w:val="auto"/>
          <w:sz w:val="20"/>
          <w:szCs w:val="20"/>
          <w:lang w:val="es-CO"/>
        </w:rPr>
      </w:pPr>
      <w:r w:rsidRPr="000D2C63">
        <w:rPr>
          <w:rFonts w:ascii="Arial" w:eastAsiaTheme="minorEastAsia" w:hAnsi="Arial" w:cs="Arial"/>
          <w:color w:val="auto"/>
          <w:sz w:val="20"/>
          <w:szCs w:val="20"/>
          <w:lang w:val="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412C6C47" w14:textId="77777777" w:rsidR="00B33545" w:rsidRPr="000D2C63" w:rsidRDefault="00B33545">
      <w:pPr>
        <w:spacing w:after="80" w:line="252" w:lineRule="auto"/>
        <w:jc w:val="both"/>
        <w:rPr>
          <w:rFonts w:cs="Arial"/>
          <w:sz w:val="20"/>
          <w:szCs w:val="20"/>
        </w:rPr>
      </w:pPr>
    </w:p>
    <w:p w14:paraId="1C8F8778" w14:textId="6FBE3982" w:rsidR="00BE579E" w:rsidRPr="000D2C63" w:rsidRDefault="00BE579E" w:rsidP="005057B6">
      <w:pPr>
        <w:pStyle w:val="Prrafodelista"/>
        <w:tabs>
          <w:tab w:val="left" w:pos="851"/>
        </w:tabs>
        <w:spacing w:after="0" w:line="240" w:lineRule="auto"/>
        <w:ind w:left="1080"/>
        <w:jc w:val="both"/>
        <w:rPr>
          <w:rFonts w:eastAsia="Arial" w:cs="Arial"/>
          <w:b/>
          <w:sz w:val="20"/>
          <w:szCs w:val="20"/>
          <w:lang w:val="es-MX"/>
        </w:rPr>
      </w:pPr>
      <w:r w:rsidRPr="000D2C63">
        <w:rPr>
          <w:rFonts w:eastAsia="Arial" w:cs="Arial"/>
          <w:b/>
          <w:sz w:val="20"/>
          <w:szCs w:val="20"/>
          <w:lang w:val="es-MX"/>
        </w:rPr>
        <w:t xml:space="preserve">ESTABILIDAD DE LA OBRA Y PERIODO DE GARANTÍA </w:t>
      </w:r>
    </w:p>
    <w:p w14:paraId="494CD4D2" w14:textId="77777777" w:rsidR="00BE579E" w:rsidRPr="000D2C63" w:rsidRDefault="00BE579E" w:rsidP="00BE579E">
      <w:pPr>
        <w:spacing w:after="0" w:line="240" w:lineRule="auto"/>
        <w:jc w:val="both"/>
        <w:rPr>
          <w:rFonts w:eastAsia="Arial" w:cs="Arial"/>
          <w:b/>
          <w:sz w:val="20"/>
          <w:szCs w:val="20"/>
          <w:lang w:val="es-MX"/>
        </w:rPr>
      </w:pPr>
    </w:p>
    <w:p w14:paraId="1319F55B" w14:textId="77777777" w:rsidR="005057B6" w:rsidRPr="000D2C63" w:rsidRDefault="005057B6" w:rsidP="005057B6">
      <w:pPr>
        <w:spacing w:after="0" w:line="240" w:lineRule="auto"/>
        <w:jc w:val="both"/>
        <w:rPr>
          <w:rFonts w:eastAsia="Times New Roman" w:cs="Arial"/>
          <w:bCs/>
          <w:sz w:val="20"/>
          <w:szCs w:val="20"/>
          <w:lang w:val="es-CO" w:eastAsia="es-CO"/>
        </w:rPr>
      </w:pPr>
      <w:r w:rsidRPr="000D2C63">
        <w:rPr>
          <w:rFonts w:eastAsia="Times New Roman" w:cs="Arial"/>
          <w:bCs/>
          <w:sz w:val="20"/>
          <w:szCs w:val="20"/>
          <w:lang w:val="es-CO"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w:t>
      </w:r>
    </w:p>
    <w:p w14:paraId="65E671E8" w14:textId="77777777" w:rsidR="005057B6" w:rsidRPr="000D2C63" w:rsidRDefault="005057B6" w:rsidP="005057B6">
      <w:pPr>
        <w:spacing w:after="0" w:line="240" w:lineRule="auto"/>
        <w:jc w:val="both"/>
        <w:rPr>
          <w:rFonts w:eastAsia="Times New Roman" w:cs="Arial"/>
          <w:bCs/>
          <w:sz w:val="20"/>
          <w:szCs w:val="20"/>
          <w:lang w:val="es-CO" w:eastAsia="es-CO"/>
        </w:rPr>
      </w:pPr>
    </w:p>
    <w:p w14:paraId="54ACC6EB" w14:textId="77777777" w:rsidR="005057B6" w:rsidRPr="000D2C63" w:rsidRDefault="005057B6" w:rsidP="005057B6">
      <w:pPr>
        <w:spacing w:after="0" w:line="240" w:lineRule="auto"/>
        <w:jc w:val="both"/>
        <w:rPr>
          <w:rFonts w:eastAsia="Times New Roman" w:cs="Arial"/>
          <w:bCs/>
          <w:sz w:val="20"/>
          <w:szCs w:val="20"/>
          <w:lang w:val="es-CO" w:eastAsia="es-CO"/>
        </w:rPr>
      </w:pPr>
      <w:r w:rsidRPr="000D2C63">
        <w:rPr>
          <w:rFonts w:eastAsia="Times New Roman" w:cs="Arial"/>
          <w:bCs/>
          <w:sz w:val="20"/>
          <w:szCs w:val="20"/>
          <w:lang w:val="es-CO" w:eastAsia="es-CO"/>
        </w:rPr>
        <w:t>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 recibo definitivo de las obras. El contratista procederá a reparar los defectos dentro de los términos que la Entidad le señale en la comunicación escrita que le enviará al respecto.</w:t>
      </w:r>
    </w:p>
    <w:p w14:paraId="035805F5" w14:textId="77777777" w:rsidR="005057B6" w:rsidRPr="000D2C63" w:rsidRDefault="005057B6" w:rsidP="005057B6">
      <w:pPr>
        <w:spacing w:after="0" w:line="240" w:lineRule="auto"/>
        <w:jc w:val="both"/>
        <w:rPr>
          <w:rFonts w:eastAsia="Times New Roman" w:cs="Arial"/>
          <w:bCs/>
          <w:sz w:val="20"/>
          <w:szCs w:val="20"/>
          <w:lang w:val="es-CO" w:eastAsia="es-CO"/>
        </w:rPr>
      </w:pPr>
    </w:p>
    <w:p w14:paraId="62E940A6" w14:textId="77777777" w:rsidR="005057B6" w:rsidRPr="000D2C63" w:rsidRDefault="005057B6" w:rsidP="005057B6">
      <w:pPr>
        <w:spacing w:after="0" w:line="240" w:lineRule="auto"/>
        <w:jc w:val="both"/>
        <w:rPr>
          <w:rFonts w:eastAsia="Times New Roman" w:cs="Arial"/>
          <w:bCs/>
          <w:sz w:val="20"/>
          <w:szCs w:val="20"/>
          <w:lang w:val="es-CO" w:eastAsia="es-CO"/>
        </w:rPr>
      </w:pPr>
      <w:r w:rsidRPr="000D2C63">
        <w:rPr>
          <w:rFonts w:eastAsia="Times New Roman" w:cs="Arial"/>
          <w:bCs/>
          <w:sz w:val="20"/>
          <w:szCs w:val="20"/>
          <w:lang w:val="es-CO"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2962066F" w14:textId="77777777" w:rsidR="005057B6" w:rsidRPr="000D2C63" w:rsidRDefault="005057B6" w:rsidP="005057B6">
      <w:pPr>
        <w:spacing w:after="0" w:line="240" w:lineRule="auto"/>
        <w:jc w:val="both"/>
        <w:rPr>
          <w:rFonts w:eastAsia="Times New Roman" w:cs="Arial"/>
          <w:bCs/>
          <w:sz w:val="20"/>
          <w:szCs w:val="20"/>
          <w:lang w:val="es-CO" w:eastAsia="es-CO"/>
        </w:rPr>
      </w:pPr>
    </w:p>
    <w:p w14:paraId="25CF74A3" w14:textId="309D99E8" w:rsidR="00BE579E" w:rsidRPr="000D2C63" w:rsidRDefault="005057B6" w:rsidP="005057B6">
      <w:pPr>
        <w:spacing w:after="0" w:line="240" w:lineRule="auto"/>
        <w:jc w:val="both"/>
        <w:rPr>
          <w:rFonts w:eastAsia="Times New Roman" w:cs="Arial"/>
          <w:bCs/>
          <w:sz w:val="20"/>
          <w:szCs w:val="20"/>
          <w:lang w:val="es-ES" w:eastAsia="es-CO"/>
        </w:rPr>
      </w:pPr>
      <w:r w:rsidRPr="000D2C63">
        <w:rPr>
          <w:rFonts w:eastAsia="Times New Roman" w:cs="Arial"/>
          <w:bCs/>
          <w:sz w:val="20"/>
          <w:szCs w:val="20"/>
          <w:lang w:val="es-CO"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w:t>
      </w:r>
      <w:proofErr w:type="gramStart"/>
      <w:r w:rsidRPr="000D2C63">
        <w:rPr>
          <w:rFonts w:eastAsia="Times New Roman" w:cs="Arial"/>
          <w:bCs/>
          <w:sz w:val="20"/>
          <w:szCs w:val="20"/>
          <w:lang w:val="es-CO" w:eastAsia="es-CO"/>
        </w:rPr>
        <w:t>reparaciones.</w:t>
      </w:r>
      <w:r w:rsidR="00BE579E" w:rsidRPr="000D2C63">
        <w:rPr>
          <w:rFonts w:eastAsia="Times New Roman" w:cs="Arial"/>
          <w:bCs/>
          <w:sz w:val="20"/>
          <w:szCs w:val="20"/>
          <w:lang w:val="es-ES" w:eastAsia="es-CO"/>
        </w:rPr>
        <w:t>.</w:t>
      </w:r>
      <w:proofErr w:type="gramEnd"/>
    </w:p>
    <w:p w14:paraId="22BA46F1" w14:textId="77777777" w:rsidR="00BE579E" w:rsidRPr="000D2C63" w:rsidRDefault="00BE579E" w:rsidP="00BE579E">
      <w:pPr>
        <w:spacing w:after="0" w:line="240" w:lineRule="auto"/>
        <w:jc w:val="both"/>
        <w:rPr>
          <w:rFonts w:eastAsia="Times New Roman" w:cs="Arial"/>
          <w:bCs/>
          <w:sz w:val="20"/>
          <w:szCs w:val="20"/>
          <w:lang w:val="es-ES" w:eastAsia="es-CO"/>
        </w:rPr>
      </w:pPr>
    </w:p>
    <w:p w14:paraId="34DF5424" w14:textId="1375A95E" w:rsidR="00345ADA" w:rsidRPr="000D2C63" w:rsidRDefault="00345ADA" w:rsidP="005057B6">
      <w:pPr>
        <w:pStyle w:val="Prrafodelista"/>
        <w:tabs>
          <w:tab w:val="left" w:pos="851"/>
        </w:tabs>
        <w:spacing w:after="0" w:line="240" w:lineRule="auto"/>
        <w:ind w:left="1080"/>
        <w:jc w:val="both"/>
        <w:rPr>
          <w:rFonts w:eastAsia="Times New Roman" w:cs="Arial"/>
          <w:b/>
          <w:bCs/>
          <w:sz w:val="20"/>
          <w:szCs w:val="20"/>
          <w:lang w:val="es-ES" w:eastAsia="es-CO"/>
        </w:rPr>
      </w:pPr>
      <w:r w:rsidRPr="000D2C63">
        <w:rPr>
          <w:rFonts w:eastAsia="Times New Roman" w:cs="Arial"/>
          <w:b/>
          <w:bCs/>
          <w:sz w:val="20"/>
          <w:szCs w:val="20"/>
          <w:lang w:val="es-ES" w:eastAsia="es-CO"/>
        </w:rPr>
        <w:t xml:space="preserve">GARANTÍA DE RESPONSABILIDAD CIVIL EXTRACONTRACTUAL </w:t>
      </w:r>
    </w:p>
    <w:p w14:paraId="76ABA6BE" w14:textId="77777777" w:rsidR="00345ADA" w:rsidRPr="000D2C63" w:rsidRDefault="00345ADA" w:rsidP="00345ADA">
      <w:pPr>
        <w:spacing w:after="0" w:line="240" w:lineRule="auto"/>
        <w:jc w:val="both"/>
        <w:rPr>
          <w:rFonts w:eastAsia="Times New Roman" w:cs="Arial"/>
          <w:bCs/>
          <w:sz w:val="20"/>
          <w:szCs w:val="20"/>
          <w:lang w:val="es-ES" w:eastAsia="es-CO"/>
        </w:rPr>
      </w:pPr>
    </w:p>
    <w:p w14:paraId="50EFE042" w14:textId="77777777" w:rsidR="005057B6" w:rsidRPr="000D2C63" w:rsidRDefault="005057B6" w:rsidP="005057B6">
      <w:pPr>
        <w:spacing w:after="80" w:line="252" w:lineRule="auto"/>
        <w:jc w:val="both"/>
        <w:rPr>
          <w:rFonts w:eastAsia="Times New Roman" w:cs="Arial"/>
          <w:bCs/>
          <w:sz w:val="20"/>
          <w:szCs w:val="20"/>
          <w:lang w:val="es-CO" w:eastAsia="es-CO"/>
        </w:rPr>
      </w:pPr>
      <w:r w:rsidRPr="000D2C63">
        <w:rPr>
          <w:rFonts w:eastAsia="Times New Roman" w:cs="Arial"/>
          <w:bCs/>
          <w:sz w:val="20"/>
          <w:szCs w:val="20"/>
          <w:lang w:val="es-CO" w:eastAsia="es-CO"/>
        </w:rPr>
        <w:t xml:space="preserve">El Contratista deberá contratar un seguro que ampare la Responsabilidad Civil Extracontractual de la Entidad con las siguientes características: </w:t>
      </w:r>
    </w:p>
    <w:tbl>
      <w:tblPr>
        <w:tblStyle w:val="Tablaconcuadrcula"/>
        <w:tblW w:w="0" w:type="auto"/>
        <w:jc w:val="center"/>
        <w:tblLayout w:type="fixed"/>
        <w:tblLook w:val="04A0" w:firstRow="1" w:lastRow="0" w:firstColumn="1" w:lastColumn="0" w:noHBand="0" w:noVBand="1"/>
      </w:tblPr>
      <w:tblGrid>
        <w:gridCol w:w="2329"/>
        <w:gridCol w:w="6499"/>
      </w:tblGrid>
      <w:tr w:rsidR="005057B6" w:rsidRPr="000D2C63" w14:paraId="05EF625D" w14:textId="77777777" w:rsidTr="008B3519">
        <w:trPr>
          <w:trHeight w:val="20"/>
          <w:tblHeader/>
          <w:jc w:val="center"/>
        </w:trPr>
        <w:tc>
          <w:tcPr>
            <w:tcW w:w="232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5699FB6" w14:textId="77777777" w:rsidR="005057B6" w:rsidRPr="000D2C63" w:rsidRDefault="005057B6" w:rsidP="005057B6">
            <w:pPr>
              <w:tabs>
                <w:tab w:val="left" w:pos="-142"/>
              </w:tabs>
              <w:autoSpaceDE w:val="0"/>
              <w:autoSpaceDN w:val="0"/>
              <w:adjustRightInd w:val="0"/>
              <w:jc w:val="both"/>
              <w:rPr>
                <w:rFonts w:eastAsia="Calibri" w:cs="Arial"/>
                <w:b/>
                <w:sz w:val="20"/>
                <w:szCs w:val="20"/>
                <w:lang w:val="es-CO"/>
              </w:rPr>
            </w:pPr>
            <w:r w:rsidRPr="000D2C63">
              <w:rPr>
                <w:rFonts w:eastAsia="Calibri" w:cs="Arial"/>
                <w:b/>
                <w:sz w:val="20"/>
                <w:szCs w:val="20"/>
                <w:lang w:val="es-CO"/>
              </w:rPr>
              <w:t>Característica</w:t>
            </w:r>
          </w:p>
        </w:tc>
        <w:tc>
          <w:tcPr>
            <w:tcW w:w="649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020D09A" w14:textId="77777777" w:rsidR="005057B6" w:rsidRPr="000D2C63" w:rsidRDefault="005057B6" w:rsidP="005057B6">
            <w:pPr>
              <w:tabs>
                <w:tab w:val="left" w:pos="-142"/>
              </w:tabs>
              <w:autoSpaceDE w:val="0"/>
              <w:autoSpaceDN w:val="0"/>
              <w:adjustRightInd w:val="0"/>
              <w:jc w:val="both"/>
              <w:rPr>
                <w:rFonts w:eastAsia="Calibri" w:cs="Arial"/>
                <w:b/>
                <w:sz w:val="20"/>
                <w:szCs w:val="20"/>
                <w:lang w:val="es-CO"/>
              </w:rPr>
            </w:pPr>
            <w:r w:rsidRPr="000D2C63">
              <w:rPr>
                <w:rFonts w:eastAsia="Calibri" w:cs="Arial"/>
                <w:b/>
                <w:sz w:val="20"/>
                <w:szCs w:val="20"/>
                <w:lang w:val="es-CO"/>
              </w:rPr>
              <w:t>Condición</w:t>
            </w:r>
          </w:p>
        </w:tc>
      </w:tr>
      <w:tr w:rsidR="005057B6" w:rsidRPr="000D2C63" w14:paraId="71D76B8A" w14:textId="77777777" w:rsidTr="008B3519">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4B9D4907" w14:textId="77777777" w:rsidR="005057B6" w:rsidRPr="000D2C63" w:rsidRDefault="005057B6" w:rsidP="005057B6">
            <w:p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Clase</w:t>
            </w:r>
          </w:p>
        </w:tc>
        <w:tc>
          <w:tcPr>
            <w:tcW w:w="6499" w:type="dxa"/>
            <w:tcBorders>
              <w:top w:val="single" w:sz="4" w:space="0" w:color="auto"/>
              <w:left w:val="single" w:sz="4" w:space="0" w:color="auto"/>
              <w:bottom w:val="single" w:sz="4" w:space="0" w:color="auto"/>
              <w:right w:val="single" w:sz="4" w:space="0" w:color="auto"/>
            </w:tcBorders>
            <w:vAlign w:val="center"/>
            <w:hideMark/>
          </w:tcPr>
          <w:p w14:paraId="6C075F14" w14:textId="77777777" w:rsidR="005057B6" w:rsidRPr="000D2C63" w:rsidRDefault="005057B6" w:rsidP="005057B6">
            <w:p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 xml:space="preserve">Contrato de seguro contenido en una póliza </w:t>
            </w:r>
          </w:p>
        </w:tc>
      </w:tr>
      <w:tr w:rsidR="005057B6" w:rsidRPr="000D2C63" w14:paraId="1349F3BD" w14:textId="77777777" w:rsidTr="008B3519">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70456EE9" w14:textId="77777777" w:rsidR="005057B6" w:rsidRPr="000D2C63" w:rsidRDefault="005057B6" w:rsidP="005057B6">
            <w:p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Asegurados</w:t>
            </w:r>
          </w:p>
        </w:tc>
        <w:tc>
          <w:tcPr>
            <w:tcW w:w="6499" w:type="dxa"/>
            <w:tcBorders>
              <w:top w:val="single" w:sz="4" w:space="0" w:color="auto"/>
              <w:left w:val="single" w:sz="4" w:space="0" w:color="auto"/>
              <w:bottom w:val="single" w:sz="4" w:space="0" w:color="auto"/>
              <w:right w:val="single" w:sz="4" w:space="0" w:color="auto"/>
            </w:tcBorders>
            <w:vAlign w:val="center"/>
            <w:hideMark/>
          </w:tcPr>
          <w:p w14:paraId="32BCE27F" w14:textId="77777777" w:rsidR="005057B6" w:rsidRPr="000D2C63" w:rsidRDefault="005057B6" w:rsidP="005057B6">
            <w:p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CONSEJO SUPERIOR DE LA JUDICATURA - DIRECCIÓN SECCIONAL DE ADMINISTRACIÓN JUDICIAL DE CALI – VALLE DEL CAUCA identificada con NIT 805.003.838-9</w:t>
            </w:r>
          </w:p>
        </w:tc>
      </w:tr>
      <w:tr w:rsidR="005057B6" w:rsidRPr="000D2C63" w14:paraId="2FE113D1" w14:textId="77777777" w:rsidTr="008B3519">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171845B9" w14:textId="77777777" w:rsidR="005057B6" w:rsidRPr="000D2C63" w:rsidRDefault="005057B6" w:rsidP="005057B6">
            <w:p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Tomador</w:t>
            </w:r>
          </w:p>
        </w:tc>
        <w:tc>
          <w:tcPr>
            <w:tcW w:w="6499" w:type="dxa"/>
            <w:tcBorders>
              <w:top w:val="single" w:sz="4" w:space="0" w:color="auto"/>
              <w:left w:val="single" w:sz="4" w:space="0" w:color="auto"/>
              <w:bottom w:val="single" w:sz="4" w:space="0" w:color="auto"/>
              <w:right w:val="single" w:sz="4" w:space="0" w:color="auto"/>
            </w:tcBorders>
            <w:vAlign w:val="center"/>
            <w:hideMark/>
          </w:tcPr>
          <w:p w14:paraId="19377631" w14:textId="77777777" w:rsidR="005057B6" w:rsidRPr="000D2C63" w:rsidRDefault="005057B6" w:rsidP="005057B6">
            <w:pPr>
              <w:numPr>
                <w:ilvl w:val="0"/>
                <w:numId w:val="24"/>
              </w:num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7FBE012D" w14:textId="77777777" w:rsidR="005057B6" w:rsidRPr="000D2C63" w:rsidRDefault="005057B6" w:rsidP="005057B6">
            <w:pPr>
              <w:numPr>
                <w:ilvl w:val="0"/>
                <w:numId w:val="24"/>
              </w:num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7401136" w14:textId="77777777" w:rsidR="005057B6" w:rsidRPr="000D2C63" w:rsidRDefault="005057B6" w:rsidP="005057B6">
            <w:pPr>
              <w:numPr>
                <w:ilvl w:val="0"/>
                <w:numId w:val="24"/>
              </w:num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0D2C63">
              <w:rPr>
                <w:rFonts w:eastAsia="Calibri" w:cs="Arial"/>
                <w:sz w:val="20"/>
                <w:szCs w:val="20"/>
                <w:lang w:val="es-CO"/>
              </w:rPr>
              <w:t>la misma</w:t>
            </w:r>
            <w:proofErr w:type="gramEnd"/>
            <w:r w:rsidRPr="000D2C63">
              <w:rPr>
                <w:rFonts w:eastAsia="Calibri" w:cs="Arial"/>
                <w:sz w:val="20"/>
                <w:szCs w:val="20"/>
                <w:lang w:val="es-CO"/>
              </w:rPr>
              <w:t xml:space="preserve">. </w:t>
            </w:r>
          </w:p>
        </w:tc>
      </w:tr>
      <w:tr w:rsidR="005057B6" w:rsidRPr="000D2C63" w14:paraId="6778BF17" w14:textId="77777777" w:rsidTr="008B3519">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68C2128A" w14:textId="77777777" w:rsidR="005057B6" w:rsidRPr="000D2C63" w:rsidRDefault="005057B6" w:rsidP="005057B6">
            <w:p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Valor</w:t>
            </w:r>
          </w:p>
        </w:tc>
        <w:tc>
          <w:tcPr>
            <w:tcW w:w="6499" w:type="dxa"/>
            <w:tcBorders>
              <w:top w:val="single" w:sz="4" w:space="0" w:color="auto"/>
              <w:left w:val="single" w:sz="4" w:space="0" w:color="auto"/>
              <w:bottom w:val="single" w:sz="4" w:space="0" w:color="auto"/>
              <w:right w:val="single" w:sz="4" w:space="0" w:color="auto"/>
            </w:tcBorders>
            <w:vAlign w:val="center"/>
            <w:hideMark/>
          </w:tcPr>
          <w:p w14:paraId="784E1B43" w14:textId="77777777" w:rsidR="005057B6" w:rsidRPr="000D2C63" w:rsidRDefault="005057B6" w:rsidP="005057B6">
            <w:pPr>
              <w:tabs>
                <w:tab w:val="left" w:pos="-142"/>
              </w:tabs>
              <w:autoSpaceDE w:val="0"/>
              <w:autoSpaceDN w:val="0"/>
              <w:adjustRightInd w:val="0"/>
              <w:jc w:val="both"/>
              <w:rPr>
                <w:rFonts w:eastAsia="Calibri" w:cs="Arial"/>
                <w:sz w:val="20"/>
                <w:szCs w:val="20"/>
                <w:u w:val="single"/>
                <w:lang w:val="es-CO"/>
              </w:rPr>
            </w:pPr>
            <w:r w:rsidRPr="000D2C63">
              <w:rPr>
                <w:rFonts w:eastAsia="Calibri" w:cs="Arial"/>
                <w:sz w:val="20"/>
                <w:szCs w:val="20"/>
                <w:lang w:val="es-ES"/>
              </w:rPr>
              <w:t>Por un valor equivalente a DOSCIENTOS (200) SMMLV</w:t>
            </w:r>
          </w:p>
        </w:tc>
      </w:tr>
      <w:tr w:rsidR="005057B6" w:rsidRPr="000D2C63" w14:paraId="67614F85" w14:textId="77777777" w:rsidTr="008B3519">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1E47C8F9" w14:textId="77777777" w:rsidR="005057B6" w:rsidRPr="000D2C63" w:rsidRDefault="005057B6" w:rsidP="005057B6">
            <w:p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lastRenderedPageBreak/>
              <w:t>Vigencia</w:t>
            </w:r>
          </w:p>
        </w:tc>
        <w:tc>
          <w:tcPr>
            <w:tcW w:w="6499" w:type="dxa"/>
            <w:tcBorders>
              <w:top w:val="single" w:sz="4" w:space="0" w:color="auto"/>
              <w:left w:val="single" w:sz="4" w:space="0" w:color="auto"/>
              <w:bottom w:val="single" w:sz="4" w:space="0" w:color="auto"/>
              <w:right w:val="single" w:sz="4" w:space="0" w:color="auto"/>
            </w:tcBorders>
            <w:vAlign w:val="center"/>
            <w:hideMark/>
          </w:tcPr>
          <w:p w14:paraId="42F5B659" w14:textId="77777777" w:rsidR="005057B6" w:rsidRPr="000D2C63" w:rsidRDefault="005057B6" w:rsidP="005057B6">
            <w:p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Igual al período de ejecución del Contrato.</w:t>
            </w:r>
          </w:p>
        </w:tc>
      </w:tr>
      <w:tr w:rsidR="005057B6" w:rsidRPr="000D2C63" w14:paraId="19C7C61D" w14:textId="77777777" w:rsidTr="008B3519">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1B347D55" w14:textId="77777777" w:rsidR="005057B6" w:rsidRPr="000D2C63" w:rsidRDefault="005057B6" w:rsidP="005057B6">
            <w:p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Beneficiarios</w:t>
            </w:r>
          </w:p>
        </w:tc>
        <w:tc>
          <w:tcPr>
            <w:tcW w:w="6499" w:type="dxa"/>
            <w:tcBorders>
              <w:top w:val="single" w:sz="4" w:space="0" w:color="auto"/>
              <w:left w:val="single" w:sz="4" w:space="0" w:color="auto"/>
              <w:bottom w:val="single" w:sz="4" w:space="0" w:color="auto"/>
              <w:right w:val="single" w:sz="4" w:space="0" w:color="auto"/>
            </w:tcBorders>
            <w:vAlign w:val="center"/>
            <w:hideMark/>
          </w:tcPr>
          <w:p w14:paraId="47B8DB74" w14:textId="77777777" w:rsidR="005057B6" w:rsidRPr="000D2C63" w:rsidRDefault="005057B6" w:rsidP="005057B6">
            <w:p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Terceros afectados y CONSEJO SUPERIOR DE LA JUDICATURA - DIRECCIÓN SECCIONAL DE ADMINISTRACIÓN JUDICIAL DE CALI – VALLE DEL CAUCA identificada con NIT 805.003.838-9</w:t>
            </w:r>
          </w:p>
        </w:tc>
      </w:tr>
      <w:tr w:rsidR="005057B6" w:rsidRPr="000D2C63" w14:paraId="2BAA6A9C" w14:textId="77777777" w:rsidTr="008B3519">
        <w:trPr>
          <w:trHeight w:val="2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2007F944" w14:textId="77777777" w:rsidR="005057B6" w:rsidRPr="000D2C63" w:rsidRDefault="005057B6" w:rsidP="005057B6">
            <w:p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Amparos</w:t>
            </w:r>
          </w:p>
        </w:tc>
        <w:tc>
          <w:tcPr>
            <w:tcW w:w="6499" w:type="dxa"/>
            <w:tcBorders>
              <w:top w:val="single" w:sz="4" w:space="0" w:color="auto"/>
              <w:left w:val="single" w:sz="4" w:space="0" w:color="auto"/>
              <w:bottom w:val="single" w:sz="4" w:space="0" w:color="auto"/>
              <w:right w:val="single" w:sz="4" w:space="0" w:color="auto"/>
            </w:tcBorders>
            <w:vAlign w:val="center"/>
          </w:tcPr>
          <w:p w14:paraId="6CF2580D" w14:textId="77777777" w:rsidR="005057B6" w:rsidRPr="000D2C63" w:rsidRDefault="005057B6" w:rsidP="005057B6">
            <w:p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Responsabilidad Civil Extracontractual de la Entidad, derivada de las actuaciones, hechos u omisiones del Contratista o Subcontratistas autorizados.  </w:t>
            </w:r>
          </w:p>
          <w:p w14:paraId="2828ED53" w14:textId="77777777" w:rsidR="005057B6" w:rsidRPr="000D2C63" w:rsidRDefault="005057B6" w:rsidP="005057B6">
            <w:pPr>
              <w:tabs>
                <w:tab w:val="left" w:pos="-142"/>
              </w:tabs>
              <w:autoSpaceDE w:val="0"/>
              <w:autoSpaceDN w:val="0"/>
              <w:adjustRightInd w:val="0"/>
              <w:jc w:val="both"/>
              <w:rPr>
                <w:rFonts w:eastAsia="Calibri" w:cs="Arial"/>
                <w:sz w:val="20"/>
                <w:szCs w:val="20"/>
                <w:lang w:val="es-CO"/>
              </w:rPr>
            </w:pPr>
          </w:p>
          <w:p w14:paraId="452553B5" w14:textId="77777777" w:rsidR="005057B6" w:rsidRPr="000D2C63" w:rsidRDefault="005057B6" w:rsidP="005057B6">
            <w:p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La póliza deberá expedirse incluyendo los amparos descritos en el numeral 3º del artículo 2.2.1.2.3.2.9 del Decreto 1082 de 2015 por el valor y plazo ya indicado.  </w:t>
            </w:r>
          </w:p>
          <w:p w14:paraId="44091654" w14:textId="77777777" w:rsidR="005057B6" w:rsidRPr="000D2C63" w:rsidRDefault="005057B6" w:rsidP="005057B6">
            <w:pPr>
              <w:tabs>
                <w:tab w:val="left" w:pos="-142"/>
              </w:tabs>
              <w:autoSpaceDE w:val="0"/>
              <w:autoSpaceDN w:val="0"/>
              <w:adjustRightInd w:val="0"/>
              <w:jc w:val="both"/>
              <w:rPr>
                <w:rFonts w:eastAsia="Calibri" w:cs="Arial"/>
                <w:sz w:val="20"/>
                <w:szCs w:val="20"/>
                <w:lang w:val="es-CO"/>
              </w:rPr>
            </w:pPr>
          </w:p>
        </w:tc>
      </w:tr>
      <w:tr w:rsidR="005057B6" w:rsidRPr="000D2C63" w14:paraId="385E1748" w14:textId="77777777" w:rsidTr="008B3519">
        <w:trPr>
          <w:trHeight w:val="70"/>
          <w:jc w:val="center"/>
        </w:trPr>
        <w:tc>
          <w:tcPr>
            <w:tcW w:w="2329" w:type="dxa"/>
            <w:tcBorders>
              <w:top w:val="single" w:sz="4" w:space="0" w:color="auto"/>
              <w:left w:val="single" w:sz="4" w:space="0" w:color="auto"/>
              <w:bottom w:val="single" w:sz="4" w:space="0" w:color="auto"/>
              <w:right w:val="single" w:sz="4" w:space="0" w:color="auto"/>
            </w:tcBorders>
            <w:vAlign w:val="center"/>
            <w:hideMark/>
          </w:tcPr>
          <w:p w14:paraId="43C8B132" w14:textId="77777777" w:rsidR="005057B6" w:rsidRPr="000D2C63" w:rsidRDefault="005057B6" w:rsidP="005057B6">
            <w:p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Información necesaria dentro de la póliza</w:t>
            </w:r>
          </w:p>
        </w:tc>
        <w:tc>
          <w:tcPr>
            <w:tcW w:w="6499" w:type="dxa"/>
            <w:tcBorders>
              <w:top w:val="single" w:sz="4" w:space="0" w:color="auto"/>
              <w:left w:val="single" w:sz="4" w:space="0" w:color="auto"/>
              <w:bottom w:val="single" w:sz="4" w:space="0" w:color="auto"/>
              <w:right w:val="single" w:sz="4" w:space="0" w:color="auto"/>
            </w:tcBorders>
            <w:vAlign w:val="center"/>
            <w:hideMark/>
          </w:tcPr>
          <w:p w14:paraId="0542B2CB" w14:textId="77777777" w:rsidR="005057B6" w:rsidRPr="000D2C63" w:rsidRDefault="005057B6" w:rsidP="005057B6">
            <w:pPr>
              <w:numPr>
                <w:ilvl w:val="0"/>
                <w:numId w:val="24"/>
              </w:num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 xml:space="preserve">Número y año del Contrato </w:t>
            </w:r>
          </w:p>
          <w:p w14:paraId="6AD1D13D" w14:textId="77777777" w:rsidR="005057B6" w:rsidRPr="000D2C63" w:rsidRDefault="005057B6" w:rsidP="005057B6">
            <w:pPr>
              <w:numPr>
                <w:ilvl w:val="0"/>
                <w:numId w:val="24"/>
              </w:num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Objeto del Contrato</w:t>
            </w:r>
          </w:p>
          <w:p w14:paraId="0E54F38B" w14:textId="77777777" w:rsidR="005057B6" w:rsidRPr="000D2C63" w:rsidRDefault="005057B6" w:rsidP="005057B6">
            <w:pPr>
              <w:numPr>
                <w:ilvl w:val="0"/>
                <w:numId w:val="24"/>
              </w:num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Firma del representante legal del contratista</w:t>
            </w:r>
          </w:p>
          <w:p w14:paraId="6C0FE200" w14:textId="77777777" w:rsidR="005057B6" w:rsidRPr="000D2C63" w:rsidRDefault="005057B6" w:rsidP="005057B6">
            <w:pPr>
              <w:numPr>
                <w:ilvl w:val="0"/>
                <w:numId w:val="24"/>
              </w:numPr>
              <w:tabs>
                <w:tab w:val="left" w:pos="-142"/>
              </w:tabs>
              <w:autoSpaceDE w:val="0"/>
              <w:autoSpaceDN w:val="0"/>
              <w:adjustRightInd w:val="0"/>
              <w:jc w:val="both"/>
              <w:rPr>
                <w:rFonts w:eastAsia="Calibri" w:cs="Arial"/>
                <w:sz w:val="20"/>
                <w:szCs w:val="20"/>
                <w:lang w:val="es-CO"/>
              </w:rPr>
            </w:pPr>
            <w:r w:rsidRPr="000D2C63">
              <w:rPr>
                <w:rFonts w:eastAsia="Calibri" w:cs="Arial"/>
                <w:sz w:val="20"/>
                <w:szCs w:val="20"/>
                <w:lang w:val="es-CO"/>
              </w:rPr>
              <w:t>En caso de usar centavos, los valores deben aproximarse al mayor Ej. Cumplimiento si el valor a asegurar es $14.980.420,20 aproximar a $14.980.421</w:t>
            </w:r>
          </w:p>
        </w:tc>
      </w:tr>
    </w:tbl>
    <w:p w14:paraId="7D05E0F1" w14:textId="77777777" w:rsidR="005057B6" w:rsidRPr="000D2C63" w:rsidRDefault="005057B6" w:rsidP="00345ADA">
      <w:pPr>
        <w:tabs>
          <w:tab w:val="left" w:pos="-142"/>
        </w:tabs>
        <w:autoSpaceDE w:val="0"/>
        <w:autoSpaceDN w:val="0"/>
        <w:adjustRightInd w:val="0"/>
        <w:spacing w:after="0" w:line="240" w:lineRule="auto"/>
        <w:jc w:val="both"/>
        <w:rPr>
          <w:rFonts w:eastAsia="Calibri" w:cs="Arial"/>
          <w:sz w:val="20"/>
          <w:szCs w:val="20"/>
          <w:lang w:val="es-CO"/>
        </w:rPr>
      </w:pPr>
    </w:p>
    <w:p w14:paraId="33740F7D" w14:textId="77777777" w:rsidR="005057B6" w:rsidRPr="000D2C63" w:rsidRDefault="005057B6" w:rsidP="005057B6">
      <w:pPr>
        <w:tabs>
          <w:tab w:val="left" w:pos="1860"/>
        </w:tabs>
        <w:suppressAutoHyphens/>
        <w:spacing w:after="0" w:line="240" w:lineRule="auto"/>
        <w:jc w:val="both"/>
        <w:rPr>
          <w:rFonts w:eastAsia="Calibri" w:cs="Arial"/>
          <w:sz w:val="20"/>
          <w:szCs w:val="20"/>
          <w:lang w:val="es-CO"/>
        </w:rPr>
      </w:pPr>
      <w:r w:rsidRPr="000D2C63">
        <w:rPr>
          <w:rFonts w:eastAsia="Calibri" w:cs="Arial"/>
          <w:sz w:val="20"/>
          <w:szCs w:val="20"/>
          <w:lang w:val="es-CO"/>
        </w:rPr>
        <w:t>En esta póliza solamente se podrán pactar deducibles con un tope máximo del diez por ciento (10%) del valor de cada pérdida sin que en ningún caso puedan ser superiores a dos mil (2.000) SMMLV.</w:t>
      </w:r>
    </w:p>
    <w:p w14:paraId="06830555" w14:textId="77777777" w:rsidR="005057B6" w:rsidRPr="000D2C63" w:rsidRDefault="005057B6" w:rsidP="005057B6">
      <w:pPr>
        <w:tabs>
          <w:tab w:val="left" w:pos="1860"/>
        </w:tabs>
        <w:suppressAutoHyphens/>
        <w:spacing w:after="0" w:line="240" w:lineRule="auto"/>
        <w:jc w:val="both"/>
        <w:rPr>
          <w:rFonts w:eastAsia="Calibri" w:cs="Arial"/>
          <w:sz w:val="20"/>
          <w:szCs w:val="20"/>
          <w:lang w:val="es-CO"/>
        </w:rPr>
      </w:pPr>
    </w:p>
    <w:p w14:paraId="6B7035F7" w14:textId="77777777" w:rsidR="005057B6" w:rsidRPr="000D2C63" w:rsidRDefault="005057B6" w:rsidP="005057B6">
      <w:pPr>
        <w:tabs>
          <w:tab w:val="left" w:pos="1860"/>
        </w:tabs>
        <w:suppressAutoHyphens/>
        <w:spacing w:after="0" w:line="240" w:lineRule="auto"/>
        <w:jc w:val="both"/>
        <w:rPr>
          <w:rFonts w:eastAsia="Calibri" w:cs="Arial"/>
          <w:sz w:val="20"/>
          <w:szCs w:val="20"/>
          <w:lang w:val="es-CO"/>
        </w:rPr>
      </w:pPr>
      <w:r w:rsidRPr="000D2C63">
        <w:rPr>
          <w:rFonts w:eastAsia="Calibri" w:cs="Arial"/>
          <w:sz w:val="20"/>
          <w:szCs w:val="20"/>
          <w:lang w:val="es-CO"/>
        </w:rPr>
        <w:t xml:space="preserve">Este seguro deberá constituirse y presentarse para aprobación de la entidad, dentro del mismo término establecido para la garantía única de cumplimiento. </w:t>
      </w:r>
    </w:p>
    <w:p w14:paraId="4AD32563" w14:textId="77777777" w:rsidR="005057B6" w:rsidRPr="000D2C63" w:rsidRDefault="005057B6" w:rsidP="005057B6">
      <w:pPr>
        <w:tabs>
          <w:tab w:val="left" w:pos="1860"/>
        </w:tabs>
        <w:suppressAutoHyphens/>
        <w:spacing w:after="0" w:line="240" w:lineRule="auto"/>
        <w:jc w:val="both"/>
        <w:rPr>
          <w:rFonts w:eastAsia="Calibri" w:cs="Arial"/>
          <w:sz w:val="20"/>
          <w:szCs w:val="20"/>
          <w:lang w:val="es-CO"/>
        </w:rPr>
      </w:pPr>
    </w:p>
    <w:p w14:paraId="214E2D18" w14:textId="77777777" w:rsidR="005057B6" w:rsidRPr="000D2C63" w:rsidRDefault="005057B6" w:rsidP="005057B6">
      <w:pPr>
        <w:tabs>
          <w:tab w:val="left" w:pos="1860"/>
        </w:tabs>
        <w:suppressAutoHyphens/>
        <w:spacing w:after="0" w:line="240" w:lineRule="auto"/>
        <w:jc w:val="both"/>
        <w:rPr>
          <w:rFonts w:eastAsia="Calibri" w:cs="Arial"/>
          <w:sz w:val="20"/>
          <w:szCs w:val="20"/>
          <w:lang w:val="es-CO"/>
        </w:rPr>
      </w:pPr>
      <w:r w:rsidRPr="000D2C63">
        <w:rPr>
          <w:rFonts w:eastAsia="Calibri" w:cs="Arial"/>
          <w:sz w:val="20"/>
          <w:szCs w:val="20"/>
          <w:lang w:val="es-CO"/>
        </w:rPr>
        <w:t>Las franquicias, coaseguros obligatorios y demás formas de estipulación que conlleven asunción de parte de la pérdida por la Entidad asegurada no serán admisibles.</w:t>
      </w:r>
    </w:p>
    <w:p w14:paraId="4F24BB4C" w14:textId="77777777" w:rsidR="005057B6" w:rsidRPr="000D2C63" w:rsidRDefault="005057B6" w:rsidP="005057B6">
      <w:pPr>
        <w:tabs>
          <w:tab w:val="left" w:pos="1860"/>
        </w:tabs>
        <w:suppressAutoHyphens/>
        <w:spacing w:after="0" w:line="240" w:lineRule="auto"/>
        <w:jc w:val="both"/>
        <w:rPr>
          <w:rFonts w:eastAsia="Calibri" w:cs="Arial"/>
          <w:sz w:val="20"/>
          <w:szCs w:val="20"/>
          <w:lang w:val="es-CO"/>
        </w:rPr>
      </w:pPr>
    </w:p>
    <w:p w14:paraId="4F323AAF" w14:textId="77777777" w:rsidR="005057B6" w:rsidRPr="000D2C63" w:rsidRDefault="005057B6" w:rsidP="005057B6">
      <w:pPr>
        <w:tabs>
          <w:tab w:val="left" w:pos="1860"/>
        </w:tabs>
        <w:suppressAutoHyphens/>
        <w:spacing w:after="0" w:line="240" w:lineRule="auto"/>
        <w:jc w:val="both"/>
        <w:rPr>
          <w:rFonts w:eastAsia="Calibri" w:cs="Arial"/>
          <w:sz w:val="20"/>
          <w:szCs w:val="20"/>
          <w:lang w:val="es-CO"/>
        </w:rPr>
      </w:pPr>
      <w:r w:rsidRPr="000D2C63">
        <w:rPr>
          <w:rFonts w:eastAsia="Calibri" w:cs="Arial"/>
          <w:sz w:val="20"/>
          <w:szCs w:val="20"/>
          <w:lang w:val="es-CO"/>
        </w:rPr>
        <w:t>El contratista deberá anexar el comprobante de pago de la prima del seguro de responsabilidad civil extracontractual.</w:t>
      </w:r>
    </w:p>
    <w:p w14:paraId="2747C172" w14:textId="77777777" w:rsidR="00BE579E" w:rsidRPr="000D2C63" w:rsidRDefault="00BE579E">
      <w:pPr>
        <w:spacing w:after="80" w:line="252" w:lineRule="auto"/>
        <w:jc w:val="both"/>
        <w:rPr>
          <w:rFonts w:eastAsia="Times New Roman" w:cs="Arial"/>
          <w:bCs/>
          <w:sz w:val="20"/>
          <w:szCs w:val="20"/>
          <w:lang w:val="es-ES" w:eastAsia="es-CO"/>
        </w:rPr>
      </w:pPr>
    </w:p>
    <w:p w14:paraId="68165D66" w14:textId="7095F476" w:rsidR="00932B34" w:rsidRPr="000D2C63" w:rsidRDefault="0020184D">
      <w:pPr>
        <w:keepNext/>
        <w:spacing w:before="140" w:after="80" w:line="252" w:lineRule="auto"/>
        <w:rPr>
          <w:rFonts w:cs="Arial"/>
          <w:sz w:val="20"/>
          <w:szCs w:val="20"/>
        </w:rPr>
      </w:pPr>
      <w:r w:rsidRPr="000D2C63">
        <w:rPr>
          <w:rFonts w:cs="Arial"/>
          <w:b/>
          <w:sz w:val="20"/>
          <w:szCs w:val="20"/>
        </w:rPr>
        <w:t>CLÁUSULA 2</w:t>
      </w:r>
      <w:r w:rsidR="006A72FE" w:rsidRPr="000D2C63">
        <w:rPr>
          <w:rFonts w:cs="Arial"/>
          <w:b/>
          <w:sz w:val="20"/>
          <w:szCs w:val="20"/>
        </w:rPr>
        <w:t>2</w:t>
      </w:r>
      <w:r w:rsidRPr="000D2C63">
        <w:rPr>
          <w:rFonts w:cs="Arial"/>
          <w:b/>
          <w:sz w:val="20"/>
          <w:szCs w:val="20"/>
        </w:rPr>
        <w:t>. INDEPENDENCIA DEL CONTRATISTA</w:t>
      </w:r>
    </w:p>
    <w:p w14:paraId="3D09F0EA" w14:textId="77777777" w:rsidR="00932B34" w:rsidRPr="00E0714C" w:rsidRDefault="0020184D">
      <w:pPr>
        <w:spacing w:after="80" w:line="252" w:lineRule="auto"/>
        <w:jc w:val="both"/>
        <w:rPr>
          <w:rFonts w:cs="Arial"/>
          <w:sz w:val="20"/>
          <w:szCs w:val="20"/>
        </w:rPr>
      </w:pPr>
      <w:r w:rsidRPr="000D2C63">
        <w:rPr>
          <w:rFonts w:cs="Arial"/>
          <w:sz w:val="20"/>
          <w:szCs w:val="20"/>
        </w:rPr>
        <w:t xml:space="preserve">El </w:t>
      </w:r>
      <w:proofErr w:type="spellStart"/>
      <w:r w:rsidRPr="000D2C63">
        <w:rPr>
          <w:rFonts w:cs="Arial"/>
          <w:sz w:val="20"/>
          <w:szCs w:val="20"/>
        </w:rPr>
        <w:t>Contratista</w:t>
      </w:r>
      <w:proofErr w:type="spellEnd"/>
      <w:r w:rsidRPr="000D2C63">
        <w:rPr>
          <w:rFonts w:cs="Arial"/>
          <w:sz w:val="20"/>
          <w:szCs w:val="20"/>
        </w:rPr>
        <w:t xml:space="preserve"> es </w:t>
      </w:r>
      <w:proofErr w:type="spellStart"/>
      <w:r w:rsidRPr="000D2C63">
        <w:rPr>
          <w:rFonts w:cs="Arial"/>
          <w:sz w:val="20"/>
          <w:szCs w:val="20"/>
        </w:rPr>
        <w:t>independiente</w:t>
      </w:r>
      <w:proofErr w:type="spellEnd"/>
      <w:r w:rsidRPr="000D2C63">
        <w:rPr>
          <w:rFonts w:cs="Arial"/>
          <w:sz w:val="20"/>
          <w:szCs w:val="20"/>
        </w:rPr>
        <w:t xml:space="preserve"> de la </w:t>
      </w:r>
      <w:proofErr w:type="spellStart"/>
      <w:r w:rsidRPr="000D2C63">
        <w:rPr>
          <w:rFonts w:cs="Arial"/>
          <w:sz w:val="20"/>
          <w:szCs w:val="20"/>
        </w:rPr>
        <w:t>Entidad</w:t>
      </w:r>
      <w:proofErr w:type="spellEnd"/>
      <w:r w:rsidRPr="000D2C63">
        <w:rPr>
          <w:rFonts w:cs="Arial"/>
          <w:sz w:val="20"/>
          <w:szCs w:val="20"/>
        </w:rPr>
        <w:t xml:space="preserve"> y no es </w:t>
      </w:r>
      <w:proofErr w:type="spellStart"/>
      <w:r w:rsidRPr="000D2C63">
        <w:rPr>
          <w:rFonts w:cs="Arial"/>
          <w:sz w:val="20"/>
          <w:szCs w:val="20"/>
        </w:rPr>
        <w:t>su</w:t>
      </w:r>
      <w:proofErr w:type="spellEnd"/>
      <w:r w:rsidRPr="000D2C63">
        <w:rPr>
          <w:rFonts w:cs="Arial"/>
          <w:sz w:val="20"/>
          <w:szCs w:val="20"/>
        </w:rPr>
        <w:t xml:space="preserve"> </w:t>
      </w:r>
      <w:proofErr w:type="spellStart"/>
      <w:r w:rsidRPr="000D2C63">
        <w:rPr>
          <w:rFonts w:cs="Arial"/>
          <w:sz w:val="20"/>
          <w:szCs w:val="20"/>
        </w:rPr>
        <w:t>representante</w:t>
      </w:r>
      <w:proofErr w:type="spellEnd"/>
      <w:r w:rsidRPr="000D2C63">
        <w:rPr>
          <w:rFonts w:cs="Arial"/>
          <w:sz w:val="20"/>
          <w:szCs w:val="20"/>
        </w:rPr>
        <w:t xml:space="preserve">, </w:t>
      </w:r>
      <w:proofErr w:type="spellStart"/>
      <w:r w:rsidRPr="000D2C63">
        <w:rPr>
          <w:rFonts w:cs="Arial"/>
          <w:sz w:val="20"/>
          <w:szCs w:val="20"/>
        </w:rPr>
        <w:t>agente</w:t>
      </w:r>
      <w:proofErr w:type="spellEnd"/>
      <w:r w:rsidRPr="000D2C63">
        <w:rPr>
          <w:rFonts w:cs="Arial"/>
          <w:sz w:val="20"/>
          <w:szCs w:val="20"/>
        </w:rPr>
        <w:t xml:space="preserve"> o </w:t>
      </w:r>
      <w:proofErr w:type="spellStart"/>
      <w:r w:rsidRPr="000D2C63">
        <w:rPr>
          <w:rFonts w:cs="Arial"/>
          <w:sz w:val="20"/>
          <w:szCs w:val="20"/>
        </w:rPr>
        <w:t>mandatario</w:t>
      </w:r>
      <w:proofErr w:type="spellEnd"/>
      <w:r w:rsidRPr="000D2C63">
        <w:rPr>
          <w:rFonts w:cs="Arial"/>
          <w:sz w:val="20"/>
          <w:szCs w:val="20"/>
        </w:rPr>
        <w:t xml:space="preserve">. No </w:t>
      </w:r>
      <w:proofErr w:type="spellStart"/>
      <w:r w:rsidRPr="000D2C63">
        <w:rPr>
          <w:rFonts w:cs="Arial"/>
          <w:sz w:val="20"/>
          <w:szCs w:val="20"/>
        </w:rPr>
        <w:t>tendrá</w:t>
      </w:r>
      <w:proofErr w:type="spellEnd"/>
      <w:r w:rsidRPr="000D2C63">
        <w:rPr>
          <w:rFonts w:cs="Arial"/>
          <w:sz w:val="20"/>
          <w:szCs w:val="20"/>
        </w:rPr>
        <w:t xml:space="preserve"> </w:t>
      </w:r>
      <w:proofErr w:type="spellStart"/>
      <w:r w:rsidRPr="000D2C63">
        <w:rPr>
          <w:rFonts w:cs="Arial"/>
          <w:sz w:val="20"/>
          <w:szCs w:val="20"/>
        </w:rPr>
        <w:t>facultad</w:t>
      </w:r>
      <w:proofErr w:type="spellEnd"/>
      <w:r w:rsidRPr="000D2C63">
        <w:rPr>
          <w:rFonts w:cs="Arial"/>
          <w:sz w:val="20"/>
          <w:szCs w:val="20"/>
        </w:rPr>
        <w:t xml:space="preserve"> para </w:t>
      </w:r>
      <w:proofErr w:type="spellStart"/>
      <w:r w:rsidRPr="000D2C63">
        <w:rPr>
          <w:rFonts w:cs="Arial"/>
          <w:sz w:val="20"/>
          <w:szCs w:val="20"/>
        </w:rPr>
        <w:t>realizar</w:t>
      </w:r>
      <w:proofErr w:type="spellEnd"/>
      <w:r w:rsidRPr="000D2C63">
        <w:rPr>
          <w:rFonts w:cs="Arial"/>
          <w:sz w:val="20"/>
          <w:szCs w:val="20"/>
        </w:rPr>
        <w:t xml:space="preserve"> </w:t>
      </w:r>
      <w:proofErr w:type="spellStart"/>
      <w:r w:rsidRPr="000D2C63">
        <w:rPr>
          <w:rFonts w:cs="Arial"/>
          <w:sz w:val="20"/>
          <w:szCs w:val="20"/>
        </w:rPr>
        <w:t>declaraciones</w:t>
      </w:r>
      <w:proofErr w:type="spellEnd"/>
      <w:r w:rsidRPr="000D2C63">
        <w:rPr>
          <w:rFonts w:cs="Arial"/>
          <w:sz w:val="20"/>
          <w:szCs w:val="20"/>
        </w:rPr>
        <w:t xml:space="preserve">, </w:t>
      </w:r>
      <w:proofErr w:type="spellStart"/>
      <w:r w:rsidRPr="000D2C63">
        <w:rPr>
          <w:rFonts w:cs="Arial"/>
          <w:sz w:val="20"/>
          <w:szCs w:val="20"/>
        </w:rPr>
        <w:t>asumir</w:t>
      </w:r>
      <w:proofErr w:type="spellEnd"/>
      <w:r w:rsidRPr="000D2C63">
        <w:rPr>
          <w:rFonts w:cs="Arial"/>
          <w:sz w:val="20"/>
          <w:szCs w:val="20"/>
        </w:rPr>
        <w:t xml:space="preserve"> </w:t>
      </w:r>
      <w:proofErr w:type="spellStart"/>
      <w:r w:rsidRPr="000D2C63">
        <w:rPr>
          <w:rFonts w:cs="Arial"/>
          <w:sz w:val="20"/>
          <w:szCs w:val="20"/>
        </w:rPr>
        <w:t>compromisos</w:t>
      </w:r>
      <w:proofErr w:type="spellEnd"/>
      <w:r w:rsidRPr="000D2C63">
        <w:rPr>
          <w:rFonts w:cs="Arial"/>
          <w:sz w:val="20"/>
          <w:szCs w:val="20"/>
        </w:rPr>
        <w:t xml:space="preserve"> o </w:t>
      </w:r>
      <w:proofErr w:type="spellStart"/>
      <w:r w:rsidRPr="000D2C63">
        <w:rPr>
          <w:rFonts w:cs="Arial"/>
          <w:sz w:val="20"/>
          <w:szCs w:val="20"/>
        </w:rPr>
        <w:t>iniciar</w:t>
      </w:r>
      <w:proofErr w:type="spellEnd"/>
      <w:r w:rsidRPr="000D2C63">
        <w:rPr>
          <w:rFonts w:cs="Arial"/>
          <w:sz w:val="20"/>
          <w:szCs w:val="20"/>
        </w:rPr>
        <w:t xml:space="preserve"> </w:t>
      </w:r>
      <w:proofErr w:type="spellStart"/>
      <w:r w:rsidRPr="000D2C63">
        <w:rPr>
          <w:rFonts w:cs="Arial"/>
          <w:sz w:val="20"/>
          <w:szCs w:val="20"/>
        </w:rPr>
        <w:t>actuaciones</w:t>
      </w:r>
      <w:proofErr w:type="spellEnd"/>
      <w:r w:rsidRPr="000D2C63">
        <w:rPr>
          <w:rFonts w:cs="Arial"/>
          <w:sz w:val="20"/>
          <w:szCs w:val="20"/>
        </w:rPr>
        <w:t xml:space="preserve"> </w:t>
      </w:r>
      <w:proofErr w:type="spellStart"/>
      <w:r w:rsidRPr="000D2C63">
        <w:rPr>
          <w:rFonts w:cs="Arial"/>
          <w:sz w:val="20"/>
          <w:szCs w:val="20"/>
        </w:rPr>
        <w:t>en</w:t>
      </w:r>
      <w:proofErr w:type="spellEnd"/>
      <w:r w:rsidRPr="000D2C63">
        <w:rPr>
          <w:rFonts w:cs="Arial"/>
          <w:sz w:val="20"/>
          <w:szCs w:val="20"/>
        </w:rPr>
        <w:t xml:space="preserve"> </w:t>
      </w:r>
      <w:proofErr w:type="spellStart"/>
      <w:r w:rsidRPr="000D2C63">
        <w:rPr>
          <w:rFonts w:cs="Arial"/>
          <w:sz w:val="20"/>
          <w:szCs w:val="20"/>
        </w:rPr>
        <w:t>nombre</w:t>
      </w:r>
      <w:proofErr w:type="spellEnd"/>
      <w:r w:rsidRPr="000D2C63">
        <w:rPr>
          <w:rFonts w:cs="Arial"/>
          <w:sz w:val="20"/>
          <w:szCs w:val="20"/>
        </w:rPr>
        <w:t xml:space="preserve"> de la </w:t>
      </w:r>
      <w:proofErr w:type="spellStart"/>
      <w:r w:rsidRPr="000D2C63">
        <w:rPr>
          <w:rFonts w:cs="Arial"/>
          <w:sz w:val="20"/>
          <w:szCs w:val="20"/>
        </w:rPr>
        <w:t>Entidad</w:t>
      </w:r>
      <w:proofErr w:type="spellEnd"/>
      <w:r w:rsidRPr="000D2C63">
        <w:rPr>
          <w:rFonts w:cs="Arial"/>
          <w:sz w:val="20"/>
          <w:szCs w:val="20"/>
        </w:rPr>
        <w:t xml:space="preserve">, salvo </w:t>
      </w:r>
      <w:proofErr w:type="spellStart"/>
      <w:r w:rsidRPr="000D2C63">
        <w:rPr>
          <w:rFonts w:cs="Arial"/>
          <w:sz w:val="20"/>
          <w:szCs w:val="20"/>
        </w:rPr>
        <w:t>autorización</w:t>
      </w:r>
      <w:proofErr w:type="spellEnd"/>
      <w:r w:rsidRPr="000D2C63">
        <w:rPr>
          <w:rFonts w:cs="Arial"/>
          <w:sz w:val="20"/>
          <w:szCs w:val="20"/>
        </w:rPr>
        <w:t xml:space="preserve"> </w:t>
      </w:r>
      <w:proofErr w:type="spellStart"/>
      <w:r w:rsidRPr="000D2C63">
        <w:rPr>
          <w:rFonts w:cs="Arial"/>
          <w:sz w:val="20"/>
          <w:szCs w:val="20"/>
        </w:rPr>
        <w:t>expresa</w:t>
      </w:r>
      <w:proofErr w:type="spellEnd"/>
      <w:r w:rsidRPr="000D2C63">
        <w:rPr>
          <w:rFonts w:cs="Arial"/>
          <w:sz w:val="20"/>
          <w:szCs w:val="20"/>
        </w:rPr>
        <w:t xml:space="preserve"> y </w:t>
      </w:r>
      <w:proofErr w:type="spellStart"/>
      <w:r w:rsidRPr="000D2C63">
        <w:rPr>
          <w:rFonts w:cs="Arial"/>
          <w:sz w:val="20"/>
          <w:szCs w:val="20"/>
        </w:rPr>
        <w:t>dentr</w:t>
      </w:r>
      <w:r w:rsidRPr="00E0714C">
        <w:rPr>
          <w:rFonts w:cs="Arial"/>
          <w:sz w:val="20"/>
          <w:szCs w:val="20"/>
        </w:rPr>
        <w:t>o</w:t>
      </w:r>
      <w:proofErr w:type="spellEnd"/>
      <w:r w:rsidRPr="00E0714C">
        <w:rPr>
          <w:rFonts w:cs="Arial"/>
          <w:sz w:val="20"/>
          <w:szCs w:val="20"/>
        </w:rPr>
        <w:t xml:space="preserve"> de </w:t>
      </w:r>
      <w:proofErr w:type="spellStart"/>
      <w:r w:rsidRPr="00E0714C">
        <w:rPr>
          <w:rFonts w:cs="Arial"/>
          <w:sz w:val="20"/>
          <w:szCs w:val="20"/>
        </w:rPr>
        <w:t>los</w:t>
      </w:r>
      <w:proofErr w:type="spellEnd"/>
      <w:r w:rsidRPr="00E0714C">
        <w:rPr>
          <w:rFonts w:cs="Arial"/>
          <w:sz w:val="20"/>
          <w:szCs w:val="20"/>
        </w:rPr>
        <w:t xml:space="preserve"> </w:t>
      </w:r>
      <w:proofErr w:type="spellStart"/>
      <w:r w:rsidRPr="00E0714C">
        <w:rPr>
          <w:rFonts w:cs="Arial"/>
          <w:sz w:val="20"/>
          <w:szCs w:val="20"/>
        </w:rPr>
        <w:t>límites</w:t>
      </w:r>
      <w:proofErr w:type="spellEnd"/>
      <w:r w:rsidRPr="00E0714C">
        <w:rPr>
          <w:rFonts w:cs="Arial"/>
          <w:sz w:val="20"/>
          <w:szCs w:val="20"/>
        </w:rPr>
        <w:t xml:space="preserve"> </w:t>
      </w:r>
      <w:proofErr w:type="spellStart"/>
      <w:r w:rsidRPr="00E0714C">
        <w:rPr>
          <w:rFonts w:cs="Arial"/>
          <w:sz w:val="20"/>
          <w:szCs w:val="20"/>
        </w:rPr>
        <w:t>conferidos</w:t>
      </w:r>
      <w:proofErr w:type="spellEnd"/>
      <w:r w:rsidRPr="00E0714C">
        <w:rPr>
          <w:rFonts w:cs="Arial"/>
          <w:sz w:val="20"/>
          <w:szCs w:val="20"/>
        </w:rPr>
        <w:t>.</w:t>
      </w:r>
    </w:p>
    <w:p w14:paraId="416C1933" w14:textId="29CAAE64" w:rsidR="00932B34" w:rsidRPr="00E0714C" w:rsidRDefault="0020184D">
      <w:pPr>
        <w:keepNext/>
        <w:spacing w:before="140" w:after="80" w:line="252" w:lineRule="auto"/>
        <w:rPr>
          <w:rFonts w:cs="Arial"/>
          <w:sz w:val="20"/>
          <w:szCs w:val="20"/>
        </w:rPr>
      </w:pPr>
      <w:r w:rsidRPr="00E0714C">
        <w:rPr>
          <w:rFonts w:cs="Arial"/>
          <w:b/>
          <w:sz w:val="20"/>
          <w:szCs w:val="20"/>
        </w:rPr>
        <w:t>CLÁUSULA 2</w:t>
      </w:r>
      <w:r w:rsidR="006A72FE">
        <w:rPr>
          <w:rFonts w:cs="Arial"/>
          <w:b/>
          <w:sz w:val="20"/>
          <w:szCs w:val="20"/>
        </w:rPr>
        <w:t>3</w:t>
      </w:r>
      <w:r w:rsidRPr="00E0714C">
        <w:rPr>
          <w:rFonts w:cs="Arial"/>
          <w:b/>
          <w:sz w:val="20"/>
          <w:szCs w:val="20"/>
        </w:rPr>
        <w:t>. INEXISTENCIA DE RELACIÓN LABORAL ENTRE LA ENTIDAD Y EL CONTRATISTA</w:t>
      </w:r>
    </w:p>
    <w:p w14:paraId="6B0F8B59" w14:textId="77777777" w:rsidR="00932B34" w:rsidRPr="00E0714C" w:rsidRDefault="0020184D">
      <w:pPr>
        <w:spacing w:after="80" w:line="252" w:lineRule="auto"/>
        <w:jc w:val="both"/>
        <w:rPr>
          <w:rFonts w:cs="Arial"/>
          <w:sz w:val="20"/>
          <w:szCs w:val="20"/>
        </w:rPr>
      </w:pPr>
      <w:r w:rsidRPr="00E0714C">
        <w:rPr>
          <w:rFonts w:cs="Arial"/>
          <w:sz w:val="20"/>
          <w:szCs w:val="20"/>
        </w:rPr>
        <w:t xml:space="preserve">El </w:t>
      </w:r>
      <w:proofErr w:type="spellStart"/>
      <w:r w:rsidRPr="00E0714C">
        <w:rPr>
          <w:rFonts w:cs="Arial"/>
          <w:sz w:val="20"/>
          <w:szCs w:val="20"/>
        </w:rPr>
        <w:t>Contratista</w:t>
      </w:r>
      <w:proofErr w:type="spellEnd"/>
      <w:r w:rsidRPr="00E0714C">
        <w:rPr>
          <w:rFonts w:cs="Arial"/>
          <w:sz w:val="20"/>
          <w:szCs w:val="20"/>
        </w:rPr>
        <w:t xml:space="preserve"> </w:t>
      </w:r>
      <w:proofErr w:type="spellStart"/>
      <w:r w:rsidRPr="00E0714C">
        <w:rPr>
          <w:rFonts w:cs="Arial"/>
          <w:sz w:val="20"/>
          <w:szCs w:val="20"/>
        </w:rPr>
        <w:t>ejecutará</w:t>
      </w:r>
      <w:proofErr w:type="spellEnd"/>
      <w:r w:rsidRPr="00E0714C">
        <w:rPr>
          <w:rFonts w:cs="Arial"/>
          <w:sz w:val="20"/>
          <w:szCs w:val="20"/>
        </w:rPr>
        <w:t xml:space="preserve"> el </w:t>
      </w:r>
      <w:proofErr w:type="spellStart"/>
      <w:r w:rsidRPr="00E0714C">
        <w:rPr>
          <w:rFonts w:cs="Arial"/>
          <w:sz w:val="20"/>
          <w:szCs w:val="20"/>
        </w:rPr>
        <w:t>Contrato</w:t>
      </w:r>
      <w:proofErr w:type="spellEnd"/>
      <w:r w:rsidRPr="00E0714C">
        <w:rPr>
          <w:rFonts w:cs="Arial"/>
          <w:sz w:val="20"/>
          <w:szCs w:val="20"/>
        </w:rPr>
        <w:t xml:space="preserve"> con sus </w:t>
      </w:r>
      <w:proofErr w:type="spellStart"/>
      <w:r w:rsidRPr="00E0714C">
        <w:rPr>
          <w:rFonts w:cs="Arial"/>
          <w:sz w:val="20"/>
          <w:szCs w:val="20"/>
        </w:rPr>
        <w:t>propios</w:t>
      </w:r>
      <w:proofErr w:type="spellEnd"/>
      <w:r w:rsidRPr="00E0714C">
        <w:rPr>
          <w:rFonts w:cs="Arial"/>
          <w:sz w:val="20"/>
          <w:szCs w:val="20"/>
        </w:rPr>
        <w:t xml:space="preserve"> </w:t>
      </w:r>
      <w:proofErr w:type="spellStart"/>
      <w:r w:rsidRPr="00E0714C">
        <w:rPr>
          <w:rFonts w:cs="Arial"/>
          <w:sz w:val="20"/>
          <w:szCs w:val="20"/>
        </w:rPr>
        <w:t>medios</w:t>
      </w:r>
      <w:proofErr w:type="spellEnd"/>
      <w:r w:rsidRPr="00E0714C">
        <w:rPr>
          <w:rFonts w:cs="Arial"/>
          <w:sz w:val="20"/>
          <w:szCs w:val="20"/>
        </w:rPr>
        <w:t xml:space="preserve"> y plena </w:t>
      </w:r>
      <w:proofErr w:type="spellStart"/>
      <w:r w:rsidRPr="00E0714C">
        <w:rPr>
          <w:rFonts w:cs="Arial"/>
          <w:sz w:val="20"/>
          <w:szCs w:val="20"/>
        </w:rPr>
        <w:t>autonomía</w:t>
      </w:r>
      <w:proofErr w:type="spellEnd"/>
      <w:r w:rsidRPr="00E0714C">
        <w:rPr>
          <w:rFonts w:cs="Arial"/>
          <w:sz w:val="20"/>
          <w:szCs w:val="20"/>
        </w:rPr>
        <w:t xml:space="preserve"> </w:t>
      </w:r>
      <w:proofErr w:type="spellStart"/>
      <w:r w:rsidRPr="00E0714C">
        <w:rPr>
          <w:rFonts w:cs="Arial"/>
          <w:sz w:val="20"/>
          <w:szCs w:val="20"/>
        </w:rPr>
        <w:t>técnica</w:t>
      </w:r>
      <w:proofErr w:type="spellEnd"/>
      <w:r w:rsidRPr="00E0714C">
        <w:rPr>
          <w:rFonts w:cs="Arial"/>
          <w:sz w:val="20"/>
          <w:szCs w:val="20"/>
        </w:rPr>
        <w:t xml:space="preserve"> y </w:t>
      </w:r>
      <w:proofErr w:type="spellStart"/>
      <w:r w:rsidRPr="00E0714C">
        <w:rPr>
          <w:rFonts w:cs="Arial"/>
          <w:sz w:val="20"/>
          <w:szCs w:val="20"/>
        </w:rPr>
        <w:t>administrativa</w:t>
      </w:r>
      <w:proofErr w:type="spellEnd"/>
      <w:r w:rsidRPr="00E0714C">
        <w:rPr>
          <w:rFonts w:cs="Arial"/>
          <w:sz w:val="20"/>
          <w:szCs w:val="20"/>
        </w:rPr>
        <w:t xml:space="preserve">. El personal </w:t>
      </w:r>
      <w:proofErr w:type="spellStart"/>
      <w:r w:rsidRPr="00E0714C">
        <w:rPr>
          <w:rFonts w:cs="Arial"/>
          <w:sz w:val="20"/>
          <w:szCs w:val="20"/>
        </w:rPr>
        <w:t>que</w:t>
      </w:r>
      <w:proofErr w:type="spellEnd"/>
      <w:r w:rsidRPr="00E0714C">
        <w:rPr>
          <w:rFonts w:cs="Arial"/>
          <w:sz w:val="20"/>
          <w:szCs w:val="20"/>
        </w:rPr>
        <w:t xml:space="preserve"> </w:t>
      </w:r>
      <w:proofErr w:type="spellStart"/>
      <w:r w:rsidRPr="00E0714C">
        <w:rPr>
          <w:rFonts w:cs="Arial"/>
          <w:sz w:val="20"/>
          <w:szCs w:val="20"/>
        </w:rPr>
        <w:t>vincule</w:t>
      </w:r>
      <w:proofErr w:type="spellEnd"/>
      <w:r w:rsidRPr="00E0714C">
        <w:rPr>
          <w:rFonts w:cs="Arial"/>
          <w:sz w:val="20"/>
          <w:szCs w:val="20"/>
        </w:rPr>
        <w:t xml:space="preserve"> </w:t>
      </w:r>
      <w:proofErr w:type="spellStart"/>
      <w:r w:rsidRPr="00E0714C">
        <w:rPr>
          <w:rFonts w:cs="Arial"/>
          <w:sz w:val="20"/>
          <w:szCs w:val="20"/>
        </w:rPr>
        <w:t>será</w:t>
      </w:r>
      <w:proofErr w:type="spellEnd"/>
      <w:r w:rsidRPr="00E0714C">
        <w:rPr>
          <w:rFonts w:cs="Arial"/>
          <w:sz w:val="20"/>
          <w:szCs w:val="20"/>
        </w:rPr>
        <w:t xml:space="preserve"> de </w:t>
      </w:r>
      <w:proofErr w:type="spellStart"/>
      <w:r w:rsidRPr="00E0714C">
        <w:rPr>
          <w:rFonts w:cs="Arial"/>
          <w:sz w:val="20"/>
          <w:szCs w:val="20"/>
        </w:rPr>
        <w:t>su</w:t>
      </w:r>
      <w:proofErr w:type="spellEnd"/>
      <w:r w:rsidRPr="00E0714C">
        <w:rPr>
          <w:rFonts w:cs="Arial"/>
          <w:sz w:val="20"/>
          <w:szCs w:val="20"/>
        </w:rPr>
        <w:t xml:space="preserve"> </w:t>
      </w:r>
      <w:proofErr w:type="spellStart"/>
      <w:r w:rsidRPr="00E0714C">
        <w:rPr>
          <w:rFonts w:cs="Arial"/>
          <w:sz w:val="20"/>
          <w:szCs w:val="20"/>
        </w:rPr>
        <w:t>exclusiva</w:t>
      </w:r>
      <w:proofErr w:type="spellEnd"/>
      <w:r w:rsidRPr="00E0714C">
        <w:rPr>
          <w:rFonts w:cs="Arial"/>
          <w:sz w:val="20"/>
          <w:szCs w:val="20"/>
        </w:rPr>
        <w:t xml:space="preserve"> </w:t>
      </w:r>
      <w:proofErr w:type="spellStart"/>
      <w:r w:rsidRPr="00E0714C">
        <w:rPr>
          <w:rFonts w:cs="Arial"/>
          <w:sz w:val="20"/>
          <w:szCs w:val="20"/>
        </w:rPr>
        <w:t>responsabilidad</w:t>
      </w:r>
      <w:proofErr w:type="spellEnd"/>
      <w:r w:rsidRPr="00E0714C">
        <w:rPr>
          <w:rFonts w:cs="Arial"/>
          <w:sz w:val="20"/>
          <w:szCs w:val="20"/>
        </w:rPr>
        <w:t xml:space="preserve"> y entre </w:t>
      </w:r>
      <w:proofErr w:type="spellStart"/>
      <w:r w:rsidRPr="00E0714C">
        <w:rPr>
          <w:rFonts w:cs="Arial"/>
          <w:sz w:val="20"/>
          <w:szCs w:val="20"/>
        </w:rPr>
        <w:t>dicho</w:t>
      </w:r>
      <w:proofErr w:type="spellEnd"/>
      <w:r w:rsidRPr="00E0714C">
        <w:rPr>
          <w:rFonts w:cs="Arial"/>
          <w:sz w:val="20"/>
          <w:szCs w:val="20"/>
        </w:rPr>
        <w:t xml:space="preserve"> personal y la </w:t>
      </w:r>
      <w:proofErr w:type="spellStart"/>
      <w:r w:rsidRPr="00E0714C">
        <w:rPr>
          <w:rFonts w:cs="Arial"/>
          <w:sz w:val="20"/>
          <w:szCs w:val="20"/>
        </w:rPr>
        <w:t>Entidad</w:t>
      </w:r>
      <w:proofErr w:type="spellEnd"/>
      <w:r w:rsidRPr="00E0714C">
        <w:rPr>
          <w:rFonts w:cs="Arial"/>
          <w:sz w:val="20"/>
          <w:szCs w:val="20"/>
        </w:rPr>
        <w:t xml:space="preserve"> no </w:t>
      </w:r>
      <w:proofErr w:type="spellStart"/>
      <w:r w:rsidRPr="00E0714C">
        <w:rPr>
          <w:rFonts w:cs="Arial"/>
          <w:sz w:val="20"/>
          <w:szCs w:val="20"/>
        </w:rPr>
        <w:t>existirá</w:t>
      </w:r>
      <w:proofErr w:type="spellEnd"/>
      <w:r w:rsidRPr="00E0714C">
        <w:rPr>
          <w:rFonts w:cs="Arial"/>
          <w:sz w:val="20"/>
          <w:szCs w:val="20"/>
        </w:rPr>
        <w:t xml:space="preserve"> </w:t>
      </w:r>
      <w:proofErr w:type="spellStart"/>
      <w:r w:rsidRPr="00E0714C">
        <w:rPr>
          <w:rFonts w:cs="Arial"/>
          <w:sz w:val="20"/>
          <w:szCs w:val="20"/>
        </w:rPr>
        <w:t>vínculo</w:t>
      </w:r>
      <w:proofErr w:type="spellEnd"/>
      <w:r w:rsidRPr="00E0714C">
        <w:rPr>
          <w:rFonts w:cs="Arial"/>
          <w:sz w:val="20"/>
          <w:szCs w:val="20"/>
        </w:rPr>
        <w:t xml:space="preserve"> </w:t>
      </w:r>
      <w:proofErr w:type="spellStart"/>
      <w:r w:rsidRPr="00E0714C">
        <w:rPr>
          <w:rFonts w:cs="Arial"/>
          <w:sz w:val="20"/>
          <w:szCs w:val="20"/>
        </w:rPr>
        <w:t>laboral</w:t>
      </w:r>
      <w:proofErr w:type="spellEnd"/>
      <w:r w:rsidRPr="00E0714C">
        <w:rPr>
          <w:rFonts w:cs="Arial"/>
          <w:sz w:val="20"/>
          <w:szCs w:val="20"/>
        </w:rPr>
        <w:t xml:space="preserve">, civil o </w:t>
      </w:r>
      <w:proofErr w:type="spellStart"/>
      <w:r w:rsidRPr="00E0714C">
        <w:rPr>
          <w:rFonts w:cs="Arial"/>
          <w:sz w:val="20"/>
          <w:szCs w:val="20"/>
        </w:rPr>
        <w:t>comercial</w:t>
      </w:r>
      <w:proofErr w:type="spellEnd"/>
      <w:r w:rsidRPr="00E0714C">
        <w:rPr>
          <w:rFonts w:cs="Arial"/>
          <w:sz w:val="20"/>
          <w:szCs w:val="20"/>
        </w:rPr>
        <w:t xml:space="preserve"> </w:t>
      </w:r>
      <w:proofErr w:type="spellStart"/>
      <w:r w:rsidRPr="00E0714C">
        <w:rPr>
          <w:rFonts w:cs="Arial"/>
          <w:sz w:val="20"/>
          <w:szCs w:val="20"/>
        </w:rPr>
        <w:t>alguno</w:t>
      </w:r>
      <w:proofErr w:type="spellEnd"/>
      <w:r w:rsidRPr="00E0714C">
        <w:rPr>
          <w:rFonts w:cs="Arial"/>
          <w:sz w:val="20"/>
          <w:szCs w:val="20"/>
        </w:rPr>
        <w:t xml:space="preserve">. El </w:t>
      </w:r>
      <w:proofErr w:type="spellStart"/>
      <w:r w:rsidRPr="00E0714C">
        <w:rPr>
          <w:rFonts w:cs="Arial"/>
          <w:sz w:val="20"/>
          <w:szCs w:val="20"/>
        </w:rPr>
        <w:t>Contratista</w:t>
      </w:r>
      <w:proofErr w:type="spellEnd"/>
      <w:r w:rsidRPr="00E0714C">
        <w:rPr>
          <w:rFonts w:cs="Arial"/>
          <w:sz w:val="20"/>
          <w:szCs w:val="20"/>
        </w:rPr>
        <w:t xml:space="preserve"> </w:t>
      </w:r>
      <w:proofErr w:type="spellStart"/>
      <w:r w:rsidRPr="00E0714C">
        <w:rPr>
          <w:rFonts w:cs="Arial"/>
          <w:sz w:val="20"/>
          <w:szCs w:val="20"/>
        </w:rPr>
        <w:t>responderá</w:t>
      </w:r>
      <w:proofErr w:type="spellEnd"/>
      <w:r w:rsidRPr="00E0714C">
        <w:rPr>
          <w:rFonts w:cs="Arial"/>
          <w:sz w:val="20"/>
          <w:szCs w:val="20"/>
        </w:rPr>
        <w:t xml:space="preserve"> </w:t>
      </w:r>
      <w:proofErr w:type="spellStart"/>
      <w:r w:rsidRPr="00E0714C">
        <w:rPr>
          <w:rFonts w:cs="Arial"/>
          <w:sz w:val="20"/>
          <w:szCs w:val="20"/>
        </w:rPr>
        <w:t>por</w:t>
      </w:r>
      <w:proofErr w:type="spellEnd"/>
      <w:r w:rsidRPr="00E0714C">
        <w:rPr>
          <w:rFonts w:cs="Arial"/>
          <w:sz w:val="20"/>
          <w:szCs w:val="20"/>
        </w:rPr>
        <w:t xml:space="preserve"> </w:t>
      </w:r>
      <w:proofErr w:type="spellStart"/>
      <w:r w:rsidRPr="00E0714C">
        <w:rPr>
          <w:rFonts w:cs="Arial"/>
          <w:sz w:val="20"/>
          <w:szCs w:val="20"/>
        </w:rPr>
        <w:t>salarios</w:t>
      </w:r>
      <w:proofErr w:type="spellEnd"/>
      <w:r w:rsidRPr="00E0714C">
        <w:rPr>
          <w:rFonts w:cs="Arial"/>
          <w:sz w:val="20"/>
          <w:szCs w:val="20"/>
        </w:rPr>
        <w:t xml:space="preserve">, </w:t>
      </w:r>
      <w:proofErr w:type="spellStart"/>
      <w:r w:rsidRPr="00E0714C">
        <w:rPr>
          <w:rFonts w:cs="Arial"/>
          <w:sz w:val="20"/>
          <w:szCs w:val="20"/>
        </w:rPr>
        <w:t>honorarios</w:t>
      </w:r>
      <w:proofErr w:type="spellEnd"/>
      <w:r w:rsidRPr="00E0714C">
        <w:rPr>
          <w:rFonts w:cs="Arial"/>
          <w:sz w:val="20"/>
          <w:szCs w:val="20"/>
        </w:rPr>
        <w:t xml:space="preserve">, </w:t>
      </w:r>
      <w:proofErr w:type="spellStart"/>
      <w:r w:rsidRPr="00E0714C">
        <w:rPr>
          <w:rFonts w:cs="Arial"/>
          <w:sz w:val="20"/>
          <w:szCs w:val="20"/>
        </w:rPr>
        <w:t>prestaciones</w:t>
      </w:r>
      <w:proofErr w:type="spellEnd"/>
      <w:r w:rsidRPr="00E0714C">
        <w:rPr>
          <w:rFonts w:cs="Arial"/>
          <w:sz w:val="20"/>
          <w:szCs w:val="20"/>
        </w:rPr>
        <w:t xml:space="preserve">, </w:t>
      </w:r>
      <w:proofErr w:type="spellStart"/>
      <w:r w:rsidRPr="00E0714C">
        <w:rPr>
          <w:rFonts w:cs="Arial"/>
          <w:sz w:val="20"/>
          <w:szCs w:val="20"/>
        </w:rPr>
        <w:t>indemnizaciones</w:t>
      </w:r>
      <w:proofErr w:type="spellEnd"/>
      <w:r w:rsidRPr="00E0714C">
        <w:rPr>
          <w:rFonts w:cs="Arial"/>
          <w:sz w:val="20"/>
          <w:szCs w:val="20"/>
        </w:rPr>
        <w:t xml:space="preserve">, </w:t>
      </w:r>
      <w:proofErr w:type="spellStart"/>
      <w:r w:rsidRPr="00E0714C">
        <w:rPr>
          <w:rFonts w:cs="Arial"/>
          <w:sz w:val="20"/>
          <w:szCs w:val="20"/>
        </w:rPr>
        <w:t>seguridad</w:t>
      </w:r>
      <w:proofErr w:type="spellEnd"/>
      <w:r w:rsidRPr="00E0714C">
        <w:rPr>
          <w:rFonts w:cs="Arial"/>
          <w:sz w:val="20"/>
          <w:szCs w:val="20"/>
        </w:rPr>
        <w:t xml:space="preserve"> social y </w:t>
      </w:r>
      <w:proofErr w:type="spellStart"/>
      <w:r w:rsidRPr="00E0714C">
        <w:rPr>
          <w:rFonts w:cs="Arial"/>
          <w:sz w:val="20"/>
          <w:szCs w:val="20"/>
        </w:rPr>
        <w:t>aportes</w:t>
      </w:r>
      <w:proofErr w:type="spellEnd"/>
      <w:r w:rsidRPr="00E0714C">
        <w:rPr>
          <w:rFonts w:cs="Arial"/>
          <w:sz w:val="20"/>
          <w:szCs w:val="20"/>
        </w:rPr>
        <w:t xml:space="preserve"> </w:t>
      </w:r>
      <w:proofErr w:type="spellStart"/>
      <w:r w:rsidRPr="00E0714C">
        <w:rPr>
          <w:rFonts w:cs="Arial"/>
          <w:sz w:val="20"/>
          <w:szCs w:val="20"/>
        </w:rPr>
        <w:t>parafiscales</w:t>
      </w:r>
      <w:proofErr w:type="spellEnd"/>
      <w:r w:rsidRPr="00E0714C">
        <w:rPr>
          <w:rFonts w:cs="Arial"/>
          <w:sz w:val="20"/>
          <w:szCs w:val="20"/>
        </w:rPr>
        <w:t xml:space="preserve"> </w:t>
      </w:r>
      <w:proofErr w:type="spellStart"/>
      <w:r w:rsidRPr="00E0714C">
        <w:rPr>
          <w:rFonts w:cs="Arial"/>
          <w:sz w:val="20"/>
          <w:szCs w:val="20"/>
        </w:rPr>
        <w:t>que</w:t>
      </w:r>
      <w:proofErr w:type="spellEnd"/>
      <w:r w:rsidRPr="00E0714C">
        <w:rPr>
          <w:rFonts w:cs="Arial"/>
          <w:sz w:val="20"/>
          <w:szCs w:val="20"/>
        </w:rPr>
        <w:t xml:space="preserve"> </w:t>
      </w:r>
      <w:proofErr w:type="spellStart"/>
      <w:r w:rsidRPr="00E0714C">
        <w:rPr>
          <w:rFonts w:cs="Arial"/>
          <w:sz w:val="20"/>
          <w:szCs w:val="20"/>
        </w:rPr>
        <w:t>correspondan</w:t>
      </w:r>
      <w:proofErr w:type="spellEnd"/>
      <w:r w:rsidRPr="00E0714C">
        <w:rPr>
          <w:rFonts w:cs="Arial"/>
          <w:sz w:val="20"/>
          <w:szCs w:val="20"/>
        </w:rPr>
        <w:t>.</w:t>
      </w:r>
    </w:p>
    <w:p w14:paraId="4E61BCA8" w14:textId="77777777" w:rsidR="00932B34" w:rsidRPr="00E0714C" w:rsidRDefault="0020184D">
      <w:pPr>
        <w:spacing w:after="80" w:line="252" w:lineRule="auto"/>
        <w:jc w:val="both"/>
        <w:rPr>
          <w:rFonts w:cs="Arial"/>
          <w:sz w:val="20"/>
          <w:szCs w:val="20"/>
        </w:rPr>
      </w:pPr>
      <w:r w:rsidRPr="00E0714C">
        <w:rPr>
          <w:rFonts w:cs="Arial"/>
          <w:sz w:val="20"/>
          <w:szCs w:val="20"/>
        </w:rPr>
        <w:t xml:space="preserve">El </w:t>
      </w:r>
      <w:proofErr w:type="spellStart"/>
      <w:r w:rsidRPr="00E0714C">
        <w:rPr>
          <w:rFonts w:cs="Arial"/>
          <w:sz w:val="20"/>
          <w:szCs w:val="20"/>
        </w:rPr>
        <w:t>Contratista</w:t>
      </w:r>
      <w:proofErr w:type="spellEnd"/>
      <w:r w:rsidRPr="00E0714C">
        <w:rPr>
          <w:rFonts w:cs="Arial"/>
          <w:sz w:val="20"/>
          <w:szCs w:val="20"/>
        </w:rPr>
        <w:t xml:space="preserve"> solo </w:t>
      </w:r>
      <w:proofErr w:type="spellStart"/>
      <w:r w:rsidRPr="00E0714C">
        <w:rPr>
          <w:rFonts w:cs="Arial"/>
          <w:sz w:val="20"/>
          <w:szCs w:val="20"/>
        </w:rPr>
        <w:t>podrá</w:t>
      </w:r>
      <w:proofErr w:type="spellEnd"/>
      <w:r w:rsidRPr="00E0714C">
        <w:rPr>
          <w:rFonts w:cs="Arial"/>
          <w:sz w:val="20"/>
          <w:szCs w:val="20"/>
        </w:rPr>
        <w:t xml:space="preserve"> </w:t>
      </w:r>
      <w:proofErr w:type="spellStart"/>
      <w:r w:rsidRPr="00E0714C">
        <w:rPr>
          <w:rFonts w:cs="Arial"/>
          <w:sz w:val="20"/>
          <w:szCs w:val="20"/>
        </w:rPr>
        <w:t>subcontratar</w:t>
      </w:r>
      <w:proofErr w:type="spellEnd"/>
      <w:r w:rsidRPr="00E0714C">
        <w:rPr>
          <w:rFonts w:cs="Arial"/>
          <w:sz w:val="20"/>
          <w:szCs w:val="20"/>
        </w:rPr>
        <w:t xml:space="preserve"> </w:t>
      </w:r>
      <w:proofErr w:type="spellStart"/>
      <w:r w:rsidRPr="00E0714C">
        <w:rPr>
          <w:rFonts w:cs="Arial"/>
          <w:sz w:val="20"/>
          <w:szCs w:val="20"/>
        </w:rPr>
        <w:t>actividades</w:t>
      </w:r>
      <w:proofErr w:type="spellEnd"/>
      <w:r w:rsidRPr="00E0714C">
        <w:rPr>
          <w:rFonts w:cs="Arial"/>
          <w:sz w:val="20"/>
          <w:szCs w:val="20"/>
        </w:rPr>
        <w:t xml:space="preserve"> con </w:t>
      </w:r>
      <w:proofErr w:type="spellStart"/>
      <w:r w:rsidRPr="00E0714C">
        <w:rPr>
          <w:rFonts w:cs="Arial"/>
          <w:sz w:val="20"/>
          <w:szCs w:val="20"/>
        </w:rPr>
        <w:t>autorización</w:t>
      </w:r>
      <w:proofErr w:type="spellEnd"/>
      <w:r w:rsidRPr="00E0714C">
        <w:rPr>
          <w:rFonts w:cs="Arial"/>
          <w:sz w:val="20"/>
          <w:szCs w:val="20"/>
        </w:rPr>
        <w:t xml:space="preserve"> previa y </w:t>
      </w:r>
      <w:proofErr w:type="spellStart"/>
      <w:r w:rsidRPr="00E0714C">
        <w:rPr>
          <w:rFonts w:cs="Arial"/>
          <w:sz w:val="20"/>
          <w:szCs w:val="20"/>
        </w:rPr>
        <w:t>expresa</w:t>
      </w:r>
      <w:proofErr w:type="spellEnd"/>
      <w:r w:rsidRPr="00E0714C">
        <w:rPr>
          <w:rFonts w:cs="Arial"/>
          <w:sz w:val="20"/>
          <w:szCs w:val="20"/>
        </w:rPr>
        <w:t xml:space="preserve"> de la </w:t>
      </w:r>
      <w:proofErr w:type="spellStart"/>
      <w:r w:rsidRPr="00E0714C">
        <w:rPr>
          <w:rFonts w:cs="Arial"/>
          <w:sz w:val="20"/>
          <w:szCs w:val="20"/>
        </w:rPr>
        <w:t>Entidad</w:t>
      </w:r>
      <w:proofErr w:type="spellEnd"/>
      <w:r w:rsidRPr="00E0714C">
        <w:rPr>
          <w:rFonts w:cs="Arial"/>
          <w:sz w:val="20"/>
          <w:szCs w:val="20"/>
        </w:rPr>
        <w:t xml:space="preserve">, sin </w:t>
      </w:r>
      <w:proofErr w:type="spellStart"/>
      <w:r w:rsidRPr="00E0714C">
        <w:rPr>
          <w:rFonts w:cs="Arial"/>
          <w:sz w:val="20"/>
          <w:szCs w:val="20"/>
        </w:rPr>
        <w:t>que</w:t>
      </w:r>
      <w:proofErr w:type="spellEnd"/>
      <w:r w:rsidRPr="00E0714C">
        <w:rPr>
          <w:rFonts w:cs="Arial"/>
          <w:sz w:val="20"/>
          <w:szCs w:val="20"/>
        </w:rPr>
        <w:t xml:space="preserve"> </w:t>
      </w:r>
      <w:proofErr w:type="spellStart"/>
      <w:r w:rsidRPr="00E0714C">
        <w:rPr>
          <w:rFonts w:cs="Arial"/>
          <w:sz w:val="20"/>
          <w:szCs w:val="20"/>
        </w:rPr>
        <w:t>ello</w:t>
      </w:r>
      <w:proofErr w:type="spellEnd"/>
      <w:r w:rsidRPr="00E0714C">
        <w:rPr>
          <w:rFonts w:cs="Arial"/>
          <w:sz w:val="20"/>
          <w:szCs w:val="20"/>
        </w:rPr>
        <w:t xml:space="preserve"> lo </w:t>
      </w:r>
      <w:proofErr w:type="spellStart"/>
      <w:r w:rsidRPr="00E0714C">
        <w:rPr>
          <w:rFonts w:cs="Arial"/>
          <w:sz w:val="20"/>
          <w:szCs w:val="20"/>
        </w:rPr>
        <w:t>releve</w:t>
      </w:r>
      <w:proofErr w:type="spellEnd"/>
      <w:r w:rsidRPr="00E0714C">
        <w:rPr>
          <w:rFonts w:cs="Arial"/>
          <w:sz w:val="20"/>
          <w:szCs w:val="20"/>
        </w:rPr>
        <w:t xml:space="preserve"> de las </w:t>
      </w:r>
      <w:proofErr w:type="spellStart"/>
      <w:r w:rsidRPr="00E0714C">
        <w:rPr>
          <w:rFonts w:cs="Arial"/>
          <w:sz w:val="20"/>
          <w:szCs w:val="20"/>
        </w:rPr>
        <w:t>responsabilidades</w:t>
      </w:r>
      <w:proofErr w:type="spellEnd"/>
      <w:r w:rsidRPr="00E0714C">
        <w:rPr>
          <w:rFonts w:cs="Arial"/>
          <w:sz w:val="20"/>
          <w:szCs w:val="20"/>
        </w:rPr>
        <w:t xml:space="preserve"> y </w:t>
      </w:r>
      <w:proofErr w:type="spellStart"/>
      <w:r w:rsidRPr="00E0714C">
        <w:rPr>
          <w:rFonts w:cs="Arial"/>
          <w:sz w:val="20"/>
          <w:szCs w:val="20"/>
        </w:rPr>
        <w:t>obligaciones</w:t>
      </w:r>
      <w:proofErr w:type="spellEnd"/>
      <w:r w:rsidRPr="00E0714C">
        <w:rPr>
          <w:rFonts w:cs="Arial"/>
          <w:sz w:val="20"/>
          <w:szCs w:val="20"/>
        </w:rPr>
        <w:t xml:space="preserve"> </w:t>
      </w:r>
      <w:proofErr w:type="spellStart"/>
      <w:r w:rsidRPr="00E0714C">
        <w:rPr>
          <w:rFonts w:cs="Arial"/>
          <w:sz w:val="20"/>
          <w:szCs w:val="20"/>
        </w:rPr>
        <w:t>asumidas</w:t>
      </w:r>
      <w:proofErr w:type="spellEnd"/>
      <w:r w:rsidRPr="00E0714C">
        <w:rPr>
          <w:rFonts w:cs="Arial"/>
          <w:sz w:val="20"/>
          <w:szCs w:val="20"/>
        </w:rPr>
        <w:t xml:space="preserve">. La </w:t>
      </w:r>
      <w:proofErr w:type="spellStart"/>
      <w:r w:rsidRPr="00E0714C">
        <w:rPr>
          <w:rFonts w:cs="Arial"/>
          <w:sz w:val="20"/>
          <w:szCs w:val="20"/>
        </w:rPr>
        <w:t>Entidad</w:t>
      </w:r>
      <w:proofErr w:type="spellEnd"/>
      <w:r w:rsidRPr="00E0714C">
        <w:rPr>
          <w:rFonts w:cs="Arial"/>
          <w:sz w:val="20"/>
          <w:szCs w:val="20"/>
        </w:rPr>
        <w:t xml:space="preserve"> no </w:t>
      </w:r>
      <w:proofErr w:type="spellStart"/>
      <w:r w:rsidRPr="00E0714C">
        <w:rPr>
          <w:rFonts w:cs="Arial"/>
          <w:sz w:val="20"/>
          <w:szCs w:val="20"/>
        </w:rPr>
        <w:t>adquirirá</w:t>
      </w:r>
      <w:proofErr w:type="spellEnd"/>
      <w:r w:rsidRPr="00E0714C">
        <w:rPr>
          <w:rFonts w:cs="Arial"/>
          <w:sz w:val="20"/>
          <w:szCs w:val="20"/>
        </w:rPr>
        <w:t xml:space="preserve"> </w:t>
      </w:r>
      <w:proofErr w:type="spellStart"/>
      <w:r w:rsidRPr="00E0714C">
        <w:rPr>
          <w:rFonts w:cs="Arial"/>
          <w:sz w:val="20"/>
          <w:szCs w:val="20"/>
        </w:rPr>
        <w:t>relación</w:t>
      </w:r>
      <w:proofErr w:type="spellEnd"/>
      <w:r w:rsidRPr="00E0714C">
        <w:rPr>
          <w:rFonts w:cs="Arial"/>
          <w:sz w:val="20"/>
          <w:szCs w:val="20"/>
        </w:rPr>
        <w:t xml:space="preserve"> contractual o </w:t>
      </w:r>
      <w:proofErr w:type="spellStart"/>
      <w:r w:rsidRPr="00E0714C">
        <w:rPr>
          <w:rFonts w:cs="Arial"/>
          <w:sz w:val="20"/>
          <w:szCs w:val="20"/>
        </w:rPr>
        <w:t>laboral</w:t>
      </w:r>
      <w:proofErr w:type="spellEnd"/>
      <w:r w:rsidRPr="00E0714C">
        <w:rPr>
          <w:rFonts w:cs="Arial"/>
          <w:sz w:val="20"/>
          <w:szCs w:val="20"/>
        </w:rPr>
        <w:t xml:space="preserve"> </w:t>
      </w:r>
      <w:proofErr w:type="spellStart"/>
      <w:r w:rsidRPr="00E0714C">
        <w:rPr>
          <w:rFonts w:cs="Arial"/>
          <w:sz w:val="20"/>
          <w:szCs w:val="20"/>
        </w:rPr>
        <w:t>alguna</w:t>
      </w:r>
      <w:proofErr w:type="spellEnd"/>
      <w:r w:rsidRPr="00E0714C">
        <w:rPr>
          <w:rFonts w:cs="Arial"/>
          <w:sz w:val="20"/>
          <w:szCs w:val="20"/>
        </w:rPr>
        <w:t xml:space="preserve"> con </w:t>
      </w:r>
      <w:proofErr w:type="spellStart"/>
      <w:r w:rsidRPr="00E0714C">
        <w:rPr>
          <w:rFonts w:cs="Arial"/>
          <w:sz w:val="20"/>
          <w:szCs w:val="20"/>
        </w:rPr>
        <w:t>los</w:t>
      </w:r>
      <w:proofErr w:type="spellEnd"/>
      <w:r w:rsidRPr="00E0714C">
        <w:rPr>
          <w:rFonts w:cs="Arial"/>
          <w:sz w:val="20"/>
          <w:szCs w:val="20"/>
        </w:rPr>
        <w:t xml:space="preserve"> </w:t>
      </w:r>
      <w:proofErr w:type="spellStart"/>
      <w:r w:rsidRPr="00E0714C">
        <w:rPr>
          <w:rFonts w:cs="Arial"/>
          <w:sz w:val="20"/>
          <w:szCs w:val="20"/>
        </w:rPr>
        <w:t>subcontratistas</w:t>
      </w:r>
      <w:proofErr w:type="spellEnd"/>
      <w:r w:rsidRPr="00E0714C">
        <w:rPr>
          <w:rFonts w:cs="Arial"/>
          <w:sz w:val="20"/>
          <w:szCs w:val="20"/>
        </w:rPr>
        <w:t>.</w:t>
      </w:r>
    </w:p>
    <w:p w14:paraId="168F6575" w14:textId="6D3D27A5" w:rsidR="00932B34" w:rsidRPr="00E0714C" w:rsidRDefault="0020184D">
      <w:pPr>
        <w:keepNext/>
        <w:spacing w:before="140" w:after="80" w:line="252" w:lineRule="auto"/>
        <w:rPr>
          <w:rFonts w:cs="Arial"/>
          <w:sz w:val="20"/>
          <w:szCs w:val="20"/>
        </w:rPr>
      </w:pPr>
      <w:r w:rsidRPr="00E0714C">
        <w:rPr>
          <w:rFonts w:cs="Arial"/>
          <w:b/>
          <w:sz w:val="20"/>
          <w:szCs w:val="20"/>
        </w:rPr>
        <w:t>CLÁUSULA 2</w:t>
      </w:r>
      <w:r w:rsidR="007C55BF">
        <w:rPr>
          <w:rFonts w:cs="Arial"/>
          <w:b/>
          <w:sz w:val="20"/>
          <w:szCs w:val="20"/>
        </w:rPr>
        <w:t>4</w:t>
      </w:r>
      <w:r w:rsidRPr="00E0714C">
        <w:rPr>
          <w:rFonts w:cs="Arial"/>
          <w:b/>
          <w:sz w:val="20"/>
          <w:szCs w:val="20"/>
        </w:rPr>
        <w:t>. CESIÓN</w:t>
      </w:r>
    </w:p>
    <w:p w14:paraId="1633E69D" w14:textId="77777777" w:rsidR="00932B34" w:rsidRPr="00E0714C" w:rsidRDefault="0020184D">
      <w:pPr>
        <w:spacing w:after="80" w:line="252" w:lineRule="auto"/>
        <w:jc w:val="both"/>
        <w:rPr>
          <w:rFonts w:cs="Arial"/>
          <w:sz w:val="20"/>
          <w:szCs w:val="20"/>
        </w:rPr>
      </w:pPr>
      <w:r w:rsidRPr="00E0714C">
        <w:rPr>
          <w:rFonts w:cs="Arial"/>
          <w:sz w:val="20"/>
          <w:szCs w:val="20"/>
        </w:rPr>
        <w:t xml:space="preserve">El </w:t>
      </w:r>
      <w:proofErr w:type="spellStart"/>
      <w:r w:rsidRPr="00E0714C">
        <w:rPr>
          <w:rFonts w:cs="Arial"/>
          <w:sz w:val="20"/>
          <w:szCs w:val="20"/>
        </w:rPr>
        <w:t>Contratista</w:t>
      </w:r>
      <w:proofErr w:type="spellEnd"/>
      <w:r w:rsidRPr="00E0714C">
        <w:rPr>
          <w:rFonts w:cs="Arial"/>
          <w:sz w:val="20"/>
          <w:szCs w:val="20"/>
        </w:rPr>
        <w:t xml:space="preserve"> no </w:t>
      </w:r>
      <w:proofErr w:type="spellStart"/>
      <w:r w:rsidRPr="00E0714C">
        <w:rPr>
          <w:rFonts w:cs="Arial"/>
          <w:sz w:val="20"/>
          <w:szCs w:val="20"/>
        </w:rPr>
        <w:t>podrá</w:t>
      </w:r>
      <w:proofErr w:type="spellEnd"/>
      <w:r w:rsidRPr="00E0714C">
        <w:rPr>
          <w:rFonts w:cs="Arial"/>
          <w:sz w:val="20"/>
          <w:szCs w:val="20"/>
        </w:rPr>
        <w:t xml:space="preserve"> ceder </w:t>
      </w:r>
      <w:proofErr w:type="spellStart"/>
      <w:r w:rsidRPr="00E0714C">
        <w:rPr>
          <w:rFonts w:cs="Arial"/>
          <w:sz w:val="20"/>
          <w:szCs w:val="20"/>
        </w:rPr>
        <w:t>los</w:t>
      </w:r>
      <w:proofErr w:type="spellEnd"/>
      <w:r w:rsidRPr="00E0714C">
        <w:rPr>
          <w:rFonts w:cs="Arial"/>
          <w:sz w:val="20"/>
          <w:szCs w:val="20"/>
        </w:rPr>
        <w:t xml:space="preserve"> derechos y </w:t>
      </w:r>
      <w:proofErr w:type="spellStart"/>
      <w:r w:rsidRPr="00E0714C">
        <w:rPr>
          <w:rFonts w:cs="Arial"/>
          <w:sz w:val="20"/>
          <w:szCs w:val="20"/>
        </w:rPr>
        <w:t>obligaciones</w:t>
      </w:r>
      <w:proofErr w:type="spellEnd"/>
      <w:r w:rsidRPr="00E0714C">
        <w:rPr>
          <w:rFonts w:cs="Arial"/>
          <w:sz w:val="20"/>
          <w:szCs w:val="20"/>
        </w:rPr>
        <w:t xml:space="preserve"> </w:t>
      </w:r>
      <w:proofErr w:type="spellStart"/>
      <w:r w:rsidRPr="00E0714C">
        <w:rPr>
          <w:rFonts w:cs="Arial"/>
          <w:sz w:val="20"/>
          <w:szCs w:val="20"/>
        </w:rPr>
        <w:t>emanados</w:t>
      </w:r>
      <w:proofErr w:type="spellEnd"/>
      <w:r w:rsidRPr="00E0714C">
        <w:rPr>
          <w:rFonts w:cs="Arial"/>
          <w:sz w:val="20"/>
          <w:szCs w:val="20"/>
        </w:rPr>
        <w:t xml:space="preserve"> del </w:t>
      </w:r>
      <w:proofErr w:type="spellStart"/>
      <w:r w:rsidRPr="00E0714C">
        <w:rPr>
          <w:rFonts w:cs="Arial"/>
          <w:sz w:val="20"/>
          <w:szCs w:val="20"/>
        </w:rPr>
        <w:t>Contrato</w:t>
      </w:r>
      <w:proofErr w:type="spellEnd"/>
      <w:r w:rsidRPr="00E0714C">
        <w:rPr>
          <w:rFonts w:cs="Arial"/>
          <w:sz w:val="20"/>
          <w:szCs w:val="20"/>
        </w:rPr>
        <w:t xml:space="preserve"> sin el </w:t>
      </w:r>
      <w:proofErr w:type="spellStart"/>
      <w:r w:rsidRPr="00E0714C">
        <w:rPr>
          <w:rFonts w:cs="Arial"/>
          <w:sz w:val="20"/>
          <w:szCs w:val="20"/>
        </w:rPr>
        <w:t>consentimiento</w:t>
      </w:r>
      <w:proofErr w:type="spellEnd"/>
      <w:r w:rsidRPr="00E0714C">
        <w:rPr>
          <w:rFonts w:cs="Arial"/>
          <w:sz w:val="20"/>
          <w:szCs w:val="20"/>
        </w:rPr>
        <w:t xml:space="preserve"> </w:t>
      </w:r>
      <w:proofErr w:type="spellStart"/>
      <w:r w:rsidRPr="00E0714C">
        <w:rPr>
          <w:rFonts w:cs="Arial"/>
          <w:sz w:val="20"/>
          <w:szCs w:val="20"/>
        </w:rPr>
        <w:t>previo</w:t>
      </w:r>
      <w:proofErr w:type="spellEnd"/>
      <w:r w:rsidRPr="00E0714C">
        <w:rPr>
          <w:rFonts w:cs="Arial"/>
          <w:sz w:val="20"/>
          <w:szCs w:val="20"/>
        </w:rPr>
        <w:t xml:space="preserve"> y </w:t>
      </w:r>
      <w:proofErr w:type="spellStart"/>
      <w:r w:rsidRPr="00E0714C">
        <w:rPr>
          <w:rFonts w:cs="Arial"/>
          <w:sz w:val="20"/>
          <w:szCs w:val="20"/>
        </w:rPr>
        <w:t>expreso</w:t>
      </w:r>
      <w:proofErr w:type="spellEnd"/>
      <w:r w:rsidRPr="00E0714C">
        <w:rPr>
          <w:rFonts w:cs="Arial"/>
          <w:sz w:val="20"/>
          <w:szCs w:val="20"/>
        </w:rPr>
        <w:t xml:space="preserve"> de la </w:t>
      </w:r>
      <w:proofErr w:type="spellStart"/>
      <w:r w:rsidRPr="00E0714C">
        <w:rPr>
          <w:rFonts w:cs="Arial"/>
          <w:sz w:val="20"/>
          <w:szCs w:val="20"/>
        </w:rPr>
        <w:t>Entidad</w:t>
      </w:r>
      <w:proofErr w:type="spellEnd"/>
      <w:r w:rsidRPr="00E0714C">
        <w:rPr>
          <w:rFonts w:cs="Arial"/>
          <w:sz w:val="20"/>
          <w:szCs w:val="20"/>
        </w:rPr>
        <w:t xml:space="preserve">. La </w:t>
      </w:r>
      <w:proofErr w:type="spellStart"/>
      <w:r w:rsidRPr="00E0714C">
        <w:rPr>
          <w:rFonts w:cs="Arial"/>
          <w:sz w:val="20"/>
          <w:szCs w:val="20"/>
        </w:rPr>
        <w:t>cesión</w:t>
      </w:r>
      <w:proofErr w:type="spellEnd"/>
      <w:r w:rsidRPr="00E0714C">
        <w:rPr>
          <w:rFonts w:cs="Arial"/>
          <w:sz w:val="20"/>
          <w:szCs w:val="20"/>
        </w:rPr>
        <w:t xml:space="preserve">, </w:t>
      </w:r>
      <w:proofErr w:type="spellStart"/>
      <w:r w:rsidRPr="00E0714C">
        <w:rPr>
          <w:rFonts w:cs="Arial"/>
          <w:sz w:val="20"/>
          <w:szCs w:val="20"/>
        </w:rPr>
        <w:t>cuando</w:t>
      </w:r>
      <w:proofErr w:type="spellEnd"/>
      <w:r w:rsidRPr="00E0714C">
        <w:rPr>
          <w:rFonts w:cs="Arial"/>
          <w:sz w:val="20"/>
          <w:szCs w:val="20"/>
        </w:rPr>
        <w:t xml:space="preserve"> </w:t>
      </w:r>
      <w:proofErr w:type="spellStart"/>
      <w:r w:rsidRPr="00E0714C">
        <w:rPr>
          <w:rFonts w:cs="Arial"/>
          <w:sz w:val="20"/>
          <w:szCs w:val="20"/>
        </w:rPr>
        <w:t>proceda</w:t>
      </w:r>
      <w:proofErr w:type="spellEnd"/>
      <w:r w:rsidRPr="00E0714C">
        <w:rPr>
          <w:rFonts w:cs="Arial"/>
          <w:sz w:val="20"/>
          <w:szCs w:val="20"/>
        </w:rPr>
        <w:t xml:space="preserve">, se </w:t>
      </w:r>
      <w:proofErr w:type="spellStart"/>
      <w:r w:rsidRPr="00E0714C">
        <w:rPr>
          <w:rFonts w:cs="Arial"/>
          <w:sz w:val="20"/>
          <w:szCs w:val="20"/>
        </w:rPr>
        <w:t>sujetará</w:t>
      </w:r>
      <w:proofErr w:type="spellEnd"/>
      <w:r w:rsidRPr="00E0714C">
        <w:rPr>
          <w:rFonts w:cs="Arial"/>
          <w:sz w:val="20"/>
          <w:szCs w:val="20"/>
        </w:rPr>
        <w:t xml:space="preserve"> a la </w:t>
      </w:r>
      <w:proofErr w:type="spellStart"/>
      <w:r w:rsidRPr="00E0714C">
        <w:rPr>
          <w:rFonts w:cs="Arial"/>
          <w:sz w:val="20"/>
          <w:szCs w:val="20"/>
        </w:rPr>
        <w:t>normatividad</w:t>
      </w:r>
      <w:proofErr w:type="spellEnd"/>
      <w:r w:rsidRPr="00E0714C">
        <w:rPr>
          <w:rFonts w:cs="Arial"/>
          <w:sz w:val="20"/>
          <w:szCs w:val="20"/>
        </w:rPr>
        <w:t xml:space="preserve"> </w:t>
      </w:r>
      <w:proofErr w:type="spellStart"/>
      <w:r w:rsidRPr="00E0714C">
        <w:rPr>
          <w:rFonts w:cs="Arial"/>
          <w:sz w:val="20"/>
          <w:szCs w:val="20"/>
        </w:rPr>
        <w:t>vigente</w:t>
      </w:r>
      <w:proofErr w:type="spellEnd"/>
      <w:r w:rsidRPr="00E0714C">
        <w:rPr>
          <w:rFonts w:cs="Arial"/>
          <w:sz w:val="20"/>
          <w:szCs w:val="20"/>
        </w:rPr>
        <w:t xml:space="preserve"> y a la </w:t>
      </w:r>
      <w:proofErr w:type="spellStart"/>
      <w:r w:rsidRPr="00E0714C">
        <w:rPr>
          <w:rFonts w:cs="Arial"/>
          <w:sz w:val="20"/>
          <w:szCs w:val="20"/>
        </w:rPr>
        <w:t>verificación</w:t>
      </w:r>
      <w:proofErr w:type="spellEnd"/>
      <w:r w:rsidRPr="00E0714C">
        <w:rPr>
          <w:rFonts w:cs="Arial"/>
          <w:sz w:val="20"/>
          <w:szCs w:val="20"/>
        </w:rPr>
        <w:t xml:space="preserve"> previa de </w:t>
      </w:r>
      <w:proofErr w:type="spellStart"/>
      <w:r w:rsidRPr="00E0714C">
        <w:rPr>
          <w:rFonts w:cs="Arial"/>
          <w:sz w:val="20"/>
          <w:szCs w:val="20"/>
        </w:rPr>
        <w:t>los</w:t>
      </w:r>
      <w:proofErr w:type="spellEnd"/>
      <w:r w:rsidRPr="00E0714C">
        <w:rPr>
          <w:rFonts w:cs="Arial"/>
          <w:sz w:val="20"/>
          <w:szCs w:val="20"/>
        </w:rPr>
        <w:t xml:space="preserve"> </w:t>
      </w:r>
      <w:proofErr w:type="spellStart"/>
      <w:r w:rsidRPr="00E0714C">
        <w:rPr>
          <w:rFonts w:cs="Arial"/>
          <w:sz w:val="20"/>
          <w:szCs w:val="20"/>
        </w:rPr>
        <w:t>requisitos</w:t>
      </w:r>
      <w:proofErr w:type="spellEnd"/>
      <w:r w:rsidRPr="00E0714C">
        <w:rPr>
          <w:rFonts w:cs="Arial"/>
          <w:sz w:val="20"/>
          <w:szCs w:val="20"/>
        </w:rPr>
        <w:t xml:space="preserve"> </w:t>
      </w:r>
      <w:proofErr w:type="spellStart"/>
      <w:r w:rsidRPr="00E0714C">
        <w:rPr>
          <w:rFonts w:cs="Arial"/>
          <w:sz w:val="20"/>
          <w:szCs w:val="20"/>
        </w:rPr>
        <w:t>jurídicos</w:t>
      </w:r>
      <w:proofErr w:type="spellEnd"/>
      <w:r w:rsidRPr="00E0714C">
        <w:rPr>
          <w:rFonts w:cs="Arial"/>
          <w:sz w:val="20"/>
          <w:szCs w:val="20"/>
        </w:rPr>
        <w:t xml:space="preserve">, </w:t>
      </w:r>
      <w:proofErr w:type="spellStart"/>
      <w:r w:rsidRPr="00E0714C">
        <w:rPr>
          <w:rFonts w:cs="Arial"/>
          <w:sz w:val="20"/>
          <w:szCs w:val="20"/>
        </w:rPr>
        <w:t>técnicos</w:t>
      </w:r>
      <w:proofErr w:type="spellEnd"/>
      <w:r w:rsidRPr="00E0714C">
        <w:rPr>
          <w:rFonts w:cs="Arial"/>
          <w:sz w:val="20"/>
          <w:szCs w:val="20"/>
        </w:rPr>
        <w:t xml:space="preserve"> y </w:t>
      </w:r>
      <w:proofErr w:type="spellStart"/>
      <w:r w:rsidRPr="00E0714C">
        <w:rPr>
          <w:rFonts w:cs="Arial"/>
          <w:sz w:val="20"/>
          <w:szCs w:val="20"/>
        </w:rPr>
        <w:t>financieros</w:t>
      </w:r>
      <w:proofErr w:type="spellEnd"/>
      <w:r w:rsidRPr="00E0714C">
        <w:rPr>
          <w:rFonts w:cs="Arial"/>
          <w:sz w:val="20"/>
          <w:szCs w:val="20"/>
        </w:rPr>
        <w:t xml:space="preserve"> </w:t>
      </w:r>
      <w:proofErr w:type="spellStart"/>
      <w:r w:rsidRPr="00E0714C">
        <w:rPr>
          <w:rFonts w:cs="Arial"/>
          <w:sz w:val="20"/>
          <w:szCs w:val="20"/>
        </w:rPr>
        <w:t>correspondientes</w:t>
      </w:r>
      <w:proofErr w:type="spellEnd"/>
      <w:r w:rsidRPr="00E0714C">
        <w:rPr>
          <w:rFonts w:cs="Arial"/>
          <w:sz w:val="20"/>
          <w:szCs w:val="20"/>
        </w:rPr>
        <w:t>.</w:t>
      </w:r>
    </w:p>
    <w:p w14:paraId="6022D5D9" w14:textId="4EEBB597" w:rsidR="00932B34" w:rsidRPr="00E0714C" w:rsidRDefault="0020184D">
      <w:pPr>
        <w:keepNext/>
        <w:spacing w:before="140" w:after="80" w:line="252" w:lineRule="auto"/>
        <w:rPr>
          <w:rFonts w:cs="Arial"/>
          <w:sz w:val="20"/>
          <w:szCs w:val="20"/>
        </w:rPr>
      </w:pPr>
      <w:r w:rsidRPr="00E0714C">
        <w:rPr>
          <w:rFonts w:cs="Arial"/>
          <w:b/>
          <w:sz w:val="20"/>
          <w:szCs w:val="20"/>
        </w:rPr>
        <w:t>CLÁUSULA 2</w:t>
      </w:r>
      <w:r w:rsidR="007A1981">
        <w:rPr>
          <w:rFonts w:cs="Arial"/>
          <w:b/>
          <w:sz w:val="20"/>
          <w:szCs w:val="20"/>
        </w:rPr>
        <w:t>5</w:t>
      </w:r>
      <w:r w:rsidRPr="00E0714C">
        <w:rPr>
          <w:rFonts w:cs="Arial"/>
          <w:b/>
          <w:sz w:val="20"/>
          <w:szCs w:val="20"/>
        </w:rPr>
        <w:t>. LIQUIDACIÓN</w:t>
      </w:r>
    </w:p>
    <w:p w14:paraId="3372C43E" w14:textId="77777777" w:rsidR="00932B34" w:rsidRPr="00E0714C" w:rsidRDefault="0020184D">
      <w:pPr>
        <w:spacing w:after="80" w:line="252" w:lineRule="auto"/>
        <w:jc w:val="both"/>
        <w:rPr>
          <w:rFonts w:cs="Arial"/>
          <w:sz w:val="20"/>
          <w:szCs w:val="20"/>
        </w:rPr>
      </w:pPr>
      <w:r w:rsidRPr="00E0714C">
        <w:rPr>
          <w:rFonts w:cs="Arial"/>
          <w:sz w:val="20"/>
          <w:szCs w:val="20"/>
        </w:rPr>
        <w:t xml:space="preserve">El </w:t>
      </w:r>
      <w:proofErr w:type="spellStart"/>
      <w:r w:rsidRPr="00E0714C">
        <w:rPr>
          <w:rFonts w:cs="Arial"/>
          <w:sz w:val="20"/>
          <w:szCs w:val="20"/>
        </w:rPr>
        <w:t>Contrato</w:t>
      </w:r>
      <w:proofErr w:type="spellEnd"/>
      <w:r w:rsidRPr="00E0714C">
        <w:rPr>
          <w:rFonts w:cs="Arial"/>
          <w:sz w:val="20"/>
          <w:szCs w:val="20"/>
        </w:rPr>
        <w:t xml:space="preserve"> </w:t>
      </w:r>
      <w:proofErr w:type="spellStart"/>
      <w:r w:rsidRPr="00E0714C">
        <w:rPr>
          <w:rFonts w:cs="Arial"/>
          <w:sz w:val="20"/>
          <w:szCs w:val="20"/>
        </w:rPr>
        <w:t>será</w:t>
      </w:r>
      <w:proofErr w:type="spellEnd"/>
      <w:r w:rsidRPr="00E0714C">
        <w:rPr>
          <w:rFonts w:cs="Arial"/>
          <w:sz w:val="20"/>
          <w:szCs w:val="20"/>
        </w:rPr>
        <w:t xml:space="preserve"> </w:t>
      </w:r>
      <w:proofErr w:type="spellStart"/>
      <w:r w:rsidRPr="00E0714C">
        <w:rPr>
          <w:rFonts w:cs="Arial"/>
          <w:sz w:val="20"/>
          <w:szCs w:val="20"/>
        </w:rPr>
        <w:t>objeto</w:t>
      </w:r>
      <w:proofErr w:type="spellEnd"/>
      <w:r w:rsidRPr="00E0714C">
        <w:rPr>
          <w:rFonts w:cs="Arial"/>
          <w:sz w:val="20"/>
          <w:szCs w:val="20"/>
        </w:rPr>
        <w:t xml:space="preserve"> de </w:t>
      </w:r>
      <w:proofErr w:type="spellStart"/>
      <w:r w:rsidRPr="00E0714C">
        <w:rPr>
          <w:rFonts w:cs="Arial"/>
          <w:sz w:val="20"/>
          <w:szCs w:val="20"/>
        </w:rPr>
        <w:t>liquidación</w:t>
      </w:r>
      <w:proofErr w:type="spellEnd"/>
      <w:r w:rsidRPr="00E0714C">
        <w:rPr>
          <w:rFonts w:cs="Arial"/>
          <w:sz w:val="20"/>
          <w:szCs w:val="20"/>
        </w:rPr>
        <w:t xml:space="preserve"> </w:t>
      </w:r>
      <w:proofErr w:type="spellStart"/>
      <w:r w:rsidRPr="00E0714C">
        <w:rPr>
          <w:rFonts w:cs="Arial"/>
          <w:sz w:val="20"/>
          <w:szCs w:val="20"/>
        </w:rPr>
        <w:t>dentro</w:t>
      </w:r>
      <w:proofErr w:type="spellEnd"/>
      <w:r w:rsidRPr="00E0714C">
        <w:rPr>
          <w:rFonts w:cs="Arial"/>
          <w:sz w:val="20"/>
          <w:szCs w:val="20"/>
        </w:rPr>
        <w:t xml:space="preserve"> de </w:t>
      </w:r>
      <w:proofErr w:type="spellStart"/>
      <w:r w:rsidRPr="00E0714C">
        <w:rPr>
          <w:rFonts w:cs="Arial"/>
          <w:sz w:val="20"/>
          <w:szCs w:val="20"/>
        </w:rPr>
        <w:t>los</w:t>
      </w:r>
      <w:proofErr w:type="spellEnd"/>
      <w:r w:rsidRPr="00E0714C">
        <w:rPr>
          <w:rFonts w:cs="Arial"/>
          <w:sz w:val="20"/>
          <w:szCs w:val="20"/>
        </w:rPr>
        <w:t xml:space="preserve"> cuatro (4) meses </w:t>
      </w:r>
      <w:proofErr w:type="spellStart"/>
      <w:r w:rsidRPr="00E0714C">
        <w:rPr>
          <w:rFonts w:cs="Arial"/>
          <w:sz w:val="20"/>
          <w:szCs w:val="20"/>
        </w:rPr>
        <w:t>siguientes</w:t>
      </w:r>
      <w:proofErr w:type="spellEnd"/>
      <w:r w:rsidRPr="00E0714C">
        <w:rPr>
          <w:rFonts w:cs="Arial"/>
          <w:sz w:val="20"/>
          <w:szCs w:val="20"/>
        </w:rPr>
        <w:t xml:space="preserve"> a </w:t>
      </w:r>
      <w:proofErr w:type="spellStart"/>
      <w:r w:rsidRPr="00E0714C">
        <w:rPr>
          <w:rFonts w:cs="Arial"/>
          <w:sz w:val="20"/>
          <w:szCs w:val="20"/>
        </w:rPr>
        <w:t>su</w:t>
      </w:r>
      <w:proofErr w:type="spellEnd"/>
      <w:r w:rsidRPr="00E0714C">
        <w:rPr>
          <w:rFonts w:cs="Arial"/>
          <w:sz w:val="20"/>
          <w:szCs w:val="20"/>
        </w:rPr>
        <w:t xml:space="preserve"> </w:t>
      </w:r>
      <w:proofErr w:type="spellStart"/>
      <w:r w:rsidRPr="00E0714C">
        <w:rPr>
          <w:rFonts w:cs="Arial"/>
          <w:sz w:val="20"/>
          <w:szCs w:val="20"/>
        </w:rPr>
        <w:t>terminación</w:t>
      </w:r>
      <w:proofErr w:type="spellEnd"/>
      <w:r w:rsidRPr="00E0714C">
        <w:rPr>
          <w:rFonts w:cs="Arial"/>
          <w:sz w:val="20"/>
          <w:szCs w:val="20"/>
        </w:rPr>
        <w:t xml:space="preserve">. Si el </w:t>
      </w:r>
      <w:proofErr w:type="spellStart"/>
      <w:r w:rsidRPr="00E0714C">
        <w:rPr>
          <w:rFonts w:cs="Arial"/>
          <w:sz w:val="20"/>
          <w:szCs w:val="20"/>
        </w:rPr>
        <w:t>Contratista</w:t>
      </w:r>
      <w:proofErr w:type="spellEnd"/>
      <w:r w:rsidRPr="00E0714C">
        <w:rPr>
          <w:rFonts w:cs="Arial"/>
          <w:sz w:val="20"/>
          <w:szCs w:val="20"/>
        </w:rPr>
        <w:t xml:space="preserve"> no se </w:t>
      </w:r>
      <w:proofErr w:type="spellStart"/>
      <w:r w:rsidRPr="00E0714C">
        <w:rPr>
          <w:rFonts w:cs="Arial"/>
          <w:sz w:val="20"/>
          <w:szCs w:val="20"/>
        </w:rPr>
        <w:t>presenta</w:t>
      </w:r>
      <w:proofErr w:type="spellEnd"/>
      <w:r w:rsidRPr="00E0714C">
        <w:rPr>
          <w:rFonts w:cs="Arial"/>
          <w:sz w:val="20"/>
          <w:szCs w:val="20"/>
        </w:rPr>
        <w:t xml:space="preserve"> a la </w:t>
      </w:r>
      <w:proofErr w:type="spellStart"/>
      <w:r w:rsidRPr="00E0714C">
        <w:rPr>
          <w:rFonts w:cs="Arial"/>
          <w:sz w:val="20"/>
          <w:szCs w:val="20"/>
        </w:rPr>
        <w:t>liquidación</w:t>
      </w:r>
      <w:proofErr w:type="spellEnd"/>
      <w:r w:rsidRPr="00E0714C">
        <w:rPr>
          <w:rFonts w:cs="Arial"/>
          <w:sz w:val="20"/>
          <w:szCs w:val="20"/>
        </w:rPr>
        <w:t xml:space="preserve"> </w:t>
      </w:r>
      <w:proofErr w:type="spellStart"/>
      <w:r w:rsidRPr="00E0714C">
        <w:rPr>
          <w:rFonts w:cs="Arial"/>
          <w:sz w:val="20"/>
          <w:szCs w:val="20"/>
        </w:rPr>
        <w:t>previo</w:t>
      </w:r>
      <w:proofErr w:type="spellEnd"/>
      <w:r w:rsidRPr="00E0714C">
        <w:rPr>
          <w:rFonts w:cs="Arial"/>
          <w:sz w:val="20"/>
          <w:szCs w:val="20"/>
        </w:rPr>
        <w:t xml:space="preserve"> </w:t>
      </w:r>
      <w:proofErr w:type="spellStart"/>
      <w:r w:rsidRPr="00E0714C">
        <w:rPr>
          <w:rFonts w:cs="Arial"/>
          <w:sz w:val="20"/>
          <w:szCs w:val="20"/>
        </w:rPr>
        <w:t>requerimiento</w:t>
      </w:r>
      <w:proofErr w:type="spellEnd"/>
      <w:r w:rsidRPr="00E0714C">
        <w:rPr>
          <w:rFonts w:cs="Arial"/>
          <w:sz w:val="20"/>
          <w:szCs w:val="20"/>
        </w:rPr>
        <w:t xml:space="preserve"> de la </w:t>
      </w:r>
      <w:proofErr w:type="spellStart"/>
      <w:r w:rsidRPr="00E0714C">
        <w:rPr>
          <w:rFonts w:cs="Arial"/>
          <w:sz w:val="20"/>
          <w:szCs w:val="20"/>
        </w:rPr>
        <w:t>Entidad</w:t>
      </w:r>
      <w:proofErr w:type="spellEnd"/>
      <w:r w:rsidRPr="00E0714C">
        <w:rPr>
          <w:rFonts w:cs="Arial"/>
          <w:sz w:val="20"/>
          <w:szCs w:val="20"/>
        </w:rPr>
        <w:t xml:space="preserve">, o las Partes no </w:t>
      </w:r>
      <w:proofErr w:type="spellStart"/>
      <w:r w:rsidRPr="00E0714C">
        <w:rPr>
          <w:rFonts w:cs="Arial"/>
          <w:sz w:val="20"/>
          <w:szCs w:val="20"/>
        </w:rPr>
        <w:t>llegan</w:t>
      </w:r>
      <w:proofErr w:type="spellEnd"/>
      <w:r w:rsidRPr="00E0714C">
        <w:rPr>
          <w:rFonts w:cs="Arial"/>
          <w:sz w:val="20"/>
          <w:szCs w:val="20"/>
        </w:rPr>
        <w:t xml:space="preserve"> a un </w:t>
      </w:r>
      <w:proofErr w:type="spellStart"/>
      <w:r w:rsidRPr="00E0714C">
        <w:rPr>
          <w:rFonts w:cs="Arial"/>
          <w:sz w:val="20"/>
          <w:szCs w:val="20"/>
        </w:rPr>
        <w:t>acuerdo</w:t>
      </w:r>
      <w:proofErr w:type="spellEnd"/>
      <w:r w:rsidRPr="00E0714C">
        <w:rPr>
          <w:rFonts w:cs="Arial"/>
          <w:sz w:val="20"/>
          <w:szCs w:val="20"/>
        </w:rPr>
        <w:t xml:space="preserve"> </w:t>
      </w:r>
      <w:proofErr w:type="spellStart"/>
      <w:r w:rsidRPr="00E0714C">
        <w:rPr>
          <w:rFonts w:cs="Arial"/>
          <w:sz w:val="20"/>
          <w:szCs w:val="20"/>
        </w:rPr>
        <w:t>sobre</w:t>
      </w:r>
      <w:proofErr w:type="spellEnd"/>
      <w:r w:rsidRPr="00E0714C">
        <w:rPr>
          <w:rFonts w:cs="Arial"/>
          <w:sz w:val="20"/>
          <w:szCs w:val="20"/>
        </w:rPr>
        <w:t xml:space="preserve"> </w:t>
      </w:r>
      <w:proofErr w:type="spellStart"/>
      <w:r w:rsidRPr="00E0714C">
        <w:rPr>
          <w:rFonts w:cs="Arial"/>
          <w:sz w:val="20"/>
          <w:szCs w:val="20"/>
        </w:rPr>
        <w:t>su</w:t>
      </w:r>
      <w:proofErr w:type="spellEnd"/>
      <w:r w:rsidRPr="00E0714C">
        <w:rPr>
          <w:rFonts w:cs="Arial"/>
          <w:sz w:val="20"/>
          <w:szCs w:val="20"/>
        </w:rPr>
        <w:t xml:space="preserve"> </w:t>
      </w:r>
      <w:proofErr w:type="spellStart"/>
      <w:r w:rsidRPr="00E0714C">
        <w:rPr>
          <w:rFonts w:cs="Arial"/>
          <w:sz w:val="20"/>
          <w:szCs w:val="20"/>
        </w:rPr>
        <w:t>contenido</w:t>
      </w:r>
      <w:proofErr w:type="spellEnd"/>
      <w:r w:rsidRPr="00E0714C">
        <w:rPr>
          <w:rFonts w:cs="Arial"/>
          <w:sz w:val="20"/>
          <w:szCs w:val="20"/>
        </w:rPr>
        <w:t xml:space="preserve">, la </w:t>
      </w:r>
      <w:proofErr w:type="spellStart"/>
      <w:r w:rsidRPr="00E0714C">
        <w:rPr>
          <w:rFonts w:cs="Arial"/>
          <w:sz w:val="20"/>
          <w:szCs w:val="20"/>
        </w:rPr>
        <w:t>Entidad</w:t>
      </w:r>
      <w:proofErr w:type="spellEnd"/>
      <w:r w:rsidRPr="00E0714C">
        <w:rPr>
          <w:rFonts w:cs="Arial"/>
          <w:sz w:val="20"/>
          <w:szCs w:val="20"/>
        </w:rPr>
        <w:t xml:space="preserve"> </w:t>
      </w:r>
      <w:proofErr w:type="spellStart"/>
      <w:r w:rsidRPr="00E0714C">
        <w:rPr>
          <w:rFonts w:cs="Arial"/>
          <w:sz w:val="20"/>
          <w:szCs w:val="20"/>
        </w:rPr>
        <w:t>podrá</w:t>
      </w:r>
      <w:proofErr w:type="spellEnd"/>
      <w:r w:rsidRPr="00E0714C">
        <w:rPr>
          <w:rFonts w:cs="Arial"/>
          <w:sz w:val="20"/>
          <w:szCs w:val="20"/>
        </w:rPr>
        <w:t xml:space="preserve"> </w:t>
      </w:r>
      <w:proofErr w:type="spellStart"/>
      <w:r w:rsidRPr="00E0714C">
        <w:rPr>
          <w:rFonts w:cs="Arial"/>
          <w:sz w:val="20"/>
          <w:szCs w:val="20"/>
        </w:rPr>
        <w:t>efectuar</w:t>
      </w:r>
      <w:proofErr w:type="spellEnd"/>
      <w:r w:rsidRPr="00E0714C">
        <w:rPr>
          <w:rFonts w:cs="Arial"/>
          <w:sz w:val="20"/>
          <w:szCs w:val="20"/>
        </w:rPr>
        <w:t xml:space="preserve"> la </w:t>
      </w:r>
      <w:proofErr w:type="spellStart"/>
      <w:r w:rsidRPr="00E0714C">
        <w:rPr>
          <w:rFonts w:cs="Arial"/>
          <w:sz w:val="20"/>
          <w:szCs w:val="20"/>
        </w:rPr>
        <w:t>liquidación</w:t>
      </w:r>
      <w:proofErr w:type="spellEnd"/>
      <w:r w:rsidRPr="00E0714C">
        <w:rPr>
          <w:rFonts w:cs="Arial"/>
          <w:sz w:val="20"/>
          <w:szCs w:val="20"/>
        </w:rPr>
        <w:t xml:space="preserve"> unilateral </w:t>
      </w:r>
      <w:proofErr w:type="spellStart"/>
      <w:r w:rsidRPr="00E0714C">
        <w:rPr>
          <w:rFonts w:cs="Arial"/>
          <w:sz w:val="20"/>
          <w:szCs w:val="20"/>
        </w:rPr>
        <w:t>en</w:t>
      </w:r>
      <w:proofErr w:type="spellEnd"/>
      <w:r w:rsidRPr="00E0714C">
        <w:rPr>
          <w:rFonts w:cs="Arial"/>
          <w:sz w:val="20"/>
          <w:szCs w:val="20"/>
        </w:rPr>
        <w:t xml:space="preserve"> </w:t>
      </w:r>
      <w:proofErr w:type="spellStart"/>
      <w:r w:rsidRPr="00E0714C">
        <w:rPr>
          <w:rFonts w:cs="Arial"/>
          <w:sz w:val="20"/>
          <w:szCs w:val="20"/>
        </w:rPr>
        <w:t>los</w:t>
      </w:r>
      <w:proofErr w:type="spellEnd"/>
      <w:r w:rsidRPr="00E0714C">
        <w:rPr>
          <w:rFonts w:cs="Arial"/>
          <w:sz w:val="20"/>
          <w:szCs w:val="20"/>
        </w:rPr>
        <w:t xml:space="preserve"> </w:t>
      </w:r>
      <w:proofErr w:type="spellStart"/>
      <w:r w:rsidRPr="00E0714C">
        <w:rPr>
          <w:rFonts w:cs="Arial"/>
          <w:sz w:val="20"/>
          <w:szCs w:val="20"/>
        </w:rPr>
        <w:t>términos</w:t>
      </w:r>
      <w:proofErr w:type="spellEnd"/>
      <w:r w:rsidRPr="00E0714C">
        <w:rPr>
          <w:rFonts w:cs="Arial"/>
          <w:sz w:val="20"/>
          <w:szCs w:val="20"/>
        </w:rPr>
        <w:t xml:space="preserve"> y </w:t>
      </w:r>
      <w:proofErr w:type="spellStart"/>
      <w:r w:rsidRPr="00E0714C">
        <w:rPr>
          <w:rFonts w:cs="Arial"/>
          <w:sz w:val="20"/>
          <w:szCs w:val="20"/>
        </w:rPr>
        <w:t>oportunidades</w:t>
      </w:r>
      <w:proofErr w:type="spellEnd"/>
      <w:r w:rsidRPr="00E0714C">
        <w:rPr>
          <w:rFonts w:cs="Arial"/>
          <w:sz w:val="20"/>
          <w:szCs w:val="20"/>
        </w:rPr>
        <w:t xml:space="preserve"> </w:t>
      </w:r>
      <w:proofErr w:type="spellStart"/>
      <w:r w:rsidRPr="00E0714C">
        <w:rPr>
          <w:rFonts w:cs="Arial"/>
          <w:sz w:val="20"/>
          <w:szCs w:val="20"/>
        </w:rPr>
        <w:t>previstos</w:t>
      </w:r>
      <w:proofErr w:type="spellEnd"/>
      <w:r w:rsidRPr="00E0714C">
        <w:rPr>
          <w:rFonts w:cs="Arial"/>
          <w:sz w:val="20"/>
          <w:szCs w:val="20"/>
        </w:rPr>
        <w:t xml:space="preserve"> </w:t>
      </w:r>
      <w:proofErr w:type="spellStart"/>
      <w:r w:rsidRPr="00E0714C">
        <w:rPr>
          <w:rFonts w:cs="Arial"/>
          <w:sz w:val="20"/>
          <w:szCs w:val="20"/>
        </w:rPr>
        <w:t>en</w:t>
      </w:r>
      <w:proofErr w:type="spellEnd"/>
      <w:r w:rsidRPr="00E0714C">
        <w:rPr>
          <w:rFonts w:cs="Arial"/>
          <w:sz w:val="20"/>
          <w:szCs w:val="20"/>
        </w:rPr>
        <w:t xml:space="preserve"> la ley. Para la </w:t>
      </w:r>
      <w:proofErr w:type="spellStart"/>
      <w:r w:rsidRPr="00E0714C">
        <w:rPr>
          <w:rFonts w:cs="Arial"/>
          <w:sz w:val="20"/>
          <w:szCs w:val="20"/>
        </w:rPr>
        <w:t>liquidación</w:t>
      </w:r>
      <w:proofErr w:type="spellEnd"/>
      <w:r w:rsidRPr="00E0714C">
        <w:rPr>
          <w:rFonts w:cs="Arial"/>
          <w:sz w:val="20"/>
          <w:szCs w:val="20"/>
        </w:rPr>
        <w:t xml:space="preserve"> se </w:t>
      </w:r>
      <w:proofErr w:type="spellStart"/>
      <w:r w:rsidRPr="00E0714C">
        <w:rPr>
          <w:rFonts w:cs="Arial"/>
          <w:sz w:val="20"/>
          <w:szCs w:val="20"/>
        </w:rPr>
        <w:t>exigirá</w:t>
      </w:r>
      <w:proofErr w:type="spellEnd"/>
      <w:r w:rsidRPr="00E0714C">
        <w:rPr>
          <w:rFonts w:cs="Arial"/>
          <w:sz w:val="20"/>
          <w:szCs w:val="20"/>
        </w:rPr>
        <w:t xml:space="preserve"> la </w:t>
      </w:r>
      <w:proofErr w:type="spellStart"/>
      <w:r w:rsidRPr="00E0714C">
        <w:rPr>
          <w:rFonts w:cs="Arial"/>
          <w:sz w:val="20"/>
          <w:szCs w:val="20"/>
        </w:rPr>
        <w:t>ampliación</w:t>
      </w:r>
      <w:proofErr w:type="spellEnd"/>
      <w:r w:rsidRPr="00E0714C">
        <w:rPr>
          <w:rFonts w:cs="Arial"/>
          <w:sz w:val="20"/>
          <w:szCs w:val="20"/>
        </w:rPr>
        <w:t xml:space="preserve"> de las </w:t>
      </w:r>
      <w:proofErr w:type="spellStart"/>
      <w:r w:rsidRPr="00E0714C">
        <w:rPr>
          <w:rFonts w:cs="Arial"/>
          <w:sz w:val="20"/>
          <w:szCs w:val="20"/>
        </w:rPr>
        <w:t>garantías</w:t>
      </w:r>
      <w:proofErr w:type="spellEnd"/>
      <w:r w:rsidRPr="00E0714C">
        <w:rPr>
          <w:rFonts w:cs="Arial"/>
          <w:sz w:val="20"/>
          <w:szCs w:val="20"/>
        </w:rPr>
        <w:t xml:space="preserve"> </w:t>
      </w:r>
      <w:proofErr w:type="spellStart"/>
      <w:r w:rsidRPr="00E0714C">
        <w:rPr>
          <w:rFonts w:cs="Arial"/>
          <w:sz w:val="20"/>
          <w:szCs w:val="20"/>
        </w:rPr>
        <w:t>cuando</w:t>
      </w:r>
      <w:proofErr w:type="spellEnd"/>
      <w:r w:rsidRPr="00E0714C">
        <w:rPr>
          <w:rFonts w:cs="Arial"/>
          <w:sz w:val="20"/>
          <w:szCs w:val="20"/>
        </w:rPr>
        <w:t xml:space="preserve"> </w:t>
      </w:r>
      <w:proofErr w:type="spellStart"/>
      <w:r w:rsidRPr="00E0714C">
        <w:rPr>
          <w:rFonts w:cs="Arial"/>
          <w:sz w:val="20"/>
          <w:szCs w:val="20"/>
        </w:rPr>
        <w:t>resulte</w:t>
      </w:r>
      <w:proofErr w:type="spellEnd"/>
      <w:r w:rsidRPr="00E0714C">
        <w:rPr>
          <w:rFonts w:cs="Arial"/>
          <w:sz w:val="20"/>
          <w:szCs w:val="20"/>
        </w:rPr>
        <w:t xml:space="preserve"> </w:t>
      </w:r>
      <w:proofErr w:type="spellStart"/>
      <w:r w:rsidRPr="00E0714C">
        <w:rPr>
          <w:rFonts w:cs="Arial"/>
          <w:sz w:val="20"/>
          <w:szCs w:val="20"/>
        </w:rPr>
        <w:t>necesario</w:t>
      </w:r>
      <w:proofErr w:type="spellEnd"/>
      <w:r w:rsidRPr="00E0714C">
        <w:rPr>
          <w:rFonts w:cs="Arial"/>
          <w:sz w:val="20"/>
          <w:szCs w:val="20"/>
        </w:rPr>
        <w:t xml:space="preserve"> para </w:t>
      </w:r>
      <w:proofErr w:type="spellStart"/>
      <w:r w:rsidRPr="00E0714C">
        <w:rPr>
          <w:rFonts w:cs="Arial"/>
          <w:sz w:val="20"/>
          <w:szCs w:val="20"/>
        </w:rPr>
        <w:t>cubrir</w:t>
      </w:r>
      <w:proofErr w:type="spellEnd"/>
      <w:r w:rsidRPr="00E0714C">
        <w:rPr>
          <w:rFonts w:cs="Arial"/>
          <w:sz w:val="20"/>
          <w:szCs w:val="20"/>
        </w:rPr>
        <w:t xml:space="preserve"> </w:t>
      </w:r>
      <w:proofErr w:type="spellStart"/>
      <w:r w:rsidRPr="00E0714C">
        <w:rPr>
          <w:rFonts w:cs="Arial"/>
          <w:sz w:val="20"/>
          <w:szCs w:val="20"/>
        </w:rPr>
        <w:t>obligaciones</w:t>
      </w:r>
      <w:proofErr w:type="spellEnd"/>
      <w:r w:rsidRPr="00E0714C">
        <w:rPr>
          <w:rFonts w:cs="Arial"/>
          <w:sz w:val="20"/>
          <w:szCs w:val="20"/>
        </w:rPr>
        <w:t xml:space="preserve"> posteriores a la </w:t>
      </w:r>
      <w:proofErr w:type="spellStart"/>
      <w:r w:rsidRPr="00E0714C">
        <w:rPr>
          <w:rFonts w:cs="Arial"/>
          <w:sz w:val="20"/>
          <w:szCs w:val="20"/>
        </w:rPr>
        <w:t>terminación</w:t>
      </w:r>
      <w:proofErr w:type="spellEnd"/>
      <w:r w:rsidRPr="00E0714C">
        <w:rPr>
          <w:rFonts w:cs="Arial"/>
          <w:sz w:val="20"/>
          <w:szCs w:val="20"/>
        </w:rPr>
        <w:t>.</w:t>
      </w:r>
    </w:p>
    <w:p w14:paraId="54DF5344" w14:textId="0F58A680" w:rsidR="00932B34" w:rsidRPr="00E0714C" w:rsidRDefault="0020184D">
      <w:pPr>
        <w:keepNext/>
        <w:spacing w:before="140" w:after="80" w:line="252" w:lineRule="auto"/>
        <w:rPr>
          <w:rFonts w:cs="Arial"/>
          <w:sz w:val="20"/>
          <w:szCs w:val="20"/>
        </w:rPr>
      </w:pPr>
      <w:r w:rsidRPr="00E0714C">
        <w:rPr>
          <w:rFonts w:cs="Arial"/>
          <w:b/>
          <w:sz w:val="20"/>
          <w:szCs w:val="20"/>
        </w:rPr>
        <w:lastRenderedPageBreak/>
        <w:t>CLÁUSULA 2</w:t>
      </w:r>
      <w:r w:rsidR="00F5544F">
        <w:rPr>
          <w:rFonts w:cs="Arial"/>
          <w:b/>
          <w:sz w:val="20"/>
          <w:szCs w:val="20"/>
        </w:rPr>
        <w:t>6</w:t>
      </w:r>
      <w:r w:rsidRPr="00E0714C">
        <w:rPr>
          <w:rFonts w:cs="Arial"/>
          <w:b/>
          <w:sz w:val="20"/>
          <w:szCs w:val="20"/>
        </w:rPr>
        <w:t>. SUSCRIPCIÓN, PERFECCIONAMIENTO Y EJECUCIÓN</w:t>
      </w:r>
    </w:p>
    <w:p w14:paraId="168A4241" w14:textId="77777777" w:rsidR="00932B34" w:rsidRPr="00E0714C" w:rsidRDefault="0020184D">
      <w:pPr>
        <w:spacing w:after="80" w:line="252" w:lineRule="auto"/>
        <w:jc w:val="both"/>
        <w:rPr>
          <w:rFonts w:cs="Arial"/>
          <w:sz w:val="20"/>
          <w:szCs w:val="20"/>
        </w:rPr>
      </w:pPr>
      <w:r w:rsidRPr="00E0714C">
        <w:rPr>
          <w:rFonts w:cs="Arial"/>
          <w:sz w:val="20"/>
          <w:szCs w:val="20"/>
        </w:rPr>
        <w:t xml:space="preserve">Para la </w:t>
      </w:r>
      <w:proofErr w:type="spellStart"/>
      <w:r w:rsidRPr="00E0714C">
        <w:rPr>
          <w:rFonts w:cs="Arial"/>
          <w:sz w:val="20"/>
          <w:szCs w:val="20"/>
        </w:rPr>
        <w:t>suscripción</w:t>
      </w:r>
      <w:proofErr w:type="spellEnd"/>
      <w:r w:rsidRPr="00E0714C">
        <w:rPr>
          <w:rFonts w:cs="Arial"/>
          <w:sz w:val="20"/>
          <w:szCs w:val="20"/>
        </w:rPr>
        <w:t xml:space="preserve"> se </w:t>
      </w:r>
      <w:proofErr w:type="spellStart"/>
      <w:r w:rsidRPr="00E0714C">
        <w:rPr>
          <w:rFonts w:cs="Arial"/>
          <w:sz w:val="20"/>
          <w:szCs w:val="20"/>
        </w:rPr>
        <w:t>requiere</w:t>
      </w:r>
      <w:proofErr w:type="spellEnd"/>
      <w:r w:rsidRPr="00E0714C">
        <w:rPr>
          <w:rFonts w:cs="Arial"/>
          <w:sz w:val="20"/>
          <w:szCs w:val="20"/>
        </w:rPr>
        <w:t xml:space="preserve"> </w:t>
      </w:r>
      <w:proofErr w:type="spellStart"/>
      <w:r w:rsidRPr="00E0714C">
        <w:rPr>
          <w:rFonts w:cs="Arial"/>
          <w:sz w:val="20"/>
          <w:szCs w:val="20"/>
        </w:rPr>
        <w:t>que</w:t>
      </w:r>
      <w:proofErr w:type="spellEnd"/>
      <w:r w:rsidRPr="00E0714C">
        <w:rPr>
          <w:rFonts w:cs="Arial"/>
          <w:sz w:val="20"/>
          <w:szCs w:val="20"/>
        </w:rPr>
        <w:t xml:space="preserve"> el </w:t>
      </w:r>
      <w:proofErr w:type="spellStart"/>
      <w:r w:rsidRPr="00E0714C">
        <w:rPr>
          <w:rFonts w:cs="Arial"/>
          <w:sz w:val="20"/>
          <w:szCs w:val="20"/>
        </w:rPr>
        <w:t>Contratista</w:t>
      </w:r>
      <w:proofErr w:type="spellEnd"/>
      <w:r w:rsidRPr="00E0714C">
        <w:rPr>
          <w:rFonts w:cs="Arial"/>
          <w:sz w:val="20"/>
          <w:szCs w:val="20"/>
        </w:rPr>
        <w:t xml:space="preserve"> se </w:t>
      </w:r>
      <w:proofErr w:type="spellStart"/>
      <w:r w:rsidRPr="00E0714C">
        <w:rPr>
          <w:rFonts w:cs="Arial"/>
          <w:sz w:val="20"/>
          <w:szCs w:val="20"/>
        </w:rPr>
        <w:t>encuentre</w:t>
      </w:r>
      <w:proofErr w:type="spellEnd"/>
      <w:r w:rsidRPr="00E0714C">
        <w:rPr>
          <w:rFonts w:cs="Arial"/>
          <w:sz w:val="20"/>
          <w:szCs w:val="20"/>
        </w:rPr>
        <w:t xml:space="preserve"> al día </w:t>
      </w:r>
      <w:proofErr w:type="spellStart"/>
      <w:r w:rsidRPr="00E0714C">
        <w:rPr>
          <w:rFonts w:cs="Arial"/>
          <w:sz w:val="20"/>
          <w:szCs w:val="20"/>
        </w:rPr>
        <w:t>en</w:t>
      </w:r>
      <w:proofErr w:type="spellEnd"/>
      <w:r w:rsidRPr="00E0714C">
        <w:rPr>
          <w:rFonts w:cs="Arial"/>
          <w:sz w:val="20"/>
          <w:szCs w:val="20"/>
        </w:rPr>
        <w:t xml:space="preserve"> </w:t>
      </w:r>
      <w:proofErr w:type="spellStart"/>
      <w:r w:rsidRPr="00E0714C">
        <w:rPr>
          <w:rFonts w:cs="Arial"/>
          <w:sz w:val="20"/>
          <w:szCs w:val="20"/>
        </w:rPr>
        <w:t>los</w:t>
      </w:r>
      <w:proofErr w:type="spellEnd"/>
      <w:r w:rsidRPr="00E0714C">
        <w:rPr>
          <w:rFonts w:cs="Arial"/>
          <w:sz w:val="20"/>
          <w:szCs w:val="20"/>
        </w:rPr>
        <w:t xml:space="preserve"> </w:t>
      </w:r>
      <w:proofErr w:type="spellStart"/>
      <w:r w:rsidRPr="00E0714C">
        <w:rPr>
          <w:rFonts w:cs="Arial"/>
          <w:sz w:val="20"/>
          <w:szCs w:val="20"/>
        </w:rPr>
        <w:t>pagos</w:t>
      </w:r>
      <w:proofErr w:type="spellEnd"/>
      <w:r w:rsidRPr="00E0714C">
        <w:rPr>
          <w:rFonts w:cs="Arial"/>
          <w:sz w:val="20"/>
          <w:szCs w:val="20"/>
        </w:rPr>
        <w:t xml:space="preserve"> al Sistema de </w:t>
      </w:r>
      <w:proofErr w:type="spellStart"/>
      <w:r w:rsidRPr="00E0714C">
        <w:rPr>
          <w:rFonts w:cs="Arial"/>
          <w:sz w:val="20"/>
          <w:szCs w:val="20"/>
        </w:rPr>
        <w:t>Seguridad</w:t>
      </w:r>
      <w:proofErr w:type="spellEnd"/>
      <w:r w:rsidRPr="00E0714C">
        <w:rPr>
          <w:rFonts w:cs="Arial"/>
          <w:sz w:val="20"/>
          <w:szCs w:val="20"/>
        </w:rPr>
        <w:t xml:space="preserve"> Social Integral y </w:t>
      </w:r>
      <w:proofErr w:type="spellStart"/>
      <w:r w:rsidRPr="00E0714C">
        <w:rPr>
          <w:rFonts w:cs="Arial"/>
          <w:sz w:val="20"/>
          <w:szCs w:val="20"/>
        </w:rPr>
        <w:t>aportes</w:t>
      </w:r>
      <w:proofErr w:type="spellEnd"/>
      <w:r w:rsidRPr="00E0714C">
        <w:rPr>
          <w:rFonts w:cs="Arial"/>
          <w:sz w:val="20"/>
          <w:szCs w:val="20"/>
        </w:rPr>
        <w:t xml:space="preserve"> </w:t>
      </w:r>
      <w:proofErr w:type="spellStart"/>
      <w:r w:rsidRPr="00E0714C">
        <w:rPr>
          <w:rFonts w:cs="Arial"/>
          <w:sz w:val="20"/>
          <w:szCs w:val="20"/>
        </w:rPr>
        <w:t>parafiscales</w:t>
      </w:r>
      <w:proofErr w:type="spellEnd"/>
      <w:r w:rsidRPr="00E0714C">
        <w:rPr>
          <w:rFonts w:cs="Arial"/>
          <w:sz w:val="20"/>
          <w:szCs w:val="20"/>
        </w:rPr>
        <w:t xml:space="preserve">, </w:t>
      </w:r>
      <w:proofErr w:type="spellStart"/>
      <w:r w:rsidRPr="00E0714C">
        <w:rPr>
          <w:rFonts w:cs="Arial"/>
          <w:sz w:val="20"/>
          <w:szCs w:val="20"/>
        </w:rPr>
        <w:t>cuando</w:t>
      </w:r>
      <w:proofErr w:type="spellEnd"/>
      <w:r w:rsidRPr="00E0714C">
        <w:rPr>
          <w:rFonts w:cs="Arial"/>
          <w:sz w:val="20"/>
          <w:szCs w:val="20"/>
        </w:rPr>
        <w:t xml:space="preserve"> </w:t>
      </w:r>
      <w:proofErr w:type="spellStart"/>
      <w:r w:rsidRPr="00E0714C">
        <w:rPr>
          <w:rFonts w:cs="Arial"/>
          <w:sz w:val="20"/>
          <w:szCs w:val="20"/>
        </w:rPr>
        <w:t>corresponda</w:t>
      </w:r>
      <w:proofErr w:type="spellEnd"/>
      <w:r w:rsidRPr="00E0714C">
        <w:rPr>
          <w:rFonts w:cs="Arial"/>
          <w:sz w:val="20"/>
          <w:szCs w:val="20"/>
        </w:rPr>
        <w:t xml:space="preserve">. El </w:t>
      </w:r>
      <w:proofErr w:type="spellStart"/>
      <w:r w:rsidRPr="00E0714C">
        <w:rPr>
          <w:rFonts w:cs="Arial"/>
          <w:sz w:val="20"/>
          <w:szCs w:val="20"/>
        </w:rPr>
        <w:t>Contrato</w:t>
      </w:r>
      <w:proofErr w:type="spellEnd"/>
      <w:r w:rsidRPr="00E0714C">
        <w:rPr>
          <w:rFonts w:cs="Arial"/>
          <w:sz w:val="20"/>
          <w:szCs w:val="20"/>
        </w:rPr>
        <w:t xml:space="preserve"> se </w:t>
      </w:r>
      <w:proofErr w:type="spellStart"/>
      <w:r w:rsidRPr="00E0714C">
        <w:rPr>
          <w:rFonts w:cs="Arial"/>
          <w:sz w:val="20"/>
          <w:szCs w:val="20"/>
        </w:rPr>
        <w:t>perfecciona</w:t>
      </w:r>
      <w:proofErr w:type="spellEnd"/>
      <w:r w:rsidRPr="00E0714C">
        <w:rPr>
          <w:rFonts w:cs="Arial"/>
          <w:sz w:val="20"/>
          <w:szCs w:val="20"/>
        </w:rPr>
        <w:t xml:space="preserve"> con la </w:t>
      </w:r>
      <w:proofErr w:type="spellStart"/>
      <w:r w:rsidRPr="00E0714C">
        <w:rPr>
          <w:rFonts w:cs="Arial"/>
          <w:sz w:val="20"/>
          <w:szCs w:val="20"/>
        </w:rPr>
        <w:t>firma</w:t>
      </w:r>
      <w:proofErr w:type="spellEnd"/>
      <w:r w:rsidRPr="00E0714C">
        <w:rPr>
          <w:rFonts w:cs="Arial"/>
          <w:sz w:val="20"/>
          <w:szCs w:val="20"/>
        </w:rPr>
        <w:t xml:space="preserve"> de las Partes. Para </w:t>
      </w:r>
      <w:proofErr w:type="spellStart"/>
      <w:r w:rsidRPr="00E0714C">
        <w:rPr>
          <w:rFonts w:cs="Arial"/>
          <w:sz w:val="20"/>
          <w:szCs w:val="20"/>
        </w:rPr>
        <w:t>su</w:t>
      </w:r>
      <w:proofErr w:type="spellEnd"/>
      <w:r w:rsidRPr="00E0714C">
        <w:rPr>
          <w:rFonts w:cs="Arial"/>
          <w:sz w:val="20"/>
          <w:szCs w:val="20"/>
        </w:rPr>
        <w:t xml:space="preserve"> </w:t>
      </w:r>
      <w:proofErr w:type="spellStart"/>
      <w:r w:rsidRPr="00E0714C">
        <w:rPr>
          <w:rFonts w:cs="Arial"/>
          <w:sz w:val="20"/>
          <w:szCs w:val="20"/>
        </w:rPr>
        <w:t>ejecución</w:t>
      </w:r>
      <w:proofErr w:type="spellEnd"/>
      <w:r w:rsidRPr="00E0714C">
        <w:rPr>
          <w:rFonts w:cs="Arial"/>
          <w:sz w:val="20"/>
          <w:szCs w:val="20"/>
        </w:rPr>
        <w:t xml:space="preserve"> se </w:t>
      </w:r>
      <w:proofErr w:type="spellStart"/>
      <w:r w:rsidRPr="00E0714C">
        <w:rPr>
          <w:rFonts w:cs="Arial"/>
          <w:sz w:val="20"/>
          <w:szCs w:val="20"/>
        </w:rPr>
        <w:t>requiere</w:t>
      </w:r>
      <w:proofErr w:type="spellEnd"/>
      <w:r w:rsidRPr="00E0714C">
        <w:rPr>
          <w:rFonts w:cs="Arial"/>
          <w:sz w:val="20"/>
          <w:szCs w:val="20"/>
        </w:rPr>
        <w:t xml:space="preserve"> la </w:t>
      </w:r>
      <w:proofErr w:type="spellStart"/>
      <w:r w:rsidRPr="00E0714C">
        <w:rPr>
          <w:rFonts w:cs="Arial"/>
          <w:sz w:val="20"/>
          <w:szCs w:val="20"/>
        </w:rPr>
        <w:t>aprobación</w:t>
      </w:r>
      <w:proofErr w:type="spellEnd"/>
      <w:r w:rsidRPr="00E0714C">
        <w:rPr>
          <w:rFonts w:cs="Arial"/>
          <w:sz w:val="20"/>
          <w:szCs w:val="20"/>
        </w:rPr>
        <w:t xml:space="preserve"> de las </w:t>
      </w:r>
      <w:proofErr w:type="spellStart"/>
      <w:r w:rsidRPr="00E0714C">
        <w:rPr>
          <w:rFonts w:cs="Arial"/>
          <w:sz w:val="20"/>
          <w:szCs w:val="20"/>
        </w:rPr>
        <w:t>garantías</w:t>
      </w:r>
      <w:proofErr w:type="spellEnd"/>
      <w:r w:rsidRPr="00E0714C">
        <w:rPr>
          <w:rFonts w:cs="Arial"/>
          <w:sz w:val="20"/>
          <w:szCs w:val="20"/>
        </w:rPr>
        <w:t xml:space="preserve">, la </w:t>
      </w:r>
      <w:proofErr w:type="spellStart"/>
      <w:r w:rsidRPr="00E0714C">
        <w:rPr>
          <w:rFonts w:cs="Arial"/>
          <w:sz w:val="20"/>
          <w:szCs w:val="20"/>
        </w:rPr>
        <w:t>expedición</w:t>
      </w:r>
      <w:proofErr w:type="spellEnd"/>
      <w:r w:rsidRPr="00E0714C">
        <w:rPr>
          <w:rFonts w:cs="Arial"/>
          <w:sz w:val="20"/>
          <w:szCs w:val="20"/>
        </w:rPr>
        <w:t xml:space="preserve"> del Registro </w:t>
      </w:r>
      <w:proofErr w:type="spellStart"/>
      <w:r w:rsidRPr="00E0714C">
        <w:rPr>
          <w:rFonts w:cs="Arial"/>
          <w:sz w:val="20"/>
          <w:szCs w:val="20"/>
        </w:rPr>
        <w:t>Presupuestal</w:t>
      </w:r>
      <w:proofErr w:type="spellEnd"/>
      <w:r w:rsidRPr="00E0714C">
        <w:rPr>
          <w:rFonts w:cs="Arial"/>
          <w:sz w:val="20"/>
          <w:szCs w:val="20"/>
        </w:rPr>
        <w:t xml:space="preserve"> y la </w:t>
      </w:r>
      <w:proofErr w:type="spellStart"/>
      <w:r w:rsidRPr="00E0714C">
        <w:rPr>
          <w:rFonts w:cs="Arial"/>
          <w:sz w:val="20"/>
          <w:szCs w:val="20"/>
        </w:rPr>
        <w:t>suscripción</w:t>
      </w:r>
      <w:proofErr w:type="spellEnd"/>
      <w:r w:rsidRPr="00E0714C">
        <w:rPr>
          <w:rFonts w:cs="Arial"/>
          <w:sz w:val="20"/>
          <w:szCs w:val="20"/>
        </w:rPr>
        <w:t xml:space="preserve"> del Acta de </w:t>
      </w:r>
      <w:proofErr w:type="spellStart"/>
      <w:r w:rsidRPr="00E0714C">
        <w:rPr>
          <w:rFonts w:cs="Arial"/>
          <w:sz w:val="20"/>
          <w:szCs w:val="20"/>
        </w:rPr>
        <w:t>Inicio</w:t>
      </w:r>
      <w:proofErr w:type="spellEnd"/>
      <w:r w:rsidRPr="00E0714C">
        <w:rPr>
          <w:rFonts w:cs="Arial"/>
          <w:sz w:val="20"/>
          <w:szCs w:val="20"/>
        </w:rPr>
        <w:t xml:space="preserve"> </w:t>
      </w:r>
      <w:proofErr w:type="spellStart"/>
      <w:r w:rsidRPr="00E0714C">
        <w:rPr>
          <w:rFonts w:cs="Arial"/>
          <w:sz w:val="20"/>
          <w:szCs w:val="20"/>
        </w:rPr>
        <w:t>una</w:t>
      </w:r>
      <w:proofErr w:type="spellEnd"/>
      <w:r w:rsidRPr="00E0714C">
        <w:rPr>
          <w:rFonts w:cs="Arial"/>
          <w:sz w:val="20"/>
          <w:szCs w:val="20"/>
        </w:rPr>
        <w:t xml:space="preserve"> </w:t>
      </w:r>
      <w:proofErr w:type="spellStart"/>
      <w:r w:rsidRPr="00E0714C">
        <w:rPr>
          <w:rFonts w:cs="Arial"/>
          <w:sz w:val="20"/>
          <w:szCs w:val="20"/>
        </w:rPr>
        <w:t>vez</w:t>
      </w:r>
      <w:proofErr w:type="spellEnd"/>
      <w:r w:rsidRPr="00E0714C">
        <w:rPr>
          <w:rFonts w:cs="Arial"/>
          <w:sz w:val="20"/>
          <w:szCs w:val="20"/>
        </w:rPr>
        <w:t xml:space="preserve"> se </w:t>
      </w:r>
      <w:proofErr w:type="spellStart"/>
      <w:r w:rsidRPr="00E0714C">
        <w:rPr>
          <w:rFonts w:cs="Arial"/>
          <w:sz w:val="20"/>
          <w:szCs w:val="20"/>
        </w:rPr>
        <w:t>encuentren</w:t>
      </w:r>
      <w:proofErr w:type="spellEnd"/>
      <w:r w:rsidRPr="00E0714C">
        <w:rPr>
          <w:rFonts w:cs="Arial"/>
          <w:sz w:val="20"/>
          <w:szCs w:val="20"/>
        </w:rPr>
        <w:t xml:space="preserve"> </w:t>
      </w:r>
      <w:proofErr w:type="spellStart"/>
      <w:r w:rsidRPr="00E0714C">
        <w:rPr>
          <w:rFonts w:cs="Arial"/>
          <w:sz w:val="20"/>
          <w:szCs w:val="20"/>
        </w:rPr>
        <w:t>satisfechos</w:t>
      </w:r>
      <w:proofErr w:type="spellEnd"/>
      <w:r w:rsidRPr="00E0714C">
        <w:rPr>
          <w:rFonts w:cs="Arial"/>
          <w:sz w:val="20"/>
          <w:szCs w:val="20"/>
        </w:rPr>
        <w:t xml:space="preserve"> </w:t>
      </w:r>
      <w:proofErr w:type="spellStart"/>
      <w:r w:rsidRPr="00E0714C">
        <w:rPr>
          <w:rFonts w:cs="Arial"/>
          <w:sz w:val="20"/>
          <w:szCs w:val="20"/>
        </w:rPr>
        <w:t>los</w:t>
      </w:r>
      <w:proofErr w:type="spellEnd"/>
      <w:r w:rsidRPr="00E0714C">
        <w:rPr>
          <w:rFonts w:cs="Arial"/>
          <w:sz w:val="20"/>
          <w:szCs w:val="20"/>
        </w:rPr>
        <w:t xml:space="preserve"> </w:t>
      </w:r>
      <w:proofErr w:type="spellStart"/>
      <w:r w:rsidRPr="00E0714C">
        <w:rPr>
          <w:rFonts w:cs="Arial"/>
          <w:sz w:val="20"/>
          <w:szCs w:val="20"/>
        </w:rPr>
        <w:t>demás</w:t>
      </w:r>
      <w:proofErr w:type="spellEnd"/>
      <w:r w:rsidRPr="00E0714C">
        <w:rPr>
          <w:rFonts w:cs="Arial"/>
          <w:sz w:val="20"/>
          <w:szCs w:val="20"/>
        </w:rPr>
        <w:t xml:space="preserve"> </w:t>
      </w:r>
      <w:proofErr w:type="spellStart"/>
      <w:r w:rsidRPr="00E0714C">
        <w:rPr>
          <w:rFonts w:cs="Arial"/>
          <w:sz w:val="20"/>
          <w:szCs w:val="20"/>
        </w:rPr>
        <w:t>requisitos</w:t>
      </w:r>
      <w:proofErr w:type="spellEnd"/>
      <w:r w:rsidRPr="00E0714C">
        <w:rPr>
          <w:rFonts w:cs="Arial"/>
          <w:sz w:val="20"/>
          <w:szCs w:val="20"/>
        </w:rPr>
        <w:t xml:space="preserve"> </w:t>
      </w:r>
      <w:proofErr w:type="spellStart"/>
      <w:r w:rsidRPr="00E0714C">
        <w:rPr>
          <w:rFonts w:cs="Arial"/>
          <w:sz w:val="20"/>
          <w:szCs w:val="20"/>
        </w:rPr>
        <w:t>previstos</w:t>
      </w:r>
      <w:proofErr w:type="spellEnd"/>
      <w:r w:rsidRPr="00E0714C">
        <w:rPr>
          <w:rFonts w:cs="Arial"/>
          <w:sz w:val="20"/>
          <w:szCs w:val="20"/>
        </w:rPr>
        <w:t xml:space="preserve"> </w:t>
      </w:r>
      <w:proofErr w:type="spellStart"/>
      <w:r w:rsidRPr="00E0714C">
        <w:rPr>
          <w:rFonts w:cs="Arial"/>
          <w:sz w:val="20"/>
          <w:szCs w:val="20"/>
        </w:rPr>
        <w:t>en</w:t>
      </w:r>
      <w:proofErr w:type="spellEnd"/>
      <w:r w:rsidRPr="00E0714C">
        <w:rPr>
          <w:rFonts w:cs="Arial"/>
          <w:sz w:val="20"/>
          <w:szCs w:val="20"/>
        </w:rPr>
        <w:t xml:space="preserve"> </w:t>
      </w:r>
      <w:proofErr w:type="spellStart"/>
      <w:r w:rsidRPr="00E0714C">
        <w:rPr>
          <w:rFonts w:cs="Arial"/>
          <w:sz w:val="20"/>
          <w:szCs w:val="20"/>
        </w:rPr>
        <w:t>los</w:t>
      </w:r>
      <w:proofErr w:type="spellEnd"/>
      <w:r w:rsidRPr="00E0714C">
        <w:rPr>
          <w:rFonts w:cs="Arial"/>
          <w:sz w:val="20"/>
          <w:szCs w:val="20"/>
        </w:rPr>
        <w:t xml:space="preserve"> </w:t>
      </w:r>
      <w:proofErr w:type="spellStart"/>
      <w:r w:rsidRPr="00E0714C">
        <w:rPr>
          <w:rFonts w:cs="Arial"/>
          <w:sz w:val="20"/>
          <w:szCs w:val="20"/>
        </w:rPr>
        <w:t>Documentos</w:t>
      </w:r>
      <w:proofErr w:type="spellEnd"/>
      <w:r w:rsidRPr="00E0714C">
        <w:rPr>
          <w:rFonts w:cs="Arial"/>
          <w:sz w:val="20"/>
          <w:szCs w:val="20"/>
        </w:rPr>
        <w:t xml:space="preserve"> del </w:t>
      </w:r>
      <w:proofErr w:type="spellStart"/>
      <w:r w:rsidRPr="00E0714C">
        <w:rPr>
          <w:rFonts w:cs="Arial"/>
          <w:sz w:val="20"/>
          <w:szCs w:val="20"/>
        </w:rPr>
        <w:t>Proceso</w:t>
      </w:r>
      <w:proofErr w:type="spellEnd"/>
      <w:r w:rsidRPr="00E0714C">
        <w:rPr>
          <w:rFonts w:cs="Arial"/>
          <w:sz w:val="20"/>
          <w:szCs w:val="20"/>
        </w:rPr>
        <w:t>.</w:t>
      </w:r>
    </w:p>
    <w:p w14:paraId="511C7654" w14:textId="256D08AA" w:rsidR="00932B34" w:rsidRPr="00E0714C" w:rsidRDefault="0020184D">
      <w:pPr>
        <w:keepNext/>
        <w:spacing w:before="140" w:after="80" w:line="252" w:lineRule="auto"/>
        <w:rPr>
          <w:rFonts w:cs="Arial"/>
          <w:sz w:val="20"/>
          <w:szCs w:val="20"/>
        </w:rPr>
      </w:pPr>
      <w:r w:rsidRPr="00E0714C">
        <w:rPr>
          <w:rFonts w:cs="Arial"/>
          <w:b/>
          <w:sz w:val="20"/>
          <w:szCs w:val="20"/>
        </w:rPr>
        <w:t>CLÁUSULA 2</w:t>
      </w:r>
      <w:r w:rsidR="005650CA">
        <w:rPr>
          <w:rFonts w:cs="Arial"/>
          <w:b/>
          <w:sz w:val="20"/>
          <w:szCs w:val="20"/>
        </w:rPr>
        <w:t>7</w:t>
      </w:r>
      <w:r w:rsidRPr="00E0714C">
        <w:rPr>
          <w:rFonts w:cs="Arial"/>
          <w:b/>
          <w:sz w:val="20"/>
          <w:szCs w:val="20"/>
        </w:rPr>
        <w:t>. LUGAR DE EJECUCIÓN Y DOMICILIO CONTRACTUAL</w:t>
      </w:r>
    </w:p>
    <w:p w14:paraId="4BF44FA1" w14:textId="77777777" w:rsidR="00932B34" w:rsidRPr="00E0714C" w:rsidRDefault="0020184D">
      <w:pPr>
        <w:spacing w:after="80" w:line="252" w:lineRule="auto"/>
        <w:jc w:val="both"/>
        <w:rPr>
          <w:rFonts w:cs="Arial"/>
          <w:sz w:val="20"/>
          <w:szCs w:val="20"/>
        </w:rPr>
      </w:pPr>
      <w:r w:rsidRPr="00E0714C">
        <w:rPr>
          <w:rFonts w:cs="Arial"/>
          <w:sz w:val="20"/>
          <w:szCs w:val="20"/>
        </w:rPr>
        <w:t xml:space="preserve">Las </w:t>
      </w:r>
      <w:proofErr w:type="spellStart"/>
      <w:r w:rsidRPr="00E0714C">
        <w:rPr>
          <w:rFonts w:cs="Arial"/>
          <w:sz w:val="20"/>
          <w:szCs w:val="20"/>
        </w:rPr>
        <w:t>actividades</w:t>
      </w:r>
      <w:proofErr w:type="spellEnd"/>
      <w:r w:rsidRPr="00E0714C">
        <w:rPr>
          <w:rFonts w:cs="Arial"/>
          <w:sz w:val="20"/>
          <w:szCs w:val="20"/>
        </w:rPr>
        <w:t xml:space="preserve"> se </w:t>
      </w:r>
      <w:proofErr w:type="spellStart"/>
      <w:r w:rsidRPr="00E0714C">
        <w:rPr>
          <w:rFonts w:cs="Arial"/>
          <w:sz w:val="20"/>
          <w:szCs w:val="20"/>
        </w:rPr>
        <w:t>ejecutarán</w:t>
      </w:r>
      <w:proofErr w:type="spellEnd"/>
      <w:r w:rsidRPr="00E0714C">
        <w:rPr>
          <w:rFonts w:cs="Arial"/>
          <w:sz w:val="20"/>
          <w:szCs w:val="20"/>
        </w:rPr>
        <w:t xml:space="preserve"> </w:t>
      </w:r>
      <w:proofErr w:type="spellStart"/>
      <w:r w:rsidRPr="00E0714C">
        <w:rPr>
          <w:rFonts w:cs="Arial"/>
          <w:sz w:val="20"/>
          <w:szCs w:val="20"/>
        </w:rPr>
        <w:t>en</w:t>
      </w:r>
      <w:proofErr w:type="spellEnd"/>
      <w:r w:rsidRPr="00E0714C">
        <w:rPr>
          <w:rFonts w:cs="Arial"/>
          <w:sz w:val="20"/>
          <w:szCs w:val="20"/>
        </w:rPr>
        <w:t xml:space="preserve"> </w:t>
      </w:r>
      <w:proofErr w:type="spellStart"/>
      <w:r w:rsidRPr="00E0714C">
        <w:rPr>
          <w:rFonts w:cs="Arial"/>
          <w:sz w:val="20"/>
          <w:szCs w:val="20"/>
        </w:rPr>
        <w:t>los</w:t>
      </w:r>
      <w:proofErr w:type="spellEnd"/>
      <w:r w:rsidRPr="00E0714C">
        <w:rPr>
          <w:rFonts w:cs="Arial"/>
          <w:sz w:val="20"/>
          <w:szCs w:val="20"/>
        </w:rPr>
        <w:t xml:space="preserve"> </w:t>
      </w:r>
      <w:proofErr w:type="spellStart"/>
      <w:r w:rsidRPr="00E0714C">
        <w:rPr>
          <w:rFonts w:cs="Arial"/>
          <w:sz w:val="20"/>
          <w:szCs w:val="20"/>
        </w:rPr>
        <w:t>siguientes</w:t>
      </w:r>
      <w:proofErr w:type="spellEnd"/>
      <w:r w:rsidRPr="00E0714C">
        <w:rPr>
          <w:rFonts w:cs="Arial"/>
          <w:sz w:val="20"/>
          <w:szCs w:val="20"/>
        </w:rPr>
        <w:t xml:space="preserve"> </w:t>
      </w:r>
      <w:proofErr w:type="spellStart"/>
      <w:r w:rsidRPr="00E0714C">
        <w:rPr>
          <w:rFonts w:cs="Arial"/>
          <w:sz w:val="20"/>
          <w:szCs w:val="20"/>
        </w:rPr>
        <w:t>inmuebles</w:t>
      </w:r>
      <w:proofErr w:type="spellEnd"/>
      <w:r w:rsidRPr="00E0714C">
        <w:rPr>
          <w:rFonts w:cs="Arial"/>
          <w:sz w:val="20"/>
          <w:szCs w:val="20"/>
        </w:rPr>
        <w:t xml:space="preserve"> del municipio de Palmira, Valle del Cauca:</w:t>
      </w:r>
    </w:p>
    <w:tbl>
      <w:tblPr>
        <w:tblStyle w:val="Tablaconcuadrcula"/>
        <w:tblW w:w="0" w:type="auto"/>
        <w:jc w:val="center"/>
        <w:tblLook w:val="04A0" w:firstRow="1" w:lastRow="0" w:firstColumn="1" w:lastColumn="0" w:noHBand="0" w:noVBand="1"/>
      </w:tblPr>
      <w:tblGrid>
        <w:gridCol w:w="4963"/>
        <w:gridCol w:w="4963"/>
      </w:tblGrid>
      <w:tr w:rsidR="00932B34" w:rsidRPr="00E0714C" w14:paraId="403C2EFA" w14:textId="77777777" w:rsidTr="00C36B4D">
        <w:trPr>
          <w:jc w:val="center"/>
        </w:trPr>
        <w:tc>
          <w:tcPr>
            <w:tcW w:w="4963" w:type="dxa"/>
            <w:shd w:val="clear" w:color="auto" w:fill="D9EAF7"/>
          </w:tcPr>
          <w:p w14:paraId="769FA887" w14:textId="77777777" w:rsidR="00932B34" w:rsidRPr="00E0714C" w:rsidRDefault="0020184D">
            <w:pPr>
              <w:rPr>
                <w:rFonts w:cs="Arial"/>
                <w:sz w:val="20"/>
                <w:szCs w:val="20"/>
              </w:rPr>
            </w:pPr>
            <w:proofErr w:type="spellStart"/>
            <w:r w:rsidRPr="00E0714C">
              <w:rPr>
                <w:rFonts w:cs="Arial"/>
                <w:b/>
                <w:sz w:val="20"/>
                <w:szCs w:val="20"/>
              </w:rPr>
              <w:t>Sede</w:t>
            </w:r>
            <w:proofErr w:type="spellEnd"/>
          </w:p>
        </w:tc>
        <w:tc>
          <w:tcPr>
            <w:tcW w:w="4963" w:type="dxa"/>
            <w:shd w:val="clear" w:color="auto" w:fill="D9EAF7"/>
          </w:tcPr>
          <w:p w14:paraId="66114976" w14:textId="77777777" w:rsidR="00932B34" w:rsidRPr="00E0714C" w:rsidRDefault="0020184D">
            <w:pPr>
              <w:rPr>
                <w:rFonts w:cs="Arial"/>
                <w:sz w:val="20"/>
                <w:szCs w:val="20"/>
              </w:rPr>
            </w:pPr>
            <w:proofErr w:type="spellStart"/>
            <w:r w:rsidRPr="00E0714C">
              <w:rPr>
                <w:rFonts w:cs="Arial"/>
                <w:b/>
                <w:sz w:val="20"/>
                <w:szCs w:val="20"/>
              </w:rPr>
              <w:t>Dirección</w:t>
            </w:r>
            <w:proofErr w:type="spellEnd"/>
          </w:p>
        </w:tc>
      </w:tr>
      <w:tr w:rsidR="00932B34" w:rsidRPr="00E0714C" w14:paraId="0299022B" w14:textId="77777777" w:rsidTr="00C36B4D">
        <w:trPr>
          <w:jc w:val="center"/>
        </w:trPr>
        <w:tc>
          <w:tcPr>
            <w:tcW w:w="4963" w:type="dxa"/>
            <w:tcMar>
              <w:top w:w="80" w:type="dxa"/>
              <w:left w:w="90" w:type="dxa"/>
              <w:bottom w:w="80" w:type="dxa"/>
              <w:right w:w="90" w:type="dxa"/>
            </w:tcMar>
            <w:vAlign w:val="center"/>
          </w:tcPr>
          <w:p w14:paraId="5FE2F101" w14:textId="77777777" w:rsidR="00932B34" w:rsidRPr="00E0714C" w:rsidRDefault="0020184D">
            <w:pPr>
              <w:rPr>
                <w:rFonts w:cs="Arial"/>
                <w:sz w:val="20"/>
                <w:szCs w:val="20"/>
              </w:rPr>
            </w:pPr>
            <w:r w:rsidRPr="00E0714C">
              <w:rPr>
                <w:rFonts w:cs="Arial"/>
                <w:sz w:val="20"/>
                <w:szCs w:val="20"/>
              </w:rPr>
              <w:t>Palacio de Justicia “Simón David Carrejo Bejarano”</w:t>
            </w:r>
          </w:p>
        </w:tc>
        <w:tc>
          <w:tcPr>
            <w:tcW w:w="4963" w:type="dxa"/>
            <w:tcMar>
              <w:top w:w="80" w:type="dxa"/>
              <w:left w:w="90" w:type="dxa"/>
              <w:bottom w:w="80" w:type="dxa"/>
              <w:right w:w="90" w:type="dxa"/>
            </w:tcMar>
            <w:vAlign w:val="center"/>
          </w:tcPr>
          <w:p w14:paraId="20449872" w14:textId="77777777" w:rsidR="00932B34" w:rsidRPr="00E0714C" w:rsidRDefault="0020184D">
            <w:pPr>
              <w:rPr>
                <w:rFonts w:cs="Arial"/>
                <w:sz w:val="20"/>
                <w:szCs w:val="20"/>
              </w:rPr>
            </w:pPr>
            <w:r w:rsidRPr="00E0714C">
              <w:rPr>
                <w:rFonts w:cs="Arial"/>
                <w:sz w:val="20"/>
                <w:szCs w:val="20"/>
              </w:rPr>
              <w:t>Carrera 23 No. 29-09, Palmira</w:t>
            </w:r>
          </w:p>
        </w:tc>
      </w:tr>
    </w:tbl>
    <w:p w14:paraId="313A8A69" w14:textId="62F218D4" w:rsidR="00932B34" w:rsidRDefault="0020184D">
      <w:pPr>
        <w:spacing w:after="80" w:line="252" w:lineRule="auto"/>
        <w:jc w:val="both"/>
        <w:rPr>
          <w:rFonts w:cs="Arial"/>
          <w:sz w:val="20"/>
          <w:szCs w:val="20"/>
        </w:rPr>
      </w:pPr>
      <w:r w:rsidRPr="00E0714C">
        <w:rPr>
          <w:rFonts w:cs="Arial"/>
          <w:sz w:val="20"/>
          <w:szCs w:val="20"/>
        </w:rPr>
        <w:t xml:space="preserve">El </w:t>
      </w:r>
      <w:proofErr w:type="spellStart"/>
      <w:r w:rsidRPr="00E0714C">
        <w:rPr>
          <w:rFonts w:cs="Arial"/>
          <w:sz w:val="20"/>
          <w:szCs w:val="20"/>
        </w:rPr>
        <w:t>domicilio</w:t>
      </w:r>
      <w:proofErr w:type="spellEnd"/>
      <w:r w:rsidRPr="00E0714C">
        <w:rPr>
          <w:rFonts w:cs="Arial"/>
          <w:sz w:val="20"/>
          <w:szCs w:val="20"/>
        </w:rPr>
        <w:t xml:space="preserve"> contractual </w:t>
      </w:r>
      <w:proofErr w:type="spellStart"/>
      <w:r w:rsidRPr="00E0714C">
        <w:rPr>
          <w:rFonts w:cs="Arial"/>
          <w:sz w:val="20"/>
          <w:szCs w:val="20"/>
        </w:rPr>
        <w:t>será</w:t>
      </w:r>
      <w:proofErr w:type="spellEnd"/>
      <w:r w:rsidRPr="00E0714C">
        <w:rPr>
          <w:rFonts w:cs="Arial"/>
          <w:sz w:val="20"/>
          <w:szCs w:val="20"/>
        </w:rPr>
        <w:t xml:space="preserve"> Santiago de Cali, Valle del Cauca.</w:t>
      </w:r>
    </w:p>
    <w:p w14:paraId="54418F94" w14:textId="6D71C0AC" w:rsidR="005650CA" w:rsidRDefault="005650CA">
      <w:pPr>
        <w:spacing w:after="80" w:line="252" w:lineRule="auto"/>
        <w:jc w:val="both"/>
        <w:rPr>
          <w:rFonts w:cs="Arial"/>
          <w:sz w:val="20"/>
          <w:szCs w:val="20"/>
        </w:rPr>
      </w:pPr>
    </w:p>
    <w:p w14:paraId="5DE856C7" w14:textId="5C09C652" w:rsidR="006E6C48" w:rsidRDefault="006E6C48">
      <w:pPr>
        <w:spacing w:after="80" w:line="252" w:lineRule="auto"/>
        <w:jc w:val="both"/>
        <w:rPr>
          <w:rFonts w:cs="Arial"/>
          <w:b/>
          <w:bCs/>
          <w:sz w:val="20"/>
          <w:szCs w:val="20"/>
        </w:rPr>
      </w:pPr>
      <w:r>
        <w:rPr>
          <w:rFonts w:cs="Arial"/>
          <w:b/>
          <w:bCs/>
          <w:sz w:val="20"/>
          <w:szCs w:val="20"/>
        </w:rPr>
        <w:t>CLÁUSULA 28. SUPERVISION DEL CONTRATO.</w:t>
      </w:r>
    </w:p>
    <w:p w14:paraId="693372E3" w14:textId="77777777" w:rsidR="006E6C48" w:rsidRPr="006E6C48" w:rsidRDefault="006E6C48" w:rsidP="006E6C48">
      <w:pPr>
        <w:suppressAutoHyphens/>
        <w:spacing w:after="0" w:line="240" w:lineRule="auto"/>
        <w:jc w:val="both"/>
        <w:rPr>
          <w:rFonts w:eastAsia="Times New Roman" w:cs="Arial"/>
          <w:sz w:val="20"/>
          <w:szCs w:val="20"/>
          <w:lang w:val="es-CO" w:eastAsia="es-CO"/>
        </w:rPr>
      </w:pPr>
      <w:r w:rsidRPr="006E6C48">
        <w:rPr>
          <w:rFonts w:eastAsia="Times New Roman" w:cs="Arial"/>
          <w:sz w:val="20"/>
          <w:szCs w:val="20"/>
          <w:lang w:val="es-CO" w:eastAsia="es-CO"/>
        </w:rPr>
        <w:t>La supervisión del contrato estará a cargo del Coordinadora del Área Administrativa de la Dirección Seccional de Administración Judicial de Cali – Valle del Cauca.</w:t>
      </w:r>
    </w:p>
    <w:p w14:paraId="75CB5A5C" w14:textId="77777777" w:rsidR="006E6C48" w:rsidRPr="006E6C48" w:rsidRDefault="006E6C48" w:rsidP="006E6C48">
      <w:pPr>
        <w:suppressAutoHyphens/>
        <w:spacing w:after="0" w:line="240" w:lineRule="auto"/>
        <w:jc w:val="both"/>
        <w:rPr>
          <w:rFonts w:eastAsia="Times New Roman" w:cs="Arial"/>
          <w:sz w:val="20"/>
          <w:szCs w:val="20"/>
          <w:lang w:val="es-CO" w:eastAsia="es-CO"/>
        </w:rPr>
      </w:pPr>
    </w:p>
    <w:p w14:paraId="15566AD8" w14:textId="77777777" w:rsidR="006E6C48" w:rsidRPr="006E6C48" w:rsidRDefault="006E6C48" w:rsidP="006E6C48">
      <w:pPr>
        <w:suppressAutoHyphens/>
        <w:spacing w:after="0" w:line="240" w:lineRule="auto"/>
        <w:jc w:val="both"/>
        <w:rPr>
          <w:rFonts w:eastAsia="Times New Roman" w:cs="Arial"/>
          <w:sz w:val="20"/>
          <w:szCs w:val="20"/>
          <w:lang w:val="es-CO" w:eastAsia="es-CO"/>
        </w:rPr>
      </w:pPr>
      <w:r w:rsidRPr="006E6C48">
        <w:rPr>
          <w:rFonts w:eastAsia="Times New Roman" w:cs="Arial"/>
          <w:sz w:val="20"/>
          <w:szCs w:val="20"/>
          <w:lang w:val="es-CO" w:eastAsia="es-CO"/>
        </w:rPr>
        <w:t xml:space="preserve">En todo caso, la supervisión estará acompañada por el apoyo técnico y/o administrativo que para los efectos determine la Dirección Seccional. </w:t>
      </w:r>
    </w:p>
    <w:p w14:paraId="2F4D97D8" w14:textId="77777777" w:rsidR="006E6C48" w:rsidRPr="006E6C48" w:rsidRDefault="006E6C48" w:rsidP="006E6C48">
      <w:pPr>
        <w:suppressAutoHyphens/>
        <w:spacing w:after="0" w:line="240" w:lineRule="auto"/>
        <w:jc w:val="both"/>
        <w:rPr>
          <w:rFonts w:eastAsia="Times New Roman" w:cs="Arial"/>
          <w:sz w:val="20"/>
          <w:szCs w:val="20"/>
          <w:lang w:val="es-CO" w:eastAsia="es-CO"/>
        </w:rPr>
      </w:pPr>
    </w:p>
    <w:p w14:paraId="4EC6F5DC" w14:textId="77777777" w:rsidR="006E6C48" w:rsidRPr="006E6C48" w:rsidRDefault="006E6C48" w:rsidP="006E6C48">
      <w:pPr>
        <w:suppressAutoHyphens/>
        <w:spacing w:after="0" w:line="240" w:lineRule="auto"/>
        <w:jc w:val="both"/>
        <w:rPr>
          <w:rFonts w:eastAsia="Times New Roman" w:cs="Arial"/>
          <w:sz w:val="20"/>
          <w:szCs w:val="20"/>
          <w:lang w:val="es-CO" w:eastAsia="es-CO"/>
        </w:rPr>
      </w:pPr>
      <w:r w:rsidRPr="006E6C48">
        <w:rPr>
          <w:rFonts w:eastAsia="Times New Roman" w:cs="Arial"/>
          <w:sz w:val="20"/>
          <w:szCs w:val="20"/>
          <w:lang w:val="es-CO" w:eastAsia="es-CO"/>
        </w:rPr>
        <w:t xml:space="preserve">El </w:t>
      </w:r>
      <w:proofErr w:type="gramStart"/>
      <w:r w:rsidRPr="006E6C48">
        <w:rPr>
          <w:rFonts w:eastAsia="Times New Roman" w:cs="Arial"/>
          <w:sz w:val="20"/>
          <w:szCs w:val="20"/>
          <w:lang w:val="es-CO" w:eastAsia="es-CO"/>
        </w:rPr>
        <w:t>Director</w:t>
      </w:r>
      <w:proofErr w:type="gramEnd"/>
      <w:r w:rsidRPr="006E6C48">
        <w:rPr>
          <w:rFonts w:eastAsia="Times New Roman" w:cs="Arial"/>
          <w:sz w:val="20"/>
          <w:szCs w:val="20"/>
          <w:lang w:val="es-CO" w:eastAsia="es-CO"/>
        </w:rPr>
        <w:t xml:space="preserve"> podrá reasumir en cualquier momento la Supervisión del contrato. </w:t>
      </w:r>
    </w:p>
    <w:p w14:paraId="41D2E232" w14:textId="77777777" w:rsidR="006E6C48" w:rsidRPr="006E6C48" w:rsidRDefault="006E6C48" w:rsidP="006E6C48">
      <w:pPr>
        <w:suppressAutoHyphens/>
        <w:spacing w:after="0" w:line="240" w:lineRule="auto"/>
        <w:jc w:val="both"/>
        <w:rPr>
          <w:rFonts w:eastAsia="Times New Roman" w:cs="Arial"/>
          <w:sz w:val="20"/>
          <w:szCs w:val="20"/>
          <w:lang w:val="es-CO" w:eastAsia="es-CO"/>
        </w:rPr>
      </w:pPr>
    </w:p>
    <w:p w14:paraId="668EF9EA" w14:textId="523C79DF" w:rsidR="006E6C48" w:rsidRDefault="006E6C48" w:rsidP="006E6C48">
      <w:pPr>
        <w:spacing w:after="80" w:line="252" w:lineRule="auto"/>
        <w:jc w:val="both"/>
        <w:rPr>
          <w:rFonts w:cs="Arial"/>
          <w:b/>
          <w:bCs/>
          <w:sz w:val="20"/>
          <w:szCs w:val="20"/>
        </w:rPr>
      </w:pPr>
      <w:r w:rsidRPr="006E6C48">
        <w:rPr>
          <w:rFonts w:eastAsia="Times New Roman" w:cs="Arial"/>
          <w:sz w:val="20"/>
          <w:szCs w:val="20"/>
          <w:lang w:val="es-CO" w:eastAsia="es-CO"/>
        </w:rPr>
        <w:t>El Supervisor no podrá modificar las condiciones del contrato suscrito y cualquier modificación, adición o prórroga deberán ser autorizadas expresamente por el ordenador del gasto.</w:t>
      </w:r>
    </w:p>
    <w:p w14:paraId="73B855E1" w14:textId="77777777" w:rsidR="006E6C48" w:rsidRDefault="006E6C48">
      <w:pPr>
        <w:spacing w:after="80" w:line="252" w:lineRule="auto"/>
        <w:jc w:val="both"/>
        <w:rPr>
          <w:rFonts w:cs="Arial"/>
          <w:b/>
          <w:bCs/>
          <w:sz w:val="20"/>
          <w:szCs w:val="20"/>
        </w:rPr>
      </w:pPr>
    </w:p>
    <w:p w14:paraId="52375BEA" w14:textId="1FB679B5" w:rsidR="006E6C48" w:rsidRDefault="006E6C48">
      <w:pPr>
        <w:spacing w:after="80" w:line="252" w:lineRule="auto"/>
        <w:jc w:val="both"/>
        <w:rPr>
          <w:rFonts w:cs="Arial"/>
          <w:b/>
          <w:bCs/>
          <w:sz w:val="20"/>
          <w:szCs w:val="20"/>
        </w:rPr>
      </w:pPr>
      <w:r>
        <w:rPr>
          <w:rFonts w:cs="Arial"/>
          <w:b/>
          <w:bCs/>
          <w:sz w:val="20"/>
          <w:szCs w:val="20"/>
        </w:rPr>
        <w:t>CLÁUSULA 29. NECESIDAD DE INTERVENTORIA.</w:t>
      </w:r>
    </w:p>
    <w:p w14:paraId="7247CBBC" w14:textId="77777777" w:rsidR="006E6C48" w:rsidRPr="006E6C48" w:rsidRDefault="006E6C48" w:rsidP="006E6C48">
      <w:pPr>
        <w:suppressAutoHyphens/>
        <w:spacing w:after="0" w:line="240" w:lineRule="auto"/>
        <w:jc w:val="both"/>
        <w:rPr>
          <w:rFonts w:eastAsia="Times New Roman" w:cs="Arial"/>
          <w:sz w:val="20"/>
          <w:szCs w:val="20"/>
          <w:lang w:val="es-CO" w:eastAsia="ar-SA"/>
        </w:rPr>
      </w:pPr>
      <w:r w:rsidRPr="006E6C48">
        <w:rPr>
          <w:rFonts w:eastAsia="Times New Roman" w:cs="Arial"/>
          <w:sz w:val="20"/>
          <w:szCs w:val="20"/>
          <w:lang w:val="es-CO" w:eastAsia="ar-SA"/>
        </w:rPr>
        <w:t xml:space="preserve">De acuerdo con lo estipulado en el inciso 2 del numeral 1 del Artículo 32 de la Ley 80 de 1993, “(…) en los contratos de obra que hayan sido celebrados como resultado de un proceso de licitación o concurso públicos, la Interventoría deberá ser contratada con una persona independiente de la entidad contratante y del Contratista (…)”. </w:t>
      </w:r>
    </w:p>
    <w:p w14:paraId="475FF038" w14:textId="77777777" w:rsidR="006E6C48" w:rsidRPr="006E6C48" w:rsidRDefault="006E6C48" w:rsidP="006E6C48">
      <w:pPr>
        <w:suppressAutoHyphens/>
        <w:spacing w:after="0" w:line="240" w:lineRule="auto"/>
        <w:jc w:val="both"/>
        <w:rPr>
          <w:rFonts w:eastAsia="Times New Roman" w:cs="Arial"/>
          <w:sz w:val="20"/>
          <w:szCs w:val="20"/>
          <w:lang w:val="es-CO" w:eastAsia="ar-SA"/>
        </w:rPr>
      </w:pPr>
    </w:p>
    <w:p w14:paraId="468F772D" w14:textId="77777777" w:rsidR="006E6C48" w:rsidRPr="006E6C48" w:rsidRDefault="006E6C48" w:rsidP="006E6C48">
      <w:pPr>
        <w:suppressAutoHyphens/>
        <w:spacing w:after="0" w:line="240" w:lineRule="auto"/>
        <w:jc w:val="both"/>
        <w:rPr>
          <w:rFonts w:eastAsia="Times New Roman" w:cs="Arial"/>
          <w:sz w:val="20"/>
          <w:szCs w:val="20"/>
          <w:lang w:val="es-CO" w:eastAsia="ar-SA"/>
        </w:rPr>
      </w:pPr>
      <w:r w:rsidRPr="006E6C48">
        <w:rPr>
          <w:rFonts w:eastAsia="Times New Roman" w:cs="Arial"/>
          <w:sz w:val="20"/>
          <w:szCs w:val="20"/>
          <w:lang w:val="es-CO" w:eastAsia="ar-SA"/>
        </w:rPr>
        <w:t xml:space="preserve">La contratación de la interventoría es indispensable para actuar como garante técnico, administrativo, financiero, contable y jurídico del proyecto, asegurando, entre otros aspectos los siguientes: </w:t>
      </w:r>
    </w:p>
    <w:p w14:paraId="08DBC33B" w14:textId="77777777" w:rsidR="006E6C48" w:rsidRPr="006E6C48" w:rsidRDefault="006E6C48" w:rsidP="006E6C48">
      <w:pPr>
        <w:numPr>
          <w:ilvl w:val="0"/>
          <w:numId w:val="16"/>
        </w:numPr>
        <w:suppressAutoHyphens/>
        <w:spacing w:after="0" w:line="240" w:lineRule="auto"/>
        <w:ind w:left="0" w:firstLine="0"/>
        <w:jc w:val="both"/>
        <w:rPr>
          <w:rFonts w:eastAsia="Times New Roman" w:cs="Arial"/>
          <w:sz w:val="20"/>
          <w:szCs w:val="20"/>
          <w:lang w:val="es-CO" w:eastAsia="ar-SA"/>
        </w:rPr>
      </w:pPr>
    </w:p>
    <w:p w14:paraId="71DD65A7" w14:textId="77777777" w:rsidR="006E6C48" w:rsidRPr="006E6C48" w:rsidRDefault="006E6C48" w:rsidP="006E6C48">
      <w:pPr>
        <w:numPr>
          <w:ilvl w:val="0"/>
          <w:numId w:val="25"/>
        </w:numPr>
        <w:suppressAutoHyphens/>
        <w:spacing w:after="0" w:line="240" w:lineRule="auto"/>
        <w:ind w:left="993" w:hanging="426"/>
        <w:contextualSpacing/>
        <w:jc w:val="both"/>
        <w:rPr>
          <w:rFonts w:eastAsia="Times New Roman" w:cs="Arial"/>
          <w:sz w:val="20"/>
          <w:szCs w:val="20"/>
          <w:lang w:val="es-CO" w:eastAsia="ar-SA"/>
        </w:rPr>
      </w:pPr>
      <w:r w:rsidRPr="006E6C48">
        <w:rPr>
          <w:rFonts w:eastAsia="Times New Roman" w:cs="Arial"/>
          <w:sz w:val="20"/>
          <w:szCs w:val="20"/>
          <w:lang w:val="es-CO" w:eastAsia="ar-SA"/>
        </w:rPr>
        <w:t>Verificar que las actividades ejecutadas y los materiales utilizados cumplan con las especificaciones técnicas, los diseños, las normas aplicables y las condiciones establecidas en los documentos contractuales, garantizando la calidad de las obras y minimizando la ocurrencia de fallas posteriores.</w:t>
      </w:r>
    </w:p>
    <w:p w14:paraId="5591B2D9" w14:textId="77777777" w:rsidR="006E6C48" w:rsidRPr="006E6C48" w:rsidRDefault="006E6C48" w:rsidP="006E6C48">
      <w:pPr>
        <w:numPr>
          <w:ilvl w:val="0"/>
          <w:numId w:val="25"/>
        </w:numPr>
        <w:suppressAutoHyphens/>
        <w:spacing w:after="0" w:line="240" w:lineRule="auto"/>
        <w:ind w:left="993" w:hanging="426"/>
        <w:contextualSpacing/>
        <w:jc w:val="both"/>
        <w:rPr>
          <w:rFonts w:eastAsia="Times New Roman" w:cs="Arial"/>
          <w:sz w:val="20"/>
          <w:szCs w:val="20"/>
          <w:lang w:val="es-CO" w:eastAsia="ar-SA"/>
        </w:rPr>
      </w:pPr>
      <w:r w:rsidRPr="006E6C48">
        <w:rPr>
          <w:rFonts w:eastAsia="Times New Roman" w:cs="Arial"/>
          <w:sz w:val="20"/>
          <w:szCs w:val="20"/>
          <w:lang w:val="es-CO" w:eastAsia="ar-SA"/>
        </w:rPr>
        <w:t>Ejercer control sobre la ejecución financiera del contrato, validando que las cantidades de obra ejecutadas correspondan efectivamente a los pagos solicitados por el contratista, salvaguardando los recursos públicos y previniendo pagos indebidos o sobrecostos.</w:t>
      </w:r>
    </w:p>
    <w:p w14:paraId="51872059" w14:textId="77777777" w:rsidR="006E6C48" w:rsidRPr="006E6C48" w:rsidRDefault="006E6C48" w:rsidP="006E6C48">
      <w:pPr>
        <w:numPr>
          <w:ilvl w:val="0"/>
          <w:numId w:val="25"/>
        </w:numPr>
        <w:suppressAutoHyphens/>
        <w:spacing w:after="0" w:line="240" w:lineRule="auto"/>
        <w:ind w:left="993" w:hanging="426"/>
        <w:contextualSpacing/>
        <w:jc w:val="both"/>
        <w:rPr>
          <w:rFonts w:eastAsia="Times New Roman" w:cs="Arial"/>
          <w:sz w:val="20"/>
          <w:szCs w:val="20"/>
          <w:lang w:val="es-CO" w:eastAsia="ar-SA"/>
        </w:rPr>
      </w:pPr>
      <w:r w:rsidRPr="006E6C48">
        <w:rPr>
          <w:rFonts w:eastAsia="Times New Roman" w:cs="Arial"/>
          <w:sz w:val="20"/>
          <w:szCs w:val="20"/>
          <w:lang w:val="es-CO" w:eastAsia="ar-SA"/>
        </w:rPr>
        <w:t>Realizar seguimiento permanente al cronograma de ejecución, así como al cumplimiento de las obligaciones laborales, de seguridad social, ambientales y demás exigencias legales y contractuales, contribuyendo a la mitigación de riesgos que puedan afectar la correcta ejecución del proyecto.</w:t>
      </w:r>
    </w:p>
    <w:p w14:paraId="47F0D74A" w14:textId="77777777" w:rsidR="006E6C48" w:rsidRPr="006E6C48" w:rsidRDefault="006E6C48" w:rsidP="006E6C48">
      <w:pPr>
        <w:suppressAutoHyphens/>
        <w:spacing w:after="0" w:line="240" w:lineRule="auto"/>
        <w:jc w:val="both"/>
        <w:rPr>
          <w:rFonts w:eastAsia="Times New Roman" w:cs="Arial"/>
          <w:sz w:val="20"/>
          <w:szCs w:val="20"/>
          <w:lang w:val="es-CO" w:eastAsia="ar-SA"/>
        </w:rPr>
      </w:pPr>
    </w:p>
    <w:p w14:paraId="7D800D5E" w14:textId="77777777" w:rsidR="006E6C48" w:rsidRPr="006E6C48" w:rsidRDefault="006E6C48" w:rsidP="006E6C48">
      <w:pPr>
        <w:suppressAutoHyphens/>
        <w:spacing w:after="0" w:line="240" w:lineRule="auto"/>
        <w:jc w:val="both"/>
        <w:rPr>
          <w:rFonts w:eastAsia="Times New Roman" w:cs="Arial"/>
          <w:sz w:val="20"/>
          <w:szCs w:val="20"/>
          <w:lang w:val="es-CO" w:eastAsia="ar-SA"/>
        </w:rPr>
      </w:pPr>
      <w:r w:rsidRPr="006E6C48">
        <w:rPr>
          <w:rFonts w:eastAsia="Times New Roman" w:cs="Arial"/>
          <w:sz w:val="20"/>
          <w:szCs w:val="20"/>
          <w:lang w:val="es-CO" w:eastAsia="ar-SA"/>
        </w:rPr>
        <w:t>En consecuencia, y con el propósito de garantizar el adecuado desarrollo, control y supervisión del contrato de obra, así como el cumplimiento de los fines estatales y las necesidades institucionales de la Nación – Consejo Superior de la Judicatura – Dirección Seccional de Administración Judicial de Cali, se adelantara  un proceso de selección bajo la modalidad de Concurso de Méritos, orientado a contratar la interventoría integral del proyecto, que comprende los componentes técnico, administrativo, financiero, contable, jurídico ambiental y de seguridad y salud en el trabajo (SST).</w:t>
      </w:r>
    </w:p>
    <w:p w14:paraId="348DC709" w14:textId="77777777" w:rsidR="006E6C48" w:rsidRPr="006E6C48" w:rsidRDefault="006E6C48" w:rsidP="006E6C48">
      <w:pPr>
        <w:suppressAutoHyphens/>
        <w:spacing w:after="0" w:line="240" w:lineRule="auto"/>
        <w:ind w:right="333"/>
        <w:jc w:val="both"/>
        <w:rPr>
          <w:rFonts w:eastAsia="Times New Roman" w:cs="Arial"/>
          <w:sz w:val="20"/>
          <w:szCs w:val="20"/>
          <w:lang w:val="es-CO" w:eastAsia="es-CO"/>
        </w:rPr>
      </w:pPr>
    </w:p>
    <w:p w14:paraId="4864DAFE" w14:textId="3E196FB9" w:rsidR="006E6C48" w:rsidRDefault="006E6C48" w:rsidP="006E6C48">
      <w:pPr>
        <w:spacing w:after="80" w:line="252" w:lineRule="auto"/>
        <w:jc w:val="both"/>
        <w:rPr>
          <w:rFonts w:cs="Arial"/>
          <w:b/>
          <w:bCs/>
          <w:sz w:val="20"/>
          <w:szCs w:val="20"/>
        </w:rPr>
      </w:pPr>
      <w:r w:rsidRPr="006E6C48">
        <w:rPr>
          <w:rFonts w:eastAsia="Times New Roman" w:cs="Arial"/>
          <w:sz w:val="20"/>
          <w:szCs w:val="20"/>
          <w:lang w:val="es-CO" w:eastAsia="es-CO"/>
        </w:rPr>
        <w:t xml:space="preserve">La interventoría se ejecutará de conformidad con la normatividad vigente aplicable a la materia, así como con las disposiciones contenidas en la Resolución No. </w:t>
      </w:r>
      <w:r w:rsidRPr="006E6C48">
        <w:rPr>
          <w:rFonts w:eastAsia="Times New Roman" w:cs="Arial"/>
          <w:sz w:val="20"/>
          <w:szCs w:val="20"/>
          <w:lang w:val="es-CO" w:eastAsia="ar-SA"/>
        </w:rPr>
        <w:t>6331 del 19 de mayo de 2026</w:t>
      </w:r>
      <w:r w:rsidRPr="006E6C48">
        <w:rPr>
          <w:rFonts w:eastAsia="Times New Roman" w:cs="Arial"/>
          <w:sz w:val="20"/>
          <w:szCs w:val="20"/>
          <w:lang w:val="es-CO" w:eastAsia="es-CO"/>
        </w:rPr>
        <w:t xml:space="preserve"> y 7050 del 31 de diciembre de 2019 y demás normas que las modifiquen, adicionen o sustituyan.</w:t>
      </w:r>
    </w:p>
    <w:p w14:paraId="2DDCA5ED" w14:textId="27337FCC" w:rsidR="00932B34" w:rsidRPr="00E0714C" w:rsidRDefault="0020184D">
      <w:pPr>
        <w:keepNext/>
        <w:spacing w:before="140" w:after="80" w:line="252" w:lineRule="auto"/>
        <w:rPr>
          <w:rFonts w:cs="Arial"/>
          <w:sz w:val="20"/>
          <w:szCs w:val="20"/>
        </w:rPr>
      </w:pPr>
      <w:r w:rsidRPr="00E0714C">
        <w:rPr>
          <w:rFonts w:cs="Arial"/>
          <w:b/>
          <w:sz w:val="20"/>
          <w:szCs w:val="20"/>
        </w:rPr>
        <w:lastRenderedPageBreak/>
        <w:t xml:space="preserve">CLÁUSULA </w:t>
      </w:r>
      <w:r w:rsidR="006E6C48">
        <w:rPr>
          <w:rFonts w:cs="Arial"/>
          <w:b/>
          <w:sz w:val="20"/>
          <w:szCs w:val="20"/>
        </w:rPr>
        <w:t>30</w:t>
      </w:r>
      <w:r w:rsidRPr="00E0714C">
        <w:rPr>
          <w:rFonts w:cs="Arial"/>
          <w:b/>
          <w:sz w:val="20"/>
          <w:szCs w:val="20"/>
        </w:rPr>
        <w:t>. DOCUMENTOS</w:t>
      </w:r>
    </w:p>
    <w:p w14:paraId="04D64F64" w14:textId="77777777" w:rsidR="00932B34" w:rsidRPr="00E0714C" w:rsidRDefault="0020184D">
      <w:pPr>
        <w:spacing w:after="40" w:line="252" w:lineRule="auto"/>
        <w:jc w:val="both"/>
        <w:rPr>
          <w:rFonts w:cs="Arial"/>
          <w:sz w:val="20"/>
          <w:szCs w:val="20"/>
        </w:rPr>
      </w:pPr>
      <w:r w:rsidRPr="00E0714C">
        <w:rPr>
          <w:rFonts w:cs="Arial"/>
          <w:b/>
          <w:sz w:val="20"/>
          <w:szCs w:val="20"/>
        </w:rPr>
        <w:t xml:space="preserve">1. </w:t>
      </w:r>
      <w:proofErr w:type="spellStart"/>
      <w:r w:rsidRPr="00E0714C">
        <w:rPr>
          <w:rFonts w:cs="Arial"/>
          <w:sz w:val="20"/>
          <w:szCs w:val="20"/>
        </w:rPr>
        <w:t>Estudios</w:t>
      </w:r>
      <w:proofErr w:type="spellEnd"/>
      <w:r w:rsidRPr="00E0714C">
        <w:rPr>
          <w:rFonts w:cs="Arial"/>
          <w:sz w:val="20"/>
          <w:szCs w:val="20"/>
        </w:rPr>
        <w:t xml:space="preserve"> y </w:t>
      </w:r>
      <w:proofErr w:type="spellStart"/>
      <w:r w:rsidRPr="00E0714C">
        <w:rPr>
          <w:rFonts w:cs="Arial"/>
          <w:sz w:val="20"/>
          <w:szCs w:val="20"/>
        </w:rPr>
        <w:t>documentos</w:t>
      </w:r>
      <w:proofErr w:type="spellEnd"/>
      <w:r w:rsidRPr="00E0714C">
        <w:rPr>
          <w:rFonts w:cs="Arial"/>
          <w:sz w:val="20"/>
          <w:szCs w:val="20"/>
        </w:rPr>
        <w:t xml:space="preserve"> </w:t>
      </w:r>
      <w:proofErr w:type="spellStart"/>
      <w:r w:rsidRPr="00E0714C">
        <w:rPr>
          <w:rFonts w:cs="Arial"/>
          <w:sz w:val="20"/>
          <w:szCs w:val="20"/>
        </w:rPr>
        <w:t>previos</w:t>
      </w:r>
      <w:proofErr w:type="spellEnd"/>
      <w:r w:rsidRPr="00E0714C">
        <w:rPr>
          <w:rFonts w:cs="Arial"/>
          <w:sz w:val="20"/>
          <w:szCs w:val="20"/>
        </w:rPr>
        <w:t xml:space="preserve">, </w:t>
      </w:r>
      <w:proofErr w:type="spellStart"/>
      <w:r w:rsidRPr="00E0714C">
        <w:rPr>
          <w:rFonts w:cs="Arial"/>
          <w:sz w:val="20"/>
          <w:szCs w:val="20"/>
        </w:rPr>
        <w:t>incluido</w:t>
      </w:r>
      <w:proofErr w:type="spellEnd"/>
      <w:r w:rsidRPr="00E0714C">
        <w:rPr>
          <w:rFonts w:cs="Arial"/>
          <w:sz w:val="20"/>
          <w:szCs w:val="20"/>
        </w:rPr>
        <w:t xml:space="preserve"> el </w:t>
      </w:r>
      <w:proofErr w:type="spellStart"/>
      <w:r w:rsidRPr="00E0714C">
        <w:rPr>
          <w:rFonts w:cs="Arial"/>
          <w:sz w:val="20"/>
          <w:szCs w:val="20"/>
        </w:rPr>
        <w:t>Estudio</w:t>
      </w:r>
      <w:proofErr w:type="spellEnd"/>
      <w:r w:rsidRPr="00E0714C">
        <w:rPr>
          <w:rFonts w:cs="Arial"/>
          <w:sz w:val="20"/>
          <w:szCs w:val="20"/>
        </w:rPr>
        <w:t xml:space="preserve"> del Sector.</w:t>
      </w:r>
    </w:p>
    <w:p w14:paraId="2CB05E16" w14:textId="77777777" w:rsidR="00932B34" w:rsidRPr="00E0714C" w:rsidRDefault="0020184D">
      <w:pPr>
        <w:spacing w:after="40" w:line="252" w:lineRule="auto"/>
        <w:jc w:val="both"/>
        <w:rPr>
          <w:rFonts w:cs="Arial"/>
          <w:sz w:val="20"/>
          <w:szCs w:val="20"/>
        </w:rPr>
      </w:pPr>
      <w:r w:rsidRPr="00E0714C">
        <w:rPr>
          <w:rFonts w:cs="Arial"/>
          <w:b/>
          <w:sz w:val="20"/>
          <w:szCs w:val="20"/>
        </w:rPr>
        <w:t xml:space="preserve">2. </w:t>
      </w:r>
      <w:r w:rsidRPr="00E0714C">
        <w:rPr>
          <w:rFonts w:cs="Arial"/>
          <w:sz w:val="20"/>
          <w:szCs w:val="20"/>
        </w:rPr>
        <w:t xml:space="preserve">Pliego de </w:t>
      </w:r>
      <w:proofErr w:type="spellStart"/>
      <w:r w:rsidRPr="00E0714C">
        <w:rPr>
          <w:rFonts w:cs="Arial"/>
          <w:sz w:val="20"/>
          <w:szCs w:val="20"/>
        </w:rPr>
        <w:t>Condiciones</w:t>
      </w:r>
      <w:proofErr w:type="spellEnd"/>
      <w:r w:rsidRPr="00E0714C">
        <w:rPr>
          <w:rFonts w:cs="Arial"/>
          <w:sz w:val="20"/>
          <w:szCs w:val="20"/>
        </w:rPr>
        <w:t xml:space="preserve">, </w:t>
      </w:r>
      <w:proofErr w:type="spellStart"/>
      <w:r w:rsidRPr="00E0714C">
        <w:rPr>
          <w:rFonts w:cs="Arial"/>
          <w:sz w:val="20"/>
          <w:szCs w:val="20"/>
        </w:rPr>
        <w:t>adendas</w:t>
      </w:r>
      <w:proofErr w:type="spellEnd"/>
      <w:r w:rsidRPr="00E0714C">
        <w:rPr>
          <w:rFonts w:cs="Arial"/>
          <w:sz w:val="20"/>
          <w:szCs w:val="20"/>
        </w:rPr>
        <w:t xml:space="preserve">, </w:t>
      </w:r>
      <w:proofErr w:type="spellStart"/>
      <w:r w:rsidRPr="00E0714C">
        <w:rPr>
          <w:rFonts w:cs="Arial"/>
          <w:sz w:val="20"/>
          <w:szCs w:val="20"/>
        </w:rPr>
        <w:t>anexos</w:t>
      </w:r>
      <w:proofErr w:type="spellEnd"/>
      <w:r w:rsidRPr="00E0714C">
        <w:rPr>
          <w:rFonts w:cs="Arial"/>
          <w:sz w:val="20"/>
          <w:szCs w:val="20"/>
        </w:rPr>
        <w:t xml:space="preserve">, </w:t>
      </w:r>
      <w:proofErr w:type="spellStart"/>
      <w:r w:rsidRPr="00E0714C">
        <w:rPr>
          <w:rFonts w:cs="Arial"/>
          <w:sz w:val="20"/>
          <w:szCs w:val="20"/>
        </w:rPr>
        <w:t>formatos</w:t>
      </w:r>
      <w:proofErr w:type="spellEnd"/>
      <w:r w:rsidRPr="00E0714C">
        <w:rPr>
          <w:rFonts w:cs="Arial"/>
          <w:sz w:val="20"/>
          <w:szCs w:val="20"/>
        </w:rPr>
        <w:t xml:space="preserve">, matrices y </w:t>
      </w:r>
      <w:proofErr w:type="spellStart"/>
      <w:r w:rsidRPr="00E0714C">
        <w:rPr>
          <w:rFonts w:cs="Arial"/>
          <w:sz w:val="20"/>
          <w:szCs w:val="20"/>
        </w:rPr>
        <w:t>formularios</w:t>
      </w:r>
      <w:proofErr w:type="spellEnd"/>
      <w:r w:rsidRPr="00E0714C">
        <w:rPr>
          <w:rFonts w:cs="Arial"/>
          <w:sz w:val="20"/>
          <w:szCs w:val="20"/>
        </w:rPr>
        <w:t>.</w:t>
      </w:r>
    </w:p>
    <w:p w14:paraId="051632A9" w14:textId="77777777" w:rsidR="00932B34" w:rsidRPr="00E0714C" w:rsidRDefault="0020184D">
      <w:pPr>
        <w:spacing w:after="40" w:line="252" w:lineRule="auto"/>
        <w:jc w:val="both"/>
        <w:rPr>
          <w:rFonts w:cs="Arial"/>
          <w:sz w:val="20"/>
          <w:szCs w:val="20"/>
        </w:rPr>
      </w:pPr>
      <w:r w:rsidRPr="00E0714C">
        <w:rPr>
          <w:rFonts w:cs="Arial"/>
          <w:b/>
          <w:sz w:val="20"/>
          <w:szCs w:val="20"/>
        </w:rPr>
        <w:t xml:space="preserve">3. </w:t>
      </w:r>
      <w:r w:rsidRPr="00E0714C">
        <w:rPr>
          <w:rFonts w:cs="Arial"/>
          <w:sz w:val="20"/>
          <w:szCs w:val="20"/>
        </w:rPr>
        <w:t xml:space="preserve">Anexo 1 – Anexo Técnico, </w:t>
      </w:r>
      <w:proofErr w:type="spellStart"/>
      <w:r w:rsidRPr="00E0714C">
        <w:rPr>
          <w:rFonts w:cs="Arial"/>
          <w:sz w:val="20"/>
          <w:szCs w:val="20"/>
        </w:rPr>
        <w:t>Cantidades</w:t>
      </w:r>
      <w:proofErr w:type="spellEnd"/>
      <w:r w:rsidRPr="00E0714C">
        <w:rPr>
          <w:rFonts w:cs="Arial"/>
          <w:sz w:val="20"/>
          <w:szCs w:val="20"/>
        </w:rPr>
        <w:t xml:space="preserve"> de Obra, Banco de </w:t>
      </w:r>
      <w:proofErr w:type="spellStart"/>
      <w:r w:rsidRPr="00E0714C">
        <w:rPr>
          <w:rFonts w:cs="Arial"/>
          <w:sz w:val="20"/>
          <w:szCs w:val="20"/>
        </w:rPr>
        <w:t>Especificaciones</w:t>
      </w:r>
      <w:proofErr w:type="spellEnd"/>
      <w:r w:rsidRPr="00E0714C">
        <w:rPr>
          <w:rFonts w:cs="Arial"/>
          <w:sz w:val="20"/>
          <w:szCs w:val="20"/>
        </w:rPr>
        <w:t xml:space="preserve"> </w:t>
      </w:r>
      <w:proofErr w:type="spellStart"/>
      <w:r w:rsidRPr="00E0714C">
        <w:rPr>
          <w:rFonts w:cs="Arial"/>
          <w:sz w:val="20"/>
          <w:szCs w:val="20"/>
        </w:rPr>
        <w:t>Técnicas</w:t>
      </w:r>
      <w:proofErr w:type="spellEnd"/>
      <w:r w:rsidRPr="00E0714C">
        <w:rPr>
          <w:rFonts w:cs="Arial"/>
          <w:sz w:val="20"/>
          <w:szCs w:val="20"/>
        </w:rPr>
        <w:t xml:space="preserve">, </w:t>
      </w:r>
      <w:proofErr w:type="spellStart"/>
      <w:r w:rsidRPr="00E0714C">
        <w:rPr>
          <w:rFonts w:cs="Arial"/>
          <w:sz w:val="20"/>
          <w:szCs w:val="20"/>
        </w:rPr>
        <w:t>memorias</w:t>
      </w:r>
      <w:proofErr w:type="spellEnd"/>
      <w:r w:rsidRPr="00E0714C">
        <w:rPr>
          <w:rFonts w:cs="Arial"/>
          <w:sz w:val="20"/>
          <w:szCs w:val="20"/>
        </w:rPr>
        <w:t xml:space="preserve">, </w:t>
      </w:r>
      <w:proofErr w:type="spellStart"/>
      <w:r w:rsidRPr="00E0714C">
        <w:rPr>
          <w:rFonts w:cs="Arial"/>
          <w:sz w:val="20"/>
          <w:szCs w:val="20"/>
        </w:rPr>
        <w:t>diseños</w:t>
      </w:r>
      <w:proofErr w:type="spellEnd"/>
      <w:r w:rsidRPr="00E0714C">
        <w:rPr>
          <w:rFonts w:cs="Arial"/>
          <w:sz w:val="20"/>
          <w:szCs w:val="20"/>
        </w:rPr>
        <w:t xml:space="preserve">, </w:t>
      </w:r>
      <w:proofErr w:type="spellStart"/>
      <w:r w:rsidRPr="00E0714C">
        <w:rPr>
          <w:rFonts w:cs="Arial"/>
          <w:sz w:val="20"/>
          <w:szCs w:val="20"/>
        </w:rPr>
        <w:t>planos</w:t>
      </w:r>
      <w:proofErr w:type="spellEnd"/>
      <w:r w:rsidRPr="00E0714C">
        <w:rPr>
          <w:rFonts w:cs="Arial"/>
          <w:sz w:val="20"/>
          <w:szCs w:val="20"/>
        </w:rPr>
        <w:t xml:space="preserve"> y </w:t>
      </w:r>
      <w:proofErr w:type="spellStart"/>
      <w:r w:rsidRPr="00E0714C">
        <w:rPr>
          <w:rFonts w:cs="Arial"/>
          <w:sz w:val="20"/>
          <w:szCs w:val="20"/>
        </w:rPr>
        <w:t>demás</w:t>
      </w:r>
      <w:proofErr w:type="spellEnd"/>
      <w:r w:rsidRPr="00E0714C">
        <w:rPr>
          <w:rFonts w:cs="Arial"/>
          <w:sz w:val="20"/>
          <w:szCs w:val="20"/>
        </w:rPr>
        <w:t xml:space="preserve"> </w:t>
      </w:r>
      <w:proofErr w:type="spellStart"/>
      <w:r w:rsidRPr="00E0714C">
        <w:rPr>
          <w:rFonts w:cs="Arial"/>
          <w:sz w:val="20"/>
          <w:szCs w:val="20"/>
        </w:rPr>
        <w:t>documentos</w:t>
      </w:r>
      <w:proofErr w:type="spellEnd"/>
      <w:r w:rsidRPr="00E0714C">
        <w:rPr>
          <w:rFonts w:cs="Arial"/>
          <w:sz w:val="20"/>
          <w:szCs w:val="20"/>
        </w:rPr>
        <w:t xml:space="preserve"> </w:t>
      </w:r>
      <w:proofErr w:type="spellStart"/>
      <w:r w:rsidRPr="00E0714C">
        <w:rPr>
          <w:rFonts w:cs="Arial"/>
          <w:sz w:val="20"/>
          <w:szCs w:val="20"/>
        </w:rPr>
        <w:t>técnicos</w:t>
      </w:r>
      <w:proofErr w:type="spellEnd"/>
      <w:r w:rsidRPr="00E0714C">
        <w:rPr>
          <w:rFonts w:cs="Arial"/>
          <w:sz w:val="20"/>
          <w:szCs w:val="20"/>
        </w:rPr>
        <w:t>.</w:t>
      </w:r>
    </w:p>
    <w:p w14:paraId="3FA22781" w14:textId="77777777" w:rsidR="00932B34" w:rsidRPr="00E0714C" w:rsidRDefault="0020184D">
      <w:pPr>
        <w:spacing w:after="40" w:line="252" w:lineRule="auto"/>
        <w:jc w:val="both"/>
        <w:rPr>
          <w:rFonts w:cs="Arial"/>
          <w:sz w:val="20"/>
          <w:szCs w:val="20"/>
        </w:rPr>
      </w:pPr>
      <w:r w:rsidRPr="00E0714C">
        <w:rPr>
          <w:rFonts w:cs="Arial"/>
          <w:b/>
          <w:sz w:val="20"/>
          <w:szCs w:val="20"/>
        </w:rPr>
        <w:t xml:space="preserve">4. </w:t>
      </w:r>
      <w:proofErr w:type="spellStart"/>
      <w:r w:rsidRPr="00E0714C">
        <w:rPr>
          <w:rFonts w:cs="Arial"/>
          <w:sz w:val="20"/>
          <w:szCs w:val="20"/>
        </w:rPr>
        <w:t>Productos</w:t>
      </w:r>
      <w:proofErr w:type="spellEnd"/>
      <w:r w:rsidRPr="00E0714C">
        <w:rPr>
          <w:rFonts w:cs="Arial"/>
          <w:sz w:val="20"/>
          <w:szCs w:val="20"/>
        </w:rPr>
        <w:t xml:space="preserve"> </w:t>
      </w:r>
      <w:proofErr w:type="spellStart"/>
      <w:r w:rsidRPr="00E0714C">
        <w:rPr>
          <w:rFonts w:cs="Arial"/>
          <w:sz w:val="20"/>
          <w:szCs w:val="20"/>
        </w:rPr>
        <w:t>pertinentes</w:t>
      </w:r>
      <w:proofErr w:type="spellEnd"/>
      <w:r w:rsidRPr="00E0714C">
        <w:rPr>
          <w:rFonts w:cs="Arial"/>
          <w:sz w:val="20"/>
          <w:szCs w:val="20"/>
        </w:rPr>
        <w:t xml:space="preserve"> del </w:t>
      </w:r>
      <w:proofErr w:type="spellStart"/>
      <w:r w:rsidRPr="00E0714C">
        <w:rPr>
          <w:rFonts w:cs="Arial"/>
          <w:sz w:val="20"/>
          <w:szCs w:val="20"/>
        </w:rPr>
        <w:t>Contrato</w:t>
      </w:r>
      <w:proofErr w:type="spellEnd"/>
      <w:r w:rsidRPr="00E0714C">
        <w:rPr>
          <w:rFonts w:cs="Arial"/>
          <w:sz w:val="20"/>
          <w:szCs w:val="20"/>
        </w:rPr>
        <w:t xml:space="preserve"> Estatal de </w:t>
      </w:r>
      <w:proofErr w:type="spellStart"/>
      <w:r w:rsidRPr="00E0714C">
        <w:rPr>
          <w:rFonts w:cs="Arial"/>
          <w:sz w:val="20"/>
          <w:szCs w:val="20"/>
        </w:rPr>
        <w:t>Consultoría</w:t>
      </w:r>
      <w:proofErr w:type="spellEnd"/>
      <w:r w:rsidRPr="00E0714C">
        <w:rPr>
          <w:rFonts w:cs="Arial"/>
          <w:sz w:val="20"/>
          <w:szCs w:val="20"/>
        </w:rPr>
        <w:t xml:space="preserve"> No. 071 de 2025 – CM-01 de 2025, </w:t>
      </w:r>
      <w:proofErr w:type="spellStart"/>
      <w:r w:rsidRPr="00E0714C">
        <w:rPr>
          <w:rFonts w:cs="Arial"/>
          <w:sz w:val="20"/>
          <w:szCs w:val="20"/>
        </w:rPr>
        <w:t>particularmente</w:t>
      </w:r>
      <w:proofErr w:type="spellEnd"/>
      <w:r w:rsidRPr="00E0714C">
        <w:rPr>
          <w:rFonts w:cs="Arial"/>
          <w:sz w:val="20"/>
          <w:szCs w:val="20"/>
        </w:rPr>
        <w:t xml:space="preserve"> </w:t>
      </w:r>
      <w:proofErr w:type="spellStart"/>
      <w:r w:rsidRPr="00E0714C">
        <w:rPr>
          <w:rFonts w:cs="Arial"/>
          <w:sz w:val="20"/>
          <w:szCs w:val="20"/>
        </w:rPr>
        <w:t>los</w:t>
      </w:r>
      <w:proofErr w:type="spellEnd"/>
      <w:r w:rsidRPr="00E0714C">
        <w:rPr>
          <w:rFonts w:cs="Arial"/>
          <w:sz w:val="20"/>
          <w:szCs w:val="20"/>
        </w:rPr>
        <w:t xml:space="preserve"> </w:t>
      </w:r>
      <w:proofErr w:type="spellStart"/>
      <w:r w:rsidRPr="00E0714C">
        <w:rPr>
          <w:rFonts w:cs="Arial"/>
          <w:sz w:val="20"/>
          <w:szCs w:val="20"/>
        </w:rPr>
        <w:t>relacionados</w:t>
      </w:r>
      <w:proofErr w:type="spellEnd"/>
      <w:r w:rsidRPr="00E0714C">
        <w:rPr>
          <w:rFonts w:cs="Arial"/>
          <w:sz w:val="20"/>
          <w:szCs w:val="20"/>
        </w:rPr>
        <w:t xml:space="preserve"> con </w:t>
      </w:r>
      <w:proofErr w:type="spellStart"/>
      <w:r w:rsidRPr="00E0714C">
        <w:rPr>
          <w:rFonts w:cs="Arial"/>
          <w:sz w:val="20"/>
          <w:szCs w:val="20"/>
        </w:rPr>
        <w:t>Seguridad</w:t>
      </w:r>
      <w:proofErr w:type="spellEnd"/>
      <w:r w:rsidRPr="00E0714C">
        <w:rPr>
          <w:rFonts w:cs="Arial"/>
          <w:sz w:val="20"/>
          <w:szCs w:val="20"/>
        </w:rPr>
        <w:t xml:space="preserve"> Humana.</w:t>
      </w:r>
    </w:p>
    <w:p w14:paraId="4AD25CD9" w14:textId="77777777" w:rsidR="00932B34" w:rsidRPr="00E0714C" w:rsidRDefault="0020184D">
      <w:pPr>
        <w:spacing w:after="40" w:line="252" w:lineRule="auto"/>
        <w:jc w:val="both"/>
        <w:rPr>
          <w:rFonts w:cs="Arial"/>
          <w:sz w:val="20"/>
          <w:szCs w:val="20"/>
        </w:rPr>
      </w:pPr>
      <w:r w:rsidRPr="00E0714C">
        <w:rPr>
          <w:rFonts w:cs="Arial"/>
          <w:b/>
          <w:sz w:val="20"/>
          <w:szCs w:val="20"/>
        </w:rPr>
        <w:t xml:space="preserve">5. </w:t>
      </w:r>
      <w:proofErr w:type="spellStart"/>
      <w:r w:rsidRPr="00E0714C">
        <w:rPr>
          <w:rFonts w:cs="Arial"/>
          <w:sz w:val="20"/>
          <w:szCs w:val="20"/>
        </w:rPr>
        <w:t>Propuesta</w:t>
      </w:r>
      <w:proofErr w:type="spellEnd"/>
      <w:r w:rsidRPr="00E0714C">
        <w:rPr>
          <w:rFonts w:cs="Arial"/>
          <w:sz w:val="20"/>
          <w:szCs w:val="20"/>
        </w:rPr>
        <w:t xml:space="preserve"> </w:t>
      </w:r>
      <w:proofErr w:type="spellStart"/>
      <w:r w:rsidRPr="00E0714C">
        <w:rPr>
          <w:rFonts w:cs="Arial"/>
          <w:sz w:val="20"/>
          <w:szCs w:val="20"/>
        </w:rPr>
        <w:t>presentada</w:t>
      </w:r>
      <w:proofErr w:type="spellEnd"/>
      <w:r w:rsidRPr="00E0714C">
        <w:rPr>
          <w:rFonts w:cs="Arial"/>
          <w:sz w:val="20"/>
          <w:szCs w:val="20"/>
        </w:rPr>
        <w:t xml:space="preserve"> </w:t>
      </w:r>
      <w:proofErr w:type="spellStart"/>
      <w:r w:rsidRPr="00E0714C">
        <w:rPr>
          <w:rFonts w:cs="Arial"/>
          <w:sz w:val="20"/>
          <w:szCs w:val="20"/>
        </w:rPr>
        <w:t>por</w:t>
      </w:r>
      <w:proofErr w:type="spellEnd"/>
      <w:r w:rsidRPr="00E0714C">
        <w:rPr>
          <w:rFonts w:cs="Arial"/>
          <w:sz w:val="20"/>
          <w:szCs w:val="20"/>
        </w:rPr>
        <w:t xml:space="preserve"> el </w:t>
      </w:r>
      <w:proofErr w:type="spellStart"/>
      <w:r w:rsidRPr="00E0714C">
        <w:rPr>
          <w:rFonts w:cs="Arial"/>
          <w:sz w:val="20"/>
          <w:szCs w:val="20"/>
        </w:rPr>
        <w:t>Contratista</w:t>
      </w:r>
      <w:proofErr w:type="spellEnd"/>
      <w:r w:rsidRPr="00E0714C">
        <w:rPr>
          <w:rFonts w:cs="Arial"/>
          <w:sz w:val="20"/>
          <w:szCs w:val="20"/>
        </w:rPr>
        <w:t xml:space="preserve"> y sus </w:t>
      </w:r>
      <w:proofErr w:type="spellStart"/>
      <w:r w:rsidRPr="00E0714C">
        <w:rPr>
          <w:rFonts w:cs="Arial"/>
          <w:sz w:val="20"/>
          <w:szCs w:val="20"/>
        </w:rPr>
        <w:t>aclaraciones</w:t>
      </w:r>
      <w:proofErr w:type="spellEnd"/>
      <w:r w:rsidRPr="00E0714C">
        <w:rPr>
          <w:rFonts w:cs="Arial"/>
          <w:sz w:val="20"/>
          <w:szCs w:val="20"/>
        </w:rPr>
        <w:t xml:space="preserve"> </w:t>
      </w:r>
      <w:proofErr w:type="spellStart"/>
      <w:r w:rsidRPr="00E0714C">
        <w:rPr>
          <w:rFonts w:cs="Arial"/>
          <w:sz w:val="20"/>
          <w:szCs w:val="20"/>
        </w:rPr>
        <w:t>aceptadas</w:t>
      </w:r>
      <w:proofErr w:type="spellEnd"/>
      <w:r w:rsidRPr="00E0714C">
        <w:rPr>
          <w:rFonts w:cs="Arial"/>
          <w:sz w:val="20"/>
          <w:szCs w:val="20"/>
        </w:rPr>
        <w:t xml:space="preserve"> </w:t>
      </w:r>
      <w:proofErr w:type="spellStart"/>
      <w:r w:rsidRPr="00E0714C">
        <w:rPr>
          <w:rFonts w:cs="Arial"/>
          <w:sz w:val="20"/>
          <w:szCs w:val="20"/>
        </w:rPr>
        <w:t>por</w:t>
      </w:r>
      <w:proofErr w:type="spellEnd"/>
      <w:r w:rsidRPr="00E0714C">
        <w:rPr>
          <w:rFonts w:cs="Arial"/>
          <w:sz w:val="20"/>
          <w:szCs w:val="20"/>
        </w:rPr>
        <w:t xml:space="preserve"> la </w:t>
      </w:r>
      <w:proofErr w:type="spellStart"/>
      <w:r w:rsidRPr="00E0714C">
        <w:rPr>
          <w:rFonts w:cs="Arial"/>
          <w:sz w:val="20"/>
          <w:szCs w:val="20"/>
        </w:rPr>
        <w:t>Entidad</w:t>
      </w:r>
      <w:proofErr w:type="spellEnd"/>
      <w:r w:rsidRPr="00E0714C">
        <w:rPr>
          <w:rFonts w:cs="Arial"/>
          <w:sz w:val="20"/>
          <w:szCs w:val="20"/>
        </w:rPr>
        <w:t>.</w:t>
      </w:r>
    </w:p>
    <w:p w14:paraId="0340DAA3" w14:textId="77777777" w:rsidR="00932B34" w:rsidRPr="00E0714C" w:rsidRDefault="0020184D">
      <w:pPr>
        <w:spacing w:after="40" w:line="252" w:lineRule="auto"/>
        <w:jc w:val="both"/>
        <w:rPr>
          <w:rFonts w:cs="Arial"/>
          <w:sz w:val="20"/>
          <w:szCs w:val="20"/>
        </w:rPr>
      </w:pPr>
      <w:r w:rsidRPr="00E0714C">
        <w:rPr>
          <w:rFonts w:cs="Arial"/>
          <w:b/>
          <w:sz w:val="20"/>
          <w:szCs w:val="20"/>
        </w:rPr>
        <w:t xml:space="preserve">6. </w:t>
      </w:r>
      <w:proofErr w:type="spellStart"/>
      <w:r w:rsidRPr="00E0714C">
        <w:rPr>
          <w:rFonts w:cs="Arial"/>
          <w:sz w:val="20"/>
          <w:szCs w:val="20"/>
        </w:rPr>
        <w:t>Acto</w:t>
      </w:r>
      <w:proofErr w:type="spellEnd"/>
      <w:r w:rsidRPr="00E0714C">
        <w:rPr>
          <w:rFonts w:cs="Arial"/>
          <w:sz w:val="20"/>
          <w:szCs w:val="20"/>
        </w:rPr>
        <w:t xml:space="preserve"> de </w:t>
      </w:r>
      <w:proofErr w:type="spellStart"/>
      <w:r w:rsidRPr="00E0714C">
        <w:rPr>
          <w:rFonts w:cs="Arial"/>
          <w:sz w:val="20"/>
          <w:szCs w:val="20"/>
        </w:rPr>
        <w:t>adjudicación</w:t>
      </w:r>
      <w:proofErr w:type="spellEnd"/>
      <w:r w:rsidRPr="00E0714C">
        <w:rPr>
          <w:rFonts w:cs="Arial"/>
          <w:sz w:val="20"/>
          <w:szCs w:val="20"/>
        </w:rPr>
        <w:t xml:space="preserve"> y </w:t>
      </w:r>
      <w:proofErr w:type="spellStart"/>
      <w:r w:rsidRPr="00E0714C">
        <w:rPr>
          <w:rFonts w:cs="Arial"/>
          <w:sz w:val="20"/>
          <w:szCs w:val="20"/>
        </w:rPr>
        <w:t>documentos</w:t>
      </w:r>
      <w:proofErr w:type="spellEnd"/>
      <w:r w:rsidRPr="00E0714C">
        <w:rPr>
          <w:rFonts w:cs="Arial"/>
          <w:sz w:val="20"/>
          <w:szCs w:val="20"/>
        </w:rPr>
        <w:t xml:space="preserve"> de </w:t>
      </w:r>
      <w:proofErr w:type="spellStart"/>
      <w:r w:rsidRPr="00E0714C">
        <w:rPr>
          <w:rFonts w:cs="Arial"/>
          <w:sz w:val="20"/>
          <w:szCs w:val="20"/>
        </w:rPr>
        <w:t>perfeccionamiento</w:t>
      </w:r>
      <w:proofErr w:type="spellEnd"/>
      <w:r w:rsidRPr="00E0714C">
        <w:rPr>
          <w:rFonts w:cs="Arial"/>
          <w:sz w:val="20"/>
          <w:szCs w:val="20"/>
        </w:rPr>
        <w:t xml:space="preserve"> y </w:t>
      </w:r>
      <w:proofErr w:type="spellStart"/>
      <w:r w:rsidRPr="00E0714C">
        <w:rPr>
          <w:rFonts w:cs="Arial"/>
          <w:sz w:val="20"/>
          <w:szCs w:val="20"/>
        </w:rPr>
        <w:t>ejecución</w:t>
      </w:r>
      <w:proofErr w:type="spellEnd"/>
      <w:r w:rsidRPr="00E0714C">
        <w:rPr>
          <w:rFonts w:cs="Arial"/>
          <w:sz w:val="20"/>
          <w:szCs w:val="20"/>
        </w:rPr>
        <w:t>.</w:t>
      </w:r>
    </w:p>
    <w:p w14:paraId="6A103E9C" w14:textId="77777777" w:rsidR="00932B34" w:rsidRPr="00E0714C" w:rsidRDefault="0020184D">
      <w:pPr>
        <w:spacing w:after="40" w:line="252" w:lineRule="auto"/>
        <w:jc w:val="both"/>
        <w:rPr>
          <w:rFonts w:cs="Arial"/>
          <w:sz w:val="20"/>
          <w:szCs w:val="20"/>
        </w:rPr>
      </w:pPr>
      <w:r w:rsidRPr="00E0714C">
        <w:rPr>
          <w:rFonts w:cs="Arial"/>
          <w:b/>
          <w:sz w:val="20"/>
          <w:szCs w:val="20"/>
        </w:rPr>
        <w:t xml:space="preserve">7. </w:t>
      </w:r>
      <w:proofErr w:type="spellStart"/>
      <w:r w:rsidRPr="00E0714C">
        <w:rPr>
          <w:rFonts w:cs="Arial"/>
          <w:sz w:val="20"/>
          <w:szCs w:val="20"/>
        </w:rPr>
        <w:t>Garantías</w:t>
      </w:r>
      <w:proofErr w:type="spellEnd"/>
      <w:r w:rsidRPr="00E0714C">
        <w:rPr>
          <w:rFonts w:cs="Arial"/>
          <w:sz w:val="20"/>
          <w:szCs w:val="20"/>
        </w:rPr>
        <w:t xml:space="preserve"> </w:t>
      </w:r>
      <w:proofErr w:type="spellStart"/>
      <w:r w:rsidRPr="00E0714C">
        <w:rPr>
          <w:rFonts w:cs="Arial"/>
          <w:sz w:val="20"/>
          <w:szCs w:val="20"/>
        </w:rPr>
        <w:t>debidamente</w:t>
      </w:r>
      <w:proofErr w:type="spellEnd"/>
      <w:r w:rsidRPr="00E0714C">
        <w:rPr>
          <w:rFonts w:cs="Arial"/>
          <w:sz w:val="20"/>
          <w:szCs w:val="20"/>
        </w:rPr>
        <w:t xml:space="preserve"> </w:t>
      </w:r>
      <w:proofErr w:type="spellStart"/>
      <w:r w:rsidRPr="00E0714C">
        <w:rPr>
          <w:rFonts w:cs="Arial"/>
          <w:sz w:val="20"/>
          <w:szCs w:val="20"/>
        </w:rPr>
        <w:t>aprobadas</w:t>
      </w:r>
      <w:proofErr w:type="spellEnd"/>
      <w:r w:rsidRPr="00E0714C">
        <w:rPr>
          <w:rFonts w:cs="Arial"/>
          <w:sz w:val="20"/>
          <w:szCs w:val="20"/>
        </w:rPr>
        <w:t>.</w:t>
      </w:r>
    </w:p>
    <w:p w14:paraId="0C3EC4A3" w14:textId="77777777" w:rsidR="00932B34" w:rsidRPr="00E0714C" w:rsidRDefault="0020184D">
      <w:pPr>
        <w:spacing w:after="40" w:line="252" w:lineRule="auto"/>
        <w:jc w:val="both"/>
        <w:rPr>
          <w:rFonts w:cs="Arial"/>
          <w:sz w:val="20"/>
          <w:szCs w:val="20"/>
        </w:rPr>
      </w:pPr>
      <w:r w:rsidRPr="00E0714C">
        <w:rPr>
          <w:rFonts w:cs="Arial"/>
          <w:b/>
          <w:sz w:val="20"/>
          <w:szCs w:val="20"/>
        </w:rPr>
        <w:t xml:space="preserve">8. </w:t>
      </w:r>
      <w:proofErr w:type="spellStart"/>
      <w:r w:rsidRPr="00E0714C">
        <w:rPr>
          <w:rFonts w:cs="Arial"/>
          <w:sz w:val="20"/>
          <w:szCs w:val="20"/>
        </w:rPr>
        <w:t>Actas</w:t>
      </w:r>
      <w:proofErr w:type="spellEnd"/>
      <w:r w:rsidRPr="00E0714C">
        <w:rPr>
          <w:rFonts w:cs="Arial"/>
          <w:sz w:val="20"/>
          <w:szCs w:val="20"/>
        </w:rPr>
        <w:t xml:space="preserve">, </w:t>
      </w:r>
      <w:proofErr w:type="spellStart"/>
      <w:r w:rsidRPr="00E0714C">
        <w:rPr>
          <w:rFonts w:cs="Arial"/>
          <w:sz w:val="20"/>
          <w:szCs w:val="20"/>
        </w:rPr>
        <w:t>informes</w:t>
      </w:r>
      <w:proofErr w:type="spellEnd"/>
      <w:r w:rsidRPr="00E0714C">
        <w:rPr>
          <w:rFonts w:cs="Arial"/>
          <w:sz w:val="20"/>
          <w:szCs w:val="20"/>
        </w:rPr>
        <w:t xml:space="preserve">, </w:t>
      </w:r>
      <w:proofErr w:type="spellStart"/>
      <w:r w:rsidRPr="00E0714C">
        <w:rPr>
          <w:rFonts w:cs="Arial"/>
          <w:sz w:val="20"/>
          <w:szCs w:val="20"/>
        </w:rPr>
        <w:t>comunicaciones</w:t>
      </w:r>
      <w:proofErr w:type="spellEnd"/>
      <w:r w:rsidRPr="00E0714C">
        <w:rPr>
          <w:rFonts w:cs="Arial"/>
          <w:sz w:val="20"/>
          <w:szCs w:val="20"/>
        </w:rPr>
        <w:t xml:space="preserve"> y </w:t>
      </w:r>
      <w:proofErr w:type="spellStart"/>
      <w:r w:rsidRPr="00E0714C">
        <w:rPr>
          <w:rFonts w:cs="Arial"/>
          <w:sz w:val="20"/>
          <w:szCs w:val="20"/>
        </w:rPr>
        <w:t>demás</w:t>
      </w:r>
      <w:proofErr w:type="spellEnd"/>
      <w:r w:rsidRPr="00E0714C">
        <w:rPr>
          <w:rFonts w:cs="Arial"/>
          <w:sz w:val="20"/>
          <w:szCs w:val="20"/>
        </w:rPr>
        <w:t xml:space="preserve"> </w:t>
      </w:r>
      <w:proofErr w:type="spellStart"/>
      <w:r w:rsidRPr="00E0714C">
        <w:rPr>
          <w:rFonts w:cs="Arial"/>
          <w:sz w:val="20"/>
          <w:szCs w:val="20"/>
        </w:rPr>
        <w:t>documentos</w:t>
      </w:r>
      <w:proofErr w:type="spellEnd"/>
      <w:r w:rsidRPr="00E0714C">
        <w:rPr>
          <w:rFonts w:cs="Arial"/>
          <w:sz w:val="20"/>
          <w:szCs w:val="20"/>
        </w:rPr>
        <w:t xml:space="preserve"> </w:t>
      </w:r>
      <w:proofErr w:type="spellStart"/>
      <w:r w:rsidRPr="00E0714C">
        <w:rPr>
          <w:rFonts w:cs="Arial"/>
          <w:sz w:val="20"/>
          <w:szCs w:val="20"/>
        </w:rPr>
        <w:t>que</w:t>
      </w:r>
      <w:proofErr w:type="spellEnd"/>
      <w:r w:rsidRPr="00E0714C">
        <w:rPr>
          <w:rFonts w:cs="Arial"/>
          <w:sz w:val="20"/>
          <w:szCs w:val="20"/>
        </w:rPr>
        <w:t xml:space="preserve"> se </w:t>
      </w:r>
      <w:proofErr w:type="spellStart"/>
      <w:r w:rsidRPr="00E0714C">
        <w:rPr>
          <w:rFonts w:cs="Arial"/>
          <w:sz w:val="20"/>
          <w:szCs w:val="20"/>
        </w:rPr>
        <w:t>produzcan</w:t>
      </w:r>
      <w:proofErr w:type="spellEnd"/>
      <w:r w:rsidRPr="00E0714C">
        <w:rPr>
          <w:rFonts w:cs="Arial"/>
          <w:sz w:val="20"/>
          <w:szCs w:val="20"/>
        </w:rPr>
        <w:t xml:space="preserve"> </w:t>
      </w:r>
      <w:proofErr w:type="spellStart"/>
      <w:r w:rsidRPr="00E0714C">
        <w:rPr>
          <w:rFonts w:cs="Arial"/>
          <w:sz w:val="20"/>
          <w:szCs w:val="20"/>
        </w:rPr>
        <w:t>durante</w:t>
      </w:r>
      <w:proofErr w:type="spellEnd"/>
      <w:r w:rsidRPr="00E0714C">
        <w:rPr>
          <w:rFonts w:cs="Arial"/>
          <w:sz w:val="20"/>
          <w:szCs w:val="20"/>
        </w:rPr>
        <w:t xml:space="preserve"> la </w:t>
      </w:r>
      <w:proofErr w:type="spellStart"/>
      <w:r w:rsidRPr="00E0714C">
        <w:rPr>
          <w:rFonts w:cs="Arial"/>
          <w:sz w:val="20"/>
          <w:szCs w:val="20"/>
        </w:rPr>
        <w:t>ejecución</w:t>
      </w:r>
      <w:proofErr w:type="spellEnd"/>
      <w:r w:rsidRPr="00E0714C">
        <w:rPr>
          <w:rFonts w:cs="Arial"/>
          <w:sz w:val="20"/>
          <w:szCs w:val="20"/>
        </w:rPr>
        <w:t xml:space="preserve"> y </w:t>
      </w:r>
      <w:proofErr w:type="spellStart"/>
      <w:r w:rsidRPr="00E0714C">
        <w:rPr>
          <w:rFonts w:cs="Arial"/>
          <w:sz w:val="20"/>
          <w:szCs w:val="20"/>
        </w:rPr>
        <w:t>liquidación</w:t>
      </w:r>
      <w:proofErr w:type="spellEnd"/>
      <w:r w:rsidRPr="00E0714C">
        <w:rPr>
          <w:rFonts w:cs="Arial"/>
          <w:sz w:val="20"/>
          <w:szCs w:val="20"/>
        </w:rPr>
        <w:t xml:space="preserve"> del </w:t>
      </w:r>
      <w:proofErr w:type="spellStart"/>
      <w:r w:rsidRPr="00E0714C">
        <w:rPr>
          <w:rFonts w:cs="Arial"/>
          <w:sz w:val="20"/>
          <w:szCs w:val="20"/>
        </w:rPr>
        <w:t>Contrato</w:t>
      </w:r>
      <w:proofErr w:type="spellEnd"/>
      <w:r w:rsidRPr="00E0714C">
        <w:rPr>
          <w:rFonts w:cs="Arial"/>
          <w:sz w:val="20"/>
          <w:szCs w:val="20"/>
        </w:rPr>
        <w:t>.</w:t>
      </w:r>
    </w:p>
    <w:p w14:paraId="5F0A6326" w14:textId="77777777" w:rsidR="00932B34" w:rsidRPr="00E0714C" w:rsidRDefault="0020184D">
      <w:pPr>
        <w:spacing w:before="240" w:after="160" w:line="252" w:lineRule="auto"/>
        <w:jc w:val="center"/>
        <w:rPr>
          <w:rFonts w:cs="Arial"/>
          <w:sz w:val="20"/>
          <w:szCs w:val="20"/>
        </w:rPr>
      </w:pPr>
      <w:r w:rsidRPr="00E0714C">
        <w:rPr>
          <w:rFonts w:cs="Arial"/>
          <w:sz w:val="20"/>
          <w:szCs w:val="20"/>
        </w:rPr>
        <w:t xml:space="preserve">En </w:t>
      </w:r>
      <w:proofErr w:type="spellStart"/>
      <w:r w:rsidRPr="00E0714C">
        <w:rPr>
          <w:rFonts w:cs="Arial"/>
          <w:sz w:val="20"/>
          <w:szCs w:val="20"/>
        </w:rPr>
        <w:t>constancia</w:t>
      </w:r>
      <w:proofErr w:type="spellEnd"/>
      <w:r w:rsidRPr="00E0714C">
        <w:rPr>
          <w:rFonts w:cs="Arial"/>
          <w:sz w:val="20"/>
          <w:szCs w:val="20"/>
        </w:rPr>
        <w:t xml:space="preserve">, el </w:t>
      </w:r>
      <w:proofErr w:type="spellStart"/>
      <w:r w:rsidRPr="00E0714C">
        <w:rPr>
          <w:rFonts w:cs="Arial"/>
          <w:sz w:val="20"/>
          <w:szCs w:val="20"/>
        </w:rPr>
        <w:t>presente</w:t>
      </w:r>
      <w:proofErr w:type="spellEnd"/>
      <w:r w:rsidRPr="00E0714C">
        <w:rPr>
          <w:rFonts w:cs="Arial"/>
          <w:sz w:val="20"/>
          <w:szCs w:val="20"/>
        </w:rPr>
        <w:t xml:space="preserve"> </w:t>
      </w:r>
      <w:proofErr w:type="spellStart"/>
      <w:r w:rsidRPr="00E0714C">
        <w:rPr>
          <w:rFonts w:cs="Arial"/>
          <w:sz w:val="20"/>
          <w:szCs w:val="20"/>
        </w:rPr>
        <w:t>Contrato</w:t>
      </w:r>
      <w:proofErr w:type="spellEnd"/>
      <w:r w:rsidRPr="00E0714C">
        <w:rPr>
          <w:rFonts w:cs="Arial"/>
          <w:sz w:val="20"/>
          <w:szCs w:val="20"/>
        </w:rPr>
        <w:t xml:space="preserve"> se </w:t>
      </w:r>
      <w:proofErr w:type="spellStart"/>
      <w:r w:rsidRPr="00E0714C">
        <w:rPr>
          <w:rFonts w:cs="Arial"/>
          <w:sz w:val="20"/>
          <w:szCs w:val="20"/>
        </w:rPr>
        <w:t>suscribe</w:t>
      </w:r>
      <w:proofErr w:type="spellEnd"/>
      <w:r w:rsidRPr="00E0714C">
        <w:rPr>
          <w:rFonts w:cs="Arial"/>
          <w:sz w:val="20"/>
          <w:szCs w:val="20"/>
        </w:rPr>
        <w:t xml:space="preserve"> </w:t>
      </w:r>
      <w:proofErr w:type="spellStart"/>
      <w:r w:rsidRPr="00E0714C">
        <w:rPr>
          <w:rFonts w:cs="Arial"/>
          <w:sz w:val="20"/>
          <w:szCs w:val="20"/>
        </w:rPr>
        <w:t>electrónicamente</w:t>
      </w:r>
      <w:proofErr w:type="spellEnd"/>
      <w:r w:rsidRPr="00E0714C">
        <w:rPr>
          <w:rFonts w:cs="Arial"/>
          <w:sz w:val="20"/>
          <w:szCs w:val="20"/>
        </w:rPr>
        <w:t xml:space="preserve"> a </w:t>
      </w:r>
      <w:proofErr w:type="spellStart"/>
      <w:r w:rsidRPr="00E0714C">
        <w:rPr>
          <w:rFonts w:cs="Arial"/>
          <w:sz w:val="20"/>
          <w:szCs w:val="20"/>
        </w:rPr>
        <w:t>través</w:t>
      </w:r>
      <w:proofErr w:type="spellEnd"/>
      <w:r w:rsidRPr="00E0714C">
        <w:rPr>
          <w:rFonts w:cs="Arial"/>
          <w:sz w:val="20"/>
          <w:szCs w:val="20"/>
        </w:rPr>
        <w:t xml:space="preserve"> del SECOP II, </w:t>
      </w:r>
      <w:proofErr w:type="spellStart"/>
      <w:r w:rsidRPr="00E0714C">
        <w:rPr>
          <w:rFonts w:cs="Arial"/>
          <w:sz w:val="20"/>
          <w:szCs w:val="20"/>
        </w:rPr>
        <w:t>en</w:t>
      </w:r>
      <w:proofErr w:type="spellEnd"/>
      <w:r w:rsidRPr="00E0714C">
        <w:rPr>
          <w:rFonts w:cs="Arial"/>
          <w:sz w:val="20"/>
          <w:szCs w:val="20"/>
        </w:rPr>
        <w:t xml:space="preserve"> la </w:t>
      </w:r>
      <w:proofErr w:type="spellStart"/>
      <w:r w:rsidRPr="00E0714C">
        <w:rPr>
          <w:rFonts w:cs="Arial"/>
          <w:sz w:val="20"/>
          <w:szCs w:val="20"/>
        </w:rPr>
        <w:t>fecha</w:t>
      </w:r>
      <w:proofErr w:type="spellEnd"/>
      <w:r w:rsidRPr="00E0714C">
        <w:rPr>
          <w:rFonts w:cs="Arial"/>
          <w:sz w:val="20"/>
          <w:szCs w:val="20"/>
        </w:rPr>
        <w:t xml:space="preserve"> </w:t>
      </w:r>
      <w:proofErr w:type="spellStart"/>
      <w:r w:rsidRPr="00E0714C">
        <w:rPr>
          <w:rFonts w:cs="Arial"/>
          <w:sz w:val="20"/>
          <w:szCs w:val="20"/>
        </w:rPr>
        <w:t>registrada</w:t>
      </w:r>
      <w:proofErr w:type="spellEnd"/>
      <w:r w:rsidRPr="00E0714C">
        <w:rPr>
          <w:rFonts w:cs="Arial"/>
          <w:sz w:val="20"/>
          <w:szCs w:val="20"/>
        </w:rPr>
        <w:t xml:space="preserve"> </w:t>
      </w:r>
      <w:proofErr w:type="spellStart"/>
      <w:r w:rsidRPr="00E0714C">
        <w:rPr>
          <w:rFonts w:cs="Arial"/>
          <w:sz w:val="20"/>
          <w:szCs w:val="20"/>
        </w:rPr>
        <w:t>en</w:t>
      </w:r>
      <w:proofErr w:type="spellEnd"/>
      <w:r w:rsidRPr="00E0714C">
        <w:rPr>
          <w:rFonts w:cs="Arial"/>
          <w:sz w:val="20"/>
          <w:szCs w:val="20"/>
        </w:rPr>
        <w:t xml:space="preserve"> la </w:t>
      </w:r>
      <w:proofErr w:type="spellStart"/>
      <w:r w:rsidRPr="00E0714C">
        <w:rPr>
          <w:rFonts w:cs="Arial"/>
          <w:sz w:val="20"/>
          <w:szCs w:val="20"/>
        </w:rPr>
        <w:t>plataforma</w:t>
      </w:r>
      <w:proofErr w:type="spellEnd"/>
      <w:r w:rsidRPr="00E0714C">
        <w:rPr>
          <w:rFonts w:cs="Arial"/>
          <w:sz w:val="20"/>
          <w:szCs w:val="20"/>
        </w:rPr>
        <w:t>.</w:t>
      </w:r>
    </w:p>
    <w:p w14:paraId="2C8AA304" w14:textId="1C3AA400" w:rsidR="00932B34" w:rsidRPr="00E0714C" w:rsidRDefault="00932B34">
      <w:pPr>
        <w:spacing w:after="80"/>
        <w:jc w:val="both"/>
        <w:rPr>
          <w:rFonts w:cs="Arial"/>
          <w:sz w:val="20"/>
          <w:szCs w:val="20"/>
        </w:rPr>
      </w:pPr>
    </w:p>
    <w:sectPr w:rsidR="00932B34" w:rsidRPr="00E0714C" w:rsidSect="00034616">
      <w:footerReference w:type="default" r:id="rId9"/>
      <w:pgSz w:w="12240" w:h="15840"/>
      <w:pgMar w:top="936" w:right="1152" w:bottom="936"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2444C" w14:textId="77777777" w:rsidR="00BE0C5E" w:rsidRDefault="00BE0C5E">
      <w:pPr>
        <w:spacing w:after="0" w:line="240" w:lineRule="auto"/>
      </w:pPr>
      <w:r>
        <w:separator/>
      </w:r>
    </w:p>
  </w:endnote>
  <w:endnote w:type="continuationSeparator" w:id="0">
    <w:p w14:paraId="43ADE931" w14:textId="77777777" w:rsidR="00BE0C5E" w:rsidRDefault="00BE0C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Arial&quot;,sans-serif">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3B22A" w14:textId="77777777" w:rsidR="00932B34" w:rsidRDefault="0020184D">
    <w:pPr>
      <w:pStyle w:val="Piedepgina"/>
      <w:jc w:val="center"/>
    </w:pPr>
    <w:r>
      <w:rPr>
        <w:sz w:val="16"/>
      </w:rPr>
      <w:t xml:space="preserve">Consejo Superior de la </w:t>
    </w:r>
    <w:proofErr w:type="spellStart"/>
    <w:r>
      <w:rPr>
        <w:sz w:val="16"/>
      </w:rPr>
      <w:t>Judicatura</w:t>
    </w:r>
    <w:proofErr w:type="spellEnd"/>
    <w:r>
      <w:rPr>
        <w:sz w:val="16"/>
      </w:rPr>
      <w:t xml:space="preserve"> – </w:t>
    </w:r>
    <w:proofErr w:type="spellStart"/>
    <w:r>
      <w:rPr>
        <w:sz w:val="16"/>
      </w:rPr>
      <w:t>Dirección</w:t>
    </w:r>
    <w:proofErr w:type="spellEnd"/>
    <w:r>
      <w:rPr>
        <w:sz w:val="16"/>
      </w:rPr>
      <w:t xml:space="preserve"> </w:t>
    </w:r>
    <w:proofErr w:type="spellStart"/>
    <w:r>
      <w:rPr>
        <w:sz w:val="16"/>
      </w:rPr>
      <w:t>Seccional</w:t>
    </w:r>
    <w:proofErr w:type="spellEnd"/>
    <w:r>
      <w:rPr>
        <w:sz w:val="16"/>
      </w:rPr>
      <w:t xml:space="preserve"> de Administración Judicial de Cali – Valle del Cauca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1BE81" w14:textId="77777777" w:rsidR="00BE0C5E" w:rsidRDefault="00BE0C5E">
      <w:pPr>
        <w:spacing w:after="0" w:line="240" w:lineRule="auto"/>
      </w:pPr>
      <w:r>
        <w:separator/>
      </w:r>
    </w:p>
  </w:footnote>
  <w:footnote w:type="continuationSeparator" w:id="0">
    <w:p w14:paraId="750F6B96" w14:textId="77777777" w:rsidR="00BE0C5E" w:rsidRDefault="00BE0C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256F4412"/>
    <w:multiLevelType w:val="hybridMultilevel"/>
    <w:tmpl w:val="69484A6E"/>
    <w:lvl w:ilvl="0" w:tplc="240A0001">
      <w:start w:val="1"/>
      <w:numFmt w:val="bullet"/>
      <w:lvlText w:val=""/>
      <w:lvlJc w:val="left"/>
      <w:pPr>
        <w:ind w:left="720" w:hanging="360"/>
      </w:pPr>
      <w:rPr>
        <w:rFonts w:ascii="Symbol" w:hAnsi="Symbol" w:hint="default"/>
        <w:b w:val="0"/>
        <w:bCs/>
      </w:rPr>
    </w:lvl>
    <w:lvl w:ilvl="1" w:tplc="E8BC2E6C">
      <w:start w:val="1"/>
      <w:numFmt w:val="decimal"/>
      <w:lvlText w:val="%2."/>
      <w:lvlJc w:val="left"/>
      <w:pPr>
        <w:ind w:left="1440" w:hanging="360"/>
      </w:pPr>
      <w:rPr>
        <w:rFonts w:ascii="Arial" w:eastAsia="Times New Roman" w:hAnsi="Arial" w:cs="Arial"/>
      </w:rPr>
    </w:lvl>
    <w:lvl w:ilvl="2" w:tplc="43F6AD86">
      <w:start w:val="100"/>
      <w:numFmt w:val="decimal"/>
      <w:lvlText w:val="%3"/>
      <w:lvlJc w:val="left"/>
      <w:pPr>
        <w:ind w:left="2340" w:hanging="360"/>
      </w:pPr>
      <w:rPr>
        <w:rFonts w:hint="default"/>
      </w:rPr>
    </w:lvl>
    <w:lvl w:ilvl="3" w:tplc="128265E6">
      <w:start w:val="1"/>
      <w:numFmt w:val="upperLetter"/>
      <w:lvlText w:val="%4."/>
      <w:lvlJc w:val="left"/>
      <w:pPr>
        <w:ind w:left="2880" w:hanging="360"/>
      </w:pPr>
      <w:rPr>
        <w:rFonts w:hint="default"/>
      </w:r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8074370"/>
    <w:multiLevelType w:val="hybridMultilevel"/>
    <w:tmpl w:val="8B000566"/>
    <w:lvl w:ilvl="0" w:tplc="8172744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90476B"/>
    <w:multiLevelType w:val="hybridMultilevel"/>
    <w:tmpl w:val="7F509468"/>
    <w:lvl w:ilvl="0" w:tplc="F5A42FDE">
      <w:start w:val="1"/>
      <w:numFmt w:val="decimal"/>
      <w:lvlText w:val="%1."/>
      <w:lvlJc w:val="left"/>
      <w:pPr>
        <w:ind w:left="720" w:hanging="360"/>
      </w:pPr>
      <w:rPr>
        <w:rFonts w:ascii="Arial" w:eastAsia="Times New Roman"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DE3115"/>
    <w:multiLevelType w:val="hybridMultilevel"/>
    <w:tmpl w:val="DD0496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C222887"/>
    <w:multiLevelType w:val="multilevel"/>
    <w:tmpl w:val="D318CA88"/>
    <w:lvl w:ilvl="0">
      <w:start w:val="1"/>
      <w:numFmt w:val="decimal"/>
      <w:lvlText w:val="%1."/>
      <w:lvlJc w:val="left"/>
      <w:pPr>
        <w:tabs>
          <w:tab w:val="num" w:pos="360"/>
        </w:tabs>
        <w:ind w:left="360" w:hanging="360"/>
      </w:pPr>
      <w:rPr>
        <w:b w:val="0"/>
        <w:i w:val="0"/>
        <w:iCs w:val="0"/>
        <w:strike w:val="0"/>
        <w:sz w:val="20"/>
        <w:szCs w:val="20"/>
      </w:rPr>
    </w:lvl>
    <w:lvl w:ilvl="1">
      <w:start w:val="5"/>
      <w:numFmt w:val="bullet"/>
      <w:lvlText w:val="-"/>
      <w:lvlJc w:val="left"/>
      <w:pPr>
        <w:ind w:left="1080" w:hanging="360"/>
      </w:pPr>
      <w:rPr>
        <w:rFonts w:ascii="Arial" w:eastAsia="Times New Roman" w:hAnsi="Arial" w:cs="Arial" w:hint="default"/>
      </w:rPr>
    </w:lvl>
    <w:lvl w:ilvl="2">
      <w:start w:val="1"/>
      <w:numFmt w:val="lowerLetter"/>
      <w:lvlText w:val="%3."/>
      <w:lvlJc w:val="left"/>
      <w:pPr>
        <w:ind w:left="1800" w:hanging="360"/>
      </w:pPr>
      <w:rPr>
        <w:rFonts w:hint="default"/>
      </w:rPr>
    </w:lvl>
    <w:lvl w:ilvl="3">
      <w:start w:val="2"/>
      <w:numFmt w:val="bullet"/>
      <w:lvlText w:val=""/>
      <w:lvlJc w:val="left"/>
      <w:pPr>
        <w:ind w:left="2520" w:hanging="360"/>
      </w:pPr>
      <w:rPr>
        <w:rFonts w:ascii="Symbol" w:eastAsia="Times New Roman" w:hAnsi="Symbol" w:cs="Arial" w:hint="default"/>
      </w:r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3CE445F7"/>
    <w:multiLevelType w:val="hybridMultilevel"/>
    <w:tmpl w:val="491658AC"/>
    <w:lvl w:ilvl="0" w:tplc="1592DF6A">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D9546CF"/>
    <w:multiLevelType w:val="hybridMultilevel"/>
    <w:tmpl w:val="8D243D7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B303CE9"/>
    <w:multiLevelType w:val="hybridMultilevel"/>
    <w:tmpl w:val="121AC86A"/>
    <w:lvl w:ilvl="0" w:tplc="1592DF6A">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4C116AD8"/>
    <w:multiLevelType w:val="hybridMultilevel"/>
    <w:tmpl w:val="F86AA3DE"/>
    <w:lvl w:ilvl="0" w:tplc="F88A7226">
      <w:start w:val="7"/>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5EE50E1"/>
    <w:multiLevelType w:val="hybridMultilevel"/>
    <w:tmpl w:val="78FA6B8E"/>
    <w:lvl w:ilvl="0" w:tplc="240A000F">
      <w:start w:val="1"/>
      <w:numFmt w:val="decimal"/>
      <w:lvlText w:val="%1."/>
      <w:lvlJc w:val="left"/>
      <w:pPr>
        <w:ind w:left="720" w:hanging="360"/>
      </w:pPr>
    </w:lvl>
    <w:lvl w:ilvl="1" w:tplc="B4E8E14A">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6D02188"/>
    <w:multiLevelType w:val="hybridMultilevel"/>
    <w:tmpl w:val="27822054"/>
    <w:lvl w:ilvl="0" w:tplc="240A000F">
      <w:start w:val="1"/>
      <w:numFmt w:val="decimal"/>
      <w:lvlText w:val="%1."/>
      <w:lvlJc w:val="left"/>
      <w:pPr>
        <w:ind w:left="1800" w:hanging="360"/>
      </w:p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1" w15:restartNumberingAfterBreak="0">
    <w:nsid w:val="58AA356B"/>
    <w:multiLevelType w:val="hybridMultilevel"/>
    <w:tmpl w:val="A5E86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706FFC"/>
    <w:multiLevelType w:val="hybridMultilevel"/>
    <w:tmpl w:val="DF6A93CC"/>
    <w:lvl w:ilvl="0" w:tplc="1592DF6A">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5C016C89"/>
    <w:multiLevelType w:val="multilevel"/>
    <w:tmpl w:val="E3F28164"/>
    <w:lvl w:ilvl="0">
      <w:start w:val="1"/>
      <w:numFmt w:val="decimal"/>
      <w:lvlText w:val="%1."/>
      <w:lvlJc w:val="left"/>
      <w:pPr>
        <w:tabs>
          <w:tab w:val="num" w:pos="360"/>
        </w:tabs>
        <w:ind w:left="360" w:hanging="360"/>
      </w:pPr>
      <w:rPr>
        <w:b w:val="0"/>
        <w:i w:val="0"/>
        <w:iCs w:val="0"/>
        <w:strike w:val="0"/>
      </w:rPr>
    </w:lvl>
    <w:lvl w:ilvl="1">
      <w:start w:val="5"/>
      <w:numFmt w:val="bullet"/>
      <w:lvlText w:val="-"/>
      <w:lvlJc w:val="left"/>
      <w:pPr>
        <w:ind w:left="1080" w:hanging="360"/>
      </w:pPr>
      <w:rPr>
        <w:rFonts w:ascii="Arial" w:eastAsia="Times New Roman" w:hAnsi="Arial" w:cs="Arial" w:hint="default"/>
      </w:rPr>
    </w:lvl>
    <w:lvl w:ilvl="2">
      <w:start w:val="1"/>
      <w:numFmt w:val="lowerLetter"/>
      <w:lvlText w:val="%3."/>
      <w:lvlJc w:val="left"/>
      <w:pPr>
        <w:ind w:left="1800" w:hanging="360"/>
      </w:pPr>
      <w:rPr>
        <w:rFonts w:hint="default"/>
      </w:rPr>
    </w:lvl>
    <w:lvl w:ilvl="3">
      <w:start w:val="2"/>
      <w:numFmt w:val="bullet"/>
      <w:lvlText w:val=""/>
      <w:lvlJc w:val="left"/>
      <w:pPr>
        <w:ind w:left="2520" w:hanging="360"/>
      </w:pPr>
      <w:rPr>
        <w:rFonts w:ascii="Symbol" w:eastAsia="Times New Roman" w:hAnsi="Symbol" w:cs="Arial" w:hint="default"/>
      </w:r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613F6A4A"/>
    <w:multiLevelType w:val="multilevel"/>
    <w:tmpl w:val="C2E8DAA4"/>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65634ADB"/>
    <w:multiLevelType w:val="hybridMultilevel"/>
    <w:tmpl w:val="93C44A92"/>
    <w:lvl w:ilvl="0" w:tplc="4A54CC90">
      <w:start w:val="1"/>
      <w:numFmt w:val="decimal"/>
      <w:lvlText w:val="%1."/>
      <w:lvlJc w:val="left"/>
      <w:pPr>
        <w:ind w:left="720" w:hanging="360"/>
      </w:pPr>
      <w:rPr>
        <w:rFonts w:ascii="Arial" w:hAnsi="Arial" w:cs="Arial" w:hint="default"/>
        <w:b w:val="0"/>
        <w:bCs/>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9E40AC8"/>
    <w:multiLevelType w:val="hybridMultilevel"/>
    <w:tmpl w:val="85048BD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D7B5F07"/>
    <w:multiLevelType w:val="hybridMultilevel"/>
    <w:tmpl w:val="95B4B420"/>
    <w:lvl w:ilvl="0" w:tplc="3C2CE3F4">
      <w:start w:val="1"/>
      <w:numFmt w:val="bullet"/>
      <w:lvlText w:val="-"/>
      <w:lvlJc w:val="left"/>
      <w:pPr>
        <w:ind w:left="720" w:hanging="360"/>
      </w:pPr>
      <w:rPr>
        <w:rFonts w:ascii="&quot;Arial&quot;,sans-serif" w:hAnsi="&quot;Arial&quot;,sans-serif"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1220CA"/>
    <w:multiLevelType w:val="multilevel"/>
    <w:tmpl w:val="4EB25F2A"/>
    <w:lvl w:ilvl="0">
      <w:start w:val="2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15:restartNumberingAfterBreak="0">
    <w:nsid w:val="7455210A"/>
    <w:multiLevelType w:val="hybridMultilevel"/>
    <w:tmpl w:val="4AAE4B6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77082013">
    <w:abstractNumId w:val="8"/>
  </w:num>
  <w:num w:numId="2" w16cid:durableId="2059160376">
    <w:abstractNumId w:val="6"/>
  </w:num>
  <w:num w:numId="3" w16cid:durableId="425152792">
    <w:abstractNumId w:val="5"/>
  </w:num>
  <w:num w:numId="4" w16cid:durableId="2029258635">
    <w:abstractNumId w:val="4"/>
  </w:num>
  <w:num w:numId="5" w16cid:durableId="1528057094">
    <w:abstractNumId w:val="7"/>
  </w:num>
  <w:num w:numId="6" w16cid:durableId="1426922691">
    <w:abstractNumId w:val="3"/>
  </w:num>
  <w:num w:numId="7" w16cid:durableId="1139767898">
    <w:abstractNumId w:val="2"/>
  </w:num>
  <w:num w:numId="8" w16cid:durableId="1992056815">
    <w:abstractNumId w:val="1"/>
  </w:num>
  <w:num w:numId="9" w16cid:durableId="1903246723">
    <w:abstractNumId w:val="0"/>
  </w:num>
  <w:num w:numId="10" w16cid:durableId="1854219772">
    <w:abstractNumId w:val="15"/>
  </w:num>
  <w:num w:numId="11" w16cid:durableId="883827472">
    <w:abstractNumId w:val="21"/>
  </w:num>
  <w:num w:numId="12" w16cid:durableId="115487554">
    <w:abstractNumId w:val="12"/>
  </w:num>
  <w:num w:numId="13" w16cid:durableId="1849252815">
    <w:abstractNumId w:val="14"/>
  </w:num>
  <w:num w:numId="14" w16cid:durableId="1507359037">
    <w:abstractNumId w:val="24"/>
  </w:num>
  <w:num w:numId="15" w16cid:durableId="207187147">
    <w:abstractNumId w:val="16"/>
  </w:num>
  <w:num w:numId="16" w16cid:durableId="1496264526">
    <w:abstractNumId w:val="27"/>
  </w:num>
  <w:num w:numId="17" w16cid:durableId="993415189">
    <w:abstractNumId w:val="25"/>
  </w:num>
  <w:num w:numId="18" w16cid:durableId="1607612076">
    <w:abstractNumId w:val="20"/>
  </w:num>
  <w:num w:numId="19" w16cid:durableId="578909598">
    <w:abstractNumId w:val="13"/>
  </w:num>
  <w:num w:numId="20" w16cid:durableId="1455169617">
    <w:abstractNumId w:val="19"/>
  </w:num>
  <w:num w:numId="21" w16cid:durableId="1894661407">
    <w:abstractNumId w:val="18"/>
  </w:num>
  <w:num w:numId="22" w16cid:durableId="978798956">
    <w:abstractNumId w:val="11"/>
  </w:num>
  <w:num w:numId="23" w16cid:durableId="283537009">
    <w:abstractNumId w:val="28"/>
  </w:num>
  <w:num w:numId="24" w16cid:durableId="816998698">
    <w:abstractNumId w:val="17"/>
  </w:num>
  <w:num w:numId="25" w16cid:durableId="433865187">
    <w:abstractNumId w:val="29"/>
  </w:num>
  <w:num w:numId="26" w16cid:durableId="846599834">
    <w:abstractNumId w:val="10"/>
  </w:num>
  <w:num w:numId="27" w16cid:durableId="2027321565">
    <w:abstractNumId w:val="9"/>
  </w:num>
  <w:num w:numId="28" w16cid:durableId="1607229582">
    <w:abstractNumId w:val="23"/>
  </w:num>
  <w:num w:numId="29" w16cid:durableId="581181337">
    <w:abstractNumId w:val="22"/>
  </w:num>
  <w:num w:numId="30" w16cid:durableId="36621739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79BD"/>
    <w:rsid w:val="00007CA6"/>
    <w:rsid w:val="000148B6"/>
    <w:rsid w:val="00034616"/>
    <w:rsid w:val="00046A4E"/>
    <w:rsid w:val="0006063C"/>
    <w:rsid w:val="00066567"/>
    <w:rsid w:val="000D18A9"/>
    <w:rsid w:val="000D2C63"/>
    <w:rsid w:val="001406E3"/>
    <w:rsid w:val="0015074B"/>
    <w:rsid w:val="001F514C"/>
    <w:rsid w:val="0020184D"/>
    <w:rsid w:val="0027247D"/>
    <w:rsid w:val="0029639D"/>
    <w:rsid w:val="002A1D37"/>
    <w:rsid w:val="00326F90"/>
    <w:rsid w:val="00335CEE"/>
    <w:rsid w:val="00345ADA"/>
    <w:rsid w:val="003A4064"/>
    <w:rsid w:val="003F5B27"/>
    <w:rsid w:val="00426E88"/>
    <w:rsid w:val="00436B8D"/>
    <w:rsid w:val="005057B6"/>
    <w:rsid w:val="00521B13"/>
    <w:rsid w:val="00536F89"/>
    <w:rsid w:val="005650CA"/>
    <w:rsid w:val="005760A3"/>
    <w:rsid w:val="00586860"/>
    <w:rsid w:val="005C6EDD"/>
    <w:rsid w:val="00637D75"/>
    <w:rsid w:val="00661648"/>
    <w:rsid w:val="0069469E"/>
    <w:rsid w:val="006A72FE"/>
    <w:rsid w:val="006C3C52"/>
    <w:rsid w:val="006C7031"/>
    <w:rsid w:val="006E2D65"/>
    <w:rsid w:val="006E6C48"/>
    <w:rsid w:val="0070017A"/>
    <w:rsid w:val="00711A9D"/>
    <w:rsid w:val="00727D25"/>
    <w:rsid w:val="00767632"/>
    <w:rsid w:val="007A1981"/>
    <w:rsid w:val="007A7DB7"/>
    <w:rsid w:val="007C55BF"/>
    <w:rsid w:val="00825533"/>
    <w:rsid w:val="00850A9A"/>
    <w:rsid w:val="008E29C8"/>
    <w:rsid w:val="009168B6"/>
    <w:rsid w:val="00932B34"/>
    <w:rsid w:val="0095172E"/>
    <w:rsid w:val="0098182B"/>
    <w:rsid w:val="009F125D"/>
    <w:rsid w:val="00A746EB"/>
    <w:rsid w:val="00AA1D8D"/>
    <w:rsid w:val="00B03B56"/>
    <w:rsid w:val="00B1513A"/>
    <w:rsid w:val="00B3068F"/>
    <w:rsid w:val="00B33545"/>
    <w:rsid w:val="00B355F2"/>
    <w:rsid w:val="00B47730"/>
    <w:rsid w:val="00B72163"/>
    <w:rsid w:val="00B72591"/>
    <w:rsid w:val="00B817A4"/>
    <w:rsid w:val="00B9196B"/>
    <w:rsid w:val="00BE0C5E"/>
    <w:rsid w:val="00BE579E"/>
    <w:rsid w:val="00C36B4D"/>
    <w:rsid w:val="00C47639"/>
    <w:rsid w:val="00C75ACE"/>
    <w:rsid w:val="00C873D7"/>
    <w:rsid w:val="00C93488"/>
    <w:rsid w:val="00CB0664"/>
    <w:rsid w:val="00CB6209"/>
    <w:rsid w:val="00CD2F06"/>
    <w:rsid w:val="00D54FD2"/>
    <w:rsid w:val="00DD4E39"/>
    <w:rsid w:val="00DE0DD4"/>
    <w:rsid w:val="00DF4407"/>
    <w:rsid w:val="00E05383"/>
    <w:rsid w:val="00E0714C"/>
    <w:rsid w:val="00E158C4"/>
    <w:rsid w:val="00EA34A4"/>
    <w:rsid w:val="00ED28C4"/>
    <w:rsid w:val="00ED7DCC"/>
    <w:rsid w:val="00EF5018"/>
    <w:rsid w:val="00F24352"/>
    <w:rsid w:val="00F25AA2"/>
    <w:rsid w:val="00F4330E"/>
    <w:rsid w:val="00F5544F"/>
    <w:rsid w:val="00F8425D"/>
    <w:rsid w:val="00FA7D54"/>
    <w:rsid w:val="00FC693F"/>
    <w:rsid w:val="00FD2BDA"/>
    <w:rsid w:val="00FD7C7C"/>
    <w:rsid w:val="00FF03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EA443F"/>
  <w14:defaultImageDpi w14:val="300"/>
  <w15:docId w15:val="{E16C14FB-E59F-40E3-AE1A-06B3A36EB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1"/>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Ha,Bullet List,FooterText,numbered,List Paragraph1,Paragraphe de liste1,lp1,Foot,List1,titulo 3"/>
    <w:basedOn w:val="Normal"/>
    <w:link w:val="PrrafodelistaCar"/>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aliases w:val="Ecotabla-3"/>
    <w:basedOn w:val="Tablanormal"/>
    <w:uiPriority w:val="59"/>
    <w:qFormat/>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isselectedend">
    <w:name w:val="isselectedend"/>
    <w:basedOn w:val="Normal"/>
    <w:rsid w:val="00CD2F06"/>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NormalWeb">
    <w:name w:val="Normal (Web)"/>
    <w:basedOn w:val="Normal"/>
    <w:uiPriority w:val="99"/>
    <w:semiHidden/>
    <w:unhideWhenUsed/>
    <w:rsid w:val="00CD2F06"/>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Ha Car,Bullet List Car,FooterText Car,numbered Car"/>
    <w:basedOn w:val="Fuentedeprrafopredeter"/>
    <w:link w:val="Prrafodelista"/>
    <w:uiPriority w:val="34"/>
    <w:qFormat/>
    <w:locked/>
    <w:rsid w:val="00F24352"/>
    <w:rPr>
      <w:rFonts w:ascii="Arial" w:hAnsi="Arial"/>
      <w:sz w:val="21"/>
    </w:rPr>
  </w:style>
  <w:style w:type="table" w:customStyle="1" w:styleId="Ecotabla-31">
    <w:name w:val="Ecotabla-31"/>
    <w:basedOn w:val="Tablanormal"/>
    <w:next w:val="Tablaconcuadrcula"/>
    <w:uiPriority w:val="59"/>
    <w:qFormat/>
    <w:rsid w:val="00345AD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B33545"/>
    <w:pPr>
      <w:tabs>
        <w:tab w:val="left" w:pos="-142"/>
      </w:tabs>
      <w:autoSpaceDE w:val="0"/>
      <w:autoSpaceDN w:val="0"/>
      <w:adjustRightInd w:val="0"/>
      <w:spacing w:before="120" w:after="240" w:line="240" w:lineRule="auto"/>
      <w:jc w:val="both"/>
    </w:pPr>
    <w:rPr>
      <w:rFonts w:ascii="Arial Narrow" w:eastAsia="Times New Roman" w:hAnsi="Arial Narrow" w:cs="Times New Roman"/>
      <w:color w:val="4A442A" w:themeColor="background2" w:themeShade="40"/>
      <w:sz w:val="24"/>
      <w:szCs w:val="24"/>
      <w:lang w:val="x-none" w:eastAsia="es-ES"/>
    </w:rPr>
  </w:style>
  <w:style w:type="character" w:customStyle="1" w:styleId="InviasNormalCar">
    <w:name w:val="Invias Normal Car"/>
    <w:link w:val="InviasNormal"/>
    <w:locked/>
    <w:rsid w:val="00B33545"/>
    <w:rPr>
      <w:rFonts w:ascii="Arial Narrow" w:eastAsia="Times New Roman" w:hAnsi="Arial Narrow" w:cs="Times New Roman"/>
      <w:color w:val="4A442A" w:themeColor="background2" w:themeShade="40"/>
      <w:sz w:val="24"/>
      <w:szCs w:val="24"/>
      <w:lang w:val="x-none" w:eastAsia="es-ES"/>
    </w:rPr>
  </w:style>
  <w:style w:type="paragraph" w:styleId="TDC1">
    <w:name w:val="toc 1"/>
    <w:basedOn w:val="Normal"/>
    <w:next w:val="Normal"/>
    <w:autoRedefine/>
    <w:uiPriority w:val="39"/>
    <w:semiHidden/>
    <w:unhideWhenUsed/>
    <w:rsid w:val="00F8425D"/>
    <w:pPr>
      <w:spacing w:after="100"/>
    </w:pPr>
  </w:style>
  <w:style w:type="character" w:styleId="Hipervnculo">
    <w:name w:val="Hyperlink"/>
    <w:basedOn w:val="Fuentedeprrafopredeter"/>
    <w:uiPriority w:val="99"/>
    <w:unhideWhenUsed/>
    <w:rsid w:val="003F5B27"/>
    <w:rPr>
      <w:color w:val="0000FF" w:themeColor="hyperlink"/>
      <w:u w:val="single"/>
    </w:rPr>
  </w:style>
  <w:style w:type="character" w:styleId="Mencinsinresolver">
    <w:name w:val="Unresolved Mention"/>
    <w:basedOn w:val="Fuentedeprrafopredeter"/>
    <w:uiPriority w:val="99"/>
    <w:semiHidden/>
    <w:unhideWhenUsed/>
    <w:rsid w:val="003F5B27"/>
    <w:rPr>
      <w:color w:val="605E5C"/>
      <w:shd w:val="clear" w:color="auto" w:fill="E1DFDD"/>
    </w:rPr>
  </w:style>
  <w:style w:type="paragraph" w:customStyle="1" w:styleId="Default">
    <w:name w:val="Default"/>
    <w:link w:val="DefaultCar"/>
    <w:qFormat/>
    <w:rsid w:val="000079BD"/>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0079BD"/>
    <w:rPr>
      <w:rFonts w:ascii="Arial" w:eastAsia="Times New Roman" w:hAnsi="Arial" w:cs="Arial"/>
      <w:color w:val="000000"/>
      <w:sz w:val="24"/>
      <w:szCs w:val="24"/>
      <w:lang w:val="es-ES" w:eastAsia="es-ES"/>
    </w:rPr>
  </w:style>
  <w:style w:type="character" w:styleId="Refdecomentario">
    <w:name w:val="annotation reference"/>
    <w:basedOn w:val="Fuentedeprrafopredeter"/>
    <w:uiPriority w:val="99"/>
    <w:qFormat/>
    <w:rsid w:val="005057B6"/>
    <w:rPr>
      <w:sz w:val="16"/>
      <w:szCs w:val="16"/>
    </w:rPr>
  </w:style>
  <w:style w:type="paragraph" w:styleId="Textocomentario">
    <w:name w:val="annotation text"/>
    <w:basedOn w:val="Normal"/>
    <w:link w:val="TextocomentarioCar"/>
    <w:uiPriority w:val="99"/>
    <w:rsid w:val="005057B6"/>
    <w:pPr>
      <w:suppressAutoHyphens/>
      <w:spacing w:after="0" w:line="240" w:lineRule="auto"/>
    </w:pPr>
    <w:rPr>
      <w:rFonts w:ascii="Times New Roman" w:eastAsia="Times New Roman" w:hAnsi="Times New Roman" w:cs="Times New Roman"/>
      <w:sz w:val="20"/>
      <w:szCs w:val="20"/>
      <w:lang w:val="es-CO" w:eastAsia="ar-SA"/>
    </w:rPr>
  </w:style>
  <w:style w:type="character" w:customStyle="1" w:styleId="TextocomentarioCar">
    <w:name w:val="Texto comentario Car"/>
    <w:basedOn w:val="Fuentedeprrafopredeter"/>
    <w:link w:val="Textocomentario"/>
    <w:uiPriority w:val="99"/>
    <w:rsid w:val="005057B6"/>
    <w:rPr>
      <w:rFonts w:ascii="Times New Roman" w:eastAsia="Times New Roman" w:hAnsi="Times New Roman" w:cs="Times New Roman"/>
      <w:sz w:val="20"/>
      <w:szCs w:val="20"/>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25</Pages>
  <Words>12992</Words>
  <Characters>71461</Characters>
  <Application>Microsoft Office Word</Application>
  <DocSecurity>0</DocSecurity>
  <Lines>595</Lines>
  <Paragraphs>168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84285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Dayhana Varela Vallejo</cp:lastModifiedBy>
  <cp:revision>3</cp:revision>
  <dcterms:created xsi:type="dcterms:W3CDTF">2026-10-14T16:51:00Z</dcterms:created>
  <dcterms:modified xsi:type="dcterms:W3CDTF">2026-10-15T16:44:00Z</dcterms:modified>
  <cp:category/>
</cp:coreProperties>
</file>