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E8C81" w14:textId="77777777" w:rsidR="006C2EB6" w:rsidRPr="00254E9E" w:rsidRDefault="00000000">
      <w:pPr>
        <w:keepNext/>
        <w:spacing w:before="40" w:after="180"/>
        <w:jc w:val="center"/>
        <w:rPr>
          <w:lang w:val="es-CO"/>
        </w:rPr>
      </w:pPr>
      <w:r w:rsidRPr="00254E9E">
        <w:rPr>
          <w:b/>
          <w:lang w:val="es-CO"/>
        </w:rPr>
        <w:t>FORMATO 5 – CERTIFICACIÓN PERSONAL MÍNIMO REQUERIDO – PERFILES GENERALES</w:t>
      </w:r>
    </w:p>
    <w:p w14:paraId="5A81042F" w14:textId="77777777" w:rsidR="006C2EB6" w:rsidRPr="00254E9E" w:rsidRDefault="00000000">
      <w:pPr>
        <w:spacing w:after="0"/>
        <w:jc w:val="both"/>
        <w:rPr>
          <w:lang w:val="es-CO"/>
        </w:rPr>
      </w:pPr>
      <w:r w:rsidRPr="00254E9E">
        <w:rPr>
          <w:lang w:val="es-CO"/>
        </w:rPr>
        <w:t>Señores</w:t>
      </w:r>
    </w:p>
    <w:p w14:paraId="228A5851" w14:textId="77777777" w:rsidR="006C2EB6" w:rsidRPr="00254E9E" w:rsidRDefault="00000000">
      <w:pPr>
        <w:spacing w:after="0"/>
        <w:jc w:val="both"/>
        <w:rPr>
          <w:lang w:val="es-CO"/>
        </w:rPr>
      </w:pPr>
      <w:r w:rsidRPr="00254E9E">
        <w:rPr>
          <w:b/>
          <w:lang w:val="es-CO"/>
        </w:rPr>
        <w:t>ALCALDÍA DE SANTIAGO DE CALI – SECRETARÍA DE EDUCACIÓN</w:t>
      </w:r>
    </w:p>
    <w:p w14:paraId="306ADBB7" w14:textId="77777777" w:rsidR="006C2EB6" w:rsidRPr="00254E9E" w:rsidRDefault="00000000">
      <w:pPr>
        <w:spacing w:after="0"/>
        <w:jc w:val="both"/>
        <w:rPr>
          <w:lang w:val="es-CO"/>
        </w:rPr>
      </w:pPr>
      <w:r w:rsidRPr="00254E9E">
        <w:rPr>
          <w:lang w:val="es-CO"/>
        </w:rPr>
        <w:t>Centro Administrativo Municipal</w:t>
      </w:r>
    </w:p>
    <w:p w14:paraId="0E7BCF7A" w14:textId="77777777" w:rsidR="006C2EB6" w:rsidRPr="00254E9E" w:rsidRDefault="00000000">
      <w:pPr>
        <w:spacing w:after="140"/>
        <w:jc w:val="both"/>
        <w:rPr>
          <w:lang w:val="es-CO"/>
        </w:rPr>
      </w:pPr>
      <w:r w:rsidRPr="00254E9E">
        <w:rPr>
          <w:lang w:val="es-CO"/>
        </w:rPr>
        <w:t>Cali, Valle del Cauca</w:t>
      </w:r>
    </w:p>
    <w:p w14:paraId="3ED3468C" w14:textId="77777777" w:rsidR="006C2EB6" w:rsidRPr="00254E9E" w:rsidRDefault="00000000">
      <w:pPr>
        <w:spacing w:after="100"/>
        <w:jc w:val="both"/>
        <w:rPr>
          <w:lang w:val="es-CO"/>
        </w:rPr>
      </w:pPr>
      <w:r w:rsidRPr="00254E9E">
        <w:rPr>
          <w:b/>
          <w:lang w:val="es-CO"/>
        </w:rPr>
        <w:t xml:space="preserve">REFERENCIA: </w:t>
      </w:r>
      <w:r w:rsidRPr="00254E9E">
        <w:rPr>
          <w:lang w:val="es-CO"/>
        </w:rPr>
        <w:t>LICITACIÓN PÚBLICA No. 4143.010.32.1827-2026, en adelante el «Proceso de Contratación».</w:t>
      </w:r>
    </w:p>
    <w:p w14:paraId="4A4650C9" w14:textId="77777777" w:rsidR="006C2EB6" w:rsidRPr="00254E9E" w:rsidRDefault="00000000">
      <w:pPr>
        <w:spacing w:after="140"/>
        <w:jc w:val="both"/>
        <w:rPr>
          <w:lang w:val="es-CO"/>
        </w:rPr>
      </w:pPr>
      <w:r w:rsidRPr="00254E9E">
        <w:rPr>
          <w:b/>
          <w:lang w:val="es-CO"/>
        </w:rPr>
        <w:t xml:space="preserve">OBJETO: </w:t>
      </w:r>
      <w:r w:rsidRPr="00254E9E">
        <w:rPr>
          <w:lang w:val="es-CO"/>
        </w:rPr>
        <w:t>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NECESIDAD.</w:t>
      </w:r>
    </w:p>
    <w:p w14:paraId="06960664" w14:textId="77777777" w:rsidR="006C2EB6" w:rsidRPr="00254E9E" w:rsidRDefault="00000000">
      <w:pPr>
        <w:spacing w:after="120"/>
        <w:jc w:val="both"/>
        <w:rPr>
          <w:lang w:val="es-CO"/>
        </w:rPr>
      </w:pPr>
      <w:r w:rsidRPr="00254E9E">
        <w:rPr>
          <w:lang w:val="es-CO"/>
        </w:rPr>
        <w:t>Estimados señores:</w:t>
      </w:r>
    </w:p>
    <w:p w14:paraId="447FD5DD" w14:textId="77777777" w:rsidR="006C2EB6" w:rsidRPr="00254E9E" w:rsidRDefault="00000000">
      <w:pPr>
        <w:spacing w:after="160"/>
        <w:jc w:val="both"/>
        <w:rPr>
          <w:lang w:val="es-CO"/>
        </w:rPr>
      </w:pPr>
      <w:r w:rsidRPr="00254E9E">
        <w:rPr>
          <w:shd w:val="clear" w:color="auto" w:fill="BFBFBF" w:themeFill="background1" w:themeFillShade="BF"/>
          <w:lang w:val="es-CO"/>
        </w:rPr>
        <w:t>[Nombre del proponente o de su representante legal</w:t>
      </w:r>
      <w:r w:rsidRPr="00254E9E">
        <w:rPr>
          <w:lang w:val="es-CO"/>
        </w:rPr>
        <w:t xml:space="preserve">], identificado con </w:t>
      </w:r>
      <w:r w:rsidRPr="00254E9E">
        <w:rPr>
          <w:shd w:val="clear" w:color="auto" w:fill="BFBFBF" w:themeFill="background1" w:themeFillShade="BF"/>
          <w:lang w:val="es-CO"/>
        </w:rPr>
        <w:t>[documento de identidad],</w:t>
      </w:r>
      <w:r w:rsidRPr="00254E9E">
        <w:rPr>
          <w:lang w:val="es-CO"/>
        </w:rPr>
        <w:t xml:space="preserve"> actuando en nombre y representación de </w:t>
      </w:r>
      <w:r w:rsidRPr="00254E9E">
        <w:rPr>
          <w:shd w:val="clear" w:color="auto" w:fill="BFBFBF" w:themeFill="background1" w:themeFillShade="BF"/>
          <w:lang w:val="es-CO"/>
        </w:rPr>
        <w:t>[razón social del proponente]</w:t>
      </w:r>
      <w:r w:rsidRPr="00254E9E">
        <w:rPr>
          <w:lang w:val="es-CO"/>
        </w:rPr>
        <w:t>, certifico que, para la ejecución del contrato objeto del presente proceso de selección, se dispondrá del personal mínimo correspondiente a los perfiles generales exigidos en los documentos del proceso, bajo las siguientes condiciones:</w:t>
      </w:r>
    </w:p>
    <w:p w14:paraId="773C4737" w14:textId="77777777" w:rsidR="006C2EB6" w:rsidRPr="00254E9E" w:rsidRDefault="00000000">
      <w:pPr>
        <w:spacing w:after="160"/>
        <w:jc w:val="both"/>
        <w:rPr>
          <w:lang w:val="es-CO"/>
        </w:rPr>
      </w:pPr>
      <w:r w:rsidRPr="00254E9E">
        <w:rPr>
          <w:lang w:val="es-CO"/>
        </w:rPr>
        <w:t>La relación que se presenta identifica individualmente a cada integrante, el cargo que desempeñará, la fecha de vinculación, su experiencia y formación académica. Las personas relacionadas cumplen los perfiles y las condiciones exigidas y se anexan sus respectivas hojas de vida y los soportes que acreditan la formación y experiencia, conforme al numeral 3.5.1 del pliego de condiciones y al apartado de personal mínimo requerido de los estudios previos.</w:t>
      </w:r>
    </w:p>
    <w:tbl>
      <w:tblPr>
        <w:tblW w:w="10461" w:type="dxa"/>
        <w:jc w:val="center"/>
        <w:tblLayout w:type="fixed"/>
        <w:tblLook w:val="04A0" w:firstRow="1" w:lastRow="0" w:firstColumn="1" w:lastColumn="0" w:noHBand="0" w:noVBand="1"/>
      </w:tblPr>
      <w:tblGrid>
        <w:gridCol w:w="1344"/>
        <w:gridCol w:w="1984"/>
        <w:gridCol w:w="1757"/>
        <w:gridCol w:w="1344"/>
        <w:gridCol w:w="1344"/>
        <w:gridCol w:w="1344"/>
        <w:gridCol w:w="1344"/>
      </w:tblGrid>
      <w:tr w:rsidR="006C2EB6" w14:paraId="6EAC0805" w14:textId="77777777" w:rsidTr="00254E9E">
        <w:trPr>
          <w:cantSplit/>
          <w:tblHeader/>
          <w:jc w:val="center"/>
        </w:trPr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5E84F134" w14:textId="77777777" w:rsidR="006C2EB6" w:rsidRDefault="00000000">
            <w:pPr>
              <w:spacing w:after="0" w:line="247" w:lineRule="auto"/>
              <w:jc w:val="center"/>
            </w:pPr>
            <w:proofErr w:type="gramStart"/>
            <w:r>
              <w:rPr>
                <w:b/>
                <w:sz w:val="16"/>
              </w:rPr>
              <w:t>N.º</w:t>
            </w:r>
            <w:proofErr w:type="gramEnd"/>
          </w:p>
        </w:tc>
        <w:tc>
          <w:tcPr>
            <w:tcW w:w="198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2D264B35" w14:textId="77777777" w:rsidR="006C2EB6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Perfil / cargo</w:t>
            </w:r>
          </w:p>
        </w:tc>
        <w:tc>
          <w:tcPr>
            <w:tcW w:w="175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311FF8A3" w14:textId="77777777" w:rsidR="006C2EB6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Nombre completo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32924A86" w14:textId="77777777" w:rsidR="006C2EB6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N.º documento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3141D132" w14:textId="77777777" w:rsidR="006C2EB6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Fecha de vinculación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45032ED3" w14:textId="77777777" w:rsidR="006C2EB6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Experiencia (años)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26282F51" w14:textId="77777777" w:rsidR="006C2EB6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Formación académica</w:t>
            </w:r>
          </w:p>
        </w:tc>
      </w:tr>
      <w:tr w:rsidR="006C2EB6" w14:paraId="21B3A16E" w14:textId="77777777" w:rsidTr="00254E9E">
        <w:trPr>
          <w:cantSplit/>
          <w:jc w:val="center"/>
        </w:trPr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58BCA09A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1</w:t>
            </w:r>
          </w:p>
        </w:tc>
        <w:tc>
          <w:tcPr>
            <w:tcW w:w="198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576A064A" w14:textId="77777777" w:rsidR="006C2EB6" w:rsidRPr="00254E9E" w:rsidRDefault="00000000">
            <w:pPr>
              <w:spacing w:after="0" w:line="247" w:lineRule="auto"/>
              <w:rPr>
                <w:lang w:val="es-CO"/>
              </w:rPr>
            </w:pPr>
            <w:r w:rsidRPr="00254E9E">
              <w:rPr>
                <w:sz w:val="17"/>
                <w:lang w:val="es-CO"/>
              </w:rPr>
              <w:t>Gerente y/o representante legal</w:t>
            </w:r>
          </w:p>
        </w:tc>
        <w:tc>
          <w:tcPr>
            <w:tcW w:w="175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198036A0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66BC679F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64E0343F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 / ____ / 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08414DE6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4C563171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</w:tr>
      <w:tr w:rsidR="006C2EB6" w14:paraId="2450BCF9" w14:textId="77777777" w:rsidTr="00254E9E">
        <w:trPr>
          <w:cantSplit/>
          <w:jc w:val="center"/>
        </w:trPr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0344C996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2</w:t>
            </w:r>
          </w:p>
        </w:tc>
        <w:tc>
          <w:tcPr>
            <w:tcW w:w="198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00F6440E" w14:textId="77777777" w:rsidR="006C2EB6" w:rsidRPr="00254E9E" w:rsidRDefault="00000000">
            <w:pPr>
              <w:spacing w:after="0" w:line="247" w:lineRule="auto"/>
              <w:rPr>
                <w:lang w:val="es-CO"/>
              </w:rPr>
            </w:pPr>
            <w:r w:rsidRPr="00254E9E">
              <w:rPr>
                <w:sz w:val="17"/>
                <w:lang w:val="es-CO"/>
              </w:rPr>
              <w:t>Coordinador o jefe de operaciones</w:t>
            </w:r>
          </w:p>
        </w:tc>
        <w:tc>
          <w:tcPr>
            <w:tcW w:w="175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029D8849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70820FA9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489FA77C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 / ____ / 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2FE90AE7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1A540501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</w:tr>
      <w:tr w:rsidR="006C2EB6" w14:paraId="4A7BD8B7" w14:textId="77777777" w:rsidTr="00254E9E">
        <w:trPr>
          <w:cantSplit/>
          <w:jc w:val="center"/>
        </w:trPr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486E6C7B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3</w:t>
            </w:r>
          </w:p>
        </w:tc>
        <w:tc>
          <w:tcPr>
            <w:tcW w:w="198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4F448439" w14:textId="77777777" w:rsidR="006C2EB6" w:rsidRPr="00254E9E" w:rsidRDefault="00000000">
            <w:pPr>
              <w:spacing w:after="0" w:line="247" w:lineRule="auto"/>
              <w:rPr>
                <w:lang w:val="es-CO"/>
              </w:rPr>
            </w:pPr>
            <w:r w:rsidRPr="00254E9E">
              <w:rPr>
                <w:sz w:val="17"/>
                <w:lang w:val="es-CO"/>
              </w:rPr>
              <w:t>Jefe de personal o de gestión de recursos humanos</w:t>
            </w:r>
          </w:p>
        </w:tc>
        <w:tc>
          <w:tcPr>
            <w:tcW w:w="175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12915ADF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6D57E085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5F4D4168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 / ____ / 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31D30C9F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08980170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</w:tr>
      <w:tr w:rsidR="006C2EB6" w14:paraId="3D1A9360" w14:textId="77777777" w:rsidTr="00254E9E">
        <w:trPr>
          <w:cantSplit/>
          <w:jc w:val="center"/>
        </w:trPr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0C35B2B6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4</w:t>
            </w:r>
          </w:p>
        </w:tc>
        <w:tc>
          <w:tcPr>
            <w:tcW w:w="198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03159583" w14:textId="77777777" w:rsidR="006C2EB6" w:rsidRPr="00254E9E" w:rsidRDefault="00000000">
            <w:pPr>
              <w:spacing w:after="0" w:line="247" w:lineRule="auto"/>
              <w:rPr>
                <w:lang w:val="es-CO"/>
              </w:rPr>
            </w:pPr>
            <w:r w:rsidRPr="00254E9E">
              <w:rPr>
                <w:sz w:val="17"/>
                <w:lang w:val="es-CO"/>
              </w:rPr>
              <w:t>Coordinador o jefe de seguridad y salud en el trabajo</w:t>
            </w:r>
          </w:p>
        </w:tc>
        <w:tc>
          <w:tcPr>
            <w:tcW w:w="175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6E156834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464B73C6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57A55E73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 / ____ / 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7E2554B7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792FE2BE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</w:tr>
      <w:tr w:rsidR="006C2EB6" w14:paraId="78EDC46B" w14:textId="77777777" w:rsidTr="00254E9E">
        <w:trPr>
          <w:cantSplit/>
          <w:jc w:val="center"/>
        </w:trPr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3F94A98F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5</w:t>
            </w:r>
          </w:p>
        </w:tc>
        <w:tc>
          <w:tcPr>
            <w:tcW w:w="198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4539AB11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Supervisor</w:t>
            </w:r>
          </w:p>
        </w:tc>
        <w:tc>
          <w:tcPr>
            <w:tcW w:w="175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50647607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3910D5FE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55EE36E1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 / ____ / 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2EBC4C20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08C1412B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</w:tr>
      <w:tr w:rsidR="006C2EB6" w14:paraId="0AA8D23E" w14:textId="77777777" w:rsidTr="00254E9E">
        <w:trPr>
          <w:cantSplit/>
          <w:jc w:val="center"/>
        </w:trPr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549526BE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6</w:t>
            </w:r>
          </w:p>
        </w:tc>
        <w:tc>
          <w:tcPr>
            <w:tcW w:w="198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78FC3A2F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Supervisor</w:t>
            </w:r>
          </w:p>
        </w:tc>
        <w:tc>
          <w:tcPr>
            <w:tcW w:w="175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7F51243E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66E8526F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79AF6C86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 / ____ / 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59E348B7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7F696DDE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</w:tr>
      <w:tr w:rsidR="006C2EB6" w14:paraId="63F917DC" w14:textId="77777777" w:rsidTr="00254E9E">
        <w:trPr>
          <w:cantSplit/>
          <w:jc w:val="center"/>
        </w:trPr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099639EB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7</w:t>
            </w:r>
          </w:p>
        </w:tc>
        <w:tc>
          <w:tcPr>
            <w:tcW w:w="198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633891FC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Supervisor</w:t>
            </w:r>
          </w:p>
        </w:tc>
        <w:tc>
          <w:tcPr>
            <w:tcW w:w="175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0C45516F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5A51BD7B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0CDEED55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 / ____ / 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5F437A98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3AC2F335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</w:tr>
      <w:tr w:rsidR="006C2EB6" w14:paraId="7EAC1C60" w14:textId="77777777" w:rsidTr="00254E9E">
        <w:trPr>
          <w:cantSplit/>
          <w:jc w:val="center"/>
        </w:trPr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66154A6E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lastRenderedPageBreak/>
              <w:t>8</w:t>
            </w:r>
          </w:p>
        </w:tc>
        <w:tc>
          <w:tcPr>
            <w:tcW w:w="198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59D5534C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Supervisor</w:t>
            </w:r>
          </w:p>
        </w:tc>
        <w:tc>
          <w:tcPr>
            <w:tcW w:w="175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67E975AE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025483B5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7F4D7504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 / ____ / 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598F187C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61AB2B61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</w:tr>
      <w:tr w:rsidR="006C2EB6" w14:paraId="709F9A8E" w14:textId="77777777" w:rsidTr="00254E9E">
        <w:trPr>
          <w:cantSplit/>
          <w:tblHeader/>
          <w:jc w:val="center"/>
        </w:trPr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33EB6714" w14:textId="77777777" w:rsidR="006C2EB6" w:rsidRDefault="00000000">
            <w:pPr>
              <w:spacing w:after="0" w:line="247" w:lineRule="auto"/>
              <w:jc w:val="center"/>
            </w:pPr>
            <w:proofErr w:type="gramStart"/>
            <w:r>
              <w:rPr>
                <w:b/>
                <w:sz w:val="16"/>
              </w:rPr>
              <w:t>N.º</w:t>
            </w:r>
            <w:proofErr w:type="gramEnd"/>
          </w:p>
        </w:tc>
        <w:tc>
          <w:tcPr>
            <w:tcW w:w="198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68DE4201" w14:textId="77777777" w:rsidR="006C2EB6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Perfil / cargo</w:t>
            </w:r>
          </w:p>
        </w:tc>
        <w:tc>
          <w:tcPr>
            <w:tcW w:w="175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3197151A" w14:textId="77777777" w:rsidR="006C2EB6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Nombre completo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0C116023" w14:textId="77777777" w:rsidR="006C2EB6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N.º documento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11A1E274" w14:textId="77777777" w:rsidR="006C2EB6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Fecha de vinculación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0A79376A" w14:textId="77777777" w:rsidR="006C2EB6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Experiencia (años)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EAEAEA"/>
            <w:vAlign w:val="center"/>
          </w:tcPr>
          <w:p w14:paraId="674F849E" w14:textId="77777777" w:rsidR="006C2EB6" w:rsidRDefault="00000000">
            <w:pPr>
              <w:spacing w:after="0" w:line="247" w:lineRule="auto"/>
              <w:jc w:val="center"/>
            </w:pPr>
            <w:r>
              <w:rPr>
                <w:b/>
                <w:sz w:val="16"/>
              </w:rPr>
              <w:t>Formación académica</w:t>
            </w:r>
          </w:p>
        </w:tc>
      </w:tr>
      <w:tr w:rsidR="006C2EB6" w14:paraId="5883457B" w14:textId="77777777" w:rsidTr="00254E9E">
        <w:trPr>
          <w:cantSplit/>
          <w:jc w:val="center"/>
        </w:trPr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35F92EC6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10</w:t>
            </w:r>
          </w:p>
        </w:tc>
        <w:tc>
          <w:tcPr>
            <w:tcW w:w="198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33843F11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Supervisor</w:t>
            </w:r>
          </w:p>
        </w:tc>
        <w:tc>
          <w:tcPr>
            <w:tcW w:w="175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7374408C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4DDD1EBD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36F11772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 / ____ / 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5A1D41A3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2F6BE029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</w:tr>
      <w:tr w:rsidR="006C2EB6" w14:paraId="0A4565D1" w14:textId="77777777" w:rsidTr="00254E9E">
        <w:trPr>
          <w:cantSplit/>
          <w:jc w:val="center"/>
        </w:trPr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3F0D6F8D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11</w:t>
            </w:r>
          </w:p>
        </w:tc>
        <w:tc>
          <w:tcPr>
            <w:tcW w:w="198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017D5555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Supervisor</w:t>
            </w:r>
          </w:p>
        </w:tc>
        <w:tc>
          <w:tcPr>
            <w:tcW w:w="175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403F60F1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5A76C6D5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19B6B10C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 / ____ / 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10B2E0C5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39659D04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</w:tr>
      <w:tr w:rsidR="006C2EB6" w14:paraId="461F3C72" w14:textId="77777777" w:rsidTr="00254E9E">
        <w:trPr>
          <w:cantSplit/>
          <w:jc w:val="center"/>
        </w:trPr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235FC1B8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12</w:t>
            </w:r>
          </w:p>
        </w:tc>
        <w:tc>
          <w:tcPr>
            <w:tcW w:w="198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2B976B90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Supervisor</w:t>
            </w:r>
          </w:p>
        </w:tc>
        <w:tc>
          <w:tcPr>
            <w:tcW w:w="175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6B06443C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6A74923A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151AB295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 / ____ / 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3C41CD1B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43664985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</w:tr>
      <w:tr w:rsidR="006C2EB6" w14:paraId="62CFDDAA" w14:textId="77777777" w:rsidTr="00254E9E">
        <w:trPr>
          <w:cantSplit/>
          <w:jc w:val="center"/>
        </w:trPr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375EC60B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13</w:t>
            </w:r>
          </w:p>
        </w:tc>
        <w:tc>
          <w:tcPr>
            <w:tcW w:w="198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49E06BA9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Supervisor</w:t>
            </w:r>
          </w:p>
        </w:tc>
        <w:tc>
          <w:tcPr>
            <w:tcW w:w="175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418F202A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2AD1C912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4D1B7AE6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 / ____ / 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3246AEB6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shd w:val="clear" w:color="auto" w:fill="F9F9F9"/>
            <w:vAlign w:val="center"/>
          </w:tcPr>
          <w:p w14:paraId="5CA937D5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</w:tr>
      <w:tr w:rsidR="006C2EB6" w14:paraId="4D3FF7F3" w14:textId="77777777" w:rsidTr="00254E9E">
        <w:trPr>
          <w:cantSplit/>
          <w:jc w:val="center"/>
        </w:trPr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5B77A330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14</w:t>
            </w:r>
          </w:p>
        </w:tc>
        <w:tc>
          <w:tcPr>
            <w:tcW w:w="198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17BC5FE0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Supervisor</w:t>
            </w:r>
          </w:p>
        </w:tc>
        <w:tc>
          <w:tcPr>
            <w:tcW w:w="1757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30B6DC62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7231646E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6BE6BF14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 / ____ / 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0E3D4A7F" w14:textId="77777777" w:rsidR="006C2EB6" w:rsidRDefault="00000000">
            <w:pPr>
              <w:spacing w:after="0" w:line="247" w:lineRule="auto"/>
              <w:jc w:val="center"/>
            </w:pPr>
            <w:r>
              <w:rPr>
                <w:sz w:val="17"/>
              </w:rPr>
              <w:t>__________</w:t>
            </w:r>
          </w:p>
        </w:tc>
        <w:tc>
          <w:tcPr>
            <w:tcW w:w="1344" w:type="dxa"/>
            <w:tcBorders>
              <w:top w:val="single" w:sz="5" w:space="0" w:color="666666"/>
              <w:left w:val="single" w:sz="5" w:space="0" w:color="666666"/>
              <w:bottom w:val="single" w:sz="5" w:space="0" w:color="666666"/>
              <w:right w:val="single" w:sz="5" w:space="0" w:color="666666"/>
            </w:tcBorders>
            <w:vAlign w:val="center"/>
          </w:tcPr>
          <w:p w14:paraId="605F90B9" w14:textId="77777777" w:rsidR="006C2EB6" w:rsidRDefault="00000000">
            <w:pPr>
              <w:spacing w:after="0" w:line="247" w:lineRule="auto"/>
            </w:pPr>
            <w:r>
              <w:rPr>
                <w:sz w:val="17"/>
              </w:rPr>
              <w:t>_______________________</w:t>
            </w:r>
          </w:p>
        </w:tc>
      </w:tr>
    </w:tbl>
    <w:p w14:paraId="2A1810F3" w14:textId="77777777" w:rsidR="006C2EB6" w:rsidRDefault="006C2EB6">
      <w:pPr>
        <w:spacing w:after="20"/>
        <w:jc w:val="both"/>
      </w:pPr>
    </w:p>
    <w:p w14:paraId="784F14CA" w14:textId="77777777" w:rsidR="006C2EB6" w:rsidRPr="00254E9E" w:rsidRDefault="00000000">
      <w:pPr>
        <w:spacing w:after="140"/>
        <w:jc w:val="both"/>
        <w:rPr>
          <w:lang w:val="es-CO"/>
        </w:rPr>
      </w:pPr>
      <w:r w:rsidRPr="00254E9E">
        <w:rPr>
          <w:lang w:val="es-CO"/>
        </w:rPr>
        <w:t>La presente certificación comprende un (1) gerente y/o representante legal, un (1) coordinador o jefe de operaciones, un (1) jefe de personal o de gestión de recursos humanos, un (1) coordinador o jefe de seguridad y salud en el trabajo y diez (10) supervisores, para un total de catorce (14) integrantes en los perfiles generales exigidos.</w:t>
      </w:r>
    </w:p>
    <w:p w14:paraId="0CDD7369" w14:textId="77777777" w:rsidR="006C2EB6" w:rsidRPr="00254E9E" w:rsidRDefault="00000000">
      <w:pPr>
        <w:spacing w:after="180"/>
        <w:jc w:val="both"/>
        <w:rPr>
          <w:lang w:val="es-CO"/>
        </w:rPr>
      </w:pPr>
      <w:r w:rsidRPr="00254E9E">
        <w:rPr>
          <w:lang w:val="es-CO"/>
        </w:rPr>
        <w:t>NOTA: Los setecientos noventa (790) vigilantes, celadores o guardas de seguridad privada se acreditan mediante el Formato 6 y no se relacionan en el presente formato. No se incluyen como personal mínimo los perfiles adicionales que constituyan factores de evaluación.</w:t>
      </w:r>
    </w:p>
    <w:p w14:paraId="26A13785" w14:textId="77777777" w:rsidR="006C2EB6" w:rsidRPr="00254E9E" w:rsidRDefault="00000000">
      <w:pPr>
        <w:spacing w:after="160"/>
        <w:jc w:val="both"/>
        <w:rPr>
          <w:lang w:val="es-CO"/>
        </w:rPr>
      </w:pPr>
      <w:r w:rsidRPr="00254E9E">
        <w:rPr>
          <w:lang w:val="es-CO"/>
        </w:rPr>
        <w:t>Con mi firma certifico la veracidad de los datos consignados, la disponibilidad del personal relacionado y el cumplimiento de las condiciones definidas en los documentos del proceso.</w:t>
      </w:r>
    </w:p>
    <w:p w14:paraId="11DBC1E3" w14:textId="77777777" w:rsidR="006C2EB6" w:rsidRDefault="00000000">
      <w:pPr>
        <w:keepNext/>
        <w:spacing w:before="60" w:after="100"/>
        <w:rPr>
          <w:lang w:val="es-CO"/>
        </w:rPr>
      </w:pPr>
      <w:r w:rsidRPr="00254E9E">
        <w:rPr>
          <w:lang w:val="es-CO"/>
        </w:rPr>
        <w:t>Atentamente,</w:t>
      </w:r>
    </w:p>
    <w:p w14:paraId="71FE83DD" w14:textId="77777777" w:rsidR="00254E9E" w:rsidRPr="00254E9E" w:rsidRDefault="00254E9E">
      <w:pPr>
        <w:keepNext/>
        <w:spacing w:before="60" w:after="100"/>
        <w:rPr>
          <w:lang w:val="es-CO"/>
        </w:rPr>
      </w:pPr>
    </w:p>
    <w:p w14:paraId="771A946E" w14:textId="77777777" w:rsidR="00254E9E" w:rsidRPr="00254E9E" w:rsidRDefault="00254E9E" w:rsidP="00254E9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  <w:lang w:val="es-CO"/>
        </w:rPr>
      </w:pPr>
      <w:r w:rsidRPr="00254E9E">
        <w:rPr>
          <w:rFonts w:eastAsia="Arial" w:cs="Arial"/>
          <w:color w:val="3B3838"/>
          <w:szCs w:val="20"/>
          <w:lang w:val="es-CO"/>
        </w:rPr>
        <w:t>Nombre del Proponente</w:t>
      </w:r>
      <w:r w:rsidRPr="00254E9E">
        <w:rPr>
          <w:rFonts w:eastAsia="Arial" w:cs="Arial"/>
          <w:color w:val="3B3838"/>
          <w:szCs w:val="20"/>
          <w:lang w:val="es-CO"/>
        </w:rPr>
        <w:tab/>
        <w:t>_______________________________________</w:t>
      </w:r>
    </w:p>
    <w:p w14:paraId="51BD29C2" w14:textId="77777777" w:rsidR="00254E9E" w:rsidRPr="00254E9E" w:rsidRDefault="00254E9E" w:rsidP="00254E9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  <w:lang w:val="es-CO"/>
        </w:rPr>
      </w:pPr>
      <w:r w:rsidRPr="00254E9E">
        <w:rPr>
          <w:rFonts w:eastAsia="Arial" w:cs="Arial"/>
          <w:color w:val="3B3838"/>
          <w:szCs w:val="20"/>
          <w:lang w:val="es-CO"/>
        </w:rPr>
        <w:t>Nombre del Representante Legal</w:t>
      </w:r>
      <w:r w:rsidRPr="00254E9E">
        <w:rPr>
          <w:rFonts w:eastAsia="Arial" w:cs="Arial"/>
          <w:color w:val="3B3838"/>
          <w:szCs w:val="20"/>
          <w:lang w:val="es-CO"/>
        </w:rPr>
        <w:tab/>
        <w:t>__________________________________</w:t>
      </w:r>
    </w:p>
    <w:p w14:paraId="60F7E399" w14:textId="77777777" w:rsidR="00254E9E" w:rsidRPr="00254E9E" w:rsidRDefault="00254E9E" w:rsidP="00254E9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  <w:lang w:val="es-CO"/>
        </w:rPr>
      </w:pPr>
      <w:r w:rsidRPr="00254E9E">
        <w:rPr>
          <w:rFonts w:eastAsia="Arial" w:cs="Arial"/>
          <w:color w:val="3B3838"/>
          <w:szCs w:val="20"/>
          <w:lang w:val="es-CO"/>
        </w:rPr>
        <w:t>C. C. No.</w:t>
      </w:r>
      <w:r w:rsidRPr="00254E9E">
        <w:rPr>
          <w:rFonts w:eastAsia="Arial" w:cs="Arial"/>
          <w:color w:val="3B3838"/>
          <w:szCs w:val="20"/>
          <w:lang w:val="es-CO"/>
        </w:rPr>
        <w:tab/>
        <w:t>_____________________ de _______________</w:t>
      </w:r>
    </w:p>
    <w:p w14:paraId="20E3428B" w14:textId="77777777" w:rsidR="00254E9E" w:rsidRPr="00254E9E" w:rsidRDefault="00254E9E" w:rsidP="00254E9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  <w:lang w:val="es-CO"/>
        </w:rPr>
      </w:pPr>
      <w:r w:rsidRPr="00254E9E">
        <w:rPr>
          <w:rFonts w:eastAsia="Arial" w:cs="Arial"/>
          <w:color w:val="3B3838"/>
          <w:szCs w:val="20"/>
          <w:lang w:val="es-CO"/>
        </w:rPr>
        <w:t>Dirección de correo</w:t>
      </w:r>
      <w:r w:rsidRPr="00254E9E">
        <w:rPr>
          <w:rFonts w:eastAsia="Arial" w:cs="Arial"/>
          <w:color w:val="3B3838"/>
          <w:szCs w:val="20"/>
          <w:lang w:val="es-CO"/>
        </w:rPr>
        <w:tab/>
        <w:t>_______________________________________</w:t>
      </w:r>
    </w:p>
    <w:p w14:paraId="497C9FCB" w14:textId="77777777" w:rsidR="00254E9E" w:rsidRPr="00254E9E" w:rsidRDefault="00254E9E" w:rsidP="00254E9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  <w:lang w:val="es-CO"/>
        </w:rPr>
      </w:pPr>
      <w:r w:rsidRPr="00254E9E">
        <w:rPr>
          <w:rFonts w:eastAsia="Arial" w:cs="Arial"/>
          <w:color w:val="3B3838"/>
          <w:szCs w:val="20"/>
          <w:lang w:val="es-CO"/>
        </w:rPr>
        <w:t>Correo electrónico</w:t>
      </w:r>
      <w:r w:rsidRPr="00254E9E">
        <w:rPr>
          <w:rFonts w:eastAsia="Arial" w:cs="Arial"/>
          <w:color w:val="3B3838"/>
          <w:szCs w:val="20"/>
          <w:lang w:val="es-CO"/>
        </w:rPr>
        <w:tab/>
        <w:t>_______________________________________</w:t>
      </w:r>
    </w:p>
    <w:p w14:paraId="4D0B0BA8" w14:textId="77777777" w:rsidR="00254E9E" w:rsidRPr="00254E9E" w:rsidRDefault="00254E9E" w:rsidP="00254E9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  <w:lang w:val="es-CO"/>
        </w:rPr>
      </w:pPr>
      <w:r w:rsidRPr="00254E9E">
        <w:rPr>
          <w:rFonts w:eastAsia="Arial" w:cs="Arial"/>
          <w:color w:val="3B3838"/>
          <w:szCs w:val="20"/>
          <w:lang w:val="es-CO"/>
        </w:rPr>
        <w:t>Telefax</w:t>
      </w:r>
      <w:r w:rsidRPr="00254E9E">
        <w:rPr>
          <w:rFonts w:eastAsia="Arial" w:cs="Arial"/>
          <w:color w:val="3B3838"/>
          <w:szCs w:val="20"/>
          <w:lang w:val="es-CO"/>
        </w:rPr>
        <w:tab/>
        <w:t>_______________________________________</w:t>
      </w:r>
    </w:p>
    <w:p w14:paraId="7805FE29" w14:textId="4C15B0FE" w:rsidR="00254E9E" w:rsidRPr="00254E9E" w:rsidRDefault="00254E9E" w:rsidP="00254E9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eastAsia="Arial" w:cs="Arial"/>
          <w:color w:val="3B3838"/>
          <w:szCs w:val="20"/>
          <w:lang w:val="es-CO"/>
        </w:rPr>
      </w:pPr>
      <w:r w:rsidRPr="00254E9E">
        <w:rPr>
          <w:rFonts w:eastAsia="Arial" w:cs="Arial"/>
          <w:color w:val="3B3838"/>
          <w:szCs w:val="20"/>
          <w:lang w:val="es-CO"/>
        </w:rPr>
        <w:t>Ciudad</w:t>
      </w:r>
      <w:r w:rsidRPr="00254E9E">
        <w:rPr>
          <w:rFonts w:eastAsia="Arial" w:cs="Arial"/>
          <w:color w:val="3B3838"/>
          <w:szCs w:val="20"/>
          <w:lang w:val="es-CO"/>
        </w:rPr>
        <w:tab/>
        <w:t>_______________________________________</w:t>
      </w:r>
    </w:p>
    <w:p w14:paraId="18F46ED9" w14:textId="77777777" w:rsidR="00254E9E" w:rsidRPr="00254E9E" w:rsidRDefault="00254E9E" w:rsidP="00254E9E">
      <w:pPr>
        <w:spacing w:after="120"/>
        <w:jc w:val="center"/>
        <w:rPr>
          <w:rFonts w:eastAsia="Arial" w:cs="Arial"/>
          <w:color w:val="3B3838"/>
          <w:szCs w:val="20"/>
          <w:lang w:val="es-CO"/>
        </w:rPr>
      </w:pPr>
      <w:r w:rsidRPr="00254E9E">
        <w:rPr>
          <w:rFonts w:eastAsia="Arial" w:cs="Arial"/>
          <w:color w:val="3B3838"/>
          <w:szCs w:val="20"/>
          <w:lang w:val="es-CO"/>
        </w:rPr>
        <w:t>___________________________________________________</w:t>
      </w:r>
    </w:p>
    <w:p w14:paraId="68956D14" w14:textId="10AE4C78" w:rsidR="006C2EB6" w:rsidRPr="00254E9E" w:rsidRDefault="00254E9E" w:rsidP="00254E9E">
      <w:pPr>
        <w:spacing w:after="120"/>
        <w:jc w:val="center"/>
        <w:rPr>
          <w:rFonts w:eastAsia="Arial" w:cs="Arial"/>
          <w:color w:val="3B3838"/>
          <w:szCs w:val="20"/>
          <w:lang w:val="es-CO"/>
        </w:rPr>
      </w:pPr>
      <w:r w:rsidRPr="00254E9E">
        <w:rPr>
          <w:rFonts w:eastAsia="Arial" w:cs="Arial"/>
          <w:color w:val="3B3838"/>
          <w:szCs w:val="20"/>
          <w:highlight w:val="lightGray"/>
          <w:lang w:val="es-CO"/>
        </w:rPr>
        <w:t>(Firma del proponente o de su Representante Legal)</w:t>
      </w:r>
    </w:p>
    <w:sectPr w:rsidR="006C2EB6" w:rsidRPr="00254E9E" w:rsidSect="00034616">
      <w:headerReference w:type="default" r:id="rId8"/>
      <w:footerReference w:type="default" r:id="rId9"/>
      <w:pgSz w:w="12240" w:h="15840"/>
      <w:pgMar w:top="1587" w:right="1417" w:bottom="1406" w:left="1417" w:header="635" w:footer="59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5F9B43" w14:textId="77777777" w:rsidR="009E7A05" w:rsidRDefault="009E7A05">
      <w:pPr>
        <w:spacing w:after="0" w:line="240" w:lineRule="auto"/>
      </w:pPr>
      <w:r>
        <w:separator/>
      </w:r>
    </w:p>
  </w:endnote>
  <w:endnote w:type="continuationSeparator" w:id="0">
    <w:p w14:paraId="42D087FD" w14:textId="77777777" w:rsidR="009E7A05" w:rsidRDefault="009E7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2387B" w14:textId="77777777" w:rsidR="006C2EB6" w:rsidRPr="00254E9E" w:rsidRDefault="00000000">
    <w:pPr>
      <w:spacing w:after="0"/>
      <w:rPr>
        <w:lang w:val="es-CO"/>
      </w:rPr>
    </w:pPr>
    <w:r w:rsidRPr="00254E9E">
      <w:rPr>
        <w:sz w:val="14"/>
        <w:lang w:val="es-CO"/>
      </w:rPr>
      <w:t>Este documento es propiedad de la Administración Central del Distrito de Santiago de Cali. Prohibida su alteración o modificación por cualquier medio, sin previa autorización del Alcalde.</w:t>
    </w:r>
  </w:p>
  <w:p w14:paraId="558D6F85" w14:textId="77777777" w:rsidR="006C2EB6" w:rsidRDefault="00000000">
    <w:pPr>
      <w:jc w:val="right"/>
    </w:pPr>
    <w:r>
      <w:rPr>
        <w:sz w:val="16"/>
      </w:rPr>
      <w:t xml:space="preserve">Página </w:t>
    </w:r>
    <w:r>
      <w:fldChar w:fldCharType="begin"/>
    </w:r>
    <w:r>
      <w:instrText xml:space="preserve"> PAGE </w:instrText>
    </w:r>
    <w:r w:rsidR="00254E9E">
      <w:fldChar w:fldCharType="separate"/>
    </w:r>
    <w:r w:rsidR="00254E9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76265" w14:textId="77777777" w:rsidR="009E7A05" w:rsidRDefault="009E7A05">
      <w:pPr>
        <w:spacing w:after="0" w:line="240" w:lineRule="auto"/>
      </w:pPr>
      <w:r>
        <w:separator/>
      </w:r>
    </w:p>
  </w:footnote>
  <w:footnote w:type="continuationSeparator" w:id="0">
    <w:p w14:paraId="326E6782" w14:textId="77777777" w:rsidR="009E7A05" w:rsidRDefault="009E7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30259" w14:textId="099F8CF9" w:rsidR="00254E9E" w:rsidRPr="00254E9E" w:rsidRDefault="00000000" w:rsidP="00254E9E">
    <w:pPr>
      <w:spacing w:before="60" w:after="0"/>
      <w:jc w:val="right"/>
      <w:rPr>
        <w:lang w:val="es-CO"/>
      </w:rPr>
    </w:pPr>
    <w:r w:rsidRPr="00254E9E">
      <w:rPr>
        <w:b/>
        <w:sz w:val="17"/>
        <w:lang w:val="es-CO"/>
      </w:rPr>
      <w:t>LICITACIÓN PÚBLICA No. 4143.010.32.1827-2026</w:t>
    </w:r>
    <w:r w:rsidR="00254E9E" w:rsidRPr="00254E9E">
      <w:rPr>
        <w:b/>
        <w:sz w:val="19"/>
        <w:lang w:val="es-CO"/>
      </w:rPr>
      <w:t xml:space="preserve">  </w:t>
    </w:r>
    <w:r w:rsidR="00254E9E">
      <w:rPr>
        <w:b/>
        <w:sz w:val="19"/>
        <w:lang w:val="es-CO"/>
      </w:rPr>
      <w:t xml:space="preserve">                                                                                </w:t>
    </w:r>
    <w:r w:rsidR="00254E9E" w:rsidRPr="00254E9E">
      <w:rPr>
        <w:b/>
        <w:sz w:val="19"/>
        <w:lang w:val="es-CO"/>
      </w:rPr>
      <w:t>FORMATO 5</w:t>
    </w:r>
  </w:p>
  <w:p w14:paraId="1D35C72C" w14:textId="48EFD478" w:rsidR="006C2EB6" w:rsidRPr="00254E9E" w:rsidRDefault="00254E9E" w:rsidP="00254E9E">
    <w:pPr>
      <w:pStyle w:val="Encabezado"/>
      <w:rPr>
        <w:lang w:val="es-CO"/>
      </w:rPr>
    </w:pPr>
    <w:r>
      <w:rPr>
        <w:noProof/>
      </w:rPr>
      <w:drawing>
        <wp:anchor distT="0" distB="0" distL="114935" distR="114935" simplePos="0" relativeHeight="251659264" behindDoc="0" locked="0" layoutInCell="1" hidden="0" allowOverlap="1" wp14:anchorId="18E47BE6" wp14:editId="2A673321">
          <wp:simplePos x="0" y="0"/>
          <wp:positionH relativeFrom="column">
            <wp:posOffset>2263140</wp:posOffset>
          </wp:positionH>
          <wp:positionV relativeFrom="paragraph">
            <wp:posOffset>139065</wp:posOffset>
          </wp:positionV>
          <wp:extent cx="1313815" cy="1178560"/>
          <wp:effectExtent l="0" t="0" r="0" b="0"/>
          <wp:wrapNone/>
          <wp:docPr id="152725668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29" t="-30" r="-28" b="-31"/>
                  <a:stretch>
                    <a:fillRect/>
                  </a:stretch>
                </pic:blipFill>
                <pic:spPr>
                  <a:xfrm>
                    <a:off x="0" y="0"/>
                    <a:ext cx="1313815" cy="1178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326B555" w14:textId="207BAC5F" w:rsidR="006C2EB6" w:rsidRDefault="006C2EB6">
    <w:pPr>
      <w:spacing w:before="60" w:after="0"/>
      <w:jc w:val="right"/>
      <w:rPr>
        <w:lang w:val="es-CO"/>
      </w:rPr>
    </w:pPr>
  </w:p>
  <w:p w14:paraId="02657B3F" w14:textId="77777777" w:rsidR="00254E9E" w:rsidRDefault="00254E9E">
    <w:pPr>
      <w:spacing w:before="60" w:after="0"/>
      <w:jc w:val="right"/>
      <w:rPr>
        <w:lang w:val="es-CO"/>
      </w:rPr>
    </w:pPr>
  </w:p>
  <w:p w14:paraId="4D762E68" w14:textId="77777777" w:rsidR="00254E9E" w:rsidRDefault="00254E9E">
    <w:pPr>
      <w:spacing w:before="60" w:after="0"/>
      <w:jc w:val="right"/>
      <w:rPr>
        <w:lang w:val="es-CO"/>
      </w:rPr>
    </w:pPr>
  </w:p>
  <w:p w14:paraId="13BDB761" w14:textId="77777777" w:rsidR="00254E9E" w:rsidRDefault="00254E9E">
    <w:pPr>
      <w:spacing w:before="60" w:after="0"/>
      <w:jc w:val="right"/>
      <w:rPr>
        <w:lang w:val="es-CO"/>
      </w:rPr>
    </w:pPr>
  </w:p>
  <w:p w14:paraId="51704757" w14:textId="77777777" w:rsidR="00254E9E" w:rsidRDefault="00254E9E">
    <w:pPr>
      <w:spacing w:before="60" w:after="0"/>
      <w:jc w:val="right"/>
      <w:rPr>
        <w:lang w:val="es-CO"/>
      </w:rPr>
    </w:pPr>
  </w:p>
  <w:p w14:paraId="16FF24EC" w14:textId="77777777" w:rsidR="00254E9E" w:rsidRPr="00254E9E" w:rsidRDefault="00254E9E">
    <w:pPr>
      <w:spacing w:before="60" w:after="0"/>
      <w:jc w:val="right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91330156">
    <w:abstractNumId w:val="8"/>
  </w:num>
  <w:num w:numId="2" w16cid:durableId="1498423948">
    <w:abstractNumId w:val="6"/>
  </w:num>
  <w:num w:numId="3" w16cid:durableId="1892035055">
    <w:abstractNumId w:val="5"/>
  </w:num>
  <w:num w:numId="4" w16cid:durableId="351221997">
    <w:abstractNumId w:val="4"/>
  </w:num>
  <w:num w:numId="5" w16cid:durableId="1183931718">
    <w:abstractNumId w:val="7"/>
  </w:num>
  <w:num w:numId="6" w16cid:durableId="1363556853">
    <w:abstractNumId w:val="3"/>
  </w:num>
  <w:num w:numId="7" w16cid:durableId="420300154">
    <w:abstractNumId w:val="2"/>
  </w:num>
  <w:num w:numId="8" w16cid:durableId="1159811859">
    <w:abstractNumId w:val="1"/>
  </w:num>
  <w:num w:numId="9" w16cid:durableId="1755009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54E9E"/>
    <w:rsid w:val="0029639D"/>
    <w:rsid w:val="00326F90"/>
    <w:rsid w:val="006C2EB6"/>
    <w:rsid w:val="009E7A05"/>
    <w:rsid w:val="00AA1D8D"/>
    <w:rsid w:val="00B47730"/>
    <w:rsid w:val="00CB0664"/>
    <w:rsid w:val="00D05FA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6412C5"/>
  <w14:defaultImageDpi w14:val="300"/>
  <w15:docId w15:val="{138D4740-5943-3941-AA2C-DCD3D7374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 w:line="266" w:lineRule="auto"/>
    </w:pPr>
    <w:rPr>
      <w:rFonts w:ascii="Arial" w:hAnsi="Arial"/>
      <w:color w:val="000000"/>
      <w:sz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598</Words>
  <Characters>3955</Characters>
  <Application>Microsoft Office Word</Application>
  <DocSecurity>0</DocSecurity>
  <Lines>359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Formatos de licitación pública vigilancia SED 2026</dc:title>
  <dc:subject>Formatos 5, 8, 12 y 16 del Proceso 4143.010.32.1827-2026</dc:subject>
  <dc:creator>python-docx</dc:creator>
  <cp:keywords/>
  <dc:description>generated by python-docx</dc:description>
  <cp:lastModifiedBy>Jean Carlos Sánchez Pino</cp:lastModifiedBy>
  <cp:revision>2</cp:revision>
  <dcterms:created xsi:type="dcterms:W3CDTF">2013-12-23T23:15:00Z</dcterms:created>
  <dcterms:modified xsi:type="dcterms:W3CDTF">2026-09-28T07:41:00Z</dcterms:modified>
  <cp:category/>
</cp:coreProperties>
</file>