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33A756" w14:textId="77777777" w:rsidR="00656BE6" w:rsidRPr="0066276F" w:rsidRDefault="00000000">
      <w:pPr>
        <w:spacing w:after="180"/>
        <w:rPr>
          <w:rFonts w:cs="Arial"/>
          <w:sz w:val="20"/>
          <w:szCs w:val="20"/>
        </w:rPr>
      </w:pPr>
      <w:r w:rsidRPr="0066276F">
        <w:rPr>
          <w:rFonts w:cs="Arial"/>
          <w:sz w:val="20"/>
          <w:szCs w:val="20"/>
        </w:rPr>
        <w:t>Bogotá D. C., ____ de __________________ de 2026</w:t>
      </w:r>
    </w:p>
    <w:p w14:paraId="6EA73906" w14:textId="77777777" w:rsidR="00656BE6" w:rsidRPr="0066276F" w:rsidRDefault="00000000">
      <w:pPr>
        <w:spacing w:after="180"/>
        <w:rPr>
          <w:rFonts w:cs="Arial"/>
          <w:sz w:val="20"/>
          <w:szCs w:val="20"/>
        </w:rPr>
      </w:pPr>
      <w:r w:rsidRPr="0066276F">
        <w:rPr>
          <w:rFonts w:cs="Arial"/>
          <w:bCs/>
          <w:sz w:val="20"/>
          <w:szCs w:val="20"/>
        </w:rPr>
        <w:t>Señores</w:t>
      </w:r>
      <w:r w:rsidRPr="0066276F">
        <w:rPr>
          <w:rFonts w:cs="Arial"/>
          <w:b/>
          <w:sz w:val="20"/>
          <w:szCs w:val="20"/>
        </w:rPr>
        <w:br/>
        <w:t>SUBRED INTEGRADA DE SERVICIOS DE SALUD SUR E.S.E.</w:t>
      </w:r>
      <w:r w:rsidRPr="0066276F">
        <w:rPr>
          <w:rFonts w:cs="Arial"/>
          <w:b/>
          <w:sz w:val="20"/>
          <w:szCs w:val="20"/>
        </w:rPr>
        <w:br/>
      </w:r>
      <w:r w:rsidRPr="0066276F">
        <w:rPr>
          <w:rFonts w:cs="Arial"/>
          <w:bCs/>
          <w:sz w:val="20"/>
          <w:szCs w:val="20"/>
        </w:rPr>
        <w:t>Dirección de Contratación</w:t>
      </w:r>
      <w:r w:rsidRPr="0066276F">
        <w:rPr>
          <w:rFonts w:cs="Arial"/>
          <w:b/>
          <w:sz w:val="20"/>
          <w:szCs w:val="20"/>
        </w:rPr>
        <w:br/>
      </w:r>
      <w:r w:rsidRPr="0066276F">
        <w:rPr>
          <w:rFonts w:cs="Arial"/>
          <w:bCs/>
          <w:sz w:val="20"/>
          <w:szCs w:val="20"/>
        </w:rPr>
        <w:t>Bogotá D. C.</w:t>
      </w:r>
    </w:p>
    <w:p w14:paraId="20439085" w14:textId="77777777" w:rsidR="00656BE6" w:rsidRPr="0066276F" w:rsidRDefault="00000000">
      <w:pPr>
        <w:spacing w:after="200"/>
        <w:jc w:val="both"/>
        <w:rPr>
          <w:rFonts w:cs="Arial"/>
          <w:sz w:val="20"/>
          <w:szCs w:val="20"/>
        </w:rPr>
      </w:pPr>
      <w:r w:rsidRPr="0066276F">
        <w:rPr>
          <w:rFonts w:cs="Arial"/>
          <w:b/>
          <w:color w:val="173C63"/>
          <w:sz w:val="20"/>
          <w:szCs w:val="20"/>
        </w:rPr>
        <w:t xml:space="preserve">Referencia: </w:t>
      </w:r>
      <w:r w:rsidRPr="0066276F">
        <w:rPr>
          <w:rFonts w:cs="Arial"/>
          <w:sz w:val="20"/>
          <w:szCs w:val="20"/>
        </w:rPr>
        <w:t>Carta de aceptación de los Acuerdos de Niveles de Servicio (ANS) – Operación secundaria del Acuerdo Comercial CP-001-2026, Grupo No. 6 – Insumos de Toma de Muestras.</w:t>
      </w:r>
    </w:p>
    <w:p w14:paraId="5B0C0306" w14:textId="77777777" w:rsidR="00656BE6" w:rsidRPr="0066276F" w:rsidRDefault="00000000">
      <w:pPr>
        <w:spacing w:after="180"/>
        <w:jc w:val="both"/>
        <w:rPr>
          <w:rFonts w:cs="Arial"/>
          <w:sz w:val="20"/>
          <w:szCs w:val="20"/>
        </w:rPr>
      </w:pPr>
      <w:r w:rsidRPr="0066276F">
        <w:rPr>
          <w:rFonts w:cs="Arial"/>
          <w:sz w:val="20"/>
          <w:szCs w:val="20"/>
        </w:rPr>
        <w:t xml:space="preserve">Yo, </w:t>
      </w:r>
      <w:r w:rsidRPr="0066276F">
        <w:rPr>
          <w:rFonts w:cs="Arial"/>
          <w:b/>
          <w:sz w:val="20"/>
          <w:szCs w:val="20"/>
        </w:rPr>
        <w:t>__________________________________</w:t>
      </w:r>
      <w:r w:rsidRPr="0066276F">
        <w:rPr>
          <w:rFonts w:cs="Arial"/>
          <w:sz w:val="20"/>
          <w:szCs w:val="20"/>
        </w:rPr>
        <w:t xml:space="preserve">, identificado(a) con cédula de ciudadanía No. __________________ expedida en __________________, en calidad de representante legal de </w:t>
      </w:r>
      <w:r w:rsidRPr="0066276F">
        <w:rPr>
          <w:rFonts w:cs="Arial"/>
          <w:b/>
          <w:sz w:val="20"/>
          <w:szCs w:val="20"/>
        </w:rPr>
        <w:t>__________________________________</w:t>
      </w:r>
      <w:r w:rsidRPr="0066276F">
        <w:rPr>
          <w:rFonts w:cs="Arial"/>
          <w:sz w:val="20"/>
          <w:szCs w:val="20"/>
        </w:rPr>
        <w:t>, identificada con NIT No. __________________, manifiesto bajo mi responsabilidad que:</w:t>
      </w:r>
    </w:p>
    <w:p w14:paraId="76DCECAC" w14:textId="77777777" w:rsidR="00656BE6" w:rsidRPr="0066276F" w:rsidRDefault="00000000">
      <w:pPr>
        <w:spacing w:after="140"/>
        <w:jc w:val="both"/>
        <w:rPr>
          <w:rFonts w:cs="Arial"/>
          <w:color w:val="000000" w:themeColor="text1"/>
          <w:sz w:val="20"/>
          <w:szCs w:val="20"/>
        </w:rPr>
      </w:pPr>
      <w:r w:rsidRPr="0066276F">
        <w:rPr>
          <w:rFonts w:cs="Arial"/>
          <w:b/>
          <w:color w:val="000000" w:themeColor="text1"/>
          <w:sz w:val="20"/>
          <w:szCs w:val="20"/>
        </w:rPr>
        <w:t xml:space="preserve">1. Conocimiento y aceptación. </w:t>
      </w:r>
      <w:r w:rsidRPr="0066276F">
        <w:rPr>
          <w:rFonts w:cs="Arial"/>
          <w:color w:val="000000" w:themeColor="text1"/>
          <w:sz w:val="20"/>
          <w:szCs w:val="20"/>
        </w:rPr>
        <w:t>He leído y conozco los Acuerdos de Niveles de Servicio (ANS) y su matriz, en cuanto estén incorporados a la solicitud de cotización y al contrato que celebre la Subred Sur en desarrollo de la operación secundaria del Acuerdo Comercial CP-001-2026, Grupo No. 6.</w:t>
      </w:r>
    </w:p>
    <w:p w14:paraId="1470671E" w14:textId="77777777" w:rsidR="00656BE6" w:rsidRPr="0066276F" w:rsidRDefault="00000000">
      <w:pPr>
        <w:spacing w:after="140"/>
        <w:jc w:val="both"/>
        <w:rPr>
          <w:rFonts w:cs="Arial"/>
          <w:color w:val="000000" w:themeColor="text1"/>
          <w:sz w:val="20"/>
          <w:szCs w:val="20"/>
        </w:rPr>
      </w:pPr>
      <w:r w:rsidRPr="0066276F">
        <w:rPr>
          <w:rFonts w:cs="Arial"/>
          <w:b/>
          <w:color w:val="000000" w:themeColor="text1"/>
          <w:sz w:val="20"/>
          <w:szCs w:val="20"/>
        </w:rPr>
        <w:t xml:space="preserve">2. Alcance del compromiso. </w:t>
      </w:r>
      <w:r w:rsidRPr="0066276F">
        <w:rPr>
          <w:rFonts w:cs="Arial"/>
          <w:color w:val="000000" w:themeColor="text1"/>
          <w:sz w:val="20"/>
          <w:szCs w:val="20"/>
        </w:rPr>
        <w:t>Acepto las condiciones, procedimientos e indicadores de ANS que resulten aplicables al suministro de insumos y dispositivos médicos para la toma de muestras de exámenes de laboratorio clínico de la Subred Sur, según el estudio previo, el catálogo, la solicitud y el contrato correspondiente.</w:t>
      </w:r>
    </w:p>
    <w:p w14:paraId="37309B47" w14:textId="77777777" w:rsidR="00656BE6" w:rsidRPr="0066276F" w:rsidRDefault="00000000">
      <w:pPr>
        <w:spacing w:after="140"/>
        <w:jc w:val="both"/>
        <w:rPr>
          <w:rFonts w:cs="Arial"/>
          <w:color w:val="000000" w:themeColor="text1"/>
          <w:sz w:val="20"/>
          <w:szCs w:val="20"/>
        </w:rPr>
      </w:pPr>
      <w:r w:rsidRPr="0066276F">
        <w:rPr>
          <w:rFonts w:cs="Arial"/>
          <w:b/>
          <w:color w:val="000000" w:themeColor="text1"/>
          <w:sz w:val="20"/>
          <w:szCs w:val="20"/>
        </w:rPr>
        <w:t xml:space="preserve">3. Aplicación de los ANS. </w:t>
      </w:r>
      <w:r w:rsidRPr="0066276F">
        <w:rPr>
          <w:rFonts w:cs="Arial"/>
          <w:color w:val="000000" w:themeColor="text1"/>
          <w:sz w:val="20"/>
          <w:szCs w:val="20"/>
        </w:rPr>
        <w:t>Conozco y acepto que, ante incumplimientos debidamente verificados, la Subred Sur podrá aplicar los porcentajes o descuentos previstos expresamente en el anexo de ANS aplicable y conforme al procedimiento allí establecido. Cuando dicho anexo disponga que la base de cálculo se determine antes del IVA, el cálculo y su reflejo en la facturación se realizarán en esos términos.</w:t>
      </w:r>
    </w:p>
    <w:p w14:paraId="5EC1C12B" w14:textId="77777777" w:rsidR="00656BE6" w:rsidRPr="0066276F" w:rsidRDefault="00000000">
      <w:pPr>
        <w:spacing w:after="140"/>
        <w:jc w:val="both"/>
        <w:rPr>
          <w:rFonts w:cs="Arial"/>
          <w:color w:val="000000" w:themeColor="text1"/>
          <w:sz w:val="20"/>
          <w:szCs w:val="20"/>
        </w:rPr>
      </w:pPr>
      <w:r w:rsidRPr="0066276F">
        <w:rPr>
          <w:rFonts w:cs="Arial"/>
          <w:b/>
          <w:color w:val="000000" w:themeColor="text1"/>
          <w:sz w:val="20"/>
          <w:szCs w:val="20"/>
        </w:rPr>
        <w:t xml:space="preserve">4. Otras consecuencias contractuales. </w:t>
      </w:r>
      <w:r w:rsidRPr="0066276F">
        <w:rPr>
          <w:rFonts w:cs="Arial"/>
          <w:color w:val="000000" w:themeColor="text1"/>
          <w:sz w:val="20"/>
          <w:szCs w:val="20"/>
        </w:rPr>
        <w:t>La aplicación de los ANS no excluye las demás medidas contractuales que procedan conforme al Acuerdo Comercial, al contrato y al procedimiento aplicable, evitando la imposición de descuentos duplicados por un mismo concepto cuando así corresponda.</w:t>
      </w:r>
    </w:p>
    <w:p w14:paraId="4A1C684F" w14:textId="77777777" w:rsidR="00656BE6" w:rsidRPr="0066276F" w:rsidRDefault="00000000">
      <w:pPr>
        <w:spacing w:after="140"/>
        <w:jc w:val="both"/>
        <w:rPr>
          <w:rFonts w:cs="Arial"/>
          <w:color w:val="000000" w:themeColor="text1"/>
          <w:sz w:val="20"/>
          <w:szCs w:val="20"/>
        </w:rPr>
      </w:pPr>
      <w:r w:rsidRPr="0066276F">
        <w:rPr>
          <w:rFonts w:cs="Arial"/>
          <w:b/>
          <w:color w:val="000000" w:themeColor="text1"/>
          <w:sz w:val="20"/>
          <w:szCs w:val="20"/>
        </w:rPr>
        <w:t xml:space="preserve">5. Glosas relacionadas con el suministro. </w:t>
      </w:r>
      <w:r w:rsidRPr="0066276F">
        <w:rPr>
          <w:rFonts w:cs="Arial"/>
          <w:color w:val="000000" w:themeColor="text1"/>
          <w:sz w:val="20"/>
          <w:szCs w:val="20"/>
        </w:rPr>
        <w:t>Si durante la ejecución o liquidación se presentan glosas o descuentos atribuibles directamente al suministro a mi cargo, aceptaré su trámite y, cuando esté expresamente previsto en los documentos contractuales, su traslado, previa verificación y con observancia del procedimiento aplicable. Si por el mismo hecho se hubiere aplicado un ANS, se descontará únicamente el saldo procedente, sin duplicidad.</w:t>
      </w:r>
    </w:p>
    <w:p w14:paraId="3EDA88CC" w14:textId="77777777" w:rsidR="00656BE6" w:rsidRPr="0066276F" w:rsidRDefault="00000000">
      <w:pPr>
        <w:spacing w:after="200"/>
        <w:rPr>
          <w:rFonts w:cs="Arial"/>
          <w:color w:val="000000" w:themeColor="text1"/>
          <w:sz w:val="20"/>
          <w:szCs w:val="20"/>
        </w:rPr>
      </w:pPr>
      <w:r w:rsidRPr="0066276F">
        <w:rPr>
          <w:rFonts w:cs="Arial"/>
          <w:b/>
          <w:color w:val="000000" w:themeColor="text1"/>
          <w:sz w:val="20"/>
          <w:szCs w:val="20"/>
        </w:rPr>
        <w:t xml:space="preserve">Correo electrónico para notificaciones relacionadas con los ANS: </w:t>
      </w:r>
      <w:r w:rsidRPr="0066276F">
        <w:rPr>
          <w:rFonts w:cs="Arial"/>
          <w:color w:val="000000" w:themeColor="text1"/>
          <w:sz w:val="20"/>
          <w:szCs w:val="20"/>
        </w:rPr>
        <w:t>________________________________________________________</w:t>
      </w:r>
    </w:p>
    <w:p w14:paraId="60BEDBBD" w14:textId="77777777" w:rsidR="00656BE6" w:rsidRPr="0066276F" w:rsidRDefault="00000000">
      <w:pPr>
        <w:spacing w:after="320"/>
        <w:rPr>
          <w:rFonts w:cs="Arial"/>
          <w:color w:val="000000" w:themeColor="text1"/>
          <w:sz w:val="20"/>
          <w:szCs w:val="20"/>
        </w:rPr>
      </w:pPr>
      <w:r w:rsidRPr="0066276F">
        <w:rPr>
          <w:rFonts w:cs="Arial"/>
          <w:color w:val="000000" w:themeColor="text1"/>
          <w:sz w:val="20"/>
          <w:szCs w:val="20"/>
        </w:rPr>
        <w:t>En constancia, se firma en Bogotá D. C., a los ____ días del mes de __________________ de 2026.</w:t>
      </w:r>
    </w:p>
    <w:p w14:paraId="1500D581" w14:textId="77777777" w:rsidR="00656BE6" w:rsidRPr="0066276F" w:rsidRDefault="00000000">
      <w:pPr>
        <w:spacing w:after="320"/>
        <w:rPr>
          <w:rFonts w:cs="Arial"/>
          <w:sz w:val="20"/>
          <w:szCs w:val="20"/>
        </w:rPr>
      </w:pPr>
      <w:r w:rsidRPr="0066276F">
        <w:rPr>
          <w:rFonts w:cs="Arial"/>
          <w:sz w:val="20"/>
          <w:szCs w:val="20"/>
        </w:rPr>
        <w:t>Cordialmente,</w:t>
      </w:r>
    </w:p>
    <w:p w14:paraId="5C0B624B" w14:textId="77777777" w:rsidR="00656BE6" w:rsidRPr="0066276F" w:rsidRDefault="00000000">
      <w:pPr>
        <w:spacing w:after="60"/>
        <w:rPr>
          <w:rFonts w:cs="Arial"/>
          <w:sz w:val="20"/>
          <w:szCs w:val="20"/>
        </w:rPr>
      </w:pPr>
      <w:r w:rsidRPr="0066276F">
        <w:rPr>
          <w:rFonts w:cs="Arial"/>
          <w:sz w:val="20"/>
          <w:szCs w:val="20"/>
        </w:rPr>
        <w:t>__________________________________________________</w:t>
      </w:r>
    </w:p>
    <w:p w14:paraId="3BC6CC6F" w14:textId="77777777" w:rsidR="00656BE6" w:rsidRPr="0066276F" w:rsidRDefault="00000000">
      <w:pPr>
        <w:spacing w:after="60"/>
        <w:rPr>
          <w:rFonts w:cs="Arial"/>
          <w:sz w:val="20"/>
          <w:szCs w:val="20"/>
        </w:rPr>
      </w:pPr>
      <w:r w:rsidRPr="0066276F">
        <w:rPr>
          <w:rFonts w:cs="Arial"/>
          <w:sz w:val="20"/>
          <w:szCs w:val="20"/>
        </w:rPr>
        <w:t>Nombre: ________________________________________</w:t>
      </w:r>
    </w:p>
    <w:p w14:paraId="549D9B76" w14:textId="77777777" w:rsidR="00656BE6" w:rsidRPr="0066276F" w:rsidRDefault="00000000">
      <w:pPr>
        <w:spacing w:after="60"/>
        <w:rPr>
          <w:rFonts w:cs="Arial"/>
          <w:sz w:val="20"/>
          <w:szCs w:val="20"/>
        </w:rPr>
      </w:pPr>
      <w:r w:rsidRPr="0066276F">
        <w:rPr>
          <w:rFonts w:cs="Arial"/>
          <w:sz w:val="20"/>
          <w:szCs w:val="20"/>
        </w:rPr>
        <w:t>C. C. No.: _______________________________________</w:t>
      </w:r>
    </w:p>
    <w:p w14:paraId="3D61CF3D" w14:textId="77777777" w:rsidR="00656BE6" w:rsidRPr="0066276F" w:rsidRDefault="00000000">
      <w:pPr>
        <w:spacing w:after="20"/>
        <w:rPr>
          <w:rFonts w:cs="Arial"/>
          <w:sz w:val="20"/>
          <w:szCs w:val="20"/>
        </w:rPr>
      </w:pPr>
      <w:r w:rsidRPr="0066276F">
        <w:rPr>
          <w:rFonts w:cs="Arial"/>
          <w:sz w:val="20"/>
          <w:szCs w:val="20"/>
        </w:rPr>
        <w:t>Representante legal de: ___________________________</w:t>
      </w:r>
    </w:p>
    <w:sectPr w:rsidR="00656BE6" w:rsidRPr="0066276F" w:rsidSect="00034616">
      <w:headerReference w:type="default" r:id="rId8"/>
      <w:footerReference w:type="default" r:id="rId9"/>
      <w:pgSz w:w="12240" w:h="15840"/>
      <w:pgMar w:top="1512" w:right="1224" w:bottom="1037" w:left="1296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232CA3D" w14:textId="77777777" w:rsidR="008370EC" w:rsidRDefault="008370EC">
      <w:pPr>
        <w:spacing w:after="0" w:line="240" w:lineRule="auto"/>
      </w:pPr>
      <w:r>
        <w:separator/>
      </w:r>
    </w:p>
  </w:endnote>
  <w:endnote w:type="continuationSeparator" w:id="0">
    <w:p w14:paraId="1932FE89" w14:textId="77777777" w:rsidR="008370EC" w:rsidRDefault="00837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9DBB905" w14:textId="77777777" w:rsidR="00656BE6" w:rsidRDefault="00656BE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CF0930C" w14:textId="77777777" w:rsidR="008370EC" w:rsidRDefault="008370EC">
      <w:pPr>
        <w:spacing w:after="0" w:line="240" w:lineRule="auto"/>
      </w:pPr>
      <w:r>
        <w:separator/>
      </w:r>
    </w:p>
  </w:footnote>
  <w:footnote w:type="continuationSeparator" w:id="0">
    <w:p w14:paraId="4DD43671" w14:textId="77777777" w:rsidR="008370EC" w:rsidRDefault="00837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8F420C1" w14:textId="77777777" w:rsidR="00656BE6" w:rsidRDefault="00656B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73415445">
    <w:abstractNumId w:val="8"/>
  </w:num>
  <w:num w:numId="2" w16cid:durableId="375160086">
    <w:abstractNumId w:val="6"/>
  </w:num>
  <w:num w:numId="3" w16cid:durableId="566960668">
    <w:abstractNumId w:val="5"/>
  </w:num>
  <w:num w:numId="4" w16cid:durableId="1843272576">
    <w:abstractNumId w:val="4"/>
  </w:num>
  <w:num w:numId="5" w16cid:durableId="413404136">
    <w:abstractNumId w:val="7"/>
  </w:num>
  <w:num w:numId="6" w16cid:durableId="1328439350">
    <w:abstractNumId w:val="3"/>
  </w:num>
  <w:num w:numId="7" w16cid:durableId="1498153377">
    <w:abstractNumId w:val="2"/>
  </w:num>
  <w:num w:numId="8" w16cid:durableId="1891114989">
    <w:abstractNumId w:val="1"/>
  </w:num>
  <w:num w:numId="9" w16cid:durableId="111740673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5396E"/>
    <w:rsid w:val="00656BE6"/>
    <w:rsid w:val="0066276F"/>
    <w:rsid w:val="008370E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FAC0DE"/>
  <w14:defaultImageDpi w14:val="300"/>
  <w15:docId w15:val="{FAB1F459-4AC9-8641-9066-D7085C89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71" w:lineRule="auto"/>
    </w:pPr>
    <w:rPr>
      <w:rFonts w:ascii="Arial" w:hAnsi="Arial"/>
      <w:color w:val="20252A"/>
      <w:sz w:val="18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/>
      <w:b/>
      <w:bCs/>
      <w:color w:val="173C63"/>
      <w:sz w:val="20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20" w:after="100"/>
      <w:outlineLvl w:val="1"/>
    </w:pPr>
    <w:rPr>
      <w:rFonts w:asciiTheme="majorHAnsi" w:eastAsiaTheme="majorEastAsia" w:hAnsiTheme="majorHAnsi" w:cstheme="majorBidi"/>
      <w:b/>
      <w:bCs/>
      <w:color w:val="173C63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ObligacionNumero">
    <w:name w:val="ObligacionNumero"/>
    <w:basedOn w:val="Normal"/>
    <w:pPr>
      <w:spacing w:line="262" w:lineRule="auto"/>
      <w:ind w:left="374" w:hanging="374"/>
    </w:pPr>
  </w:style>
  <w:style w:type="paragraph" w:customStyle="1" w:styleId="Instruccion">
    <w:name w:val="Instruccion"/>
    <w:basedOn w:val="Normal"/>
    <w:pPr>
      <w:spacing w:after="100" w:line="264" w:lineRule="auto"/>
      <w:ind w:left="418" w:hanging="4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430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aceptación de ANS - Subred Sur - sin rótulo para diligenciar</dc:title>
  <dc:subject>Operación secundaria. Insumos y dispositivos médicos para la toma de muestras.</dc:subject>
  <dc:creator>Subred Integrada de Servicios de Salud Sur E.S.E.</dc:creator>
  <cp:keywords/>
  <dc:description>generated by python-docx</dc:description>
  <cp:lastModifiedBy>luis fernando arenas</cp:lastModifiedBy>
  <cp:revision>2</cp:revision>
  <dcterms:created xsi:type="dcterms:W3CDTF">2026-09-27T01:25:00Z</dcterms:created>
  <dcterms:modified xsi:type="dcterms:W3CDTF">2026-09-27T01:25:00Z</dcterms:modified>
  <cp:category/>
</cp:coreProperties>
</file>