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169C24" w14:textId="77777777" w:rsidR="00804736" w:rsidRDefault="00804736" w:rsidP="00804736">
      <w:pPr>
        <w:spacing w:after="0"/>
        <w:jc w:val="center"/>
        <w:rPr>
          <w:b/>
          <w:sz w:val="21"/>
        </w:rPr>
      </w:pPr>
    </w:p>
    <w:p w14:paraId="54AF2D25" w14:textId="77777777" w:rsidR="00444632" w:rsidRPr="00804736" w:rsidRDefault="00000000" w:rsidP="00804736">
      <w:pPr>
        <w:pStyle w:val="DocTitle"/>
        <w:spacing w:after="0"/>
        <w:jc w:val="center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CERTIFICACIÓN DE INHABILIDADES E INCOMPATIBILIDADES</w:t>
      </w:r>
    </w:p>
    <w:p w14:paraId="151E4B02" w14:textId="77777777" w:rsidR="00804736" w:rsidRPr="00804736" w:rsidRDefault="00804736" w:rsidP="00804736">
      <w:pPr>
        <w:spacing w:after="0"/>
        <w:jc w:val="center"/>
        <w:rPr>
          <w:rFonts w:cs="Arial"/>
          <w:sz w:val="22"/>
          <w:lang w:val="es-ES"/>
        </w:rPr>
      </w:pPr>
    </w:p>
    <w:p w14:paraId="47B2B47F" w14:textId="77777777" w:rsidR="00804736" w:rsidRPr="00804736" w:rsidRDefault="00000000" w:rsidP="00804736">
      <w:pPr>
        <w:spacing w:after="0"/>
        <w:jc w:val="center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Operación secundaria – Solicitud de cotización</w:t>
      </w:r>
    </w:p>
    <w:p w14:paraId="5F63B7FC" w14:textId="46305827" w:rsidR="00444632" w:rsidRPr="00804736" w:rsidRDefault="00000000" w:rsidP="00804736">
      <w:pPr>
        <w:spacing w:after="0"/>
        <w:jc w:val="center"/>
        <w:rPr>
          <w:rFonts w:cs="Arial"/>
          <w:b/>
          <w:sz w:val="22"/>
          <w:lang w:val="es-ES"/>
        </w:rPr>
      </w:pPr>
      <w:r w:rsidRPr="00804736">
        <w:rPr>
          <w:rFonts w:cs="Arial"/>
          <w:sz w:val="22"/>
          <w:lang w:val="es-ES"/>
        </w:rPr>
        <w:br/>
      </w:r>
      <w:r w:rsidRPr="00804736">
        <w:rPr>
          <w:rFonts w:cs="Arial"/>
          <w:b/>
          <w:sz w:val="22"/>
          <w:lang w:val="es-ES"/>
        </w:rPr>
        <w:t>Acuerdo Comercial CP-001-</w:t>
      </w:r>
      <w:proofErr w:type="gramStart"/>
      <w:r w:rsidRPr="00804736">
        <w:rPr>
          <w:rFonts w:cs="Arial"/>
          <w:b/>
          <w:sz w:val="22"/>
          <w:lang w:val="es-ES"/>
        </w:rPr>
        <w:t>2026  |</w:t>
      </w:r>
      <w:proofErr w:type="gramEnd"/>
      <w:r w:rsidRPr="00804736">
        <w:rPr>
          <w:rFonts w:cs="Arial"/>
          <w:b/>
          <w:sz w:val="22"/>
          <w:lang w:val="es-ES"/>
        </w:rPr>
        <w:t xml:space="preserve">  Grupo No. 6 – Insumos de Toma de Muestras</w:t>
      </w:r>
    </w:p>
    <w:p w14:paraId="3EC07862" w14:textId="77777777" w:rsidR="00804736" w:rsidRPr="00804736" w:rsidRDefault="00804736" w:rsidP="00804736">
      <w:pPr>
        <w:spacing w:after="0"/>
        <w:jc w:val="center"/>
        <w:rPr>
          <w:rFonts w:cs="Arial"/>
          <w:sz w:val="22"/>
          <w:lang w:val="es-ES"/>
        </w:rPr>
      </w:pPr>
    </w:p>
    <w:p w14:paraId="0F962CB2" w14:textId="77777777" w:rsidR="00444632" w:rsidRPr="00804736" w:rsidRDefault="00000000">
      <w:pPr>
        <w:spacing w:after="200"/>
        <w:jc w:val="both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 xml:space="preserve">Yo, __________________________________________________, identificado(a) con documento de identidad No. _______________________, expedido en _______________________, en calidad de representante legal de __________________________________________________, identificada con NIT No. _______________________, con ocasión de la presentación de la oferta económica ante la </w:t>
      </w:r>
      <w:r w:rsidRPr="00804736">
        <w:rPr>
          <w:rFonts w:cs="Arial"/>
          <w:b/>
          <w:sz w:val="22"/>
          <w:lang w:val="es-ES"/>
        </w:rPr>
        <w:t>Subred Integrada de Servicios de Salud Sur E.S.E.</w:t>
      </w:r>
      <w:r w:rsidRPr="00804736">
        <w:rPr>
          <w:rFonts w:cs="Arial"/>
          <w:sz w:val="22"/>
          <w:lang w:val="es-ES"/>
        </w:rPr>
        <w:t>, declaro bajo la gravedad de juramento, que se entiende prestado con la firma del presente documento, lo siguiente:</w:t>
      </w:r>
    </w:p>
    <w:p w14:paraId="0F3D5C98" w14:textId="77777777" w:rsidR="00444632" w:rsidRPr="00804736" w:rsidRDefault="00000000">
      <w:pPr>
        <w:keepLines/>
        <w:spacing w:after="160"/>
        <w:jc w:val="both"/>
        <w:rPr>
          <w:rFonts w:cs="Arial"/>
          <w:sz w:val="22"/>
          <w:lang w:val="es-ES"/>
        </w:rPr>
      </w:pPr>
      <w:r w:rsidRPr="00804736">
        <w:rPr>
          <w:rFonts w:cs="Arial"/>
          <w:b/>
          <w:sz w:val="22"/>
          <w:lang w:val="es-ES"/>
        </w:rPr>
        <w:t xml:space="preserve">1. Inhabilidades e incompatibilidades. </w:t>
      </w:r>
      <w:r w:rsidRPr="00804736">
        <w:rPr>
          <w:rFonts w:cs="Arial"/>
          <w:sz w:val="22"/>
          <w:lang w:val="es-ES"/>
        </w:rPr>
        <w:t>Conozco el régimen previsto en la Constitución Política, en los artículos 8 y 9 de la Ley 80 de 1993, en las disposiciones aplicables de las leyes 1150 de 2007 y 1474 de 2011 y en las demás normas vigentes. Declaro que ni quien suscribe ni la persona jurídica que represento nos encontramos incursos en causal legal de inhabilidad o incompatibilidad que impida presentar la cotización o celebrar el contrato correspondiente.</w:t>
      </w:r>
    </w:p>
    <w:p w14:paraId="4015E1F9" w14:textId="77777777" w:rsidR="00444632" w:rsidRPr="00804736" w:rsidRDefault="00000000">
      <w:pPr>
        <w:keepLines/>
        <w:spacing w:after="160"/>
        <w:jc w:val="both"/>
        <w:rPr>
          <w:rFonts w:cs="Arial"/>
          <w:sz w:val="22"/>
          <w:lang w:val="es-ES"/>
        </w:rPr>
      </w:pPr>
      <w:r w:rsidRPr="00804736">
        <w:rPr>
          <w:rFonts w:cs="Arial"/>
          <w:b/>
          <w:sz w:val="22"/>
          <w:lang w:val="es-ES"/>
        </w:rPr>
        <w:t xml:space="preserve">2. Verificación y conflicto de intereses. </w:t>
      </w:r>
      <w:r w:rsidRPr="00804736">
        <w:rPr>
          <w:rFonts w:cs="Arial"/>
          <w:sz w:val="22"/>
          <w:lang w:val="es-ES"/>
        </w:rPr>
        <w:t>Manifiesto que, realizadas las verificaciones que corresponden a la sociedad, no se ha identificado ninguna causal legal que se extienda a esta por razón de sus administradores, socios o demás personas previstas en la ley. Asimismo, declaro que no conozco conflicto de intereses que impida participar en este procedimiento.</w:t>
      </w:r>
    </w:p>
    <w:p w14:paraId="228AF47C" w14:textId="77777777" w:rsidR="00444632" w:rsidRPr="00804736" w:rsidRDefault="00000000">
      <w:pPr>
        <w:keepLines/>
        <w:spacing w:after="160"/>
        <w:jc w:val="both"/>
        <w:rPr>
          <w:rFonts w:cs="Arial"/>
          <w:sz w:val="22"/>
          <w:lang w:val="es-ES"/>
        </w:rPr>
      </w:pPr>
      <w:r w:rsidRPr="00804736">
        <w:rPr>
          <w:rFonts w:cs="Arial"/>
          <w:b/>
          <w:sz w:val="22"/>
          <w:lang w:val="es-ES"/>
        </w:rPr>
        <w:t xml:space="preserve">3. Situaciones sobrevinientes. </w:t>
      </w:r>
      <w:r w:rsidRPr="00804736">
        <w:rPr>
          <w:rFonts w:cs="Arial"/>
          <w:sz w:val="22"/>
          <w:lang w:val="es-ES"/>
        </w:rPr>
        <w:t>Me comprometo a comunicar oportunamente y por escrito a la Subred Sur E.S.E. cualquier causal de inhabilidad o incompatibilidad, o situación de conflicto de intereses, que se presente durante la selección o la ejecución contractual, para proceder conforme a las normas aplicables.</w:t>
      </w:r>
    </w:p>
    <w:p w14:paraId="47D20985" w14:textId="77777777" w:rsidR="00444632" w:rsidRPr="00804736" w:rsidRDefault="00000000">
      <w:pPr>
        <w:spacing w:after="280"/>
        <w:jc w:val="both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Para las comunicaciones de esta solicitud de cotización, autorizo el uso del correo electrónico indicado a continuación. La entidad podrá verificar la información declarada ante las autoridades competentes.</w:t>
      </w:r>
    </w:p>
    <w:p w14:paraId="5FC4104D" w14:textId="77777777" w:rsidR="00444632" w:rsidRPr="00804736" w:rsidRDefault="00000000">
      <w:pPr>
        <w:spacing w:after="280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En constancia, firmo la presente certificación.</w:t>
      </w:r>
    </w:p>
    <w:p w14:paraId="70BD5720" w14:textId="77777777" w:rsidR="00804736" w:rsidRPr="00804736" w:rsidRDefault="00804736">
      <w:pPr>
        <w:spacing w:after="280"/>
        <w:rPr>
          <w:rFonts w:cs="Arial"/>
          <w:sz w:val="22"/>
          <w:lang w:val="es-ES"/>
        </w:rPr>
      </w:pPr>
    </w:p>
    <w:p w14:paraId="7FB243C5" w14:textId="77777777" w:rsidR="00444632" w:rsidRPr="00804736" w:rsidRDefault="00000000">
      <w:pPr>
        <w:spacing w:after="80" w:line="240" w:lineRule="auto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Firma: ___________________________________________________________</w:t>
      </w:r>
    </w:p>
    <w:p w14:paraId="74DEC8AF" w14:textId="77777777" w:rsidR="00444632" w:rsidRPr="00804736" w:rsidRDefault="00000000">
      <w:pPr>
        <w:spacing w:after="80" w:line="240" w:lineRule="auto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Nombre completo: __________________________________________________</w:t>
      </w:r>
    </w:p>
    <w:p w14:paraId="21C5E5FA" w14:textId="77777777" w:rsidR="00444632" w:rsidRPr="00804736" w:rsidRDefault="00000000">
      <w:pPr>
        <w:spacing w:after="80" w:line="240" w:lineRule="auto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Documento de identidad: _____________________________________________</w:t>
      </w:r>
    </w:p>
    <w:p w14:paraId="401459CC" w14:textId="77777777" w:rsidR="00444632" w:rsidRPr="00804736" w:rsidRDefault="00000000">
      <w:pPr>
        <w:spacing w:after="80" w:line="240" w:lineRule="auto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Representante legal de: ______________________________________________</w:t>
      </w:r>
    </w:p>
    <w:p w14:paraId="67C5C6DE" w14:textId="77777777" w:rsidR="00444632" w:rsidRPr="00804736" w:rsidRDefault="00000000">
      <w:pPr>
        <w:spacing w:after="80" w:line="240" w:lineRule="auto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NIT: ______________________________________________________________</w:t>
      </w:r>
    </w:p>
    <w:p w14:paraId="296B11BC" w14:textId="77777777" w:rsidR="00444632" w:rsidRPr="00804736" w:rsidRDefault="00000000">
      <w:pPr>
        <w:spacing w:after="80" w:line="240" w:lineRule="auto"/>
        <w:rPr>
          <w:rFonts w:cs="Arial"/>
          <w:sz w:val="22"/>
          <w:lang w:val="es-ES"/>
        </w:rPr>
      </w:pPr>
      <w:r w:rsidRPr="00804736">
        <w:rPr>
          <w:rFonts w:cs="Arial"/>
          <w:sz w:val="22"/>
          <w:lang w:val="es-ES"/>
        </w:rPr>
        <w:t>Correo electrónico: __________________________________________________</w:t>
      </w:r>
    </w:p>
    <w:sectPr w:rsidR="00444632" w:rsidRPr="00804736" w:rsidSect="00034616">
      <w:pgSz w:w="12240" w:h="15840"/>
      <w:pgMar w:top="1195" w:right="1354" w:bottom="1051" w:left="1354" w:header="605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6566630">
    <w:abstractNumId w:val="8"/>
  </w:num>
  <w:num w:numId="2" w16cid:durableId="107161248">
    <w:abstractNumId w:val="6"/>
  </w:num>
  <w:num w:numId="3" w16cid:durableId="1061249544">
    <w:abstractNumId w:val="5"/>
  </w:num>
  <w:num w:numId="4" w16cid:durableId="276256549">
    <w:abstractNumId w:val="4"/>
  </w:num>
  <w:num w:numId="5" w16cid:durableId="2067289249">
    <w:abstractNumId w:val="7"/>
  </w:num>
  <w:num w:numId="6" w16cid:durableId="733813495">
    <w:abstractNumId w:val="3"/>
  </w:num>
  <w:num w:numId="7" w16cid:durableId="783037537">
    <w:abstractNumId w:val="2"/>
  </w:num>
  <w:num w:numId="8" w16cid:durableId="1939943856">
    <w:abstractNumId w:val="1"/>
  </w:num>
  <w:num w:numId="9" w16cid:durableId="166215186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44632"/>
    <w:rsid w:val="0055396E"/>
    <w:rsid w:val="0080473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0A5B43"/>
  <w14:defaultImageDpi w14:val="300"/>
  <w15:docId w15:val="{FAB1F459-4AC9-8641-9066-D7085C89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269" w:lineRule="auto"/>
    </w:pPr>
    <w:rPr>
      <w:rFonts w:ascii="Arial" w:hAnsi="Arial"/>
      <w:color w:val="1D242A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Title">
    <w:name w:val="DocTitle"/>
    <w:pPr>
      <w:keepNext/>
      <w:spacing w:after="80"/>
    </w:pPr>
    <w:rPr>
      <w:rFonts w:ascii="Arial" w:hAnsi="Arial"/>
      <w:b/>
      <w:color w:val="1C314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No. 6 – Certificación de inhabilidades e incompatibilidades – Subred Sur</dc:title>
  <dc:subject>Acuerdo Comercial CP-001-2026 – Grupo 6 – Operación secundaria</dc:subject>
  <dc:creator>luis fernando arenas</dc:creator>
  <cp:keywords/>
  <dc:description>generated by python-docx</dc:description>
  <cp:lastModifiedBy>luis fernando arenas</cp:lastModifiedBy>
  <cp:revision>2</cp:revision>
  <dcterms:created xsi:type="dcterms:W3CDTF">2026-09-27T03:09:00Z</dcterms:created>
  <dcterms:modified xsi:type="dcterms:W3CDTF">2026-09-27T03:09:00Z</dcterms:modified>
  <cp:category/>
</cp:coreProperties>
</file>