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E8A1AF1" w14:textId="77777777" w:rsidR="004C398A" w:rsidRDefault="00000000">
      <w:pPr>
        <w:jc w:val="center"/>
      </w:pPr>
      <w:r>
        <w:rPr>
          <w:b/>
          <w:sz w:val="24"/>
        </w:rPr>
        <w:t>FORMATO No. 1</w:t>
      </w:r>
      <w:r>
        <w:rPr>
          <w:b/>
          <w:sz w:val="24"/>
        </w:rPr>
        <w:br/>
        <w:t>CARTA DE PRESENTACIÓN DE LA OFERTA</w:t>
      </w:r>
    </w:p>
    <w:p w14:paraId="3FD51570" w14:textId="77777777" w:rsidR="00A217B4" w:rsidRDefault="00A217B4" w:rsidP="00A217B4">
      <w:pPr>
        <w:rPr>
          <w:rFonts w:cs="Arial"/>
        </w:rPr>
      </w:pPr>
    </w:p>
    <w:p w14:paraId="771828AF" w14:textId="77777777" w:rsidR="00A217B4" w:rsidRDefault="00A217B4" w:rsidP="00A217B4">
      <w:pPr>
        <w:rPr>
          <w:rFonts w:cs="Arial"/>
        </w:rPr>
      </w:pPr>
    </w:p>
    <w:p w14:paraId="13388784" w14:textId="6CA4532F" w:rsidR="004C398A" w:rsidRPr="00A217B4" w:rsidRDefault="00000000" w:rsidP="00A217B4">
      <w:pPr>
        <w:rPr>
          <w:rFonts w:cs="Arial"/>
        </w:rPr>
      </w:pPr>
      <w:r w:rsidRPr="00A217B4">
        <w:rPr>
          <w:rFonts w:cs="Arial"/>
        </w:rPr>
        <w:t>Santiago de Cali, ____ de __________ de 2026</w:t>
      </w:r>
    </w:p>
    <w:p w14:paraId="7AB37F15" w14:textId="77777777" w:rsidR="004C398A" w:rsidRPr="00A217B4" w:rsidRDefault="00000000" w:rsidP="00A217B4">
      <w:pPr>
        <w:rPr>
          <w:rFonts w:cs="Arial"/>
        </w:rPr>
      </w:pPr>
      <w:r w:rsidRPr="00A217B4">
        <w:rPr>
          <w:rFonts w:cs="Arial"/>
        </w:rPr>
        <w:t>Ingeniero</w:t>
      </w:r>
      <w:r w:rsidRPr="00A217B4">
        <w:rPr>
          <w:rFonts w:cs="Arial"/>
        </w:rPr>
        <w:br/>
        <w:t>GABRIEL ENRIQUE FERRER OROZCO</w:t>
      </w:r>
      <w:r w:rsidRPr="00A217B4">
        <w:rPr>
          <w:rFonts w:cs="Arial"/>
        </w:rPr>
        <w:br/>
        <w:t>Secretario de Despacho</w:t>
      </w:r>
      <w:r w:rsidRPr="00A217B4">
        <w:rPr>
          <w:rFonts w:cs="Arial"/>
        </w:rPr>
        <w:br/>
        <w:t>Secretaría de las Tecnologías de la Información y las Comunicaciones</w:t>
      </w:r>
      <w:r w:rsidRPr="00A217B4">
        <w:rPr>
          <w:rFonts w:cs="Arial"/>
        </w:rPr>
        <w:br/>
        <w:t>Departamento del Valle del Cauca</w:t>
      </w:r>
    </w:p>
    <w:p w14:paraId="531F484E" w14:textId="77777777" w:rsidR="004C398A" w:rsidRPr="00A217B4" w:rsidRDefault="00000000" w:rsidP="00A217B4">
      <w:pPr>
        <w:jc w:val="both"/>
        <w:rPr>
          <w:rFonts w:cs="Arial"/>
        </w:rPr>
      </w:pPr>
      <w:r w:rsidRPr="00A217B4">
        <w:rPr>
          <w:rFonts w:cs="Arial"/>
          <w:b/>
        </w:rPr>
        <w:t xml:space="preserve">PROCESO: </w:t>
      </w:r>
      <w:r w:rsidRPr="00A217B4">
        <w:rPr>
          <w:rFonts w:cs="Arial"/>
        </w:rPr>
        <w:t>Selección Abreviada de Menor Cuantía No. SETIC-SAMC-002-2026</w:t>
      </w:r>
    </w:p>
    <w:p w14:paraId="7225C5F4" w14:textId="77777777" w:rsidR="004C398A" w:rsidRPr="00A217B4" w:rsidRDefault="00000000" w:rsidP="00A217B4">
      <w:pPr>
        <w:jc w:val="both"/>
        <w:rPr>
          <w:rFonts w:cs="Arial"/>
        </w:rPr>
      </w:pPr>
      <w:r w:rsidRPr="00A217B4">
        <w:rPr>
          <w:rFonts w:cs="Arial"/>
          <w:b/>
        </w:rPr>
        <w:t xml:space="preserve">OBJETO: </w:t>
      </w:r>
      <w:r w:rsidRPr="00A217B4">
        <w:rPr>
          <w:rFonts w:cs="Arial"/>
        </w:rPr>
        <w:t>Prestación de servicios para la implementación, soporte y mantenimiento bajo la modalidad de uso de un Sistema de Administración de Recaudo para el Departamento del Valle del Cauca, que garantice la continuidad de la gestión financiera y tributaria, dentro del proyecto denominado “Modernización de la Infraestructura TI y Servicios Informáticos de la Gobernación del Valle del Cauca”.</w:t>
      </w:r>
    </w:p>
    <w:p w14:paraId="2E2817E1" w14:textId="77777777" w:rsidR="004C398A" w:rsidRDefault="00000000" w:rsidP="00A217B4">
      <w:pPr>
        <w:jc w:val="both"/>
        <w:rPr>
          <w:rFonts w:cs="Arial"/>
        </w:rPr>
      </w:pPr>
      <w:r w:rsidRPr="00A217B4">
        <w:rPr>
          <w:rFonts w:cs="Arial"/>
        </w:rPr>
        <w:t xml:space="preserve">Yo/Nosotros, ________________________________________, identificado(s) como aparece al pie de la firma, actuando en nombre propio o en representación de ________________________________________, presento/presentamos oferta dentro del proceso de la referencia y declaramos bajo la </w:t>
      </w:r>
      <w:proofErr w:type="spellStart"/>
      <w:r w:rsidRPr="00A217B4">
        <w:rPr>
          <w:rFonts w:cs="Arial"/>
        </w:rPr>
        <w:t>gravedad</w:t>
      </w:r>
      <w:proofErr w:type="spellEnd"/>
      <w:r w:rsidRPr="00A217B4">
        <w:rPr>
          <w:rFonts w:cs="Arial"/>
        </w:rPr>
        <w:t xml:space="preserve"> del </w:t>
      </w:r>
      <w:proofErr w:type="spellStart"/>
      <w:r w:rsidRPr="00A217B4">
        <w:rPr>
          <w:rFonts w:cs="Arial"/>
        </w:rPr>
        <w:t>juramento</w:t>
      </w:r>
      <w:proofErr w:type="spellEnd"/>
      <w:r w:rsidRPr="00A217B4">
        <w:rPr>
          <w:rFonts w:cs="Arial"/>
        </w:rPr>
        <w:t>:</w:t>
      </w:r>
    </w:p>
    <w:p w14:paraId="6D3D43DA" w14:textId="77777777" w:rsidR="00A217B4" w:rsidRPr="00A217B4" w:rsidRDefault="00A217B4" w:rsidP="00A217B4">
      <w:pPr>
        <w:jc w:val="both"/>
        <w:rPr>
          <w:rFonts w:cs="Arial"/>
        </w:rPr>
      </w:pPr>
    </w:p>
    <w:p w14:paraId="5328DE57" w14:textId="77777777" w:rsidR="004C398A" w:rsidRPr="00A217B4" w:rsidRDefault="00000000" w:rsidP="00A217B4">
      <w:pPr>
        <w:pStyle w:val="Listaconvietas"/>
        <w:jc w:val="both"/>
        <w:rPr>
          <w:rFonts w:cs="Arial"/>
        </w:rPr>
      </w:pPr>
      <w:r w:rsidRPr="00A217B4">
        <w:rPr>
          <w:rFonts w:cs="Arial"/>
        </w:rPr>
        <w:t>Que conocemos y aceptamos integralmente el pliego de condiciones, los estudios previos, anexos, adendas y demás documentos del proceso.</w:t>
      </w:r>
    </w:p>
    <w:p w14:paraId="61E69402" w14:textId="77777777" w:rsidR="004C398A" w:rsidRPr="00A217B4" w:rsidRDefault="00000000" w:rsidP="00A217B4">
      <w:pPr>
        <w:pStyle w:val="Listaconvietas"/>
        <w:jc w:val="both"/>
        <w:rPr>
          <w:rFonts w:cs="Arial"/>
        </w:rPr>
      </w:pPr>
      <w:r w:rsidRPr="00A217B4">
        <w:rPr>
          <w:rFonts w:cs="Arial"/>
        </w:rPr>
        <w:t>Que no nos encontramos incursos en causal de inhabilidad, incompatibilidad, conflicto de interés o prohibición para contratar con el Estado.</w:t>
      </w:r>
    </w:p>
    <w:p w14:paraId="65C8F9D9" w14:textId="77777777" w:rsidR="004C398A" w:rsidRPr="00A217B4" w:rsidRDefault="00000000" w:rsidP="00A217B4">
      <w:pPr>
        <w:pStyle w:val="Listaconvietas"/>
        <w:jc w:val="both"/>
        <w:rPr>
          <w:rFonts w:cs="Arial"/>
        </w:rPr>
      </w:pPr>
      <w:r w:rsidRPr="00A217B4">
        <w:rPr>
          <w:rFonts w:cs="Arial"/>
        </w:rPr>
        <w:t>Que la oferta comprende todos los costos directos e indirectos, tributos, tasas, contribuciones, estampillas y demás erogaciones necesarias para la correcta ejecución del objeto contractual.</w:t>
      </w:r>
    </w:p>
    <w:p w14:paraId="6A25F3F7" w14:textId="77777777" w:rsidR="004C398A" w:rsidRPr="00A217B4" w:rsidRDefault="00000000" w:rsidP="00A217B4">
      <w:pPr>
        <w:pStyle w:val="Listaconvietas"/>
        <w:jc w:val="both"/>
        <w:rPr>
          <w:rFonts w:cs="Arial"/>
        </w:rPr>
      </w:pPr>
      <w:r w:rsidRPr="00A217B4">
        <w:rPr>
          <w:rFonts w:cs="Arial"/>
        </w:rPr>
        <w:t>Que contamos con la capacidad jurídica, técnica, financiera, organizacional y de experiencia exigida en los documentos del proceso.</w:t>
      </w:r>
    </w:p>
    <w:p w14:paraId="4D0D276B" w14:textId="77777777" w:rsidR="004C398A" w:rsidRPr="00A217B4" w:rsidRDefault="00000000" w:rsidP="00A217B4">
      <w:pPr>
        <w:pStyle w:val="Listaconvietas"/>
        <w:jc w:val="both"/>
        <w:rPr>
          <w:rFonts w:cs="Arial"/>
        </w:rPr>
      </w:pPr>
      <w:r w:rsidRPr="00A217B4">
        <w:rPr>
          <w:rFonts w:cs="Arial"/>
        </w:rPr>
        <w:t>Que la información y documentos aportados son veraces y autorizamos a la Entidad para verificarlos.</w:t>
      </w:r>
    </w:p>
    <w:p w14:paraId="0CAE01CD" w14:textId="77777777" w:rsidR="004C398A" w:rsidRPr="00A217B4" w:rsidRDefault="00000000" w:rsidP="00A217B4">
      <w:pPr>
        <w:pStyle w:val="Listaconvietas"/>
        <w:jc w:val="both"/>
        <w:rPr>
          <w:rFonts w:cs="Arial"/>
        </w:rPr>
      </w:pPr>
      <w:r w:rsidRPr="00A217B4">
        <w:rPr>
          <w:rFonts w:cs="Arial"/>
        </w:rPr>
        <w:t>Que los recursos vinculados a nuestra actividad y a la ejecución contractual provienen de actividades lícitas.</w:t>
      </w:r>
    </w:p>
    <w:p w14:paraId="0A87C55B" w14:textId="77777777" w:rsidR="004C398A" w:rsidRPr="00A217B4" w:rsidRDefault="00000000" w:rsidP="00A217B4">
      <w:pPr>
        <w:pStyle w:val="Listaconvietas"/>
        <w:jc w:val="both"/>
        <w:rPr>
          <w:rFonts w:cs="Arial"/>
        </w:rPr>
      </w:pPr>
      <w:r w:rsidRPr="00A217B4">
        <w:rPr>
          <w:rFonts w:cs="Arial"/>
        </w:rPr>
        <w:t>Que mantendremos la oferta durante el término exigido y aportamos la garantía de seriedad de la oferta en los términos del pliego de condiciones.</w:t>
      </w:r>
    </w:p>
    <w:p w14:paraId="6863DB41" w14:textId="77777777" w:rsidR="00A217B4" w:rsidRPr="00D35581" w:rsidRDefault="00000000" w:rsidP="00A217B4">
      <w:pPr>
        <w:pStyle w:val="Textoindependiente"/>
        <w:spacing w:before="10"/>
        <w:rPr>
          <w:rFonts w:cs="Arial"/>
          <w:sz w:val="20"/>
          <w:szCs w:val="20"/>
        </w:rPr>
      </w:pPr>
      <w:r w:rsidRPr="00A217B4">
        <w:rPr>
          <w:rFonts w:cs="Arial"/>
        </w:rPr>
        <w:br/>
      </w:r>
    </w:p>
    <w:p w14:paraId="59DF4027" w14:textId="77777777" w:rsidR="00A217B4" w:rsidRPr="00D35581" w:rsidRDefault="00A217B4" w:rsidP="00A217B4">
      <w:pPr>
        <w:rPr>
          <w:rFonts w:cs="Arial"/>
          <w:sz w:val="20"/>
          <w:szCs w:val="20"/>
        </w:rPr>
      </w:pPr>
      <w:proofErr w:type="spellStart"/>
      <w:r w:rsidRPr="00D35581">
        <w:rPr>
          <w:rFonts w:cs="Arial"/>
          <w:sz w:val="20"/>
          <w:szCs w:val="20"/>
        </w:rPr>
        <w:t>Atentamente</w:t>
      </w:r>
      <w:proofErr w:type="spellEnd"/>
      <w:r w:rsidRPr="00D35581">
        <w:rPr>
          <w:rFonts w:cs="Arial"/>
          <w:sz w:val="20"/>
          <w:szCs w:val="20"/>
        </w:rPr>
        <w:t>;</w:t>
      </w:r>
    </w:p>
    <w:p w14:paraId="64ACF574" w14:textId="77777777" w:rsidR="00A217B4" w:rsidRPr="00D35581" w:rsidRDefault="00A217B4" w:rsidP="00A217B4">
      <w:pPr>
        <w:pStyle w:val="Textoindependiente"/>
        <w:rPr>
          <w:rFonts w:cs="Arial"/>
          <w:sz w:val="20"/>
          <w:szCs w:val="20"/>
        </w:rPr>
      </w:pPr>
    </w:p>
    <w:p w14:paraId="5A514273" w14:textId="77777777" w:rsidR="00A217B4" w:rsidRDefault="00A217B4" w:rsidP="00A217B4">
      <w:pPr>
        <w:pStyle w:val="Textoindependiente"/>
        <w:rPr>
          <w:rFonts w:cs="Arial"/>
          <w:sz w:val="20"/>
          <w:szCs w:val="20"/>
        </w:rPr>
      </w:pPr>
    </w:p>
    <w:p w14:paraId="7A6F1169" w14:textId="77777777" w:rsidR="00A217B4" w:rsidRPr="007D1AD1" w:rsidRDefault="00A217B4" w:rsidP="00A217B4">
      <w:pPr>
        <w:spacing w:line="216" w:lineRule="exact"/>
        <w:jc w:val="both"/>
        <w:rPr>
          <w:rFonts w:cs="Arial"/>
        </w:rPr>
      </w:pPr>
      <w:r>
        <w:rPr>
          <w:rFonts w:cs="Arial"/>
        </w:rPr>
        <w:t>N</w:t>
      </w:r>
      <w:r w:rsidRPr="007D1AD1">
        <w:rPr>
          <w:rFonts w:cs="Arial"/>
        </w:rPr>
        <w:t>ombre</w:t>
      </w:r>
      <w:r w:rsidRPr="007D1AD1">
        <w:rPr>
          <w:rFonts w:cs="Arial"/>
          <w:spacing w:val="-2"/>
        </w:rPr>
        <w:t xml:space="preserve"> </w:t>
      </w:r>
      <w:r w:rsidRPr="007D1AD1">
        <w:rPr>
          <w:rFonts w:cs="Arial"/>
        </w:rPr>
        <w:t>del</w:t>
      </w:r>
      <w:r w:rsidRPr="007D1AD1">
        <w:rPr>
          <w:rFonts w:cs="Arial"/>
          <w:spacing w:val="-2"/>
        </w:rPr>
        <w:t xml:space="preserve"> </w:t>
      </w:r>
      <w:proofErr w:type="spellStart"/>
      <w:r w:rsidRPr="007D1AD1">
        <w:rPr>
          <w:rFonts w:cs="Arial"/>
        </w:rPr>
        <w:t>oferente</w:t>
      </w:r>
      <w:proofErr w:type="spellEnd"/>
      <w:r w:rsidRPr="007D1AD1">
        <w:rPr>
          <w:rFonts w:cs="Arial"/>
          <w:spacing w:val="-2"/>
        </w:rPr>
        <w:t xml:space="preserve"> </w:t>
      </w:r>
      <w:r w:rsidRPr="007D1AD1">
        <w:rPr>
          <w:rFonts w:cs="Arial"/>
        </w:rPr>
        <w:t>o</w:t>
      </w:r>
      <w:r w:rsidRPr="007D1AD1">
        <w:rPr>
          <w:rFonts w:cs="Arial"/>
          <w:spacing w:val="-1"/>
        </w:rPr>
        <w:t xml:space="preserve"> </w:t>
      </w:r>
      <w:r w:rsidRPr="007D1AD1">
        <w:rPr>
          <w:rFonts w:cs="Arial"/>
        </w:rPr>
        <w:t>de</w:t>
      </w:r>
      <w:r w:rsidRPr="007D1AD1">
        <w:rPr>
          <w:rFonts w:cs="Arial"/>
          <w:spacing w:val="-2"/>
        </w:rPr>
        <w:t xml:space="preserve"> </w:t>
      </w:r>
      <w:proofErr w:type="spellStart"/>
      <w:r w:rsidRPr="007D1AD1">
        <w:rPr>
          <w:rFonts w:cs="Arial"/>
        </w:rPr>
        <w:t>su</w:t>
      </w:r>
      <w:proofErr w:type="spellEnd"/>
      <w:r w:rsidRPr="007D1AD1">
        <w:rPr>
          <w:rFonts w:cs="Arial"/>
          <w:spacing w:val="-2"/>
        </w:rPr>
        <w:t xml:space="preserve"> </w:t>
      </w:r>
      <w:proofErr w:type="spellStart"/>
      <w:r w:rsidRPr="007D1AD1">
        <w:rPr>
          <w:rFonts w:cs="Arial"/>
        </w:rPr>
        <w:t>representante</w:t>
      </w:r>
      <w:proofErr w:type="spellEnd"/>
      <w:r w:rsidRPr="007D1AD1">
        <w:rPr>
          <w:rFonts w:cs="Arial"/>
          <w:spacing w:val="-2"/>
        </w:rPr>
        <w:t xml:space="preserve"> </w:t>
      </w:r>
      <w:r w:rsidRPr="007D1AD1">
        <w:rPr>
          <w:rFonts w:cs="Arial"/>
        </w:rPr>
        <w:t>legal.</w:t>
      </w:r>
    </w:p>
    <w:p w14:paraId="11FBEEF8" w14:textId="77777777" w:rsidR="00A217B4" w:rsidRPr="007D1AD1" w:rsidRDefault="00A217B4" w:rsidP="00A217B4">
      <w:pPr>
        <w:tabs>
          <w:tab w:val="left" w:pos="4973"/>
          <w:tab w:val="left" w:pos="8170"/>
        </w:tabs>
        <w:spacing w:line="264" w:lineRule="exact"/>
        <w:jc w:val="both"/>
        <w:rPr>
          <w:rFonts w:cs="Arial"/>
        </w:rPr>
      </w:pPr>
      <w:r w:rsidRPr="007D1AD1">
        <w:rPr>
          <w:rFonts w:cs="Arial"/>
        </w:rPr>
        <w:t xml:space="preserve">Cedula de </w:t>
      </w:r>
      <w:proofErr w:type="spellStart"/>
      <w:r w:rsidRPr="007D1AD1">
        <w:rPr>
          <w:rFonts w:cs="Arial"/>
        </w:rPr>
        <w:t>Ciudadanía</w:t>
      </w:r>
      <w:proofErr w:type="spellEnd"/>
      <w:r w:rsidRPr="007D1AD1">
        <w:rPr>
          <w:rFonts w:cs="Arial"/>
        </w:rPr>
        <w:t xml:space="preserve">: </w:t>
      </w:r>
    </w:p>
    <w:p w14:paraId="090B634F" w14:textId="107FB824" w:rsidR="00A217B4" w:rsidRPr="007D1AD1" w:rsidRDefault="00A217B4" w:rsidP="00A217B4">
      <w:pPr>
        <w:rPr>
          <w:rFonts w:cs="Arial"/>
        </w:rPr>
      </w:pPr>
      <w:r w:rsidRPr="007D1AD1">
        <w:rPr>
          <w:rFonts w:cs="Arial"/>
        </w:rPr>
        <w:t xml:space="preserve"> Nit </w:t>
      </w:r>
    </w:p>
    <w:p w14:paraId="14ED7E8E" w14:textId="0EE663E8" w:rsidR="00A217B4" w:rsidRPr="007D1AD1" w:rsidRDefault="00A217B4" w:rsidP="00A217B4">
      <w:pPr>
        <w:rPr>
          <w:rFonts w:cs="Arial"/>
        </w:rPr>
      </w:pPr>
      <w:r w:rsidRPr="007D1AD1">
        <w:rPr>
          <w:rFonts w:cs="Arial"/>
        </w:rPr>
        <w:t xml:space="preserve"> Correo </w:t>
      </w:r>
      <w:proofErr w:type="spellStart"/>
      <w:r w:rsidRPr="007D1AD1">
        <w:rPr>
          <w:rFonts w:cs="Arial"/>
        </w:rPr>
        <w:t>electrónico</w:t>
      </w:r>
      <w:proofErr w:type="spellEnd"/>
    </w:p>
    <w:p w14:paraId="761CD18B" w14:textId="77777777" w:rsidR="00A217B4" w:rsidRPr="007D1AD1" w:rsidRDefault="00A217B4" w:rsidP="00A217B4">
      <w:pPr>
        <w:rPr>
          <w:rFonts w:cs="Arial"/>
          <w:sz w:val="16"/>
          <w:szCs w:val="16"/>
        </w:rPr>
      </w:pPr>
    </w:p>
    <w:p w14:paraId="4A9FB808" w14:textId="77777777" w:rsidR="00A217B4" w:rsidRDefault="00A217B4" w:rsidP="00A217B4">
      <w:pPr>
        <w:rPr>
          <w:rFonts w:cs="Arial"/>
          <w:sz w:val="20"/>
          <w:szCs w:val="20"/>
        </w:rPr>
      </w:pPr>
    </w:p>
    <w:p w14:paraId="6C63F261" w14:textId="77777777" w:rsidR="00A217B4" w:rsidRDefault="00A217B4" w:rsidP="00A217B4">
      <w:pPr>
        <w:rPr>
          <w:rFonts w:cs="Arial"/>
          <w:sz w:val="20"/>
          <w:szCs w:val="20"/>
        </w:rPr>
      </w:pPr>
    </w:p>
    <w:p w14:paraId="51566D85" w14:textId="67FE1940" w:rsidR="00A217B4" w:rsidRDefault="00A217B4" w:rsidP="00A217B4">
      <w:pPr>
        <w:rPr>
          <w:rFonts w:cs="Arial"/>
        </w:rPr>
      </w:pPr>
      <w:r w:rsidRPr="007D1AD1">
        <w:rPr>
          <w:rFonts w:cs="Arial"/>
        </w:rPr>
        <w:t xml:space="preserve">   </w:t>
      </w:r>
      <w:proofErr w:type="spellStart"/>
      <w:r w:rsidRPr="007D1AD1">
        <w:rPr>
          <w:rFonts w:cs="Arial"/>
        </w:rPr>
        <w:t>Firma</w:t>
      </w:r>
      <w:proofErr w:type="spellEnd"/>
      <w:r w:rsidRPr="007D1AD1">
        <w:rPr>
          <w:rFonts w:cs="Arial"/>
        </w:rPr>
        <w:t xml:space="preserve"> del </w:t>
      </w:r>
      <w:proofErr w:type="spellStart"/>
      <w:r w:rsidRPr="007D1AD1">
        <w:rPr>
          <w:rFonts w:cs="Arial"/>
        </w:rPr>
        <w:t>representante</w:t>
      </w:r>
      <w:proofErr w:type="spellEnd"/>
      <w:r w:rsidRPr="007D1AD1">
        <w:rPr>
          <w:rFonts w:cs="Arial"/>
        </w:rPr>
        <w:t xml:space="preserve"> legal </w:t>
      </w:r>
    </w:p>
    <w:p w14:paraId="02C84EDC" w14:textId="77777777" w:rsidR="00A217B4" w:rsidRDefault="00A217B4" w:rsidP="00A217B4">
      <w:pPr>
        <w:rPr>
          <w:rFonts w:cs="Arial"/>
        </w:rPr>
      </w:pPr>
    </w:p>
    <w:p w14:paraId="0294D2E4" w14:textId="77777777" w:rsidR="00A217B4" w:rsidRDefault="00A217B4" w:rsidP="00A217B4">
      <w:pPr>
        <w:rPr>
          <w:rFonts w:cs="Arial"/>
        </w:rPr>
      </w:pPr>
    </w:p>
    <w:p w14:paraId="04CDA051" w14:textId="77777777" w:rsidR="00A217B4" w:rsidRDefault="00A217B4" w:rsidP="00A217B4">
      <w:pPr>
        <w:rPr>
          <w:rFonts w:cs="Arial"/>
        </w:rPr>
      </w:pPr>
    </w:p>
    <w:p w14:paraId="14D9ECA2" w14:textId="77777777" w:rsidR="00A217B4" w:rsidRDefault="00A217B4" w:rsidP="00A217B4">
      <w:pPr>
        <w:rPr>
          <w:rFonts w:cs="Arial"/>
        </w:rPr>
      </w:pPr>
    </w:p>
    <w:p w14:paraId="49A75573" w14:textId="77777777" w:rsidR="00A217B4" w:rsidRPr="007D1AD1" w:rsidRDefault="00A217B4" w:rsidP="00A217B4">
      <w:pPr>
        <w:rPr>
          <w:rFonts w:cs="Arial"/>
        </w:rPr>
      </w:pPr>
    </w:p>
    <w:p w14:paraId="4A496BBE" w14:textId="7BB471F0" w:rsidR="004C398A" w:rsidRPr="00A217B4" w:rsidRDefault="004C398A" w:rsidP="00A217B4">
      <w:pPr>
        <w:jc w:val="both"/>
        <w:rPr>
          <w:rFonts w:cs="Arial"/>
        </w:rPr>
      </w:pPr>
    </w:p>
    <w:p w14:paraId="7DB72439" w14:textId="2C3123C0" w:rsidR="004C398A" w:rsidRPr="00A217B4" w:rsidRDefault="00000000" w:rsidP="00A217B4">
      <w:pPr>
        <w:jc w:val="center"/>
        <w:rPr>
          <w:rFonts w:cs="Arial"/>
          <w:b/>
          <w:sz w:val="24"/>
        </w:rPr>
      </w:pPr>
      <w:r w:rsidRPr="00A217B4">
        <w:rPr>
          <w:rFonts w:cs="Arial"/>
          <w:b/>
          <w:sz w:val="24"/>
        </w:rPr>
        <w:t>FORMATO No. 2</w:t>
      </w:r>
      <w:r w:rsidRPr="00A217B4">
        <w:rPr>
          <w:rFonts w:cs="Arial"/>
          <w:b/>
          <w:sz w:val="24"/>
        </w:rPr>
        <w:br/>
        <w:t>APOYO A LA INDUSTRIA NACIONAL</w:t>
      </w:r>
    </w:p>
    <w:p w14:paraId="3CA0F807" w14:textId="77777777" w:rsidR="00A217B4" w:rsidRDefault="00A217B4" w:rsidP="00A217B4">
      <w:pPr>
        <w:jc w:val="both"/>
        <w:rPr>
          <w:rFonts w:cs="Arial"/>
          <w:b/>
        </w:rPr>
      </w:pPr>
    </w:p>
    <w:p w14:paraId="7A08B8C9" w14:textId="77777777" w:rsidR="00A217B4" w:rsidRDefault="00A217B4" w:rsidP="00A217B4">
      <w:pPr>
        <w:jc w:val="both"/>
        <w:rPr>
          <w:rFonts w:cs="Arial"/>
          <w:b/>
        </w:rPr>
      </w:pPr>
    </w:p>
    <w:p w14:paraId="75F5947E" w14:textId="065806C7" w:rsidR="004C398A" w:rsidRPr="00A217B4" w:rsidRDefault="00000000" w:rsidP="00A217B4">
      <w:pPr>
        <w:jc w:val="both"/>
        <w:rPr>
          <w:rFonts w:cs="Arial"/>
        </w:rPr>
      </w:pPr>
      <w:r w:rsidRPr="00A217B4">
        <w:rPr>
          <w:rFonts w:cs="Arial"/>
          <w:b/>
        </w:rPr>
        <w:t xml:space="preserve">PROCESO: </w:t>
      </w:r>
      <w:proofErr w:type="spellStart"/>
      <w:r w:rsidRPr="00A217B4">
        <w:rPr>
          <w:rFonts w:cs="Arial"/>
        </w:rPr>
        <w:t>Selección</w:t>
      </w:r>
      <w:proofErr w:type="spellEnd"/>
      <w:r w:rsidRPr="00A217B4">
        <w:rPr>
          <w:rFonts w:cs="Arial"/>
        </w:rPr>
        <w:t xml:space="preserve"> </w:t>
      </w:r>
      <w:proofErr w:type="spellStart"/>
      <w:r w:rsidRPr="00A217B4">
        <w:rPr>
          <w:rFonts w:cs="Arial"/>
        </w:rPr>
        <w:t>Abreviada</w:t>
      </w:r>
      <w:proofErr w:type="spellEnd"/>
      <w:r w:rsidRPr="00A217B4">
        <w:rPr>
          <w:rFonts w:cs="Arial"/>
        </w:rPr>
        <w:t xml:space="preserve"> de Menor Cuantía No. SETIC-SAMC-002-2026</w:t>
      </w:r>
    </w:p>
    <w:p w14:paraId="694E944A" w14:textId="3D9DD25E" w:rsidR="004C398A" w:rsidRPr="00A217B4" w:rsidRDefault="00000000" w:rsidP="00A217B4">
      <w:pPr>
        <w:jc w:val="both"/>
        <w:rPr>
          <w:rFonts w:cs="Arial"/>
        </w:rPr>
      </w:pPr>
      <w:r w:rsidRPr="00A217B4">
        <w:rPr>
          <w:rFonts w:cs="Arial"/>
          <w:b/>
        </w:rPr>
        <w:t xml:space="preserve">OBJETO: </w:t>
      </w:r>
      <w:r w:rsidRPr="00A217B4">
        <w:rPr>
          <w:rFonts w:cs="Arial"/>
        </w:rPr>
        <w:t xml:space="preserve">Prestación de servicios para la implementación, soporte y mantenimiento bajo la modalidad de uso de </w:t>
      </w:r>
      <w:proofErr w:type="gramStart"/>
      <w:r w:rsidRPr="00A217B4">
        <w:rPr>
          <w:rFonts w:cs="Arial"/>
        </w:rPr>
        <w:t>un Sistema</w:t>
      </w:r>
      <w:proofErr w:type="gramEnd"/>
      <w:r w:rsidRPr="00A217B4">
        <w:rPr>
          <w:rFonts w:cs="Arial"/>
        </w:rPr>
        <w:t xml:space="preserve"> de Administración de Recaudo para el Departamento del Valle del Cauca, que garantice la </w:t>
      </w:r>
      <w:proofErr w:type="spellStart"/>
      <w:r w:rsidRPr="00A217B4">
        <w:rPr>
          <w:rFonts w:cs="Arial"/>
        </w:rPr>
        <w:t>continuidad</w:t>
      </w:r>
      <w:proofErr w:type="spellEnd"/>
      <w:r w:rsidRPr="00A217B4">
        <w:rPr>
          <w:rFonts w:cs="Arial"/>
        </w:rPr>
        <w:t xml:space="preserve"> de la </w:t>
      </w:r>
      <w:r w:rsidR="00A217B4">
        <w:rPr>
          <w:rFonts w:cs="Arial"/>
        </w:rPr>
        <w:pgNum/>
      </w:r>
      <w:proofErr w:type="spellStart"/>
      <w:r w:rsidR="00A217B4">
        <w:rPr>
          <w:rFonts w:cs="Arial"/>
        </w:rPr>
        <w:t>pplica</w:t>
      </w:r>
      <w:proofErr w:type="spellEnd"/>
      <w:r w:rsidRPr="00A217B4">
        <w:rPr>
          <w:rFonts w:cs="Arial"/>
        </w:rPr>
        <w:t xml:space="preserve"> </w:t>
      </w:r>
      <w:proofErr w:type="spellStart"/>
      <w:r w:rsidRPr="00A217B4">
        <w:rPr>
          <w:rFonts w:cs="Arial"/>
        </w:rPr>
        <w:t>financiera</w:t>
      </w:r>
      <w:proofErr w:type="spellEnd"/>
      <w:r w:rsidRPr="00A217B4">
        <w:rPr>
          <w:rFonts w:cs="Arial"/>
        </w:rPr>
        <w:t xml:space="preserve"> y </w:t>
      </w:r>
      <w:proofErr w:type="spellStart"/>
      <w:r w:rsidRPr="00A217B4">
        <w:rPr>
          <w:rFonts w:cs="Arial"/>
        </w:rPr>
        <w:t>tributaria</w:t>
      </w:r>
      <w:proofErr w:type="spellEnd"/>
      <w:r w:rsidRPr="00A217B4">
        <w:rPr>
          <w:rFonts w:cs="Arial"/>
        </w:rPr>
        <w:t xml:space="preserve">, </w:t>
      </w:r>
      <w:proofErr w:type="spellStart"/>
      <w:r w:rsidRPr="00A217B4">
        <w:rPr>
          <w:rFonts w:cs="Arial"/>
        </w:rPr>
        <w:t>dentro</w:t>
      </w:r>
      <w:proofErr w:type="spellEnd"/>
      <w:r w:rsidRPr="00A217B4">
        <w:rPr>
          <w:rFonts w:cs="Arial"/>
        </w:rPr>
        <w:t xml:space="preserve"> del </w:t>
      </w:r>
      <w:r w:rsidR="00A217B4">
        <w:rPr>
          <w:rFonts w:cs="Arial"/>
        </w:rPr>
        <w:pgNum/>
      </w:r>
      <w:proofErr w:type="spellStart"/>
      <w:r w:rsidR="00A217B4">
        <w:rPr>
          <w:rFonts w:cs="Arial"/>
        </w:rPr>
        <w:t>pplicab</w:t>
      </w:r>
      <w:proofErr w:type="spellEnd"/>
      <w:r w:rsidRPr="00A217B4">
        <w:rPr>
          <w:rFonts w:cs="Arial"/>
        </w:rPr>
        <w:t xml:space="preserve"> </w:t>
      </w:r>
      <w:proofErr w:type="spellStart"/>
      <w:r w:rsidRPr="00A217B4">
        <w:rPr>
          <w:rFonts w:cs="Arial"/>
        </w:rPr>
        <w:t>denominado</w:t>
      </w:r>
      <w:proofErr w:type="spellEnd"/>
      <w:r w:rsidRPr="00A217B4">
        <w:rPr>
          <w:rFonts w:cs="Arial"/>
        </w:rPr>
        <w:t xml:space="preserve"> “</w:t>
      </w:r>
      <w:proofErr w:type="spellStart"/>
      <w:r w:rsidRPr="00A217B4">
        <w:rPr>
          <w:rFonts w:cs="Arial"/>
        </w:rPr>
        <w:t>Modernización</w:t>
      </w:r>
      <w:proofErr w:type="spellEnd"/>
      <w:r w:rsidRPr="00A217B4">
        <w:rPr>
          <w:rFonts w:cs="Arial"/>
        </w:rPr>
        <w:t xml:space="preserve"> de la Infraestructura TI y Servicios Informáticos de la Gobernación del Valle del Cauca”.</w:t>
      </w:r>
    </w:p>
    <w:p w14:paraId="069BD818" w14:textId="06ECF3BD" w:rsidR="004C398A" w:rsidRPr="00A217B4" w:rsidRDefault="00000000" w:rsidP="00A217B4">
      <w:pPr>
        <w:jc w:val="both"/>
        <w:rPr>
          <w:rFonts w:cs="Arial"/>
        </w:rPr>
      </w:pPr>
      <w:r w:rsidRPr="00A217B4">
        <w:rPr>
          <w:rFonts w:cs="Arial"/>
        </w:rPr>
        <w:t xml:space="preserve">El </w:t>
      </w:r>
      <w:r w:rsidR="00A217B4">
        <w:rPr>
          <w:rFonts w:cs="Arial"/>
        </w:rPr>
        <w:pgNum/>
      </w:r>
      <w:proofErr w:type="spellStart"/>
      <w:r w:rsidR="00A217B4">
        <w:rPr>
          <w:rFonts w:cs="Arial"/>
        </w:rPr>
        <w:t>pplicabl</w:t>
      </w:r>
      <w:proofErr w:type="spellEnd"/>
      <w:r w:rsidRPr="00A217B4">
        <w:rPr>
          <w:rFonts w:cs="Arial"/>
        </w:rPr>
        <w:t xml:space="preserve"> </w:t>
      </w:r>
      <w:proofErr w:type="spellStart"/>
      <w:r w:rsidRPr="00A217B4">
        <w:rPr>
          <w:rFonts w:cs="Arial"/>
        </w:rPr>
        <w:t>deberá</w:t>
      </w:r>
      <w:proofErr w:type="spellEnd"/>
      <w:r w:rsidRPr="00A217B4">
        <w:rPr>
          <w:rFonts w:cs="Arial"/>
        </w:rPr>
        <w:t xml:space="preserve"> </w:t>
      </w:r>
      <w:proofErr w:type="spellStart"/>
      <w:r w:rsidRPr="00A217B4">
        <w:rPr>
          <w:rFonts w:cs="Arial"/>
        </w:rPr>
        <w:t>marcar</w:t>
      </w:r>
      <w:proofErr w:type="spellEnd"/>
      <w:r w:rsidRPr="00A217B4">
        <w:rPr>
          <w:rFonts w:cs="Arial"/>
        </w:rPr>
        <w:t xml:space="preserve"> </w:t>
      </w:r>
      <w:proofErr w:type="spellStart"/>
      <w:r w:rsidRPr="00A217B4">
        <w:rPr>
          <w:rFonts w:cs="Arial"/>
        </w:rPr>
        <w:t>una</w:t>
      </w:r>
      <w:proofErr w:type="spellEnd"/>
      <w:r w:rsidRPr="00A217B4">
        <w:rPr>
          <w:rFonts w:cs="Arial"/>
        </w:rPr>
        <w:t xml:space="preserve"> sola de las opciones aplicables y aportar los soportes </w:t>
      </w:r>
      <w:proofErr w:type="spellStart"/>
      <w:r w:rsidRPr="00A217B4">
        <w:rPr>
          <w:rFonts w:cs="Arial"/>
        </w:rPr>
        <w:t>exigidos</w:t>
      </w:r>
      <w:proofErr w:type="spellEnd"/>
      <w:r w:rsidRPr="00A217B4">
        <w:rPr>
          <w:rFonts w:cs="Arial"/>
        </w:rPr>
        <w:t xml:space="preserve"> </w:t>
      </w:r>
      <w:proofErr w:type="spellStart"/>
      <w:r w:rsidRPr="00A217B4">
        <w:rPr>
          <w:rFonts w:cs="Arial"/>
        </w:rPr>
        <w:t>en</w:t>
      </w:r>
      <w:proofErr w:type="spellEnd"/>
      <w:r w:rsidRPr="00A217B4">
        <w:rPr>
          <w:rFonts w:cs="Arial"/>
        </w:rPr>
        <w:t xml:space="preserve"> el </w:t>
      </w:r>
      <w:r w:rsidR="00A217B4">
        <w:rPr>
          <w:rFonts w:cs="Arial"/>
        </w:rPr>
        <w:pgNum/>
      </w:r>
      <w:proofErr w:type="spellStart"/>
      <w:r w:rsidR="00A217B4">
        <w:rPr>
          <w:rFonts w:cs="Arial"/>
        </w:rPr>
        <w:t>pplic</w:t>
      </w:r>
      <w:proofErr w:type="spellEnd"/>
      <w:r w:rsidRPr="00A217B4">
        <w:rPr>
          <w:rFonts w:cs="Arial"/>
        </w:rPr>
        <w:t xml:space="preserve"> de </w:t>
      </w:r>
      <w:proofErr w:type="spellStart"/>
      <w:r w:rsidRPr="00A217B4">
        <w:rPr>
          <w:rFonts w:cs="Arial"/>
        </w:rPr>
        <w:t>condiciones</w:t>
      </w:r>
      <w:proofErr w:type="spellEnd"/>
      <w:r w:rsidRPr="00A217B4">
        <w:rPr>
          <w:rFonts w:cs="Arial"/>
        </w:rPr>
        <w:t xml:space="preserve"> para la asignación del puntaje correspondiente:</w:t>
      </w:r>
    </w:p>
    <w:tbl>
      <w:tblPr>
        <w:tblStyle w:val="Tablaconcuadrcula"/>
        <w:tblW w:w="0" w:type="auto"/>
        <w:jc w:val="center"/>
        <w:tblLook w:val="04A0" w:firstRow="1" w:lastRow="0" w:firstColumn="1" w:lastColumn="0" w:noHBand="0" w:noVBand="1"/>
      </w:tblPr>
      <w:tblGrid>
        <w:gridCol w:w="3405"/>
        <w:gridCol w:w="3405"/>
        <w:gridCol w:w="3404"/>
      </w:tblGrid>
      <w:tr w:rsidR="004C398A" w:rsidRPr="00A217B4" w14:paraId="2F565EE6" w14:textId="77777777">
        <w:trPr>
          <w:jc w:val="center"/>
        </w:trPr>
        <w:tc>
          <w:tcPr>
            <w:tcW w:w="3408" w:type="dxa"/>
            <w:shd w:val="clear" w:color="auto" w:fill="D9EAF7"/>
            <w:tcMar>
              <w:top w:w="80" w:type="dxa"/>
              <w:left w:w="80" w:type="dxa"/>
              <w:bottom w:w="80" w:type="dxa"/>
              <w:right w:w="80" w:type="dxa"/>
            </w:tcMar>
          </w:tcPr>
          <w:p w14:paraId="23BDB1D7" w14:textId="77777777" w:rsidR="004C398A" w:rsidRPr="00A217B4" w:rsidRDefault="00000000" w:rsidP="00A217B4">
            <w:pPr>
              <w:jc w:val="both"/>
              <w:rPr>
                <w:rFonts w:cs="Arial"/>
              </w:rPr>
            </w:pPr>
            <w:r w:rsidRPr="00A217B4">
              <w:rPr>
                <w:rFonts w:cs="Arial"/>
              </w:rPr>
              <w:t>Opción</w:t>
            </w:r>
          </w:p>
        </w:tc>
        <w:tc>
          <w:tcPr>
            <w:tcW w:w="3408" w:type="dxa"/>
            <w:shd w:val="clear" w:color="auto" w:fill="D9EAF7"/>
            <w:tcMar>
              <w:top w:w="80" w:type="dxa"/>
              <w:left w:w="80" w:type="dxa"/>
              <w:bottom w:w="80" w:type="dxa"/>
              <w:right w:w="80" w:type="dxa"/>
            </w:tcMar>
          </w:tcPr>
          <w:p w14:paraId="3F5C4385" w14:textId="77777777" w:rsidR="004C398A" w:rsidRPr="00A217B4" w:rsidRDefault="00000000" w:rsidP="00A217B4">
            <w:pPr>
              <w:jc w:val="both"/>
              <w:rPr>
                <w:rFonts w:cs="Arial"/>
              </w:rPr>
            </w:pPr>
            <w:r w:rsidRPr="00A217B4">
              <w:rPr>
                <w:rFonts w:cs="Arial"/>
              </w:rPr>
              <w:t>Manifestación</w:t>
            </w:r>
          </w:p>
        </w:tc>
        <w:tc>
          <w:tcPr>
            <w:tcW w:w="3408" w:type="dxa"/>
            <w:shd w:val="clear" w:color="auto" w:fill="D9EAF7"/>
            <w:tcMar>
              <w:top w:w="80" w:type="dxa"/>
              <w:left w:w="80" w:type="dxa"/>
              <w:bottom w:w="80" w:type="dxa"/>
              <w:right w:w="80" w:type="dxa"/>
            </w:tcMar>
          </w:tcPr>
          <w:p w14:paraId="51972AEB" w14:textId="77777777" w:rsidR="004C398A" w:rsidRPr="00A217B4" w:rsidRDefault="00000000" w:rsidP="00A217B4">
            <w:pPr>
              <w:jc w:val="both"/>
              <w:rPr>
                <w:rFonts w:cs="Arial"/>
              </w:rPr>
            </w:pPr>
            <w:r w:rsidRPr="00A217B4">
              <w:rPr>
                <w:rFonts w:cs="Arial"/>
              </w:rPr>
              <w:t>Marque X</w:t>
            </w:r>
          </w:p>
        </w:tc>
      </w:tr>
      <w:tr w:rsidR="004C398A" w:rsidRPr="00A217B4" w14:paraId="1D0C3559" w14:textId="77777777">
        <w:trPr>
          <w:jc w:val="center"/>
        </w:trPr>
        <w:tc>
          <w:tcPr>
            <w:tcW w:w="3408" w:type="dxa"/>
            <w:tcMar>
              <w:top w:w="80" w:type="dxa"/>
              <w:left w:w="80" w:type="dxa"/>
              <w:bottom w:w="80" w:type="dxa"/>
              <w:right w:w="80" w:type="dxa"/>
            </w:tcMar>
          </w:tcPr>
          <w:p w14:paraId="1F837C1E" w14:textId="77777777" w:rsidR="004C398A" w:rsidRPr="00A217B4" w:rsidRDefault="00000000" w:rsidP="00A217B4">
            <w:pPr>
              <w:jc w:val="both"/>
              <w:rPr>
                <w:rFonts w:cs="Arial"/>
              </w:rPr>
            </w:pPr>
            <w:r w:rsidRPr="00A217B4">
              <w:rPr>
                <w:rFonts w:cs="Arial"/>
              </w:rPr>
              <w:t>A</w:t>
            </w:r>
          </w:p>
        </w:tc>
        <w:tc>
          <w:tcPr>
            <w:tcW w:w="3408" w:type="dxa"/>
            <w:tcMar>
              <w:top w:w="80" w:type="dxa"/>
              <w:left w:w="80" w:type="dxa"/>
              <w:bottom w:w="80" w:type="dxa"/>
              <w:right w:w="80" w:type="dxa"/>
            </w:tcMar>
          </w:tcPr>
          <w:p w14:paraId="123D4738" w14:textId="77777777" w:rsidR="004C398A" w:rsidRPr="00A217B4" w:rsidRDefault="00000000" w:rsidP="00A217B4">
            <w:pPr>
              <w:jc w:val="both"/>
              <w:rPr>
                <w:rFonts w:cs="Arial"/>
              </w:rPr>
            </w:pPr>
            <w:r w:rsidRPr="00A217B4">
              <w:rPr>
                <w:rFonts w:cs="Arial"/>
              </w:rPr>
              <w:t>Ofrezco servicios nacionales o servicios con trato nacional, de conformidad con las reglas del proceso.</w:t>
            </w:r>
          </w:p>
        </w:tc>
        <w:tc>
          <w:tcPr>
            <w:tcW w:w="3408" w:type="dxa"/>
            <w:tcMar>
              <w:top w:w="80" w:type="dxa"/>
              <w:left w:w="80" w:type="dxa"/>
              <w:bottom w:w="80" w:type="dxa"/>
              <w:right w:w="80" w:type="dxa"/>
            </w:tcMar>
          </w:tcPr>
          <w:p w14:paraId="53E1EB49" w14:textId="77777777" w:rsidR="004C398A" w:rsidRPr="00A217B4" w:rsidRDefault="004C398A" w:rsidP="00A217B4">
            <w:pPr>
              <w:jc w:val="both"/>
              <w:rPr>
                <w:rFonts w:cs="Arial"/>
              </w:rPr>
            </w:pPr>
          </w:p>
        </w:tc>
      </w:tr>
      <w:tr w:rsidR="004C398A" w:rsidRPr="00A217B4" w14:paraId="59EF91B7" w14:textId="77777777">
        <w:trPr>
          <w:jc w:val="center"/>
        </w:trPr>
        <w:tc>
          <w:tcPr>
            <w:tcW w:w="3408" w:type="dxa"/>
            <w:tcMar>
              <w:top w:w="80" w:type="dxa"/>
              <w:left w:w="80" w:type="dxa"/>
              <w:bottom w:w="80" w:type="dxa"/>
              <w:right w:w="80" w:type="dxa"/>
            </w:tcMar>
          </w:tcPr>
          <w:p w14:paraId="78676B66" w14:textId="77777777" w:rsidR="004C398A" w:rsidRPr="00A217B4" w:rsidRDefault="00000000" w:rsidP="00A217B4">
            <w:pPr>
              <w:jc w:val="both"/>
              <w:rPr>
                <w:rFonts w:cs="Arial"/>
              </w:rPr>
            </w:pPr>
            <w:r w:rsidRPr="00A217B4">
              <w:rPr>
                <w:rFonts w:cs="Arial"/>
              </w:rPr>
              <w:t>B</w:t>
            </w:r>
          </w:p>
        </w:tc>
        <w:tc>
          <w:tcPr>
            <w:tcW w:w="3408" w:type="dxa"/>
            <w:tcMar>
              <w:top w:w="80" w:type="dxa"/>
              <w:left w:w="80" w:type="dxa"/>
              <w:bottom w:w="80" w:type="dxa"/>
              <w:right w:w="80" w:type="dxa"/>
            </w:tcMar>
          </w:tcPr>
          <w:p w14:paraId="3290209E" w14:textId="3D7FBBAE" w:rsidR="004C398A" w:rsidRPr="00A217B4" w:rsidRDefault="00000000" w:rsidP="00A217B4">
            <w:pPr>
              <w:jc w:val="both"/>
              <w:rPr>
                <w:rFonts w:cs="Arial"/>
              </w:rPr>
            </w:pPr>
            <w:r w:rsidRPr="00A217B4">
              <w:rPr>
                <w:rFonts w:cs="Arial"/>
              </w:rPr>
              <w:t xml:space="preserve">Ofrezco servicios extranjeros con incorporación de componente colombiano, en los términos </w:t>
            </w:r>
            <w:proofErr w:type="spellStart"/>
            <w:r w:rsidRPr="00A217B4">
              <w:rPr>
                <w:rFonts w:cs="Arial"/>
              </w:rPr>
              <w:t>permitidos</w:t>
            </w:r>
            <w:proofErr w:type="spellEnd"/>
            <w:r w:rsidRPr="00A217B4">
              <w:rPr>
                <w:rFonts w:cs="Arial"/>
              </w:rPr>
              <w:t xml:space="preserve"> </w:t>
            </w:r>
            <w:proofErr w:type="spellStart"/>
            <w:r w:rsidRPr="00A217B4">
              <w:rPr>
                <w:rFonts w:cs="Arial"/>
              </w:rPr>
              <w:t>por</w:t>
            </w:r>
            <w:proofErr w:type="spellEnd"/>
            <w:r w:rsidRPr="00A217B4">
              <w:rPr>
                <w:rFonts w:cs="Arial"/>
              </w:rPr>
              <w:t xml:space="preserve"> el </w:t>
            </w:r>
            <w:r w:rsidR="00A217B4">
              <w:rPr>
                <w:rFonts w:cs="Arial"/>
              </w:rPr>
              <w:pgNum/>
            </w:r>
            <w:proofErr w:type="spellStart"/>
            <w:r w:rsidR="00A217B4">
              <w:rPr>
                <w:rFonts w:cs="Arial"/>
              </w:rPr>
              <w:t>pplic</w:t>
            </w:r>
            <w:proofErr w:type="spellEnd"/>
            <w:r w:rsidRPr="00A217B4">
              <w:rPr>
                <w:rFonts w:cs="Arial"/>
              </w:rPr>
              <w:t>.</w:t>
            </w:r>
          </w:p>
        </w:tc>
        <w:tc>
          <w:tcPr>
            <w:tcW w:w="3408" w:type="dxa"/>
            <w:tcMar>
              <w:top w:w="80" w:type="dxa"/>
              <w:left w:w="80" w:type="dxa"/>
              <w:bottom w:w="80" w:type="dxa"/>
              <w:right w:w="80" w:type="dxa"/>
            </w:tcMar>
          </w:tcPr>
          <w:p w14:paraId="5E400AEA" w14:textId="77777777" w:rsidR="004C398A" w:rsidRPr="00A217B4" w:rsidRDefault="004C398A" w:rsidP="00A217B4">
            <w:pPr>
              <w:jc w:val="both"/>
              <w:rPr>
                <w:rFonts w:cs="Arial"/>
              </w:rPr>
            </w:pPr>
          </w:p>
        </w:tc>
      </w:tr>
    </w:tbl>
    <w:p w14:paraId="56B60A19" w14:textId="413CE820" w:rsidR="004C398A" w:rsidRPr="00A217B4" w:rsidRDefault="00000000" w:rsidP="00A217B4">
      <w:pPr>
        <w:jc w:val="both"/>
        <w:rPr>
          <w:rFonts w:cs="Arial"/>
        </w:rPr>
      </w:pPr>
      <w:r w:rsidRPr="00A217B4">
        <w:rPr>
          <w:rFonts w:cs="Arial"/>
        </w:rPr>
        <w:t xml:space="preserve">Declaro que la información consignada en este formato es cierta y podrá ser verificada por la Entidad. La asignación del puntaje se realizará exclusivamente conforme a las condiciones </w:t>
      </w:r>
      <w:proofErr w:type="spellStart"/>
      <w:r w:rsidRPr="00A217B4">
        <w:rPr>
          <w:rFonts w:cs="Arial"/>
        </w:rPr>
        <w:t>establecidas</w:t>
      </w:r>
      <w:proofErr w:type="spellEnd"/>
      <w:r w:rsidRPr="00A217B4">
        <w:rPr>
          <w:rFonts w:cs="Arial"/>
        </w:rPr>
        <w:t xml:space="preserve"> </w:t>
      </w:r>
      <w:proofErr w:type="spellStart"/>
      <w:r w:rsidRPr="00A217B4">
        <w:rPr>
          <w:rFonts w:cs="Arial"/>
        </w:rPr>
        <w:t>en</w:t>
      </w:r>
      <w:proofErr w:type="spellEnd"/>
      <w:r w:rsidRPr="00A217B4">
        <w:rPr>
          <w:rFonts w:cs="Arial"/>
        </w:rPr>
        <w:t xml:space="preserve"> el </w:t>
      </w:r>
      <w:r w:rsidR="00A217B4">
        <w:rPr>
          <w:rFonts w:cs="Arial"/>
        </w:rPr>
        <w:pgNum/>
      </w:r>
      <w:proofErr w:type="spellStart"/>
      <w:r w:rsidR="00A217B4">
        <w:rPr>
          <w:rFonts w:cs="Arial"/>
        </w:rPr>
        <w:t>pplic</w:t>
      </w:r>
      <w:proofErr w:type="spellEnd"/>
      <w:r w:rsidRPr="00A217B4">
        <w:rPr>
          <w:rFonts w:cs="Arial"/>
        </w:rPr>
        <w:t xml:space="preserve"> de </w:t>
      </w:r>
      <w:proofErr w:type="spellStart"/>
      <w:r w:rsidRPr="00A217B4">
        <w:rPr>
          <w:rFonts w:cs="Arial"/>
        </w:rPr>
        <w:t>condiciones</w:t>
      </w:r>
      <w:proofErr w:type="spellEnd"/>
      <w:r w:rsidRPr="00A217B4">
        <w:rPr>
          <w:rFonts w:cs="Arial"/>
        </w:rPr>
        <w:t xml:space="preserve"> y la </w:t>
      </w:r>
      <w:r w:rsidR="00A217B4">
        <w:rPr>
          <w:rFonts w:cs="Arial"/>
        </w:rPr>
        <w:pgNum/>
      </w:r>
      <w:proofErr w:type="spellStart"/>
      <w:r w:rsidR="00A217B4">
        <w:rPr>
          <w:rFonts w:cs="Arial"/>
        </w:rPr>
        <w:t>pplicabl</w:t>
      </w:r>
      <w:proofErr w:type="spellEnd"/>
      <w:r w:rsidRPr="00A217B4">
        <w:rPr>
          <w:rFonts w:cs="Arial"/>
        </w:rPr>
        <w:t xml:space="preserve"> </w:t>
      </w:r>
      <w:r w:rsidR="00A217B4">
        <w:rPr>
          <w:rFonts w:cs="Arial"/>
        </w:rPr>
        <w:pgNum/>
      </w:r>
      <w:proofErr w:type="spellStart"/>
      <w:r w:rsidR="00A217B4">
        <w:rPr>
          <w:rFonts w:cs="Arial"/>
        </w:rPr>
        <w:t>pplicable</w:t>
      </w:r>
      <w:proofErr w:type="spellEnd"/>
      <w:r w:rsidRPr="00A217B4">
        <w:rPr>
          <w:rFonts w:cs="Arial"/>
        </w:rPr>
        <w:t>.</w:t>
      </w:r>
    </w:p>
    <w:p w14:paraId="20AE3B26" w14:textId="77777777" w:rsidR="004C398A" w:rsidRPr="00A217B4" w:rsidRDefault="00000000" w:rsidP="00A217B4">
      <w:pPr>
        <w:jc w:val="both"/>
        <w:rPr>
          <w:rFonts w:cs="Arial"/>
        </w:rPr>
      </w:pPr>
      <w:r w:rsidRPr="00A217B4">
        <w:rPr>
          <w:rFonts w:cs="Arial"/>
        </w:rPr>
        <w:br/>
        <w:t>Atentamente,</w:t>
      </w:r>
    </w:p>
    <w:tbl>
      <w:tblPr>
        <w:tblW w:w="0" w:type="auto"/>
        <w:jc w:val="center"/>
        <w:tblLook w:val="04A0" w:firstRow="1" w:lastRow="0" w:firstColumn="1" w:lastColumn="0" w:noHBand="0" w:noVBand="1"/>
      </w:tblPr>
      <w:tblGrid>
        <w:gridCol w:w="5112"/>
        <w:gridCol w:w="5112"/>
      </w:tblGrid>
      <w:tr w:rsidR="004C398A" w:rsidRPr="00A217B4" w14:paraId="4205B2D1" w14:textId="77777777">
        <w:trPr>
          <w:jc w:val="center"/>
        </w:trPr>
        <w:tc>
          <w:tcPr>
            <w:tcW w:w="5112" w:type="dxa"/>
            <w:tcMar>
              <w:top w:w="80" w:type="dxa"/>
              <w:left w:w="80" w:type="dxa"/>
              <w:bottom w:w="80" w:type="dxa"/>
              <w:right w:w="80" w:type="dxa"/>
            </w:tcMar>
          </w:tcPr>
          <w:p w14:paraId="571FE104" w14:textId="77777777" w:rsidR="004C398A" w:rsidRPr="00A217B4" w:rsidRDefault="00000000" w:rsidP="00A217B4">
            <w:pPr>
              <w:jc w:val="both"/>
              <w:rPr>
                <w:rFonts w:cs="Arial"/>
              </w:rPr>
            </w:pPr>
            <w:r w:rsidRPr="00A217B4">
              <w:rPr>
                <w:rFonts w:cs="Arial"/>
              </w:rPr>
              <w:t>Nombre / Razón social</w:t>
            </w:r>
          </w:p>
        </w:tc>
        <w:tc>
          <w:tcPr>
            <w:tcW w:w="5112" w:type="dxa"/>
            <w:tcMar>
              <w:top w:w="80" w:type="dxa"/>
              <w:left w:w="80" w:type="dxa"/>
              <w:bottom w:w="80" w:type="dxa"/>
              <w:right w:w="80" w:type="dxa"/>
            </w:tcMar>
          </w:tcPr>
          <w:p w14:paraId="7D0849D7" w14:textId="77777777" w:rsidR="004C398A" w:rsidRPr="00A217B4" w:rsidRDefault="00000000" w:rsidP="00A217B4">
            <w:pPr>
              <w:jc w:val="both"/>
              <w:rPr>
                <w:rFonts w:cs="Arial"/>
              </w:rPr>
            </w:pPr>
            <w:r w:rsidRPr="00A217B4">
              <w:rPr>
                <w:rFonts w:cs="Arial"/>
              </w:rPr>
              <w:t>____________________________________________</w:t>
            </w:r>
          </w:p>
        </w:tc>
      </w:tr>
      <w:tr w:rsidR="004C398A" w:rsidRPr="00A217B4" w14:paraId="78D733A5" w14:textId="77777777">
        <w:trPr>
          <w:jc w:val="center"/>
        </w:trPr>
        <w:tc>
          <w:tcPr>
            <w:tcW w:w="5112" w:type="dxa"/>
            <w:tcMar>
              <w:top w:w="80" w:type="dxa"/>
              <w:left w:w="80" w:type="dxa"/>
              <w:bottom w:w="80" w:type="dxa"/>
              <w:right w:w="80" w:type="dxa"/>
            </w:tcMar>
          </w:tcPr>
          <w:p w14:paraId="6FA9E38D" w14:textId="77777777" w:rsidR="004C398A" w:rsidRPr="00A217B4" w:rsidRDefault="00000000" w:rsidP="00A217B4">
            <w:pPr>
              <w:jc w:val="both"/>
              <w:rPr>
                <w:rFonts w:cs="Arial"/>
              </w:rPr>
            </w:pPr>
            <w:r w:rsidRPr="00A217B4">
              <w:rPr>
                <w:rFonts w:cs="Arial"/>
              </w:rPr>
              <w:t>C.C. / NIT</w:t>
            </w:r>
          </w:p>
        </w:tc>
        <w:tc>
          <w:tcPr>
            <w:tcW w:w="5112" w:type="dxa"/>
            <w:tcMar>
              <w:top w:w="80" w:type="dxa"/>
              <w:left w:w="80" w:type="dxa"/>
              <w:bottom w:w="80" w:type="dxa"/>
              <w:right w:w="80" w:type="dxa"/>
            </w:tcMar>
          </w:tcPr>
          <w:p w14:paraId="638B7A14" w14:textId="77777777" w:rsidR="004C398A" w:rsidRPr="00A217B4" w:rsidRDefault="00000000" w:rsidP="00A217B4">
            <w:pPr>
              <w:jc w:val="both"/>
              <w:rPr>
                <w:rFonts w:cs="Arial"/>
              </w:rPr>
            </w:pPr>
            <w:r w:rsidRPr="00A217B4">
              <w:rPr>
                <w:rFonts w:cs="Arial"/>
              </w:rPr>
              <w:t>____________________________________________</w:t>
            </w:r>
          </w:p>
        </w:tc>
      </w:tr>
      <w:tr w:rsidR="004C398A" w:rsidRPr="00A217B4" w14:paraId="0F4AE252" w14:textId="77777777">
        <w:trPr>
          <w:jc w:val="center"/>
        </w:trPr>
        <w:tc>
          <w:tcPr>
            <w:tcW w:w="5112" w:type="dxa"/>
            <w:tcMar>
              <w:top w:w="80" w:type="dxa"/>
              <w:left w:w="80" w:type="dxa"/>
              <w:bottom w:w="80" w:type="dxa"/>
              <w:right w:w="80" w:type="dxa"/>
            </w:tcMar>
          </w:tcPr>
          <w:p w14:paraId="72E52DBC" w14:textId="77777777" w:rsidR="004C398A" w:rsidRPr="00A217B4" w:rsidRDefault="00000000" w:rsidP="00A217B4">
            <w:pPr>
              <w:jc w:val="both"/>
              <w:rPr>
                <w:rFonts w:cs="Arial"/>
              </w:rPr>
            </w:pPr>
            <w:r w:rsidRPr="00A217B4">
              <w:rPr>
                <w:rFonts w:cs="Arial"/>
              </w:rPr>
              <w:t>Correo electrónico</w:t>
            </w:r>
          </w:p>
        </w:tc>
        <w:tc>
          <w:tcPr>
            <w:tcW w:w="5112" w:type="dxa"/>
            <w:tcMar>
              <w:top w:w="80" w:type="dxa"/>
              <w:left w:w="80" w:type="dxa"/>
              <w:bottom w:w="80" w:type="dxa"/>
              <w:right w:w="80" w:type="dxa"/>
            </w:tcMar>
          </w:tcPr>
          <w:p w14:paraId="5D187B9B" w14:textId="77777777" w:rsidR="004C398A" w:rsidRPr="00A217B4" w:rsidRDefault="00000000" w:rsidP="00A217B4">
            <w:pPr>
              <w:jc w:val="both"/>
              <w:rPr>
                <w:rFonts w:cs="Arial"/>
              </w:rPr>
            </w:pPr>
            <w:r w:rsidRPr="00A217B4">
              <w:rPr>
                <w:rFonts w:cs="Arial"/>
              </w:rPr>
              <w:t>____________________________________________</w:t>
            </w:r>
          </w:p>
        </w:tc>
      </w:tr>
      <w:tr w:rsidR="004C398A" w:rsidRPr="00A217B4" w14:paraId="076D0FB2" w14:textId="77777777">
        <w:trPr>
          <w:jc w:val="center"/>
        </w:trPr>
        <w:tc>
          <w:tcPr>
            <w:tcW w:w="5112" w:type="dxa"/>
            <w:tcMar>
              <w:top w:w="80" w:type="dxa"/>
              <w:left w:w="80" w:type="dxa"/>
              <w:bottom w:w="80" w:type="dxa"/>
              <w:right w:w="80" w:type="dxa"/>
            </w:tcMar>
          </w:tcPr>
          <w:p w14:paraId="46D924AD" w14:textId="77777777" w:rsidR="004C398A" w:rsidRPr="00A217B4" w:rsidRDefault="00000000" w:rsidP="00A217B4">
            <w:pPr>
              <w:jc w:val="both"/>
              <w:rPr>
                <w:rFonts w:cs="Arial"/>
              </w:rPr>
            </w:pPr>
            <w:r w:rsidRPr="00A217B4">
              <w:rPr>
                <w:rFonts w:cs="Arial"/>
              </w:rPr>
              <w:t>Firma</w:t>
            </w:r>
          </w:p>
        </w:tc>
        <w:tc>
          <w:tcPr>
            <w:tcW w:w="5112" w:type="dxa"/>
            <w:tcMar>
              <w:top w:w="80" w:type="dxa"/>
              <w:left w:w="80" w:type="dxa"/>
              <w:bottom w:w="80" w:type="dxa"/>
              <w:right w:w="80" w:type="dxa"/>
            </w:tcMar>
          </w:tcPr>
          <w:p w14:paraId="1360E63B" w14:textId="77777777" w:rsidR="004C398A" w:rsidRPr="00A217B4" w:rsidRDefault="00000000" w:rsidP="00A217B4">
            <w:pPr>
              <w:jc w:val="both"/>
              <w:rPr>
                <w:rFonts w:cs="Arial"/>
              </w:rPr>
            </w:pPr>
            <w:r w:rsidRPr="00A217B4">
              <w:rPr>
                <w:rFonts w:cs="Arial"/>
              </w:rPr>
              <w:t>____________________________________________</w:t>
            </w:r>
          </w:p>
        </w:tc>
      </w:tr>
    </w:tbl>
    <w:p w14:paraId="7DFFE438" w14:textId="77777777" w:rsidR="004C398A" w:rsidRPr="00A217B4" w:rsidRDefault="00000000" w:rsidP="00A217B4">
      <w:pPr>
        <w:jc w:val="both"/>
        <w:rPr>
          <w:rFonts w:cs="Arial"/>
        </w:rPr>
      </w:pPr>
      <w:r w:rsidRPr="00A217B4">
        <w:rPr>
          <w:rFonts w:cs="Arial"/>
        </w:rPr>
        <w:br w:type="page"/>
      </w:r>
    </w:p>
    <w:p w14:paraId="5CE34043" w14:textId="77777777" w:rsidR="004C398A" w:rsidRPr="00A217B4" w:rsidRDefault="00000000" w:rsidP="00A217B4">
      <w:pPr>
        <w:jc w:val="center"/>
        <w:rPr>
          <w:rFonts w:cs="Arial"/>
        </w:rPr>
      </w:pPr>
      <w:r w:rsidRPr="00A217B4">
        <w:rPr>
          <w:rFonts w:cs="Arial"/>
          <w:b/>
          <w:sz w:val="24"/>
        </w:rPr>
        <w:lastRenderedPageBreak/>
        <w:t>FORMATO No. 3</w:t>
      </w:r>
      <w:r w:rsidRPr="00A217B4">
        <w:rPr>
          <w:rFonts w:cs="Arial"/>
          <w:b/>
          <w:sz w:val="24"/>
        </w:rPr>
        <w:br/>
        <w:t>ACREDITACIÓN DE EXPERIENCIA DEL PROPONENTE</w:t>
      </w:r>
    </w:p>
    <w:p w14:paraId="27BD75AB" w14:textId="77777777" w:rsidR="00A217B4" w:rsidRDefault="00A217B4" w:rsidP="00A217B4">
      <w:pPr>
        <w:jc w:val="both"/>
        <w:rPr>
          <w:rFonts w:cs="Arial"/>
          <w:b/>
        </w:rPr>
      </w:pPr>
    </w:p>
    <w:p w14:paraId="15253737" w14:textId="58A1F601" w:rsidR="004C398A" w:rsidRPr="00A217B4" w:rsidRDefault="00000000" w:rsidP="00A217B4">
      <w:pPr>
        <w:jc w:val="both"/>
        <w:rPr>
          <w:rFonts w:cs="Arial"/>
        </w:rPr>
      </w:pPr>
      <w:r w:rsidRPr="00A217B4">
        <w:rPr>
          <w:rFonts w:cs="Arial"/>
          <w:b/>
        </w:rPr>
        <w:t xml:space="preserve">PROCESO: </w:t>
      </w:r>
      <w:proofErr w:type="spellStart"/>
      <w:r w:rsidRPr="00A217B4">
        <w:rPr>
          <w:rFonts w:cs="Arial"/>
        </w:rPr>
        <w:t>Selección</w:t>
      </w:r>
      <w:proofErr w:type="spellEnd"/>
      <w:r w:rsidRPr="00A217B4">
        <w:rPr>
          <w:rFonts w:cs="Arial"/>
        </w:rPr>
        <w:t xml:space="preserve"> </w:t>
      </w:r>
      <w:proofErr w:type="spellStart"/>
      <w:r w:rsidRPr="00A217B4">
        <w:rPr>
          <w:rFonts w:cs="Arial"/>
        </w:rPr>
        <w:t>Abreviada</w:t>
      </w:r>
      <w:proofErr w:type="spellEnd"/>
      <w:r w:rsidRPr="00A217B4">
        <w:rPr>
          <w:rFonts w:cs="Arial"/>
        </w:rPr>
        <w:t xml:space="preserve"> de Menor Cuantía No. SETIC-SAMC-002-2026</w:t>
      </w:r>
    </w:p>
    <w:p w14:paraId="4FC3E989" w14:textId="77777777" w:rsidR="004C398A" w:rsidRPr="00A217B4" w:rsidRDefault="00000000" w:rsidP="00A217B4">
      <w:pPr>
        <w:jc w:val="both"/>
        <w:rPr>
          <w:rFonts w:cs="Arial"/>
        </w:rPr>
      </w:pPr>
      <w:r w:rsidRPr="00A217B4">
        <w:rPr>
          <w:rFonts w:cs="Arial"/>
          <w:b/>
        </w:rPr>
        <w:t xml:space="preserve">OBJETO: </w:t>
      </w:r>
      <w:r w:rsidRPr="00A217B4">
        <w:rPr>
          <w:rFonts w:cs="Arial"/>
        </w:rPr>
        <w:t>Prestación de servicios para la implementación, soporte y mantenimiento bajo la modalidad de uso de un Sistema de Administración de Recaudo para el Departamento del Valle del Cauca, que garantice la continuidad de la gestión financiera y tributaria, dentro del proyecto denominado “Modernización de la Infraestructura TI y Servicios Informáticos de la Gobernación del Valle del Cauca”.</w:t>
      </w:r>
    </w:p>
    <w:p w14:paraId="29E2FB39" w14:textId="77777777" w:rsidR="004C398A" w:rsidRDefault="00000000" w:rsidP="00A217B4">
      <w:pPr>
        <w:jc w:val="both"/>
        <w:rPr>
          <w:rFonts w:cs="Arial"/>
        </w:rPr>
      </w:pPr>
      <w:r w:rsidRPr="00A217B4">
        <w:rPr>
          <w:rFonts w:cs="Arial"/>
        </w:rPr>
        <w:t xml:space="preserve">De conformidad con los Estudios Previos, el proponente deberá relacionar los contratos con los que acredita la experiencia habilitante. Para la experiencia específica se exige máximo un (1) contrato ejecutado cuyo objeto, alcance y/o actividades se relacionen con implementación, licenciamiento, soporte, mantenimiento o parametrización de plataformas o sistemas de administración de recaudo o gestión tributaria, por un valor equivalente, como mínimo, al 100% del presupuesto oficial expresado en SMLMV, sin perjuicio de </w:t>
      </w:r>
      <w:proofErr w:type="spellStart"/>
      <w:r w:rsidRPr="00A217B4">
        <w:rPr>
          <w:rFonts w:cs="Arial"/>
        </w:rPr>
        <w:t>los</w:t>
      </w:r>
      <w:proofErr w:type="spellEnd"/>
      <w:r w:rsidRPr="00A217B4">
        <w:rPr>
          <w:rFonts w:cs="Arial"/>
        </w:rPr>
        <w:t xml:space="preserve"> </w:t>
      </w:r>
      <w:proofErr w:type="spellStart"/>
      <w:r w:rsidRPr="00A217B4">
        <w:rPr>
          <w:rFonts w:cs="Arial"/>
        </w:rPr>
        <w:t>criterios</w:t>
      </w:r>
      <w:proofErr w:type="spellEnd"/>
      <w:r w:rsidRPr="00A217B4">
        <w:rPr>
          <w:rFonts w:cs="Arial"/>
        </w:rPr>
        <w:t xml:space="preserve"> </w:t>
      </w:r>
      <w:proofErr w:type="spellStart"/>
      <w:r w:rsidRPr="00A217B4">
        <w:rPr>
          <w:rFonts w:cs="Arial"/>
        </w:rPr>
        <w:t>diferenciales</w:t>
      </w:r>
      <w:proofErr w:type="spellEnd"/>
      <w:r w:rsidRPr="00A217B4">
        <w:rPr>
          <w:rFonts w:cs="Arial"/>
        </w:rPr>
        <w:t xml:space="preserve"> </w:t>
      </w:r>
      <w:proofErr w:type="spellStart"/>
      <w:r w:rsidRPr="00A217B4">
        <w:rPr>
          <w:rFonts w:cs="Arial"/>
        </w:rPr>
        <w:t>aplicables</w:t>
      </w:r>
      <w:proofErr w:type="spellEnd"/>
      <w:r w:rsidRPr="00A217B4">
        <w:rPr>
          <w:rFonts w:cs="Arial"/>
        </w:rPr>
        <w:t>.</w:t>
      </w:r>
    </w:p>
    <w:p w14:paraId="57EC8E0A" w14:textId="77777777" w:rsidR="00A217B4" w:rsidRPr="00A217B4" w:rsidRDefault="00A217B4" w:rsidP="00A217B4">
      <w:pPr>
        <w:jc w:val="both"/>
        <w:rPr>
          <w:rFonts w:cs="Arial"/>
        </w:rPr>
      </w:pPr>
    </w:p>
    <w:tbl>
      <w:tblPr>
        <w:tblStyle w:val="Tablaconcuadrcula"/>
        <w:tblW w:w="0" w:type="auto"/>
        <w:jc w:val="center"/>
        <w:tblLook w:val="04A0" w:firstRow="1" w:lastRow="0" w:firstColumn="1" w:lastColumn="0" w:noHBand="0" w:noVBand="1"/>
      </w:tblPr>
      <w:tblGrid>
        <w:gridCol w:w="1021"/>
        <w:gridCol w:w="1022"/>
        <w:gridCol w:w="1021"/>
        <w:gridCol w:w="1021"/>
        <w:gridCol w:w="1021"/>
        <w:gridCol w:w="1022"/>
        <w:gridCol w:w="1021"/>
        <w:gridCol w:w="1022"/>
        <w:gridCol w:w="1022"/>
        <w:gridCol w:w="1021"/>
      </w:tblGrid>
      <w:tr w:rsidR="004C398A" w:rsidRPr="00A217B4" w14:paraId="59E92B0A" w14:textId="77777777">
        <w:trPr>
          <w:jc w:val="center"/>
        </w:trPr>
        <w:tc>
          <w:tcPr>
            <w:tcW w:w="1022" w:type="dxa"/>
            <w:shd w:val="clear" w:color="auto" w:fill="D9EAF7"/>
            <w:tcMar>
              <w:top w:w="40" w:type="dxa"/>
              <w:left w:w="30" w:type="dxa"/>
              <w:bottom w:w="40" w:type="dxa"/>
              <w:right w:w="30" w:type="dxa"/>
            </w:tcMar>
          </w:tcPr>
          <w:p w14:paraId="03CC7401" w14:textId="77777777" w:rsidR="004C398A" w:rsidRPr="00A217B4" w:rsidRDefault="00000000" w:rsidP="00A217B4">
            <w:pPr>
              <w:jc w:val="both"/>
              <w:rPr>
                <w:rFonts w:cs="Arial"/>
              </w:rPr>
            </w:pPr>
            <w:r w:rsidRPr="00A217B4">
              <w:rPr>
                <w:rFonts w:cs="Arial"/>
                <w:sz w:val="14"/>
              </w:rPr>
              <w:t>No.</w:t>
            </w:r>
          </w:p>
        </w:tc>
        <w:tc>
          <w:tcPr>
            <w:tcW w:w="1022" w:type="dxa"/>
            <w:shd w:val="clear" w:color="auto" w:fill="D9EAF7"/>
            <w:tcMar>
              <w:top w:w="40" w:type="dxa"/>
              <w:left w:w="30" w:type="dxa"/>
              <w:bottom w:w="40" w:type="dxa"/>
              <w:right w:w="30" w:type="dxa"/>
            </w:tcMar>
          </w:tcPr>
          <w:p w14:paraId="558B09FA" w14:textId="77777777" w:rsidR="004C398A" w:rsidRPr="00A217B4" w:rsidRDefault="00000000" w:rsidP="00A217B4">
            <w:pPr>
              <w:jc w:val="both"/>
              <w:rPr>
                <w:rFonts w:cs="Arial"/>
              </w:rPr>
            </w:pPr>
            <w:r w:rsidRPr="00A217B4">
              <w:rPr>
                <w:rFonts w:cs="Arial"/>
                <w:sz w:val="14"/>
              </w:rPr>
              <w:t>Contratante</w:t>
            </w:r>
          </w:p>
        </w:tc>
        <w:tc>
          <w:tcPr>
            <w:tcW w:w="1022" w:type="dxa"/>
            <w:shd w:val="clear" w:color="auto" w:fill="D9EAF7"/>
            <w:tcMar>
              <w:top w:w="40" w:type="dxa"/>
              <w:left w:w="30" w:type="dxa"/>
              <w:bottom w:w="40" w:type="dxa"/>
              <w:right w:w="30" w:type="dxa"/>
            </w:tcMar>
          </w:tcPr>
          <w:p w14:paraId="520A9DD3" w14:textId="77777777" w:rsidR="004C398A" w:rsidRPr="00A217B4" w:rsidRDefault="00000000" w:rsidP="00A217B4">
            <w:pPr>
              <w:jc w:val="both"/>
              <w:rPr>
                <w:rFonts w:cs="Arial"/>
              </w:rPr>
            </w:pPr>
            <w:r w:rsidRPr="00A217B4">
              <w:rPr>
                <w:rFonts w:cs="Arial"/>
                <w:sz w:val="14"/>
              </w:rPr>
              <w:t>No. contrato</w:t>
            </w:r>
          </w:p>
        </w:tc>
        <w:tc>
          <w:tcPr>
            <w:tcW w:w="1022" w:type="dxa"/>
            <w:shd w:val="clear" w:color="auto" w:fill="D9EAF7"/>
            <w:tcMar>
              <w:top w:w="40" w:type="dxa"/>
              <w:left w:w="30" w:type="dxa"/>
              <w:bottom w:w="40" w:type="dxa"/>
              <w:right w:w="30" w:type="dxa"/>
            </w:tcMar>
          </w:tcPr>
          <w:p w14:paraId="7C5597F7" w14:textId="77777777" w:rsidR="004C398A" w:rsidRPr="00A217B4" w:rsidRDefault="00000000" w:rsidP="00A217B4">
            <w:pPr>
              <w:jc w:val="both"/>
              <w:rPr>
                <w:rFonts w:cs="Arial"/>
              </w:rPr>
            </w:pPr>
            <w:r w:rsidRPr="00A217B4">
              <w:rPr>
                <w:rFonts w:cs="Arial"/>
                <w:sz w:val="14"/>
              </w:rPr>
              <w:t>Objeto / alcance</w:t>
            </w:r>
          </w:p>
        </w:tc>
        <w:tc>
          <w:tcPr>
            <w:tcW w:w="1022" w:type="dxa"/>
            <w:shd w:val="clear" w:color="auto" w:fill="D9EAF7"/>
            <w:tcMar>
              <w:top w:w="40" w:type="dxa"/>
              <w:left w:w="30" w:type="dxa"/>
              <w:bottom w:w="40" w:type="dxa"/>
              <w:right w:w="30" w:type="dxa"/>
            </w:tcMar>
          </w:tcPr>
          <w:p w14:paraId="7AB3E9A5" w14:textId="77777777" w:rsidR="004C398A" w:rsidRPr="00A217B4" w:rsidRDefault="00000000" w:rsidP="00A217B4">
            <w:pPr>
              <w:jc w:val="both"/>
              <w:rPr>
                <w:rFonts w:cs="Arial"/>
              </w:rPr>
            </w:pPr>
            <w:r w:rsidRPr="00A217B4">
              <w:rPr>
                <w:rFonts w:cs="Arial"/>
                <w:sz w:val="14"/>
              </w:rPr>
              <w:t>Fecha inicio</w:t>
            </w:r>
          </w:p>
        </w:tc>
        <w:tc>
          <w:tcPr>
            <w:tcW w:w="1022" w:type="dxa"/>
            <w:shd w:val="clear" w:color="auto" w:fill="D9EAF7"/>
            <w:tcMar>
              <w:top w:w="40" w:type="dxa"/>
              <w:left w:w="30" w:type="dxa"/>
              <w:bottom w:w="40" w:type="dxa"/>
              <w:right w:w="30" w:type="dxa"/>
            </w:tcMar>
          </w:tcPr>
          <w:p w14:paraId="63175600" w14:textId="77777777" w:rsidR="004C398A" w:rsidRPr="00A217B4" w:rsidRDefault="00000000" w:rsidP="00A217B4">
            <w:pPr>
              <w:jc w:val="both"/>
              <w:rPr>
                <w:rFonts w:cs="Arial"/>
              </w:rPr>
            </w:pPr>
            <w:r w:rsidRPr="00A217B4">
              <w:rPr>
                <w:rFonts w:cs="Arial"/>
                <w:sz w:val="14"/>
              </w:rPr>
              <w:t>Fecha terminación</w:t>
            </w:r>
          </w:p>
        </w:tc>
        <w:tc>
          <w:tcPr>
            <w:tcW w:w="1022" w:type="dxa"/>
            <w:shd w:val="clear" w:color="auto" w:fill="D9EAF7"/>
            <w:tcMar>
              <w:top w:w="40" w:type="dxa"/>
              <w:left w:w="30" w:type="dxa"/>
              <w:bottom w:w="40" w:type="dxa"/>
              <w:right w:w="30" w:type="dxa"/>
            </w:tcMar>
          </w:tcPr>
          <w:p w14:paraId="114B2FF8" w14:textId="77777777" w:rsidR="004C398A" w:rsidRPr="00A217B4" w:rsidRDefault="00000000" w:rsidP="00A217B4">
            <w:pPr>
              <w:jc w:val="both"/>
              <w:rPr>
                <w:rFonts w:cs="Arial"/>
              </w:rPr>
            </w:pPr>
            <w:r w:rsidRPr="00A217B4">
              <w:rPr>
                <w:rFonts w:cs="Arial"/>
                <w:sz w:val="14"/>
              </w:rPr>
              <w:t>Valor ejecutado</w:t>
            </w:r>
          </w:p>
        </w:tc>
        <w:tc>
          <w:tcPr>
            <w:tcW w:w="1022" w:type="dxa"/>
            <w:shd w:val="clear" w:color="auto" w:fill="D9EAF7"/>
            <w:tcMar>
              <w:top w:w="40" w:type="dxa"/>
              <w:left w:w="30" w:type="dxa"/>
              <w:bottom w:w="40" w:type="dxa"/>
              <w:right w:w="30" w:type="dxa"/>
            </w:tcMar>
          </w:tcPr>
          <w:p w14:paraId="0C7BFB23" w14:textId="77777777" w:rsidR="004C398A" w:rsidRPr="00A217B4" w:rsidRDefault="00000000" w:rsidP="00A217B4">
            <w:pPr>
              <w:jc w:val="both"/>
              <w:rPr>
                <w:rFonts w:cs="Arial"/>
              </w:rPr>
            </w:pPr>
            <w:r w:rsidRPr="00A217B4">
              <w:rPr>
                <w:rFonts w:cs="Arial"/>
                <w:sz w:val="14"/>
              </w:rPr>
              <w:t>% participación</w:t>
            </w:r>
          </w:p>
        </w:tc>
        <w:tc>
          <w:tcPr>
            <w:tcW w:w="1022" w:type="dxa"/>
            <w:shd w:val="clear" w:color="auto" w:fill="D9EAF7"/>
            <w:tcMar>
              <w:top w:w="40" w:type="dxa"/>
              <w:left w:w="30" w:type="dxa"/>
              <w:bottom w:w="40" w:type="dxa"/>
              <w:right w:w="30" w:type="dxa"/>
            </w:tcMar>
          </w:tcPr>
          <w:p w14:paraId="0B5E307B" w14:textId="77777777" w:rsidR="004C398A" w:rsidRPr="00A217B4" w:rsidRDefault="00000000" w:rsidP="00A217B4">
            <w:pPr>
              <w:jc w:val="both"/>
              <w:rPr>
                <w:rFonts w:cs="Arial"/>
              </w:rPr>
            </w:pPr>
            <w:r w:rsidRPr="00A217B4">
              <w:rPr>
                <w:rFonts w:cs="Arial"/>
                <w:sz w:val="14"/>
              </w:rPr>
              <w:t>Valor acreditado</w:t>
            </w:r>
          </w:p>
        </w:tc>
        <w:tc>
          <w:tcPr>
            <w:tcW w:w="1022" w:type="dxa"/>
            <w:shd w:val="clear" w:color="auto" w:fill="D9EAF7"/>
            <w:tcMar>
              <w:top w:w="40" w:type="dxa"/>
              <w:left w:w="30" w:type="dxa"/>
              <w:bottom w:w="40" w:type="dxa"/>
              <w:right w:w="30" w:type="dxa"/>
            </w:tcMar>
          </w:tcPr>
          <w:p w14:paraId="37768C17" w14:textId="77777777" w:rsidR="004C398A" w:rsidRPr="00A217B4" w:rsidRDefault="00000000" w:rsidP="00A217B4">
            <w:pPr>
              <w:jc w:val="both"/>
              <w:rPr>
                <w:rFonts w:cs="Arial"/>
              </w:rPr>
            </w:pPr>
            <w:r w:rsidRPr="00A217B4">
              <w:rPr>
                <w:rFonts w:cs="Arial"/>
                <w:sz w:val="14"/>
              </w:rPr>
              <w:t>RUP / UNSPSC</w:t>
            </w:r>
          </w:p>
        </w:tc>
      </w:tr>
      <w:tr w:rsidR="004C398A" w:rsidRPr="00A217B4" w14:paraId="4F943486" w14:textId="77777777">
        <w:trPr>
          <w:jc w:val="center"/>
        </w:trPr>
        <w:tc>
          <w:tcPr>
            <w:tcW w:w="1022" w:type="dxa"/>
            <w:tcMar>
              <w:top w:w="40" w:type="dxa"/>
              <w:left w:w="30" w:type="dxa"/>
              <w:bottom w:w="40" w:type="dxa"/>
              <w:right w:w="30" w:type="dxa"/>
            </w:tcMar>
          </w:tcPr>
          <w:p w14:paraId="612512EB" w14:textId="77777777" w:rsidR="004C398A" w:rsidRPr="00A217B4" w:rsidRDefault="004C398A" w:rsidP="00A217B4">
            <w:pPr>
              <w:jc w:val="both"/>
              <w:rPr>
                <w:rFonts w:cs="Arial"/>
              </w:rPr>
            </w:pPr>
          </w:p>
        </w:tc>
        <w:tc>
          <w:tcPr>
            <w:tcW w:w="1022" w:type="dxa"/>
            <w:tcMar>
              <w:top w:w="40" w:type="dxa"/>
              <w:left w:w="30" w:type="dxa"/>
              <w:bottom w:w="40" w:type="dxa"/>
              <w:right w:w="30" w:type="dxa"/>
            </w:tcMar>
          </w:tcPr>
          <w:p w14:paraId="6653BDFA" w14:textId="77777777" w:rsidR="004C398A" w:rsidRPr="00A217B4" w:rsidRDefault="004C398A" w:rsidP="00A217B4">
            <w:pPr>
              <w:jc w:val="both"/>
              <w:rPr>
                <w:rFonts w:cs="Arial"/>
              </w:rPr>
            </w:pPr>
          </w:p>
        </w:tc>
        <w:tc>
          <w:tcPr>
            <w:tcW w:w="1022" w:type="dxa"/>
            <w:tcMar>
              <w:top w:w="40" w:type="dxa"/>
              <w:left w:w="30" w:type="dxa"/>
              <w:bottom w:w="40" w:type="dxa"/>
              <w:right w:w="30" w:type="dxa"/>
            </w:tcMar>
          </w:tcPr>
          <w:p w14:paraId="35ABFC48" w14:textId="77777777" w:rsidR="004C398A" w:rsidRPr="00A217B4" w:rsidRDefault="004C398A" w:rsidP="00A217B4">
            <w:pPr>
              <w:jc w:val="both"/>
              <w:rPr>
                <w:rFonts w:cs="Arial"/>
              </w:rPr>
            </w:pPr>
          </w:p>
        </w:tc>
        <w:tc>
          <w:tcPr>
            <w:tcW w:w="1022" w:type="dxa"/>
            <w:tcMar>
              <w:top w:w="40" w:type="dxa"/>
              <w:left w:w="30" w:type="dxa"/>
              <w:bottom w:w="40" w:type="dxa"/>
              <w:right w:w="30" w:type="dxa"/>
            </w:tcMar>
          </w:tcPr>
          <w:p w14:paraId="21FA358B" w14:textId="77777777" w:rsidR="004C398A" w:rsidRPr="00A217B4" w:rsidRDefault="004C398A" w:rsidP="00A217B4">
            <w:pPr>
              <w:jc w:val="both"/>
              <w:rPr>
                <w:rFonts w:cs="Arial"/>
              </w:rPr>
            </w:pPr>
          </w:p>
        </w:tc>
        <w:tc>
          <w:tcPr>
            <w:tcW w:w="1022" w:type="dxa"/>
            <w:tcMar>
              <w:top w:w="40" w:type="dxa"/>
              <w:left w:w="30" w:type="dxa"/>
              <w:bottom w:w="40" w:type="dxa"/>
              <w:right w:w="30" w:type="dxa"/>
            </w:tcMar>
          </w:tcPr>
          <w:p w14:paraId="16E4D1BE" w14:textId="77777777" w:rsidR="004C398A" w:rsidRPr="00A217B4" w:rsidRDefault="004C398A" w:rsidP="00A217B4">
            <w:pPr>
              <w:jc w:val="both"/>
              <w:rPr>
                <w:rFonts w:cs="Arial"/>
              </w:rPr>
            </w:pPr>
          </w:p>
        </w:tc>
        <w:tc>
          <w:tcPr>
            <w:tcW w:w="1022" w:type="dxa"/>
            <w:tcMar>
              <w:top w:w="40" w:type="dxa"/>
              <w:left w:w="30" w:type="dxa"/>
              <w:bottom w:w="40" w:type="dxa"/>
              <w:right w:w="30" w:type="dxa"/>
            </w:tcMar>
          </w:tcPr>
          <w:p w14:paraId="634F1AFF" w14:textId="77777777" w:rsidR="004C398A" w:rsidRPr="00A217B4" w:rsidRDefault="004C398A" w:rsidP="00A217B4">
            <w:pPr>
              <w:jc w:val="both"/>
              <w:rPr>
                <w:rFonts w:cs="Arial"/>
              </w:rPr>
            </w:pPr>
          </w:p>
        </w:tc>
        <w:tc>
          <w:tcPr>
            <w:tcW w:w="1022" w:type="dxa"/>
            <w:tcMar>
              <w:top w:w="40" w:type="dxa"/>
              <w:left w:w="30" w:type="dxa"/>
              <w:bottom w:w="40" w:type="dxa"/>
              <w:right w:w="30" w:type="dxa"/>
            </w:tcMar>
          </w:tcPr>
          <w:p w14:paraId="6CCB9295" w14:textId="77777777" w:rsidR="004C398A" w:rsidRPr="00A217B4" w:rsidRDefault="004C398A" w:rsidP="00A217B4">
            <w:pPr>
              <w:jc w:val="both"/>
              <w:rPr>
                <w:rFonts w:cs="Arial"/>
              </w:rPr>
            </w:pPr>
          </w:p>
        </w:tc>
        <w:tc>
          <w:tcPr>
            <w:tcW w:w="1022" w:type="dxa"/>
            <w:tcMar>
              <w:top w:w="40" w:type="dxa"/>
              <w:left w:w="30" w:type="dxa"/>
              <w:bottom w:w="40" w:type="dxa"/>
              <w:right w:w="30" w:type="dxa"/>
            </w:tcMar>
          </w:tcPr>
          <w:p w14:paraId="58C35830" w14:textId="77777777" w:rsidR="004C398A" w:rsidRPr="00A217B4" w:rsidRDefault="004C398A" w:rsidP="00A217B4">
            <w:pPr>
              <w:jc w:val="both"/>
              <w:rPr>
                <w:rFonts w:cs="Arial"/>
              </w:rPr>
            </w:pPr>
          </w:p>
        </w:tc>
        <w:tc>
          <w:tcPr>
            <w:tcW w:w="1022" w:type="dxa"/>
            <w:tcMar>
              <w:top w:w="40" w:type="dxa"/>
              <w:left w:w="30" w:type="dxa"/>
              <w:bottom w:w="40" w:type="dxa"/>
              <w:right w:w="30" w:type="dxa"/>
            </w:tcMar>
          </w:tcPr>
          <w:p w14:paraId="591AFF3B" w14:textId="77777777" w:rsidR="004C398A" w:rsidRPr="00A217B4" w:rsidRDefault="004C398A" w:rsidP="00A217B4">
            <w:pPr>
              <w:jc w:val="both"/>
              <w:rPr>
                <w:rFonts w:cs="Arial"/>
              </w:rPr>
            </w:pPr>
          </w:p>
        </w:tc>
        <w:tc>
          <w:tcPr>
            <w:tcW w:w="1022" w:type="dxa"/>
            <w:tcMar>
              <w:top w:w="40" w:type="dxa"/>
              <w:left w:w="30" w:type="dxa"/>
              <w:bottom w:w="40" w:type="dxa"/>
              <w:right w:w="30" w:type="dxa"/>
            </w:tcMar>
          </w:tcPr>
          <w:p w14:paraId="7BBE5372" w14:textId="77777777" w:rsidR="004C398A" w:rsidRPr="00A217B4" w:rsidRDefault="004C398A" w:rsidP="00A217B4">
            <w:pPr>
              <w:jc w:val="both"/>
              <w:rPr>
                <w:rFonts w:cs="Arial"/>
              </w:rPr>
            </w:pPr>
          </w:p>
        </w:tc>
      </w:tr>
    </w:tbl>
    <w:p w14:paraId="3113FB82" w14:textId="77777777" w:rsidR="00A217B4" w:rsidRDefault="00A217B4" w:rsidP="00A217B4">
      <w:pPr>
        <w:jc w:val="both"/>
        <w:rPr>
          <w:rFonts w:cs="Arial"/>
        </w:rPr>
      </w:pPr>
    </w:p>
    <w:p w14:paraId="03AFD91E" w14:textId="2911F5EB" w:rsidR="004C398A" w:rsidRPr="00A217B4" w:rsidRDefault="00000000" w:rsidP="00A217B4">
      <w:pPr>
        <w:jc w:val="both"/>
        <w:rPr>
          <w:rFonts w:cs="Arial"/>
        </w:rPr>
      </w:pPr>
      <w:proofErr w:type="spellStart"/>
      <w:r w:rsidRPr="00A217B4">
        <w:rPr>
          <w:rFonts w:cs="Arial"/>
        </w:rPr>
        <w:t>Soportes</w:t>
      </w:r>
      <w:proofErr w:type="spellEnd"/>
      <w:r w:rsidRPr="00A217B4">
        <w:rPr>
          <w:rFonts w:cs="Arial"/>
        </w:rPr>
        <w:t xml:space="preserve">: </w:t>
      </w:r>
      <w:proofErr w:type="spellStart"/>
      <w:r w:rsidRPr="00A217B4">
        <w:rPr>
          <w:rFonts w:cs="Arial"/>
        </w:rPr>
        <w:t>certificación</w:t>
      </w:r>
      <w:proofErr w:type="spellEnd"/>
      <w:r w:rsidRPr="00A217B4">
        <w:rPr>
          <w:rFonts w:cs="Arial"/>
        </w:rPr>
        <w:t xml:space="preserve"> y/o acta de liquidación y/o acta de terminación y/o documento contractual idóneo que permita verificar la información exigida, además del registro en el RUP cuando corresponda.</w:t>
      </w:r>
    </w:p>
    <w:p w14:paraId="0C28FE9C" w14:textId="77777777" w:rsidR="004C398A" w:rsidRPr="00A217B4" w:rsidRDefault="00000000" w:rsidP="00A217B4">
      <w:pPr>
        <w:jc w:val="both"/>
        <w:rPr>
          <w:rFonts w:cs="Arial"/>
        </w:rPr>
      </w:pPr>
      <w:r w:rsidRPr="00A217B4">
        <w:rPr>
          <w:rFonts w:cs="Arial"/>
        </w:rPr>
        <w:br/>
        <w:t>Atentamente,</w:t>
      </w:r>
    </w:p>
    <w:tbl>
      <w:tblPr>
        <w:tblW w:w="0" w:type="auto"/>
        <w:jc w:val="center"/>
        <w:tblLook w:val="04A0" w:firstRow="1" w:lastRow="0" w:firstColumn="1" w:lastColumn="0" w:noHBand="0" w:noVBand="1"/>
      </w:tblPr>
      <w:tblGrid>
        <w:gridCol w:w="5112"/>
        <w:gridCol w:w="5112"/>
      </w:tblGrid>
      <w:tr w:rsidR="004C398A" w:rsidRPr="00A217B4" w14:paraId="32FCB8C1" w14:textId="77777777">
        <w:trPr>
          <w:jc w:val="center"/>
        </w:trPr>
        <w:tc>
          <w:tcPr>
            <w:tcW w:w="5112" w:type="dxa"/>
            <w:tcMar>
              <w:top w:w="80" w:type="dxa"/>
              <w:left w:w="80" w:type="dxa"/>
              <w:bottom w:w="80" w:type="dxa"/>
              <w:right w:w="80" w:type="dxa"/>
            </w:tcMar>
          </w:tcPr>
          <w:p w14:paraId="1BBC6EAE" w14:textId="77777777" w:rsidR="004C398A" w:rsidRPr="00A217B4" w:rsidRDefault="00000000" w:rsidP="00A217B4">
            <w:pPr>
              <w:jc w:val="both"/>
              <w:rPr>
                <w:rFonts w:cs="Arial"/>
              </w:rPr>
            </w:pPr>
            <w:r w:rsidRPr="00A217B4">
              <w:rPr>
                <w:rFonts w:cs="Arial"/>
              </w:rPr>
              <w:t>Nombre / Razón social</w:t>
            </w:r>
          </w:p>
        </w:tc>
        <w:tc>
          <w:tcPr>
            <w:tcW w:w="5112" w:type="dxa"/>
            <w:tcMar>
              <w:top w:w="80" w:type="dxa"/>
              <w:left w:w="80" w:type="dxa"/>
              <w:bottom w:w="80" w:type="dxa"/>
              <w:right w:w="80" w:type="dxa"/>
            </w:tcMar>
          </w:tcPr>
          <w:p w14:paraId="26EED20B" w14:textId="77777777" w:rsidR="004C398A" w:rsidRPr="00A217B4" w:rsidRDefault="00000000" w:rsidP="00A217B4">
            <w:pPr>
              <w:jc w:val="both"/>
              <w:rPr>
                <w:rFonts w:cs="Arial"/>
              </w:rPr>
            </w:pPr>
            <w:r w:rsidRPr="00A217B4">
              <w:rPr>
                <w:rFonts w:cs="Arial"/>
              </w:rPr>
              <w:t>____________________________________________</w:t>
            </w:r>
          </w:p>
        </w:tc>
      </w:tr>
      <w:tr w:rsidR="004C398A" w:rsidRPr="00A217B4" w14:paraId="4636EE8D" w14:textId="77777777">
        <w:trPr>
          <w:jc w:val="center"/>
        </w:trPr>
        <w:tc>
          <w:tcPr>
            <w:tcW w:w="5112" w:type="dxa"/>
            <w:tcMar>
              <w:top w:w="80" w:type="dxa"/>
              <w:left w:w="80" w:type="dxa"/>
              <w:bottom w:w="80" w:type="dxa"/>
              <w:right w:w="80" w:type="dxa"/>
            </w:tcMar>
          </w:tcPr>
          <w:p w14:paraId="244885E7" w14:textId="77777777" w:rsidR="004C398A" w:rsidRPr="00A217B4" w:rsidRDefault="00000000" w:rsidP="00A217B4">
            <w:pPr>
              <w:jc w:val="both"/>
              <w:rPr>
                <w:rFonts w:cs="Arial"/>
              </w:rPr>
            </w:pPr>
            <w:r w:rsidRPr="00A217B4">
              <w:rPr>
                <w:rFonts w:cs="Arial"/>
              </w:rPr>
              <w:t>C.C. / NIT</w:t>
            </w:r>
          </w:p>
        </w:tc>
        <w:tc>
          <w:tcPr>
            <w:tcW w:w="5112" w:type="dxa"/>
            <w:tcMar>
              <w:top w:w="80" w:type="dxa"/>
              <w:left w:w="80" w:type="dxa"/>
              <w:bottom w:w="80" w:type="dxa"/>
              <w:right w:w="80" w:type="dxa"/>
            </w:tcMar>
          </w:tcPr>
          <w:p w14:paraId="0D45B4D4" w14:textId="77777777" w:rsidR="004C398A" w:rsidRPr="00A217B4" w:rsidRDefault="00000000" w:rsidP="00A217B4">
            <w:pPr>
              <w:jc w:val="both"/>
              <w:rPr>
                <w:rFonts w:cs="Arial"/>
              </w:rPr>
            </w:pPr>
            <w:r w:rsidRPr="00A217B4">
              <w:rPr>
                <w:rFonts w:cs="Arial"/>
              </w:rPr>
              <w:t>____________________________________________</w:t>
            </w:r>
          </w:p>
        </w:tc>
      </w:tr>
      <w:tr w:rsidR="004C398A" w:rsidRPr="00A217B4" w14:paraId="50337AED" w14:textId="77777777">
        <w:trPr>
          <w:jc w:val="center"/>
        </w:trPr>
        <w:tc>
          <w:tcPr>
            <w:tcW w:w="5112" w:type="dxa"/>
            <w:tcMar>
              <w:top w:w="80" w:type="dxa"/>
              <w:left w:w="80" w:type="dxa"/>
              <w:bottom w:w="80" w:type="dxa"/>
              <w:right w:w="80" w:type="dxa"/>
            </w:tcMar>
          </w:tcPr>
          <w:p w14:paraId="446A6047" w14:textId="77777777" w:rsidR="004C398A" w:rsidRPr="00A217B4" w:rsidRDefault="00000000" w:rsidP="00A217B4">
            <w:pPr>
              <w:jc w:val="both"/>
              <w:rPr>
                <w:rFonts w:cs="Arial"/>
              </w:rPr>
            </w:pPr>
            <w:r w:rsidRPr="00A217B4">
              <w:rPr>
                <w:rFonts w:cs="Arial"/>
              </w:rPr>
              <w:t>Correo electrónico</w:t>
            </w:r>
          </w:p>
        </w:tc>
        <w:tc>
          <w:tcPr>
            <w:tcW w:w="5112" w:type="dxa"/>
            <w:tcMar>
              <w:top w:w="80" w:type="dxa"/>
              <w:left w:w="80" w:type="dxa"/>
              <w:bottom w:w="80" w:type="dxa"/>
              <w:right w:w="80" w:type="dxa"/>
            </w:tcMar>
          </w:tcPr>
          <w:p w14:paraId="3FFC6174" w14:textId="77777777" w:rsidR="004C398A" w:rsidRPr="00A217B4" w:rsidRDefault="00000000" w:rsidP="00A217B4">
            <w:pPr>
              <w:jc w:val="both"/>
              <w:rPr>
                <w:rFonts w:cs="Arial"/>
              </w:rPr>
            </w:pPr>
            <w:r w:rsidRPr="00A217B4">
              <w:rPr>
                <w:rFonts w:cs="Arial"/>
              </w:rPr>
              <w:t>____________________________________________</w:t>
            </w:r>
          </w:p>
        </w:tc>
      </w:tr>
      <w:tr w:rsidR="004C398A" w:rsidRPr="00A217B4" w14:paraId="6E53D5C6" w14:textId="77777777">
        <w:trPr>
          <w:jc w:val="center"/>
        </w:trPr>
        <w:tc>
          <w:tcPr>
            <w:tcW w:w="5112" w:type="dxa"/>
            <w:tcMar>
              <w:top w:w="80" w:type="dxa"/>
              <w:left w:w="80" w:type="dxa"/>
              <w:bottom w:w="80" w:type="dxa"/>
              <w:right w:w="80" w:type="dxa"/>
            </w:tcMar>
          </w:tcPr>
          <w:p w14:paraId="61FFC37E" w14:textId="77777777" w:rsidR="004C398A" w:rsidRPr="00A217B4" w:rsidRDefault="00000000" w:rsidP="00A217B4">
            <w:pPr>
              <w:jc w:val="both"/>
              <w:rPr>
                <w:rFonts w:cs="Arial"/>
              </w:rPr>
            </w:pPr>
            <w:r w:rsidRPr="00A217B4">
              <w:rPr>
                <w:rFonts w:cs="Arial"/>
              </w:rPr>
              <w:t>Firma</w:t>
            </w:r>
          </w:p>
        </w:tc>
        <w:tc>
          <w:tcPr>
            <w:tcW w:w="5112" w:type="dxa"/>
            <w:tcMar>
              <w:top w:w="80" w:type="dxa"/>
              <w:left w:w="80" w:type="dxa"/>
              <w:bottom w:w="80" w:type="dxa"/>
              <w:right w:w="80" w:type="dxa"/>
            </w:tcMar>
          </w:tcPr>
          <w:p w14:paraId="2BFB9A1B" w14:textId="77777777" w:rsidR="004C398A" w:rsidRPr="00A217B4" w:rsidRDefault="00000000" w:rsidP="00A217B4">
            <w:pPr>
              <w:jc w:val="both"/>
              <w:rPr>
                <w:rFonts w:cs="Arial"/>
              </w:rPr>
            </w:pPr>
            <w:r w:rsidRPr="00A217B4">
              <w:rPr>
                <w:rFonts w:cs="Arial"/>
              </w:rPr>
              <w:t>____________________________________________</w:t>
            </w:r>
          </w:p>
        </w:tc>
      </w:tr>
    </w:tbl>
    <w:p w14:paraId="213CF036" w14:textId="77777777" w:rsidR="004C398A" w:rsidRPr="00A217B4" w:rsidRDefault="00000000" w:rsidP="00A217B4">
      <w:pPr>
        <w:jc w:val="both"/>
        <w:rPr>
          <w:rFonts w:cs="Arial"/>
        </w:rPr>
      </w:pPr>
      <w:r w:rsidRPr="00A217B4">
        <w:rPr>
          <w:rFonts w:cs="Arial"/>
        </w:rPr>
        <w:br w:type="page"/>
      </w:r>
    </w:p>
    <w:p w14:paraId="39D81505" w14:textId="77777777" w:rsidR="004C398A" w:rsidRPr="00A217B4" w:rsidRDefault="00000000" w:rsidP="00A217B4">
      <w:pPr>
        <w:jc w:val="center"/>
        <w:rPr>
          <w:rFonts w:cs="Arial"/>
          <w:sz w:val="22"/>
        </w:rPr>
      </w:pPr>
      <w:r w:rsidRPr="00A217B4">
        <w:rPr>
          <w:rFonts w:cs="Arial"/>
          <w:b/>
          <w:sz w:val="22"/>
        </w:rPr>
        <w:lastRenderedPageBreak/>
        <w:t>FORMATO No. 4</w:t>
      </w:r>
      <w:r w:rsidRPr="00A217B4">
        <w:rPr>
          <w:rFonts w:cs="Arial"/>
          <w:b/>
          <w:sz w:val="22"/>
        </w:rPr>
        <w:br/>
        <w:t>OFERTA ECONÓMICA</w:t>
      </w:r>
    </w:p>
    <w:p w14:paraId="4EFB6267" w14:textId="77777777" w:rsidR="00A217B4" w:rsidRPr="00A217B4" w:rsidRDefault="00A217B4" w:rsidP="00A217B4">
      <w:pPr>
        <w:jc w:val="both"/>
        <w:rPr>
          <w:rFonts w:cs="Arial"/>
          <w:b/>
          <w:sz w:val="22"/>
        </w:rPr>
      </w:pPr>
    </w:p>
    <w:p w14:paraId="31AB2CA5" w14:textId="66A47A79" w:rsidR="004C398A" w:rsidRPr="00A217B4" w:rsidRDefault="00000000" w:rsidP="00A217B4">
      <w:pPr>
        <w:jc w:val="both"/>
        <w:rPr>
          <w:rFonts w:cs="Arial"/>
          <w:sz w:val="22"/>
        </w:rPr>
      </w:pPr>
      <w:r w:rsidRPr="00A217B4">
        <w:rPr>
          <w:rFonts w:cs="Arial"/>
          <w:b/>
          <w:sz w:val="22"/>
        </w:rPr>
        <w:t xml:space="preserve">PROCESO: </w:t>
      </w:r>
      <w:proofErr w:type="spellStart"/>
      <w:r w:rsidRPr="00A217B4">
        <w:rPr>
          <w:rFonts w:cs="Arial"/>
          <w:sz w:val="22"/>
        </w:rPr>
        <w:t>Selección</w:t>
      </w:r>
      <w:proofErr w:type="spellEnd"/>
      <w:r w:rsidRPr="00A217B4">
        <w:rPr>
          <w:rFonts w:cs="Arial"/>
          <w:sz w:val="22"/>
        </w:rPr>
        <w:t xml:space="preserve"> </w:t>
      </w:r>
      <w:proofErr w:type="spellStart"/>
      <w:r w:rsidRPr="00A217B4">
        <w:rPr>
          <w:rFonts w:cs="Arial"/>
          <w:sz w:val="22"/>
        </w:rPr>
        <w:t>Abreviada</w:t>
      </w:r>
      <w:proofErr w:type="spellEnd"/>
      <w:r w:rsidRPr="00A217B4">
        <w:rPr>
          <w:rFonts w:cs="Arial"/>
          <w:sz w:val="22"/>
        </w:rPr>
        <w:t xml:space="preserve"> de Menor Cuantía No. SETIC-SAMC-002-2026</w:t>
      </w:r>
    </w:p>
    <w:p w14:paraId="0EDC88E4" w14:textId="43D9CBA5" w:rsidR="004C398A" w:rsidRPr="00A217B4" w:rsidRDefault="00000000" w:rsidP="00A217B4">
      <w:pPr>
        <w:jc w:val="both"/>
        <w:rPr>
          <w:rFonts w:cs="Arial"/>
          <w:sz w:val="22"/>
        </w:rPr>
      </w:pPr>
      <w:r w:rsidRPr="00A217B4">
        <w:rPr>
          <w:rFonts w:cs="Arial"/>
          <w:b/>
          <w:sz w:val="22"/>
        </w:rPr>
        <w:t xml:space="preserve">OBJETO: </w:t>
      </w:r>
      <w:r w:rsidRPr="00A217B4">
        <w:rPr>
          <w:rFonts w:cs="Arial"/>
          <w:sz w:val="22"/>
        </w:rPr>
        <w:t xml:space="preserve">Prestación de servicios para la implementación, soporte y mantenimiento bajo la modalidad de uso de </w:t>
      </w:r>
      <w:proofErr w:type="gramStart"/>
      <w:r w:rsidRPr="00A217B4">
        <w:rPr>
          <w:rFonts w:cs="Arial"/>
          <w:sz w:val="22"/>
        </w:rPr>
        <w:t>un Sistema</w:t>
      </w:r>
      <w:proofErr w:type="gramEnd"/>
      <w:r w:rsidRPr="00A217B4">
        <w:rPr>
          <w:rFonts w:cs="Arial"/>
          <w:sz w:val="22"/>
        </w:rPr>
        <w:t xml:space="preserve"> de Administración de Recaudo para el Departamento del Valle del Cauca, que garantice la </w:t>
      </w:r>
      <w:proofErr w:type="spellStart"/>
      <w:r w:rsidRPr="00A217B4">
        <w:rPr>
          <w:rFonts w:cs="Arial"/>
          <w:sz w:val="22"/>
        </w:rPr>
        <w:t>continuidad</w:t>
      </w:r>
      <w:proofErr w:type="spellEnd"/>
      <w:r w:rsidRPr="00A217B4">
        <w:rPr>
          <w:rFonts w:cs="Arial"/>
          <w:sz w:val="22"/>
        </w:rPr>
        <w:t xml:space="preserve"> de la </w:t>
      </w:r>
      <w:r w:rsidR="00A217B4" w:rsidRPr="00A217B4">
        <w:rPr>
          <w:rFonts w:cs="Arial"/>
          <w:sz w:val="22"/>
        </w:rPr>
        <w:pgNum/>
      </w:r>
      <w:proofErr w:type="spellStart"/>
      <w:r w:rsidR="00A217B4" w:rsidRPr="00A217B4">
        <w:rPr>
          <w:rFonts w:cs="Arial"/>
          <w:sz w:val="22"/>
        </w:rPr>
        <w:t>egundo</w:t>
      </w:r>
      <w:proofErr w:type="spellEnd"/>
      <w:r w:rsidRPr="00A217B4">
        <w:rPr>
          <w:rFonts w:cs="Arial"/>
          <w:sz w:val="22"/>
        </w:rPr>
        <w:t xml:space="preserve"> </w:t>
      </w:r>
      <w:proofErr w:type="spellStart"/>
      <w:r w:rsidRPr="00A217B4">
        <w:rPr>
          <w:rFonts w:cs="Arial"/>
          <w:sz w:val="22"/>
        </w:rPr>
        <w:t>financiera</w:t>
      </w:r>
      <w:proofErr w:type="spellEnd"/>
      <w:r w:rsidRPr="00A217B4">
        <w:rPr>
          <w:rFonts w:cs="Arial"/>
          <w:sz w:val="22"/>
        </w:rPr>
        <w:t xml:space="preserve"> y </w:t>
      </w:r>
      <w:proofErr w:type="spellStart"/>
      <w:r w:rsidRPr="00A217B4">
        <w:rPr>
          <w:rFonts w:cs="Arial"/>
          <w:sz w:val="22"/>
        </w:rPr>
        <w:t>tributaria</w:t>
      </w:r>
      <w:proofErr w:type="spellEnd"/>
      <w:r w:rsidRPr="00A217B4">
        <w:rPr>
          <w:rFonts w:cs="Arial"/>
          <w:sz w:val="22"/>
        </w:rPr>
        <w:t xml:space="preserve">, </w:t>
      </w:r>
      <w:proofErr w:type="spellStart"/>
      <w:r w:rsidRPr="00A217B4">
        <w:rPr>
          <w:rFonts w:cs="Arial"/>
          <w:sz w:val="22"/>
        </w:rPr>
        <w:t>dentro</w:t>
      </w:r>
      <w:proofErr w:type="spellEnd"/>
      <w:r w:rsidRPr="00A217B4">
        <w:rPr>
          <w:rFonts w:cs="Arial"/>
          <w:sz w:val="22"/>
        </w:rPr>
        <w:t xml:space="preserve"> del </w:t>
      </w:r>
      <w:r w:rsidR="00A217B4" w:rsidRPr="00A217B4">
        <w:rPr>
          <w:rFonts w:cs="Arial"/>
          <w:sz w:val="22"/>
        </w:rPr>
        <w:pgNum/>
      </w:r>
      <w:proofErr w:type="spellStart"/>
      <w:r w:rsidR="00A217B4" w:rsidRPr="00A217B4">
        <w:rPr>
          <w:rFonts w:cs="Arial"/>
          <w:sz w:val="22"/>
        </w:rPr>
        <w:t>egundo</w:t>
      </w:r>
      <w:proofErr w:type="spellEnd"/>
      <w:r w:rsidR="00A217B4" w:rsidRPr="00A217B4">
        <w:rPr>
          <w:rFonts w:cs="Arial"/>
          <w:sz w:val="22"/>
        </w:rPr>
        <w:pgNum/>
      </w:r>
      <w:r w:rsidRPr="00A217B4">
        <w:rPr>
          <w:rFonts w:cs="Arial"/>
          <w:sz w:val="22"/>
        </w:rPr>
        <w:t xml:space="preserve"> </w:t>
      </w:r>
      <w:proofErr w:type="spellStart"/>
      <w:r w:rsidRPr="00A217B4">
        <w:rPr>
          <w:rFonts w:cs="Arial"/>
          <w:sz w:val="22"/>
        </w:rPr>
        <w:t>denominado</w:t>
      </w:r>
      <w:proofErr w:type="spellEnd"/>
      <w:r w:rsidRPr="00A217B4">
        <w:rPr>
          <w:rFonts w:cs="Arial"/>
          <w:sz w:val="22"/>
        </w:rPr>
        <w:t xml:space="preserve"> “</w:t>
      </w:r>
      <w:proofErr w:type="spellStart"/>
      <w:r w:rsidRPr="00A217B4">
        <w:rPr>
          <w:rFonts w:cs="Arial"/>
          <w:sz w:val="22"/>
        </w:rPr>
        <w:t>Modernización</w:t>
      </w:r>
      <w:proofErr w:type="spellEnd"/>
      <w:r w:rsidRPr="00A217B4">
        <w:rPr>
          <w:rFonts w:cs="Arial"/>
          <w:sz w:val="22"/>
        </w:rPr>
        <w:t xml:space="preserve"> de la Infraestructura TI y Servicios Informáticos de la Gobernación del Valle del Cauca”.</w:t>
      </w:r>
    </w:p>
    <w:p w14:paraId="58F45502" w14:textId="77777777" w:rsidR="00A217B4" w:rsidRDefault="00A217B4" w:rsidP="00A217B4">
      <w:pPr>
        <w:spacing w:before="1"/>
        <w:ind w:right="181"/>
        <w:jc w:val="both"/>
        <w:rPr>
          <w:rFonts w:cs="Arial"/>
          <w:sz w:val="22"/>
        </w:rPr>
      </w:pPr>
    </w:p>
    <w:p w14:paraId="60266379" w14:textId="0221778F" w:rsidR="00A217B4" w:rsidRPr="00A217B4" w:rsidRDefault="00A217B4" w:rsidP="00A217B4">
      <w:pPr>
        <w:spacing w:before="1"/>
        <w:ind w:right="181"/>
        <w:jc w:val="both"/>
        <w:rPr>
          <w:rFonts w:cs="Arial"/>
          <w:sz w:val="22"/>
        </w:rPr>
      </w:pPr>
      <w:proofErr w:type="spellStart"/>
      <w:r w:rsidRPr="00A217B4">
        <w:rPr>
          <w:rFonts w:cs="Arial"/>
          <w:sz w:val="22"/>
        </w:rPr>
        <w:t>Yo</w:t>
      </w:r>
      <w:proofErr w:type="spellEnd"/>
      <w:r w:rsidRPr="00A217B4">
        <w:rPr>
          <w:rFonts w:cs="Arial"/>
          <w:sz w:val="22"/>
        </w:rPr>
        <w:t xml:space="preserve"> (</w:t>
      </w:r>
      <w:proofErr w:type="spellStart"/>
      <w:r w:rsidRPr="00A217B4">
        <w:rPr>
          <w:rFonts w:cs="Arial"/>
          <w:sz w:val="22"/>
        </w:rPr>
        <w:t>Nosotros</w:t>
      </w:r>
      <w:proofErr w:type="spellEnd"/>
      <w:r w:rsidRPr="00A217B4">
        <w:rPr>
          <w:rFonts w:cs="Arial"/>
          <w:sz w:val="22"/>
        </w:rPr>
        <w:t>) (</w:t>
      </w:r>
      <w:proofErr w:type="spellStart"/>
      <w:r w:rsidRPr="00A217B4">
        <w:rPr>
          <w:rFonts w:cs="Arial"/>
          <w:sz w:val="22"/>
        </w:rPr>
        <w:t>indicar</w:t>
      </w:r>
      <w:proofErr w:type="spellEnd"/>
      <w:r w:rsidRPr="00A217B4">
        <w:rPr>
          <w:rFonts w:cs="Arial"/>
          <w:sz w:val="22"/>
        </w:rPr>
        <w:t xml:space="preserve"> el </w:t>
      </w:r>
      <w:proofErr w:type="spellStart"/>
      <w:r w:rsidRPr="00A217B4">
        <w:rPr>
          <w:rFonts w:cs="Arial"/>
          <w:sz w:val="22"/>
        </w:rPr>
        <w:t>nombre</w:t>
      </w:r>
      <w:proofErr w:type="spellEnd"/>
      <w:r w:rsidRPr="00A217B4">
        <w:rPr>
          <w:rFonts w:cs="Arial"/>
          <w:sz w:val="22"/>
        </w:rPr>
        <w:t xml:space="preserve">), </w:t>
      </w:r>
      <w:proofErr w:type="spellStart"/>
      <w:r w:rsidRPr="00A217B4">
        <w:rPr>
          <w:rFonts w:cs="Arial"/>
          <w:sz w:val="22"/>
        </w:rPr>
        <w:t>en</w:t>
      </w:r>
      <w:proofErr w:type="spellEnd"/>
      <w:r w:rsidRPr="00A217B4">
        <w:rPr>
          <w:rFonts w:cs="Arial"/>
          <w:sz w:val="22"/>
        </w:rPr>
        <w:t xml:space="preserve"> </w:t>
      </w:r>
      <w:proofErr w:type="spellStart"/>
      <w:r w:rsidRPr="00A217B4">
        <w:rPr>
          <w:rFonts w:cs="Arial"/>
          <w:sz w:val="22"/>
        </w:rPr>
        <w:t>calidad</w:t>
      </w:r>
      <w:proofErr w:type="spellEnd"/>
      <w:r w:rsidRPr="00A217B4">
        <w:rPr>
          <w:rFonts w:cs="Arial"/>
          <w:sz w:val="22"/>
        </w:rPr>
        <w:t xml:space="preserve"> de (</w:t>
      </w:r>
      <w:proofErr w:type="spellStart"/>
      <w:r w:rsidRPr="00A217B4">
        <w:rPr>
          <w:rFonts w:cs="Arial"/>
          <w:sz w:val="22"/>
        </w:rPr>
        <w:t>indicar</w:t>
      </w:r>
      <w:proofErr w:type="spellEnd"/>
      <w:r w:rsidRPr="00A217B4">
        <w:rPr>
          <w:rFonts w:cs="Arial"/>
          <w:sz w:val="22"/>
        </w:rPr>
        <w:t xml:space="preserve"> </w:t>
      </w:r>
      <w:proofErr w:type="spellStart"/>
      <w:r w:rsidRPr="00A217B4">
        <w:rPr>
          <w:rFonts w:cs="Arial"/>
          <w:sz w:val="22"/>
        </w:rPr>
        <w:t>si</w:t>
      </w:r>
      <w:proofErr w:type="spellEnd"/>
      <w:r w:rsidRPr="00A217B4">
        <w:rPr>
          <w:rFonts w:cs="Arial"/>
          <w:sz w:val="22"/>
        </w:rPr>
        <w:t xml:space="preserve"> es </w:t>
      </w:r>
      <w:proofErr w:type="spellStart"/>
      <w:r w:rsidRPr="00A217B4">
        <w:rPr>
          <w:rFonts w:cs="Arial"/>
          <w:sz w:val="22"/>
        </w:rPr>
        <w:t>en</w:t>
      </w:r>
      <w:proofErr w:type="spellEnd"/>
      <w:r w:rsidRPr="00A217B4">
        <w:rPr>
          <w:rFonts w:cs="Arial"/>
          <w:sz w:val="22"/>
        </w:rPr>
        <w:t xml:space="preserve"> </w:t>
      </w:r>
      <w:proofErr w:type="spellStart"/>
      <w:r w:rsidRPr="00A217B4">
        <w:rPr>
          <w:rFonts w:cs="Arial"/>
          <w:sz w:val="22"/>
        </w:rPr>
        <w:t>calidad</w:t>
      </w:r>
      <w:proofErr w:type="spellEnd"/>
      <w:r w:rsidRPr="00A217B4">
        <w:rPr>
          <w:rFonts w:cs="Arial"/>
          <w:sz w:val="22"/>
        </w:rPr>
        <w:t xml:space="preserve"> de </w:t>
      </w:r>
      <w:proofErr w:type="spellStart"/>
      <w:r w:rsidRPr="00A217B4">
        <w:rPr>
          <w:rFonts w:cs="Arial"/>
          <w:sz w:val="22"/>
        </w:rPr>
        <w:t>representante</w:t>
      </w:r>
      <w:proofErr w:type="spellEnd"/>
      <w:r w:rsidRPr="00A217B4">
        <w:rPr>
          <w:rFonts w:cs="Arial"/>
          <w:spacing w:val="1"/>
          <w:sz w:val="22"/>
        </w:rPr>
        <w:t xml:space="preserve"> </w:t>
      </w:r>
      <w:r w:rsidRPr="00A217B4">
        <w:rPr>
          <w:rFonts w:cs="Arial"/>
          <w:sz w:val="22"/>
        </w:rPr>
        <w:t xml:space="preserve">legal, o persona natural, etc.) de </w:t>
      </w:r>
      <w:proofErr w:type="spellStart"/>
      <w:r w:rsidRPr="00A217B4">
        <w:rPr>
          <w:rFonts w:cs="Arial"/>
          <w:sz w:val="22"/>
        </w:rPr>
        <w:t>acuerdo</w:t>
      </w:r>
      <w:proofErr w:type="spellEnd"/>
      <w:r w:rsidRPr="00A217B4">
        <w:rPr>
          <w:rFonts w:cs="Arial"/>
          <w:sz w:val="22"/>
        </w:rPr>
        <w:t xml:space="preserve"> con </w:t>
      </w:r>
      <w:proofErr w:type="spellStart"/>
      <w:r w:rsidRPr="00A217B4">
        <w:rPr>
          <w:rFonts w:cs="Arial"/>
          <w:sz w:val="22"/>
        </w:rPr>
        <w:t>los</w:t>
      </w:r>
      <w:proofErr w:type="spellEnd"/>
      <w:r w:rsidRPr="00A217B4">
        <w:rPr>
          <w:rFonts w:cs="Arial"/>
          <w:sz w:val="22"/>
        </w:rPr>
        <w:t xml:space="preserve"> </w:t>
      </w:r>
      <w:proofErr w:type="spellStart"/>
      <w:r w:rsidRPr="00A217B4">
        <w:rPr>
          <w:rFonts w:cs="Arial"/>
          <w:sz w:val="22"/>
        </w:rPr>
        <w:t>requerimientos</w:t>
      </w:r>
      <w:proofErr w:type="spellEnd"/>
      <w:r w:rsidRPr="00A217B4">
        <w:rPr>
          <w:rFonts w:cs="Arial"/>
          <w:sz w:val="22"/>
        </w:rPr>
        <w:t xml:space="preserve"> de la </w:t>
      </w:r>
      <w:proofErr w:type="spellStart"/>
      <w:r w:rsidRPr="00A217B4">
        <w:rPr>
          <w:rFonts w:cs="Arial"/>
          <w:sz w:val="22"/>
        </w:rPr>
        <w:t>Invitación</w:t>
      </w:r>
      <w:proofErr w:type="spellEnd"/>
      <w:r w:rsidRPr="00A217B4">
        <w:rPr>
          <w:rFonts w:cs="Arial"/>
          <w:sz w:val="22"/>
        </w:rPr>
        <w:t xml:space="preserve"> Publica,</w:t>
      </w:r>
      <w:r w:rsidRPr="00A217B4">
        <w:rPr>
          <w:rFonts w:cs="Arial"/>
          <w:spacing w:val="1"/>
          <w:sz w:val="22"/>
        </w:rPr>
        <w:t xml:space="preserve"> </w:t>
      </w:r>
      <w:proofErr w:type="spellStart"/>
      <w:r w:rsidRPr="00A217B4">
        <w:rPr>
          <w:rFonts w:cs="Arial"/>
          <w:sz w:val="22"/>
        </w:rPr>
        <w:t>hacemos</w:t>
      </w:r>
      <w:proofErr w:type="spellEnd"/>
      <w:r w:rsidRPr="00A217B4">
        <w:rPr>
          <w:rFonts w:cs="Arial"/>
          <w:spacing w:val="-3"/>
          <w:sz w:val="22"/>
        </w:rPr>
        <w:t xml:space="preserve"> </w:t>
      </w:r>
      <w:r w:rsidRPr="00A217B4">
        <w:rPr>
          <w:rFonts w:cs="Arial"/>
          <w:i/>
          <w:sz w:val="22"/>
        </w:rPr>
        <w:t xml:space="preserve">la </w:t>
      </w:r>
      <w:proofErr w:type="spellStart"/>
      <w:r w:rsidRPr="00A217B4">
        <w:rPr>
          <w:rFonts w:cs="Arial"/>
          <w:i/>
          <w:sz w:val="22"/>
        </w:rPr>
        <w:t>siguiente</w:t>
      </w:r>
      <w:proofErr w:type="spellEnd"/>
      <w:r w:rsidRPr="00A217B4">
        <w:rPr>
          <w:rFonts w:cs="Arial"/>
          <w:i/>
          <w:sz w:val="22"/>
        </w:rPr>
        <w:t xml:space="preserve"> </w:t>
      </w:r>
      <w:proofErr w:type="spellStart"/>
      <w:r w:rsidRPr="00A217B4">
        <w:rPr>
          <w:rFonts w:cs="Arial"/>
          <w:i/>
          <w:sz w:val="22"/>
        </w:rPr>
        <w:t>oferta</w:t>
      </w:r>
      <w:proofErr w:type="spellEnd"/>
      <w:r w:rsidRPr="00A217B4">
        <w:rPr>
          <w:rFonts w:cs="Arial"/>
          <w:i/>
          <w:spacing w:val="-2"/>
          <w:sz w:val="22"/>
        </w:rPr>
        <w:t xml:space="preserve"> </w:t>
      </w:r>
      <w:proofErr w:type="spellStart"/>
      <w:r w:rsidRPr="00A217B4">
        <w:rPr>
          <w:rFonts w:cs="Arial"/>
          <w:i/>
          <w:sz w:val="22"/>
        </w:rPr>
        <w:t>económica</w:t>
      </w:r>
      <w:proofErr w:type="spellEnd"/>
      <w:r w:rsidRPr="00A217B4">
        <w:rPr>
          <w:rFonts w:cs="Arial"/>
          <w:sz w:val="22"/>
        </w:rPr>
        <w:t>:</w:t>
      </w:r>
    </w:p>
    <w:p w14:paraId="3BC2F724" w14:textId="77777777" w:rsidR="00A217B4" w:rsidRPr="00A217B4" w:rsidRDefault="00A217B4" w:rsidP="00A217B4">
      <w:pPr>
        <w:pStyle w:val="Textoindependiente"/>
        <w:spacing w:before="11"/>
        <w:rPr>
          <w:rFonts w:cs="Arial"/>
          <w:sz w:val="22"/>
        </w:rPr>
      </w:pPr>
    </w:p>
    <w:p w14:paraId="4D4DC8B4" w14:textId="77777777" w:rsidR="00A217B4" w:rsidRPr="00A217B4" w:rsidRDefault="00A217B4" w:rsidP="00A217B4">
      <w:pPr>
        <w:spacing w:line="480" w:lineRule="auto"/>
        <w:ind w:right="549"/>
        <w:rPr>
          <w:rFonts w:cs="Arial"/>
          <w:sz w:val="22"/>
        </w:rPr>
      </w:pPr>
      <w:r w:rsidRPr="00A217B4">
        <w:rPr>
          <w:rFonts w:cs="Arial"/>
          <w:sz w:val="22"/>
        </w:rPr>
        <w:t xml:space="preserve">El valor total con las </w:t>
      </w:r>
      <w:proofErr w:type="spellStart"/>
      <w:r w:rsidRPr="00A217B4">
        <w:rPr>
          <w:rFonts w:cs="Arial"/>
          <w:sz w:val="22"/>
        </w:rPr>
        <w:t>condiciones</w:t>
      </w:r>
      <w:proofErr w:type="spellEnd"/>
      <w:r w:rsidRPr="00A217B4">
        <w:rPr>
          <w:rFonts w:cs="Arial"/>
          <w:sz w:val="22"/>
        </w:rPr>
        <w:t xml:space="preserve"> </w:t>
      </w:r>
      <w:proofErr w:type="spellStart"/>
      <w:r w:rsidRPr="00A217B4">
        <w:rPr>
          <w:rFonts w:cs="Arial"/>
          <w:sz w:val="22"/>
        </w:rPr>
        <w:t>anteriores</w:t>
      </w:r>
      <w:proofErr w:type="spellEnd"/>
      <w:r w:rsidRPr="00A217B4">
        <w:rPr>
          <w:rFonts w:cs="Arial"/>
          <w:sz w:val="22"/>
        </w:rPr>
        <w:t xml:space="preserve"> es de </w:t>
      </w:r>
      <w:proofErr w:type="spellStart"/>
      <w:r w:rsidRPr="00A217B4">
        <w:rPr>
          <w:rFonts w:cs="Arial"/>
          <w:sz w:val="22"/>
        </w:rPr>
        <w:t>xxxxxxxxxx</w:t>
      </w:r>
      <w:proofErr w:type="spellEnd"/>
      <w:r w:rsidRPr="00A217B4">
        <w:rPr>
          <w:rFonts w:cs="Arial"/>
          <w:sz w:val="22"/>
        </w:rPr>
        <w:t xml:space="preserve"> (LETRAS Y NUMEROS)</w:t>
      </w:r>
      <w:r w:rsidRPr="00A217B4">
        <w:rPr>
          <w:rFonts w:cs="Arial"/>
          <w:spacing w:val="-59"/>
          <w:sz w:val="22"/>
        </w:rPr>
        <w:t xml:space="preserve"> </w:t>
      </w:r>
      <w:r w:rsidRPr="00A217B4">
        <w:rPr>
          <w:rFonts w:cs="Arial"/>
          <w:sz w:val="22"/>
        </w:rPr>
        <w:t>Nota:</w:t>
      </w:r>
      <w:r w:rsidRPr="00A217B4">
        <w:rPr>
          <w:rFonts w:cs="Arial"/>
          <w:spacing w:val="1"/>
          <w:sz w:val="22"/>
        </w:rPr>
        <w:t xml:space="preserve"> </w:t>
      </w:r>
      <w:r w:rsidRPr="00A217B4">
        <w:rPr>
          <w:rFonts w:cs="Arial"/>
          <w:sz w:val="22"/>
        </w:rPr>
        <w:t>El</w:t>
      </w:r>
      <w:r w:rsidRPr="00A217B4">
        <w:rPr>
          <w:rFonts w:cs="Arial"/>
          <w:spacing w:val="-4"/>
          <w:sz w:val="22"/>
        </w:rPr>
        <w:t xml:space="preserve"> </w:t>
      </w:r>
      <w:r w:rsidRPr="00A217B4">
        <w:rPr>
          <w:rFonts w:cs="Arial"/>
          <w:sz w:val="22"/>
        </w:rPr>
        <w:t xml:space="preserve">valor </w:t>
      </w:r>
      <w:proofErr w:type="spellStart"/>
      <w:r w:rsidRPr="00A217B4">
        <w:rPr>
          <w:rFonts w:cs="Arial"/>
          <w:sz w:val="22"/>
        </w:rPr>
        <w:t>ofertado</w:t>
      </w:r>
      <w:proofErr w:type="spellEnd"/>
      <w:r w:rsidRPr="00A217B4">
        <w:rPr>
          <w:rFonts w:cs="Arial"/>
          <w:spacing w:val="-1"/>
          <w:sz w:val="22"/>
        </w:rPr>
        <w:t xml:space="preserve"> </w:t>
      </w:r>
      <w:proofErr w:type="spellStart"/>
      <w:r w:rsidRPr="00A217B4">
        <w:rPr>
          <w:rFonts w:cs="Arial"/>
          <w:sz w:val="22"/>
        </w:rPr>
        <w:t>incluye</w:t>
      </w:r>
      <w:proofErr w:type="spellEnd"/>
      <w:r w:rsidRPr="00A217B4">
        <w:rPr>
          <w:rFonts w:cs="Arial"/>
          <w:spacing w:val="-1"/>
          <w:sz w:val="22"/>
        </w:rPr>
        <w:t xml:space="preserve"> </w:t>
      </w:r>
      <w:r w:rsidRPr="00A217B4">
        <w:rPr>
          <w:rFonts w:cs="Arial"/>
          <w:sz w:val="22"/>
        </w:rPr>
        <w:t>IVA</w:t>
      </w:r>
      <w:r w:rsidRPr="00A217B4">
        <w:rPr>
          <w:rFonts w:cs="Arial"/>
          <w:spacing w:val="-3"/>
          <w:sz w:val="22"/>
        </w:rPr>
        <w:t xml:space="preserve"> </w:t>
      </w:r>
      <w:proofErr w:type="spellStart"/>
      <w:r w:rsidRPr="00A217B4">
        <w:rPr>
          <w:rFonts w:cs="Arial"/>
          <w:sz w:val="22"/>
        </w:rPr>
        <w:t>todos</w:t>
      </w:r>
      <w:proofErr w:type="spellEnd"/>
      <w:r w:rsidRPr="00A217B4">
        <w:rPr>
          <w:rFonts w:cs="Arial"/>
          <w:spacing w:val="-3"/>
          <w:sz w:val="22"/>
        </w:rPr>
        <w:t xml:space="preserve"> </w:t>
      </w:r>
      <w:proofErr w:type="spellStart"/>
      <w:r w:rsidRPr="00A217B4">
        <w:rPr>
          <w:rFonts w:cs="Arial"/>
          <w:sz w:val="22"/>
        </w:rPr>
        <w:t>los</w:t>
      </w:r>
      <w:proofErr w:type="spellEnd"/>
      <w:r w:rsidRPr="00A217B4">
        <w:rPr>
          <w:rFonts w:cs="Arial"/>
          <w:spacing w:val="2"/>
          <w:sz w:val="22"/>
        </w:rPr>
        <w:t xml:space="preserve"> </w:t>
      </w:r>
      <w:proofErr w:type="spellStart"/>
      <w:r w:rsidRPr="00A217B4">
        <w:rPr>
          <w:rFonts w:cs="Arial"/>
          <w:sz w:val="22"/>
        </w:rPr>
        <w:t>costos</w:t>
      </w:r>
      <w:proofErr w:type="spellEnd"/>
      <w:r w:rsidRPr="00A217B4">
        <w:rPr>
          <w:rFonts w:cs="Arial"/>
          <w:spacing w:val="-1"/>
          <w:sz w:val="22"/>
        </w:rPr>
        <w:t xml:space="preserve"> </w:t>
      </w:r>
      <w:proofErr w:type="spellStart"/>
      <w:r w:rsidRPr="00A217B4">
        <w:rPr>
          <w:rFonts w:cs="Arial"/>
          <w:sz w:val="22"/>
        </w:rPr>
        <w:t>directos</w:t>
      </w:r>
      <w:proofErr w:type="spellEnd"/>
      <w:r w:rsidRPr="00A217B4">
        <w:rPr>
          <w:rFonts w:cs="Arial"/>
          <w:sz w:val="22"/>
        </w:rPr>
        <w:t>,</w:t>
      </w:r>
      <w:r w:rsidRPr="00A217B4">
        <w:rPr>
          <w:rFonts w:cs="Arial"/>
          <w:spacing w:val="-1"/>
          <w:sz w:val="22"/>
        </w:rPr>
        <w:t xml:space="preserve"> </w:t>
      </w:r>
      <w:proofErr w:type="spellStart"/>
      <w:r w:rsidRPr="00A217B4">
        <w:rPr>
          <w:rFonts w:cs="Arial"/>
          <w:sz w:val="22"/>
        </w:rPr>
        <w:t>indirectos</w:t>
      </w:r>
      <w:proofErr w:type="spellEnd"/>
      <w:r w:rsidRPr="00A217B4">
        <w:rPr>
          <w:rFonts w:cs="Arial"/>
          <w:spacing w:val="-3"/>
          <w:sz w:val="22"/>
        </w:rPr>
        <w:t xml:space="preserve"> </w:t>
      </w:r>
      <w:r w:rsidRPr="00A217B4">
        <w:rPr>
          <w:rFonts w:cs="Arial"/>
          <w:sz w:val="22"/>
        </w:rPr>
        <w:t>e</w:t>
      </w:r>
      <w:r w:rsidRPr="00A217B4">
        <w:rPr>
          <w:rFonts w:cs="Arial"/>
          <w:spacing w:val="-3"/>
          <w:sz w:val="22"/>
        </w:rPr>
        <w:t xml:space="preserve"> </w:t>
      </w:r>
      <w:proofErr w:type="spellStart"/>
      <w:r w:rsidRPr="00A217B4">
        <w:rPr>
          <w:rFonts w:cs="Arial"/>
          <w:sz w:val="22"/>
        </w:rPr>
        <w:t>impuestos</w:t>
      </w:r>
      <w:proofErr w:type="spellEnd"/>
      <w:r w:rsidRPr="00A217B4">
        <w:rPr>
          <w:rFonts w:cs="Arial"/>
          <w:sz w:val="22"/>
        </w:rPr>
        <w:t>.</w:t>
      </w:r>
    </w:p>
    <w:p w14:paraId="3C198558" w14:textId="77777777" w:rsidR="00A217B4" w:rsidRPr="00A217B4" w:rsidRDefault="00A217B4" w:rsidP="00A217B4">
      <w:pPr>
        <w:spacing w:before="1"/>
        <w:ind w:right="5206"/>
        <w:rPr>
          <w:rFonts w:cs="Arial"/>
          <w:sz w:val="22"/>
        </w:rPr>
      </w:pPr>
      <w:r w:rsidRPr="00A217B4">
        <w:rPr>
          <w:rFonts w:cs="Arial"/>
          <w:sz w:val="22"/>
        </w:rPr>
        <w:t xml:space="preserve">Nombre o </w:t>
      </w:r>
      <w:proofErr w:type="spellStart"/>
      <w:r w:rsidRPr="00A217B4">
        <w:rPr>
          <w:rFonts w:cs="Arial"/>
          <w:sz w:val="22"/>
        </w:rPr>
        <w:t>razón</w:t>
      </w:r>
      <w:proofErr w:type="spellEnd"/>
      <w:r w:rsidRPr="00A217B4">
        <w:rPr>
          <w:rFonts w:cs="Arial"/>
          <w:sz w:val="22"/>
        </w:rPr>
        <w:t xml:space="preserve"> social del </w:t>
      </w:r>
      <w:proofErr w:type="spellStart"/>
      <w:r w:rsidRPr="00A217B4">
        <w:rPr>
          <w:rFonts w:cs="Arial"/>
          <w:sz w:val="22"/>
        </w:rPr>
        <w:t>proponente</w:t>
      </w:r>
      <w:proofErr w:type="spellEnd"/>
      <w:r w:rsidRPr="00A217B4">
        <w:rPr>
          <w:rFonts w:cs="Arial"/>
          <w:sz w:val="22"/>
        </w:rPr>
        <w:t>.</w:t>
      </w:r>
      <w:r w:rsidRPr="00A217B4">
        <w:rPr>
          <w:rFonts w:cs="Arial"/>
          <w:spacing w:val="-59"/>
          <w:sz w:val="22"/>
        </w:rPr>
        <w:t xml:space="preserve"> </w:t>
      </w:r>
      <w:r w:rsidRPr="00A217B4">
        <w:rPr>
          <w:rFonts w:cs="Arial"/>
          <w:sz w:val="22"/>
        </w:rPr>
        <w:t>Nit</w:t>
      </w:r>
    </w:p>
    <w:p w14:paraId="3A1D66A6" w14:textId="77777777" w:rsidR="00A217B4" w:rsidRPr="00A217B4" w:rsidRDefault="00A217B4" w:rsidP="00A217B4">
      <w:pPr>
        <w:spacing w:before="1" w:line="252" w:lineRule="exact"/>
        <w:rPr>
          <w:rFonts w:cs="Arial"/>
          <w:sz w:val="22"/>
        </w:rPr>
      </w:pPr>
      <w:r w:rsidRPr="00A217B4">
        <w:rPr>
          <w:rFonts w:cs="Arial"/>
          <w:sz w:val="22"/>
        </w:rPr>
        <w:t>Nombre</w:t>
      </w:r>
      <w:r w:rsidRPr="00A217B4">
        <w:rPr>
          <w:rFonts w:cs="Arial"/>
          <w:spacing w:val="-2"/>
          <w:sz w:val="22"/>
        </w:rPr>
        <w:t xml:space="preserve"> </w:t>
      </w:r>
      <w:r w:rsidRPr="00A217B4">
        <w:rPr>
          <w:rFonts w:cs="Arial"/>
          <w:sz w:val="22"/>
        </w:rPr>
        <w:t>del</w:t>
      </w:r>
      <w:r w:rsidRPr="00A217B4">
        <w:rPr>
          <w:rFonts w:cs="Arial"/>
          <w:spacing w:val="-3"/>
          <w:sz w:val="22"/>
        </w:rPr>
        <w:t xml:space="preserve"> </w:t>
      </w:r>
      <w:proofErr w:type="spellStart"/>
      <w:r w:rsidRPr="00A217B4">
        <w:rPr>
          <w:rFonts w:cs="Arial"/>
          <w:sz w:val="22"/>
        </w:rPr>
        <w:t>Representante</w:t>
      </w:r>
      <w:proofErr w:type="spellEnd"/>
      <w:r w:rsidRPr="00A217B4">
        <w:rPr>
          <w:rFonts w:cs="Arial"/>
          <w:spacing w:val="-1"/>
          <w:sz w:val="22"/>
        </w:rPr>
        <w:t xml:space="preserve"> </w:t>
      </w:r>
      <w:r w:rsidRPr="00A217B4">
        <w:rPr>
          <w:rFonts w:cs="Arial"/>
          <w:sz w:val="22"/>
        </w:rPr>
        <w:t>Legal.</w:t>
      </w:r>
    </w:p>
    <w:p w14:paraId="14F7B471" w14:textId="77777777" w:rsidR="00A217B4" w:rsidRPr="00A217B4" w:rsidRDefault="00A217B4" w:rsidP="00A217B4">
      <w:pPr>
        <w:tabs>
          <w:tab w:val="left" w:pos="1977"/>
        </w:tabs>
        <w:spacing w:line="252" w:lineRule="exact"/>
        <w:rPr>
          <w:rFonts w:cs="Arial"/>
          <w:sz w:val="22"/>
        </w:rPr>
      </w:pPr>
      <w:r w:rsidRPr="00A217B4">
        <w:rPr>
          <w:rFonts w:cs="Arial"/>
          <w:sz w:val="22"/>
        </w:rPr>
        <w:t>C.C.</w:t>
      </w:r>
      <w:r w:rsidRPr="00A217B4">
        <w:rPr>
          <w:rFonts w:cs="Arial"/>
          <w:spacing w:val="-1"/>
          <w:sz w:val="22"/>
        </w:rPr>
        <w:t xml:space="preserve"> </w:t>
      </w:r>
      <w:r w:rsidRPr="00A217B4">
        <w:rPr>
          <w:rFonts w:cs="Arial"/>
          <w:sz w:val="22"/>
        </w:rPr>
        <w:t>No.</w:t>
      </w:r>
      <w:r w:rsidRPr="00A217B4">
        <w:rPr>
          <w:rFonts w:cs="Arial"/>
          <w:sz w:val="22"/>
        </w:rPr>
        <w:tab/>
        <w:t>de</w:t>
      </w:r>
    </w:p>
    <w:p w14:paraId="1CEBA353" w14:textId="77777777" w:rsidR="00A217B4" w:rsidRDefault="00A217B4" w:rsidP="00A217B4">
      <w:pPr>
        <w:tabs>
          <w:tab w:val="left" w:pos="1977"/>
        </w:tabs>
        <w:ind w:right="5493"/>
        <w:rPr>
          <w:rFonts w:cs="Arial"/>
          <w:sz w:val="22"/>
        </w:rPr>
      </w:pPr>
      <w:proofErr w:type="spellStart"/>
      <w:r w:rsidRPr="00A217B4">
        <w:rPr>
          <w:rFonts w:cs="Arial"/>
          <w:sz w:val="22"/>
        </w:rPr>
        <w:t>Dirección</w:t>
      </w:r>
      <w:proofErr w:type="spellEnd"/>
      <w:r w:rsidRPr="00A217B4">
        <w:rPr>
          <w:rFonts w:cs="Arial"/>
          <w:sz w:val="22"/>
        </w:rPr>
        <w:t xml:space="preserve"> </w:t>
      </w:r>
      <w:proofErr w:type="spellStart"/>
      <w:r w:rsidRPr="00A217B4">
        <w:rPr>
          <w:rFonts w:cs="Arial"/>
          <w:sz w:val="22"/>
        </w:rPr>
        <w:t>Comercial</w:t>
      </w:r>
      <w:proofErr w:type="spellEnd"/>
      <w:r w:rsidRPr="00A217B4">
        <w:rPr>
          <w:rFonts w:cs="Arial"/>
          <w:sz w:val="22"/>
        </w:rPr>
        <w:t xml:space="preserve"> del </w:t>
      </w:r>
      <w:proofErr w:type="spellStart"/>
      <w:r w:rsidRPr="00A217B4">
        <w:rPr>
          <w:rFonts w:cs="Arial"/>
          <w:sz w:val="22"/>
        </w:rPr>
        <w:t>Proponente</w:t>
      </w:r>
      <w:proofErr w:type="spellEnd"/>
      <w:r w:rsidRPr="00A217B4">
        <w:rPr>
          <w:rFonts w:cs="Arial"/>
          <w:spacing w:val="-59"/>
          <w:sz w:val="22"/>
        </w:rPr>
        <w:t xml:space="preserve"> </w:t>
      </w:r>
      <w:proofErr w:type="spellStart"/>
      <w:r w:rsidRPr="00A217B4">
        <w:rPr>
          <w:rFonts w:cs="Arial"/>
          <w:sz w:val="22"/>
        </w:rPr>
        <w:t>Teléfonos</w:t>
      </w:r>
      <w:proofErr w:type="spellEnd"/>
    </w:p>
    <w:p w14:paraId="7DD2071F" w14:textId="5E8E875B" w:rsidR="00A217B4" w:rsidRPr="00A217B4" w:rsidRDefault="00A217B4" w:rsidP="00A217B4">
      <w:pPr>
        <w:tabs>
          <w:tab w:val="left" w:pos="1977"/>
        </w:tabs>
        <w:ind w:right="5493"/>
        <w:rPr>
          <w:rFonts w:cs="Arial"/>
          <w:sz w:val="22"/>
        </w:rPr>
      </w:pPr>
      <w:r w:rsidRPr="00A217B4">
        <w:rPr>
          <w:rFonts w:cs="Arial"/>
          <w:sz w:val="22"/>
        </w:rPr>
        <w:t>Fax</w:t>
      </w:r>
    </w:p>
    <w:p w14:paraId="7D6839AD" w14:textId="77777777" w:rsidR="00A217B4" w:rsidRPr="00A217B4" w:rsidRDefault="00A217B4" w:rsidP="00A217B4">
      <w:pPr>
        <w:rPr>
          <w:rFonts w:cs="Arial"/>
          <w:sz w:val="22"/>
        </w:rPr>
      </w:pPr>
      <w:r w:rsidRPr="00A217B4">
        <w:rPr>
          <w:rFonts w:cs="Arial"/>
          <w:sz w:val="22"/>
        </w:rPr>
        <w:t>Ciudad</w:t>
      </w:r>
    </w:p>
    <w:p w14:paraId="2279A6FF" w14:textId="77777777" w:rsidR="00A217B4" w:rsidRPr="00A217B4" w:rsidRDefault="00A217B4" w:rsidP="00A217B4">
      <w:pPr>
        <w:tabs>
          <w:tab w:val="left" w:pos="7578"/>
        </w:tabs>
        <w:spacing w:before="1"/>
        <w:rPr>
          <w:rFonts w:cs="Arial"/>
          <w:sz w:val="22"/>
        </w:rPr>
      </w:pPr>
      <w:r w:rsidRPr="00A217B4">
        <w:rPr>
          <w:rFonts w:cs="Arial"/>
          <w:sz w:val="22"/>
        </w:rPr>
        <w:t>FIRMA</w:t>
      </w:r>
      <w:r w:rsidRPr="00A217B4">
        <w:rPr>
          <w:rFonts w:cs="Arial"/>
          <w:spacing w:val="-4"/>
          <w:sz w:val="22"/>
        </w:rPr>
        <w:t xml:space="preserve"> </w:t>
      </w:r>
      <w:r w:rsidRPr="00A217B4">
        <w:rPr>
          <w:rFonts w:cs="Arial"/>
          <w:sz w:val="22"/>
        </w:rPr>
        <w:t>REPRESENTATE</w:t>
      </w:r>
      <w:r w:rsidRPr="00A217B4">
        <w:rPr>
          <w:rFonts w:cs="Arial"/>
          <w:spacing w:val="-4"/>
          <w:sz w:val="22"/>
        </w:rPr>
        <w:t xml:space="preserve"> </w:t>
      </w:r>
      <w:r w:rsidRPr="00A217B4">
        <w:rPr>
          <w:rFonts w:cs="Arial"/>
          <w:sz w:val="22"/>
        </w:rPr>
        <w:t>LEGAL</w:t>
      </w:r>
      <w:r w:rsidRPr="00A217B4">
        <w:rPr>
          <w:rFonts w:cs="Arial"/>
          <w:sz w:val="22"/>
          <w:u w:val="single"/>
        </w:rPr>
        <w:t xml:space="preserve"> </w:t>
      </w:r>
      <w:r w:rsidRPr="00A217B4">
        <w:rPr>
          <w:rFonts w:cs="Arial"/>
          <w:sz w:val="22"/>
          <w:u w:val="single"/>
        </w:rPr>
        <w:tab/>
      </w:r>
    </w:p>
    <w:p w14:paraId="300855EF" w14:textId="77777777" w:rsidR="00A217B4" w:rsidRPr="00A217B4" w:rsidRDefault="00A217B4" w:rsidP="00A217B4">
      <w:pPr>
        <w:tabs>
          <w:tab w:val="left" w:pos="1980"/>
        </w:tabs>
        <w:rPr>
          <w:rFonts w:cs="Arial"/>
          <w:sz w:val="22"/>
        </w:rPr>
      </w:pPr>
    </w:p>
    <w:p w14:paraId="44116410" w14:textId="77777777" w:rsidR="00A217B4" w:rsidRPr="00A217B4" w:rsidRDefault="00A217B4" w:rsidP="00A217B4">
      <w:pPr>
        <w:tabs>
          <w:tab w:val="left" w:pos="1980"/>
        </w:tabs>
        <w:rPr>
          <w:rFonts w:cs="Arial"/>
          <w:sz w:val="22"/>
        </w:rPr>
      </w:pPr>
    </w:p>
    <w:p w14:paraId="19EF438A" w14:textId="77777777" w:rsidR="00A217B4" w:rsidRDefault="00A217B4" w:rsidP="00A217B4">
      <w:pPr>
        <w:tabs>
          <w:tab w:val="left" w:pos="1980"/>
        </w:tabs>
        <w:rPr>
          <w:rFonts w:cs="Arial"/>
          <w:sz w:val="20"/>
          <w:szCs w:val="20"/>
        </w:rPr>
      </w:pPr>
    </w:p>
    <w:p w14:paraId="685EF174" w14:textId="77777777" w:rsidR="00A217B4" w:rsidRDefault="00A217B4" w:rsidP="00A217B4">
      <w:pPr>
        <w:tabs>
          <w:tab w:val="left" w:pos="1980"/>
        </w:tabs>
        <w:rPr>
          <w:rFonts w:cs="Arial"/>
          <w:sz w:val="20"/>
          <w:szCs w:val="20"/>
        </w:rPr>
      </w:pPr>
    </w:p>
    <w:p w14:paraId="35990A92" w14:textId="77777777" w:rsidR="00A217B4" w:rsidRDefault="00A217B4" w:rsidP="00A217B4">
      <w:pPr>
        <w:tabs>
          <w:tab w:val="left" w:pos="1980"/>
        </w:tabs>
        <w:rPr>
          <w:rFonts w:cs="Arial"/>
          <w:sz w:val="20"/>
          <w:szCs w:val="20"/>
        </w:rPr>
      </w:pPr>
    </w:p>
    <w:p w14:paraId="269F6DA7" w14:textId="77777777" w:rsidR="00A217B4" w:rsidRDefault="00A217B4" w:rsidP="00A217B4">
      <w:pPr>
        <w:tabs>
          <w:tab w:val="left" w:pos="1980"/>
        </w:tabs>
        <w:rPr>
          <w:rFonts w:cs="Arial"/>
          <w:sz w:val="20"/>
          <w:szCs w:val="20"/>
        </w:rPr>
      </w:pPr>
    </w:p>
    <w:p w14:paraId="6E27A028" w14:textId="77777777" w:rsidR="00A217B4" w:rsidRDefault="00A217B4" w:rsidP="00A217B4">
      <w:pPr>
        <w:tabs>
          <w:tab w:val="left" w:pos="1980"/>
        </w:tabs>
        <w:rPr>
          <w:rFonts w:cs="Arial"/>
          <w:sz w:val="20"/>
          <w:szCs w:val="20"/>
        </w:rPr>
      </w:pPr>
    </w:p>
    <w:p w14:paraId="61B7DBC4" w14:textId="77777777" w:rsidR="00A217B4" w:rsidRDefault="00A217B4" w:rsidP="00A217B4">
      <w:pPr>
        <w:tabs>
          <w:tab w:val="left" w:pos="1980"/>
        </w:tabs>
        <w:rPr>
          <w:rFonts w:cs="Arial"/>
          <w:sz w:val="20"/>
          <w:szCs w:val="20"/>
        </w:rPr>
      </w:pPr>
    </w:p>
    <w:p w14:paraId="1A97379B" w14:textId="77777777" w:rsidR="00A217B4" w:rsidRDefault="00A217B4" w:rsidP="00A217B4">
      <w:pPr>
        <w:tabs>
          <w:tab w:val="left" w:pos="1980"/>
        </w:tabs>
        <w:rPr>
          <w:rFonts w:cs="Arial"/>
          <w:sz w:val="20"/>
          <w:szCs w:val="20"/>
        </w:rPr>
      </w:pPr>
    </w:p>
    <w:p w14:paraId="5CF153B4" w14:textId="77777777" w:rsidR="00A217B4" w:rsidRDefault="00A217B4" w:rsidP="00A217B4">
      <w:pPr>
        <w:tabs>
          <w:tab w:val="left" w:pos="1980"/>
        </w:tabs>
        <w:rPr>
          <w:rFonts w:cs="Arial"/>
          <w:sz w:val="20"/>
          <w:szCs w:val="20"/>
        </w:rPr>
      </w:pPr>
    </w:p>
    <w:p w14:paraId="74276984" w14:textId="77777777" w:rsidR="00A217B4" w:rsidRDefault="00A217B4" w:rsidP="00A217B4">
      <w:pPr>
        <w:tabs>
          <w:tab w:val="left" w:pos="1980"/>
        </w:tabs>
        <w:rPr>
          <w:rFonts w:cs="Arial"/>
          <w:sz w:val="20"/>
          <w:szCs w:val="20"/>
        </w:rPr>
      </w:pPr>
    </w:p>
    <w:p w14:paraId="728FD267" w14:textId="77777777" w:rsidR="00A217B4" w:rsidRDefault="00A217B4" w:rsidP="00A217B4">
      <w:pPr>
        <w:tabs>
          <w:tab w:val="left" w:pos="1980"/>
        </w:tabs>
        <w:rPr>
          <w:rFonts w:cs="Arial"/>
          <w:sz w:val="20"/>
          <w:szCs w:val="20"/>
        </w:rPr>
      </w:pPr>
    </w:p>
    <w:p w14:paraId="780EE6CA" w14:textId="77777777" w:rsidR="00A217B4" w:rsidRDefault="00A217B4" w:rsidP="00A217B4">
      <w:pPr>
        <w:tabs>
          <w:tab w:val="left" w:pos="1980"/>
        </w:tabs>
        <w:rPr>
          <w:rFonts w:cs="Arial"/>
          <w:sz w:val="20"/>
          <w:szCs w:val="20"/>
        </w:rPr>
      </w:pPr>
    </w:p>
    <w:p w14:paraId="42A59E28" w14:textId="77777777" w:rsidR="00A217B4" w:rsidRDefault="00A217B4" w:rsidP="00A217B4">
      <w:pPr>
        <w:tabs>
          <w:tab w:val="left" w:pos="1980"/>
        </w:tabs>
        <w:rPr>
          <w:rFonts w:cs="Arial"/>
          <w:sz w:val="20"/>
          <w:szCs w:val="20"/>
        </w:rPr>
      </w:pPr>
    </w:p>
    <w:p w14:paraId="3964CC2B" w14:textId="77777777" w:rsidR="00A217B4" w:rsidRDefault="00A217B4" w:rsidP="00A217B4">
      <w:pPr>
        <w:tabs>
          <w:tab w:val="left" w:pos="1980"/>
        </w:tabs>
        <w:rPr>
          <w:rFonts w:cs="Arial"/>
          <w:sz w:val="20"/>
          <w:szCs w:val="20"/>
        </w:rPr>
      </w:pPr>
    </w:p>
    <w:p w14:paraId="79261806" w14:textId="77777777" w:rsidR="00A217B4" w:rsidRDefault="00A217B4" w:rsidP="00A217B4">
      <w:pPr>
        <w:tabs>
          <w:tab w:val="left" w:pos="1980"/>
        </w:tabs>
        <w:rPr>
          <w:rFonts w:cs="Arial"/>
          <w:sz w:val="20"/>
          <w:szCs w:val="20"/>
        </w:rPr>
      </w:pPr>
    </w:p>
    <w:p w14:paraId="508F7B7F" w14:textId="77777777" w:rsidR="00A217B4" w:rsidRDefault="00A217B4" w:rsidP="00A217B4">
      <w:pPr>
        <w:tabs>
          <w:tab w:val="left" w:pos="1980"/>
        </w:tabs>
        <w:rPr>
          <w:rFonts w:cs="Arial"/>
          <w:sz w:val="20"/>
          <w:szCs w:val="20"/>
        </w:rPr>
      </w:pPr>
    </w:p>
    <w:p w14:paraId="22CF0D93" w14:textId="77777777" w:rsidR="00A217B4" w:rsidRDefault="00A217B4" w:rsidP="00A217B4">
      <w:pPr>
        <w:tabs>
          <w:tab w:val="left" w:pos="1980"/>
        </w:tabs>
        <w:rPr>
          <w:rFonts w:cs="Arial"/>
          <w:sz w:val="20"/>
          <w:szCs w:val="20"/>
        </w:rPr>
      </w:pPr>
    </w:p>
    <w:p w14:paraId="056F4F70" w14:textId="77777777" w:rsidR="00A217B4" w:rsidRDefault="00A217B4" w:rsidP="00A217B4">
      <w:pPr>
        <w:tabs>
          <w:tab w:val="left" w:pos="1980"/>
        </w:tabs>
        <w:rPr>
          <w:rFonts w:cs="Arial"/>
          <w:sz w:val="20"/>
          <w:szCs w:val="20"/>
        </w:rPr>
      </w:pPr>
    </w:p>
    <w:p w14:paraId="419F318B" w14:textId="4AD58EBC" w:rsidR="004C398A" w:rsidRPr="00A217B4" w:rsidRDefault="00A217B4" w:rsidP="00A217B4">
      <w:pPr>
        <w:jc w:val="center"/>
        <w:rPr>
          <w:rFonts w:cs="Arial"/>
        </w:rPr>
      </w:pPr>
      <w:r>
        <w:rPr>
          <w:rFonts w:cs="Arial"/>
          <w:sz w:val="20"/>
          <w:szCs w:val="20"/>
        </w:rPr>
        <w:tab/>
      </w:r>
      <w:r w:rsidR="00000000" w:rsidRPr="00A217B4">
        <w:rPr>
          <w:rFonts w:cs="Arial"/>
          <w:b/>
          <w:sz w:val="24"/>
        </w:rPr>
        <w:t>FORMATO No. 5</w:t>
      </w:r>
      <w:r w:rsidR="00000000" w:rsidRPr="00A217B4">
        <w:rPr>
          <w:rFonts w:cs="Arial"/>
          <w:b/>
          <w:sz w:val="24"/>
        </w:rPr>
        <w:br/>
        <w:t>COMPROMISO ANTICORRUPCIÓN Y DE TRANSPARENCIA</w:t>
      </w:r>
    </w:p>
    <w:p w14:paraId="5E6BFDFA" w14:textId="77777777" w:rsidR="00A217B4" w:rsidRDefault="00A217B4" w:rsidP="00A217B4">
      <w:pPr>
        <w:jc w:val="both"/>
        <w:rPr>
          <w:rFonts w:cs="Arial"/>
          <w:b/>
        </w:rPr>
      </w:pPr>
    </w:p>
    <w:p w14:paraId="133C81A2" w14:textId="1395FA2B" w:rsidR="004C398A" w:rsidRPr="00A217B4" w:rsidRDefault="00000000" w:rsidP="00A217B4">
      <w:pPr>
        <w:jc w:val="both"/>
        <w:rPr>
          <w:rFonts w:cs="Arial"/>
        </w:rPr>
      </w:pPr>
      <w:r w:rsidRPr="00A217B4">
        <w:rPr>
          <w:rFonts w:cs="Arial"/>
          <w:b/>
        </w:rPr>
        <w:t xml:space="preserve">PROCESO: </w:t>
      </w:r>
      <w:proofErr w:type="spellStart"/>
      <w:r w:rsidRPr="00A217B4">
        <w:rPr>
          <w:rFonts w:cs="Arial"/>
        </w:rPr>
        <w:t>Selección</w:t>
      </w:r>
      <w:proofErr w:type="spellEnd"/>
      <w:r w:rsidRPr="00A217B4">
        <w:rPr>
          <w:rFonts w:cs="Arial"/>
        </w:rPr>
        <w:t xml:space="preserve"> </w:t>
      </w:r>
      <w:proofErr w:type="spellStart"/>
      <w:r w:rsidRPr="00A217B4">
        <w:rPr>
          <w:rFonts w:cs="Arial"/>
        </w:rPr>
        <w:t>Abreviada</w:t>
      </w:r>
      <w:proofErr w:type="spellEnd"/>
      <w:r w:rsidRPr="00A217B4">
        <w:rPr>
          <w:rFonts w:cs="Arial"/>
        </w:rPr>
        <w:t xml:space="preserve"> de Menor Cuantía No. SETIC-SAMC-002-2026</w:t>
      </w:r>
    </w:p>
    <w:p w14:paraId="1345D90E" w14:textId="77777777" w:rsidR="004C398A" w:rsidRPr="00A217B4" w:rsidRDefault="00000000" w:rsidP="00A217B4">
      <w:pPr>
        <w:jc w:val="both"/>
        <w:rPr>
          <w:rFonts w:cs="Arial"/>
        </w:rPr>
      </w:pPr>
      <w:r w:rsidRPr="00A217B4">
        <w:rPr>
          <w:rFonts w:cs="Arial"/>
          <w:b/>
        </w:rPr>
        <w:t xml:space="preserve">OBJETO: </w:t>
      </w:r>
      <w:r w:rsidRPr="00A217B4">
        <w:rPr>
          <w:rFonts w:cs="Arial"/>
        </w:rPr>
        <w:t>Prestación de servicios para la implementación, soporte y mantenimiento bajo la modalidad de uso de un Sistema de Administración de Recaudo para el Departamento del Valle del Cauca, que garantice la continuidad de la gestión financiera y tributaria, dentro del proyecto denominado “Modernización de la Infraestructura TI y Servicios Informáticos de la Gobernación del Valle del Cauca”.</w:t>
      </w:r>
    </w:p>
    <w:p w14:paraId="79A4A036" w14:textId="77777777" w:rsidR="004C398A" w:rsidRPr="00A217B4" w:rsidRDefault="00000000" w:rsidP="00A217B4">
      <w:pPr>
        <w:jc w:val="both"/>
        <w:rPr>
          <w:rFonts w:cs="Arial"/>
        </w:rPr>
      </w:pPr>
      <w:r w:rsidRPr="00A217B4">
        <w:rPr>
          <w:rFonts w:cs="Arial"/>
        </w:rPr>
        <w:t>Yo, ________________________________________, en nombre propio o en representación de ________________________________________, asumo bajo la gravedad del juramento los siguientes compromisos:</w:t>
      </w:r>
    </w:p>
    <w:p w14:paraId="3BA32550" w14:textId="77777777" w:rsidR="004C398A" w:rsidRPr="00A217B4" w:rsidRDefault="00000000" w:rsidP="00A217B4">
      <w:pPr>
        <w:pStyle w:val="Listaconvietas"/>
        <w:jc w:val="both"/>
        <w:rPr>
          <w:rFonts w:cs="Arial"/>
        </w:rPr>
      </w:pPr>
      <w:r w:rsidRPr="00A217B4">
        <w:rPr>
          <w:rFonts w:cs="Arial"/>
        </w:rPr>
        <w:t>No ofrecer, prometer, entregar o autorizar pagos, dádivas, beneficios o ventajas indebidas a servidores públicos o terceros relacionados con el proceso contractual.</w:t>
      </w:r>
    </w:p>
    <w:p w14:paraId="7CDB44E7" w14:textId="77777777" w:rsidR="004C398A" w:rsidRPr="00A217B4" w:rsidRDefault="00000000" w:rsidP="00A217B4">
      <w:pPr>
        <w:pStyle w:val="Listaconvietas"/>
        <w:jc w:val="both"/>
        <w:rPr>
          <w:rFonts w:cs="Arial"/>
        </w:rPr>
      </w:pPr>
      <w:r w:rsidRPr="00A217B4">
        <w:rPr>
          <w:rFonts w:cs="Arial"/>
        </w:rPr>
        <w:t>No realizar acuerdos, prácticas colusorias o conductas que tengan por objeto o efecto restringir la libre competencia o alterar la selección objetiva.</w:t>
      </w:r>
    </w:p>
    <w:p w14:paraId="02EF3FC4" w14:textId="77777777" w:rsidR="004C398A" w:rsidRPr="00A217B4" w:rsidRDefault="00000000" w:rsidP="00A217B4">
      <w:pPr>
        <w:pStyle w:val="Listaconvietas"/>
        <w:jc w:val="both"/>
        <w:rPr>
          <w:rFonts w:cs="Arial"/>
        </w:rPr>
      </w:pPr>
      <w:r w:rsidRPr="00A217B4">
        <w:rPr>
          <w:rFonts w:cs="Arial"/>
        </w:rPr>
        <w:t>Revelar oportunamente cualquier conflicto de interés real, potencial o aparente que pueda afectar mi participación en el proceso.</w:t>
      </w:r>
    </w:p>
    <w:p w14:paraId="2F6E009F" w14:textId="77777777" w:rsidR="004C398A" w:rsidRPr="00A217B4" w:rsidRDefault="00000000" w:rsidP="00A217B4">
      <w:pPr>
        <w:pStyle w:val="Listaconvietas"/>
        <w:jc w:val="both"/>
        <w:rPr>
          <w:rFonts w:cs="Arial"/>
        </w:rPr>
      </w:pPr>
      <w:r w:rsidRPr="00A217B4">
        <w:rPr>
          <w:rFonts w:cs="Arial"/>
        </w:rPr>
        <w:t>Impartir instrucciones a empleados, agentes, asesores y subcontratistas para observar la normativa colombiana y los principios de transparencia, moralidad y buena fe.</w:t>
      </w:r>
    </w:p>
    <w:p w14:paraId="2A1A9301" w14:textId="77777777" w:rsidR="004C398A" w:rsidRPr="00A217B4" w:rsidRDefault="00000000" w:rsidP="00A217B4">
      <w:pPr>
        <w:pStyle w:val="Listaconvietas"/>
        <w:jc w:val="both"/>
        <w:rPr>
          <w:rFonts w:cs="Arial"/>
        </w:rPr>
      </w:pPr>
      <w:r w:rsidRPr="00A217B4">
        <w:rPr>
          <w:rFonts w:cs="Arial"/>
        </w:rPr>
        <w:t>Informar a la Entidad cualquier hecho irregular del que tenga conocimiento durante el proceso de selección o la ejecución del contrato.</w:t>
      </w:r>
    </w:p>
    <w:p w14:paraId="58866388" w14:textId="77777777" w:rsidR="004C398A" w:rsidRPr="00A217B4" w:rsidRDefault="00000000" w:rsidP="00A217B4">
      <w:pPr>
        <w:jc w:val="both"/>
        <w:rPr>
          <w:rFonts w:cs="Arial"/>
        </w:rPr>
      </w:pPr>
      <w:r w:rsidRPr="00A217B4">
        <w:rPr>
          <w:rFonts w:cs="Arial"/>
        </w:rPr>
        <w:br/>
        <w:t>Atentamente,</w:t>
      </w:r>
    </w:p>
    <w:tbl>
      <w:tblPr>
        <w:tblW w:w="0" w:type="auto"/>
        <w:jc w:val="center"/>
        <w:tblLook w:val="04A0" w:firstRow="1" w:lastRow="0" w:firstColumn="1" w:lastColumn="0" w:noHBand="0" w:noVBand="1"/>
      </w:tblPr>
      <w:tblGrid>
        <w:gridCol w:w="5112"/>
        <w:gridCol w:w="5112"/>
      </w:tblGrid>
      <w:tr w:rsidR="004C398A" w:rsidRPr="00A217B4" w14:paraId="6FAE85AD" w14:textId="77777777">
        <w:trPr>
          <w:jc w:val="center"/>
        </w:trPr>
        <w:tc>
          <w:tcPr>
            <w:tcW w:w="5112" w:type="dxa"/>
            <w:tcMar>
              <w:top w:w="80" w:type="dxa"/>
              <w:left w:w="80" w:type="dxa"/>
              <w:bottom w:w="80" w:type="dxa"/>
              <w:right w:w="80" w:type="dxa"/>
            </w:tcMar>
          </w:tcPr>
          <w:p w14:paraId="36A52DE6" w14:textId="77777777" w:rsidR="004C398A" w:rsidRPr="00A217B4" w:rsidRDefault="00000000" w:rsidP="00A217B4">
            <w:pPr>
              <w:jc w:val="both"/>
              <w:rPr>
                <w:rFonts w:cs="Arial"/>
              </w:rPr>
            </w:pPr>
            <w:r w:rsidRPr="00A217B4">
              <w:rPr>
                <w:rFonts w:cs="Arial"/>
              </w:rPr>
              <w:t>Nombre / Razón social</w:t>
            </w:r>
          </w:p>
        </w:tc>
        <w:tc>
          <w:tcPr>
            <w:tcW w:w="5112" w:type="dxa"/>
            <w:tcMar>
              <w:top w:w="80" w:type="dxa"/>
              <w:left w:w="80" w:type="dxa"/>
              <w:bottom w:w="80" w:type="dxa"/>
              <w:right w:w="80" w:type="dxa"/>
            </w:tcMar>
          </w:tcPr>
          <w:p w14:paraId="79DEB40E" w14:textId="77777777" w:rsidR="004C398A" w:rsidRPr="00A217B4" w:rsidRDefault="00000000" w:rsidP="00A217B4">
            <w:pPr>
              <w:jc w:val="both"/>
              <w:rPr>
                <w:rFonts w:cs="Arial"/>
              </w:rPr>
            </w:pPr>
            <w:r w:rsidRPr="00A217B4">
              <w:rPr>
                <w:rFonts w:cs="Arial"/>
              </w:rPr>
              <w:t>____________________________________________</w:t>
            </w:r>
          </w:p>
        </w:tc>
      </w:tr>
      <w:tr w:rsidR="004C398A" w:rsidRPr="00A217B4" w14:paraId="7221DE84" w14:textId="77777777">
        <w:trPr>
          <w:jc w:val="center"/>
        </w:trPr>
        <w:tc>
          <w:tcPr>
            <w:tcW w:w="5112" w:type="dxa"/>
            <w:tcMar>
              <w:top w:w="80" w:type="dxa"/>
              <w:left w:w="80" w:type="dxa"/>
              <w:bottom w:w="80" w:type="dxa"/>
              <w:right w:w="80" w:type="dxa"/>
            </w:tcMar>
          </w:tcPr>
          <w:p w14:paraId="154B4326" w14:textId="77777777" w:rsidR="004C398A" w:rsidRPr="00A217B4" w:rsidRDefault="00000000" w:rsidP="00A217B4">
            <w:pPr>
              <w:jc w:val="both"/>
              <w:rPr>
                <w:rFonts w:cs="Arial"/>
              </w:rPr>
            </w:pPr>
            <w:r w:rsidRPr="00A217B4">
              <w:rPr>
                <w:rFonts w:cs="Arial"/>
              </w:rPr>
              <w:t>C.C. / NIT</w:t>
            </w:r>
          </w:p>
        </w:tc>
        <w:tc>
          <w:tcPr>
            <w:tcW w:w="5112" w:type="dxa"/>
            <w:tcMar>
              <w:top w:w="80" w:type="dxa"/>
              <w:left w:w="80" w:type="dxa"/>
              <w:bottom w:w="80" w:type="dxa"/>
              <w:right w:w="80" w:type="dxa"/>
            </w:tcMar>
          </w:tcPr>
          <w:p w14:paraId="035BC1AE" w14:textId="77777777" w:rsidR="004C398A" w:rsidRPr="00A217B4" w:rsidRDefault="00000000" w:rsidP="00A217B4">
            <w:pPr>
              <w:jc w:val="both"/>
              <w:rPr>
                <w:rFonts w:cs="Arial"/>
              </w:rPr>
            </w:pPr>
            <w:r w:rsidRPr="00A217B4">
              <w:rPr>
                <w:rFonts w:cs="Arial"/>
              </w:rPr>
              <w:t>____________________________________________</w:t>
            </w:r>
          </w:p>
        </w:tc>
      </w:tr>
      <w:tr w:rsidR="004C398A" w:rsidRPr="00A217B4" w14:paraId="11396FEC" w14:textId="77777777">
        <w:trPr>
          <w:jc w:val="center"/>
        </w:trPr>
        <w:tc>
          <w:tcPr>
            <w:tcW w:w="5112" w:type="dxa"/>
            <w:tcMar>
              <w:top w:w="80" w:type="dxa"/>
              <w:left w:w="80" w:type="dxa"/>
              <w:bottom w:w="80" w:type="dxa"/>
              <w:right w:w="80" w:type="dxa"/>
            </w:tcMar>
          </w:tcPr>
          <w:p w14:paraId="18625189" w14:textId="77777777" w:rsidR="004C398A" w:rsidRPr="00A217B4" w:rsidRDefault="00000000" w:rsidP="00A217B4">
            <w:pPr>
              <w:jc w:val="both"/>
              <w:rPr>
                <w:rFonts w:cs="Arial"/>
              </w:rPr>
            </w:pPr>
            <w:r w:rsidRPr="00A217B4">
              <w:rPr>
                <w:rFonts w:cs="Arial"/>
              </w:rPr>
              <w:t>Correo electrónico</w:t>
            </w:r>
          </w:p>
        </w:tc>
        <w:tc>
          <w:tcPr>
            <w:tcW w:w="5112" w:type="dxa"/>
            <w:tcMar>
              <w:top w:w="80" w:type="dxa"/>
              <w:left w:w="80" w:type="dxa"/>
              <w:bottom w:w="80" w:type="dxa"/>
              <w:right w:w="80" w:type="dxa"/>
            </w:tcMar>
          </w:tcPr>
          <w:p w14:paraId="0EDEB7AF" w14:textId="77777777" w:rsidR="004C398A" w:rsidRPr="00A217B4" w:rsidRDefault="00000000" w:rsidP="00A217B4">
            <w:pPr>
              <w:jc w:val="both"/>
              <w:rPr>
                <w:rFonts w:cs="Arial"/>
              </w:rPr>
            </w:pPr>
            <w:r w:rsidRPr="00A217B4">
              <w:rPr>
                <w:rFonts w:cs="Arial"/>
              </w:rPr>
              <w:t>____________________________________________</w:t>
            </w:r>
          </w:p>
        </w:tc>
      </w:tr>
      <w:tr w:rsidR="004C398A" w:rsidRPr="00A217B4" w14:paraId="3E9A5125" w14:textId="77777777">
        <w:trPr>
          <w:jc w:val="center"/>
        </w:trPr>
        <w:tc>
          <w:tcPr>
            <w:tcW w:w="5112" w:type="dxa"/>
            <w:tcMar>
              <w:top w:w="80" w:type="dxa"/>
              <w:left w:w="80" w:type="dxa"/>
              <w:bottom w:w="80" w:type="dxa"/>
              <w:right w:w="80" w:type="dxa"/>
            </w:tcMar>
          </w:tcPr>
          <w:p w14:paraId="63875ED0" w14:textId="77777777" w:rsidR="004C398A" w:rsidRPr="00A217B4" w:rsidRDefault="00000000" w:rsidP="00A217B4">
            <w:pPr>
              <w:jc w:val="both"/>
              <w:rPr>
                <w:rFonts w:cs="Arial"/>
              </w:rPr>
            </w:pPr>
            <w:r w:rsidRPr="00A217B4">
              <w:rPr>
                <w:rFonts w:cs="Arial"/>
              </w:rPr>
              <w:t>Firma</w:t>
            </w:r>
          </w:p>
        </w:tc>
        <w:tc>
          <w:tcPr>
            <w:tcW w:w="5112" w:type="dxa"/>
            <w:tcMar>
              <w:top w:w="80" w:type="dxa"/>
              <w:left w:w="80" w:type="dxa"/>
              <w:bottom w:w="80" w:type="dxa"/>
              <w:right w:w="80" w:type="dxa"/>
            </w:tcMar>
          </w:tcPr>
          <w:p w14:paraId="5B4D4699" w14:textId="77777777" w:rsidR="004C398A" w:rsidRPr="00A217B4" w:rsidRDefault="00000000" w:rsidP="00A217B4">
            <w:pPr>
              <w:jc w:val="both"/>
              <w:rPr>
                <w:rFonts w:cs="Arial"/>
              </w:rPr>
            </w:pPr>
            <w:r w:rsidRPr="00A217B4">
              <w:rPr>
                <w:rFonts w:cs="Arial"/>
              </w:rPr>
              <w:t>____________________________________________</w:t>
            </w:r>
          </w:p>
        </w:tc>
      </w:tr>
    </w:tbl>
    <w:p w14:paraId="4127D20E" w14:textId="77777777" w:rsidR="004C398A" w:rsidRPr="00A217B4" w:rsidRDefault="00000000" w:rsidP="00A217B4">
      <w:pPr>
        <w:jc w:val="both"/>
        <w:rPr>
          <w:rFonts w:cs="Arial"/>
        </w:rPr>
      </w:pPr>
      <w:r w:rsidRPr="00A217B4">
        <w:rPr>
          <w:rFonts w:cs="Arial"/>
        </w:rPr>
        <w:br w:type="page"/>
      </w:r>
    </w:p>
    <w:p w14:paraId="2FB24638" w14:textId="77777777" w:rsidR="004C398A" w:rsidRPr="00A217B4" w:rsidRDefault="00000000" w:rsidP="00A217B4">
      <w:pPr>
        <w:jc w:val="center"/>
        <w:rPr>
          <w:rFonts w:cs="Arial"/>
        </w:rPr>
      </w:pPr>
      <w:r w:rsidRPr="00A217B4">
        <w:rPr>
          <w:rFonts w:cs="Arial"/>
          <w:b/>
          <w:sz w:val="24"/>
        </w:rPr>
        <w:lastRenderedPageBreak/>
        <w:t>FORMATO No. 6A</w:t>
      </w:r>
      <w:r w:rsidRPr="00A217B4">
        <w:rPr>
          <w:rFonts w:cs="Arial"/>
          <w:b/>
          <w:sz w:val="24"/>
        </w:rPr>
        <w:br/>
        <w:t>MODELO DE DOCUMENTO DE CONFORMACIÓN DE UNIÓN TEMPORAL</w:t>
      </w:r>
    </w:p>
    <w:p w14:paraId="73E1E071" w14:textId="77777777" w:rsidR="00A217B4" w:rsidRDefault="00A217B4" w:rsidP="00A217B4">
      <w:pPr>
        <w:jc w:val="both"/>
        <w:rPr>
          <w:rFonts w:cs="Arial"/>
          <w:b/>
        </w:rPr>
      </w:pPr>
    </w:p>
    <w:p w14:paraId="653C91BB" w14:textId="3B6C577F" w:rsidR="004C398A" w:rsidRPr="00A217B4" w:rsidRDefault="00000000" w:rsidP="00A217B4">
      <w:pPr>
        <w:jc w:val="both"/>
        <w:rPr>
          <w:rFonts w:cs="Arial"/>
        </w:rPr>
      </w:pPr>
      <w:r w:rsidRPr="00A217B4">
        <w:rPr>
          <w:rFonts w:cs="Arial"/>
          <w:b/>
        </w:rPr>
        <w:t xml:space="preserve">PROCESO: </w:t>
      </w:r>
      <w:proofErr w:type="spellStart"/>
      <w:r w:rsidRPr="00A217B4">
        <w:rPr>
          <w:rFonts w:cs="Arial"/>
        </w:rPr>
        <w:t>Selección</w:t>
      </w:r>
      <w:proofErr w:type="spellEnd"/>
      <w:r w:rsidRPr="00A217B4">
        <w:rPr>
          <w:rFonts w:cs="Arial"/>
        </w:rPr>
        <w:t xml:space="preserve"> </w:t>
      </w:r>
      <w:proofErr w:type="spellStart"/>
      <w:r w:rsidRPr="00A217B4">
        <w:rPr>
          <w:rFonts w:cs="Arial"/>
        </w:rPr>
        <w:t>Abreviada</w:t>
      </w:r>
      <w:proofErr w:type="spellEnd"/>
      <w:r w:rsidRPr="00A217B4">
        <w:rPr>
          <w:rFonts w:cs="Arial"/>
        </w:rPr>
        <w:t xml:space="preserve"> de Menor Cuantía No. SETIC-SAMC-002-2026</w:t>
      </w:r>
    </w:p>
    <w:p w14:paraId="54D97010" w14:textId="77777777" w:rsidR="00A217B4" w:rsidRDefault="00A217B4" w:rsidP="00A217B4">
      <w:pPr>
        <w:jc w:val="both"/>
        <w:rPr>
          <w:rFonts w:cs="Arial"/>
          <w:b/>
        </w:rPr>
      </w:pPr>
    </w:p>
    <w:p w14:paraId="5FAFA665" w14:textId="3D2523C1" w:rsidR="004C398A" w:rsidRPr="00A217B4" w:rsidRDefault="00000000" w:rsidP="00A217B4">
      <w:pPr>
        <w:jc w:val="both"/>
        <w:rPr>
          <w:rFonts w:cs="Arial"/>
        </w:rPr>
      </w:pPr>
      <w:r w:rsidRPr="00A217B4">
        <w:rPr>
          <w:rFonts w:cs="Arial"/>
          <w:b/>
        </w:rPr>
        <w:t xml:space="preserve">OBJETO: </w:t>
      </w:r>
      <w:proofErr w:type="spellStart"/>
      <w:r w:rsidRPr="00A217B4">
        <w:rPr>
          <w:rFonts w:cs="Arial"/>
        </w:rPr>
        <w:t>Prestación</w:t>
      </w:r>
      <w:proofErr w:type="spellEnd"/>
      <w:r w:rsidRPr="00A217B4">
        <w:rPr>
          <w:rFonts w:cs="Arial"/>
        </w:rPr>
        <w:t xml:space="preserve"> de </w:t>
      </w:r>
      <w:proofErr w:type="spellStart"/>
      <w:r w:rsidRPr="00A217B4">
        <w:rPr>
          <w:rFonts w:cs="Arial"/>
        </w:rPr>
        <w:t>servicios</w:t>
      </w:r>
      <w:proofErr w:type="spellEnd"/>
      <w:r w:rsidRPr="00A217B4">
        <w:rPr>
          <w:rFonts w:cs="Arial"/>
        </w:rPr>
        <w:t xml:space="preserve"> para la implementación, soporte y mantenimiento bajo la modalidad de uso de </w:t>
      </w:r>
      <w:proofErr w:type="gramStart"/>
      <w:r w:rsidRPr="00A217B4">
        <w:rPr>
          <w:rFonts w:cs="Arial"/>
        </w:rPr>
        <w:t>un Sistema</w:t>
      </w:r>
      <w:proofErr w:type="gramEnd"/>
      <w:r w:rsidRPr="00A217B4">
        <w:rPr>
          <w:rFonts w:cs="Arial"/>
        </w:rPr>
        <w:t xml:space="preserve"> de Administración de Recaudo para el Departamento del Valle del Cauca, que garantice la continuidad de la gestión financiera y tributaria, dentro del proyecto denominado “Modernización de la Infraestructura TI y Servicios Informáticos de la Gobernación del Valle del Cauca”.</w:t>
      </w:r>
    </w:p>
    <w:p w14:paraId="6C94A741" w14:textId="77777777" w:rsidR="00A217B4" w:rsidRDefault="00A217B4" w:rsidP="00A217B4">
      <w:pPr>
        <w:jc w:val="both"/>
        <w:rPr>
          <w:rFonts w:cs="Arial"/>
        </w:rPr>
      </w:pPr>
    </w:p>
    <w:p w14:paraId="708F6D5F" w14:textId="34AD048F" w:rsidR="004C398A" w:rsidRPr="00A217B4" w:rsidRDefault="00000000" w:rsidP="00A217B4">
      <w:pPr>
        <w:jc w:val="both"/>
        <w:rPr>
          <w:rFonts w:cs="Arial"/>
        </w:rPr>
      </w:pPr>
      <w:r w:rsidRPr="00A217B4">
        <w:rPr>
          <w:rFonts w:cs="Arial"/>
        </w:rPr>
        <w:t xml:space="preserve">Los </w:t>
      </w:r>
      <w:proofErr w:type="spellStart"/>
      <w:r w:rsidRPr="00A217B4">
        <w:rPr>
          <w:rFonts w:cs="Arial"/>
        </w:rPr>
        <w:t>suscritos</w:t>
      </w:r>
      <w:proofErr w:type="spellEnd"/>
      <w:r w:rsidRPr="00A217B4">
        <w:rPr>
          <w:rFonts w:cs="Arial"/>
        </w:rPr>
        <w:t>, __________________________________ y __________________________________, debidamente facultados para actuar en nombre y representación de __________________________________ y __________________________________, manifestamos que hemos convenido asociarnos bajo la figura de UNIÓN TEMPORAL para participar en el proceso de la referencia.</w:t>
      </w:r>
    </w:p>
    <w:tbl>
      <w:tblPr>
        <w:tblStyle w:val="Tablaconcuadrculaclara"/>
        <w:tblW w:w="0" w:type="auto"/>
        <w:tblLook w:val="04A0" w:firstRow="1" w:lastRow="0" w:firstColumn="1" w:lastColumn="0" w:noHBand="0" w:noVBand="1"/>
      </w:tblPr>
      <w:tblGrid>
        <w:gridCol w:w="2553"/>
        <w:gridCol w:w="2553"/>
        <w:gridCol w:w="2554"/>
        <w:gridCol w:w="2554"/>
      </w:tblGrid>
      <w:tr w:rsidR="004C398A" w:rsidRPr="00A217B4" w14:paraId="023BAC9D" w14:textId="77777777" w:rsidTr="00A217B4">
        <w:tc>
          <w:tcPr>
            <w:tcW w:w="2556" w:type="dxa"/>
          </w:tcPr>
          <w:p w14:paraId="4963B8F1" w14:textId="77777777" w:rsidR="004C398A" w:rsidRPr="00A217B4" w:rsidRDefault="00000000" w:rsidP="00A217B4">
            <w:pPr>
              <w:jc w:val="both"/>
              <w:rPr>
                <w:rFonts w:cs="Arial"/>
              </w:rPr>
            </w:pPr>
            <w:r w:rsidRPr="00A217B4">
              <w:rPr>
                <w:rFonts w:cs="Arial"/>
              </w:rPr>
              <w:t>Integrante</w:t>
            </w:r>
          </w:p>
        </w:tc>
        <w:tc>
          <w:tcPr>
            <w:tcW w:w="2556" w:type="dxa"/>
          </w:tcPr>
          <w:p w14:paraId="11BAD0E4" w14:textId="77777777" w:rsidR="004C398A" w:rsidRPr="00A217B4" w:rsidRDefault="00000000" w:rsidP="00A217B4">
            <w:pPr>
              <w:jc w:val="both"/>
              <w:rPr>
                <w:rFonts w:cs="Arial"/>
              </w:rPr>
            </w:pPr>
            <w:r w:rsidRPr="00A217B4">
              <w:rPr>
                <w:rFonts w:cs="Arial"/>
              </w:rPr>
              <w:t>NIT / C.C.</w:t>
            </w:r>
          </w:p>
        </w:tc>
        <w:tc>
          <w:tcPr>
            <w:tcW w:w="2556" w:type="dxa"/>
          </w:tcPr>
          <w:p w14:paraId="46EC7E6A" w14:textId="77777777" w:rsidR="004C398A" w:rsidRPr="00A217B4" w:rsidRDefault="00000000" w:rsidP="00A217B4">
            <w:pPr>
              <w:jc w:val="both"/>
              <w:rPr>
                <w:rFonts w:cs="Arial"/>
              </w:rPr>
            </w:pPr>
            <w:r w:rsidRPr="00A217B4">
              <w:rPr>
                <w:rFonts w:cs="Arial"/>
              </w:rPr>
              <w:t>Porcentaje de participación</w:t>
            </w:r>
          </w:p>
        </w:tc>
        <w:tc>
          <w:tcPr>
            <w:tcW w:w="2556" w:type="dxa"/>
          </w:tcPr>
          <w:p w14:paraId="79BA7C33" w14:textId="77777777" w:rsidR="004C398A" w:rsidRPr="00A217B4" w:rsidRDefault="00000000" w:rsidP="00A217B4">
            <w:pPr>
              <w:jc w:val="both"/>
              <w:rPr>
                <w:rFonts w:cs="Arial"/>
              </w:rPr>
            </w:pPr>
            <w:r w:rsidRPr="00A217B4">
              <w:rPr>
                <w:rFonts w:cs="Arial"/>
              </w:rPr>
              <w:t>Actividades / alcance a ejecutar</w:t>
            </w:r>
          </w:p>
        </w:tc>
      </w:tr>
      <w:tr w:rsidR="004C398A" w:rsidRPr="00A217B4" w14:paraId="0EFA82B5" w14:textId="77777777" w:rsidTr="00A217B4">
        <w:tc>
          <w:tcPr>
            <w:tcW w:w="2556" w:type="dxa"/>
          </w:tcPr>
          <w:p w14:paraId="4659AEB8" w14:textId="77777777" w:rsidR="004C398A" w:rsidRPr="00A217B4" w:rsidRDefault="004C398A" w:rsidP="00A217B4">
            <w:pPr>
              <w:jc w:val="both"/>
              <w:rPr>
                <w:rFonts w:cs="Arial"/>
              </w:rPr>
            </w:pPr>
          </w:p>
        </w:tc>
        <w:tc>
          <w:tcPr>
            <w:tcW w:w="2556" w:type="dxa"/>
          </w:tcPr>
          <w:p w14:paraId="79909EB6" w14:textId="77777777" w:rsidR="004C398A" w:rsidRPr="00A217B4" w:rsidRDefault="004C398A" w:rsidP="00A217B4">
            <w:pPr>
              <w:jc w:val="both"/>
              <w:rPr>
                <w:rFonts w:cs="Arial"/>
              </w:rPr>
            </w:pPr>
          </w:p>
        </w:tc>
        <w:tc>
          <w:tcPr>
            <w:tcW w:w="2556" w:type="dxa"/>
          </w:tcPr>
          <w:p w14:paraId="3C25A31B" w14:textId="77777777" w:rsidR="004C398A" w:rsidRPr="00A217B4" w:rsidRDefault="004C398A" w:rsidP="00A217B4">
            <w:pPr>
              <w:jc w:val="both"/>
              <w:rPr>
                <w:rFonts w:cs="Arial"/>
              </w:rPr>
            </w:pPr>
          </w:p>
        </w:tc>
        <w:tc>
          <w:tcPr>
            <w:tcW w:w="2556" w:type="dxa"/>
          </w:tcPr>
          <w:p w14:paraId="0AEF075F" w14:textId="77777777" w:rsidR="004C398A" w:rsidRPr="00A217B4" w:rsidRDefault="004C398A" w:rsidP="00A217B4">
            <w:pPr>
              <w:jc w:val="both"/>
              <w:rPr>
                <w:rFonts w:cs="Arial"/>
              </w:rPr>
            </w:pPr>
          </w:p>
        </w:tc>
      </w:tr>
      <w:tr w:rsidR="004C398A" w:rsidRPr="00A217B4" w14:paraId="23AC8898" w14:textId="77777777" w:rsidTr="00A217B4">
        <w:tc>
          <w:tcPr>
            <w:tcW w:w="2556" w:type="dxa"/>
          </w:tcPr>
          <w:p w14:paraId="3B752043" w14:textId="77777777" w:rsidR="004C398A" w:rsidRPr="00A217B4" w:rsidRDefault="004C398A" w:rsidP="00A217B4">
            <w:pPr>
              <w:jc w:val="both"/>
              <w:rPr>
                <w:rFonts w:cs="Arial"/>
              </w:rPr>
            </w:pPr>
          </w:p>
        </w:tc>
        <w:tc>
          <w:tcPr>
            <w:tcW w:w="2556" w:type="dxa"/>
          </w:tcPr>
          <w:p w14:paraId="17638142" w14:textId="77777777" w:rsidR="004C398A" w:rsidRPr="00A217B4" w:rsidRDefault="004C398A" w:rsidP="00A217B4">
            <w:pPr>
              <w:jc w:val="both"/>
              <w:rPr>
                <w:rFonts w:cs="Arial"/>
              </w:rPr>
            </w:pPr>
          </w:p>
        </w:tc>
        <w:tc>
          <w:tcPr>
            <w:tcW w:w="2556" w:type="dxa"/>
          </w:tcPr>
          <w:p w14:paraId="5F628F6D" w14:textId="77777777" w:rsidR="004C398A" w:rsidRPr="00A217B4" w:rsidRDefault="004C398A" w:rsidP="00A217B4">
            <w:pPr>
              <w:jc w:val="both"/>
              <w:rPr>
                <w:rFonts w:cs="Arial"/>
              </w:rPr>
            </w:pPr>
          </w:p>
        </w:tc>
        <w:tc>
          <w:tcPr>
            <w:tcW w:w="2556" w:type="dxa"/>
          </w:tcPr>
          <w:p w14:paraId="63252941" w14:textId="77777777" w:rsidR="004C398A" w:rsidRPr="00A217B4" w:rsidRDefault="004C398A" w:rsidP="00A217B4">
            <w:pPr>
              <w:jc w:val="both"/>
              <w:rPr>
                <w:rFonts w:cs="Arial"/>
              </w:rPr>
            </w:pPr>
          </w:p>
        </w:tc>
      </w:tr>
    </w:tbl>
    <w:p w14:paraId="2D00EADD" w14:textId="77777777" w:rsidR="004C398A" w:rsidRPr="00A217B4" w:rsidRDefault="00000000" w:rsidP="00A217B4">
      <w:pPr>
        <w:jc w:val="both"/>
        <w:rPr>
          <w:rFonts w:cs="Arial"/>
        </w:rPr>
      </w:pPr>
      <w:r w:rsidRPr="00A217B4">
        <w:rPr>
          <w:rFonts w:cs="Arial"/>
        </w:rPr>
        <w:t>La duración de la Unión Temporal será igual al plazo de ejecución del contrato y un (1) año más. La suma de los porcentajes de participación deberá ser igual al 100%.</w:t>
      </w:r>
    </w:p>
    <w:p w14:paraId="173EEA3E" w14:textId="61D359DB" w:rsidR="004C398A" w:rsidRPr="00A217B4" w:rsidRDefault="00000000" w:rsidP="00A217B4">
      <w:pPr>
        <w:jc w:val="both"/>
        <w:rPr>
          <w:rFonts w:cs="Arial"/>
        </w:rPr>
      </w:pPr>
      <w:r w:rsidRPr="00A217B4">
        <w:rPr>
          <w:rFonts w:cs="Arial"/>
        </w:rPr>
        <w:t xml:space="preserve">Representante de la Unión Temporal: ________________________________, C.C. No. __________________, </w:t>
      </w:r>
      <w:proofErr w:type="spellStart"/>
      <w:r w:rsidRPr="00A217B4">
        <w:rPr>
          <w:rFonts w:cs="Arial"/>
        </w:rPr>
        <w:t>facultado</w:t>
      </w:r>
      <w:proofErr w:type="spellEnd"/>
      <w:r w:rsidRPr="00A217B4">
        <w:rPr>
          <w:rFonts w:cs="Arial"/>
        </w:rPr>
        <w:t xml:space="preserve"> para </w:t>
      </w:r>
      <w:r w:rsidR="00A217B4">
        <w:rPr>
          <w:rFonts w:cs="Arial"/>
        </w:rPr>
        <w:pgNum/>
      </w:r>
      <w:proofErr w:type="spellStart"/>
      <w:r w:rsidR="00A217B4">
        <w:rPr>
          <w:rFonts w:cs="Arial"/>
        </w:rPr>
        <w:t>ecisions</w:t>
      </w:r>
      <w:proofErr w:type="spellEnd"/>
      <w:r w:rsidRPr="00A217B4">
        <w:rPr>
          <w:rFonts w:cs="Arial"/>
        </w:rPr>
        <w:t xml:space="preserve"> la </w:t>
      </w:r>
      <w:proofErr w:type="spellStart"/>
      <w:r w:rsidRPr="00A217B4">
        <w:rPr>
          <w:rFonts w:cs="Arial"/>
        </w:rPr>
        <w:t>oferta</w:t>
      </w:r>
      <w:proofErr w:type="spellEnd"/>
      <w:r w:rsidRPr="00A217B4">
        <w:rPr>
          <w:rFonts w:cs="Arial"/>
        </w:rPr>
        <w:t xml:space="preserve">, </w:t>
      </w:r>
      <w:proofErr w:type="spellStart"/>
      <w:r w:rsidRPr="00A217B4">
        <w:rPr>
          <w:rFonts w:cs="Arial"/>
        </w:rPr>
        <w:t>suscribir</w:t>
      </w:r>
      <w:proofErr w:type="spellEnd"/>
      <w:r w:rsidRPr="00A217B4">
        <w:rPr>
          <w:rFonts w:cs="Arial"/>
        </w:rPr>
        <w:t xml:space="preserve"> el </w:t>
      </w:r>
      <w:proofErr w:type="spellStart"/>
      <w:r w:rsidRPr="00A217B4">
        <w:rPr>
          <w:rFonts w:cs="Arial"/>
        </w:rPr>
        <w:t>contrato</w:t>
      </w:r>
      <w:proofErr w:type="spellEnd"/>
      <w:r w:rsidRPr="00A217B4">
        <w:rPr>
          <w:rFonts w:cs="Arial"/>
        </w:rPr>
        <w:t xml:space="preserve"> y </w:t>
      </w:r>
      <w:r w:rsidR="00A217B4">
        <w:rPr>
          <w:rFonts w:cs="Arial"/>
        </w:rPr>
        <w:pgNum/>
      </w:r>
      <w:proofErr w:type="spellStart"/>
      <w:r w:rsidR="00A217B4">
        <w:rPr>
          <w:rFonts w:cs="Arial"/>
        </w:rPr>
        <w:t>ecisio</w:t>
      </w:r>
      <w:proofErr w:type="spellEnd"/>
      <w:r w:rsidRPr="00A217B4">
        <w:rPr>
          <w:rFonts w:cs="Arial"/>
        </w:rPr>
        <w:t xml:space="preserve"> las </w:t>
      </w:r>
      <w:r w:rsidR="00A217B4">
        <w:rPr>
          <w:rFonts w:cs="Arial"/>
        </w:rPr>
        <w:pgNum/>
      </w:r>
      <w:proofErr w:type="spellStart"/>
      <w:r w:rsidR="00A217B4">
        <w:rPr>
          <w:rFonts w:cs="Arial"/>
        </w:rPr>
        <w:t>ecisions</w:t>
      </w:r>
      <w:proofErr w:type="spellEnd"/>
      <w:r w:rsidRPr="00A217B4">
        <w:rPr>
          <w:rFonts w:cs="Arial"/>
        </w:rPr>
        <w:t xml:space="preserve"> </w:t>
      </w:r>
      <w:proofErr w:type="spellStart"/>
      <w:r w:rsidRPr="00A217B4">
        <w:rPr>
          <w:rFonts w:cs="Arial"/>
        </w:rPr>
        <w:t>necesarias</w:t>
      </w:r>
      <w:proofErr w:type="spellEnd"/>
      <w:r w:rsidRPr="00A217B4">
        <w:rPr>
          <w:rFonts w:cs="Arial"/>
        </w:rPr>
        <w:t xml:space="preserve"> para su ejecución y liquidación.</w:t>
      </w:r>
    </w:p>
    <w:p w14:paraId="63AD0AB6" w14:textId="77777777" w:rsidR="004C398A" w:rsidRPr="00A217B4" w:rsidRDefault="00000000" w:rsidP="00A217B4">
      <w:pPr>
        <w:jc w:val="both"/>
        <w:rPr>
          <w:rFonts w:cs="Arial"/>
        </w:rPr>
      </w:pPr>
      <w:r w:rsidRPr="00A217B4">
        <w:rPr>
          <w:rFonts w:cs="Arial"/>
        </w:rPr>
        <w:t>Nombre de la Unión Temporal: ________________________________________.</w:t>
      </w:r>
      <w:r w:rsidRPr="00A217B4">
        <w:rPr>
          <w:rFonts w:cs="Arial"/>
        </w:rPr>
        <w:br/>
        <w:t>Dirección: ______________________  Correo: ______________________  Teléfono: ______________________.</w:t>
      </w:r>
    </w:p>
    <w:p w14:paraId="0080DF2F" w14:textId="77777777" w:rsidR="004C398A" w:rsidRPr="00A217B4" w:rsidRDefault="00000000" w:rsidP="00A217B4">
      <w:pPr>
        <w:pBdr>
          <w:bottom w:val="single" w:sz="12" w:space="1" w:color="auto"/>
        </w:pBdr>
        <w:jc w:val="both"/>
        <w:rPr>
          <w:rFonts w:cs="Arial"/>
        </w:rPr>
      </w:pPr>
      <w:r w:rsidRPr="00A217B4">
        <w:rPr>
          <w:rFonts w:cs="Arial"/>
        </w:rPr>
        <w:br/>
        <w:t>Firmas de todos los integrantes y del representante de la Unión Temporal:</w:t>
      </w:r>
    </w:p>
    <w:p w14:paraId="235C20D7" w14:textId="77777777" w:rsidR="004C398A" w:rsidRPr="00A217B4" w:rsidRDefault="00000000" w:rsidP="00A217B4">
      <w:pPr>
        <w:jc w:val="both"/>
        <w:rPr>
          <w:rFonts w:cs="Arial"/>
        </w:rPr>
      </w:pPr>
      <w:r w:rsidRPr="00A217B4">
        <w:rPr>
          <w:rFonts w:cs="Arial"/>
        </w:rPr>
        <w:br w:type="page"/>
      </w:r>
    </w:p>
    <w:p w14:paraId="2064A79B" w14:textId="77777777" w:rsidR="004C398A" w:rsidRPr="00A217B4" w:rsidRDefault="00000000" w:rsidP="00A217B4">
      <w:pPr>
        <w:jc w:val="center"/>
        <w:rPr>
          <w:rFonts w:cs="Arial"/>
        </w:rPr>
      </w:pPr>
      <w:r w:rsidRPr="00A217B4">
        <w:rPr>
          <w:rFonts w:cs="Arial"/>
          <w:b/>
          <w:sz w:val="24"/>
        </w:rPr>
        <w:lastRenderedPageBreak/>
        <w:t>FORMATO No. 6B</w:t>
      </w:r>
      <w:r w:rsidRPr="00A217B4">
        <w:rPr>
          <w:rFonts w:cs="Arial"/>
          <w:b/>
          <w:sz w:val="24"/>
        </w:rPr>
        <w:br/>
        <w:t>MODELO DE DOCUMENTO DE CONFORMACIÓN DE CONSORCIO</w:t>
      </w:r>
    </w:p>
    <w:p w14:paraId="6B98CA6E" w14:textId="77777777" w:rsidR="00A217B4" w:rsidRDefault="00A217B4" w:rsidP="00A217B4">
      <w:pPr>
        <w:jc w:val="both"/>
        <w:rPr>
          <w:rFonts w:cs="Arial"/>
          <w:b/>
        </w:rPr>
      </w:pPr>
    </w:p>
    <w:p w14:paraId="507EB46F" w14:textId="1DE1697E" w:rsidR="004C398A" w:rsidRPr="00A217B4" w:rsidRDefault="00000000" w:rsidP="00A217B4">
      <w:pPr>
        <w:jc w:val="both"/>
        <w:rPr>
          <w:rFonts w:cs="Arial"/>
        </w:rPr>
      </w:pPr>
      <w:r w:rsidRPr="00A217B4">
        <w:rPr>
          <w:rFonts w:cs="Arial"/>
          <w:b/>
        </w:rPr>
        <w:t xml:space="preserve">PROCESO: </w:t>
      </w:r>
      <w:proofErr w:type="spellStart"/>
      <w:r w:rsidRPr="00A217B4">
        <w:rPr>
          <w:rFonts w:cs="Arial"/>
        </w:rPr>
        <w:t>Selección</w:t>
      </w:r>
      <w:proofErr w:type="spellEnd"/>
      <w:r w:rsidRPr="00A217B4">
        <w:rPr>
          <w:rFonts w:cs="Arial"/>
        </w:rPr>
        <w:t xml:space="preserve"> </w:t>
      </w:r>
      <w:proofErr w:type="spellStart"/>
      <w:r w:rsidRPr="00A217B4">
        <w:rPr>
          <w:rFonts w:cs="Arial"/>
        </w:rPr>
        <w:t>Abreviada</w:t>
      </w:r>
      <w:proofErr w:type="spellEnd"/>
      <w:r w:rsidRPr="00A217B4">
        <w:rPr>
          <w:rFonts w:cs="Arial"/>
        </w:rPr>
        <w:t xml:space="preserve"> de Menor Cuantía No. SETIC-SAMC-002-2026</w:t>
      </w:r>
    </w:p>
    <w:p w14:paraId="04DFCB02" w14:textId="77777777" w:rsidR="00A217B4" w:rsidRDefault="00A217B4" w:rsidP="00A217B4">
      <w:pPr>
        <w:jc w:val="both"/>
        <w:rPr>
          <w:rFonts w:cs="Arial"/>
          <w:b/>
        </w:rPr>
      </w:pPr>
    </w:p>
    <w:p w14:paraId="27DCD8F9" w14:textId="3D78176E" w:rsidR="004C398A" w:rsidRPr="00A217B4" w:rsidRDefault="00000000" w:rsidP="00A217B4">
      <w:pPr>
        <w:jc w:val="both"/>
        <w:rPr>
          <w:rFonts w:cs="Arial"/>
        </w:rPr>
      </w:pPr>
      <w:r w:rsidRPr="00A217B4">
        <w:rPr>
          <w:rFonts w:cs="Arial"/>
          <w:b/>
        </w:rPr>
        <w:t xml:space="preserve">OBJETO: </w:t>
      </w:r>
      <w:proofErr w:type="spellStart"/>
      <w:r w:rsidRPr="00A217B4">
        <w:rPr>
          <w:rFonts w:cs="Arial"/>
        </w:rPr>
        <w:t>Prestación</w:t>
      </w:r>
      <w:proofErr w:type="spellEnd"/>
      <w:r w:rsidRPr="00A217B4">
        <w:rPr>
          <w:rFonts w:cs="Arial"/>
        </w:rPr>
        <w:t xml:space="preserve"> de </w:t>
      </w:r>
      <w:proofErr w:type="spellStart"/>
      <w:r w:rsidRPr="00A217B4">
        <w:rPr>
          <w:rFonts w:cs="Arial"/>
        </w:rPr>
        <w:t>servicios</w:t>
      </w:r>
      <w:proofErr w:type="spellEnd"/>
      <w:r w:rsidRPr="00A217B4">
        <w:rPr>
          <w:rFonts w:cs="Arial"/>
        </w:rPr>
        <w:t xml:space="preserve"> para la implementación, soporte y mantenimiento bajo la modalidad de uso de </w:t>
      </w:r>
      <w:proofErr w:type="gramStart"/>
      <w:r w:rsidRPr="00A217B4">
        <w:rPr>
          <w:rFonts w:cs="Arial"/>
        </w:rPr>
        <w:t>un Sistema</w:t>
      </w:r>
      <w:proofErr w:type="gramEnd"/>
      <w:r w:rsidRPr="00A217B4">
        <w:rPr>
          <w:rFonts w:cs="Arial"/>
        </w:rPr>
        <w:t xml:space="preserve"> de Administración de Recaudo para el Departamento del Valle del Cauca, que garantice la </w:t>
      </w:r>
      <w:proofErr w:type="spellStart"/>
      <w:r w:rsidRPr="00A217B4">
        <w:rPr>
          <w:rFonts w:cs="Arial"/>
        </w:rPr>
        <w:t>continuidad</w:t>
      </w:r>
      <w:proofErr w:type="spellEnd"/>
      <w:r w:rsidRPr="00A217B4">
        <w:rPr>
          <w:rFonts w:cs="Arial"/>
        </w:rPr>
        <w:t xml:space="preserve"> de la </w:t>
      </w:r>
      <w:r w:rsidR="00A217B4">
        <w:rPr>
          <w:rFonts w:cs="Arial"/>
        </w:rPr>
        <w:pgNum/>
        <w:t>resent</w:t>
      </w:r>
      <w:r w:rsidRPr="00A217B4">
        <w:rPr>
          <w:rFonts w:cs="Arial"/>
        </w:rPr>
        <w:t xml:space="preserve"> </w:t>
      </w:r>
      <w:proofErr w:type="spellStart"/>
      <w:r w:rsidRPr="00A217B4">
        <w:rPr>
          <w:rFonts w:cs="Arial"/>
        </w:rPr>
        <w:t>financiera</w:t>
      </w:r>
      <w:proofErr w:type="spellEnd"/>
      <w:r w:rsidRPr="00A217B4">
        <w:rPr>
          <w:rFonts w:cs="Arial"/>
        </w:rPr>
        <w:t xml:space="preserve"> y </w:t>
      </w:r>
      <w:proofErr w:type="spellStart"/>
      <w:r w:rsidRPr="00A217B4">
        <w:rPr>
          <w:rFonts w:cs="Arial"/>
        </w:rPr>
        <w:t>tributaria</w:t>
      </w:r>
      <w:proofErr w:type="spellEnd"/>
      <w:r w:rsidRPr="00A217B4">
        <w:rPr>
          <w:rFonts w:cs="Arial"/>
        </w:rPr>
        <w:t xml:space="preserve">, </w:t>
      </w:r>
      <w:proofErr w:type="spellStart"/>
      <w:r w:rsidRPr="00A217B4">
        <w:rPr>
          <w:rFonts w:cs="Arial"/>
        </w:rPr>
        <w:t>dentro</w:t>
      </w:r>
      <w:proofErr w:type="spellEnd"/>
      <w:r w:rsidRPr="00A217B4">
        <w:rPr>
          <w:rFonts w:cs="Arial"/>
        </w:rPr>
        <w:t xml:space="preserve"> del </w:t>
      </w:r>
      <w:r w:rsidR="00A217B4">
        <w:rPr>
          <w:rFonts w:cs="Arial"/>
        </w:rPr>
        <w:pgNum/>
      </w:r>
      <w:proofErr w:type="spellStart"/>
      <w:r w:rsidR="00A217B4">
        <w:rPr>
          <w:rFonts w:cs="Arial"/>
        </w:rPr>
        <w:t>resente</w:t>
      </w:r>
      <w:proofErr w:type="spellEnd"/>
      <w:r w:rsidRPr="00A217B4">
        <w:rPr>
          <w:rFonts w:cs="Arial"/>
        </w:rPr>
        <w:t xml:space="preserve"> </w:t>
      </w:r>
      <w:proofErr w:type="spellStart"/>
      <w:r w:rsidRPr="00A217B4">
        <w:rPr>
          <w:rFonts w:cs="Arial"/>
        </w:rPr>
        <w:t>denominado</w:t>
      </w:r>
      <w:proofErr w:type="spellEnd"/>
      <w:r w:rsidRPr="00A217B4">
        <w:rPr>
          <w:rFonts w:cs="Arial"/>
        </w:rPr>
        <w:t xml:space="preserve"> “</w:t>
      </w:r>
      <w:proofErr w:type="spellStart"/>
      <w:r w:rsidRPr="00A217B4">
        <w:rPr>
          <w:rFonts w:cs="Arial"/>
        </w:rPr>
        <w:t>Modernización</w:t>
      </w:r>
      <w:proofErr w:type="spellEnd"/>
      <w:r w:rsidRPr="00A217B4">
        <w:rPr>
          <w:rFonts w:cs="Arial"/>
        </w:rPr>
        <w:t xml:space="preserve"> de la Infraestructura TI y Servicios Informáticos de la Gobernación del Valle del Cauca”.</w:t>
      </w:r>
    </w:p>
    <w:p w14:paraId="5E7C8958" w14:textId="77777777" w:rsidR="004C398A" w:rsidRPr="00A217B4" w:rsidRDefault="00000000" w:rsidP="00A217B4">
      <w:pPr>
        <w:jc w:val="both"/>
        <w:rPr>
          <w:rFonts w:cs="Arial"/>
        </w:rPr>
      </w:pPr>
      <w:r w:rsidRPr="00A217B4">
        <w:rPr>
          <w:rFonts w:cs="Arial"/>
        </w:rPr>
        <w:t>Los suscritos manifestamos que hemos constituido el CONSORCIO ______________________________ para participar en el proceso de la referencia, bajo las siguientes condiciones:</w:t>
      </w:r>
    </w:p>
    <w:tbl>
      <w:tblPr>
        <w:tblStyle w:val="Tablaconcuadrcula"/>
        <w:tblW w:w="0" w:type="auto"/>
        <w:tblLook w:val="04A0" w:firstRow="1" w:lastRow="0" w:firstColumn="1" w:lastColumn="0" w:noHBand="0" w:noVBand="1"/>
      </w:tblPr>
      <w:tblGrid>
        <w:gridCol w:w="3405"/>
        <w:gridCol w:w="3404"/>
        <w:gridCol w:w="3405"/>
      </w:tblGrid>
      <w:tr w:rsidR="004C398A" w:rsidRPr="00A217B4" w14:paraId="59A93CDE" w14:textId="77777777" w:rsidTr="00A217B4">
        <w:tc>
          <w:tcPr>
            <w:tcW w:w="3408" w:type="dxa"/>
          </w:tcPr>
          <w:p w14:paraId="6AADDA58" w14:textId="77777777" w:rsidR="004C398A" w:rsidRPr="00A217B4" w:rsidRDefault="00000000" w:rsidP="00A217B4">
            <w:pPr>
              <w:jc w:val="both"/>
              <w:rPr>
                <w:rFonts w:cs="Arial"/>
              </w:rPr>
            </w:pPr>
            <w:r w:rsidRPr="00A217B4">
              <w:rPr>
                <w:rFonts w:cs="Arial"/>
              </w:rPr>
              <w:t>Integrante</w:t>
            </w:r>
          </w:p>
        </w:tc>
        <w:tc>
          <w:tcPr>
            <w:tcW w:w="3408" w:type="dxa"/>
          </w:tcPr>
          <w:p w14:paraId="2A9E58F5" w14:textId="77777777" w:rsidR="004C398A" w:rsidRPr="00A217B4" w:rsidRDefault="00000000" w:rsidP="00A217B4">
            <w:pPr>
              <w:jc w:val="both"/>
              <w:rPr>
                <w:rFonts w:cs="Arial"/>
              </w:rPr>
            </w:pPr>
            <w:r w:rsidRPr="00A217B4">
              <w:rPr>
                <w:rFonts w:cs="Arial"/>
              </w:rPr>
              <w:t>NIT / C.C.</w:t>
            </w:r>
          </w:p>
        </w:tc>
        <w:tc>
          <w:tcPr>
            <w:tcW w:w="3408" w:type="dxa"/>
          </w:tcPr>
          <w:p w14:paraId="17C77391" w14:textId="77777777" w:rsidR="004C398A" w:rsidRPr="00A217B4" w:rsidRDefault="00000000" w:rsidP="00A217B4">
            <w:pPr>
              <w:jc w:val="both"/>
              <w:rPr>
                <w:rFonts w:cs="Arial"/>
              </w:rPr>
            </w:pPr>
            <w:r w:rsidRPr="00A217B4">
              <w:rPr>
                <w:rFonts w:cs="Arial"/>
              </w:rPr>
              <w:t>Porcentaje de participación</w:t>
            </w:r>
          </w:p>
        </w:tc>
      </w:tr>
      <w:tr w:rsidR="004C398A" w:rsidRPr="00A217B4" w14:paraId="72F20B9E" w14:textId="77777777" w:rsidTr="00A217B4">
        <w:tc>
          <w:tcPr>
            <w:tcW w:w="3408" w:type="dxa"/>
          </w:tcPr>
          <w:p w14:paraId="4C90FD85" w14:textId="77777777" w:rsidR="004C398A" w:rsidRPr="00A217B4" w:rsidRDefault="004C398A" w:rsidP="00A217B4">
            <w:pPr>
              <w:jc w:val="both"/>
              <w:rPr>
                <w:rFonts w:cs="Arial"/>
              </w:rPr>
            </w:pPr>
          </w:p>
        </w:tc>
        <w:tc>
          <w:tcPr>
            <w:tcW w:w="3408" w:type="dxa"/>
          </w:tcPr>
          <w:p w14:paraId="715AAE3B" w14:textId="77777777" w:rsidR="004C398A" w:rsidRPr="00A217B4" w:rsidRDefault="004C398A" w:rsidP="00A217B4">
            <w:pPr>
              <w:jc w:val="both"/>
              <w:rPr>
                <w:rFonts w:cs="Arial"/>
              </w:rPr>
            </w:pPr>
          </w:p>
        </w:tc>
        <w:tc>
          <w:tcPr>
            <w:tcW w:w="3408" w:type="dxa"/>
          </w:tcPr>
          <w:p w14:paraId="3EDB023F" w14:textId="77777777" w:rsidR="004C398A" w:rsidRPr="00A217B4" w:rsidRDefault="004C398A" w:rsidP="00A217B4">
            <w:pPr>
              <w:jc w:val="both"/>
              <w:rPr>
                <w:rFonts w:cs="Arial"/>
              </w:rPr>
            </w:pPr>
          </w:p>
        </w:tc>
      </w:tr>
      <w:tr w:rsidR="004C398A" w:rsidRPr="00A217B4" w14:paraId="1DDE6680" w14:textId="77777777" w:rsidTr="00A217B4">
        <w:tc>
          <w:tcPr>
            <w:tcW w:w="3408" w:type="dxa"/>
          </w:tcPr>
          <w:p w14:paraId="4AB49958" w14:textId="77777777" w:rsidR="004C398A" w:rsidRPr="00A217B4" w:rsidRDefault="004C398A" w:rsidP="00A217B4">
            <w:pPr>
              <w:jc w:val="both"/>
              <w:rPr>
                <w:rFonts w:cs="Arial"/>
              </w:rPr>
            </w:pPr>
          </w:p>
        </w:tc>
        <w:tc>
          <w:tcPr>
            <w:tcW w:w="3408" w:type="dxa"/>
          </w:tcPr>
          <w:p w14:paraId="0D6BA2DB" w14:textId="77777777" w:rsidR="004C398A" w:rsidRPr="00A217B4" w:rsidRDefault="004C398A" w:rsidP="00A217B4">
            <w:pPr>
              <w:jc w:val="both"/>
              <w:rPr>
                <w:rFonts w:cs="Arial"/>
              </w:rPr>
            </w:pPr>
          </w:p>
        </w:tc>
        <w:tc>
          <w:tcPr>
            <w:tcW w:w="3408" w:type="dxa"/>
          </w:tcPr>
          <w:p w14:paraId="755375E2" w14:textId="77777777" w:rsidR="004C398A" w:rsidRPr="00A217B4" w:rsidRDefault="004C398A" w:rsidP="00A217B4">
            <w:pPr>
              <w:jc w:val="both"/>
              <w:rPr>
                <w:rFonts w:cs="Arial"/>
              </w:rPr>
            </w:pPr>
          </w:p>
        </w:tc>
      </w:tr>
    </w:tbl>
    <w:p w14:paraId="780EF8AA" w14:textId="77777777" w:rsidR="004C398A" w:rsidRPr="00A217B4" w:rsidRDefault="00000000" w:rsidP="00A217B4">
      <w:pPr>
        <w:pStyle w:val="Listaconvietas"/>
        <w:jc w:val="both"/>
        <w:rPr>
          <w:rFonts w:cs="Arial"/>
        </w:rPr>
      </w:pPr>
      <w:r w:rsidRPr="00A217B4">
        <w:rPr>
          <w:rFonts w:cs="Arial"/>
        </w:rPr>
        <w:t>La suma de los porcentajes de participación es igual al 100%.</w:t>
      </w:r>
    </w:p>
    <w:p w14:paraId="71668C7D" w14:textId="77777777" w:rsidR="004C398A" w:rsidRPr="00A217B4" w:rsidRDefault="00000000" w:rsidP="00A217B4">
      <w:pPr>
        <w:pStyle w:val="Listaconvietas"/>
        <w:jc w:val="both"/>
        <w:rPr>
          <w:rFonts w:cs="Arial"/>
        </w:rPr>
      </w:pPr>
      <w:r w:rsidRPr="00A217B4">
        <w:rPr>
          <w:rFonts w:cs="Arial"/>
        </w:rPr>
        <w:t>Los integrantes responderán solidariamente por todas y cada una de las obligaciones derivadas de la oferta y del contrato.</w:t>
      </w:r>
    </w:p>
    <w:p w14:paraId="0628857C" w14:textId="77777777" w:rsidR="004C398A" w:rsidRPr="00A217B4" w:rsidRDefault="00000000" w:rsidP="00A217B4">
      <w:pPr>
        <w:pStyle w:val="Listaconvietas"/>
        <w:jc w:val="both"/>
        <w:rPr>
          <w:rFonts w:cs="Arial"/>
        </w:rPr>
      </w:pPr>
      <w:r w:rsidRPr="00A217B4">
        <w:rPr>
          <w:rFonts w:cs="Arial"/>
        </w:rPr>
        <w:t>La duración del Consorcio será igual al plazo de ejecución del contrato y un (1) año más.</w:t>
      </w:r>
    </w:p>
    <w:p w14:paraId="5B959314" w14:textId="77777777" w:rsidR="004C398A" w:rsidRPr="00A217B4" w:rsidRDefault="00000000" w:rsidP="00A217B4">
      <w:pPr>
        <w:pStyle w:val="Listaconvietas"/>
        <w:jc w:val="both"/>
        <w:rPr>
          <w:rFonts w:cs="Arial"/>
        </w:rPr>
      </w:pPr>
      <w:r w:rsidRPr="00A217B4">
        <w:rPr>
          <w:rFonts w:cs="Arial"/>
        </w:rPr>
        <w:t>No se cederá la participación de sus integrantes sin autorización previa y escrita de la Entidad.</w:t>
      </w:r>
    </w:p>
    <w:p w14:paraId="1438467A" w14:textId="6388A7B9" w:rsidR="004C398A" w:rsidRPr="00A217B4" w:rsidRDefault="00000000" w:rsidP="00A217B4">
      <w:pPr>
        <w:jc w:val="both"/>
        <w:rPr>
          <w:rFonts w:cs="Arial"/>
        </w:rPr>
      </w:pPr>
      <w:r w:rsidRPr="00A217B4">
        <w:rPr>
          <w:rFonts w:cs="Arial"/>
        </w:rPr>
        <w:t xml:space="preserve">Representante del Consorcio: ________________________________, C.C. No. __________________, con </w:t>
      </w:r>
      <w:proofErr w:type="spellStart"/>
      <w:r w:rsidRPr="00A217B4">
        <w:rPr>
          <w:rFonts w:cs="Arial"/>
        </w:rPr>
        <w:t>facultades</w:t>
      </w:r>
      <w:proofErr w:type="spellEnd"/>
      <w:r w:rsidRPr="00A217B4">
        <w:rPr>
          <w:rFonts w:cs="Arial"/>
        </w:rPr>
        <w:t xml:space="preserve"> </w:t>
      </w:r>
      <w:proofErr w:type="spellStart"/>
      <w:r w:rsidRPr="00A217B4">
        <w:rPr>
          <w:rFonts w:cs="Arial"/>
        </w:rPr>
        <w:t>suficientes</w:t>
      </w:r>
      <w:proofErr w:type="spellEnd"/>
      <w:r w:rsidRPr="00A217B4">
        <w:rPr>
          <w:rFonts w:cs="Arial"/>
        </w:rPr>
        <w:t xml:space="preserve"> para </w:t>
      </w:r>
      <w:r w:rsidR="00A217B4">
        <w:rPr>
          <w:rFonts w:cs="Arial"/>
        </w:rPr>
        <w:pgNum/>
      </w:r>
      <w:proofErr w:type="spellStart"/>
      <w:r w:rsidR="00A217B4">
        <w:rPr>
          <w:rFonts w:cs="Arial"/>
        </w:rPr>
        <w:t>resenter</w:t>
      </w:r>
      <w:proofErr w:type="spellEnd"/>
      <w:r w:rsidRPr="00A217B4">
        <w:rPr>
          <w:rFonts w:cs="Arial"/>
        </w:rPr>
        <w:t xml:space="preserve"> la </w:t>
      </w:r>
      <w:proofErr w:type="spellStart"/>
      <w:r w:rsidRPr="00A217B4">
        <w:rPr>
          <w:rFonts w:cs="Arial"/>
        </w:rPr>
        <w:t>oferta</w:t>
      </w:r>
      <w:proofErr w:type="spellEnd"/>
      <w:r w:rsidRPr="00A217B4">
        <w:rPr>
          <w:rFonts w:cs="Arial"/>
        </w:rPr>
        <w:t xml:space="preserve">, </w:t>
      </w:r>
      <w:proofErr w:type="spellStart"/>
      <w:r w:rsidRPr="00A217B4">
        <w:rPr>
          <w:rFonts w:cs="Arial"/>
        </w:rPr>
        <w:t>suscribir</w:t>
      </w:r>
      <w:proofErr w:type="spellEnd"/>
      <w:r w:rsidRPr="00A217B4">
        <w:rPr>
          <w:rFonts w:cs="Arial"/>
        </w:rPr>
        <w:t xml:space="preserve"> el contrato y actuar durante su ejecución y liquidación.</w:t>
      </w:r>
    </w:p>
    <w:p w14:paraId="4DF4727D" w14:textId="77777777" w:rsidR="004C398A" w:rsidRPr="00A217B4" w:rsidRDefault="00000000" w:rsidP="00A217B4">
      <w:pPr>
        <w:pBdr>
          <w:bottom w:val="single" w:sz="12" w:space="1" w:color="auto"/>
        </w:pBdr>
        <w:jc w:val="both"/>
        <w:rPr>
          <w:rFonts w:cs="Arial"/>
        </w:rPr>
      </w:pPr>
      <w:r w:rsidRPr="00A217B4">
        <w:rPr>
          <w:rFonts w:cs="Arial"/>
        </w:rPr>
        <w:br/>
        <w:t>Firmas de todos los integrantes y del representante del Consorcio:</w:t>
      </w:r>
    </w:p>
    <w:p w14:paraId="5BD1590C" w14:textId="77777777" w:rsidR="004C398A" w:rsidRPr="00A217B4" w:rsidRDefault="00000000" w:rsidP="00A217B4">
      <w:pPr>
        <w:jc w:val="both"/>
        <w:rPr>
          <w:rFonts w:cs="Arial"/>
        </w:rPr>
      </w:pPr>
      <w:r w:rsidRPr="00A217B4">
        <w:rPr>
          <w:rFonts w:cs="Arial"/>
        </w:rPr>
        <w:br w:type="page"/>
      </w:r>
    </w:p>
    <w:p w14:paraId="09520804" w14:textId="77777777" w:rsidR="004C398A" w:rsidRPr="00A217B4" w:rsidRDefault="00000000" w:rsidP="00A217B4">
      <w:pPr>
        <w:jc w:val="center"/>
        <w:rPr>
          <w:rFonts w:cs="Arial"/>
        </w:rPr>
      </w:pPr>
      <w:r w:rsidRPr="00A217B4">
        <w:rPr>
          <w:rFonts w:cs="Arial"/>
          <w:b/>
          <w:sz w:val="24"/>
        </w:rPr>
        <w:lastRenderedPageBreak/>
        <w:t>FORMATO No. 7</w:t>
      </w:r>
      <w:r w:rsidRPr="00A217B4">
        <w:rPr>
          <w:rFonts w:cs="Arial"/>
          <w:b/>
          <w:sz w:val="24"/>
        </w:rPr>
        <w:br/>
        <w:t>CERTIFICACIÓN DE PAGOS AL SISTEMA DE SEGURIDAD SOCIAL Y APORTES PARAFISCALES</w:t>
      </w:r>
    </w:p>
    <w:p w14:paraId="63B61B7A" w14:textId="77777777" w:rsidR="00A217B4" w:rsidRDefault="00A217B4" w:rsidP="00A217B4">
      <w:pPr>
        <w:jc w:val="both"/>
        <w:rPr>
          <w:rFonts w:cs="Arial"/>
          <w:b/>
        </w:rPr>
      </w:pPr>
    </w:p>
    <w:p w14:paraId="2B0A2F16" w14:textId="57F4C1A7" w:rsidR="004C398A" w:rsidRPr="00A217B4" w:rsidRDefault="00000000" w:rsidP="00A217B4">
      <w:pPr>
        <w:jc w:val="both"/>
        <w:rPr>
          <w:rFonts w:cs="Arial"/>
        </w:rPr>
      </w:pPr>
      <w:r w:rsidRPr="00A217B4">
        <w:rPr>
          <w:rFonts w:cs="Arial"/>
          <w:b/>
        </w:rPr>
        <w:t xml:space="preserve">PROCESO: </w:t>
      </w:r>
      <w:proofErr w:type="spellStart"/>
      <w:r w:rsidRPr="00A217B4">
        <w:rPr>
          <w:rFonts w:cs="Arial"/>
        </w:rPr>
        <w:t>Selección</w:t>
      </w:r>
      <w:proofErr w:type="spellEnd"/>
      <w:r w:rsidRPr="00A217B4">
        <w:rPr>
          <w:rFonts w:cs="Arial"/>
        </w:rPr>
        <w:t xml:space="preserve"> </w:t>
      </w:r>
      <w:proofErr w:type="spellStart"/>
      <w:r w:rsidRPr="00A217B4">
        <w:rPr>
          <w:rFonts w:cs="Arial"/>
        </w:rPr>
        <w:t>Abreviada</w:t>
      </w:r>
      <w:proofErr w:type="spellEnd"/>
      <w:r w:rsidRPr="00A217B4">
        <w:rPr>
          <w:rFonts w:cs="Arial"/>
        </w:rPr>
        <w:t xml:space="preserve"> de Menor Cuantía No. SETIC-SAMC-002-2026</w:t>
      </w:r>
    </w:p>
    <w:p w14:paraId="22BDF251" w14:textId="77777777" w:rsidR="00A217B4" w:rsidRDefault="00A217B4" w:rsidP="00A217B4">
      <w:pPr>
        <w:jc w:val="both"/>
        <w:rPr>
          <w:rFonts w:cs="Arial"/>
          <w:b/>
        </w:rPr>
      </w:pPr>
    </w:p>
    <w:p w14:paraId="40BD2A38" w14:textId="2F2DD30F" w:rsidR="004C398A" w:rsidRPr="00A217B4" w:rsidRDefault="00000000" w:rsidP="00A217B4">
      <w:pPr>
        <w:jc w:val="both"/>
        <w:rPr>
          <w:rFonts w:cs="Arial"/>
        </w:rPr>
      </w:pPr>
      <w:r w:rsidRPr="00A217B4">
        <w:rPr>
          <w:rFonts w:cs="Arial"/>
          <w:b/>
        </w:rPr>
        <w:t xml:space="preserve">OBJETO: </w:t>
      </w:r>
      <w:proofErr w:type="spellStart"/>
      <w:r w:rsidRPr="00A217B4">
        <w:rPr>
          <w:rFonts w:cs="Arial"/>
        </w:rPr>
        <w:t>Prestación</w:t>
      </w:r>
      <w:proofErr w:type="spellEnd"/>
      <w:r w:rsidRPr="00A217B4">
        <w:rPr>
          <w:rFonts w:cs="Arial"/>
        </w:rPr>
        <w:t xml:space="preserve"> de </w:t>
      </w:r>
      <w:proofErr w:type="spellStart"/>
      <w:r w:rsidRPr="00A217B4">
        <w:rPr>
          <w:rFonts w:cs="Arial"/>
        </w:rPr>
        <w:t>servicios</w:t>
      </w:r>
      <w:proofErr w:type="spellEnd"/>
      <w:r w:rsidRPr="00A217B4">
        <w:rPr>
          <w:rFonts w:cs="Arial"/>
        </w:rPr>
        <w:t xml:space="preserve"> para la implementación, soporte y mantenimiento bajo la modalidad de uso de </w:t>
      </w:r>
      <w:proofErr w:type="gramStart"/>
      <w:r w:rsidRPr="00A217B4">
        <w:rPr>
          <w:rFonts w:cs="Arial"/>
        </w:rPr>
        <w:t>un Sistema</w:t>
      </w:r>
      <w:proofErr w:type="gramEnd"/>
      <w:r w:rsidRPr="00A217B4">
        <w:rPr>
          <w:rFonts w:cs="Arial"/>
        </w:rPr>
        <w:t xml:space="preserve"> de Administración de Recaudo para el Departamento del Valle del Cauca, que garantice la </w:t>
      </w:r>
      <w:proofErr w:type="spellStart"/>
      <w:r w:rsidRPr="00A217B4">
        <w:rPr>
          <w:rFonts w:cs="Arial"/>
        </w:rPr>
        <w:t>continuidad</w:t>
      </w:r>
      <w:proofErr w:type="spellEnd"/>
      <w:r w:rsidRPr="00A217B4">
        <w:rPr>
          <w:rFonts w:cs="Arial"/>
        </w:rPr>
        <w:t xml:space="preserve"> de la </w:t>
      </w:r>
      <w:r w:rsidR="00A217B4">
        <w:rPr>
          <w:rFonts w:cs="Arial"/>
        </w:rPr>
        <w:pgNum/>
      </w:r>
      <w:proofErr w:type="spellStart"/>
      <w:r w:rsidR="00A217B4">
        <w:rPr>
          <w:rFonts w:cs="Arial"/>
        </w:rPr>
        <w:t>pplica</w:t>
      </w:r>
      <w:proofErr w:type="spellEnd"/>
      <w:r w:rsidRPr="00A217B4">
        <w:rPr>
          <w:rFonts w:cs="Arial"/>
        </w:rPr>
        <w:t xml:space="preserve"> </w:t>
      </w:r>
      <w:proofErr w:type="spellStart"/>
      <w:r w:rsidRPr="00A217B4">
        <w:rPr>
          <w:rFonts w:cs="Arial"/>
        </w:rPr>
        <w:t>financiera</w:t>
      </w:r>
      <w:proofErr w:type="spellEnd"/>
      <w:r w:rsidRPr="00A217B4">
        <w:rPr>
          <w:rFonts w:cs="Arial"/>
        </w:rPr>
        <w:t xml:space="preserve"> y </w:t>
      </w:r>
      <w:proofErr w:type="spellStart"/>
      <w:r w:rsidRPr="00A217B4">
        <w:rPr>
          <w:rFonts w:cs="Arial"/>
        </w:rPr>
        <w:t>tributaria</w:t>
      </w:r>
      <w:proofErr w:type="spellEnd"/>
      <w:r w:rsidRPr="00A217B4">
        <w:rPr>
          <w:rFonts w:cs="Arial"/>
        </w:rPr>
        <w:t xml:space="preserve">, </w:t>
      </w:r>
      <w:proofErr w:type="spellStart"/>
      <w:r w:rsidRPr="00A217B4">
        <w:rPr>
          <w:rFonts w:cs="Arial"/>
        </w:rPr>
        <w:t>dentro</w:t>
      </w:r>
      <w:proofErr w:type="spellEnd"/>
      <w:r w:rsidRPr="00A217B4">
        <w:rPr>
          <w:rFonts w:cs="Arial"/>
        </w:rPr>
        <w:t xml:space="preserve"> del </w:t>
      </w:r>
      <w:r w:rsidR="00A217B4">
        <w:rPr>
          <w:rFonts w:cs="Arial"/>
        </w:rPr>
        <w:pgNum/>
      </w:r>
      <w:proofErr w:type="spellStart"/>
      <w:r w:rsidR="00A217B4">
        <w:rPr>
          <w:rFonts w:cs="Arial"/>
        </w:rPr>
        <w:t>pplicab</w:t>
      </w:r>
      <w:proofErr w:type="spellEnd"/>
      <w:r w:rsidRPr="00A217B4">
        <w:rPr>
          <w:rFonts w:cs="Arial"/>
        </w:rPr>
        <w:t xml:space="preserve"> </w:t>
      </w:r>
      <w:proofErr w:type="spellStart"/>
      <w:r w:rsidRPr="00A217B4">
        <w:rPr>
          <w:rFonts w:cs="Arial"/>
        </w:rPr>
        <w:t>denominado</w:t>
      </w:r>
      <w:proofErr w:type="spellEnd"/>
      <w:r w:rsidRPr="00A217B4">
        <w:rPr>
          <w:rFonts w:cs="Arial"/>
        </w:rPr>
        <w:t xml:space="preserve"> “</w:t>
      </w:r>
      <w:proofErr w:type="spellStart"/>
      <w:r w:rsidRPr="00A217B4">
        <w:rPr>
          <w:rFonts w:cs="Arial"/>
        </w:rPr>
        <w:t>Modernización</w:t>
      </w:r>
      <w:proofErr w:type="spellEnd"/>
      <w:r w:rsidRPr="00A217B4">
        <w:rPr>
          <w:rFonts w:cs="Arial"/>
        </w:rPr>
        <w:t xml:space="preserve"> de la Infraestructura TI y Servicios Informáticos de la Gobernación del Valle del Cauca”.</w:t>
      </w:r>
    </w:p>
    <w:p w14:paraId="34098E45" w14:textId="48AF4C00" w:rsidR="004C398A" w:rsidRPr="00A217B4" w:rsidRDefault="00000000" w:rsidP="00A217B4">
      <w:pPr>
        <w:jc w:val="both"/>
        <w:rPr>
          <w:rFonts w:cs="Arial"/>
        </w:rPr>
      </w:pPr>
      <w:r w:rsidRPr="00A217B4">
        <w:rPr>
          <w:rFonts w:cs="Arial"/>
        </w:rPr>
        <w:t xml:space="preserve">El suscrito ________________________________________, identificado con C.C. No. ____________________, </w:t>
      </w:r>
      <w:proofErr w:type="spellStart"/>
      <w:r w:rsidRPr="00A217B4">
        <w:rPr>
          <w:rFonts w:cs="Arial"/>
        </w:rPr>
        <w:t>en</w:t>
      </w:r>
      <w:proofErr w:type="spellEnd"/>
      <w:r w:rsidRPr="00A217B4">
        <w:rPr>
          <w:rFonts w:cs="Arial"/>
        </w:rPr>
        <w:t xml:space="preserve"> </w:t>
      </w:r>
      <w:r w:rsidR="00A217B4">
        <w:rPr>
          <w:rFonts w:cs="Arial"/>
        </w:rPr>
        <w:pgNum/>
      </w:r>
      <w:proofErr w:type="spellStart"/>
      <w:r w:rsidR="00A217B4">
        <w:rPr>
          <w:rFonts w:cs="Arial"/>
        </w:rPr>
        <w:t>pplica</w:t>
      </w:r>
      <w:proofErr w:type="spellEnd"/>
      <w:r w:rsidRPr="00A217B4">
        <w:rPr>
          <w:rFonts w:cs="Arial"/>
        </w:rPr>
        <w:t xml:space="preserve"> de </w:t>
      </w:r>
      <w:proofErr w:type="spellStart"/>
      <w:r w:rsidRPr="00A217B4">
        <w:rPr>
          <w:rFonts w:cs="Arial"/>
        </w:rPr>
        <w:t>Representante</w:t>
      </w:r>
      <w:proofErr w:type="spellEnd"/>
      <w:r w:rsidRPr="00A217B4">
        <w:rPr>
          <w:rFonts w:cs="Arial"/>
        </w:rPr>
        <w:t xml:space="preserve"> Legal / Revisor Fiscal de ________________________________________, identificada con NIT ____________________, </w:t>
      </w:r>
      <w:proofErr w:type="spellStart"/>
      <w:r w:rsidRPr="00A217B4">
        <w:rPr>
          <w:rFonts w:cs="Arial"/>
        </w:rPr>
        <w:t>certifica</w:t>
      </w:r>
      <w:proofErr w:type="spellEnd"/>
      <w:r w:rsidRPr="00A217B4">
        <w:rPr>
          <w:rFonts w:cs="Arial"/>
        </w:rPr>
        <w:t xml:space="preserve"> </w:t>
      </w:r>
      <w:proofErr w:type="spellStart"/>
      <w:r w:rsidRPr="00A217B4">
        <w:rPr>
          <w:rFonts w:cs="Arial"/>
        </w:rPr>
        <w:t>que</w:t>
      </w:r>
      <w:proofErr w:type="spellEnd"/>
      <w:r w:rsidRPr="00A217B4">
        <w:rPr>
          <w:rFonts w:cs="Arial"/>
        </w:rPr>
        <w:t xml:space="preserve"> la </w:t>
      </w:r>
      <w:r w:rsidR="00A217B4">
        <w:rPr>
          <w:rFonts w:cs="Arial"/>
        </w:rPr>
        <w:pgNum/>
      </w:r>
      <w:proofErr w:type="spellStart"/>
      <w:r w:rsidR="00A217B4">
        <w:rPr>
          <w:rFonts w:cs="Arial"/>
        </w:rPr>
        <w:t>pplicab</w:t>
      </w:r>
      <w:proofErr w:type="spellEnd"/>
      <w:r w:rsidRPr="00A217B4">
        <w:rPr>
          <w:rFonts w:cs="Arial"/>
        </w:rPr>
        <w:t xml:space="preserve"> se </w:t>
      </w:r>
      <w:proofErr w:type="spellStart"/>
      <w:r w:rsidRPr="00A217B4">
        <w:rPr>
          <w:rFonts w:cs="Arial"/>
        </w:rPr>
        <w:t>encuentra</w:t>
      </w:r>
      <w:proofErr w:type="spellEnd"/>
      <w:r w:rsidRPr="00A217B4">
        <w:rPr>
          <w:rFonts w:cs="Arial"/>
        </w:rPr>
        <w:t xml:space="preserve"> al día en el pago de sus obligaciones con los Sistemas de Salud, Pensiones y Riesgos Laborales, así como con los aportes a las Cajas de Compensación Familiar, ICBF y SENA, cuando haya lugar, durante los períodos exigibles conforme a la </w:t>
      </w:r>
      <w:r w:rsidR="00A217B4">
        <w:rPr>
          <w:rFonts w:cs="Arial"/>
        </w:rPr>
        <w:pgNum/>
      </w:r>
      <w:proofErr w:type="spellStart"/>
      <w:r w:rsidR="00A217B4">
        <w:rPr>
          <w:rFonts w:cs="Arial"/>
        </w:rPr>
        <w:t>pplicabl</w:t>
      </w:r>
      <w:proofErr w:type="spellEnd"/>
      <w:r w:rsidRPr="00A217B4">
        <w:rPr>
          <w:rFonts w:cs="Arial"/>
        </w:rPr>
        <w:t xml:space="preserve"> </w:t>
      </w:r>
      <w:r w:rsidR="00A217B4">
        <w:rPr>
          <w:rFonts w:cs="Arial"/>
        </w:rPr>
        <w:pgNum/>
      </w:r>
      <w:proofErr w:type="spellStart"/>
      <w:r w:rsidR="00A217B4">
        <w:rPr>
          <w:rFonts w:cs="Arial"/>
        </w:rPr>
        <w:t>pplicable</w:t>
      </w:r>
      <w:proofErr w:type="spellEnd"/>
      <w:r w:rsidRPr="00A217B4">
        <w:rPr>
          <w:rFonts w:cs="Arial"/>
        </w:rPr>
        <w:t>.</w:t>
      </w:r>
    </w:p>
    <w:p w14:paraId="6DA3C46E" w14:textId="77777777" w:rsidR="004C398A" w:rsidRPr="00A217B4" w:rsidRDefault="00000000" w:rsidP="00A217B4">
      <w:pPr>
        <w:jc w:val="both"/>
        <w:rPr>
          <w:rFonts w:cs="Arial"/>
        </w:rPr>
      </w:pPr>
      <w:r w:rsidRPr="00A217B4">
        <w:rPr>
          <w:rFonts w:cs="Arial"/>
        </w:rPr>
        <w:t>La presente certificación se expide para efectos de acreditar el cumplimiento de lo previsto en el artículo 50 de la Ley 789 de 2002 y el artículo 23 de la Ley 1150 de 2007, dentro del proceso de la referencia.</w:t>
      </w:r>
    </w:p>
    <w:p w14:paraId="3EB3A839" w14:textId="77777777" w:rsidR="004C398A" w:rsidRPr="00A217B4" w:rsidRDefault="00000000" w:rsidP="00A217B4">
      <w:pPr>
        <w:jc w:val="both"/>
        <w:rPr>
          <w:rFonts w:cs="Arial"/>
        </w:rPr>
      </w:pPr>
      <w:r w:rsidRPr="00A217B4">
        <w:rPr>
          <w:rFonts w:cs="Arial"/>
        </w:rPr>
        <w:t>Santiago de Cali, ____ de __________ de 2026.</w:t>
      </w:r>
    </w:p>
    <w:p w14:paraId="0D495AB7" w14:textId="77777777" w:rsidR="004C398A" w:rsidRPr="00A217B4" w:rsidRDefault="00000000" w:rsidP="00A217B4">
      <w:pPr>
        <w:jc w:val="both"/>
        <w:rPr>
          <w:rFonts w:cs="Arial"/>
        </w:rPr>
      </w:pPr>
      <w:r w:rsidRPr="00A217B4">
        <w:rPr>
          <w:rFonts w:cs="Arial"/>
        </w:rPr>
        <w:br/>
        <w:t>Atentamente,</w:t>
      </w:r>
    </w:p>
    <w:tbl>
      <w:tblPr>
        <w:tblW w:w="0" w:type="auto"/>
        <w:jc w:val="center"/>
        <w:tblLook w:val="04A0" w:firstRow="1" w:lastRow="0" w:firstColumn="1" w:lastColumn="0" w:noHBand="0" w:noVBand="1"/>
      </w:tblPr>
      <w:tblGrid>
        <w:gridCol w:w="5112"/>
        <w:gridCol w:w="5112"/>
      </w:tblGrid>
      <w:tr w:rsidR="004C398A" w:rsidRPr="00A217B4" w14:paraId="6BDB2A13" w14:textId="77777777">
        <w:trPr>
          <w:jc w:val="center"/>
        </w:trPr>
        <w:tc>
          <w:tcPr>
            <w:tcW w:w="5112" w:type="dxa"/>
            <w:tcMar>
              <w:top w:w="80" w:type="dxa"/>
              <w:left w:w="80" w:type="dxa"/>
              <w:bottom w:w="80" w:type="dxa"/>
              <w:right w:w="80" w:type="dxa"/>
            </w:tcMar>
          </w:tcPr>
          <w:p w14:paraId="5229E74F" w14:textId="77777777" w:rsidR="004C398A" w:rsidRPr="00A217B4" w:rsidRDefault="00000000" w:rsidP="00A217B4">
            <w:pPr>
              <w:jc w:val="both"/>
              <w:rPr>
                <w:rFonts w:cs="Arial"/>
              </w:rPr>
            </w:pPr>
            <w:r w:rsidRPr="00A217B4">
              <w:rPr>
                <w:rFonts w:cs="Arial"/>
              </w:rPr>
              <w:t>Nombre / Razón social</w:t>
            </w:r>
          </w:p>
        </w:tc>
        <w:tc>
          <w:tcPr>
            <w:tcW w:w="5112" w:type="dxa"/>
            <w:tcMar>
              <w:top w:w="80" w:type="dxa"/>
              <w:left w:w="80" w:type="dxa"/>
              <w:bottom w:w="80" w:type="dxa"/>
              <w:right w:w="80" w:type="dxa"/>
            </w:tcMar>
          </w:tcPr>
          <w:p w14:paraId="2C9BB0D2" w14:textId="77777777" w:rsidR="004C398A" w:rsidRPr="00A217B4" w:rsidRDefault="00000000" w:rsidP="00A217B4">
            <w:pPr>
              <w:jc w:val="both"/>
              <w:rPr>
                <w:rFonts w:cs="Arial"/>
              </w:rPr>
            </w:pPr>
            <w:r w:rsidRPr="00A217B4">
              <w:rPr>
                <w:rFonts w:cs="Arial"/>
              </w:rPr>
              <w:t>____________________________________________</w:t>
            </w:r>
          </w:p>
        </w:tc>
      </w:tr>
      <w:tr w:rsidR="004C398A" w:rsidRPr="00A217B4" w14:paraId="27A49D07" w14:textId="77777777">
        <w:trPr>
          <w:jc w:val="center"/>
        </w:trPr>
        <w:tc>
          <w:tcPr>
            <w:tcW w:w="5112" w:type="dxa"/>
            <w:tcMar>
              <w:top w:w="80" w:type="dxa"/>
              <w:left w:w="80" w:type="dxa"/>
              <w:bottom w:w="80" w:type="dxa"/>
              <w:right w:w="80" w:type="dxa"/>
            </w:tcMar>
          </w:tcPr>
          <w:p w14:paraId="51EA072C" w14:textId="77777777" w:rsidR="004C398A" w:rsidRPr="00A217B4" w:rsidRDefault="00000000" w:rsidP="00A217B4">
            <w:pPr>
              <w:jc w:val="both"/>
              <w:rPr>
                <w:rFonts w:cs="Arial"/>
              </w:rPr>
            </w:pPr>
            <w:r w:rsidRPr="00A217B4">
              <w:rPr>
                <w:rFonts w:cs="Arial"/>
              </w:rPr>
              <w:t>C.C. / NIT</w:t>
            </w:r>
          </w:p>
        </w:tc>
        <w:tc>
          <w:tcPr>
            <w:tcW w:w="5112" w:type="dxa"/>
            <w:tcMar>
              <w:top w:w="80" w:type="dxa"/>
              <w:left w:w="80" w:type="dxa"/>
              <w:bottom w:w="80" w:type="dxa"/>
              <w:right w:w="80" w:type="dxa"/>
            </w:tcMar>
          </w:tcPr>
          <w:p w14:paraId="1A220EF5" w14:textId="77777777" w:rsidR="004C398A" w:rsidRPr="00A217B4" w:rsidRDefault="00000000" w:rsidP="00A217B4">
            <w:pPr>
              <w:jc w:val="both"/>
              <w:rPr>
                <w:rFonts w:cs="Arial"/>
              </w:rPr>
            </w:pPr>
            <w:r w:rsidRPr="00A217B4">
              <w:rPr>
                <w:rFonts w:cs="Arial"/>
              </w:rPr>
              <w:t>____________________________________________</w:t>
            </w:r>
          </w:p>
        </w:tc>
      </w:tr>
      <w:tr w:rsidR="004C398A" w:rsidRPr="00A217B4" w14:paraId="32B83342" w14:textId="77777777">
        <w:trPr>
          <w:jc w:val="center"/>
        </w:trPr>
        <w:tc>
          <w:tcPr>
            <w:tcW w:w="5112" w:type="dxa"/>
            <w:tcMar>
              <w:top w:w="80" w:type="dxa"/>
              <w:left w:w="80" w:type="dxa"/>
              <w:bottom w:w="80" w:type="dxa"/>
              <w:right w:w="80" w:type="dxa"/>
            </w:tcMar>
          </w:tcPr>
          <w:p w14:paraId="7128EF14" w14:textId="77777777" w:rsidR="004C398A" w:rsidRPr="00A217B4" w:rsidRDefault="00000000" w:rsidP="00A217B4">
            <w:pPr>
              <w:jc w:val="both"/>
              <w:rPr>
                <w:rFonts w:cs="Arial"/>
              </w:rPr>
            </w:pPr>
            <w:r w:rsidRPr="00A217B4">
              <w:rPr>
                <w:rFonts w:cs="Arial"/>
              </w:rPr>
              <w:t>Correo electrónico</w:t>
            </w:r>
          </w:p>
        </w:tc>
        <w:tc>
          <w:tcPr>
            <w:tcW w:w="5112" w:type="dxa"/>
            <w:tcMar>
              <w:top w:w="80" w:type="dxa"/>
              <w:left w:w="80" w:type="dxa"/>
              <w:bottom w:w="80" w:type="dxa"/>
              <w:right w:w="80" w:type="dxa"/>
            </w:tcMar>
          </w:tcPr>
          <w:p w14:paraId="4A68D4CA" w14:textId="77777777" w:rsidR="004C398A" w:rsidRPr="00A217B4" w:rsidRDefault="00000000" w:rsidP="00A217B4">
            <w:pPr>
              <w:jc w:val="both"/>
              <w:rPr>
                <w:rFonts w:cs="Arial"/>
              </w:rPr>
            </w:pPr>
            <w:r w:rsidRPr="00A217B4">
              <w:rPr>
                <w:rFonts w:cs="Arial"/>
              </w:rPr>
              <w:t>____________________________________________</w:t>
            </w:r>
          </w:p>
        </w:tc>
      </w:tr>
      <w:tr w:rsidR="004C398A" w:rsidRPr="00A217B4" w14:paraId="25107F1B" w14:textId="77777777">
        <w:trPr>
          <w:jc w:val="center"/>
        </w:trPr>
        <w:tc>
          <w:tcPr>
            <w:tcW w:w="5112" w:type="dxa"/>
            <w:tcMar>
              <w:top w:w="80" w:type="dxa"/>
              <w:left w:w="80" w:type="dxa"/>
              <w:bottom w:w="80" w:type="dxa"/>
              <w:right w:w="80" w:type="dxa"/>
            </w:tcMar>
          </w:tcPr>
          <w:p w14:paraId="5F9337B4" w14:textId="77777777" w:rsidR="004C398A" w:rsidRPr="00A217B4" w:rsidRDefault="00000000" w:rsidP="00A217B4">
            <w:pPr>
              <w:jc w:val="both"/>
              <w:rPr>
                <w:rFonts w:cs="Arial"/>
              </w:rPr>
            </w:pPr>
            <w:r w:rsidRPr="00A217B4">
              <w:rPr>
                <w:rFonts w:cs="Arial"/>
              </w:rPr>
              <w:t>Firma</w:t>
            </w:r>
          </w:p>
        </w:tc>
        <w:tc>
          <w:tcPr>
            <w:tcW w:w="5112" w:type="dxa"/>
            <w:tcMar>
              <w:top w:w="80" w:type="dxa"/>
              <w:left w:w="80" w:type="dxa"/>
              <w:bottom w:w="80" w:type="dxa"/>
              <w:right w:w="80" w:type="dxa"/>
            </w:tcMar>
          </w:tcPr>
          <w:p w14:paraId="2DCCCE3B" w14:textId="77777777" w:rsidR="004C398A" w:rsidRPr="00A217B4" w:rsidRDefault="00000000" w:rsidP="00A217B4">
            <w:pPr>
              <w:jc w:val="both"/>
              <w:rPr>
                <w:rFonts w:cs="Arial"/>
              </w:rPr>
            </w:pPr>
            <w:r w:rsidRPr="00A217B4">
              <w:rPr>
                <w:rFonts w:cs="Arial"/>
              </w:rPr>
              <w:t>____________________________________________</w:t>
            </w:r>
          </w:p>
        </w:tc>
      </w:tr>
    </w:tbl>
    <w:p w14:paraId="04E90834" w14:textId="77777777" w:rsidR="004C398A" w:rsidRPr="00A217B4" w:rsidRDefault="00000000" w:rsidP="00A217B4">
      <w:pPr>
        <w:jc w:val="both"/>
        <w:rPr>
          <w:rFonts w:cs="Arial"/>
        </w:rPr>
      </w:pPr>
      <w:r w:rsidRPr="00A217B4">
        <w:rPr>
          <w:rFonts w:cs="Arial"/>
        </w:rPr>
        <w:br w:type="page"/>
      </w:r>
    </w:p>
    <w:p w14:paraId="7AEC5AC0" w14:textId="77777777" w:rsidR="004C398A" w:rsidRPr="00A217B4" w:rsidRDefault="00000000" w:rsidP="00A217B4">
      <w:pPr>
        <w:jc w:val="center"/>
        <w:rPr>
          <w:rFonts w:cs="Arial"/>
        </w:rPr>
      </w:pPr>
      <w:r w:rsidRPr="00A217B4">
        <w:rPr>
          <w:rFonts w:cs="Arial"/>
          <w:b/>
          <w:sz w:val="24"/>
        </w:rPr>
        <w:lastRenderedPageBreak/>
        <w:t>FORMATO No. 8</w:t>
      </w:r>
      <w:r w:rsidRPr="00A217B4">
        <w:rPr>
          <w:rFonts w:cs="Arial"/>
          <w:b/>
          <w:sz w:val="24"/>
        </w:rPr>
        <w:br/>
        <w:t>BENEFICIARIO DE CUENTA</w:t>
      </w:r>
    </w:p>
    <w:p w14:paraId="3555BD9D" w14:textId="77777777" w:rsidR="00A217B4" w:rsidRDefault="00A217B4" w:rsidP="00A217B4">
      <w:pPr>
        <w:jc w:val="both"/>
        <w:rPr>
          <w:rFonts w:cs="Arial"/>
          <w:b/>
        </w:rPr>
      </w:pPr>
    </w:p>
    <w:p w14:paraId="586269DD" w14:textId="6C05CB50" w:rsidR="004C398A" w:rsidRPr="00A217B4" w:rsidRDefault="00000000" w:rsidP="00A217B4">
      <w:pPr>
        <w:jc w:val="both"/>
        <w:rPr>
          <w:rFonts w:cs="Arial"/>
        </w:rPr>
      </w:pPr>
      <w:r w:rsidRPr="00A217B4">
        <w:rPr>
          <w:rFonts w:cs="Arial"/>
          <w:b/>
        </w:rPr>
        <w:t xml:space="preserve">PROCESO: </w:t>
      </w:r>
      <w:proofErr w:type="spellStart"/>
      <w:r w:rsidRPr="00A217B4">
        <w:rPr>
          <w:rFonts w:cs="Arial"/>
        </w:rPr>
        <w:t>Selección</w:t>
      </w:r>
      <w:proofErr w:type="spellEnd"/>
      <w:r w:rsidRPr="00A217B4">
        <w:rPr>
          <w:rFonts w:cs="Arial"/>
        </w:rPr>
        <w:t xml:space="preserve"> </w:t>
      </w:r>
      <w:proofErr w:type="spellStart"/>
      <w:r w:rsidRPr="00A217B4">
        <w:rPr>
          <w:rFonts w:cs="Arial"/>
        </w:rPr>
        <w:t>Abreviada</w:t>
      </w:r>
      <w:proofErr w:type="spellEnd"/>
      <w:r w:rsidRPr="00A217B4">
        <w:rPr>
          <w:rFonts w:cs="Arial"/>
        </w:rPr>
        <w:t xml:space="preserve"> de Menor Cuantía No. SETIC-SAMC-002-2026</w:t>
      </w:r>
    </w:p>
    <w:p w14:paraId="528435B3" w14:textId="77777777" w:rsidR="004C398A" w:rsidRPr="00A217B4" w:rsidRDefault="00000000" w:rsidP="00A217B4">
      <w:pPr>
        <w:jc w:val="both"/>
        <w:rPr>
          <w:rFonts w:cs="Arial"/>
        </w:rPr>
      </w:pPr>
      <w:r w:rsidRPr="00A217B4">
        <w:rPr>
          <w:rFonts w:cs="Arial"/>
          <w:b/>
        </w:rPr>
        <w:t xml:space="preserve">OBJETO: </w:t>
      </w:r>
      <w:r w:rsidRPr="00A217B4">
        <w:rPr>
          <w:rFonts w:cs="Arial"/>
        </w:rPr>
        <w:t>Prestación de servicios para la implementación, soporte y mantenimiento bajo la modalidad de uso de un Sistema de Administración de Recaudo para el Departamento del Valle del Cauca, que garantice la continuidad de la gestión financiera y tributaria, dentro del proyecto denominado “Modernización de la Infraestructura TI y Servicios Informáticos de la Gobernación del Valle del Cauca”.</w:t>
      </w:r>
    </w:p>
    <w:tbl>
      <w:tblPr>
        <w:tblStyle w:val="Tablaconcuadrcula"/>
        <w:tblW w:w="0" w:type="auto"/>
        <w:jc w:val="center"/>
        <w:tblLook w:val="04A0" w:firstRow="1" w:lastRow="0" w:firstColumn="1" w:lastColumn="0" w:noHBand="0" w:noVBand="1"/>
      </w:tblPr>
      <w:tblGrid>
        <w:gridCol w:w="5107"/>
        <w:gridCol w:w="5107"/>
      </w:tblGrid>
      <w:tr w:rsidR="004C398A" w:rsidRPr="00A217B4" w14:paraId="64A98FBB" w14:textId="77777777">
        <w:trPr>
          <w:jc w:val="center"/>
        </w:trPr>
        <w:tc>
          <w:tcPr>
            <w:tcW w:w="5112" w:type="dxa"/>
            <w:shd w:val="clear" w:color="auto" w:fill="D9EAF7"/>
            <w:tcMar>
              <w:top w:w="80" w:type="dxa"/>
              <w:left w:w="80" w:type="dxa"/>
              <w:bottom w:w="80" w:type="dxa"/>
              <w:right w:w="80" w:type="dxa"/>
            </w:tcMar>
          </w:tcPr>
          <w:p w14:paraId="350CFBE1" w14:textId="77777777" w:rsidR="004C398A" w:rsidRPr="00A217B4" w:rsidRDefault="00000000" w:rsidP="00A217B4">
            <w:pPr>
              <w:jc w:val="both"/>
              <w:rPr>
                <w:rFonts w:cs="Arial"/>
              </w:rPr>
            </w:pPr>
            <w:r w:rsidRPr="00A217B4">
              <w:rPr>
                <w:rFonts w:cs="Arial"/>
              </w:rPr>
              <w:t>Razón social / Nombre completo</w:t>
            </w:r>
          </w:p>
        </w:tc>
        <w:tc>
          <w:tcPr>
            <w:tcW w:w="5112" w:type="dxa"/>
            <w:tcMar>
              <w:top w:w="80" w:type="dxa"/>
              <w:left w:w="80" w:type="dxa"/>
              <w:bottom w:w="80" w:type="dxa"/>
              <w:right w:w="80" w:type="dxa"/>
            </w:tcMar>
          </w:tcPr>
          <w:p w14:paraId="4E27B723" w14:textId="77777777" w:rsidR="004C398A" w:rsidRPr="00A217B4" w:rsidRDefault="004C398A" w:rsidP="00A217B4">
            <w:pPr>
              <w:jc w:val="both"/>
              <w:rPr>
                <w:rFonts w:cs="Arial"/>
              </w:rPr>
            </w:pPr>
          </w:p>
        </w:tc>
      </w:tr>
      <w:tr w:rsidR="004C398A" w:rsidRPr="00A217B4" w14:paraId="669A1308" w14:textId="77777777">
        <w:trPr>
          <w:jc w:val="center"/>
        </w:trPr>
        <w:tc>
          <w:tcPr>
            <w:tcW w:w="5112" w:type="dxa"/>
            <w:shd w:val="clear" w:color="auto" w:fill="D9EAF7"/>
            <w:tcMar>
              <w:top w:w="80" w:type="dxa"/>
              <w:left w:w="80" w:type="dxa"/>
              <w:bottom w:w="80" w:type="dxa"/>
              <w:right w:w="80" w:type="dxa"/>
            </w:tcMar>
          </w:tcPr>
          <w:p w14:paraId="57FBE6DA" w14:textId="77777777" w:rsidR="004C398A" w:rsidRPr="00A217B4" w:rsidRDefault="00000000" w:rsidP="00A217B4">
            <w:pPr>
              <w:jc w:val="both"/>
              <w:rPr>
                <w:rFonts w:cs="Arial"/>
              </w:rPr>
            </w:pPr>
            <w:r w:rsidRPr="00A217B4">
              <w:rPr>
                <w:rFonts w:cs="Arial"/>
              </w:rPr>
              <w:t>NIT / C.C.</w:t>
            </w:r>
          </w:p>
        </w:tc>
        <w:tc>
          <w:tcPr>
            <w:tcW w:w="5112" w:type="dxa"/>
            <w:tcMar>
              <w:top w:w="80" w:type="dxa"/>
              <w:left w:w="80" w:type="dxa"/>
              <w:bottom w:w="80" w:type="dxa"/>
              <w:right w:w="80" w:type="dxa"/>
            </w:tcMar>
          </w:tcPr>
          <w:p w14:paraId="75D424F0" w14:textId="77777777" w:rsidR="004C398A" w:rsidRPr="00A217B4" w:rsidRDefault="004C398A" w:rsidP="00A217B4">
            <w:pPr>
              <w:jc w:val="both"/>
              <w:rPr>
                <w:rFonts w:cs="Arial"/>
              </w:rPr>
            </w:pPr>
          </w:p>
        </w:tc>
      </w:tr>
      <w:tr w:rsidR="004C398A" w:rsidRPr="00A217B4" w14:paraId="022FF321" w14:textId="77777777">
        <w:trPr>
          <w:jc w:val="center"/>
        </w:trPr>
        <w:tc>
          <w:tcPr>
            <w:tcW w:w="5112" w:type="dxa"/>
            <w:shd w:val="clear" w:color="auto" w:fill="D9EAF7"/>
            <w:tcMar>
              <w:top w:w="80" w:type="dxa"/>
              <w:left w:w="80" w:type="dxa"/>
              <w:bottom w:w="80" w:type="dxa"/>
              <w:right w:w="80" w:type="dxa"/>
            </w:tcMar>
          </w:tcPr>
          <w:p w14:paraId="3FD8FFE2" w14:textId="77777777" w:rsidR="004C398A" w:rsidRPr="00A217B4" w:rsidRDefault="00000000" w:rsidP="00A217B4">
            <w:pPr>
              <w:jc w:val="both"/>
              <w:rPr>
                <w:rFonts w:cs="Arial"/>
              </w:rPr>
            </w:pPr>
            <w:r w:rsidRPr="00A217B4">
              <w:rPr>
                <w:rFonts w:cs="Arial"/>
              </w:rPr>
              <w:t>Tipo de persona</w:t>
            </w:r>
          </w:p>
        </w:tc>
        <w:tc>
          <w:tcPr>
            <w:tcW w:w="5112" w:type="dxa"/>
            <w:tcMar>
              <w:top w:w="80" w:type="dxa"/>
              <w:left w:w="80" w:type="dxa"/>
              <w:bottom w:w="80" w:type="dxa"/>
              <w:right w:w="80" w:type="dxa"/>
            </w:tcMar>
          </w:tcPr>
          <w:p w14:paraId="02DD631D" w14:textId="77777777" w:rsidR="004C398A" w:rsidRPr="00A217B4" w:rsidRDefault="004C398A" w:rsidP="00A217B4">
            <w:pPr>
              <w:jc w:val="both"/>
              <w:rPr>
                <w:rFonts w:cs="Arial"/>
              </w:rPr>
            </w:pPr>
          </w:p>
        </w:tc>
      </w:tr>
      <w:tr w:rsidR="004C398A" w:rsidRPr="00A217B4" w14:paraId="4B3081FA" w14:textId="77777777">
        <w:trPr>
          <w:jc w:val="center"/>
        </w:trPr>
        <w:tc>
          <w:tcPr>
            <w:tcW w:w="5112" w:type="dxa"/>
            <w:shd w:val="clear" w:color="auto" w:fill="D9EAF7"/>
            <w:tcMar>
              <w:top w:w="80" w:type="dxa"/>
              <w:left w:w="80" w:type="dxa"/>
              <w:bottom w:w="80" w:type="dxa"/>
              <w:right w:w="80" w:type="dxa"/>
            </w:tcMar>
          </w:tcPr>
          <w:p w14:paraId="048EF72F" w14:textId="77777777" w:rsidR="004C398A" w:rsidRPr="00A217B4" w:rsidRDefault="00000000" w:rsidP="00A217B4">
            <w:pPr>
              <w:jc w:val="both"/>
              <w:rPr>
                <w:rFonts w:cs="Arial"/>
              </w:rPr>
            </w:pPr>
            <w:r w:rsidRPr="00A217B4">
              <w:rPr>
                <w:rFonts w:cs="Arial"/>
              </w:rPr>
              <w:t>Entidad bancaria</w:t>
            </w:r>
          </w:p>
        </w:tc>
        <w:tc>
          <w:tcPr>
            <w:tcW w:w="5112" w:type="dxa"/>
            <w:tcMar>
              <w:top w:w="80" w:type="dxa"/>
              <w:left w:w="80" w:type="dxa"/>
              <w:bottom w:w="80" w:type="dxa"/>
              <w:right w:w="80" w:type="dxa"/>
            </w:tcMar>
          </w:tcPr>
          <w:p w14:paraId="7BAD8767" w14:textId="77777777" w:rsidR="004C398A" w:rsidRPr="00A217B4" w:rsidRDefault="004C398A" w:rsidP="00A217B4">
            <w:pPr>
              <w:jc w:val="both"/>
              <w:rPr>
                <w:rFonts w:cs="Arial"/>
              </w:rPr>
            </w:pPr>
          </w:p>
        </w:tc>
      </w:tr>
      <w:tr w:rsidR="004C398A" w:rsidRPr="00A217B4" w14:paraId="7E8F0D49" w14:textId="77777777">
        <w:trPr>
          <w:jc w:val="center"/>
        </w:trPr>
        <w:tc>
          <w:tcPr>
            <w:tcW w:w="5112" w:type="dxa"/>
            <w:shd w:val="clear" w:color="auto" w:fill="D9EAF7"/>
            <w:tcMar>
              <w:top w:w="80" w:type="dxa"/>
              <w:left w:w="80" w:type="dxa"/>
              <w:bottom w:w="80" w:type="dxa"/>
              <w:right w:w="80" w:type="dxa"/>
            </w:tcMar>
          </w:tcPr>
          <w:p w14:paraId="1EF734B4" w14:textId="77777777" w:rsidR="004C398A" w:rsidRPr="00A217B4" w:rsidRDefault="00000000" w:rsidP="00A217B4">
            <w:pPr>
              <w:jc w:val="both"/>
              <w:rPr>
                <w:rFonts w:cs="Arial"/>
              </w:rPr>
            </w:pPr>
            <w:r w:rsidRPr="00A217B4">
              <w:rPr>
                <w:rFonts w:cs="Arial"/>
              </w:rPr>
              <w:t>Tipo de cuenta</w:t>
            </w:r>
          </w:p>
        </w:tc>
        <w:tc>
          <w:tcPr>
            <w:tcW w:w="5112" w:type="dxa"/>
            <w:tcMar>
              <w:top w:w="80" w:type="dxa"/>
              <w:left w:w="80" w:type="dxa"/>
              <w:bottom w:w="80" w:type="dxa"/>
              <w:right w:w="80" w:type="dxa"/>
            </w:tcMar>
          </w:tcPr>
          <w:p w14:paraId="0CADB1EA" w14:textId="77777777" w:rsidR="004C398A" w:rsidRPr="00A217B4" w:rsidRDefault="004C398A" w:rsidP="00A217B4">
            <w:pPr>
              <w:jc w:val="both"/>
              <w:rPr>
                <w:rFonts w:cs="Arial"/>
              </w:rPr>
            </w:pPr>
          </w:p>
        </w:tc>
      </w:tr>
      <w:tr w:rsidR="004C398A" w:rsidRPr="00A217B4" w14:paraId="1523E7AC" w14:textId="77777777">
        <w:trPr>
          <w:jc w:val="center"/>
        </w:trPr>
        <w:tc>
          <w:tcPr>
            <w:tcW w:w="5112" w:type="dxa"/>
            <w:shd w:val="clear" w:color="auto" w:fill="D9EAF7"/>
            <w:tcMar>
              <w:top w:w="80" w:type="dxa"/>
              <w:left w:w="80" w:type="dxa"/>
              <w:bottom w:w="80" w:type="dxa"/>
              <w:right w:w="80" w:type="dxa"/>
            </w:tcMar>
          </w:tcPr>
          <w:p w14:paraId="50FD9AF6" w14:textId="77777777" w:rsidR="004C398A" w:rsidRPr="00A217B4" w:rsidRDefault="00000000" w:rsidP="00A217B4">
            <w:pPr>
              <w:jc w:val="both"/>
              <w:rPr>
                <w:rFonts w:cs="Arial"/>
              </w:rPr>
            </w:pPr>
            <w:r w:rsidRPr="00A217B4">
              <w:rPr>
                <w:rFonts w:cs="Arial"/>
              </w:rPr>
              <w:t>Número de cuenta</w:t>
            </w:r>
          </w:p>
        </w:tc>
        <w:tc>
          <w:tcPr>
            <w:tcW w:w="5112" w:type="dxa"/>
            <w:tcMar>
              <w:top w:w="80" w:type="dxa"/>
              <w:left w:w="80" w:type="dxa"/>
              <w:bottom w:w="80" w:type="dxa"/>
              <w:right w:w="80" w:type="dxa"/>
            </w:tcMar>
          </w:tcPr>
          <w:p w14:paraId="2C2EA95C" w14:textId="77777777" w:rsidR="004C398A" w:rsidRPr="00A217B4" w:rsidRDefault="004C398A" w:rsidP="00A217B4">
            <w:pPr>
              <w:jc w:val="both"/>
              <w:rPr>
                <w:rFonts w:cs="Arial"/>
              </w:rPr>
            </w:pPr>
          </w:p>
        </w:tc>
      </w:tr>
      <w:tr w:rsidR="004C398A" w:rsidRPr="00A217B4" w14:paraId="3EE274B5" w14:textId="77777777">
        <w:trPr>
          <w:jc w:val="center"/>
        </w:trPr>
        <w:tc>
          <w:tcPr>
            <w:tcW w:w="5112" w:type="dxa"/>
            <w:shd w:val="clear" w:color="auto" w:fill="D9EAF7"/>
            <w:tcMar>
              <w:top w:w="80" w:type="dxa"/>
              <w:left w:w="80" w:type="dxa"/>
              <w:bottom w:w="80" w:type="dxa"/>
              <w:right w:w="80" w:type="dxa"/>
            </w:tcMar>
          </w:tcPr>
          <w:p w14:paraId="1D7B5C45" w14:textId="77777777" w:rsidR="004C398A" w:rsidRPr="00A217B4" w:rsidRDefault="00000000" w:rsidP="00A217B4">
            <w:pPr>
              <w:jc w:val="both"/>
              <w:rPr>
                <w:rFonts w:cs="Arial"/>
              </w:rPr>
            </w:pPr>
            <w:r w:rsidRPr="00A217B4">
              <w:rPr>
                <w:rFonts w:cs="Arial"/>
              </w:rPr>
              <w:t>Titular de la cuenta</w:t>
            </w:r>
          </w:p>
        </w:tc>
        <w:tc>
          <w:tcPr>
            <w:tcW w:w="5112" w:type="dxa"/>
            <w:tcMar>
              <w:top w:w="80" w:type="dxa"/>
              <w:left w:w="80" w:type="dxa"/>
              <w:bottom w:w="80" w:type="dxa"/>
              <w:right w:w="80" w:type="dxa"/>
            </w:tcMar>
          </w:tcPr>
          <w:p w14:paraId="208F920B" w14:textId="77777777" w:rsidR="004C398A" w:rsidRPr="00A217B4" w:rsidRDefault="004C398A" w:rsidP="00A217B4">
            <w:pPr>
              <w:jc w:val="both"/>
              <w:rPr>
                <w:rFonts w:cs="Arial"/>
              </w:rPr>
            </w:pPr>
          </w:p>
        </w:tc>
      </w:tr>
      <w:tr w:rsidR="004C398A" w:rsidRPr="00A217B4" w14:paraId="0D9AC39A" w14:textId="77777777">
        <w:trPr>
          <w:jc w:val="center"/>
        </w:trPr>
        <w:tc>
          <w:tcPr>
            <w:tcW w:w="5112" w:type="dxa"/>
            <w:shd w:val="clear" w:color="auto" w:fill="D9EAF7"/>
            <w:tcMar>
              <w:top w:w="80" w:type="dxa"/>
              <w:left w:w="80" w:type="dxa"/>
              <w:bottom w:w="80" w:type="dxa"/>
              <w:right w:w="80" w:type="dxa"/>
            </w:tcMar>
          </w:tcPr>
          <w:p w14:paraId="10A40CE3" w14:textId="77777777" w:rsidR="004C398A" w:rsidRPr="00A217B4" w:rsidRDefault="00000000" w:rsidP="00A217B4">
            <w:pPr>
              <w:jc w:val="both"/>
              <w:rPr>
                <w:rFonts w:cs="Arial"/>
              </w:rPr>
            </w:pPr>
            <w:r w:rsidRPr="00A217B4">
              <w:rPr>
                <w:rFonts w:cs="Arial"/>
              </w:rPr>
              <w:t>Correo electrónico</w:t>
            </w:r>
          </w:p>
        </w:tc>
        <w:tc>
          <w:tcPr>
            <w:tcW w:w="5112" w:type="dxa"/>
            <w:tcMar>
              <w:top w:w="80" w:type="dxa"/>
              <w:left w:w="80" w:type="dxa"/>
              <w:bottom w:w="80" w:type="dxa"/>
              <w:right w:w="80" w:type="dxa"/>
            </w:tcMar>
          </w:tcPr>
          <w:p w14:paraId="008F1EBC" w14:textId="77777777" w:rsidR="004C398A" w:rsidRPr="00A217B4" w:rsidRDefault="004C398A" w:rsidP="00A217B4">
            <w:pPr>
              <w:jc w:val="both"/>
              <w:rPr>
                <w:rFonts w:cs="Arial"/>
              </w:rPr>
            </w:pPr>
          </w:p>
        </w:tc>
      </w:tr>
      <w:tr w:rsidR="004C398A" w:rsidRPr="00A217B4" w14:paraId="70FBEEBC" w14:textId="77777777">
        <w:trPr>
          <w:jc w:val="center"/>
        </w:trPr>
        <w:tc>
          <w:tcPr>
            <w:tcW w:w="5112" w:type="dxa"/>
            <w:shd w:val="clear" w:color="auto" w:fill="D9EAF7"/>
            <w:tcMar>
              <w:top w:w="80" w:type="dxa"/>
              <w:left w:w="80" w:type="dxa"/>
              <w:bottom w:w="80" w:type="dxa"/>
              <w:right w:w="80" w:type="dxa"/>
            </w:tcMar>
          </w:tcPr>
          <w:p w14:paraId="054EB25B" w14:textId="77777777" w:rsidR="004C398A" w:rsidRPr="00A217B4" w:rsidRDefault="00000000" w:rsidP="00A217B4">
            <w:pPr>
              <w:jc w:val="both"/>
              <w:rPr>
                <w:rFonts w:cs="Arial"/>
              </w:rPr>
            </w:pPr>
            <w:r w:rsidRPr="00A217B4">
              <w:rPr>
                <w:rFonts w:cs="Arial"/>
              </w:rPr>
              <w:t>Teléfono</w:t>
            </w:r>
          </w:p>
        </w:tc>
        <w:tc>
          <w:tcPr>
            <w:tcW w:w="5112" w:type="dxa"/>
            <w:tcMar>
              <w:top w:w="80" w:type="dxa"/>
              <w:left w:w="80" w:type="dxa"/>
              <w:bottom w:w="80" w:type="dxa"/>
              <w:right w:w="80" w:type="dxa"/>
            </w:tcMar>
          </w:tcPr>
          <w:p w14:paraId="371D1002" w14:textId="77777777" w:rsidR="004C398A" w:rsidRPr="00A217B4" w:rsidRDefault="004C398A" w:rsidP="00A217B4">
            <w:pPr>
              <w:jc w:val="both"/>
              <w:rPr>
                <w:rFonts w:cs="Arial"/>
              </w:rPr>
            </w:pPr>
          </w:p>
        </w:tc>
      </w:tr>
      <w:tr w:rsidR="004C398A" w:rsidRPr="00A217B4" w14:paraId="07B9CC31" w14:textId="77777777">
        <w:trPr>
          <w:jc w:val="center"/>
        </w:trPr>
        <w:tc>
          <w:tcPr>
            <w:tcW w:w="5112" w:type="dxa"/>
            <w:shd w:val="clear" w:color="auto" w:fill="D9EAF7"/>
            <w:tcMar>
              <w:top w:w="80" w:type="dxa"/>
              <w:left w:w="80" w:type="dxa"/>
              <w:bottom w:w="80" w:type="dxa"/>
              <w:right w:w="80" w:type="dxa"/>
            </w:tcMar>
          </w:tcPr>
          <w:p w14:paraId="0C0287E7" w14:textId="77777777" w:rsidR="004C398A" w:rsidRPr="00A217B4" w:rsidRDefault="00000000" w:rsidP="00A217B4">
            <w:pPr>
              <w:jc w:val="both"/>
              <w:rPr>
                <w:rFonts w:cs="Arial"/>
              </w:rPr>
            </w:pPr>
            <w:r w:rsidRPr="00A217B4">
              <w:rPr>
                <w:rFonts w:cs="Arial"/>
              </w:rPr>
              <w:t>Dirección</w:t>
            </w:r>
          </w:p>
        </w:tc>
        <w:tc>
          <w:tcPr>
            <w:tcW w:w="5112" w:type="dxa"/>
            <w:tcMar>
              <w:top w:w="80" w:type="dxa"/>
              <w:left w:w="80" w:type="dxa"/>
              <w:bottom w:w="80" w:type="dxa"/>
              <w:right w:w="80" w:type="dxa"/>
            </w:tcMar>
          </w:tcPr>
          <w:p w14:paraId="58246815" w14:textId="77777777" w:rsidR="004C398A" w:rsidRPr="00A217B4" w:rsidRDefault="004C398A" w:rsidP="00A217B4">
            <w:pPr>
              <w:jc w:val="both"/>
              <w:rPr>
                <w:rFonts w:cs="Arial"/>
              </w:rPr>
            </w:pPr>
          </w:p>
        </w:tc>
      </w:tr>
    </w:tbl>
    <w:p w14:paraId="7DDB301D" w14:textId="77777777" w:rsidR="004C398A" w:rsidRPr="00A217B4" w:rsidRDefault="00000000" w:rsidP="00A217B4">
      <w:pPr>
        <w:jc w:val="both"/>
        <w:rPr>
          <w:rFonts w:cs="Arial"/>
        </w:rPr>
      </w:pPr>
      <w:r w:rsidRPr="00A217B4">
        <w:rPr>
          <w:rFonts w:cs="Arial"/>
        </w:rPr>
        <w:t>Declaro que la información bancaria aquí consignada es correcta y autorizo al Departamento del Valle del Cauca para utilizarla exclusivamente para los pagos derivados del contrato, en caso de resultar adjudicatario. Se deberá anexar certificación bancaria vigente.</w:t>
      </w:r>
    </w:p>
    <w:p w14:paraId="5CD1D134" w14:textId="77777777" w:rsidR="004C398A" w:rsidRPr="00A217B4" w:rsidRDefault="00000000" w:rsidP="00A217B4">
      <w:pPr>
        <w:jc w:val="both"/>
        <w:rPr>
          <w:rFonts w:cs="Arial"/>
        </w:rPr>
      </w:pPr>
      <w:r w:rsidRPr="00A217B4">
        <w:rPr>
          <w:rFonts w:cs="Arial"/>
        </w:rPr>
        <w:br/>
        <w:t>Atentamente,</w:t>
      </w:r>
    </w:p>
    <w:tbl>
      <w:tblPr>
        <w:tblW w:w="0" w:type="auto"/>
        <w:jc w:val="center"/>
        <w:tblLook w:val="04A0" w:firstRow="1" w:lastRow="0" w:firstColumn="1" w:lastColumn="0" w:noHBand="0" w:noVBand="1"/>
      </w:tblPr>
      <w:tblGrid>
        <w:gridCol w:w="5112"/>
        <w:gridCol w:w="5112"/>
      </w:tblGrid>
      <w:tr w:rsidR="004C398A" w:rsidRPr="00A217B4" w14:paraId="4F903634" w14:textId="77777777">
        <w:trPr>
          <w:jc w:val="center"/>
        </w:trPr>
        <w:tc>
          <w:tcPr>
            <w:tcW w:w="5112" w:type="dxa"/>
            <w:tcMar>
              <w:top w:w="80" w:type="dxa"/>
              <w:left w:w="80" w:type="dxa"/>
              <w:bottom w:w="80" w:type="dxa"/>
              <w:right w:w="80" w:type="dxa"/>
            </w:tcMar>
          </w:tcPr>
          <w:p w14:paraId="78539DB7" w14:textId="77777777" w:rsidR="004C398A" w:rsidRPr="00A217B4" w:rsidRDefault="00000000" w:rsidP="00A217B4">
            <w:pPr>
              <w:jc w:val="both"/>
              <w:rPr>
                <w:rFonts w:cs="Arial"/>
              </w:rPr>
            </w:pPr>
            <w:r w:rsidRPr="00A217B4">
              <w:rPr>
                <w:rFonts w:cs="Arial"/>
              </w:rPr>
              <w:t>Nombre / Razón social</w:t>
            </w:r>
          </w:p>
        </w:tc>
        <w:tc>
          <w:tcPr>
            <w:tcW w:w="5112" w:type="dxa"/>
            <w:tcMar>
              <w:top w:w="80" w:type="dxa"/>
              <w:left w:w="80" w:type="dxa"/>
              <w:bottom w:w="80" w:type="dxa"/>
              <w:right w:w="80" w:type="dxa"/>
            </w:tcMar>
          </w:tcPr>
          <w:p w14:paraId="3AD66FEA" w14:textId="77777777" w:rsidR="004C398A" w:rsidRPr="00A217B4" w:rsidRDefault="00000000" w:rsidP="00A217B4">
            <w:pPr>
              <w:jc w:val="both"/>
              <w:rPr>
                <w:rFonts w:cs="Arial"/>
              </w:rPr>
            </w:pPr>
            <w:r w:rsidRPr="00A217B4">
              <w:rPr>
                <w:rFonts w:cs="Arial"/>
              </w:rPr>
              <w:t>____________________________________________</w:t>
            </w:r>
          </w:p>
        </w:tc>
      </w:tr>
      <w:tr w:rsidR="004C398A" w:rsidRPr="00A217B4" w14:paraId="69C30427" w14:textId="77777777">
        <w:trPr>
          <w:jc w:val="center"/>
        </w:trPr>
        <w:tc>
          <w:tcPr>
            <w:tcW w:w="5112" w:type="dxa"/>
            <w:tcMar>
              <w:top w:w="80" w:type="dxa"/>
              <w:left w:w="80" w:type="dxa"/>
              <w:bottom w:w="80" w:type="dxa"/>
              <w:right w:w="80" w:type="dxa"/>
            </w:tcMar>
          </w:tcPr>
          <w:p w14:paraId="6A7C4CB1" w14:textId="77777777" w:rsidR="004C398A" w:rsidRPr="00A217B4" w:rsidRDefault="00000000" w:rsidP="00A217B4">
            <w:pPr>
              <w:jc w:val="both"/>
              <w:rPr>
                <w:rFonts w:cs="Arial"/>
              </w:rPr>
            </w:pPr>
            <w:r w:rsidRPr="00A217B4">
              <w:rPr>
                <w:rFonts w:cs="Arial"/>
              </w:rPr>
              <w:t>C.C. / NIT</w:t>
            </w:r>
          </w:p>
        </w:tc>
        <w:tc>
          <w:tcPr>
            <w:tcW w:w="5112" w:type="dxa"/>
            <w:tcMar>
              <w:top w:w="80" w:type="dxa"/>
              <w:left w:w="80" w:type="dxa"/>
              <w:bottom w:w="80" w:type="dxa"/>
              <w:right w:w="80" w:type="dxa"/>
            </w:tcMar>
          </w:tcPr>
          <w:p w14:paraId="3D972068" w14:textId="77777777" w:rsidR="004C398A" w:rsidRPr="00A217B4" w:rsidRDefault="00000000" w:rsidP="00A217B4">
            <w:pPr>
              <w:jc w:val="both"/>
              <w:rPr>
                <w:rFonts w:cs="Arial"/>
              </w:rPr>
            </w:pPr>
            <w:r w:rsidRPr="00A217B4">
              <w:rPr>
                <w:rFonts w:cs="Arial"/>
              </w:rPr>
              <w:t>____________________________________________</w:t>
            </w:r>
          </w:p>
        </w:tc>
      </w:tr>
      <w:tr w:rsidR="004C398A" w:rsidRPr="00A217B4" w14:paraId="26A1D2AF" w14:textId="77777777">
        <w:trPr>
          <w:jc w:val="center"/>
        </w:trPr>
        <w:tc>
          <w:tcPr>
            <w:tcW w:w="5112" w:type="dxa"/>
            <w:tcMar>
              <w:top w:w="80" w:type="dxa"/>
              <w:left w:w="80" w:type="dxa"/>
              <w:bottom w:w="80" w:type="dxa"/>
              <w:right w:w="80" w:type="dxa"/>
            </w:tcMar>
          </w:tcPr>
          <w:p w14:paraId="79834C38" w14:textId="77777777" w:rsidR="004C398A" w:rsidRPr="00A217B4" w:rsidRDefault="00000000" w:rsidP="00A217B4">
            <w:pPr>
              <w:jc w:val="both"/>
              <w:rPr>
                <w:rFonts w:cs="Arial"/>
              </w:rPr>
            </w:pPr>
            <w:r w:rsidRPr="00A217B4">
              <w:rPr>
                <w:rFonts w:cs="Arial"/>
              </w:rPr>
              <w:t>Correo electrónico</w:t>
            </w:r>
          </w:p>
        </w:tc>
        <w:tc>
          <w:tcPr>
            <w:tcW w:w="5112" w:type="dxa"/>
            <w:tcMar>
              <w:top w:w="80" w:type="dxa"/>
              <w:left w:w="80" w:type="dxa"/>
              <w:bottom w:w="80" w:type="dxa"/>
              <w:right w:w="80" w:type="dxa"/>
            </w:tcMar>
          </w:tcPr>
          <w:p w14:paraId="3D0FEA71" w14:textId="77777777" w:rsidR="004C398A" w:rsidRPr="00A217B4" w:rsidRDefault="00000000" w:rsidP="00A217B4">
            <w:pPr>
              <w:jc w:val="both"/>
              <w:rPr>
                <w:rFonts w:cs="Arial"/>
              </w:rPr>
            </w:pPr>
            <w:r w:rsidRPr="00A217B4">
              <w:rPr>
                <w:rFonts w:cs="Arial"/>
              </w:rPr>
              <w:t>____________________________________________</w:t>
            </w:r>
          </w:p>
        </w:tc>
      </w:tr>
      <w:tr w:rsidR="004C398A" w:rsidRPr="00A217B4" w14:paraId="3EC4E724" w14:textId="77777777">
        <w:trPr>
          <w:jc w:val="center"/>
        </w:trPr>
        <w:tc>
          <w:tcPr>
            <w:tcW w:w="5112" w:type="dxa"/>
            <w:tcMar>
              <w:top w:w="80" w:type="dxa"/>
              <w:left w:w="80" w:type="dxa"/>
              <w:bottom w:w="80" w:type="dxa"/>
              <w:right w:w="80" w:type="dxa"/>
            </w:tcMar>
          </w:tcPr>
          <w:p w14:paraId="291C510D" w14:textId="77777777" w:rsidR="004C398A" w:rsidRPr="00A217B4" w:rsidRDefault="00000000" w:rsidP="00A217B4">
            <w:pPr>
              <w:jc w:val="both"/>
              <w:rPr>
                <w:rFonts w:cs="Arial"/>
              </w:rPr>
            </w:pPr>
            <w:r w:rsidRPr="00A217B4">
              <w:rPr>
                <w:rFonts w:cs="Arial"/>
              </w:rPr>
              <w:t>Firma</w:t>
            </w:r>
          </w:p>
        </w:tc>
        <w:tc>
          <w:tcPr>
            <w:tcW w:w="5112" w:type="dxa"/>
            <w:tcMar>
              <w:top w:w="80" w:type="dxa"/>
              <w:left w:w="80" w:type="dxa"/>
              <w:bottom w:w="80" w:type="dxa"/>
              <w:right w:w="80" w:type="dxa"/>
            </w:tcMar>
          </w:tcPr>
          <w:p w14:paraId="3E5E3285" w14:textId="77777777" w:rsidR="004C398A" w:rsidRPr="00A217B4" w:rsidRDefault="00000000" w:rsidP="00A217B4">
            <w:pPr>
              <w:jc w:val="both"/>
              <w:rPr>
                <w:rFonts w:cs="Arial"/>
              </w:rPr>
            </w:pPr>
            <w:r w:rsidRPr="00A217B4">
              <w:rPr>
                <w:rFonts w:cs="Arial"/>
              </w:rPr>
              <w:t>____________________________________________</w:t>
            </w:r>
          </w:p>
        </w:tc>
      </w:tr>
    </w:tbl>
    <w:p w14:paraId="22E42D37" w14:textId="77777777" w:rsidR="004C398A" w:rsidRPr="00A217B4" w:rsidRDefault="00000000" w:rsidP="00A217B4">
      <w:pPr>
        <w:jc w:val="both"/>
        <w:rPr>
          <w:rFonts w:cs="Arial"/>
        </w:rPr>
      </w:pPr>
      <w:r w:rsidRPr="00A217B4">
        <w:rPr>
          <w:rFonts w:cs="Arial"/>
        </w:rPr>
        <w:br w:type="page"/>
      </w:r>
    </w:p>
    <w:p w14:paraId="26A7685B" w14:textId="77777777" w:rsidR="004C398A" w:rsidRDefault="00000000" w:rsidP="00A217B4">
      <w:pPr>
        <w:jc w:val="center"/>
        <w:rPr>
          <w:rFonts w:cs="Arial"/>
          <w:b/>
          <w:sz w:val="24"/>
        </w:rPr>
      </w:pPr>
      <w:r w:rsidRPr="00A217B4">
        <w:rPr>
          <w:rFonts w:cs="Arial"/>
          <w:b/>
          <w:sz w:val="24"/>
        </w:rPr>
        <w:lastRenderedPageBreak/>
        <w:t>FORMATO No. 9</w:t>
      </w:r>
      <w:r w:rsidRPr="00A217B4">
        <w:rPr>
          <w:rFonts w:cs="Arial"/>
          <w:b/>
          <w:sz w:val="24"/>
        </w:rPr>
        <w:br/>
        <w:t>CERTIFICACIÓN DE LISTAS RESTRICTIVAS Y ORIGEN LÍCITO DE RECURSOS</w:t>
      </w:r>
    </w:p>
    <w:p w14:paraId="09E8F278" w14:textId="77777777" w:rsidR="00A217B4" w:rsidRPr="00A217B4" w:rsidRDefault="00A217B4" w:rsidP="00A217B4">
      <w:pPr>
        <w:jc w:val="center"/>
        <w:rPr>
          <w:rFonts w:cs="Arial"/>
        </w:rPr>
      </w:pPr>
    </w:p>
    <w:p w14:paraId="7F5B2892" w14:textId="77777777" w:rsidR="004C398A" w:rsidRPr="00A217B4" w:rsidRDefault="00000000" w:rsidP="00A217B4">
      <w:pPr>
        <w:jc w:val="both"/>
        <w:rPr>
          <w:rFonts w:cs="Arial"/>
        </w:rPr>
      </w:pPr>
      <w:r w:rsidRPr="00A217B4">
        <w:rPr>
          <w:rFonts w:cs="Arial"/>
          <w:b/>
        </w:rPr>
        <w:t xml:space="preserve">PROCESO: </w:t>
      </w:r>
      <w:r w:rsidRPr="00A217B4">
        <w:rPr>
          <w:rFonts w:cs="Arial"/>
        </w:rPr>
        <w:t>Selección Abreviada de Menor Cuantía No. SETIC-SAMC-002-2026</w:t>
      </w:r>
    </w:p>
    <w:p w14:paraId="67306E1C" w14:textId="77777777" w:rsidR="004C398A" w:rsidRPr="00A217B4" w:rsidRDefault="00000000" w:rsidP="00A217B4">
      <w:pPr>
        <w:jc w:val="both"/>
        <w:rPr>
          <w:rFonts w:cs="Arial"/>
        </w:rPr>
      </w:pPr>
      <w:r w:rsidRPr="00A217B4">
        <w:rPr>
          <w:rFonts w:cs="Arial"/>
          <w:b/>
        </w:rPr>
        <w:t xml:space="preserve">OBJETO: </w:t>
      </w:r>
      <w:r w:rsidRPr="00A217B4">
        <w:rPr>
          <w:rFonts w:cs="Arial"/>
        </w:rPr>
        <w:t>Prestación de servicios para la implementación, soporte y mantenimiento bajo la modalidad de uso de un Sistema de Administración de Recaudo para el Departamento del Valle del Cauca, que garantice la continuidad de la gestión financiera y tributaria, dentro del proyecto denominado “Modernización de la Infraestructura TI y Servicios Informáticos de la Gobernación del Valle del Cauca”.</w:t>
      </w:r>
    </w:p>
    <w:p w14:paraId="47FD18CA" w14:textId="77777777" w:rsidR="004C398A" w:rsidRPr="00A217B4" w:rsidRDefault="00000000" w:rsidP="00A217B4">
      <w:pPr>
        <w:jc w:val="both"/>
        <w:rPr>
          <w:rFonts w:cs="Arial"/>
        </w:rPr>
      </w:pPr>
      <w:r w:rsidRPr="00A217B4">
        <w:rPr>
          <w:rFonts w:cs="Arial"/>
        </w:rPr>
        <w:t>Yo, ________________________________________, identificado con C.C. No. ____________________, actuando en nombre propio / como representante legal de ________________________________________, NIT ____________________, declaro bajo la gravedad del juramento que:</w:t>
      </w:r>
    </w:p>
    <w:p w14:paraId="53ACD772" w14:textId="77777777" w:rsidR="004C398A" w:rsidRPr="00A217B4" w:rsidRDefault="00000000" w:rsidP="00A217B4">
      <w:pPr>
        <w:pStyle w:val="Listaconvietas"/>
        <w:jc w:val="both"/>
        <w:rPr>
          <w:rFonts w:cs="Arial"/>
        </w:rPr>
      </w:pPr>
      <w:r w:rsidRPr="00A217B4">
        <w:rPr>
          <w:rFonts w:cs="Arial"/>
        </w:rPr>
        <w:t>Los recursos, bienes y fondos vinculados a la sociedad y a la eventual ejecución del contrato tienen origen lícito.</w:t>
      </w:r>
    </w:p>
    <w:p w14:paraId="28D216FE" w14:textId="77777777" w:rsidR="004C398A" w:rsidRPr="00A217B4" w:rsidRDefault="00000000" w:rsidP="00A217B4">
      <w:pPr>
        <w:pStyle w:val="Listaconvietas"/>
        <w:jc w:val="both"/>
        <w:rPr>
          <w:rFonts w:cs="Arial"/>
        </w:rPr>
      </w:pPr>
      <w:r w:rsidRPr="00A217B4">
        <w:rPr>
          <w:rFonts w:cs="Arial"/>
        </w:rPr>
        <w:t>La persona natural o jurídica, sus administradores y beneficiarios finales no se encuentran, a mi conocimiento y previa verificación razonable, incluidos en listas restrictivas o vinculantes aplicables en Colombia que impidan contratar o recibir pagos.</w:t>
      </w:r>
    </w:p>
    <w:p w14:paraId="1EC8DB4D" w14:textId="77777777" w:rsidR="004C398A" w:rsidRPr="00A217B4" w:rsidRDefault="00000000" w:rsidP="00A217B4">
      <w:pPr>
        <w:pStyle w:val="Listaconvietas"/>
        <w:jc w:val="both"/>
        <w:rPr>
          <w:rFonts w:cs="Arial"/>
        </w:rPr>
      </w:pPr>
      <w:r w:rsidRPr="00A217B4">
        <w:rPr>
          <w:rFonts w:cs="Arial"/>
        </w:rPr>
        <w:t>No utilizaremos el contrato para la realización, ocultamiento, manejo, inversión o aprovechamiento de dineros provenientes de actividades ilícitas.</w:t>
      </w:r>
    </w:p>
    <w:p w14:paraId="1A91E853" w14:textId="77777777" w:rsidR="004C398A" w:rsidRPr="00A217B4" w:rsidRDefault="00000000" w:rsidP="00A217B4">
      <w:pPr>
        <w:pStyle w:val="Listaconvietas"/>
        <w:jc w:val="both"/>
        <w:rPr>
          <w:rFonts w:cs="Arial"/>
        </w:rPr>
      </w:pPr>
      <w:r w:rsidRPr="00A217B4">
        <w:rPr>
          <w:rFonts w:cs="Arial"/>
        </w:rPr>
        <w:t>Autorizamos a la Entidad para efectuar las verificaciones de debida diligencia, SARLAFT y consulta de listas que resulten aplicables.</w:t>
      </w:r>
    </w:p>
    <w:p w14:paraId="6A8A7956" w14:textId="77777777" w:rsidR="004C398A" w:rsidRPr="00A217B4" w:rsidRDefault="00000000" w:rsidP="00A217B4">
      <w:pPr>
        <w:pStyle w:val="Listaconvietas"/>
        <w:jc w:val="both"/>
        <w:rPr>
          <w:rFonts w:cs="Arial"/>
        </w:rPr>
      </w:pPr>
      <w:r w:rsidRPr="00A217B4">
        <w:rPr>
          <w:rFonts w:cs="Arial"/>
        </w:rPr>
        <w:t>Nos comprometemos a informar cualquier modificación relevante de esta declaración durante el proceso y la ejecución contractual.</w:t>
      </w:r>
    </w:p>
    <w:p w14:paraId="5D5DD97E" w14:textId="77777777" w:rsidR="004C398A" w:rsidRPr="00A217B4" w:rsidRDefault="00000000" w:rsidP="00A217B4">
      <w:pPr>
        <w:jc w:val="both"/>
        <w:rPr>
          <w:rFonts w:cs="Arial"/>
        </w:rPr>
      </w:pPr>
      <w:r w:rsidRPr="00A217B4">
        <w:rPr>
          <w:rFonts w:cs="Arial"/>
        </w:rPr>
        <w:br/>
        <w:t>Atentamente,</w:t>
      </w:r>
    </w:p>
    <w:tbl>
      <w:tblPr>
        <w:tblW w:w="0" w:type="auto"/>
        <w:jc w:val="center"/>
        <w:tblLook w:val="04A0" w:firstRow="1" w:lastRow="0" w:firstColumn="1" w:lastColumn="0" w:noHBand="0" w:noVBand="1"/>
      </w:tblPr>
      <w:tblGrid>
        <w:gridCol w:w="5112"/>
        <w:gridCol w:w="5112"/>
      </w:tblGrid>
      <w:tr w:rsidR="004C398A" w:rsidRPr="00A217B4" w14:paraId="663DE8BD" w14:textId="77777777">
        <w:trPr>
          <w:jc w:val="center"/>
        </w:trPr>
        <w:tc>
          <w:tcPr>
            <w:tcW w:w="5112" w:type="dxa"/>
            <w:tcMar>
              <w:top w:w="80" w:type="dxa"/>
              <w:left w:w="80" w:type="dxa"/>
              <w:bottom w:w="80" w:type="dxa"/>
              <w:right w:w="80" w:type="dxa"/>
            </w:tcMar>
          </w:tcPr>
          <w:p w14:paraId="746D9D46" w14:textId="77777777" w:rsidR="004C398A" w:rsidRPr="00A217B4" w:rsidRDefault="00000000" w:rsidP="00A217B4">
            <w:pPr>
              <w:jc w:val="both"/>
              <w:rPr>
                <w:rFonts w:cs="Arial"/>
              </w:rPr>
            </w:pPr>
            <w:r w:rsidRPr="00A217B4">
              <w:rPr>
                <w:rFonts w:cs="Arial"/>
              </w:rPr>
              <w:t>Nombre / Razón social</w:t>
            </w:r>
          </w:p>
        </w:tc>
        <w:tc>
          <w:tcPr>
            <w:tcW w:w="5112" w:type="dxa"/>
            <w:tcMar>
              <w:top w:w="80" w:type="dxa"/>
              <w:left w:w="80" w:type="dxa"/>
              <w:bottom w:w="80" w:type="dxa"/>
              <w:right w:w="80" w:type="dxa"/>
            </w:tcMar>
          </w:tcPr>
          <w:p w14:paraId="2C3772DA" w14:textId="77777777" w:rsidR="004C398A" w:rsidRPr="00A217B4" w:rsidRDefault="00000000" w:rsidP="00A217B4">
            <w:pPr>
              <w:jc w:val="both"/>
              <w:rPr>
                <w:rFonts w:cs="Arial"/>
              </w:rPr>
            </w:pPr>
            <w:r w:rsidRPr="00A217B4">
              <w:rPr>
                <w:rFonts w:cs="Arial"/>
              </w:rPr>
              <w:t>____________________________________________</w:t>
            </w:r>
          </w:p>
        </w:tc>
      </w:tr>
      <w:tr w:rsidR="004C398A" w:rsidRPr="00A217B4" w14:paraId="13829DD2" w14:textId="77777777">
        <w:trPr>
          <w:jc w:val="center"/>
        </w:trPr>
        <w:tc>
          <w:tcPr>
            <w:tcW w:w="5112" w:type="dxa"/>
            <w:tcMar>
              <w:top w:w="80" w:type="dxa"/>
              <w:left w:w="80" w:type="dxa"/>
              <w:bottom w:w="80" w:type="dxa"/>
              <w:right w:w="80" w:type="dxa"/>
            </w:tcMar>
          </w:tcPr>
          <w:p w14:paraId="701688CD" w14:textId="77777777" w:rsidR="004C398A" w:rsidRPr="00A217B4" w:rsidRDefault="00000000" w:rsidP="00A217B4">
            <w:pPr>
              <w:jc w:val="both"/>
              <w:rPr>
                <w:rFonts w:cs="Arial"/>
              </w:rPr>
            </w:pPr>
            <w:r w:rsidRPr="00A217B4">
              <w:rPr>
                <w:rFonts w:cs="Arial"/>
              </w:rPr>
              <w:t>C.C. / NIT</w:t>
            </w:r>
          </w:p>
        </w:tc>
        <w:tc>
          <w:tcPr>
            <w:tcW w:w="5112" w:type="dxa"/>
            <w:tcMar>
              <w:top w:w="80" w:type="dxa"/>
              <w:left w:w="80" w:type="dxa"/>
              <w:bottom w:w="80" w:type="dxa"/>
              <w:right w:w="80" w:type="dxa"/>
            </w:tcMar>
          </w:tcPr>
          <w:p w14:paraId="2B8B2120" w14:textId="77777777" w:rsidR="004C398A" w:rsidRPr="00A217B4" w:rsidRDefault="00000000" w:rsidP="00A217B4">
            <w:pPr>
              <w:jc w:val="both"/>
              <w:rPr>
                <w:rFonts w:cs="Arial"/>
              </w:rPr>
            </w:pPr>
            <w:r w:rsidRPr="00A217B4">
              <w:rPr>
                <w:rFonts w:cs="Arial"/>
              </w:rPr>
              <w:t>____________________________________________</w:t>
            </w:r>
          </w:p>
        </w:tc>
      </w:tr>
      <w:tr w:rsidR="004C398A" w:rsidRPr="00A217B4" w14:paraId="7640F35A" w14:textId="77777777">
        <w:trPr>
          <w:jc w:val="center"/>
        </w:trPr>
        <w:tc>
          <w:tcPr>
            <w:tcW w:w="5112" w:type="dxa"/>
            <w:tcMar>
              <w:top w:w="80" w:type="dxa"/>
              <w:left w:w="80" w:type="dxa"/>
              <w:bottom w:w="80" w:type="dxa"/>
              <w:right w:w="80" w:type="dxa"/>
            </w:tcMar>
          </w:tcPr>
          <w:p w14:paraId="14ED48EC" w14:textId="77777777" w:rsidR="004C398A" w:rsidRPr="00A217B4" w:rsidRDefault="00000000" w:rsidP="00A217B4">
            <w:pPr>
              <w:jc w:val="both"/>
              <w:rPr>
                <w:rFonts w:cs="Arial"/>
              </w:rPr>
            </w:pPr>
            <w:r w:rsidRPr="00A217B4">
              <w:rPr>
                <w:rFonts w:cs="Arial"/>
              </w:rPr>
              <w:t>Correo electrónico</w:t>
            </w:r>
          </w:p>
        </w:tc>
        <w:tc>
          <w:tcPr>
            <w:tcW w:w="5112" w:type="dxa"/>
            <w:tcMar>
              <w:top w:w="80" w:type="dxa"/>
              <w:left w:w="80" w:type="dxa"/>
              <w:bottom w:w="80" w:type="dxa"/>
              <w:right w:w="80" w:type="dxa"/>
            </w:tcMar>
          </w:tcPr>
          <w:p w14:paraId="6E135215" w14:textId="77777777" w:rsidR="004C398A" w:rsidRPr="00A217B4" w:rsidRDefault="00000000" w:rsidP="00A217B4">
            <w:pPr>
              <w:jc w:val="both"/>
              <w:rPr>
                <w:rFonts w:cs="Arial"/>
              </w:rPr>
            </w:pPr>
            <w:r w:rsidRPr="00A217B4">
              <w:rPr>
                <w:rFonts w:cs="Arial"/>
              </w:rPr>
              <w:t>____________________________________________</w:t>
            </w:r>
          </w:p>
        </w:tc>
      </w:tr>
      <w:tr w:rsidR="004C398A" w:rsidRPr="00A217B4" w14:paraId="2464EC2A" w14:textId="77777777">
        <w:trPr>
          <w:jc w:val="center"/>
        </w:trPr>
        <w:tc>
          <w:tcPr>
            <w:tcW w:w="5112" w:type="dxa"/>
            <w:tcMar>
              <w:top w:w="80" w:type="dxa"/>
              <w:left w:w="80" w:type="dxa"/>
              <w:bottom w:w="80" w:type="dxa"/>
              <w:right w:w="80" w:type="dxa"/>
            </w:tcMar>
          </w:tcPr>
          <w:p w14:paraId="34C4A9F9" w14:textId="77777777" w:rsidR="004C398A" w:rsidRPr="00A217B4" w:rsidRDefault="00000000" w:rsidP="00A217B4">
            <w:pPr>
              <w:jc w:val="both"/>
              <w:rPr>
                <w:rFonts w:cs="Arial"/>
              </w:rPr>
            </w:pPr>
            <w:r w:rsidRPr="00A217B4">
              <w:rPr>
                <w:rFonts w:cs="Arial"/>
              </w:rPr>
              <w:t>Firma</w:t>
            </w:r>
          </w:p>
        </w:tc>
        <w:tc>
          <w:tcPr>
            <w:tcW w:w="5112" w:type="dxa"/>
            <w:tcMar>
              <w:top w:w="80" w:type="dxa"/>
              <w:left w:w="80" w:type="dxa"/>
              <w:bottom w:w="80" w:type="dxa"/>
              <w:right w:w="80" w:type="dxa"/>
            </w:tcMar>
          </w:tcPr>
          <w:p w14:paraId="77B98D0C" w14:textId="77777777" w:rsidR="004C398A" w:rsidRPr="00A217B4" w:rsidRDefault="00000000" w:rsidP="00A217B4">
            <w:pPr>
              <w:jc w:val="both"/>
              <w:rPr>
                <w:rFonts w:cs="Arial"/>
              </w:rPr>
            </w:pPr>
            <w:r w:rsidRPr="00A217B4">
              <w:rPr>
                <w:rFonts w:cs="Arial"/>
              </w:rPr>
              <w:t>____________________________________________</w:t>
            </w:r>
          </w:p>
        </w:tc>
      </w:tr>
    </w:tbl>
    <w:p w14:paraId="7020A2AC" w14:textId="71287F3E" w:rsidR="004C398A" w:rsidRPr="00A217B4" w:rsidRDefault="004C398A" w:rsidP="00A217B4">
      <w:pPr>
        <w:jc w:val="both"/>
        <w:rPr>
          <w:rFonts w:cs="Arial"/>
        </w:rPr>
      </w:pPr>
    </w:p>
    <w:sectPr w:rsidR="004C398A" w:rsidRPr="00A217B4" w:rsidSect="00034616">
      <w:footerReference w:type="default" r:id="rId8"/>
      <w:pgSz w:w="12240" w:h="15840"/>
      <w:pgMar w:top="864" w:right="1008" w:bottom="864"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6E66005" w14:textId="77777777" w:rsidR="00A95092" w:rsidRDefault="00A95092">
      <w:pPr>
        <w:spacing w:after="0" w:line="240" w:lineRule="auto"/>
      </w:pPr>
      <w:r>
        <w:separator/>
      </w:r>
    </w:p>
  </w:endnote>
  <w:endnote w:type="continuationSeparator" w:id="0">
    <w:p w14:paraId="43997330" w14:textId="77777777" w:rsidR="00A95092" w:rsidRDefault="00A95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51E012" w14:textId="5AC29A38" w:rsidR="004C398A" w:rsidRDefault="004C398A">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A45FC2B" w14:textId="77777777" w:rsidR="00A95092" w:rsidRDefault="00A95092">
      <w:pPr>
        <w:spacing w:after="0" w:line="240" w:lineRule="auto"/>
      </w:pPr>
      <w:r>
        <w:separator/>
      </w:r>
    </w:p>
  </w:footnote>
  <w:footnote w:type="continuationSeparator" w:id="0">
    <w:p w14:paraId="2AA9C4ED" w14:textId="77777777" w:rsidR="00A95092" w:rsidRDefault="00A950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757797428">
    <w:abstractNumId w:val="8"/>
  </w:num>
  <w:num w:numId="2" w16cid:durableId="108353055">
    <w:abstractNumId w:val="6"/>
  </w:num>
  <w:num w:numId="3" w16cid:durableId="2026710734">
    <w:abstractNumId w:val="5"/>
  </w:num>
  <w:num w:numId="4" w16cid:durableId="428892857">
    <w:abstractNumId w:val="4"/>
  </w:num>
  <w:num w:numId="5" w16cid:durableId="136536014">
    <w:abstractNumId w:val="7"/>
  </w:num>
  <w:num w:numId="6" w16cid:durableId="1655602927">
    <w:abstractNumId w:val="3"/>
  </w:num>
  <w:num w:numId="7" w16cid:durableId="1695643936">
    <w:abstractNumId w:val="2"/>
  </w:num>
  <w:num w:numId="8" w16cid:durableId="1344550304">
    <w:abstractNumId w:val="1"/>
  </w:num>
  <w:num w:numId="9" w16cid:durableId="146265052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3"/>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C398A"/>
    <w:rsid w:val="00684086"/>
    <w:rsid w:val="00A217B4"/>
    <w:rsid w:val="00A95092"/>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B09119"/>
  <w14:defaultImageDpi w14:val="300"/>
  <w15:docId w15:val="{8919E2D5-A352-A84C-9502-10E527906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pPr>
    <w:rPr>
      <w:rFonts w:ascii="Arial" w:hAnsi="Arial"/>
      <w:sz w:val="18"/>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Tablaconcuadrculaclara">
    <w:name w:val="Grid Table Light"/>
    <w:basedOn w:val="Tablanormal"/>
    <w:uiPriority w:val="99"/>
    <w:rsid w:val="00A217B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2430</Words>
  <Characters>13368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15767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ana maria vargas prado</cp:lastModifiedBy>
  <cp:revision>2</cp:revision>
  <dcterms:created xsi:type="dcterms:W3CDTF">2026-10-02T14:34:00Z</dcterms:created>
  <dcterms:modified xsi:type="dcterms:W3CDTF">2026-10-02T14:34:00Z</dcterms:modified>
  <cp:category/>
</cp:coreProperties>
</file>