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A1AF1" w14:textId="77777777" w:rsidR="004C398A" w:rsidRPr="00087F49" w:rsidRDefault="00000000">
      <w:pPr>
        <w:jc w:val="center"/>
        <w:rPr>
          <w:rFonts w:cs="Arial"/>
          <w:szCs w:val="18"/>
        </w:rPr>
      </w:pPr>
      <w:r w:rsidRPr="00087F49">
        <w:rPr>
          <w:rFonts w:cs="Arial"/>
          <w:b/>
          <w:szCs w:val="18"/>
        </w:rPr>
        <w:t>FORMATO No. 1</w:t>
      </w:r>
      <w:r w:rsidRPr="00087F49">
        <w:rPr>
          <w:rFonts w:cs="Arial"/>
          <w:b/>
          <w:szCs w:val="18"/>
        </w:rPr>
        <w:br/>
        <w:t>CARTA DE PRESENTACIÓN DE LA OFERTA</w:t>
      </w:r>
    </w:p>
    <w:p w14:paraId="3FD51570" w14:textId="77777777" w:rsidR="00A217B4" w:rsidRPr="00087F49" w:rsidRDefault="00A217B4" w:rsidP="00A217B4">
      <w:pPr>
        <w:rPr>
          <w:rFonts w:cs="Arial"/>
          <w:szCs w:val="18"/>
        </w:rPr>
      </w:pPr>
    </w:p>
    <w:p w14:paraId="771828AF" w14:textId="77777777" w:rsidR="00A217B4" w:rsidRPr="00087F49" w:rsidRDefault="00A217B4" w:rsidP="00A217B4">
      <w:pPr>
        <w:rPr>
          <w:rFonts w:cs="Arial"/>
          <w:szCs w:val="18"/>
        </w:rPr>
      </w:pPr>
    </w:p>
    <w:p w14:paraId="13388784" w14:textId="6CA4532F" w:rsidR="004C398A" w:rsidRPr="00087F49" w:rsidRDefault="00000000" w:rsidP="00A217B4">
      <w:pPr>
        <w:rPr>
          <w:rFonts w:cs="Arial"/>
          <w:szCs w:val="18"/>
        </w:rPr>
      </w:pPr>
      <w:r w:rsidRPr="00087F49">
        <w:rPr>
          <w:rFonts w:cs="Arial"/>
          <w:szCs w:val="18"/>
        </w:rPr>
        <w:t xml:space="preserve">Santiago de Cali, ____ de __________ </w:t>
      </w:r>
      <w:proofErr w:type="spellStart"/>
      <w:r w:rsidRPr="00087F49">
        <w:rPr>
          <w:rFonts w:cs="Arial"/>
          <w:szCs w:val="18"/>
        </w:rPr>
        <w:t>de</w:t>
      </w:r>
      <w:proofErr w:type="spellEnd"/>
      <w:r w:rsidRPr="00087F49">
        <w:rPr>
          <w:rFonts w:cs="Arial"/>
          <w:szCs w:val="18"/>
        </w:rPr>
        <w:t xml:space="preserve"> 2026</w:t>
      </w:r>
    </w:p>
    <w:p w14:paraId="7AB37F15" w14:textId="77777777" w:rsidR="004C398A" w:rsidRPr="00087F49" w:rsidRDefault="00000000" w:rsidP="00A217B4">
      <w:pPr>
        <w:rPr>
          <w:rFonts w:cs="Arial"/>
          <w:szCs w:val="18"/>
        </w:rPr>
      </w:pPr>
      <w:r w:rsidRPr="00087F49">
        <w:rPr>
          <w:rFonts w:cs="Arial"/>
          <w:szCs w:val="18"/>
        </w:rPr>
        <w:t>Ingeniero</w:t>
      </w:r>
      <w:r w:rsidRPr="00087F49">
        <w:rPr>
          <w:rFonts w:cs="Arial"/>
          <w:szCs w:val="18"/>
        </w:rPr>
        <w:br/>
        <w:t>GABRIEL ENRIQUE FERRER OROZCO</w:t>
      </w:r>
      <w:r w:rsidRPr="00087F49">
        <w:rPr>
          <w:rFonts w:cs="Arial"/>
          <w:szCs w:val="18"/>
        </w:rPr>
        <w:br/>
        <w:t>Secretario de Despacho</w:t>
      </w:r>
      <w:r w:rsidRPr="00087F49">
        <w:rPr>
          <w:rFonts w:cs="Arial"/>
          <w:szCs w:val="18"/>
        </w:rPr>
        <w:br/>
        <w:t>Secretaría de las Tecnologías de la Información y las Comunicaciones</w:t>
      </w:r>
      <w:r w:rsidRPr="00087F49">
        <w:rPr>
          <w:rFonts w:cs="Arial"/>
          <w:szCs w:val="18"/>
        </w:rPr>
        <w:br/>
        <w:t>Departamento del Valle del Cauca</w:t>
      </w:r>
    </w:p>
    <w:p w14:paraId="531F484E" w14:textId="77777777"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7225C5F4" w14:textId="77777777" w:rsidR="004C398A" w:rsidRPr="00087F49" w:rsidRDefault="00000000" w:rsidP="00A217B4">
      <w:pPr>
        <w:jc w:val="both"/>
        <w:rPr>
          <w:rFonts w:cs="Arial"/>
          <w:szCs w:val="18"/>
        </w:rPr>
      </w:pPr>
      <w:r w:rsidRPr="00087F49">
        <w:rPr>
          <w:rFonts w:cs="Arial"/>
          <w:b/>
          <w:szCs w:val="18"/>
        </w:rPr>
        <w:t xml:space="preserve">OBJETO: </w:t>
      </w:r>
      <w:r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2E2817E1" w14:textId="77777777" w:rsidR="004C398A" w:rsidRPr="00087F49" w:rsidRDefault="00000000" w:rsidP="00A217B4">
      <w:pPr>
        <w:jc w:val="both"/>
        <w:rPr>
          <w:rFonts w:cs="Arial"/>
          <w:szCs w:val="18"/>
        </w:rPr>
      </w:pPr>
      <w:r w:rsidRPr="00087F49">
        <w:rPr>
          <w:rFonts w:cs="Arial"/>
          <w:szCs w:val="18"/>
        </w:rPr>
        <w:t>Yo/Nosotros, ________________________________________, identificado(s) como aparece al pie de la firma, actuando en nombre propio o en representación de ________________________________________, presento/presentamos oferta dentro del proceso de la referencia y declaramos bajo la gravedad del juramento:</w:t>
      </w:r>
    </w:p>
    <w:p w14:paraId="6D3D43DA" w14:textId="77777777" w:rsidR="00A217B4" w:rsidRPr="00087F49" w:rsidRDefault="00A217B4" w:rsidP="00A217B4">
      <w:pPr>
        <w:jc w:val="both"/>
        <w:rPr>
          <w:rFonts w:cs="Arial"/>
          <w:szCs w:val="18"/>
        </w:rPr>
      </w:pPr>
    </w:p>
    <w:p w14:paraId="5328DE57" w14:textId="77777777" w:rsidR="004C398A" w:rsidRPr="00087F49" w:rsidRDefault="00000000" w:rsidP="00A217B4">
      <w:pPr>
        <w:pStyle w:val="Listaconvietas"/>
        <w:jc w:val="both"/>
        <w:rPr>
          <w:rFonts w:cs="Arial"/>
          <w:szCs w:val="18"/>
        </w:rPr>
      </w:pPr>
      <w:r w:rsidRPr="00087F49">
        <w:rPr>
          <w:rFonts w:cs="Arial"/>
          <w:szCs w:val="18"/>
        </w:rPr>
        <w:t>Que conocemos y aceptamos integralmente el pliego de condiciones, los estudios previos, anexos, adendas y demás documentos del proceso.</w:t>
      </w:r>
    </w:p>
    <w:p w14:paraId="61E69402" w14:textId="77777777" w:rsidR="004C398A" w:rsidRPr="00087F49" w:rsidRDefault="00000000" w:rsidP="00A217B4">
      <w:pPr>
        <w:pStyle w:val="Listaconvietas"/>
        <w:jc w:val="both"/>
        <w:rPr>
          <w:rFonts w:cs="Arial"/>
          <w:szCs w:val="18"/>
        </w:rPr>
      </w:pPr>
      <w:r w:rsidRPr="00087F49">
        <w:rPr>
          <w:rFonts w:cs="Arial"/>
          <w:szCs w:val="18"/>
        </w:rPr>
        <w:t>Que no nos encontramos incursos en causal de inhabilidad, incompatibilidad, conflicto de interés o prohibición para contratar con el Estado.</w:t>
      </w:r>
    </w:p>
    <w:p w14:paraId="65C8F9D9" w14:textId="77777777" w:rsidR="004C398A" w:rsidRPr="00087F49" w:rsidRDefault="00000000" w:rsidP="00A217B4">
      <w:pPr>
        <w:pStyle w:val="Listaconvietas"/>
        <w:jc w:val="both"/>
        <w:rPr>
          <w:rFonts w:cs="Arial"/>
          <w:szCs w:val="18"/>
        </w:rPr>
      </w:pPr>
      <w:r w:rsidRPr="00087F49">
        <w:rPr>
          <w:rFonts w:cs="Arial"/>
          <w:szCs w:val="18"/>
        </w:rPr>
        <w:t>Que la oferta comprende todos los costos directos e indirectos, tributos, tasas, contribuciones, estampillas y demás erogaciones necesarias para la correcta ejecución del objeto contractual.</w:t>
      </w:r>
    </w:p>
    <w:p w14:paraId="6A25F3F7" w14:textId="77777777" w:rsidR="004C398A" w:rsidRPr="00087F49" w:rsidRDefault="00000000" w:rsidP="00A217B4">
      <w:pPr>
        <w:pStyle w:val="Listaconvietas"/>
        <w:jc w:val="both"/>
        <w:rPr>
          <w:rFonts w:cs="Arial"/>
          <w:szCs w:val="18"/>
        </w:rPr>
      </w:pPr>
      <w:r w:rsidRPr="00087F49">
        <w:rPr>
          <w:rFonts w:cs="Arial"/>
          <w:szCs w:val="18"/>
        </w:rPr>
        <w:t>Que contamos con la capacidad jurídica, técnica, financiera, organizacional y de experiencia exigida en los documentos del proceso.</w:t>
      </w:r>
    </w:p>
    <w:p w14:paraId="4D0D276B" w14:textId="77777777" w:rsidR="004C398A" w:rsidRPr="00087F49" w:rsidRDefault="00000000" w:rsidP="00A217B4">
      <w:pPr>
        <w:pStyle w:val="Listaconvietas"/>
        <w:jc w:val="both"/>
        <w:rPr>
          <w:rFonts w:cs="Arial"/>
          <w:szCs w:val="18"/>
        </w:rPr>
      </w:pPr>
      <w:r w:rsidRPr="00087F49">
        <w:rPr>
          <w:rFonts w:cs="Arial"/>
          <w:szCs w:val="18"/>
        </w:rPr>
        <w:t>Que la información y documentos aportados son veraces y autorizamos a la Entidad para verificarlos.</w:t>
      </w:r>
    </w:p>
    <w:p w14:paraId="0CAE01CD" w14:textId="77777777" w:rsidR="004C398A" w:rsidRPr="00087F49" w:rsidRDefault="00000000" w:rsidP="00A217B4">
      <w:pPr>
        <w:pStyle w:val="Listaconvietas"/>
        <w:jc w:val="both"/>
        <w:rPr>
          <w:rFonts w:cs="Arial"/>
          <w:szCs w:val="18"/>
        </w:rPr>
      </w:pPr>
      <w:r w:rsidRPr="00087F49">
        <w:rPr>
          <w:rFonts w:cs="Arial"/>
          <w:szCs w:val="18"/>
        </w:rPr>
        <w:t>Que los recursos vinculados a nuestra actividad y a la ejecución contractual provienen de actividades lícitas.</w:t>
      </w:r>
    </w:p>
    <w:p w14:paraId="0A87C55B" w14:textId="77777777" w:rsidR="004C398A" w:rsidRPr="00087F49" w:rsidRDefault="00000000" w:rsidP="00A217B4">
      <w:pPr>
        <w:pStyle w:val="Listaconvietas"/>
        <w:jc w:val="both"/>
        <w:rPr>
          <w:rFonts w:cs="Arial"/>
          <w:szCs w:val="18"/>
        </w:rPr>
      </w:pPr>
      <w:r w:rsidRPr="00087F49">
        <w:rPr>
          <w:rFonts w:cs="Arial"/>
          <w:szCs w:val="18"/>
        </w:rPr>
        <w:t>Que mantendremos la oferta durante el término exigido y aportamos la garantía de seriedad de la oferta en los términos del pliego de condiciones.</w:t>
      </w:r>
    </w:p>
    <w:p w14:paraId="6863DB41" w14:textId="77777777" w:rsidR="00A217B4" w:rsidRPr="00087F49" w:rsidRDefault="00000000" w:rsidP="00A217B4">
      <w:pPr>
        <w:pStyle w:val="Textoindependiente"/>
        <w:spacing w:before="10"/>
        <w:rPr>
          <w:rFonts w:cs="Arial"/>
          <w:szCs w:val="18"/>
        </w:rPr>
      </w:pPr>
      <w:r w:rsidRPr="00087F49">
        <w:rPr>
          <w:rFonts w:cs="Arial"/>
          <w:szCs w:val="18"/>
        </w:rPr>
        <w:br/>
      </w:r>
    </w:p>
    <w:p w14:paraId="59DF4027" w14:textId="77777777" w:rsidR="00A217B4" w:rsidRPr="00087F49" w:rsidRDefault="00A217B4" w:rsidP="00A217B4">
      <w:pPr>
        <w:rPr>
          <w:rFonts w:cs="Arial"/>
          <w:szCs w:val="18"/>
        </w:rPr>
      </w:pPr>
      <w:r w:rsidRPr="00087F49">
        <w:rPr>
          <w:rFonts w:cs="Arial"/>
          <w:szCs w:val="18"/>
        </w:rPr>
        <w:t>Atentamente;</w:t>
      </w:r>
    </w:p>
    <w:p w14:paraId="64ACF574" w14:textId="77777777" w:rsidR="00A217B4" w:rsidRPr="00087F49" w:rsidRDefault="00A217B4" w:rsidP="00A217B4">
      <w:pPr>
        <w:pStyle w:val="Textoindependiente"/>
        <w:rPr>
          <w:rFonts w:cs="Arial"/>
          <w:szCs w:val="18"/>
        </w:rPr>
      </w:pPr>
    </w:p>
    <w:p w14:paraId="5A514273" w14:textId="77777777" w:rsidR="00A217B4" w:rsidRPr="00087F49" w:rsidRDefault="00A217B4" w:rsidP="00A217B4">
      <w:pPr>
        <w:pStyle w:val="Textoindependiente"/>
        <w:rPr>
          <w:rFonts w:cs="Arial"/>
          <w:szCs w:val="18"/>
        </w:rPr>
      </w:pPr>
    </w:p>
    <w:p w14:paraId="7A6F1169" w14:textId="77777777" w:rsidR="00A217B4" w:rsidRPr="00087F49" w:rsidRDefault="00A217B4" w:rsidP="00A217B4">
      <w:pPr>
        <w:spacing w:line="216" w:lineRule="exact"/>
        <w:jc w:val="both"/>
        <w:rPr>
          <w:rFonts w:cs="Arial"/>
          <w:szCs w:val="18"/>
        </w:rPr>
      </w:pPr>
      <w:r w:rsidRPr="00087F49">
        <w:rPr>
          <w:rFonts w:cs="Arial"/>
          <w:szCs w:val="18"/>
        </w:rPr>
        <w:t>Nombre</w:t>
      </w:r>
      <w:r w:rsidRPr="00087F49">
        <w:rPr>
          <w:rFonts w:cs="Arial"/>
          <w:spacing w:val="-2"/>
          <w:szCs w:val="18"/>
        </w:rPr>
        <w:t xml:space="preserve"> </w:t>
      </w:r>
      <w:r w:rsidRPr="00087F49">
        <w:rPr>
          <w:rFonts w:cs="Arial"/>
          <w:szCs w:val="18"/>
        </w:rPr>
        <w:t>del</w:t>
      </w:r>
      <w:r w:rsidRPr="00087F49">
        <w:rPr>
          <w:rFonts w:cs="Arial"/>
          <w:spacing w:val="-2"/>
          <w:szCs w:val="18"/>
        </w:rPr>
        <w:t xml:space="preserve"> </w:t>
      </w:r>
      <w:r w:rsidRPr="00087F49">
        <w:rPr>
          <w:rFonts w:cs="Arial"/>
          <w:szCs w:val="18"/>
        </w:rPr>
        <w:t>oferente</w:t>
      </w:r>
      <w:r w:rsidRPr="00087F49">
        <w:rPr>
          <w:rFonts w:cs="Arial"/>
          <w:spacing w:val="-2"/>
          <w:szCs w:val="18"/>
        </w:rPr>
        <w:t xml:space="preserve"> </w:t>
      </w:r>
      <w:r w:rsidRPr="00087F49">
        <w:rPr>
          <w:rFonts w:cs="Arial"/>
          <w:szCs w:val="18"/>
        </w:rPr>
        <w:t>o</w:t>
      </w:r>
      <w:r w:rsidRPr="00087F49">
        <w:rPr>
          <w:rFonts w:cs="Arial"/>
          <w:spacing w:val="-1"/>
          <w:szCs w:val="18"/>
        </w:rPr>
        <w:t xml:space="preserve"> </w:t>
      </w:r>
      <w:r w:rsidRPr="00087F49">
        <w:rPr>
          <w:rFonts w:cs="Arial"/>
          <w:szCs w:val="18"/>
        </w:rPr>
        <w:t>de</w:t>
      </w:r>
      <w:r w:rsidRPr="00087F49">
        <w:rPr>
          <w:rFonts w:cs="Arial"/>
          <w:spacing w:val="-2"/>
          <w:szCs w:val="18"/>
        </w:rPr>
        <w:t xml:space="preserve"> </w:t>
      </w:r>
      <w:r w:rsidRPr="00087F49">
        <w:rPr>
          <w:rFonts w:cs="Arial"/>
          <w:szCs w:val="18"/>
        </w:rPr>
        <w:t>su</w:t>
      </w:r>
      <w:r w:rsidRPr="00087F49">
        <w:rPr>
          <w:rFonts w:cs="Arial"/>
          <w:spacing w:val="-2"/>
          <w:szCs w:val="18"/>
        </w:rPr>
        <w:t xml:space="preserve"> </w:t>
      </w:r>
      <w:r w:rsidRPr="00087F49">
        <w:rPr>
          <w:rFonts w:cs="Arial"/>
          <w:szCs w:val="18"/>
        </w:rPr>
        <w:t>representante</w:t>
      </w:r>
      <w:r w:rsidRPr="00087F49">
        <w:rPr>
          <w:rFonts w:cs="Arial"/>
          <w:spacing w:val="-2"/>
          <w:szCs w:val="18"/>
        </w:rPr>
        <w:t xml:space="preserve"> </w:t>
      </w:r>
      <w:r w:rsidRPr="00087F49">
        <w:rPr>
          <w:rFonts w:cs="Arial"/>
          <w:szCs w:val="18"/>
        </w:rPr>
        <w:t>legal.</w:t>
      </w:r>
    </w:p>
    <w:p w14:paraId="11FBEEF8" w14:textId="77777777" w:rsidR="00A217B4" w:rsidRPr="00087F49" w:rsidRDefault="00A217B4" w:rsidP="00A217B4">
      <w:pPr>
        <w:tabs>
          <w:tab w:val="left" w:pos="4973"/>
          <w:tab w:val="left" w:pos="8170"/>
        </w:tabs>
        <w:spacing w:line="264" w:lineRule="exact"/>
        <w:jc w:val="both"/>
        <w:rPr>
          <w:rFonts w:cs="Arial"/>
          <w:szCs w:val="18"/>
        </w:rPr>
      </w:pPr>
      <w:r w:rsidRPr="00087F49">
        <w:rPr>
          <w:rFonts w:cs="Arial"/>
          <w:szCs w:val="18"/>
        </w:rPr>
        <w:t xml:space="preserve">Cedula de Ciudadanía: </w:t>
      </w:r>
    </w:p>
    <w:p w14:paraId="090B634F" w14:textId="107FB824" w:rsidR="00A217B4" w:rsidRPr="00087F49" w:rsidRDefault="00A217B4" w:rsidP="00A217B4">
      <w:pPr>
        <w:rPr>
          <w:rFonts w:cs="Arial"/>
          <w:szCs w:val="18"/>
        </w:rPr>
      </w:pPr>
      <w:r w:rsidRPr="00087F49">
        <w:rPr>
          <w:rFonts w:cs="Arial"/>
          <w:szCs w:val="18"/>
        </w:rPr>
        <w:t xml:space="preserve"> </w:t>
      </w:r>
      <w:proofErr w:type="spellStart"/>
      <w:r w:rsidRPr="00087F49">
        <w:rPr>
          <w:rFonts w:cs="Arial"/>
          <w:szCs w:val="18"/>
        </w:rPr>
        <w:t>Nit</w:t>
      </w:r>
      <w:proofErr w:type="spellEnd"/>
      <w:r w:rsidRPr="00087F49">
        <w:rPr>
          <w:rFonts w:cs="Arial"/>
          <w:szCs w:val="18"/>
        </w:rPr>
        <w:t xml:space="preserve"> </w:t>
      </w:r>
    </w:p>
    <w:p w14:paraId="14ED7E8E" w14:textId="0EE663E8" w:rsidR="00A217B4" w:rsidRPr="00087F49" w:rsidRDefault="00A217B4" w:rsidP="00A217B4">
      <w:pPr>
        <w:rPr>
          <w:rFonts w:cs="Arial"/>
          <w:szCs w:val="18"/>
        </w:rPr>
      </w:pPr>
      <w:r w:rsidRPr="00087F49">
        <w:rPr>
          <w:rFonts w:cs="Arial"/>
          <w:szCs w:val="18"/>
        </w:rPr>
        <w:t xml:space="preserve"> Correo electrónico</w:t>
      </w:r>
    </w:p>
    <w:p w14:paraId="761CD18B" w14:textId="77777777" w:rsidR="00A217B4" w:rsidRPr="00087F49" w:rsidRDefault="00A217B4" w:rsidP="00A217B4">
      <w:pPr>
        <w:rPr>
          <w:rFonts w:cs="Arial"/>
          <w:szCs w:val="18"/>
        </w:rPr>
      </w:pPr>
    </w:p>
    <w:p w14:paraId="4A9FB808" w14:textId="77777777" w:rsidR="00A217B4" w:rsidRPr="00087F49" w:rsidRDefault="00A217B4" w:rsidP="00A217B4">
      <w:pPr>
        <w:rPr>
          <w:rFonts w:cs="Arial"/>
          <w:szCs w:val="18"/>
        </w:rPr>
      </w:pPr>
    </w:p>
    <w:p w14:paraId="6C63F261" w14:textId="77777777" w:rsidR="00A217B4" w:rsidRPr="00087F49" w:rsidRDefault="00A217B4" w:rsidP="00A217B4">
      <w:pPr>
        <w:rPr>
          <w:rFonts w:cs="Arial"/>
          <w:szCs w:val="18"/>
        </w:rPr>
      </w:pPr>
    </w:p>
    <w:p w14:paraId="51566D85" w14:textId="67FE1940" w:rsidR="00A217B4" w:rsidRPr="00087F49" w:rsidRDefault="00A217B4" w:rsidP="00A217B4">
      <w:pPr>
        <w:rPr>
          <w:rFonts w:cs="Arial"/>
          <w:szCs w:val="18"/>
        </w:rPr>
      </w:pPr>
      <w:r w:rsidRPr="00087F49">
        <w:rPr>
          <w:rFonts w:cs="Arial"/>
          <w:szCs w:val="18"/>
        </w:rPr>
        <w:t xml:space="preserve">   Firma del representante legal </w:t>
      </w:r>
    </w:p>
    <w:p w14:paraId="02C84EDC" w14:textId="77777777" w:rsidR="00A217B4" w:rsidRPr="00087F49" w:rsidRDefault="00A217B4" w:rsidP="00A217B4">
      <w:pPr>
        <w:rPr>
          <w:rFonts w:cs="Arial"/>
          <w:szCs w:val="18"/>
        </w:rPr>
      </w:pPr>
    </w:p>
    <w:p w14:paraId="0294D2E4" w14:textId="77777777" w:rsidR="00A217B4" w:rsidRPr="00087F49" w:rsidRDefault="00A217B4" w:rsidP="00A217B4">
      <w:pPr>
        <w:rPr>
          <w:rFonts w:cs="Arial"/>
          <w:szCs w:val="18"/>
        </w:rPr>
      </w:pPr>
    </w:p>
    <w:p w14:paraId="04CDA051" w14:textId="77777777" w:rsidR="00A217B4" w:rsidRPr="00087F49" w:rsidRDefault="00A217B4" w:rsidP="00A217B4">
      <w:pPr>
        <w:rPr>
          <w:rFonts w:cs="Arial"/>
          <w:szCs w:val="18"/>
        </w:rPr>
      </w:pPr>
    </w:p>
    <w:p w14:paraId="14D9ECA2" w14:textId="77777777" w:rsidR="00A217B4" w:rsidRPr="00087F49" w:rsidRDefault="00A217B4" w:rsidP="00A217B4">
      <w:pPr>
        <w:rPr>
          <w:rFonts w:cs="Arial"/>
          <w:szCs w:val="18"/>
        </w:rPr>
      </w:pPr>
    </w:p>
    <w:p w14:paraId="49A75573" w14:textId="77777777" w:rsidR="00A217B4" w:rsidRPr="00087F49" w:rsidRDefault="00A217B4" w:rsidP="00A217B4">
      <w:pPr>
        <w:rPr>
          <w:rFonts w:cs="Arial"/>
          <w:szCs w:val="18"/>
        </w:rPr>
      </w:pPr>
    </w:p>
    <w:p w14:paraId="4A496BBE" w14:textId="7BB471F0" w:rsidR="004C398A" w:rsidRPr="00087F49" w:rsidRDefault="004C398A" w:rsidP="00A217B4">
      <w:pPr>
        <w:jc w:val="both"/>
        <w:rPr>
          <w:rFonts w:cs="Arial"/>
          <w:szCs w:val="18"/>
        </w:rPr>
      </w:pPr>
    </w:p>
    <w:p w14:paraId="7DB72439" w14:textId="2C3123C0" w:rsidR="004C398A" w:rsidRPr="00087F49" w:rsidRDefault="00000000" w:rsidP="00A217B4">
      <w:pPr>
        <w:jc w:val="center"/>
        <w:rPr>
          <w:rFonts w:cs="Arial"/>
          <w:b/>
          <w:szCs w:val="18"/>
        </w:rPr>
      </w:pPr>
      <w:r w:rsidRPr="00087F49">
        <w:rPr>
          <w:rFonts w:cs="Arial"/>
          <w:b/>
          <w:szCs w:val="18"/>
        </w:rPr>
        <w:t>FORMATO No. 2</w:t>
      </w:r>
      <w:r w:rsidRPr="00087F49">
        <w:rPr>
          <w:rFonts w:cs="Arial"/>
          <w:b/>
          <w:szCs w:val="18"/>
        </w:rPr>
        <w:br/>
        <w:t>APOYO A LA INDUSTRIA NACIONAL</w:t>
      </w:r>
    </w:p>
    <w:p w14:paraId="3CA0F807" w14:textId="77777777" w:rsidR="00A217B4" w:rsidRPr="00087F49" w:rsidRDefault="00A217B4" w:rsidP="00A217B4">
      <w:pPr>
        <w:jc w:val="both"/>
        <w:rPr>
          <w:rFonts w:cs="Arial"/>
          <w:b/>
          <w:szCs w:val="18"/>
        </w:rPr>
      </w:pPr>
    </w:p>
    <w:p w14:paraId="7A08B8C9" w14:textId="77777777" w:rsidR="00A217B4" w:rsidRPr="00087F49" w:rsidRDefault="00A217B4" w:rsidP="00A217B4">
      <w:pPr>
        <w:jc w:val="both"/>
        <w:rPr>
          <w:rFonts w:cs="Arial"/>
          <w:b/>
          <w:szCs w:val="18"/>
        </w:rPr>
      </w:pPr>
    </w:p>
    <w:p w14:paraId="75F5947E" w14:textId="065806C7"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694E944A" w14:textId="1468E08E" w:rsidR="004C398A" w:rsidRPr="00087F49" w:rsidRDefault="00000000" w:rsidP="00A217B4">
      <w:pPr>
        <w:jc w:val="both"/>
        <w:rPr>
          <w:rFonts w:cs="Arial"/>
          <w:szCs w:val="18"/>
        </w:rPr>
      </w:pPr>
      <w:r w:rsidRPr="00087F49">
        <w:rPr>
          <w:rFonts w:cs="Arial"/>
          <w:b/>
          <w:szCs w:val="18"/>
        </w:rPr>
        <w:t xml:space="preserve">OBJETO: </w:t>
      </w:r>
      <w:r w:rsidR="00192DBA"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r w:rsidRPr="00087F49">
        <w:rPr>
          <w:rFonts w:cs="Arial"/>
          <w:szCs w:val="18"/>
        </w:rPr>
        <w:t>.</w:t>
      </w:r>
    </w:p>
    <w:p w14:paraId="069BD818" w14:textId="12A5CF49" w:rsidR="004C398A" w:rsidRPr="00087F49" w:rsidRDefault="00000000" w:rsidP="00A217B4">
      <w:pPr>
        <w:jc w:val="both"/>
        <w:rPr>
          <w:rFonts w:cs="Arial"/>
          <w:szCs w:val="18"/>
        </w:rPr>
      </w:pPr>
      <w:r w:rsidRPr="00087F49">
        <w:rPr>
          <w:rFonts w:cs="Arial"/>
          <w:szCs w:val="18"/>
        </w:rPr>
        <w:t xml:space="preserve">El </w:t>
      </w:r>
      <w:proofErr w:type="spellStart"/>
      <w:r w:rsidR="002C109A" w:rsidRPr="00087F49">
        <w:rPr>
          <w:rFonts w:cs="Arial"/>
          <w:szCs w:val="18"/>
        </w:rPr>
        <w:t>Ofertente</w:t>
      </w:r>
      <w:proofErr w:type="spellEnd"/>
      <w:r w:rsidRPr="00087F49">
        <w:rPr>
          <w:rFonts w:cs="Arial"/>
          <w:szCs w:val="18"/>
        </w:rPr>
        <w:t xml:space="preserve"> deberá marcar una sola de las opciones aplicables y aportar los soportes exigidos en el </w:t>
      </w:r>
      <w:r w:rsidR="00DA3B02" w:rsidRPr="00087F49">
        <w:rPr>
          <w:rFonts w:cs="Arial"/>
          <w:szCs w:val="18"/>
        </w:rPr>
        <w:t xml:space="preserve">Pliego </w:t>
      </w:r>
      <w:r w:rsidRPr="00087F49">
        <w:rPr>
          <w:rFonts w:cs="Arial"/>
          <w:szCs w:val="18"/>
        </w:rPr>
        <w:t xml:space="preserve">de </w:t>
      </w:r>
      <w:r w:rsidR="00DA3B02" w:rsidRPr="00087F49">
        <w:rPr>
          <w:rFonts w:cs="Arial"/>
          <w:szCs w:val="18"/>
        </w:rPr>
        <w:t>C</w:t>
      </w:r>
      <w:r w:rsidRPr="00087F49">
        <w:rPr>
          <w:rFonts w:cs="Arial"/>
          <w:szCs w:val="18"/>
        </w:rPr>
        <w:t>ondiciones para la asignación del puntaje correspondiente:</w:t>
      </w:r>
    </w:p>
    <w:tbl>
      <w:tblPr>
        <w:tblStyle w:val="Tablaconcuadrcula"/>
        <w:tblW w:w="0" w:type="auto"/>
        <w:jc w:val="center"/>
        <w:tblLook w:val="04A0" w:firstRow="1" w:lastRow="0" w:firstColumn="1" w:lastColumn="0" w:noHBand="0" w:noVBand="1"/>
      </w:tblPr>
      <w:tblGrid>
        <w:gridCol w:w="1129"/>
        <w:gridCol w:w="3828"/>
        <w:gridCol w:w="1982"/>
      </w:tblGrid>
      <w:tr w:rsidR="004C398A" w:rsidRPr="00087F49" w14:paraId="2F565EE6" w14:textId="77777777" w:rsidTr="00445546">
        <w:trPr>
          <w:jc w:val="center"/>
        </w:trPr>
        <w:tc>
          <w:tcPr>
            <w:tcW w:w="1129" w:type="dxa"/>
            <w:shd w:val="clear" w:color="auto" w:fill="D9EAF7"/>
            <w:tcMar>
              <w:top w:w="80" w:type="dxa"/>
              <w:left w:w="80" w:type="dxa"/>
              <w:bottom w:w="80" w:type="dxa"/>
              <w:right w:w="80" w:type="dxa"/>
            </w:tcMar>
          </w:tcPr>
          <w:p w14:paraId="23BDB1D7" w14:textId="77777777" w:rsidR="004C398A" w:rsidRPr="00087F49" w:rsidRDefault="00000000" w:rsidP="00A217B4">
            <w:pPr>
              <w:jc w:val="both"/>
              <w:rPr>
                <w:rFonts w:cs="Arial"/>
                <w:szCs w:val="18"/>
              </w:rPr>
            </w:pPr>
            <w:r w:rsidRPr="00087F49">
              <w:rPr>
                <w:rFonts w:cs="Arial"/>
                <w:szCs w:val="18"/>
              </w:rPr>
              <w:t>Opción</w:t>
            </w:r>
          </w:p>
        </w:tc>
        <w:tc>
          <w:tcPr>
            <w:tcW w:w="3828" w:type="dxa"/>
            <w:shd w:val="clear" w:color="auto" w:fill="D9EAF7"/>
            <w:tcMar>
              <w:top w:w="80" w:type="dxa"/>
              <w:left w:w="80" w:type="dxa"/>
              <w:bottom w:w="80" w:type="dxa"/>
              <w:right w:w="80" w:type="dxa"/>
            </w:tcMar>
          </w:tcPr>
          <w:p w14:paraId="3F5C4385" w14:textId="77777777" w:rsidR="004C398A" w:rsidRPr="00087F49" w:rsidRDefault="00000000" w:rsidP="00A217B4">
            <w:pPr>
              <w:jc w:val="both"/>
              <w:rPr>
                <w:rFonts w:cs="Arial"/>
                <w:szCs w:val="18"/>
              </w:rPr>
            </w:pPr>
            <w:r w:rsidRPr="00087F49">
              <w:rPr>
                <w:rFonts w:cs="Arial"/>
                <w:szCs w:val="18"/>
              </w:rPr>
              <w:t>Manifestación</w:t>
            </w:r>
          </w:p>
        </w:tc>
        <w:tc>
          <w:tcPr>
            <w:tcW w:w="1982" w:type="dxa"/>
            <w:shd w:val="clear" w:color="auto" w:fill="D9EAF7"/>
            <w:tcMar>
              <w:top w:w="80" w:type="dxa"/>
              <w:left w:w="80" w:type="dxa"/>
              <w:bottom w:w="80" w:type="dxa"/>
              <w:right w:w="80" w:type="dxa"/>
            </w:tcMar>
          </w:tcPr>
          <w:p w14:paraId="51972AEB" w14:textId="77777777" w:rsidR="004C398A" w:rsidRPr="00087F49" w:rsidRDefault="00000000" w:rsidP="00A217B4">
            <w:pPr>
              <w:jc w:val="both"/>
              <w:rPr>
                <w:rFonts w:cs="Arial"/>
                <w:szCs w:val="18"/>
              </w:rPr>
            </w:pPr>
            <w:r w:rsidRPr="00087F49">
              <w:rPr>
                <w:rFonts w:cs="Arial"/>
                <w:szCs w:val="18"/>
              </w:rPr>
              <w:t>Marque X</w:t>
            </w:r>
          </w:p>
        </w:tc>
      </w:tr>
      <w:tr w:rsidR="004C398A" w:rsidRPr="00087F49" w14:paraId="1D0C3559" w14:textId="77777777" w:rsidTr="00445546">
        <w:trPr>
          <w:jc w:val="center"/>
        </w:trPr>
        <w:tc>
          <w:tcPr>
            <w:tcW w:w="1129" w:type="dxa"/>
            <w:tcMar>
              <w:top w:w="80" w:type="dxa"/>
              <w:left w:w="80" w:type="dxa"/>
              <w:bottom w:w="80" w:type="dxa"/>
              <w:right w:w="80" w:type="dxa"/>
            </w:tcMar>
          </w:tcPr>
          <w:p w14:paraId="1F837C1E" w14:textId="77777777" w:rsidR="004C398A" w:rsidRPr="00087F49" w:rsidRDefault="00000000" w:rsidP="00A217B4">
            <w:pPr>
              <w:jc w:val="both"/>
              <w:rPr>
                <w:rFonts w:cs="Arial"/>
                <w:szCs w:val="18"/>
              </w:rPr>
            </w:pPr>
            <w:r w:rsidRPr="00087F49">
              <w:rPr>
                <w:rFonts w:cs="Arial"/>
                <w:szCs w:val="18"/>
              </w:rPr>
              <w:t>A</w:t>
            </w:r>
          </w:p>
        </w:tc>
        <w:tc>
          <w:tcPr>
            <w:tcW w:w="3828" w:type="dxa"/>
            <w:tcMar>
              <w:top w:w="80" w:type="dxa"/>
              <w:left w:w="80" w:type="dxa"/>
              <w:bottom w:w="80" w:type="dxa"/>
              <w:right w:w="80" w:type="dxa"/>
            </w:tcMar>
          </w:tcPr>
          <w:p w14:paraId="123D4738" w14:textId="77777777" w:rsidR="004C398A" w:rsidRPr="00087F49" w:rsidRDefault="00000000" w:rsidP="00A217B4">
            <w:pPr>
              <w:jc w:val="both"/>
              <w:rPr>
                <w:rFonts w:cs="Arial"/>
                <w:szCs w:val="18"/>
              </w:rPr>
            </w:pPr>
            <w:r w:rsidRPr="00087F49">
              <w:rPr>
                <w:rFonts w:cs="Arial"/>
                <w:szCs w:val="18"/>
              </w:rPr>
              <w:t>Ofrezco servicios nacionales o servicios con trato nacional, de conformidad con las reglas del proceso.</w:t>
            </w:r>
          </w:p>
        </w:tc>
        <w:tc>
          <w:tcPr>
            <w:tcW w:w="1982" w:type="dxa"/>
            <w:tcMar>
              <w:top w:w="80" w:type="dxa"/>
              <w:left w:w="80" w:type="dxa"/>
              <w:bottom w:w="80" w:type="dxa"/>
              <w:right w:w="80" w:type="dxa"/>
            </w:tcMar>
          </w:tcPr>
          <w:p w14:paraId="53E1EB49" w14:textId="77777777" w:rsidR="004C398A" w:rsidRPr="00087F49" w:rsidRDefault="004C398A" w:rsidP="00A217B4">
            <w:pPr>
              <w:jc w:val="both"/>
              <w:rPr>
                <w:rFonts w:cs="Arial"/>
                <w:szCs w:val="18"/>
              </w:rPr>
            </w:pPr>
          </w:p>
        </w:tc>
      </w:tr>
      <w:tr w:rsidR="004C398A" w:rsidRPr="00087F49" w14:paraId="59EF91B7" w14:textId="77777777" w:rsidTr="00445546">
        <w:trPr>
          <w:jc w:val="center"/>
        </w:trPr>
        <w:tc>
          <w:tcPr>
            <w:tcW w:w="1129" w:type="dxa"/>
            <w:tcMar>
              <w:top w:w="80" w:type="dxa"/>
              <w:left w:w="80" w:type="dxa"/>
              <w:bottom w:w="80" w:type="dxa"/>
              <w:right w:w="80" w:type="dxa"/>
            </w:tcMar>
          </w:tcPr>
          <w:p w14:paraId="78676B66" w14:textId="77777777" w:rsidR="004C398A" w:rsidRPr="00087F49" w:rsidRDefault="00000000" w:rsidP="00A217B4">
            <w:pPr>
              <w:jc w:val="both"/>
              <w:rPr>
                <w:rFonts w:cs="Arial"/>
                <w:szCs w:val="18"/>
              </w:rPr>
            </w:pPr>
            <w:r w:rsidRPr="00087F49">
              <w:rPr>
                <w:rFonts w:cs="Arial"/>
                <w:szCs w:val="18"/>
              </w:rPr>
              <w:t>B</w:t>
            </w:r>
          </w:p>
        </w:tc>
        <w:tc>
          <w:tcPr>
            <w:tcW w:w="3828" w:type="dxa"/>
            <w:tcMar>
              <w:top w:w="80" w:type="dxa"/>
              <w:left w:w="80" w:type="dxa"/>
              <w:bottom w:w="80" w:type="dxa"/>
              <w:right w:w="80" w:type="dxa"/>
            </w:tcMar>
          </w:tcPr>
          <w:p w14:paraId="3290209E" w14:textId="6BE44D32" w:rsidR="004C398A" w:rsidRPr="00087F49" w:rsidRDefault="00000000" w:rsidP="00A217B4">
            <w:pPr>
              <w:jc w:val="both"/>
              <w:rPr>
                <w:rFonts w:cs="Arial"/>
                <w:szCs w:val="18"/>
              </w:rPr>
            </w:pPr>
            <w:r w:rsidRPr="00087F49">
              <w:rPr>
                <w:rFonts w:cs="Arial"/>
                <w:szCs w:val="18"/>
              </w:rPr>
              <w:t>Ofrezco servicios extranjeros con incorporación de componente colombiano, en los t</w:t>
            </w:r>
            <w:r w:rsidR="00445546" w:rsidRPr="00087F49">
              <w:rPr>
                <w:rFonts w:cs="Arial"/>
                <w:szCs w:val="18"/>
              </w:rPr>
              <w:t>é</w:t>
            </w:r>
            <w:r w:rsidRPr="00087F49">
              <w:rPr>
                <w:rFonts w:cs="Arial"/>
                <w:szCs w:val="18"/>
              </w:rPr>
              <w:t xml:space="preserve">rminos permitidos por </w:t>
            </w:r>
            <w:r w:rsidR="00A55B32" w:rsidRPr="00087F49">
              <w:rPr>
                <w:rFonts w:cs="Arial"/>
                <w:szCs w:val="18"/>
              </w:rPr>
              <w:t>la Entidad</w:t>
            </w:r>
            <w:r w:rsidRPr="00087F49">
              <w:rPr>
                <w:rFonts w:cs="Arial"/>
                <w:szCs w:val="18"/>
              </w:rPr>
              <w:t>.</w:t>
            </w:r>
          </w:p>
        </w:tc>
        <w:tc>
          <w:tcPr>
            <w:tcW w:w="1982" w:type="dxa"/>
            <w:tcMar>
              <w:top w:w="80" w:type="dxa"/>
              <w:left w:w="80" w:type="dxa"/>
              <w:bottom w:w="80" w:type="dxa"/>
              <w:right w:w="80" w:type="dxa"/>
            </w:tcMar>
          </w:tcPr>
          <w:p w14:paraId="5E400AEA" w14:textId="77777777" w:rsidR="004C398A" w:rsidRPr="00087F49" w:rsidRDefault="004C398A" w:rsidP="00A217B4">
            <w:pPr>
              <w:jc w:val="both"/>
              <w:rPr>
                <w:rFonts w:cs="Arial"/>
                <w:szCs w:val="18"/>
              </w:rPr>
            </w:pPr>
          </w:p>
        </w:tc>
      </w:tr>
    </w:tbl>
    <w:p w14:paraId="327EA898" w14:textId="77777777" w:rsidR="00832D4F" w:rsidRPr="00087F49" w:rsidRDefault="00832D4F" w:rsidP="00A217B4">
      <w:pPr>
        <w:jc w:val="both"/>
        <w:rPr>
          <w:rFonts w:cs="Arial"/>
          <w:szCs w:val="18"/>
        </w:rPr>
      </w:pPr>
    </w:p>
    <w:p w14:paraId="56B60A19" w14:textId="137102E7" w:rsidR="004C398A" w:rsidRPr="00087F49" w:rsidRDefault="00000000" w:rsidP="00A217B4">
      <w:pPr>
        <w:jc w:val="both"/>
        <w:rPr>
          <w:rFonts w:cs="Arial"/>
          <w:szCs w:val="18"/>
        </w:rPr>
      </w:pPr>
      <w:r w:rsidRPr="00087F49">
        <w:rPr>
          <w:rFonts w:cs="Arial"/>
          <w:szCs w:val="18"/>
        </w:rPr>
        <w:t xml:space="preserve">Declaro que la información consignada en este formato es cierta y podrá ser verificada por la Entidad. La asignación del puntaje se realizará exclusivamente conforme a las condiciones establecidas en el </w:t>
      </w:r>
      <w:r w:rsidR="00AF4D4F" w:rsidRPr="00087F49">
        <w:rPr>
          <w:rFonts w:cs="Arial"/>
          <w:szCs w:val="18"/>
        </w:rPr>
        <w:t xml:space="preserve">Pliego </w:t>
      </w:r>
      <w:r w:rsidRPr="00087F49">
        <w:rPr>
          <w:rFonts w:cs="Arial"/>
          <w:szCs w:val="18"/>
        </w:rPr>
        <w:t xml:space="preserve">de </w:t>
      </w:r>
      <w:r w:rsidR="00AF4D4F" w:rsidRPr="00087F49">
        <w:rPr>
          <w:rFonts w:cs="Arial"/>
          <w:szCs w:val="18"/>
        </w:rPr>
        <w:t>C</w:t>
      </w:r>
      <w:r w:rsidRPr="00087F49">
        <w:rPr>
          <w:rFonts w:cs="Arial"/>
          <w:szCs w:val="18"/>
        </w:rPr>
        <w:t>ondiciones.</w:t>
      </w:r>
    </w:p>
    <w:p w14:paraId="20AE3B26" w14:textId="77777777" w:rsidR="004C398A" w:rsidRPr="00087F49" w:rsidRDefault="00000000" w:rsidP="00A217B4">
      <w:pPr>
        <w:jc w:val="both"/>
        <w:rPr>
          <w:rFonts w:cs="Arial"/>
          <w:szCs w:val="18"/>
        </w:rPr>
      </w:pPr>
      <w:r w:rsidRPr="00087F49">
        <w:rPr>
          <w:rFonts w:cs="Arial"/>
          <w:szCs w:val="18"/>
        </w:rPr>
        <w:br/>
        <w:t>Atentamente,</w:t>
      </w:r>
    </w:p>
    <w:tbl>
      <w:tblPr>
        <w:tblW w:w="0" w:type="auto"/>
        <w:jc w:val="center"/>
        <w:tblLook w:val="04A0" w:firstRow="1" w:lastRow="0" w:firstColumn="1" w:lastColumn="0" w:noHBand="0" w:noVBand="1"/>
      </w:tblPr>
      <w:tblGrid>
        <w:gridCol w:w="5112"/>
        <w:gridCol w:w="5112"/>
      </w:tblGrid>
      <w:tr w:rsidR="004C398A" w:rsidRPr="00087F49" w14:paraId="4205B2D1" w14:textId="77777777">
        <w:trPr>
          <w:jc w:val="center"/>
        </w:trPr>
        <w:tc>
          <w:tcPr>
            <w:tcW w:w="5112" w:type="dxa"/>
            <w:tcMar>
              <w:top w:w="80" w:type="dxa"/>
              <w:left w:w="80" w:type="dxa"/>
              <w:bottom w:w="80" w:type="dxa"/>
              <w:right w:w="80" w:type="dxa"/>
            </w:tcMar>
          </w:tcPr>
          <w:p w14:paraId="571FE104" w14:textId="77777777" w:rsidR="004C398A" w:rsidRPr="00087F49" w:rsidRDefault="00000000" w:rsidP="00A217B4">
            <w:pPr>
              <w:jc w:val="both"/>
              <w:rPr>
                <w:rFonts w:cs="Arial"/>
                <w:szCs w:val="18"/>
              </w:rPr>
            </w:pPr>
            <w:r w:rsidRPr="00087F49">
              <w:rPr>
                <w:rFonts w:cs="Arial"/>
                <w:szCs w:val="18"/>
              </w:rPr>
              <w:t>Nombre / Razón social</w:t>
            </w:r>
          </w:p>
        </w:tc>
        <w:tc>
          <w:tcPr>
            <w:tcW w:w="5112" w:type="dxa"/>
            <w:tcMar>
              <w:top w:w="80" w:type="dxa"/>
              <w:left w:w="80" w:type="dxa"/>
              <w:bottom w:w="80" w:type="dxa"/>
              <w:right w:w="80" w:type="dxa"/>
            </w:tcMar>
          </w:tcPr>
          <w:p w14:paraId="7D0849D7"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78D733A5" w14:textId="77777777">
        <w:trPr>
          <w:jc w:val="center"/>
        </w:trPr>
        <w:tc>
          <w:tcPr>
            <w:tcW w:w="5112" w:type="dxa"/>
            <w:tcMar>
              <w:top w:w="80" w:type="dxa"/>
              <w:left w:w="80" w:type="dxa"/>
              <w:bottom w:w="80" w:type="dxa"/>
              <w:right w:w="80" w:type="dxa"/>
            </w:tcMar>
          </w:tcPr>
          <w:p w14:paraId="6FA9E38D" w14:textId="77777777" w:rsidR="004C398A" w:rsidRPr="00087F49" w:rsidRDefault="00000000" w:rsidP="00A217B4">
            <w:pPr>
              <w:jc w:val="both"/>
              <w:rPr>
                <w:rFonts w:cs="Arial"/>
                <w:szCs w:val="18"/>
              </w:rPr>
            </w:pPr>
            <w:r w:rsidRPr="00087F49">
              <w:rPr>
                <w:rFonts w:cs="Arial"/>
                <w:szCs w:val="18"/>
              </w:rPr>
              <w:t>C.C. / NIT</w:t>
            </w:r>
          </w:p>
        </w:tc>
        <w:tc>
          <w:tcPr>
            <w:tcW w:w="5112" w:type="dxa"/>
            <w:tcMar>
              <w:top w:w="80" w:type="dxa"/>
              <w:left w:w="80" w:type="dxa"/>
              <w:bottom w:w="80" w:type="dxa"/>
              <w:right w:w="80" w:type="dxa"/>
            </w:tcMar>
          </w:tcPr>
          <w:p w14:paraId="638B7A14"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0F4AE252" w14:textId="77777777">
        <w:trPr>
          <w:jc w:val="center"/>
        </w:trPr>
        <w:tc>
          <w:tcPr>
            <w:tcW w:w="5112" w:type="dxa"/>
            <w:tcMar>
              <w:top w:w="80" w:type="dxa"/>
              <w:left w:w="80" w:type="dxa"/>
              <w:bottom w:w="80" w:type="dxa"/>
              <w:right w:w="80" w:type="dxa"/>
            </w:tcMar>
          </w:tcPr>
          <w:p w14:paraId="72E52DBC" w14:textId="77777777" w:rsidR="004C398A" w:rsidRPr="00087F49" w:rsidRDefault="00000000" w:rsidP="00A217B4">
            <w:pPr>
              <w:jc w:val="both"/>
              <w:rPr>
                <w:rFonts w:cs="Arial"/>
                <w:szCs w:val="18"/>
              </w:rPr>
            </w:pPr>
            <w:r w:rsidRPr="00087F49">
              <w:rPr>
                <w:rFonts w:cs="Arial"/>
                <w:szCs w:val="18"/>
              </w:rPr>
              <w:t>Correo electrónico</w:t>
            </w:r>
          </w:p>
        </w:tc>
        <w:tc>
          <w:tcPr>
            <w:tcW w:w="5112" w:type="dxa"/>
            <w:tcMar>
              <w:top w:w="80" w:type="dxa"/>
              <w:left w:w="80" w:type="dxa"/>
              <w:bottom w:w="80" w:type="dxa"/>
              <w:right w:w="80" w:type="dxa"/>
            </w:tcMar>
          </w:tcPr>
          <w:p w14:paraId="5D187B9B"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076D0FB2" w14:textId="77777777">
        <w:trPr>
          <w:jc w:val="center"/>
        </w:trPr>
        <w:tc>
          <w:tcPr>
            <w:tcW w:w="5112" w:type="dxa"/>
            <w:tcMar>
              <w:top w:w="80" w:type="dxa"/>
              <w:left w:w="80" w:type="dxa"/>
              <w:bottom w:w="80" w:type="dxa"/>
              <w:right w:w="80" w:type="dxa"/>
            </w:tcMar>
          </w:tcPr>
          <w:p w14:paraId="46D924AD" w14:textId="77777777" w:rsidR="004C398A" w:rsidRPr="00087F49" w:rsidRDefault="00000000" w:rsidP="00A217B4">
            <w:pPr>
              <w:jc w:val="both"/>
              <w:rPr>
                <w:rFonts w:cs="Arial"/>
                <w:szCs w:val="18"/>
              </w:rPr>
            </w:pPr>
            <w:r w:rsidRPr="00087F49">
              <w:rPr>
                <w:rFonts w:cs="Arial"/>
                <w:szCs w:val="18"/>
              </w:rPr>
              <w:t>Firma</w:t>
            </w:r>
          </w:p>
        </w:tc>
        <w:tc>
          <w:tcPr>
            <w:tcW w:w="5112" w:type="dxa"/>
            <w:tcMar>
              <w:top w:w="80" w:type="dxa"/>
              <w:left w:w="80" w:type="dxa"/>
              <w:bottom w:w="80" w:type="dxa"/>
              <w:right w:w="80" w:type="dxa"/>
            </w:tcMar>
          </w:tcPr>
          <w:p w14:paraId="1360E63B" w14:textId="77777777" w:rsidR="004C398A" w:rsidRPr="00087F49" w:rsidRDefault="00000000" w:rsidP="00A217B4">
            <w:pPr>
              <w:jc w:val="both"/>
              <w:rPr>
                <w:rFonts w:cs="Arial"/>
                <w:szCs w:val="18"/>
              </w:rPr>
            </w:pPr>
            <w:r w:rsidRPr="00087F49">
              <w:rPr>
                <w:rFonts w:cs="Arial"/>
                <w:szCs w:val="18"/>
              </w:rPr>
              <w:t>____________________________________________</w:t>
            </w:r>
          </w:p>
        </w:tc>
      </w:tr>
    </w:tbl>
    <w:p w14:paraId="7DFFE438" w14:textId="77777777" w:rsidR="004C398A" w:rsidRPr="00087F49" w:rsidRDefault="00000000" w:rsidP="00A217B4">
      <w:pPr>
        <w:jc w:val="both"/>
        <w:rPr>
          <w:rFonts w:cs="Arial"/>
          <w:szCs w:val="18"/>
        </w:rPr>
      </w:pPr>
      <w:r w:rsidRPr="00087F49">
        <w:rPr>
          <w:rFonts w:cs="Arial"/>
          <w:szCs w:val="18"/>
        </w:rPr>
        <w:br w:type="page"/>
      </w:r>
    </w:p>
    <w:p w14:paraId="5CE34043" w14:textId="77777777" w:rsidR="004C398A" w:rsidRPr="00087F49" w:rsidRDefault="00000000" w:rsidP="00A217B4">
      <w:pPr>
        <w:jc w:val="center"/>
        <w:rPr>
          <w:rFonts w:cs="Arial"/>
          <w:szCs w:val="18"/>
        </w:rPr>
      </w:pPr>
      <w:r w:rsidRPr="00087F49">
        <w:rPr>
          <w:rFonts w:cs="Arial"/>
          <w:b/>
          <w:szCs w:val="18"/>
        </w:rPr>
        <w:lastRenderedPageBreak/>
        <w:t>FORMATO No. 3</w:t>
      </w:r>
      <w:r w:rsidRPr="00087F49">
        <w:rPr>
          <w:rFonts w:cs="Arial"/>
          <w:b/>
          <w:szCs w:val="18"/>
        </w:rPr>
        <w:br/>
        <w:t>ACREDITACIÓN DE EXPERIENCIA DEL PROPONENTE</w:t>
      </w:r>
    </w:p>
    <w:p w14:paraId="27BD75AB" w14:textId="77777777" w:rsidR="00A217B4" w:rsidRPr="00087F49" w:rsidRDefault="00A217B4" w:rsidP="00A217B4">
      <w:pPr>
        <w:jc w:val="both"/>
        <w:rPr>
          <w:rFonts w:cs="Arial"/>
          <w:b/>
          <w:szCs w:val="18"/>
        </w:rPr>
      </w:pPr>
    </w:p>
    <w:p w14:paraId="15253737" w14:textId="58A1F601"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4FC3E989" w14:textId="77777777" w:rsidR="004C398A" w:rsidRPr="00087F49" w:rsidRDefault="00000000" w:rsidP="00A217B4">
      <w:pPr>
        <w:jc w:val="both"/>
        <w:rPr>
          <w:rFonts w:cs="Arial"/>
          <w:szCs w:val="18"/>
        </w:rPr>
      </w:pPr>
      <w:r w:rsidRPr="00087F49">
        <w:rPr>
          <w:rFonts w:cs="Arial"/>
          <w:b/>
          <w:szCs w:val="18"/>
        </w:rPr>
        <w:t xml:space="preserve">OBJETO: </w:t>
      </w:r>
      <w:r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29E2FB39" w14:textId="77777777" w:rsidR="004C398A" w:rsidRPr="00087F49" w:rsidRDefault="00000000" w:rsidP="00A217B4">
      <w:pPr>
        <w:jc w:val="both"/>
        <w:rPr>
          <w:rFonts w:cs="Arial"/>
          <w:szCs w:val="18"/>
        </w:rPr>
      </w:pPr>
      <w:r w:rsidRPr="00087F49">
        <w:rPr>
          <w:rFonts w:cs="Arial"/>
          <w:szCs w:val="18"/>
        </w:rPr>
        <w:t>De conformidad con los Estudios Previos, el proponente deberá relacionar los contratos con los que acredita la experiencia habilitante. Para la experiencia específica se exige máximo un (1) contrato ejecutado cuyo objeto, alcance y/o actividades se relacionen con implementación, licenciamiento, soporte, mantenimiento o parametrización de plataformas o sistemas de administración de recaudo o gestión tributaria, por un valor equivalente, como mínimo, al 100% del presupuesto oficial expresado en SMLMV, sin perjuicio de los criterios diferenciales aplicables.</w:t>
      </w:r>
    </w:p>
    <w:p w14:paraId="57EC8E0A" w14:textId="77777777" w:rsidR="00A217B4" w:rsidRPr="00087F49" w:rsidRDefault="00A217B4" w:rsidP="00A217B4">
      <w:pPr>
        <w:jc w:val="both"/>
        <w:rPr>
          <w:rFonts w:cs="Arial"/>
          <w:szCs w:val="18"/>
        </w:rPr>
      </w:pPr>
    </w:p>
    <w:tbl>
      <w:tblPr>
        <w:tblStyle w:val="Tablaconcuadrcula"/>
        <w:tblW w:w="0" w:type="auto"/>
        <w:jc w:val="center"/>
        <w:tblLook w:val="04A0" w:firstRow="1" w:lastRow="0" w:firstColumn="1" w:lastColumn="0" w:noHBand="0" w:noVBand="1"/>
      </w:tblPr>
      <w:tblGrid>
        <w:gridCol w:w="1006"/>
        <w:gridCol w:w="1022"/>
        <w:gridCol w:w="1015"/>
        <w:gridCol w:w="1014"/>
        <w:gridCol w:w="1011"/>
        <w:gridCol w:w="1021"/>
        <w:gridCol w:w="1018"/>
        <w:gridCol w:w="1071"/>
        <w:gridCol w:w="1019"/>
        <w:gridCol w:w="1017"/>
      </w:tblGrid>
      <w:tr w:rsidR="004C398A" w:rsidRPr="00087F49" w14:paraId="59E92B0A" w14:textId="77777777">
        <w:trPr>
          <w:jc w:val="center"/>
        </w:trPr>
        <w:tc>
          <w:tcPr>
            <w:tcW w:w="1022" w:type="dxa"/>
            <w:shd w:val="clear" w:color="auto" w:fill="D9EAF7"/>
            <w:tcMar>
              <w:top w:w="40" w:type="dxa"/>
              <w:left w:w="30" w:type="dxa"/>
              <w:bottom w:w="40" w:type="dxa"/>
              <w:right w:w="30" w:type="dxa"/>
            </w:tcMar>
          </w:tcPr>
          <w:p w14:paraId="03CC7401" w14:textId="77777777" w:rsidR="004C398A" w:rsidRPr="00087F49" w:rsidRDefault="00000000" w:rsidP="00A217B4">
            <w:pPr>
              <w:jc w:val="both"/>
              <w:rPr>
                <w:rFonts w:cs="Arial"/>
                <w:szCs w:val="18"/>
              </w:rPr>
            </w:pPr>
            <w:r w:rsidRPr="00087F49">
              <w:rPr>
                <w:rFonts w:cs="Arial"/>
                <w:szCs w:val="18"/>
              </w:rPr>
              <w:t>No.</w:t>
            </w:r>
          </w:p>
        </w:tc>
        <w:tc>
          <w:tcPr>
            <w:tcW w:w="1022" w:type="dxa"/>
            <w:shd w:val="clear" w:color="auto" w:fill="D9EAF7"/>
            <w:tcMar>
              <w:top w:w="40" w:type="dxa"/>
              <w:left w:w="30" w:type="dxa"/>
              <w:bottom w:w="40" w:type="dxa"/>
              <w:right w:w="30" w:type="dxa"/>
            </w:tcMar>
          </w:tcPr>
          <w:p w14:paraId="558B09FA" w14:textId="77777777" w:rsidR="004C398A" w:rsidRPr="00087F49" w:rsidRDefault="00000000" w:rsidP="00A217B4">
            <w:pPr>
              <w:jc w:val="both"/>
              <w:rPr>
                <w:rFonts w:cs="Arial"/>
                <w:szCs w:val="18"/>
              </w:rPr>
            </w:pPr>
            <w:r w:rsidRPr="00087F49">
              <w:rPr>
                <w:rFonts w:cs="Arial"/>
                <w:szCs w:val="18"/>
              </w:rPr>
              <w:t>Contratante</w:t>
            </w:r>
          </w:p>
        </w:tc>
        <w:tc>
          <w:tcPr>
            <w:tcW w:w="1022" w:type="dxa"/>
            <w:shd w:val="clear" w:color="auto" w:fill="D9EAF7"/>
            <w:tcMar>
              <w:top w:w="40" w:type="dxa"/>
              <w:left w:w="30" w:type="dxa"/>
              <w:bottom w:w="40" w:type="dxa"/>
              <w:right w:w="30" w:type="dxa"/>
            </w:tcMar>
          </w:tcPr>
          <w:p w14:paraId="520A9DD3" w14:textId="77777777" w:rsidR="004C398A" w:rsidRPr="00087F49" w:rsidRDefault="00000000" w:rsidP="00A217B4">
            <w:pPr>
              <w:jc w:val="both"/>
              <w:rPr>
                <w:rFonts w:cs="Arial"/>
                <w:szCs w:val="18"/>
              </w:rPr>
            </w:pPr>
            <w:r w:rsidRPr="00087F49">
              <w:rPr>
                <w:rFonts w:cs="Arial"/>
                <w:szCs w:val="18"/>
              </w:rPr>
              <w:t>No. contrato</w:t>
            </w:r>
          </w:p>
        </w:tc>
        <w:tc>
          <w:tcPr>
            <w:tcW w:w="1022" w:type="dxa"/>
            <w:shd w:val="clear" w:color="auto" w:fill="D9EAF7"/>
            <w:tcMar>
              <w:top w:w="40" w:type="dxa"/>
              <w:left w:w="30" w:type="dxa"/>
              <w:bottom w:w="40" w:type="dxa"/>
              <w:right w:w="30" w:type="dxa"/>
            </w:tcMar>
          </w:tcPr>
          <w:p w14:paraId="7C5597F7" w14:textId="77777777" w:rsidR="004C398A" w:rsidRPr="00087F49" w:rsidRDefault="00000000" w:rsidP="00A217B4">
            <w:pPr>
              <w:jc w:val="both"/>
              <w:rPr>
                <w:rFonts w:cs="Arial"/>
                <w:szCs w:val="18"/>
              </w:rPr>
            </w:pPr>
            <w:r w:rsidRPr="00087F49">
              <w:rPr>
                <w:rFonts w:cs="Arial"/>
                <w:szCs w:val="18"/>
              </w:rPr>
              <w:t>Objeto / alcance</w:t>
            </w:r>
          </w:p>
        </w:tc>
        <w:tc>
          <w:tcPr>
            <w:tcW w:w="1022" w:type="dxa"/>
            <w:shd w:val="clear" w:color="auto" w:fill="D9EAF7"/>
            <w:tcMar>
              <w:top w:w="40" w:type="dxa"/>
              <w:left w:w="30" w:type="dxa"/>
              <w:bottom w:w="40" w:type="dxa"/>
              <w:right w:w="30" w:type="dxa"/>
            </w:tcMar>
          </w:tcPr>
          <w:p w14:paraId="7AB3E9A5" w14:textId="77777777" w:rsidR="004C398A" w:rsidRPr="00087F49" w:rsidRDefault="00000000" w:rsidP="00A217B4">
            <w:pPr>
              <w:jc w:val="both"/>
              <w:rPr>
                <w:rFonts w:cs="Arial"/>
                <w:szCs w:val="18"/>
              </w:rPr>
            </w:pPr>
            <w:r w:rsidRPr="00087F49">
              <w:rPr>
                <w:rFonts w:cs="Arial"/>
                <w:szCs w:val="18"/>
              </w:rPr>
              <w:t>Fecha inicio</w:t>
            </w:r>
          </w:p>
        </w:tc>
        <w:tc>
          <w:tcPr>
            <w:tcW w:w="1022" w:type="dxa"/>
            <w:shd w:val="clear" w:color="auto" w:fill="D9EAF7"/>
            <w:tcMar>
              <w:top w:w="40" w:type="dxa"/>
              <w:left w:w="30" w:type="dxa"/>
              <w:bottom w:w="40" w:type="dxa"/>
              <w:right w:w="30" w:type="dxa"/>
            </w:tcMar>
          </w:tcPr>
          <w:p w14:paraId="63175600" w14:textId="77777777" w:rsidR="004C398A" w:rsidRPr="00087F49" w:rsidRDefault="00000000" w:rsidP="00A217B4">
            <w:pPr>
              <w:jc w:val="both"/>
              <w:rPr>
                <w:rFonts w:cs="Arial"/>
                <w:szCs w:val="18"/>
              </w:rPr>
            </w:pPr>
            <w:r w:rsidRPr="00087F49">
              <w:rPr>
                <w:rFonts w:cs="Arial"/>
                <w:szCs w:val="18"/>
              </w:rPr>
              <w:t>Fecha terminación</w:t>
            </w:r>
          </w:p>
        </w:tc>
        <w:tc>
          <w:tcPr>
            <w:tcW w:w="1022" w:type="dxa"/>
            <w:shd w:val="clear" w:color="auto" w:fill="D9EAF7"/>
            <w:tcMar>
              <w:top w:w="40" w:type="dxa"/>
              <w:left w:w="30" w:type="dxa"/>
              <w:bottom w:w="40" w:type="dxa"/>
              <w:right w:w="30" w:type="dxa"/>
            </w:tcMar>
          </w:tcPr>
          <w:p w14:paraId="114B2FF8" w14:textId="77777777" w:rsidR="004C398A" w:rsidRPr="00087F49" w:rsidRDefault="00000000" w:rsidP="00A217B4">
            <w:pPr>
              <w:jc w:val="both"/>
              <w:rPr>
                <w:rFonts w:cs="Arial"/>
                <w:szCs w:val="18"/>
              </w:rPr>
            </w:pPr>
            <w:r w:rsidRPr="00087F49">
              <w:rPr>
                <w:rFonts w:cs="Arial"/>
                <w:szCs w:val="18"/>
              </w:rPr>
              <w:t>Valor ejecutado</w:t>
            </w:r>
          </w:p>
        </w:tc>
        <w:tc>
          <w:tcPr>
            <w:tcW w:w="1022" w:type="dxa"/>
            <w:shd w:val="clear" w:color="auto" w:fill="D9EAF7"/>
            <w:tcMar>
              <w:top w:w="40" w:type="dxa"/>
              <w:left w:w="30" w:type="dxa"/>
              <w:bottom w:w="40" w:type="dxa"/>
              <w:right w:w="30" w:type="dxa"/>
            </w:tcMar>
          </w:tcPr>
          <w:p w14:paraId="0C7BFB23" w14:textId="77777777" w:rsidR="004C398A" w:rsidRPr="00087F49" w:rsidRDefault="00000000" w:rsidP="00A217B4">
            <w:pPr>
              <w:jc w:val="both"/>
              <w:rPr>
                <w:rFonts w:cs="Arial"/>
                <w:szCs w:val="18"/>
              </w:rPr>
            </w:pPr>
            <w:r w:rsidRPr="00087F49">
              <w:rPr>
                <w:rFonts w:cs="Arial"/>
                <w:szCs w:val="18"/>
              </w:rPr>
              <w:t>% participación</w:t>
            </w:r>
          </w:p>
        </w:tc>
        <w:tc>
          <w:tcPr>
            <w:tcW w:w="1022" w:type="dxa"/>
            <w:shd w:val="clear" w:color="auto" w:fill="D9EAF7"/>
            <w:tcMar>
              <w:top w:w="40" w:type="dxa"/>
              <w:left w:w="30" w:type="dxa"/>
              <w:bottom w:w="40" w:type="dxa"/>
              <w:right w:w="30" w:type="dxa"/>
            </w:tcMar>
          </w:tcPr>
          <w:p w14:paraId="0B5E307B" w14:textId="77777777" w:rsidR="004C398A" w:rsidRPr="00087F49" w:rsidRDefault="00000000" w:rsidP="00A217B4">
            <w:pPr>
              <w:jc w:val="both"/>
              <w:rPr>
                <w:rFonts w:cs="Arial"/>
                <w:szCs w:val="18"/>
              </w:rPr>
            </w:pPr>
            <w:r w:rsidRPr="00087F49">
              <w:rPr>
                <w:rFonts w:cs="Arial"/>
                <w:szCs w:val="18"/>
              </w:rPr>
              <w:t>Valor acreditado</w:t>
            </w:r>
          </w:p>
        </w:tc>
        <w:tc>
          <w:tcPr>
            <w:tcW w:w="1022" w:type="dxa"/>
            <w:shd w:val="clear" w:color="auto" w:fill="D9EAF7"/>
            <w:tcMar>
              <w:top w:w="40" w:type="dxa"/>
              <w:left w:w="30" w:type="dxa"/>
              <w:bottom w:w="40" w:type="dxa"/>
              <w:right w:w="30" w:type="dxa"/>
            </w:tcMar>
          </w:tcPr>
          <w:p w14:paraId="37768C17" w14:textId="77777777" w:rsidR="004C398A" w:rsidRPr="00087F49" w:rsidRDefault="00000000" w:rsidP="00A217B4">
            <w:pPr>
              <w:jc w:val="both"/>
              <w:rPr>
                <w:rFonts w:cs="Arial"/>
                <w:szCs w:val="18"/>
              </w:rPr>
            </w:pPr>
            <w:r w:rsidRPr="00087F49">
              <w:rPr>
                <w:rFonts w:cs="Arial"/>
                <w:szCs w:val="18"/>
              </w:rPr>
              <w:t>RUP / UNSPSC</w:t>
            </w:r>
          </w:p>
        </w:tc>
      </w:tr>
      <w:tr w:rsidR="004C398A" w:rsidRPr="00087F49" w14:paraId="4F943486" w14:textId="77777777">
        <w:trPr>
          <w:jc w:val="center"/>
        </w:trPr>
        <w:tc>
          <w:tcPr>
            <w:tcW w:w="1022" w:type="dxa"/>
            <w:tcMar>
              <w:top w:w="40" w:type="dxa"/>
              <w:left w:w="30" w:type="dxa"/>
              <w:bottom w:w="40" w:type="dxa"/>
              <w:right w:w="30" w:type="dxa"/>
            </w:tcMar>
          </w:tcPr>
          <w:p w14:paraId="612512EB"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6653BDFA"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35ABFC48"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21FA358B"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16E4D1BE"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634F1AFF"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6CCB9295"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58C35830"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591AFF3B" w14:textId="77777777" w:rsidR="004C398A" w:rsidRPr="00087F49" w:rsidRDefault="004C398A" w:rsidP="00A217B4">
            <w:pPr>
              <w:jc w:val="both"/>
              <w:rPr>
                <w:rFonts w:cs="Arial"/>
                <w:szCs w:val="18"/>
              </w:rPr>
            </w:pPr>
          </w:p>
        </w:tc>
        <w:tc>
          <w:tcPr>
            <w:tcW w:w="1022" w:type="dxa"/>
            <w:tcMar>
              <w:top w:w="40" w:type="dxa"/>
              <w:left w:w="30" w:type="dxa"/>
              <w:bottom w:w="40" w:type="dxa"/>
              <w:right w:w="30" w:type="dxa"/>
            </w:tcMar>
          </w:tcPr>
          <w:p w14:paraId="7BBE5372" w14:textId="77777777" w:rsidR="004C398A" w:rsidRPr="00087F49" w:rsidRDefault="004C398A" w:rsidP="00A217B4">
            <w:pPr>
              <w:jc w:val="both"/>
              <w:rPr>
                <w:rFonts w:cs="Arial"/>
                <w:szCs w:val="18"/>
              </w:rPr>
            </w:pPr>
          </w:p>
        </w:tc>
      </w:tr>
    </w:tbl>
    <w:p w14:paraId="3113FB82" w14:textId="77777777" w:rsidR="00A217B4" w:rsidRPr="00087F49" w:rsidRDefault="00A217B4" w:rsidP="00A217B4">
      <w:pPr>
        <w:jc w:val="both"/>
        <w:rPr>
          <w:rFonts w:cs="Arial"/>
          <w:szCs w:val="18"/>
        </w:rPr>
      </w:pPr>
    </w:p>
    <w:p w14:paraId="03AFD91E" w14:textId="2911F5EB" w:rsidR="004C398A" w:rsidRPr="00087F49" w:rsidRDefault="00000000" w:rsidP="00A217B4">
      <w:pPr>
        <w:jc w:val="both"/>
        <w:rPr>
          <w:rFonts w:cs="Arial"/>
          <w:szCs w:val="18"/>
        </w:rPr>
      </w:pPr>
      <w:r w:rsidRPr="00087F49">
        <w:rPr>
          <w:rFonts w:cs="Arial"/>
          <w:szCs w:val="18"/>
        </w:rPr>
        <w:t>Soportes: certificación y/o acta de liquidación y/o acta de terminación y/o documento contractual idóneo que permita verificar la información exigida, además del registro en el RUP cuando corresponda.</w:t>
      </w:r>
    </w:p>
    <w:p w14:paraId="0C28FE9C" w14:textId="77777777" w:rsidR="004C398A" w:rsidRPr="00087F49" w:rsidRDefault="00000000" w:rsidP="00A217B4">
      <w:pPr>
        <w:jc w:val="both"/>
        <w:rPr>
          <w:rFonts w:cs="Arial"/>
          <w:szCs w:val="18"/>
        </w:rPr>
      </w:pPr>
      <w:r w:rsidRPr="00087F49">
        <w:rPr>
          <w:rFonts w:cs="Arial"/>
          <w:szCs w:val="18"/>
        </w:rPr>
        <w:br/>
        <w:t>Atentamente,</w:t>
      </w:r>
    </w:p>
    <w:tbl>
      <w:tblPr>
        <w:tblW w:w="0" w:type="auto"/>
        <w:jc w:val="center"/>
        <w:tblLook w:val="04A0" w:firstRow="1" w:lastRow="0" w:firstColumn="1" w:lastColumn="0" w:noHBand="0" w:noVBand="1"/>
      </w:tblPr>
      <w:tblGrid>
        <w:gridCol w:w="5112"/>
        <w:gridCol w:w="5112"/>
      </w:tblGrid>
      <w:tr w:rsidR="004C398A" w:rsidRPr="00087F49" w14:paraId="32FCB8C1" w14:textId="77777777">
        <w:trPr>
          <w:jc w:val="center"/>
        </w:trPr>
        <w:tc>
          <w:tcPr>
            <w:tcW w:w="5112" w:type="dxa"/>
            <w:tcMar>
              <w:top w:w="80" w:type="dxa"/>
              <w:left w:w="80" w:type="dxa"/>
              <w:bottom w:w="80" w:type="dxa"/>
              <w:right w:w="80" w:type="dxa"/>
            </w:tcMar>
          </w:tcPr>
          <w:p w14:paraId="1BBC6EAE" w14:textId="77777777" w:rsidR="004C398A" w:rsidRPr="00087F49" w:rsidRDefault="00000000" w:rsidP="00A217B4">
            <w:pPr>
              <w:jc w:val="both"/>
              <w:rPr>
                <w:rFonts w:cs="Arial"/>
                <w:szCs w:val="18"/>
              </w:rPr>
            </w:pPr>
            <w:r w:rsidRPr="00087F49">
              <w:rPr>
                <w:rFonts w:cs="Arial"/>
                <w:szCs w:val="18"/>
              </w:rPr>
              <w:t>Nombre / Razón social</w:t>
            </w:r>
          </w:p>
        </w:tc>
        <w:tc>
          <w:tcPr>
            <w:tcW w:w="5112" w:type="dxa"/>
            <w:tcMar>
              <w:top w:w="80" w:type="dxa"/>
              <w:left w:w="80" w:type="dxa"/>
              <w:bottom w:w="80" w:type="dxa"/>
              <w:right w:w="80" w:type="dxa"/>
            </w:tcMar>
          </w:tcPr>
          <w:p w14:paraId="26EED20B"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4636EE8D" w14:textId="77777777">
        <w:trPr>
          <w:jc w:val="center"/>
        </w:trPr>
        <w:tc>
          <w:tcPr>
            <w:tcW w:w="5112" w:type="dxa"/>
            <w:tcMar>
              <w:top w:w="80" w:type="dxa"/>
              <w:left w:w="80" w:type="dxa"/>
              <w:bottom w:w="80" w:type="dxa"/>
              <w:right w:w="80" w:type="dxa"/>
            </w:tcMar>
          </w:tcPr>
          <w:p w14:paraId="244885E7" w14:textId="77777777" w:rsidR="004C398A" w:rsidRPr="00087F49" w:rsidRDefault="00000000" w:rsidP="00A217B4">
            <w:pPr>
              <w:jc w:val="both"/>
              <w:rPr>
                <w:rFonts w:cs="Arial"/>
                <w:szCs w:val="18"/>
              </w:rPr>
            </w:pPr>
            <w:r w:rsidRPr="00087F49">
              <w:rPr>
                <w:rFonts w:cs="Arial"/>
                <w:szCs w:val="18"/>
              </w:rPr>
              <w:t>C.C. / NIT</w:t>
            </w:r>
          </w:p>
        </w:tc>
        <w:tc>
          <w:tcPr>
            <w:tcW w:w="5112" w:type="dxa"/>
            <w:tcMar>
              <w:top w:w="80" w:type="dxa"/>
              <w:left w:w="80" w:type="dxa"/>
              <w:bottom w:w="80" w:type="dxa"/>
              <w:right w:w="80" w:type="dxa"/>
            </w:tcMar>
          </w:tcPr>
          <w:p w14:paraId="0D45B4D4"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50337AED" w14:textId="77777777">
        <w:trPr>
          <w:jc w:val="center"/>
        </w:trPr>
        <w:tc>
          <w:tcPr>
            <w:tcW w:w="5112" w:type="dxa"/>
            <w:tcMar>
              <w:top w:w="80" w:type="dxa"/>
              <w:left w:w="80" w:type="dxa"/>
              <w:bottom w:w="80" w:type="dxa"/>
              <w:right w:w="80" w:type="dxa"/>
            </w:tcMar>
          </w:tcPr>
          <w:p w14:paraId="446A6047" w14:textId="77777777" w:rsidR="004C398A" w:rsidRPr="00087F49" w:rsidRDefault="00000000" w:rsidP="00A217B4">
            <w:pPr>
              <w:jc w:val="both"/>
              <w:rPr>
                <w:rFonts w:cs="Arial"/>
                <w:szCs w:val="18"/>
              </w:rPr>
            </w:pPr>
            <w:r w:rsidRPr="00087F49">
              <w:rPr>
                <w:rFonts w:cs="Arial"/>
                <w:szCs w:val="18"/>
              </w:rPr>
              <w:t>Correo electrónico</w:t>
            </w:r>
          </w:p>
        </w:tc>
        <w:tc>
          <w:tcPr>
            <w:tcW w:w="5112" w:type="dxa"/>
            <w:tcMar>
              <w:top w:w="80" w:type="dxa"/>
              <w:left w:w="80" w:type="dxa"/>
              <w:bottom w:w="80" w:type="dxa"/>
              <w:right w:w="80" w:type="dxa"/>
            </w:tcMar>
          </w:tcPr>
          <w:p w14:paraId="3FFC6174"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6E53D5C6" w14:textId="77777777">
        <w:trPr>
          <w:jc w:val="center"/>
        </w:trPr>
        <w:tc>
          <w:tcPr>
            <w:tcW w:w="5112" w:type="dxa"/>
            <w:tcMar>
              <w:top w:w="80" w:type="dxa"/>
              <w:left w:w="80" w:type="dxa"/>
              <w:bottom w:w="80" w:type="dxa"/>
              <w:right w:w="80" w:type="dxa"/>
            </w:tcMar>
          </w:tcPr>
          <w:p w14:paraId="61FFC37E" w14:textId="77777777" w:rsidR="004C398A" w:rsidRPr="00087F49" w:rsidRDefault="00000000" w:rsidP="00A217B4">
            <w:pPr>
              <w:jc w:val="both"/>
              <w:rPr>
                <w:rFonts w:cs="Arial"/>
                <w:szCs w:val="18"/>
              </w:rPr>
            </w:pPr>
            <w:r w:rsidRPr="00087F49">
              <w:rPr>
                <w:rFonts w:cs="Arial"/>
                <w:szCs w:val="18"/>
              </w:rPr>
              <w:t>Firma</w:t>
            </w:r>
          </w:p>
        </w:tc>
        <w:tc>
          <w:tcPr>
            <w:tcW w:w="5112" w:type="dxa"/>
            <w:tcMar>
              <w:top w:w="80" w:type="dxa"/>
              <w:left w:w="80" w:type="dxa"/>
              <w:bottom w:w="80" w:type="dxa"/>
              <w:right w:w="80" w:type="dxa"/>
            </w:tcMar>
          </w:tcPr>
          <w:p w14:paraId="2BFB9A1B" w14:textId="77777777" w:rsidR="004C398A" w:rsidRPr="00087F49" w:rsidRDefault="00000000" w:rsidP="00A217B4">
            <w:pPr>
              <w:jc w:val="both"/>
              <w:rPr>
                <w:rFonts w:cs="Arial"/>
                <w:szCs w:val="18"/>
              </w:rPr>
            </w:pPr>
            <w:r w:rsidRPr="00087F49">
              <w:rPr>
                <w:rFonts w:cs="Arial"/>
                <w:szCs w:val="18"/>
              </w:rPr>
              <w:t>____________________________________________</w:t>
            </w:r>
          </w:p>
        </w:tc>
      </w:tr>
    </w:tbl>
    <w:p w14:paraId="213CF036" w14:textId="77777777" w:rsidR="004C398A" w:rsidRPr="00087F49" w:rsidRDefault="00000000" w:rsidP="00A217B4">
      <w:pPr>
        <w:jc w:val="both"/>
        <w:rPr>
          <w:rFonts w:cs="Arial"/>
          <w:szCs w:val="18"/>
        </w:rPr>
      </w:pPr>
      <w:r w:rsidRPr="00087F49">
        <w:rPr>
          <w:rFonts w:cs="Arial"/>
          <w:szCs w:val="18"/>
        </w:rPr>
        <w:br w:type="page"/>
      </w:r>
    </w:p>
    <w:p w14:paraId="39D81505" w14:textId="77777777" w:rsidR="004C398A" w:rsidRPr="00087F49" w:rsidRDefault="00000000" w:rsidP="00A217B4">
      <w:pPr>
        <w:jc w:val="center"/>
        <w:rPr>
          <w:rFonts w:cs="Arial"/>
          <w:szCs w:val="18"/>
        </w:rPr>
      </w:pPr>
      <w:r w:rsidRPr="00087F49">
        <w:rPr>
          <w:rFonts w:cs="Arial"/>
          <w:b/>
          <w:szCs w:val="18"/>
        </w:rPr>
        <w:lastRenderedPageBreak/>
        <w:t>FORMATO No. 4</w:t>
      </w:r>
      <w:r w:rsidRPr="00087F49">
        <w:rPr>
          <w:rFonts w:cs="Arial"/>
          <w:b/>
          <w:szCs w:val="18"/>
        </w:rPr>
        <w:br/>
        <w:t>OFERTA ECONÓMICA</w:t>
      </w:r>
    </w:p>
    <w:p w14:paraId="4EFB6267" w14:textId="77777777" w:rsidR="00A217B4" w:rsidRPr="00087F49" w:rsidRDefault="00A217B4" w:rsidP="00A217B4">
      <w:pPr>
        <w:jc w:val="both"/>
        <w:rPr>
          <w:rFonts w:cs="Arial"/>
          <w:b/>
          <w:szCs w:val="18"/>
        </w:rPr>
      </w:pPr>
    </w:p>
    <w:p w14:paraId="31AB2CA5" w14:textId="66A47A79"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0EDC88E4" w14:textId="4D95A10D" w:rsidR="004C398A" w:rsidRPr="00087F49" w:rsidRDefault="00000000" w:rsidP="00A217B4">
      <w:pPr>
        <w:jc w:val="both"/>
        <w:rPr>
          <w:rFonts w:cs="Arial"/>
          <w:szCs w:val="18"/>
        </w:rPr>
      </w:pPr>
      <w:r w:rsidRPr="00087F49">
        <w:rPr>
          <w:rFonts w:cs="Arial"/>
          <w:b/>
          <w:szCs w:val="18"/>
        </w:rPr>
        <w:t xml:space="preserve">OBJETO: </w:t>
      </w:r>
      <w:r w:rsidR="00192DBA"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r w:rsidRPr="00087F49">
        <w:rPr>
          <w:rFonts w:cs="Arial"/>
          <w:szCs w:val="18"/>
        </w:rPr>
        <w:t>.</w:t>
      </w:r>
    </w:p>
    <w:p w14:paraId="58F45502" w14:textId="77777777" w:rsidR="00A217B4" w:rsidRPr="00087F49" w:rsidRDefault="00A217B4" w:rsidP="00A217B4">
      <w:pPr>
        <w:spacing w:before="1"/>
        <w:ind w:right="181"/>
        <w:jc w:val="both"/>
        <w:rPr>
          <w:rFonts w:cs="Arial"/>
          <w:szCs w:val="18"/>
        </w:rPr>
      </w:pPr>
    </w:p>
    <w:p w14:paraId="60266379" w14:textId="0221778F" w:rsidR="00A217B4" w:rsidRDefault="00A217B4" w:rsidP="00A217B4">
      <w:pPr>
        <w:spacing w:before="1"/>
        <w:ind w:right="181"/>
        <w:jc w:val="both"/>
        <w:rPr>
          <w:rFonts w:cs="Arial"/>
          <w:szCs w:val="18"/>
        </w:rPr>
      </w:pPr>
      <w:r w:rsidRPr="00087F49">
        <w:rPr>
          <w:rFonts w:cs="Arial"/>
          <w:szCs w:val="18"/>
        </w:rPr>
        <w:t>Yo (Nosotros) (indicar el nombre), en calidad de (indicar si es en calidad de representante</w:t>
      </w:r>
      <w:r w:rsidRPr="00087F49">
        <w:rPr>
          <w:rFonts w:cs="Arial"/>
          <w:spacing w:val="1"/>
          <w:szCs w:val="18"/>
        </w:rPr>
        <w:t xml:space="preserve"> </w:t>
      </w:r>
      <w:r w:rsidRPr="00087F49">
        <w:rPr>
          <w:rFonts w:cs="Arial"/>
          <w:szCs w:val="18"/>
        </w:rPr>
        <w:t>legal, o persona natural, etc.) de acuerdo con los requerimientos de la Invitación Publica,</w:t>
      </w:r>
      <w:r w:rsidRPr="00087F49">
        <w:rPr>
          <w:rFonts w:cs="Arial"/>
          <w:spacing w:val="1"/>
          <w:szCs w:val="18"/>
        </w:rPr>
        <w:t xml:space="preserve"> </w:t>
      </w:r>
      <w:r w:rsidRPr="00087F49">
        <w:rPr>
          <w:rFonts w:cs="Arial"/>
          <w:szCs w:val="18"/>
        </w:rPr>
        <w:t>hacemos</w:t>
      </w:r>
      <w:r w:rsidRPr="00087F49">
        <w:rPr>
          <w:rFonts w:cs="Arial"/>
          <w:spacing w:val="-3"/>
          <w:szCs w:val="18"/>
        </w:rPr>
        <w:t xml:space="preserve"> </w:t>
      </w:r>
      <w:r w:rsidRPr="00087F49">
        <w:rPr>
          <w:rFonts w:cs="Arial"/>
          <w:i/>
          <w:szCs w:val="18"/>
        </w:rPr>
        <w:t>la siguiente oferta</w:t>
      </w:r>
      <w:r w:rsidRPr="00087F49">
        <w:rPr>
          <w:rFonts w:cs="Arial"/>
          <w:i/>
          <w:spacing w:val="-2"/>
          <w:szCs w:val="18"/>
        </w:rPr>
        <w:t xml:space="preserve"> </w:t>
      </w:r>
      <w:r w:rsidRPr="00087F49">
        <w:rPr>
          <w:rFonts w:cs="Arial"/>
          <w:i/>
          <w:szCs w:val="18"/>
        </w:rPr>
        <w:t>económica</w:t>
      </w:r>
      <w:r w:rsidRPr="00087F49">
        <w:rPr>
          <w:rFonts w:cs="Arial"/>
          <w:szCs w:val="18"/>
        </w:rPr>
        <w:t>:</w:t>
      </w:r>
    </w:p>
    <w:p w14:paraId="3C39B4B0" w14:textId="77777777" w:rsidR="00595BBE" w:rsidRPr="00087F49" w:rsidRDefault="00595BBE" w:rsidP="00A217B4">
      <w:pPr>
        <w:spacing w:before="1"/>
        <w:ind w:right="181"/>
        <w:jc w:val="both"/>
        <w:rPr>
          <w:rFonts w:cs="Arial"/>
          <w:szCs w:val="18"/>
        </w:rPr>
      </w:pPr>
    </w:p>
    <w:tbl>
      <w:tblPr>
        <w:tblStyle w:val="Tablaconcuadrcula"/>
        <w:tblW w:w="5000" w:type="pct"/>
        <w:tblLook w:val="04A0" w:firstRow="1" w:lastRow="0" w:firstColumn="1" w:lastColumn="0" w:noHBand="0" w:noVBand="1"/>
      </w:tblPr>
      <w:tblGrid>
        <w:gridCol w:w="647"/>
        <w:gridCol w:w="2968"/>
        <w:gridCol w:w="981"/>
        <w:gridCol w:w="641"/>
        <w:gridCol w:w="1573"/>
        <w:gridCol w:w="1702"/>
        <w:gridCol w:w="1702"/>
      </w:tblGrid>
      <w:tr w:rsidR="00694CE0" w:rsidRPr="00595BBE" w14:paraId="18DB39A2" w14:textId="0BDAFDF4" w:rsidTr="00694CE0">
        <w:tc>
          <w:tcPr>
            <w:tcW w:w="317" w:type="pct"/>
            <w:vAlign w:val="center"/>
          </w:tcPr>
          <w:p w14:paraId="29AFD088" w14:textId="77777777" w:rsidR="00694CE0" w:rsidRPr="00595BBE" w:rsidRDefault="00694CE0" w:rsidP="004A36BF">
            <w:r w:rsidRPr="00595BBE">
              <w:rPr>
                <w:b/>
                <w:sz w:val="17"/>
              </w:rPr>
              <w:t>Ítem</w:t>
            </w:r>
          </w:p>
        </w:tc>
        <w:tc>
          <w:tcPr>
            <w:tcW w:w="1453" w:type="pct"/>
            <w:vAlign w:val="center"/>
          </w:tcPr>
          <w:p w14:paraId="58DFC699" w14:textId="77777777" w:rsidR="00694CE0" w:rsidRPr="00595BBE" w:rsidRDefault="00694CE0" w:rsidP="004A36BF">
            <w:r w:rsidRPr="00595BBE">
              <w:rPr>
                <w:b/>
                <w:sz w:val="17"/>
              </w:rPr>
              <w:t>Descripción</w:t>
            </w:r>
          </w:p>
        </w:tc>
        <w:tc>
          <w:tcPr>
            <w:tcW w:w="480" w:type="pct"/>
            <w:vAlign w:val="center"/>
          </w:tcPr>
          <w:p w14:paraId="1BD2C994" w14:textId="77777777" w:rsidR="00694CE0" w:rsidRPr="00595BBE" w:rsidRDefault="00694CE0" w:rsidP="00595BBE">
            <w:pPr>
              <w:jc w:val="center"/>
            </w:pPr>
            <w:r w:rsidRPr="00595BBE">
              <w:rPr>
                <w:b/>
                <w:sz w:val="17"/>
              </w:rPr>
              <w:t>Unidad</w:t>
            </w:r>
          </w:p>
        </w:tc>
        <w:tc>
          <w:tcPr>
            <w:tcW w:w="314" w:type="pct"/>
            <w:vAlign w:val="center"/>
          </w:tcPr>
          <w:p w14:paraId="008BFF1F" w14:textId="77777777" w:rsidR="00694CE0" w:rsidRPr="00595BBE" w:rsidRDefault="00694CE0" w:rsidP="00595BBE">
            <w:pPr>
              <w:jc w:val="center"/>
            </w:pPr>
            <w:r w:rsidRPr="00595BBE">
              <w:rPr>
                <w:b/>
                <w:sz w:val="17"/>
              </w:rPr>
              <w:t>Cant.</w:t>
            </w:r>
          </w:p>
        </w:tc>
        <w:tc>
          <w:tcPr>
            <w:tcW w:w="770" w:type="pct"/>
            <w:vAlign w:val="center"/>
          </w:tcPr>
          <w:p w14:paraId="15C6FF43" w14:textId="5A60BFFF" w:rsidR="00694CE0" w:rsidRPr="00595BBE" w:rsidRDefault="00694CE0" w:rsidP="004A36BF">
            <w:r>
              <w:rPr>
                <w:b/>
                <w:sz w:val="17"/>
              </w:rPr>
              <w:t>Valor</w:t>
            </w:r>
            <w:r w:rsidRPr="00595BBE">
              <w:rPr>
                <w:b/>
                <w:sz w:val="17"/>
              </w:rPr>
              <w:t xml:space="preserve"> (COP)</w:t>
            </w:r>
          </w:p>
        </w:tc>
        <w:tc>
          <w:tcPr>
            <w:tcW w:w="833" w:type="pct"/>
            <w:vAlign w:val="center"/>
          </w:tcPr>
          <w:p w14:paraId="0E3B6D42" w14:textId="0809C1D1" w:rsidR="00694CE0" w:rsidRPr="00595BBE" w:rsidRDefault="00694CE0" w:rsidP="004A36BF">
            <w:r w:rsidRPr="00595BBE">
              <w:rPr>
                <w:b/>
                <w:sz w:val="17"/>
              </w:rPr>
              <w:t>IVA</w:t>
            </w:r>
            <w:r>
              <w:rPr>
                <w:b/>
                <w:sz w:val="17"/>
              </w:rPr>
              <w:t xml:space="preserve"> </w:t>
            </w:r>
            <w:r w:rsidRPr="00595BBE">
              <w:rPr>
                <w:b/>
                <w:sz w:val="17"/>
              </w:rPr>
              <w:t>19%</w:t>
            </w:r>
          </w:p>
        </w:tc>
        <w:tc>
          <w:tcPr>
            <w:tcW w:w="833" w:type="pct"/>
            <w:vAlign w:val="center"/>
          </w:tcPr>
          <w:p w14:paraId="6B4D4252" w14:textId="18A80F38" w:rsidR="00694CE0" w:rsidRPr="00595BBE" w:rsidRDefault="00694CE0" w:rsidP="004A36BF">
            <w:pPr>
              <w:rPr>
                <w:b/>
                <w:sz w:val="17"/>
              </w:rPr>
            </w:pPr>
            <w:r>
              <w:rPr>
                <w:b/>
                <w:sz w:val="17"/>
              </w:rPr>
              <w:t>Valor Total (COP)</w:t>
            </w:r>
          </w:p>
        </w:tc>
      </w:tr>
      <w:tr w:rsidR="00694CE0" w:rsidRPr="00595BBE" w14:paraId="428839F9" w14:textId="77081670" w:rsidTr="00694CE0">
        <w:tc>
          <w:tcPr>
            <w:tcW w:w="317" w:type="pct"/>
            <w:vAlign w:val="center"/>
          </w:tcPr>
          <w:p w14:paraId="2D3EC3F9" w14:textId="77777777" w:rsidR="00694CE0" w:rsidRPr="00694CE0" w:rsidRDefault="00694CE0" w:rsidP="00694CE0">
            <w:pPr>
              <w:jc w:val="center"/>
              <w:rPr>
                <w:bCs/>
              </w:rPr>
            </w:pPr>
            <w:r w:rsidRPr="00694CE0">
              <w:rPr>
                <w:bCs/>
                <w:sz w:val="17"/>
              </w:rPr>
              <w:t>1</w:t>
            </w:r>
          </w:p>
        </w:tc>
        <w:tc>
          <w:tcPr>
            <w:tcW w:w="1453" w:type="pct"/>
            <w:vAlign w:val="center"/>
          </w:tcPr>
          <w:p w14:paraId="5BF0E78F" w14:textId="77777777" w:rsidR="00694CE0" w:rsidRPr="00595BBE" w:rsidRDefault="00694CE0" w:rsidP="00694CE0">
            <w:r w:rsidRPr="00595BBE">
              <w:rPr>
                <w:b/>
                <w:sz w:val="17"/>
              </w:rPr>
              <w:t>Licenciamiento de uso de la plataforma, implementación, parametrización, migración y puesta en funcionamiento del Sistema de Administración de Recaudo</w:t>
            </w:r>
          </w:p>
        </w:tc>
        <w:tc>
          <w:tcPr>
            <w:tcW w:w="480" w:type="pct"/>
            <w:vAlign w:val="center"/>
          </w:tcPr>
          <w:p w14:paraId="43F02EB4" w14:textId="77777777" w:rsidR="00694CE0" w:rsidRPr="00694CE0" w:rsidRDefault="00694CE0" w:rsidP="00694CE0">
            <w:pPr>
              <w:jc w:val="center"/>
              <w:rPr>
                <w:bCs/>
              </w:rPr>
            </w:pPr>
            <w:r w:rsidRPr="00694CE0">
              <w:rPr>
                <w:bCs/>
                <w:sz w:val="17"/>
              </w:rPr>
              <w:t>Global</w:t>
            </w:r>
          </w:p>
        </w:tc>
        <w:tc>
          <w:tcPr>
            <w:tcW w:w="314" w:type="pct"/>
            <w:vAlign w:val="center"/>
          </w:tcPr>
          <w:p w14:paraId="703C9823" w14:textId="77777777" w:rsidR="00694CE0" w:rsidRPr="00694CE0" w:rsidRDefault="00694CE0" w:rsidP="00694CE0">
            <w:pPr>
              <w:jc w:val="center"/>
              <w:rPr>
                <w:bCs/>
              </w:rPr>
            </w:pPr>
            <w:r w:rsidRPr="00694CE0">
              <w:rPr>
                <w:bCs/>
                <w:sz w:val="17"/>
              </w:rPr>
              <w:t>1</w:t>
            </w:r>
          </w:p>
        </w:tc>
        <w:tc>
          <w:tcPr>
            <w:tcW w:w="770" w:type="pct"/>
            <w:vAlign w:val="center"/>
          </w:tcPr>
          <w:p w14:paraId="5FA5745E" w14:textId="5CA7BC10" w:rsidR="00694CE0" w:rsidRPr="00595BBE" w:rsidRDefault="00694CE0" w:rsidP="00694CE0">
            <w:pPr>
              <w:jc w:val="right"/>
            </w:pPr>
            <w:r w:rsidRPr="00441F80">
              <w:t>$ 0,00</w:t>
            </w:r>
          </w:p>
        </w:tc>
        <w:tc>
          <w:tcPr>
            <w:tcW w:w="833" w:type="pct"/>
            <w:vAlign w:val="center"/>
          </w:tcPr>
          <w:p w14:paraId="696E2B83" w14:textId="114E0061" w:rsidR="00694CE0" w:rsidRPr="00595BBE" w:rsidRDefault="00694CE0" w:rsidP="00694CE0">
            <w:pPr>
              <w:jc w:val="right"/>
            </w:pPr>
            <w:r w:rsidRPr="00441F80">
              <w:t>$ 0,00</w:t>
            </w:r>
          </w:p>
        </w:tc>
        <w:tc>
          <w:tcPr>
            <w:tcW w:w="833" w:type="pct"/>
            <w:vAlign w:val="center"/>
          </w:tcPr>
          <w:p w14:paraId="0C51B583" w14:textId="2D1E940A" w:rsidR="00694CE0" w:rsidRPr="00595BBE" w:rsidRDefault="00694CE0" w:rsidP="00694CE0">
            <w:pPr>
              <w:jc w:val="right"/>
              <w:rPr>
                <w:b/>
                <w:sz w:val="17"/>
              </w:rPr>
            </w:pPr>
            <w:r w:rsidRPr="00441F80">
              <w:t>$ 0,00</w:t>
            </w:r>
          </w:p>
        </w:tc>
      </w:tr>
      <w:tr w:rsidR="00694CE0" w:rsidRPr="00595BBE" w14:paraId="224E39AB" w14:textId="0631F8E8" w:rsidTr="00694CE0">
        <w:tc>
          <w:tcPr>
            <w:tcW w:w="317" w:type="pct"/>
            <w:vAlign w:val="center"/>
          </w:tcPr>
          <w:p w14:paraId="7F24E92F" w14:textId="77777777" w:rsidR="00694CE0" w:rsidRPr="00694CE0" w:rsidRDefault="00694CE0" w:rsidP="00694CE0">
            <w:pPr>
              <w:jc w:val="center"/>
              <w:rPr>
                <w:bCs/>
              </w:rPr>
            </w:pPr>
            <w:r w:rsidRPr="00694CE0">
              <w:rPr>
                <w:bCs/>
                <w:sz w:val="17"/>
              </w:rPr>
              <w:t>2</w:t>
            </w:r>
          </w:p>
        </w:tc>
        <w:tc>
          <w:tcPr>
            <w:tcW w:w="1453" w:type="pct"/>
            <w:vAlign w:val="center"/>
          </w:tcPr>
          <w:p w14:paraId="4612A736" w14:textId="77777777" w:rsidR="00694CE0" w:rsidRPr="00595BBE" w:rsidRDefault="00694CE0" w:rsidP="00694CE0">
            <w:r w:rsidRPr="00595BBE">
              <w:rPr>
                <w:b/>
                <w:sz w:val="17"/>
              </w:rPr>
              <w:t>Soporte funcional y técnico, mantenimiento y actualización del Sistema de Administración de Recaudo</w:t>
            </w:r>
          </w:p>
        </w:tc>
        <w:tc>
          <w:tcPr>
            <w:tcW w:w="480" w:type="pct"/>
            <w:vAlign w:val="center"/>
          </w:tcPr>
          <w:p w14:paraId="54A59543" w14:textId="77777777" w:rsidR="00694CE0" w:rsidRPr="00694CE0" w:rsidRDefault="00694CE0" w:rsidP="00694CE0">
            <w:pPr>
              <w:jc w:val="center"/>
              <w:rPr>
                <w:bCs/>
              </w:rPr>
            </w:pPr>
            <w:r w:rsidRPr="00694CE0">
              <w:rPr>
                <w:bCs/>
                <w:sz w:val="17"/>
              </w:rPr>
              <w:t>Global</w:t>
            </w:r>
          </w:p>
        </w:tc>
        <w:tc>
          <w:tcPr>
            <w:tcW w:w="314" w:type="pct"/>
            <w:vAlign w:val="center"/>
          </w:tcPr>
          <w:p w14:paraId="6F5C1297" w14:textId="77777777" w:rsidR="00694CE0" w:rsidRPr="00694CE0" w:rsidRDefault="00694CE0" w:rsidP="00694CE0">
            <w:pPr>
              <w:jc w:val="center"/>
              <w:rPr>
                <w:bCs/>
              </w:rPr>
            </w:pPr>
            <w:r w:rsidRPr="00694CE0">
              <w:rPr>
                <w:bCs/>
                <w:sz w:val="17"/>
              </w:rPr>
              <w:t>1</w:t>
            </w:r>
          </w:p>
        </w:tc>
        <w:tc>
          <w:tcPr>
            <w:tcW w:w="770" w:type="pct"/>
            <w:vAlign w:val="center"/>
          </w:tcPr>
          <w:p w14:paraId="3A42103C" w14:textId="29E6AB7F" w:rsidR="00694CE0" w:rsidRPr="00595BBE" w:rsidRDefault="00694CE0" w:rsidP="00694CE0">
            <w:pPr>
              <w:jc w:val="right"/>
            </w:pPr>
            <w:r w:rsidRPr="00441F80">
              <w:t>$ 0,00</w:t>
            </w:r>
          </w:p>
        </w:tc>
        <w:tc>
          <w:tcPr>
            <w:tcW w:w="833" w:type="pct"/>
            <w:vAlign w:val="center"/>
          </w:tcPr>
          <w:p w14:paraId="13759E7F" w14:textId="78714986" w:rsidR="00694CE0" w:rsidRPr="00595BBE" w:rsidRDefault="00694CE0" w:rsidP="00694CE0">
            <w:pPr>
              <w:jc w:val="right"/>
            </w:pPr>
            <w:r w:rsidRPr="00441F80">
              <w:t>$ 0,00</w:t>
            </w:r>
          </w:p>
        </w:tc>
        <w:tc>
          <w:tcPr>
            <w:tcW w:w="833" w:type="pct"/>
            <w:vAlign w:val="center"/>
          </w:tcPr>
          <w:p w14:paraId="46268D6F" w14:textId="09220EF0" w:rsidR="00694CE0" w:rsidRPr="00595BBE" w:rsidRDefault="00694CE0" w:rsidP="00694CE0">
            <w:pPr>
              <w:jc w:val="right"/>
              <w:rPr>
                <w:b/>
                <w:sz w:val="17"/>
              </w:rPr>
            </w:pPr>
            <w:r w:rsidRPr="00441F80">
              <w:t>$ 0,00</w:t>
            </w:r>
          </w:p>
        </w:tc>
      </w:tr>
      <w:tr w:rsidR="00694CE0" w:rsidRPr="004B5E34" w14:paraId="58E036C0" w14:textId="03E5E41C" w:rsidTr="00694CE0">
        <w:tc>
          <w:tcPr>
            <w:tcW w:w="2564" w:type="pct"/>
            <w:gridSpan w:val="4"/>
            <w:vAlign w:val="center"/>
          </w:tcPr>
          <w:p w14:paraId="1B71F853" w14:textId="6D296202" w:rsidR="00694CE0" w:rsidRPr="00595BBE" w:rsidRDefault="00694CE0" w:rsidP="00694CE0">
            <w:r w:rsidRPr="00595BBE">
              <w:rPr>
                <w:b/>
                <w:sz w:val="17"/>
              </w:rPr>
              <w:t>TOTAL (no puede superar el presupuesto oficial)</w:t>
            </w:r>
          </w:p>
        </w:tc>
        <w:tc>
          <w:tcPr>
            <w:tcW w:w="770" w:type="pct"/>
            <w:vAlign w:val="center"/>
          </w:tcPr>
          <w:p w14:paraId="7E504451" w14:textId="4C52815A" w:rsidR="00694CE0" w:rsidRPr="00595BBE" w:rsidRDefault="00694CE0" w:rsidP="00694CE0">
            <w:pPr>
              <w:jc w:val="right"/>
            </w:pPr>
            <w:r>
              <w:t>$ 0,00</w:t>
            </w:r>
          </w:p>
        </w:tc>
        <w:tc>
          <w:tcPr>
            <w:tcW w:w="833" w:type="pct"/>
            <w:vAlign w:val="center"/>
          </w:tcPr>
          <w:p w14:paraId="6859D228" w14:textId="14393170" w:rsidR="00694CE0" w:rsidRPr="004B5E34" w:rsidRDefault="00694CE0" w:rsidP="00694CE0">
            <w:pPr>
              <w:jc w:val="right"/>
            </w:pPr>
            <w:r>
              <w:t>$ 0,00</w:t>
            </w:r>
          </w:p>
        </w:tc>
        <w:tc>
          <w:tcPr>
            <w:tcW w:w="833" w:type="pct"/>
            <w:vAlign w:val="center"/>
          </w:tcPr>
          <w:p w14:paraId="256CA5A5" w14:textId="712A640F" w:rsidR="00694CE0" w:rsidRPr="00595BBE" w:rsidRDefault="00694CE0" w:rsidP="00694CE0">
            <w:pPr>
              <w:jc w:val="right"/>
              <w:rPr>
                <w:b/>
                <w:sz w:val="17"/>
              </w:rPr>
            </w:pPr>
            <w:r>
              <w:t>$ 0,00</w:t>
            </w:r>
          </w:p>
        </w:tc>
      </w:tr>
    </w:tbl>
    <w:p w14:paraId="5A312045" w14:textId="77777777" w:rsidR="00595BBE" w:rsidRPr="00087F49" w:rsidRDefault="00595BBE" w:rsidP="00A217B4">
      <w:pPr>
        <w:pStyle w:val="Textoindependiente"/>
        <w:spacing w:before="11"/>
        <w:rPr>
          <w:rFonts w:cs="Arial"/>
          <w:szCs w:val="18"/>
        </w:rPr>
      </w:pPr>
    </w:p>
    <w:p w14:paraId="4D4DC8B4" w14:textId="77777777" w:rsidR="00A217B4" w:rsidRPr="00087F49" w:rsidRDefault="00A217B4" w:rsidP="00A217B4">
      <w:pPr>
        <w:spacing w:line="480" w:lineRule="auto"/>
        <w:ind w:right="549"/>
        <w:rPr>
          <w:rFonts w:cs="Arial"/>
          <w:szCs w:val="18"/>
        </w:rPr>
      </w:pPr>
      <w:r w:rsidRPr="00087F49">
        <w:rPr>
          <w:rFonts w:cs="Arial"/>
          <w:szCs w:val="18"/>
        </w:rPr>
        <w:t xml:space="preserve">El valor total con las condiciones anteriores es de </w:t>
      </w:r>
      <w:proofErr w:type="spellStart"/>
      <w:r w:rsidRPr="00087F49">
        <w:rPr>
          <w:rFonts w:cs="Arial"/>
          <w:szCs w:val="18"/>
        </w:rPr>
        <w:t>xxxxxxxxxx</w:t>
      </w:r>
      <w:proofErr w:type="spellEnd"/>
      <w:r w:rsidRPr="00087F49">
        <w:rPr>
          <w:rFonts w:cs="Arial"/>
          <w:szCs w:val="18"/>
        </w:rPr>
        <w:t xml:space="preserve"> (LETRAS Y NUMEROS)</w:t>
      </w:r>
      <w:r w:rsidRPr="00087F49">
        <w:rPr>
          <w:rFonts w:cs="Arial"/>
          <w:spacing w:val="-59"/>
          <w:szCs w:val="18"/>
        </w:rPr>
        <w:t xml:space="preserve"> </w:t>
      </w:r>
      <w:r w:rsidRPr="00087F49">
        <w:rPr>
          <w:rFonts w:cs="Arial"/>
          <w:szCs w:val="18"/>
        </w:rPr>
        <w:t>Nota:</w:t>
      </w:r>
      <w:r w:rsidRPr="00087F49">
        <w:rPr>
          <w:rFonts w:cs="Arial"/>
          <w:spacing w:val="1"/>
          <w:szCs w:val="18"/>
        </w:rPr>
        <w:t xml:space="preserve"> </w:t>
      </w:r>
      <w:r w:rsidRPr="00087F49">
        <w:rPr>
          <w:rFonts w:cs="Arial"/>
          <w:szCs w:val="18"/>
        </w:rPr>
        <w:t>El</w:t>
      </w:r>
      <w:r w:rsidRPr="00087F49">
        <w:rPr>
          <w:rFonts w:cs="Arial"/>
          <w:spacing w:val="-4"/>
          <w:szCs w:val="18"/>
        </w:rPr>
        <w:t xml:space="preserve"> </w:t>
      </w:r>
      <w:r w:rsidRPr="00087F49">
        <w:rPr>
          <w:rFonts w:cs="Arial"/>
          <w:szCs w:val="18"/>
        </w:rPr>
        <w:t>valor ofertado</w:t>
      </w:r>
      <w:r w:rsidRPr="00087F49">
        <w:rPr>
          <w:rFonts w:cs="Arial"/>
          <w:spacing w:val="-1"/>
          <w:szCs w:val="18"/>
        </w:rPr>
        <w:t xml:space="preserve"> </w:t>
      </w:r>
      <w:r w:rsidRPr="00087F49">
        <w:rPr>
          <w:rFonts w:cs="Arial"/>
          <w:szCs w:val="18"/>
        </w:rPr>
        <w:t>incluye</w:t>
      </w:r>
      <w:r w:rsidRPr="00087F49">
        <w:rPr>
          <w:rFonts w:cs="Arial"/>
          <w:spacing w:val="-1"/>
          <w:szCs w:val="18"/>
        </w:rPr>
        <w:t xml:space="preserve"> </w:t>
      </w:r>
      <w:r w:rsidRPr="00087F49">
        <w:rPr>
          <w:rFonts w:cs="Arial"/>
          <w:szCs w:val="18"/>
        </w:rPr>
        <w:t>IVA</w:t>
      </w:r>
      <w:r w:rsidRPr="00087F49">
        <w:rPr>
          <w:rFonts w:cs="Arial"/>
          <w:spacing w:val="-3"/>
          <w:szCs w:val="18"/>
        </w:rPr>
        <w:t xml:space="preserve"> </w:t>
      </w:r>
      <w:r w:rsidRPr="00087F49">
        <w:rPr>
          <w:rFonts w:cs="Arial"/>
          <w:szCs w:val="18"/>
        </w:rPr>
        <w:t>todos</w:t>
      </w:r>
      <w:r w:rsidRPr="00087F49">
        <w:rPr>
          <w:rFonts w:cs="Arial"/>
          <w:spacing w:val="-3"/>
          <w:szCs w:val="18"/>
        </w:rPr>
        <w:t xml:space="preserve"> </w:t>
      </w:r>
      <w:r w:rsidRPr="00087F49">
        <w:rPr>
          <w:rFonts w:cs="Arial"/>
          <w:szCs w:val="18"/>
        </w:rPr>
        <w:t>los</w:t>
      </w:r>
      <w:r w:rsidRPr="00087F49">
        <w:rPr>
          <w:rFonts w:cs="Arial"/>
          <w:spacing w:val="2"/>
          <w:szCs w:val="18"/>
        </w:rPr>
        <w:t xml:space="preserve"> </w:t>
      </w:r>
      <w:r w:rsidRPr="00087F49">
        <w:rPr>
          <w:rFonts w:cs="Arial"/>
          <w:szCs w:val="18"/>
        </w:rPr>
        <w:t>costos</w:t>
      </w:r>
      <w:r w:rsidRPr="00087F49">
        <w:rPr>
          <w:rFonts w:cs="Arial"/>
          <w:spacing w:val="-1"/>
          <w:szCs w:val="18"/>
        </w:rPr>
        <w:t xml:space="preserve"> </w:t>
      </w:r>
      <w:r w:rsidRPr="00087F49">
        <w:rPr>
          <w:rFonts w:cs="Arial"/>
          <w:szCs w:val="18"/>
        </w:rPr>
        <w:t>directos,</w:t>
      </w:r>
      <w:r w:rsidRPr="00087F49">
        <w:rPr>
          <w:rFonts w:cs="Arial"/>
          <w:spacing w:val="-1"/>
          <w:szCs w:val="18"/>
        </w:rPr>
        <w:t xml:space="preserve"> </w:t>
      </w:r>
      <w:r w:rsidRPr="00087F49">
        <w:rPr>
          <w:rFonts w:cs="Arial"/>
          <w:szCs w:val="18"/>
        </w:rPr>
        <w:t>indirectos</w:t>
      </w:r>
      <w:r w:rsidRPr="00087F49">
        <w:rPr>
          <w:rFonts w:cs="Arial"/>
          <w:spacing w:val="-3"/>
          <w:szCs w:val="18"/>
        </w:rPr>
        <w:t xml:space="preserve"> </w:t>
      </w:r>
      <w:r w:rsidRPr="00087F49">
        <w:rPr>
          <w:rFonts w:cs="Arial"/>
          <w:szCs w:val="18"/>
        </w:rPr>
        <w:t>e</w:t>
      </w:r>
      <w:r w:rsidRPr="00087F49">
        <w:rPr>
          <w:rFonts w:cs="Arial"/>
          <w:spacing w:val="-3"/>
          <w:szCs w:val="18"/>
        </w:rPr>
        <w:t xml:space="preserve"> </w:t>
      </w:r>
      <w:r w:rsidRPr="00087F49">
        <w:rPr>
          <w:rFonts w:cs="Arial"/>
          <w:szCs w:val="18"/>
        </w:rPr>
        <w:t>impuestos.</w:t>
      </w:r>
    </w:p>
    <w:p w14:paraId="3C198558" w14:textId="77777777" w:rsidR="00A217B4" w:rsidRPr="00087F49" w:rsidRDefault="00A217B4" w:rsidP="00A217B4">
      <w:pPr>
        <w:spacing w:before="1"/>
        <w:ind w:right="5206"/>
        <w:rPr>
          <w:rFonts w:cs="Arial"/>
          <w:szCs w:val="18"/>
        </w:rPr>
      </w:pPr>
      <w:r w:rsidRPr="00087F49">
        <w:rPr>
          <w:rFonts w:cs="Arial"/>
          <w:szCs w:val="18"/>
        </w:rPr>
        <w:t>Nombre o razón social del proponente.</w:t>
      </w:r>
      <w:r w:rsidRPr="00087F49">
        <w:rPr>
          <w:rFonts w:cs="Arial"/>
          <w:spacing w:val="-59"/>
          <w:szCs w:val="18"/>
        </w:rPr>
        <w:t xml:space="preserve"> </w:t>
      </w:r>
      <w:proofErr w:type="spellStart"/>
      <w:r w:rsidRPr="00087F49">
        <w:rPr>
          <w:rFonts w:cs="Arial"/>
          <w:szCs w:val="18"/>
        </w:rPr>
        <w:t>Nit</w:t>
      </w:r>
      <w:proofErr w:type="spellEnd"/>
    </w:p>
    <w:p w14:paraId="3A1D66A6" w14:textId="77777777" w:rsidR="00A217B4" w:rsidRPr="00087F49" w:rsidRDefault="00A217B4" w:rsidP="00A217B4">
      <w:pPr>
        <w:spacing w:before="1" w:line="252" w:lineRule="exact"/>
        <w:rPr>
          <w:rFonts w:cs="Arial"/>
          <w:szCs w:val="18"/>
        </w:rPr>
      </w:pPr>
      <w:r w:rsidRPr="00087F49">
        <w:rPr>
          <w:rFonts w:cs="Arial"/>
          <w:szCs w:val="18"/>
        </w:rPr>
        <w:t>Nombre</w:t>
      </w:r>
      <w:r w:rsidRPr="00087F49">
        <w:rPr>
          <w:rFonts w:cs="Arial"/>
          <w:spacing w:val="-2"/>
          <w:szCs w:val="18"/>
        </w:rPr>
        <w:t xml:space="preserve"> </w:t>
      </w:r>
      <w:r w:rsidRPr="00087F49">
        <w:rPr>
          <w:rFonts w:cs="Arial"/>
          <w:szCs w:val="18"/>
        </w:rPr>
        <w:t>del</w:t>
      </w:r>
      <w:r w:rsidRPr="00087F49">
        <w:rPr>
          <w:rFonts w:cs="Arial"/>
          <w:spacing w:val="-3"/>
          <w:szCs w:val="18"/>
        </w:rPr>
        <w:t xml:space="preserve"> </w:t>
      </w:r>
      <w:r w:rsidRPr="00087F49">
        <w:rPr>
          <w:rFonts w:cs="Arial"/>
          <w:szCs w:val="18"/>
        </w:rPr>
        <w:t>Representante</w:t>
      </w:r>
      <w:r w:rsidRPr="00087F49">
        <w:rPr>
          <w:rFonts w:cs="Arial"/>
          <w:spacing w:val="-1"/>
          <w:szCs w:val="18"/>
        </w:rPr>
        <w:t xml:space="preserve"> </w:t>
      </w:r>
      <w:r w:rsidRPr="00087F49">
        <w:rPr>
          <w:rFonts w:cs="Arial"/>
          <w:szCs w:val="18"/>
        </w:rPr>
        <w:t>Legal.</w:t>
      </w:r>
    </w:p>
    <w:p w14:paraId="14F7B471" w14:textId="77777777" w:rsidR="00A217B4" w:rsidRPr="00087F49" w:rsidRDefault="00A217B4" w:rsidP="00A217B4">
      <w:pPr>
        <w:tabs>
          <w:tab w:val="left" w:pos="1977"/>
        </w:tabs>
        <w:spacing w:line="252" w:lineRule="exact"/>
        <w:rPr>
          <w:rFonts w:cs="Arial"/>
          <w:szCs w:val="18"/>
        </w:rPr>
      </w:pPr>
      <w:r w:rsidRPr="00087F49">
        <w:rPr>
          <w:rFonts w:cs="Arial"/>
          <w:szCs w:val="18"/>
        </w:rPr>
        <w:t>C.C.</w:t>
      </w:r>
      <w:r w:rsidRPr="00087F49">
        <w:rPr>
          <w:rFonts w:cs="Arial"/>
          <w:spacing w:val="-1"/>
          <w:szCs w:val="18"/>
        </w:rPr>
        <w:t xml:space="preserve"> </w:t>
      </w:r>
      <w:r w:rsidRPr="00087F49">
        <w:rPr>
          <w:rFonts w:cs="Arial"/>
          <w:szCs w:val="18"/>
        </w:rPr>
        <w:t>No.</w:t>
      </w:r>
      <w:r w:rsidRPr="00087F49">
        <w:rPr>
          <w:rFonts w:cs="Arial"/>
          <w:szCs w:val="18"/>
        </w:rPr>
        <w:tab/>
        <w:t>de</w:t>
      </w:r>
    </w:p>
    <w:p w14:paraId="1CEBA353" w14:textId="77777777" w:rsidR="00A217B4" w:rsidRPr="00087F49" w:rsidRDefault="00A217B4" w:rsidP="00A217B4">
      <w:pPr>
        <w:tabs>
          <w:tab w:val="left" w:pos="1977"/>
        </w:tabs>
        <w:ind w:right="5493"/>
        <w:rPr>
          <w:rFonts w:cs="Arial"/>
          <w:szCs w:val="18"/>
        </w:rPr>
      </w:pPr>
      <w:r w:rsidRPr="00087F49">
        <w:rPr>
          <w:rFonts w:cs="Arial"/>
          <w:szCs w:val="18"/>
        </w:rPr>
        <w:t>Dirección Comercial del Proponente</w:t>
      </w:r>
      <w:r w:rsidRPr="00087F49">
        <w:rPr>
          <w:rFonts w:cs="Arial"/>
          <w:spacing w:val="-59"/>
          <w:szCs w:val="18"/>
        </w:rPr>
        <w:t xml:space="preserve"> </w:t>
      </w:r>
      <w:r w:rsidRPr="00087F49">
        <w:rPr>
          <w:rFonts w:cs="Arial"/>
          <w:szCs w:val="18"/>
        </w:rPr>
        <w:t>Teléfonos</w:t>
      </w:r>
    </w:p>
    <w:p w14:paraId="7DD2071F" w14:textId="5E8E875B" w:rsidR="00A217B4" w:rsidRPr="00087F49" w:rsidRDefault="00A217B4" w:rsidP="00A217B4">
      <w:pPr>
        <w:tabs>
          <w:tab w:val="left" w:pos="1977"/>
        </w:tabs>
        <w:ind w:right="5493"/>
        <w:rPr>
          <w:rFonts w:cs="Arial"/>
          <w:szCs w:val="18"/>
        </w:rPr>
      </w:pPr>
      <w:r w:rsidRPr="00087F49">
        <w:rPr>
          <w:rFonts w:cs="Arial"/>
          <w:szCs w:val="18"/>
        </w:rPr>
        <w:t>Fax</w:t>
      </w:r>
    </w:p>
    <w:p w14:paraId="7D6839AD" w14:textId="77777777" w:rsidR="00A217B4" w:rsidRPr="00087F49" w:rsidRDefault="00A217B4" w:rsidP="00A217B4">
      <w:pPr>
        <w:rPr>
          <w:rFonts w:cs="Arial"/>
          <w:szCs w:val="18"/>
        </w:rPr>
      </w:pPr>
      <w:r w:rsidRPr="00087F49">
        <w:rPr>
          <w:rFonts w:cs="Arial"/>
          <w:szCs w:val="18"/>
        </w:rPr>
        <w:t>Ciudad</w:t>
      </w:r>
    </w:p>
    <w:p w14:paraId="2279A6FF" w14:textId="77777777" w:rsidR="00A217B4" w:rsidRPr="00087F49" w:rsidRDefault="00A217B4" w:rsidP="00A217B4">
      <w:pPr>
        <w:tabs>
          <w:tab w:val="left" w:pos="7578"/>
        </w:tabs>
        <w:spacing w:before="1"/>
        <w:rPr>
          <w:rFonts w:cs="Arial"/>
          <w:szCs w:val="18"/>
        </w:rPr>
      </w:pPr>
      <w:r w:rsidRPr="00087F49">
        <w:rPr>
          <w:rFonts w:cs="Arial"/>
          <w:szCs w:val="18"/>
        </w:rPr>
        <w:t>FIRMA</w:t>
      </w:r>
      <w:r w:rsidRPr="00087F49">
        <w:rPr>
          <w:rFonts w:cs="Arial"/>
          <w:spacing w:val="-4"/>
          <w:szCs w:val="18"/>
        </w:rPr>
        <w:t xml:space="preserve"> </w:t>
      </w:r>
      <w:r w:rsidRPr="00087F49">
        <w:rPr>
          <w:rFonts w:cs="Arial"/>
          <w:szCs w:val="18"/>
        </w:rPr>
        <w:t>REPRESENTATE</w:t>
      </w:r>
      <w:r w:rsidRPr="00087F49">
        <w:rPr>
          <w:rFonts w:cs="Arial"/>
          <w:spacing w:val="-4"/>
          <w:szCs w:val="18"/>
        </w:rPr>
        <w:t xml:space="preserve"> </w:t>
      </w:r>
      <w:r w:rsidRPr="00087F49">
        <w:rPr>
          <w:rFonts w:cs="Arial"/>
          <w:szCs w:val="18"/>
        </w:rPr>
        <w:t>LEGAL</w:t>
      </w:r>
      <w:r w:rsidRPr="00087F49">
        <w:rPr>
          <w:rFonts w:cs="Arial"/>
          <w:szCs w:val="18"/>
          <w:u w:val="single"/>
        </w:rPr>
        <w:t xml:space="preserve"> </w:t>
      </w:r>
      <w:r w:rsidRPr="00087F49">
        <w:rPr>
          <w:rFonts w:cs="Arial"/>
          <w:szCs w:val="18"/>
          <w:u w:val="single"/>
        </w:rPr>
        <w:tab/>
      </w:r>
    </w:p>
    <w:p w14:paraId="300855EF" w14:textId="77777777" w:rsidR="00A217B4" w:rsidRPr="00087F49" w:rsidRDefault="00A217B4" w:rsidP="00A217B4">
      <w:pPr>
        <w:tabs>
          <w:tab w:val="left" w:pos="1980"/>
        </w:tabs>
        <w:rPr>
          <w:rFonts w:cs="Arial"/>
          <w:szCs w:val="18"/>
        </w:rPr>
      </w:pPr>
    </w:p>
    <w:p w14:paraId="44116410" w14:textId="77777777" w:rsidR="00A217B4" w:rsidRPr="00087F49" w:rsidRDefault="00A217B4" w:rsidP="00A217B4">
      <w:pPr>
        <w:tabs>
          <w:tab w:val="left" w:pos="1980"/>
        </w:tabs>
        <w:rPr>
          <w:rFonts w:cs="Arial"/>
          <w:szCs w:val="18"/>
        </w:rPr>
      </w:pPr>
    </w:p>
    <w:p w14:paraId="19EF438A" w14:textId="77777777" w:rsidR="00A217B4" w:rsidRPr="00087F49" w:rsidRDefault="00A217B4" w:rsidP="00A217B4">
      <w:pPr>
        <w:tabs>
          <w:tab w:val="left" w:pos="1980"/>
        </w:tabs>
        <w:rPr>
          <w:rFonts w:cs="Arial"/>
          <w:szCs w:val="18"/>
        </w:rPr>
      </w:pPr>
    </w:p>
    <w:p w14:paraId="685EF174" w14:textId="77777777" w:rsidR="00A217B4" w:rsidRPr="00087F49" w:rsidRDefault="00A217B4" w:rsidP="00A217B4">
      <w:pPr>
        <w:tabs>
          <w:tab w:val="left" w:pos="1980"/>
        </w:tabs>
        <w:rPr>
          <w:rFonts w:cs="Arial"/>
          <w:szCs w:val="18"/>
        </w:rPr>
      </w:pPr>
    </w:p>
    <w:p w14:paraId="35990A92" w14:textId="77777777" w:rsidR="00A217B4" w:rsidRPr="00087F49" w:rsidRDefault="00A217B4" w:rsidP="00A217B4">
      <w:pPr>
        <w:tabs>
          <w:tab w:val="left" w:pos="1980"/>
        </w:tabs>
        <w:rPr>
          <w:rFonts w:cs="Arial"/>
          <w:szCs w:val="18"/>
        </w:rPr>
      </w:pPr>
    </w:p>
    <w:p w14:paraId="269F6DA7" w14:textId="77777777" w:rsidR="00A217B4" w:rsidRPr="00087F49" w:rsidRDefault="00A217B4" w:rsidP="00A217B4">
      <w:pPr>
        <w:tabs>
          <w:tab w:val="left" w:pos="1980"/>
        </w:tabs>
        <w:rPr>
          <w:rFonts w:cs="Arial"/>
          <w:szCs w:val="18"/>
        </w:rPr>
      </w:pPr>
    </w:p>
    <w:p w14:paraId="6E27A028" w14:textId="77777777" w:rsidR="00A217B4" w:rsidRPr="00087F49" w:rsidRDefault="00A217B4" w:rsidP="00A217B4">
      <w:pPr>
        <w:tabs>
          <w:tab w:val="left" w:pos="1980"/>
        </w:tabs>
        <w:rPr>
          <w:rFonts w:cs="Arial"/>
          <w:szCs w:val="18"/>
        </w:rPr>
      </w:pPr>
    </w:p>
    <w:p w14:paraId="61B7DBC4" w14:textId="77777777" w:rsidR="00A217B4" w:rsidRPr="00087F49" w:rsidRDefault="00A217B4" w:rsidP="00A217B4">
      <w:pPr>
        <w:tabs>
          <w:tab w:val="left" w:pos="1980"/>
        </w:tabs>
        <w:rPr>
          <w:rFonts w:cs="Arial"/>
          <w:szCs w:val="18"/>
        </w:rPr>
      </w:pPr>
    </w:p>
    <w:p w14:paraId="1A97379B" w14:textId="77777777" w:rsidR="00A217B4" w:rsidRPr="00087F49" w:rsidRDefault="00A217B4" w:rsidP="00A217B4">
      <w:pPr>
        <w:tabs>
          <w:tab w:val="left" w:pos="1980"/>
        </w:tabs>
        <w:rPr>
          <w:rFonts w:cs="Arial"/>
          <w:szCs w:val="18"/>
        </w:rPr>
      </w:pPr>
    </w:p>
    <w:p w14:paraId="5CF153B4" w14:textId="77777777" w:rsidR="00A217B4" w:rsidRPr="00087F49" w:rsidRDefault="00A217B4" w:rsidP="00A217B4">
      <w:pPr>
        <w:tabs>
          <w:tab w:val="left" w:pos="1980"/>
        </w:tabs>
        <w:rPr>
          <w:rFonts w:cs="Arial"/>
          <w:szCs w:val="18"/>
        </w:rPr>
      </w:pPr>
    </w:p>
    <w:p w14:paraId="74276984" w14:textId="77777777" w:rsidR="00A217B4" w:rsidRPr="00087F49" w:rsidRDefault="00A217B4" w:rsidP="00A217B4">
      <w:pPr>
        <w:tabs>
          <w:tab w:val="left" w:pos="1980"/>
        </w:tabs>
        <w:rPr>
          <w:rFonts w:cs="Arial"/>
          <w:szCs w:val="18"/>
        </w:rPr>
      </w:pPr>
    </w:p>
    <w:p w14:paraId="728FD267" w14:textId="77777777" w:rsidR="00A217B4" w:rsidRPr="00087F49" w:rsidRDefault="00A217B4" w:rsidP="00A217B4">
      <w:pPr>
        <w:tabs>
          <w:tab w:val="left" w:pos="1980"/>
        </w:tabs>
        <w:rPr>
          <w:rFonts w:cs="Arial"/>
          <w:szCs w:val="18"/>
        </w:rPr>
      </w:pPr>
    </w:p>
    <w:p w14:paraId="780EE6CA" w14:textId="77777777" w:rsidR="00A217B4" w:rsidRPr="00087F49" w:rsidRDefault="00A217B4" w:rsidP="00A217B4">
      <w:pPr>
        <w:tabs>
          <w:tab w:val="left" w:pos="1980"/>
        </w:tabs>
        <w:rPr>
          <w:rFonts w:cs="Arial"/>
          <w:szCs w:val="18"/>
        </w:rPr>
      </w:pPr>
    </w:p>
    <w:p w14:paraId="419F318B" w14:textId="4AD58EBC" w:rsidR="004C398A" w:rsidRPr="00087F49" w:rsidRDefault="00A217B4" w:rsidP="00A217B4">
      <w:pPr>
        <w:jc w:val="center"/>
        <w:rPr>
          <w:rFonts w:cs="Arial"/>
          <w:szCs w:val="18"/>
        </w:rPr>
      </w:pPr>
      <w:r w:rsidRPr="00087F49">
        <w:rPr>
          <w:rFonts w:cs="Arial"/>
          <w:szCs w:val="18"/>
        </w:rPr>
        <w:tab/>
      </w:r>
      <w:r w:rsidRPr="00087F49">
        <w:rPr>
          <w:rFonts w:cs="Arial"/>
          <w:b/>
          <w:szCs w:val="18"/>
        </w:rPr>
        <w:t>FORMATO No. 5</w:t>
      </w:r>
      <w:r w:rsidRPr="00087F49">
        <w:rPr>
          <w:rFonts w:cs="Arial"/>
          <w:b/>
          <w:szCs w:val="18"/>
        </w:rPr>
        <w:br/>
        <w:t>COMPROMISO ANTICORRUPCIÓN Y DE TRANSPARENCIA</w:t>
      </w:r>
    </w:p>
    <w:p w14:paraId="5E6BFDFA" w14:textId="77777777" w:rsidR="00A217B4" w:rsidRPr="00087F49" w:rsidRDefault="00A217B4" w:rsidP="00A217B4">
      <w:pPr>
        <w:jc w:val="both"/>
        <w:rPr>
          <w:rFonts w:cs="Arial"/>
          <w:b/>
          <w:szCs w:val="18"/>
        </w:rPr>
      </w:pPr>
    </w:p>
    <w:p w14:paraId="133C81A2" w14:textId="1395FA2B"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1345D90E" w14:textId="77777777" w:rsidR="004C398A" w:rsidRPr="00087F49" w:rsidRDefault="00000000" w:rsidP="00A217B4">
      <w:pPr>
        <w:jc w:val="both"/>
        <w:rPr>
          <w:rFonts w:cs="Arial"/>
          <w:szCs w:val="18"/>
        </w:rPr>
      </w:pPr>
      <w:r w:rsidRPr="00087F49">
        <w:rPr>
          <w:rFonts w:cs="Arial"/>
          <w:b/>
          <w:szCs w:val="18"/>
        </w:rPr>
        <w:t xml:space="preserve">OBJETO: </w:t>
      </w:r>
      <w:r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79A4A036" w14:textId="77777777" w:rsidR="004C398A" w:rsidRPr="00087F49" w:rsidRDefault="00000000" w:rsidP="00A217B4">
      <w:pPr>
        <w:jc w:val="both"/>
        <w:rPr>
          <w:rFonts w:cs="Arial"/>
          <w:szCs w:val="18"/>
        </w:rPr>
      </w:pPr>
      <w:r w:rsidRPr="00087F49">
        <w:rPr>
          <w:rFonts w:cs="Arial"/>
          <w:szCs w:val="18"/>
        </w:rPr>
        <w:t>Yo, ________________________________________, en nombre propio o en representación de ________________________________________, asumo bajo la gravedad del juramento los siguientes compromisos:</w:t>
      </w:r>
    </w:p>
    <w:p w14:paraId="3BA32550" w14:textId="77777777" w:rsidR="004C398A" w:rsidRPr="00087F49" w:rsidRDefault="00000000" w:rsidP="00A217B4">
      <w:pPr>
        <w:pStyle w:val="Listaconvietas"/>
        <w:jc w:val="both"/>
        <w:rPr>
          <w:rFonts w:cs="Arial"/>
          <w:szCs w:val="18"/>
        </w:rPr>
      </w:pPr>
      <w:r w:rsidRPr="00087F49">
        <w:rPr>
          <w:rFonts w:cs="Arial"/>
          <w:szCs w:val="18"/>
        </w:rPr>
        <w:t>No ofrecer, prometer, entregar o autorizar pagos, dádivas, beneficios o ventajas indebidas a servidores públicos o terceros relacionados con el proceso contractual.</w:t>
      </w:r>
    </w:p>
    <w:p w14:paraId="7CDB44E7" w14:textId="77777777" w:rsidR="004C398A" w:rsidRPr="00087F49" w:rsidRDefault="00000000" w:rsidP="00A217B4">
      <w:pPr>
        <w:pStyle w:val="Listaconvietas"/>
        <w:jc w:val="both"/>
        <w:rPr>
          <w:rFonts w:cs="Arial"/>
          <w:szCs w:val="18"/>
        </w:rPr>
      </w:pPr>
      <w:r w:rsidRPr="00087F49">
        <w:rPr>
          <w:rFonts w:cs="Arial"/>
          <w:szCs w:val="18"/>
        </w:rPr>
        <w:t>No realizar acuerdos, prácticas colusorias o conductas que tengan por objeto o efecto restringir la libre competencia o alterar la selección objetiva.</w:t>
      </w:r>
    </w:p>
    <w:p w14:paraId="02EF3FC4" w14:textId="77777777" w:rsidR="004C398A" w:rsidRPr="00087F49" w:rsidRDefault="00000000" w:rsidP="00A217B4">
      <w:pPr>
        <w:pStyle w:val="Listaconvietas"/>
        <w:jc w:val="both"/>
        <w:rPr>
          <w:rFonts w:cs="Arial"/>
          <w:szCs w:val="18"/>
        </w:rPr>
      </w:pPr>
      <w:r w:rsidRPr="00087F49">
        <w:rPr>
          <w:rFonts w:cs="Arial"/>
          <w:szCs w:val="18"/>
        </w:rPr>
        <w:t>Revelar oportunamente cualquier conflicto de interés real, potencial o aparente que pueda afectar mi participación en el proceso.</w:t>
      </w:r>
    </w:p>
    <w:p w14:paraId="2F6E009F" w14:textId="77777777" w:rsidR="004C398A" w:rsidRPr="00087F49" w:rsidRDefault="00000000" w:rsidP="00A217B4">
      <w:pPr>
        <w:pStyle w:val="Listaconvietas"/>
        <w:jc w:val="both"/>
        <w:rPr>
          <w:rFonts w:cs="Arial"/>
          <w:szCs w:val="18"/>
        </w:rPr>
      </w:pPr>
      <w:r w:rsidRPr="00087F49">
        <w:rPr>
          <w:rFonts w:cs="Arial"/>
          <w:szCs w:val="18"/>
        </w:rPr>
        <w:t>Impartir instrucciones a empleados, agentes, asesores y subcontratistas para observar la normativa colombiana y los principios de transparencia, moralidad y buena fe.</w:t>
      </w:r>
    </w:p>
    <w:p w14:paraId="2A1A9301" w14:textId="77777777" w:rsidR="004C398A" w:rsidRPr="00087F49" w:rsidRDefault="00000000" w:rsidP="00A217B4">
      <w:pPr>
        <w:pStyle w:val="Listaconvietas"/>
        <w:jc w:val="both"/>
        <w:rPr>
          <w:rFonts w:cs="Arial"/>
          <w:szCs w:val="18"/>
        </w:rPr>
      </w:pPr>
      <w:r w:rsidRPr="00087F49">
        <w:rPr>
          <w:rFonts w:cs="Arial"/>
          <w:szCs w:val="18"/>
        </w:rPr>
        <w:t>Informar a la Entidad cualquier hecho irregular del que tenga conocimiento durante el proceso de selección o la ejecución del contrato.</w:t>
      </w:r>
    </w:p>
    <w:p w14:paraId="58866388" w14:textId="77777777" w:rsidR="004C398A" w:rsidRPr="00087F49" w:rsidRDefault="00000000" w:rsidP="00A217B4">
      <w:pPr>
        <w:jc w:val="both"/>
        <w:rPr>
          <w:rFonts w:cs="Arial"/>
          <w:szCs w:val="18"/>
        </w:rPr>
      </w:pPr>
      <w:r w:rsidRPr="00087F49">
        <w:rPr>
          <w:rFonts w:cs="Arial"/>
          <w:szCs w:val="18"/>
        </w:rPr>
        <w:br/>
        <w:t>Atentamente,</w:t>
      </w:r>
    </w:p>
    <w:tbl>
      <w:tblPr>
        <w:tblW w:w="0" w:type="auto"/>
        <w:jc w:val="center"/>
        <w:tblLook w:val="04A0" w:firstRow="1" w:lastRow="0" w:firstColumn="1" w:lastColumn="0" w:noHBand="0" w:noVBand="1"/>
      </w:tblPr>
      <w:tblGrid>
        <w:gridCol w:w="5112"/>
        <w:gridCol w:w="5112"/>
      </w:tblGrid>
      <w:tr w:rsidR="004C398A" w:rsidRPr="00087F49" w14:paraId="6FAE85AD" w14:textId="77777777">
        <w:trPr>
          <w:jc w:val="center"/>
        </w:trPr>
        <w:tc>
          <w:tcPr>
            <w:tcW w:w="5112" w:type="dxa"/>
            <w:tcMar>
              <w:top w:w="80" w:type="dxa"/>
              <w:left w:w="80" w:type="dxa"/>
              <w:bottom w:w="80" w:type="dxa"/>
              <w:right w:w="80" w:type="dxa"/>
            </w:tcMar>
          </w:tcPr>
          <w:p w14:paraId="36A52DE6" w14:textId="77777777" w:rsidR="004C398A" w:rsidRPr="00087F49" w:rsidRDefault="00000000" w:rsidP="00A217B4">
            <w:pPr>
              <w:jc w:val="both"/>
              <w:rPr>
                <w:rFonts w:cs="Arial"/>
                <w:szCs w:val="18"/>
              </w:rPr>
            </w:pPr>
            <w:r w:rsidRPr="00087F49">
              <w:rPr>
                <w:rFonts w:cs="Arial"/>
                <w:szCs w:val="18"/>
              </w:rPr>
              <w:t>Nombre / Razón social</w:t>
            </w:r>
          </w:p>
        </w:tc>
        <w:tc>
          <w:tcPr>
            <w:tcW w:w="5112" w:type="dxa"/>
            <w:tcMar>
              <w:top w:w="80" w:type="dxa"/>
              <w:left w:w="80" w:type="dxa"/>
              <w:bottom w:w="80" w:type="dxa"/>
              <w:right w:w="80" w:type="dxa"/>
            </w:tcMar>
          </w:tcPr>
          <w:p w14:paraId="79DEB40E"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7221DE84" w14:textId="77777777">
        <w:trPr>
          <w:jc w:val="center"/>
        </w:trPr>
        <w:tc>
          <w:tcPr>
            <w:tcW w:w="5112" w:type="dxa"/>
            <w:tcMar>
              <w:top w:w="80" w:type="dxa"/>
              <w:left w:w="80" w:type="dxa"/>
              <w:bottom w:w="80" w:type="dxa"/>
              <w:right w:w="80" w:type="dxa"/>
            </w:tcMar>
          </w:tcPr>
          <w:p w14:paraId="154B4326" w14:textId="77777777" w:rsidR="004C398A" w:rsidRPr="00087F49" w:rsidRDefault="00000000" w:rsidP="00A217B4">
            <w:pPr>
              <w:jc w:val="both"/>
              <w:rPr>
                <w:rFonts w:cs="Arial"/>
                <w:szCs w:val="18"/>
              </w:rPr>
            </w:pPr>
            <w:r w:rsidRPr="00087F49">
              <w:rPr>
                <w:rFonts w:cs="Arial"/>
                <w:szCs w:val="18"/>
              </w:rPr>
              <w:t>C.C. / NIT</w:t>
            </w:r>
          </w:p>
        </w:tc>
        <w:tc>
          <w:tcPr>
            <w:tcW w:w="5112" w:type="dxa"/>
            <w:tcMar>
              <w:top w:w="80" w:type="dxa"/>
              <w:left w:w="80" w:type="dxa"/>
              <w:bottom w:w="80" w:type="dxa"/>
              <w:right w:w="80" w:type="dxa"/>
            </w:tcMar>
          </w:tcPr>
          <w:p w14:paraId="035BC1AE"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11396FEC" w14:textId="77777777">
        <w:trPr>
          <w:jc w:val="center"/>
        </w:trPr>
        <w:tc>
          <w:tcPr>
            <w:tcW w:w="5112" w:type="dxa"/>
            <w:tcMar>
              <w:top w:w="80" w:type="dxa"/>
              <w:left w:w="80" w:type="dxa"/>
              <w:bottom w:w="80" w:type="dxa"/>
              <w:right w:w="80" w:type="dxa"/>
            </w:tcMar>
          </w:tcPr>
          <w:p w14:paraId="18625189" w14:textId="77777777" w:rsidR="004C398A" w:rsidRPr="00087F49" w:rsidRDefault="00000000" w:rsidP="00A217B4">
            <w:pPr>
              <w:jc w:val="both"/>
              <w:rPr>
                <w:rFonts w:cs="Arial"/>
                <w:szCs w:val="18"/>
              </w:rPr>
            </w:pPr>
            <w:r w:rsidRPr="00087F49">
              <w:rPr>
                <w:rFonts w:cs="Arial"/>
                <w:szCs w:val="18"/>
              </w:rPr>
              <w:t>Correo electrónico</w:t>
            </w:r>
          </w:p>
        </w:tc>
        <w:tc>
          <w:tcPr>
            <w:tcW w:w="5112" w:type="dxa"/>
            <w:tcMar>
              <w:top w:w="80" w:type="dxa"/>
              <w:left w:w="80" w:type="dxa"/>
              <w:bottom w:w="80" w:type="dxa"/>
              <w:right w:w="80" w:type="dxa"/>
            </w:tcMar>
          </w:tcPr>
          <w:p w14:paraId="0EDEB7AF"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3E9A5125" w14:textId="77777777">
        <w:trPr>
          <w:jc w:val="center"/>
        </w:trPr>
        <w:tc>
          <w:tcPr>
            <w:tcW w:w="5112" w:type="dxa"/>
            <w:tcMar>
              <w:top w:w="80" w:type="dxa"/>
              <w:left w:w="80" w:type="dxa"/>
              <w:bottom w:w="80" w:type="dxa"/>
              <w:right w:w="80" w:type="dxa"/>
            </w:tcMar>
          </w:tcPr>
          <w:p w14:paraId="63875ED0" w14:textId="77777777" w:rsidR="004C398A" w:rsidRPr="00087F49" w:rsidRDefault="00000000" w:rsidP="00A217B4">
            <w:pPr>
              <w:jc w:val="both"/>
              <w:rPr>
                <w:rFonts w:cs="Arial"/>
                <w:szCs w:val="18"/>
              </w:rPr>
            </w:pPr>
            <w:r w:rsidRPr="00087F49">
              <w:rPr>
                <w:rFonts w:cs="Arial"/>
                <w:szCs w:val="18"/>
              </w:rPr>
              <w:t>Firma</w:t>
            </w:r>
          </w:p>
        </w:tc>
        <w:tc>
          <w:tcPr>
            <w:tcW w:w="5112" w:type="dxa"/>
            <w:tcMar>
              <w:top w:w="80" w:type="dxa"/>
              <w:left w:w="80" w:type="dxa"/>
              <w:bottom w:w="80" w:type="dxa"/>
              <w:right w:w="80" w:type="dxa"/>
            </w:tcMar>
          </w:tcPr>
          <w:p w14:paraId="5B4D4699" w14:textId="77777777" w:rsidR="004C398A" w:rsidRPr="00087F49" w:rsidRDefault="00000000" w:rsidP="00A217B4">
            <w:pPr>
              <w:jc w:val="both"/>
              <w:rPr>
                <w:rFonts w:cs="Arial"/>
                <w:szCs w:val="18"/>
              </w:rPr>
            </w:pPr>
            <w:r w:rsidRPr="00087F49">
              <w:rPr>
                <w:rFonts w:cs="Arial"/>
                <w:szCs w:val="18"/>
              </w:rPr>
              <w:t>____________________________________________</w:t>
            </w:r>
          </w:p>
        </w:tc>
      </w:tr>
    </w:tbl>
    <w:p w14:paraId="4127D20E" w14:textId="77777777" w:rsidR="004C398A" w:rsidRPr="00087F49" w:rsidRDefault="00000000" w:rsidP="00A217B4">
      <w:pPr>
        <w:jc w:val="both"/>
        <w:rPr>
          <w:rFonts w:cs="Arial"/>
          <w:szCs w:val="18"/>
        </w:rPr>
      </w:pPr>
      <w:r w:rsidRPr="00087F49">
        <w:rPr>
          <w:rFonts w:cs="Arial"/>
          <w:szCs w:val="18"/>
        </w:rPr>
        <w:br w:type="page"/>
      </w:r>
    </w:p>
    <w:p w14:paraId="2FB24638" w14:textId="77777777" w:rsidR="004C398A" w:rsidRPr="00087F49" w:rsidRDefault="00000000" w:rsidP="00A217B4">
      <w:pPr>
        <w:jc w:val="center"/>
        <w:rPr>
          <w:rFonts w:cs="Arial"/>
          <w:szCs w:val="18"/>
        </w:rPr>
      </w:pPr>
      <w:r w:rsidRPr="00087F49">
        <w:rPr>
          <w:rFonts w:cs="Arial"/>
          <w:b/>
          <w:szCs w:val="18"/>
        </w:rPr>
        <w:lastRenderedPageBreak/>
        <w:t>FORMATO No. 6A</w:t>
      </w:r>
      <w:r w:rsidRPr="00087F49">
        <w:rPr>
          <w:rFonts w:cs="Arial"/>
          <w:b/>
          <w:szCs w:val="18"/>
        </w:rPr>
        <w:br/>
        <w:t>MODELO DE DOCUMENTO DE CONFORMACIÓN DE UNIÓN TEMPORAL</w:t>
      </w:r>
    </w:p>
    <w:p w14:paraId="73E1E071" w14:textId="77777777" w:rsidR="00A217B4" w:rsidRPr="00087F49" w:rsidRDefault="00A217B4" w:rsidP="00A217B4">
      <w:pPr>
        <w:jc w:val="both"/>
        <w:rPr>
          <w:rFonts w:cs="Arial"/>
          <w:b/>
          <w:szCs w:val="18"/>
        </w:rPr>
      </w:pPr>
    </w:p>
    <w:p w14:paraId="653C91BB" w14:textId="3B6C577F"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54D97010" w14:textId="77777777" w:rsidR="00A217B4" w:rsidRPr="00087F49" w:rsidRDefault="00A217B4" w:rsidP="00A217B4">
      <w:pPr>
        <w:jc w:val="both"/>
        <w:rPr>
          <w:rFonts w:cs="Arial"/>
          <w:b/>
          <w:szCs w:val="18"/>
        </w:rPr>
      </w:pPr>
    </w:p>
    <w:p w14:paraId="5FAFA665" w14:textId="3D2523C1" w:rsidR="004C398A" w:rsidRPr="00087F49" w:rsidRDefault="00000000" w:rsidP="00A217B4">
      <w:pPr>
        <w:jc w:val="both"/>
        <w:rPr>
          <w:rFonts w:cs="Arial"/>
          <w:szCs w:val="18"/>
        </w:rPr>
      </w:pPr>
      <w:r w:rsidRPr="00087F49">
        <w:rPr>
          <w:rFonts w:cs="Arial"/>
          <w:b/>
          <w:szCs w:val="18"/>
        </w:rPr>
        <w:t xml:space="preserve">OBJETO: </w:t>
      </w:r>
      <w:r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6C94A741" w14:textId="77777777" w:rsidR="00A217B4" w:rsidRPr="00087F49" w:rsidRDefault="00A217B4" w:rsidP="00A217B4">
      <w:pPr>
        <w:jc w:val="both"/>
        <w:rPr>
          <w:rFonts w:cs="Arial"/>
          <w:szCs w:val="18"/>
        </w:rPr>
      </w:pPr>
    </w:p>
    <w:p w14:paraId="708F6D5F" w14:textId="34AD048F" w:rsidR="004C398A" w:rsidRPr="00087F49" w:rsidRDefault="00000000" w:rsidP="00A217B4">
      <w:pPr>
        <w:jc w:val="both"/>
        <w:rPr>
          <w:rFonts w:cs="Arial"/>
          <w:szCs w:val="18"/>
        </w:rPr>
      </w:pPr>
      <w:r w:rsidRPr="00087F49">
        <w:rPr>
          <w:rFonts w:cs="Arial"/>
          <w:szCs w:val="18"/>
        </w:rPr>
        <w:t>Los suscritos, __________________________________ y __________________________________, debidamente facultados para actuar en nombre y representación de __________________________________ y __________________________________, manifestamos que hemos convenido asociarnos bajo la figura de UNIÓN TEMPORAL para participar en el proceso de la referencia.</w:t>
      </w:r>
    </w:p>
    <w:tbl>
      <w:tblPr>
        <w:tblStyle w:val="Tablaconcuadrculaclara"/>
        <w:tblW w:w="0" w:type="auto"/>
        <w:tblLook w:val="04A0" w:firstRow="1" w:lastRow="0" w:firstColumn="1" w:lastColumn="0" w:noHBand="0" w:noVBand="1"/>
      </w:tblPr>
      <w:tblGrid>
        <w:gridCol w:w="2553"/>
        <w:gridCol w:w="2553"/>
        <w:gridCol w:w="2554"/>
        <w:gridCol w:w="2554"/>
      </w:tblGrid>
      <w:tr w:rsidR="004C398A" w:rsidRPr="00087F49" w14:paraId="023BAC9D" w14:textId="77777777" w:rsidTr="00A217B4">
        <w:tc>
          <w:tcPr>
            <w:tcW w:w="2556" w:type="dxa"/>
          </w:tcPr>
          <w:p w14:paraId="4963B8F1" w14:textId="77777777" w:rsidR="004C398A" w:rsidRPr="00087F49" w:rsidRDefault="00000000" w:rsidP="00A217B4">
            <w:pPr>
              <w:jc w:val="both"/>
              <w:rPr>
                <w:rFonts w:cs="Arial"/>
                <w:szCs w:val="18"/>
              </w:rPr>
            </w:pPr>
            <w:r w:rsidRPr="00087F49">
              <w:rPr>
                <w:rFonts w:cs="Arial"/>
                <w:szCs w:val="18"/>
              </w:rPr>
              <w:t>Integrante</w:t>
            </w:r>
          </w:p>
        </w:tc>
        <w:tc>
          <w:tcPr>
            <w:tcW w:w="2556" w:type="dxa"/>
          </w:tcPr>
          <w:p w14:paraId="11BAD0E4" w14:textId="77777777" w:rsidR="004C398A" w:rsidRPr="00087F49" w:rsidRDefault="00000000" w:rsidP="00A217B4">
            <w:pPr>
              <w:jc w:val="both"/>
              <w:rPr>
                <w:rFonts w:cs="Arial"/>
                <w:szCs w:val="18"/>
              </w:rPr>
            </w:pPr>
            <w:r w:rsidRPr="00087F49">
              <w:rPr>
                <w:rFonts w:cs="Arial"/>
                <w:szCs w:val="18"/>
              </w:rPr>
              <w:t>NIT / C.C.</w:t>
            </w:r>
          </w:p>
        </w:tc>
        <w:tc>
          <w:tcPr>
            <w:tcW w:w="2556" w:type="dxa"/>
          </w:tcPr>
          <w:p w14:paraId="46EC7E6A" w14:textId="77777777" w:rsidR="004C398A" w:rsidRPr="00087F49" w:rsidRDefault="00000000" w:rsidP="00A217B4">
            <w:pPr>
              <w:jc w:val="both"/>
              <w:rPr>
                <w:rFonts w:cs="Arial"/>
                <w:szCs w:val="18"/>
              </w:rPr>
            </w:pPr>
            <w:r w:rsidRPr="00087F49">
              <w:rPr>
                <w:rFonts w:cs="Arial"/>
                <w:szCs w:val="18"/>
              </w:rPr>
              <w:t>Porcentaje de participación</w:t>
            </w:r>
          </w:p>
        </w:tc>
        <w:tc>
          <w:tcPr>
            <w:tcW w:w="2556" w:type="dxa"/>
          </w:tcPr>
          <w:p w14:paraId="79BA7C33" w14:textId="77777777" w:rsidR="004C398A" w:rsidRPr="00087F49" w:rsidRDefault="00000000" w:rsidP="00A217B4">
            <w:pPr>
              <w:jc w:val="both"/>
              <w:rPr>
                <w:rFonts w:cs="Arial"/>
                <w:szCs w:val="18"/>
              </w:rPr>
            </w:pPr>
            <w:r w:rsidRPr="00087F49">
              <w:rPr>
                <w:rFonts w:cs="Arial"/>
                <w:szCs w:val="18"/>
              </w:rPr>
              <w:t>Actividades / alcance a ejecutar</w:t>
            </w:r>
          </w:p>
        </w:tc>
      </w:tr>
      <w:tr w:rsidR="004C398A" w:rsidRPr="00087F49" w14:paraId="0EFA82B5" w14:textId="77777777" w:rsidTr="00A217B4">
        <w:tc>
          <w:tcPr>
            <w:tcW w:w="2556" w:type="dxa"/>
          </w:tcPr>
          <w:p w14:paraId="4659AEB8" w14:textId="77777777" w:rsidR="004C398A" w:rsidRPr="00087F49" w:rsidRDefault="004C398A" w:rsidP="00A217B4">
            <w:pPr>
              <w:jc w:val="both"/>
              <w:rPr>
                <w:rFonts w:cs="Arial"/>
                <w:szCs w:val="18"/>
              </w:rPr>
            </w:pPr>
          </w:p>
        </w:tc>
        <w:tc>
          <w:tcPr>
            <w:tcW w:w="2556" w:type="dxa"/>
          </w:tcPr>
          <w:p w14:paraId="79909EB6" w14:textId="77777777" w:rsidR="004C398A" w:rsidRPr="00087F49" w:rsidRDefault="004C398A" w:rsidP="00A217B4">
            <w:pPr>
              <w:jc w:val="both"/>
              <w:rPr>
                <w:rFonts w:cs="Arial"/>
                <w:szCs w:val="18"/>
              </w:rPr>
            </w:pPr>
          </w:p>
        </w:tc>
        <w:tc>
          <w:tcPr>
            <w:tcW w:w="2556" w:type="dxa"/>
          </w:tcPr>
          <w:p w14:paraId="3C25A31B" w14:textId="77777777" w:rsidR="004C398A" w:rsidRPr="00087F49" w:rsidRDefault="004C398A" w:rsidP="00A217B4">
            <w:pPr>
              <w:jc w:val="both"/>
              <w:rPr>
                <w:rFonts w:cs="Arial"/>
                <w:szCs w:val="18"/>
              </w:rPr>
            </w:pPr>
          </w:p>
        </w:tc>
        <w:tc>
          <w:tcPr>
            <w:tcW w:w="2556" w:type="dxa"/>
          </w:tcPr>
          <w:p w14:paraId="0AEF075F" w14:textId="77777777" w:rsidR="004C398A" w:rsidRPr="00087F49" w:rsidRDefault="004C398A" w:rsidP="00A217B4">
            <w:pPr>
              <w:jc w:val="both"/>
              <w:rPr>
                <w:rFonts w:cs="Arial"/>
                <w:szCs w:val="18"/>
              </w:rPr>
            </w:pPr>
          </w:p>
        </w:tc>
      </w:tr>
      <w:tr w:rsidR="004C398A" w:rsidRPr="00087F49" w14:paraId="23AC8898" w14:textId="77777777" w:rsidTr="00A217B4">
        <w:tc>
          <w:tcPr>
            <w:tcW w:w="2556" w:type="dxa"/>
          </w:tcPr>
          <w:p w14:paraId="3B752043" w14:textId="77777777" w:rsidR="004C398A" w:rsidRPr="00087F49" w:rsidRDefault="004C398A" w:rsidP="00A217B4">
            <w:pPr>
              <w:jc w:val="both"/>
              <w:rPr>
                <w:rFonts w:cs="Arial"/>
                <w:szCs w:val="18"/>
              </w:rPr>
            </w:pPr>
          </w:p>
        </w:tc>
        <w:tc>
          <w:tcPr>
            <w:tcW w:w="2556" w:type="dxa"/>
          </w:tcPr>
          <w:p w14:paraId="17638142" w14:textId="77777777" w:rsidR="004C398A" w:rsidRPr="00087F49" w:rsidRDefault="004C398A" w:rsidP="00A217B4">
            <w:pPr>
              <w:jc w:val="both"/>
              <w:rPr>
                <w:rFonts w:cs="Arial"/>
                <w:szCs w:val="18"/>
              </w:rPr>
            </w:pPr>
          </w:p>
        </w:tc>
        <w:tc>
          <w:tcPr>
            <w:tcW w:w="2556" w:type="dxa"/>
          </w:tcPr>
          <w:p w14:paraId="5F628F6D" w14:textId="77777777" w:rsidR="004C398A" w:rsidRPr="00087F49" w:rsidRDefault="004C398A" w:rsidP="00A217B4">
            <w:pPr>
              <w:jc w:val="both"/>
              <w:rPr>
                <w:rFonts w:cs="Arial"/>
                <w:szCs w:val="18"/>
              </w:rPr>
            </w:pPr>
          </w:p>
        </w:tc>
        <w:tc>
          <w:tcPr>
            <w:tcW w:w="2556" w:type="dxa"/>
          </w:tcPr>
          <w:p w14:paraId="63252941" w14:textId="77777777" w:rsidR="004C398A" w:rsidRPr="00087F49" w:rsidRDefault="004C398A" w:rsidP="00A217B4">
            <w:pPr>
              <w:jc w:val="both"/>
              <w:rPr>
                <w:rFonts w:cs="Arial"/>
                <w:szCs w:val="18"/>
              </w:rPr>
            </w:pPr>
          </w:p>
        </w:tc>
      </w:tr>
    </w:tbl>
    <w:p w14:paraId="2D00EADD" w14:textId="77777777" w:rsidR="004C398A" w:rsidRPr="00087F49" w:rsidRDefault="00000000" w:rsidP="00A217B4">
      <w:pPr>
        <w:jc w:val="both"/>
        <w:rPr>
          <w:rFonts w:cs="Arial"/>
          <w:szCs w:val="18"/>
        </w:rPr>
      </w:pPr>
      <w:r w:rsidRPr="00087F49">
        <w:rPr>
          <w:rFonts w:cs="Arial"/>
          <w:szCs w:val="18"/>
        </w:rPr>
        <w:t>La duración de la Unión Temporal será igual al plazo de ejecución del contrato y un (1) año más. La suma de los porcentajes de participación deberá ser igual al 100%.</w:t>
      </w:r>
    </w:p>
    <w:p w14:paraId="173EEA3E" w14:textId="080875D4" w:rsidR="004C398A" w:rsidRPr="00087F49" w:rsidRDefault="00000000" w:rsidP="00A217B4">
      <w:pPr>
        <w:jc w:val="both"/>
        <w:rPr>
          <w:rFonts w:cs="Arial"/>
          <w:szCs w:val="18"/>
        </w:rPr>
      </w:pPr>
      <w:r w:rsidRPr="00087F49">
        <w:rPr>
          <w:rFonts w:cs="Arial"/>
          <w:szCs w:val="18"/>
        </w:rPr>
        <w:t xml:space="preserve">Representante de la Unión Temporal: ________________________________, C.C. No. __________________, facultado </w:t>
      </w:r>
      <w:r w:rsidR="00C456BC">
        <w:rPr>
          <w:rFonts w:cs="Arial"/>
          <w:szCs w:val="18"/>
        </w:rPr>
        <w:t>presentar</w:t>
      </w:r>
      <w:r w:rsidR="00C456BC" w:rsidRPr="00087F49">
        <w:rPr>
          <w:rFonts w:cs="Arial"/>
          <w:szCs w:val="18"/>
        </w:rPr>
        <w:t xml:space="preserve"> la oferta, suscribir el contrato y actuar durante su ejecución y liquidación.</w:t>
      </w:r>
      <w:r w:rsidRPr="00087F49">
        <w:rPr>
          <w:rFonts w:cs="Arial"/>
          <w:szCs w:val="18"/>
        </w:rPr>
        <w:t>.</w:t>
      </w:r>
    </w:p>
    <w:p w14:paraId="63AD0AB6" w14:textId="77777777" w:rsidR="004C398A" w:rsidRPr="00087F49" w:rsidRDefault="00000000" w:rsidP="00A217B4">
      <w:pPr>
        <w:jc w:val="both"/>
        <w:rPr>
          <w:rFonts w:cs="Arial"/>
          <w:szCs w:val="18"/>
        </w:rPr>
      </w:pPr>
      <w:r w:rsidRPr="00087F49">
        <w:rPr>
          <w:rFonts w:cs="Arial"/>
          <w:szCs w:val="18"/>
        </w:rPr>
        <w:t>Nombre de la Unión Temporal: ________________________________________.</w:t>
      </w:r>
      <w:r w:rsidRPr="00087F49">
        <w:rPr>
          <w:rFonts w:cs="Arial"/>
          <w:szCs w:val="18"/>
        </w:rPr>
        <w:br/>
        <w:t>Dirección: ______________________  Correo: ______________________  Teléfono: ______________________.</w:t>
      </w:r>
    </w:p>
    <w:p w14:paraId="0080DF2F" w14:textId="77777777" w:rsidR="004C398A" w:rsidRPr="00087F49" w:rsidRDefault="00000000" w:rsidP="00A217B4">
      <w:pPr>
        <w:pBdr>
          <w:bottom w:val="single" w:sz="12" w:space="1" w:color="auto"/>
        </w:pBdr>
        <w:jc w:val="both"/>
        <w:rPr>
          <w:rFonts w:cs="Arial"/>
          <w:szCs w:val="18"/>
        </w:rPr>
      </w:pPr>
      <w:r w:rsidRPr="00087F49">
        <w:rPr>
          <w:rFonts w:cs="Arial"/>
          <w:szCs w:val="18"/>
        </w:rPr>
        <w:br/>
        <w:t>Firmas de todos los integrantes y del representante de la Unión Temporal:</w:t>
      </w:r>
    </w:p>
    <w:p w14:paraId="235C20D7" w14:textId="77777777" w:rsidR="004C398A" w:rsidRPr="00087F49" w:rsidRDefault="00000000" w:rsidP="00A217B4">
      <w:pPr>
        <w:jc w:val="both"/>
        <w:rPr>
          <w:rFonts w:cs="Arial"/>
          <w:szCs w:val="18"/>
        </w:rPr>
      </w:pPr>
      <w:r w:rsidRPr="00087F49">
        <w:rPr>
          <w:rFonts w:cs="Arial"/>
          <w:szCs w:val="18"/>
        </w:rPr>
        <w:br w:type="page"/>
      </w:r>
    </w:p>
    <w:p w14:paraId="2064A79B" w14:textId="77777777" w:rsidR="004C398A" w:rsidRPr="00087F49" w:rsidRDefault="00000000" w:rsidP="00A217B4">
      <w:pPr>
        <w:jc w:val="center"/>
        <w:rPr>
          <w:rFonts w:cs="Arial"/>
          <w:szCs w:val="18"/>
        </w:rPr>
      </w:pPr>
      <w:r w:rsidRPr="00087F49">
        <w:rPr>
          <w:rFonts w:cs="Arial"/>
          <w:b/>
          <w:szCs w:val="18"/>
        </w:rPr>
        <w:lastRenderedPageBreak/>
        <w:t>FORMATO No. 6B</w:t>
      </w:r>
      <w:r w:rsidRPr="00087F49">
        <w:rPr>
          <w:rFonts w:cs="Arial"/>
          <w:b/>
          <w:szCs w:val="18"/>
        </w:rPr>
        <w:br/>
        <w:t>MODELO DE DOCUMENTO DE CONFORMACIÓN DE CONSORCIO</w:t>
      </w:r>
    </w:p>
    <w:p w14:paraId="6B98CA6E" w14:textId="77777777" w:rsidR="00A217B4" w:rsidRPr="00087F49" w:rsidRDefault="00A217B4" w:rsidP="00A217B4">
      <w:pPr>
        <w:jc w:val="both"/>
        <w:rPr>
          <w:rFonts w:cs="Arial"/>
          <w:b/>
          <w:szCs w:val="18"/>
        </w:rPr>
      </w:pPr>
    </w:p>
    <w:p w14:paraId="507EB46F" w14:textId="1DE1697E"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04DFCB02" w14:textId="77777777" w:rsidR="00A217B4" w:rsidRPr="00087F49" w:rsidRDefault="00A217B4" w:rsidP="00A217B4">
      <w:pPr>
        <w:jc w:val="both"/>
        <w:rPr>
          <w:rFonts w:cs="Arial"/>
          <w:b/>
          <w:szCs w:val="18"/>
        </w:rPr>
      </w:pPr>
    </w:p>
    <w:p w14:paraId="27DCD8F9" w14:textId="741C11C2" w:rsidR="004C398A" w:rsidRPr="00087F49" w:rsidRDefault="00000000" w:rsidP="00A217B4">
      <w:pPr>
        <w:jc w:val="both"/>
        <w:rPr>
          <w:rFonts w:cs="Arial"/>
          <w:szCs w:val="18"/>
        </w:rPr>
      </w:pPr>
      <w:r w:rsidRPr="00087F49">
        <w:rPr>
          <w:rFonts w:cs="Arial"/>
          <w:b/>
          <w:szCs w:val="18"/>
        </w:rPr>
        <w:t xml:space="preserve">OBJETO: </w:t>
      </w:r>
      <w:r w:rsidR="00A53B91"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r w:rsidRPr="00087F49">
        <w:rPr>
          <w:rFonts w:cs="Arial"/>
          <w:szCs w:val="18"/>
        </w:rPr>
        <w:t>.</w:t>
      </w:r>
    </w:p>
    <w:p w14:paraId="5E7C8958" w14:textId="77777777" w:rsidR="004C398A" w:rsidRPr="00087F49" w:rsidRDefault="00000000" w:rsidP="00A217B4">
      <w:pPr>
        <w:jc w:val="both"/>
        <w:rPr>
          <w:rFonts w:cs="Arial"/>
          <w:szCs w:val="18"/>
        </w:rPr>
      </w:pPr>
      <w:r w:rsidRPr="00087F49">
        <w:rPr>
          <w:rFonts w:cs="Arial"/>
          <w:szCs w:val="18"/>
        </w:rPr>
        <w:t>Los suscritos manifestamos que hemos constituido el CONSORCIO ______________________________ para participar en el proceso de la referencia, bajo las siguientes condiciones:</w:t>
      </w:r>
    </w:p>
    <w:tbl>
      <w:tblPr>
        <w:tblStyle w:val="Tablaconcuadrcula"/>
        <w:tblW w:w="0" w:type="auto"/>
        <w:tblLook w:val="04A0" w:firstRow="1" w:lastRow="0" w:firstColumn="1" w:lastColumn="0" w:noHBand="0" w:noVBand="1"/>
      </w:tblPr>
      <w:tblGrid>
        <w:gridCol w:w="3405"/>
        <w:gridCol w:w="3404"/>
        <w:gridCol w:w="3405"/>
      </w:tblGrid>
      <w:tr w:rsidR="004C398A" w:rsidRPr="00087F49" w14:paraId="59A93CDE" w14:textId="77777777" w:rsidTr="00A217B4">
        <w:tc>
          <w:tcPr>
            <w:tcW w:w="3408" w:type="dxa"/>
          </w:tcPr>
          <w:p w14:paraId="6AADDA58" w14:textId="77777777" w:rsidR="004C398A" w:rsidRPr="00087F49" w:rsidRDefault="00000000" w:rsidP="00A217B4">
            <w:pPr>
              <w:jc w:val="both"/>
              <w:rPr>
                <w:rFonts w:cs="Arial"/>
                <w:szCs w:val="18"/>
              </w:rPr>
            </w:pPr>
            <w:r w:rsidRPr="00087F49">
              <w:rPr>
                <w:rFonts w:cs="Arial"/>
                <w:szCs w:val="18"/>
              </w:rPr>
              <w:t>Integrante</w:t>
            </w:r>
          </w:p>
        </w:tc>
        <w:tc>
          <w:tcPr>
            <w:tcW w:w="3408" w:type="dxa"/>
          </w:tcPr>
          <w:p w14:paraId="2A9E58F5" w14:textId="77777777" w:rsidR="004C398A" w:rsidRPr="00087F49" w:rsidRDefault="00000000" w:rsidP="00A217B4">
            <w:pPr>
              <w:jc w:val="both"/>
              <w:rPr>
                <w:rFonts w:cs="Arial"/>
                <w:szCs w:val="18"/>
              </w:rPr>
            </w:pPr>
            <w:r w:rsidRPr="00087F49">
              <w:rPr>
                <w:rFonts w:cs="Arial"/>
                <w:szCs w:val="18"/>
              </w:rPr>
              <w:t>NIT / C.C.</w:t>
            </w:r>
          </w:p>
        </w:tc>
        <w:tc>
          <w:tcPr>
            <w:tcW w:w="3408" w:type="dxa"/>
          </w:tcPr>
          <w:p w14:paraId="17C77391" w14:textId="77777777" w:rsidR="004C398A" w:rsidRPr="00087F49" w:rsidRDefault="00000000" w:rsidP="00A217B4">
            <w:pPr>
              <w:jc w:val="both"/>
              <w:rPr>
                <w:rFonts w:cs="Arial"/>
                <w:szCs w:val="18"/>
              </w:rPr>
            </w:pPr>
            <w:r w:rsidRPr="00087F49">
              <w:rPr>
                <w:rFonts w:cs="Arial"/>
                <w:szCs w:val="18"/>
              </w:rPr>
              <w:t>Porcentaje de participación</w:t>
            </w:r>
          </w:p>
        </w:tc>
      </w:tr>
      <w:tr w:rsidR="004C398A" w:rsidRPr="00087F49" w14:paraId="72F20B9E" w14:textId="77777777" w:rsidTr="00A217B4">
        <w:tc>
          <w:tcPr>
            <w:tcW w:w="3408" w:type="dxa"/>
          </w:tcPr>
          <w:p w14:paraId="4C90FD85" w14:textId="77777777" w:rsidR="004C398A" w:rsidRPr="00087F49" w:rsidRDefault="004C398A" w:rsidP="00A217B4">
            <w:pPr>
              <w:jc w:val="both"/>
              <w:rPr>
                <w:rFonts w:cs="Arial"/>
                <w:szCs w:val="18"/>
              </w:rPr>
            </w:pPr>
          </w:p>
        </w:tc>
        <w:tc>
          <w:tcPr>
            <w:tcW w:w="3408" w:type="dxa"/>
          </w:tcPr>
          <w:p w14:paraId="715AAE3B" w14:textId="77777777" w:rsidR="004C398A" w:rsidRPr="00087F49" w:rsidRDefault="004C398A" w:rsidP="00A217B4">
            <w:pPr>
              <w:jc w:val="both"/>
              <w:rPr>
                <w:rFonts w:cs="Arial"/>
                <w:szCs w:val="18"/>
              </w:rPr>
            </w:pPr>
          </w:p>
        </w:tc>
        <w:tc>
          <w:tcPr>
            <w:tcW w:w="3408" w:type="dxa"/>
          </w:tcPr>
          <w:p w14:paraId="3EDB023F" w14:textId="77777777" w:rsidR="004C398A" w:rsidRPr="00087F49" w:rsidRDefault="004C398A" w:rsidP="00A217B4">
            <w:pPr>
              <w:jc w:val="both"/>
              <w:rPr>
                <w:rFonts w:cs="Arial"/>
                <w:szCs w:val="18"/>
              </w:rPr>
            </w:pPr>
          </w:p>
        </w:tc>
      </w:tr>
      <w:tr w:rsidR="004C398A" w:rsidRPr="00087F49" w14:paraId="1DDE6680" w14:textId="77777777" w:rsidTr="00A217B4">
        <w:tc>
          <w:tcPr>
            <w:tcW w:w="3408" w:type="dxa"/>
          </w:tcPr>
          <w:p w14:paraId="4AB49958" w14:textId="77777777" w:rsidR="004C398A" w:rsidRPr="00087F49" w:rsidRDefault="004C398A" w:rsidP="00A217B4">
            <w:pPr>
              <w:jc w:val="both"/>
              <w:rPr>
                <w:rFonts w:cs="Arial"/>
                <w:szCs w:val="18"/>
              </w:rPr>
            </w:pPr>
          </w:p>
        </w:tc>
        <w:tc>
          <w:tcPr>
            <w:tcW w:w="3408" w:type="dxa"/>
          </w:tcPr>
          <w:p w14:paraId="0D6BA2DB" w14:textId="77777777" w:rsidR="004C398A" w:rsidRPr="00087F49" w:rsidRDefault="004C398A" w:rsidP="00A217B4">
            <w:pPr>
              <w:jc w:val="both"/>
              <w:rPr>
                <w:rFonts w:cs="Arial"/>
                <w:szCs w:val="18"/>
              </w:rPr>
            </w:pPr>
          </w:p>
        </w:tc>
        <w:tc>
          <w:tcPr>
            <w:tcW w:w="3408" w:type="dxa"/>
          </w:tcPr>
          <w:p w14:paraId="755375E2" w14:textId="77777777" w:rsidR="004C398A" w:rsidRPr="00087F49" w:rsidRDefault="004C398A" w:rsidP="00A217B4">
            <w:pPr>
              <w:jc w:val="both"/>
              <w:rPr>
                <w:rFonts w:cs="Arial"/>
                <w:szCs w:val="18"/>
              </w:rPr>
            </w:pPr>
          </w:p>
        </w:tc>
      </w:tr>
    </w:tbl>
    <w:p w14:paraId="780EF8AA" w14:textId="77777777" w:rsidR="004C398A" w:rsidRPr="00087F49" w:rsidRDefault="00000000" w:rsidP="00A217B4">
      <w:pPr>
        <w:pStyle w:val="Listaconvietas"/>
        <w:jc w:val="both"/>
        <w:rPr>
          <w:rFonts w:cs="Arial"/>
          <w:szCs w:val="18"/>
        </w:rPr>
      </w:pPr>
      <w:r w:rsidRPr="00087F49">
        <w:rPr>
          <w:rFonts w:cs="Arial"/>
          <w:szCs w:val="18"/>
        </w:rPr>
        <w:t>La suma de los porcentajes de participación es igual al 100%.</w:t>
      </w:r>
    </w:p>
    <w:p w14:paraId="71668C7D" w14:textId="77777777" w:rsidR="004C398A" w:rsidRPr="00087F49" w:rsidRDefault="00000000" w:rsidP="00A217B4">
      <w:pPr>
        <w:pStyle w:val="Listaconvietas"/>
        <w:jc w:val="both"/>
        <w:rPr>
          <w:rFonts w:cs="Arial"/>
          <w:szCs w:val="18"/>
        </w:rPr>
      </w:pPr>
      <w:r w:rsidRPr="00087F49">
        <w:rPr>
          <w:rFonts w:cs="Arial"/>
          <w:szCs w:val="18"/>
        </w:rPr>
        <w:t>Los integrantes responderán solidariamente por todas y cada una de las obligaciones derivadas de la oferta y del contrato.</w:t>
      </w:r>
    </w:p>
    <w:p w14:paraId="0628857C" w14:textId="77777777" w:rsidR="004C398A" w:rsidRPr="00087F49" w:rsidRDefault="00000000" w:rsidP="00A217B4">
      <w:pPr>
        <w:pStyle w:val="Listaconvietas"/>
        <w:jc w:val="both"/>
        <w:rPr>
          <w:rFonts w:cs="Arial"/>
          <w:szCs w:val="18"/>
        </w:rPr>
      </w:pPr>
      <w:r w:rsidRPr="00087F49">
        <w:rPr>
          <w:rFonts w:cs="Arial"/>
          <w:szCs w:val="18"/>
        </w:rPr>
        <w:t>La duración del Consorcio será igual al plazo de ejecución del contrato y un (1) año más.</w:t>
      </w:r>
    </w:p>
    <w:p w14:paraId="5B959314" w14:textId="77777777" w:rsidR="004C398A" w:rsidRPr="00087F49" w:rsidRDefault="00000000" w:rsidP="00A217B4">
      <w:pPr>
        <w:pStyle w:val="Listaconvietas"/>
        <w:jc w:val="both"/>
        <w:rPr>
          <w:rFonts w:cs="Arial"/>
          <w:szCs w:val="18"/>
        </w:rPr>
      </w:pPr>
      <w:r w:rsidRPr="00087F49">
        <w:rPr>
          <w:rFonts w:cs="Arial"/>
          <w:szCs w:val="18"/>
        </w:rPr>
        <w:t>No se cederá la participación de sus integrantes sin autorización previa y escrita de la Entidad.</w:t>
      </w:r>
    </w:p>
    <w:p w14:paraId="1438467A" w14:textId="19E7FAE4" w:rsidR="004C398A" w:rsidRPr="00087F49" w:rsidRDefault="00000000" w:rsidP="00A217B4">
      <w:pPr>
        <w:jc w:val="both"/>
        <w:rPr>
          <w:rFonts w:cs="Arial"/>
          <w:szCs w:val="18"/>
        </w:rPr>
      </w:pPr>
      <w:r w:rsidRPr="00087F49">
        <w:rPr>
          <w:rFonts w:cs="Arial"/>
          <w:szCs w:val="18"/>
        </w:rPr>
        <w:t xml:space="preserve">Representante del Consorcio: ________________________________, C.C. No. __________________, con facultades suficientes para </w:t>
      </w:r>
      <w:r w:rsidR="00CA0D4E">
        <w:rPr>
          <w:rFonts w:cs="Arial"/>
          <w:szCs w:val="18"/>
        </w:rPr>
        <w:t>presentar</w:t>
      </w:r>
      <w:r w:rsidRPr="00087F49">
        <w:rPr>
          <w:rFonts w:cs="Arial"/>
          <w:szCs w:val="18"/>
        </w:rPr>
        <w:t xml:space="preserve"> la oferta, suscribir el contrato y actuar durante su ejecución y liquidación.</w:t>
      </w:r>
    </w:p>
    <w:p w14:paraId="4DF4727D" w14:textId="77777777" w:rsidR="004C398A" w:rsidRPr="00087F49" w:rsidRDefault="00000000" w:rsidP="00A217B4">
      <w:pPr>
        <w:pBdr>
          <w:bottom w:val="single" w:sz="12" w:space="1" w:color="auto"/>
        </w:pBdr>
        <w:jc w:val="both"/>
        <w:rPr>
          <w:rFonts w:cs="Arial"/>
          <w:szCs w:val="18"/>
        </w:rPr>
      </w:pPr>
      <w:r w:rsidRPr="00087F49">
        <w:rPr>
          <w:rFonts w:cs="Arial"/>
          <w:szCs w:val="18"/>
        </w:rPr>
        <w:br/>
        <w:t>Firmas de todos los integrantes y del representante del Consorcio:</w:t>
      </w:r>
    </w:p>
    <w:p w14:paraId="5BD1590C" w14:textId="77777777" w:rsidR="004C398A" w:rsidRPr="00087F49" w:rsidRDefault="00000000" w:rsidP="00A217B4">
      <w:pPr>
        <w:jc w:val="both"/>
        <w:rPr>
          <w:rFonts w:cs="Arial"/>
          <w:szCs w:val="18"/>
        </w:rPr>
      </w:pPr>
      <w:r w:rsidRPr="00087F49">
        <w:rPr>
          <w:rFonts w:cs="Arial"/>
          <w:szCs w:val="18"/>
        </w:rPr>
        <w:br w:type="page"/>
      </w:r>
    </w:p>
    <w:p w14:paraId="09520804" w14:textId="77777777" w:rsidR="004C398A" w:rsidRPr="00087F49" w:rsidRDefault="00000000" w:rsidP="00A217B4">
      <w:pPr>
        <w:jc w:val="center"/>
        <w:rPr>
          <w:rFonts w:cs="Arial"/>
          <w:szCs w:val="18"/>
        </w:rPr>
      </w:pPr>
      <w:r w:rsidRPr="00087F49">
        <w:rPr>
          <w:rFonts w:cs="Arial"/>
          <w:b/>
          <w:szCs w:val="18"/>
        </w:rPr>
        <w:lastRenderedPageBreak/>
        <w:t>FORMATO No. 7</w:t>
      </w:r>
      <w:r w:rsidRPr="00087F49">
        <w:rPr>
          <w:rFonts w:cs="Arial"/>
          <w:b/>
          <w:szCs w:val="18"/>
        </w:rPr>
        <w:br/>
        <w:t>CERTIFICACIÓN DE PAGOS AL SISTEMA DE SEGURIDAD SOCIAL Y APORTES PARAFISCALES</w:t>
      </w:r>
    </w:p>
    <w:p w14:paraId="63B61B7A" w14:textId="77777777" w:rsidR="00A217B4" w:rsidRPr="00087F49" w:rsidRDefault="00A217B4" w:rsidP="00A217B4">
      <w:pPr>
        <w:jc w:val="both"/>
        <w:rPr>
          <w:rFonts w:cs="Arial"/>
          <w:b/>
          <w:szCs w:val="18"/>
        </w:rPr>
      </w:pPr>
    </w:p>
    <w:p w14:paraId="2B0A2F16" w14:textId="57F4C1A7"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22BDF251" w14:textId="77777777" w:rsidR="00A217B4" w:rsidRPr="00087F49" w:rsidRDefault="00A217B4" w:rsidP="00A217B4">
      <w:pPr>
        <w:jc w:val="both"/>
        <w:rPr>
          <w:rFonts w:cs="Arial"/>
          <w:b/>
          <w:szCs w:val="18"/>
        </w:rPr>
      </w:pPr>
    </w:p>
    <w:p w14:paraId="40BD2A38" w14:textId="1EE42EE5" w:rsidR="004C398A" w:rsidRPr="00087F49" w:rsidRDefault="00000000" w:rsidP="00A217B4">
      <w:pPr>
        <w:jc w:val="both"/>
        <w:rPr>
          <w:rFonts w:cs="Arial"/>
          <w:szCs w:val="18"/>
        </w:rPr>
      </w:pPr>
      <w:r w:rsidRPr="00087F49">
        <w:rPr>
          <w:rFonts w:cs="Arial"/>
          <w:b/>
          <w:szCs w:val="18"/>
        </w:rPr>
        <w:t xml:space="preserve">OBJETO: </w:t>
      </w:r>
      <w:r w:rsidR="00A53B91"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r w:rsidRPr="00087F49">
        <w:rPr>
          <w:rFonts w:cs="Arial"/>
          <w:szCs w:val="18"/>
        </w:rPr>
        <w:t>.</w:t>
      </w:r>
    </w:p>
    <w:p w14:paraId="34098E45" w14:textId="48AF4C00" w:rsidR="004C398A" w:rsidRPr="00087F49" w:rsidRDefault="00000000" w:rsidP="00A217B4">
      <w:pPr>
        <w:jc w:val="both"/>
        <w:rPr>
          <w:rFonts w:cs="Arial"/>
          <w:szCs w:val="18"/>
        </w:rPr>
      </w:pPr>
      <w:r w:rsidRPr="00087F49">
        <w:rPr>
          <w:rFonts w:cs="Arial"/>
          <w:szCs w:val="18"/>
        </w:rPr>
        <w:t xml:space="preserve">El suscrito ________________________________________, identificado con C.C. No. ____________________, en </w:t>
      </w:r>
      <w:r w:rsidR="00A217B4" w:rsidRPr="00087F49">
        <w:rPr>
          <w:rFonts w:cs="Arial"/>
          <w:szCs w:val="18"/>
        </w:rPr>
        <w:pgNum/>
      </w:r>
      <w:proofErr w:type="spellStart"/>
      <w:r w:rsidR="00A217B4" w:rsidRPr="00087F49">
        <w:rPr>
          <w:rFonts w:cs="Arial"/>
          <w:szCs w:val="18"/>
        </w:rPr>
        <w:t>pplica</w:t>
      </w:r>
      <w:proofErr w:type="spellEnd"/>
      <w:r w:rsidRPr="00087F49">
        <w:rPr>
          <w:rFonts w:cs="Arial"/>
          <w:szCs w:val="18"/>
        </w:rPr>
        <w:t xml:space="preserve"> de Representante Legal / Revisor Fiscal de ________________________________________, identificada con NIT ____________________, certifica que la </w:t>
      </w:r>
      <w:r w:rsidR="00A217B4" w:rsidRPr="00087F49">
        <w:rPr>
          <w:rFonts w:cs="Arial"/>
          <w:szCs w:val="18"/>
        </w:rPr>
        <w:pgNum/>
      </w:r>
      <w:proofErr w:type="spellStart"/>
      <w:r w:rsidR="00A217B4" w:rsidRPr="00087F49">
        <w:rPr>
          <w:rFonts w:cs="Arial"/>
          <w:szCs w:val="18"/>
        </w:rPr>
        <w:t>pplicab</w:t>
      </w:r>
      <w:proofErr w:type="spellEnd"/>
      <w:r w:rsidRPr="00087F49">
        <w:rPr>
          <w:rFonts w:cs="Arial"/>
          <w:szCs w:val="18"/>
        </w:rPr>
        <w:t xml:space="preserve"> se encuentra al día en el pago de sus obligaciones con los Sistemas de Salud, Pensiones y Riesgos Laborales, así como con los aportes a las Cajas de Compensación Familiar, ICBF y SENA, cuando haya lugar, durante los períodos exigibles conforme a la </w:t>
      </w:r>
      <w:r w:rsidR="00A217B4" w:rsidRPr="00087F49">
        <w:rPr>
          <w:rFonts w:cs="Arial"/>
          <w:szCs w:val="18"/>
        </w:rPr>
        <w:pgNum/>
      </w:r>
      <w:proofErr w:type="spellStart"/>
      <w:r w:rsidR="00A217B4" w:rsidRPr="00087F49">
        <w:rPr>
          <w:rFonts w:cs="Arial"/>
          <w:szCs w:val="18"/>
        </w:rPr>
        <w:t>pplicabl</w:t>
      </w:r>
      <w:proofErr w:type="spellEnd"/>
      <w:r w:rsidRPr="00087F49">
        <w:rPr>
          <w:rFonts w:cs="Arial"/>
          <w:szCs w:val="18"/>
        </w:rPr>
        <w:t xml:space="preserve"> </w:t>
      </w:r>
      <w:r w:rsidR="00A217B4" w:rsidRPr="00087F49">
        <w:rPr>
          <w:rFonts w:cs="Arial"/>
          <w:szCs w:val="18"/>
        </w:rPr>
        <w:pgNum/>
      </w:r>
      <w:proofErr w:type="spellStart"/>
      <w:r w:rsidR="00A217B4" w:rsidRPr="00087F49">
        <w:rPr>
          <w:rFonts w:cs="Arial"/>
          <w:szCs w:val="18"/>
        </w:rPr>
        <w:t>pplicable</w:t>
      </w:r>
      <w:proofErr w:type="spellEnd"/>
      <w:r w:rsidRPr="00087F49">
        <w:rPr>
          <w:rFonts w:cs="Arial"/>
          <w:szCs w:val="18"/>
        </w:rPr>
        <w:t>.</w:t>
      </w:r>
    </w:p>
    <w:p w14:paraId="6DA3C46E" w14:textId="77777777" w:rsidR="004C398A" w:rsidRPr="00087F49" w:rsidRDefault="00000000" w:rsidP="00A217B4">
      <w:pPr>
        <w:jc w:val="both"/>
        <w:rPr>
          <w:rFonts w:cs="Arial"/>
          <w:szCs w:val="18"/>
        </w:rPr>
      </w:pPr>
      <w:r w:rsidRPr="00087F49">
        <w:rPr>
          <w:rFonts w:cs="Arial"/>
          <w:szCs w:val="18"/>
        </w:rPr>
        <w:t>La presente certificación se expide para efectos de acreditar el cumplimiento de lo previsto en el artículo 50 de la Ley 789 de 2002 y el artículo 23 de la Ley 1150 de 2007, dentro del proceso de la referencia.</w:t>
      </w:r>
    </w:p>
    <w:p w14:paraId="3EB3A839" w14:textId="77777777" w:rsidR="004C398A" w:rsidRPr="00087F49" w:rsidRDefault="00000000" w:rsidP="00A217B4">
      <w:pPr>
        <w:jc w:val="both"/>
        <w:rPr>
          <w:rFonts w:cs="Arial"/>
          <w:szCs w:val="18"/>
        </w:rPr>
      </w:pPr>
      <w:r w:rsidRPr="00087F49">
        <w:rPr>
          <w:rFonts w:cs="Arial"/>
          <w:szCs w:val="18"/>
        </w:rPr>
        <w:t xml:space="preserve">Santiago de Cali, ____ de __________ </w:t>
      </w:r>
      <w:proofErr w:type="spellStart"/>
      <w:r w:rsidRPr="00087F49">
        <w:rPr>
          <w:rFonts w:cs="Arial"/>
          <w:szCs w:val="18"/>
        </w:rPr>
        <w:t>de</w:t>
      </w:r>
      <w:proofErr w:type="spellEnd"/>
      <w:r w:rsidRPr="00087F49">
        <w:rPr>
          <w:rFonts w:cs="Arial"/>
          <w:szCs w:val="18"/>
        </w:rPr>
        <w:t xml:space="preserve"> 2026.</w:t>
      </w:r>
    </w:p>
    <w:p w14:paraId="0D495AB7" w14:textId="77777777" w:rsidR="004C398A" w:rsidRPr="00087F49" w:rsidRDefault="00000000" w:rsidP="00A217B4">
      <w:pPr>
        <w:jc w:val="both"/>
        <w:rPr>
          <w:rFonts w:cs="Arial"/>
          <w:szCs w:val="18"/>
        </w:rPr>
      </w:pPr>
      <w:r w:rsidRPr="00087F49">
        <w:rPr>
          <w:rFonts w:cs="Arial"/>
          <w:szCs w:val="18"/>
        </w:rPr>
        <w:br/>
        <w:t>Atentamente,</w:t>
      </w:r>
    </w:p>
    <w:tbl>
      <w:tblPr>
        <w:tblW w:w="0" w:type="auto"/>
        <w:jc w:val="center"/>
        <w:tblLook w:val="04A0" w:firstRow="1" w:lastRow="0" w:firstColumn="1" w:lastColumn="0" w:noHBand="0" w:noVBand="1"/>
      </w:tblPr>
      <w:tblGrid>
        <w:gridCol w:w="5112"/>
        <w:gridCol w:w="5112"/>
      </w:tblGrid>
      <w:tr w:rsidR="004C398A" w:rsidRPr="00087F49" w14:paraId="6BDB2A13" w14:textId="77777777">
        <w:trPr>
          <w:jc w:val="center"/>
        </w:trPr>
        <w:tc>
          <w:tcPr>
            <w:tcW w:w="5112" w:type="dxa"/>
            <w:tcMar>
              <w:top w:w="80" w:type="dxa"/>
              <w:left w:w="80" w:type="dxa"/>
              <w:bottom w:w="80" w:type="dxa"/>
              <w:right w:w="80" w:type="dxa"/>
            </w:tcMar>
          </w:tcPr>
          <w:p w14:paraId="5229E74F" w14:textId="77777777" w:rsidR="004C398A" w:rsidRPr="00087F49" w:rsidRDefault="00000000" w:rsidP="00A217B4">
            <w:pPr>
              <w:jc w:val="both"/>
              <w:rPr>
                <w:rFonts w:cs="Arial"/>
                <w:szCs w:val="18"/>
              </w:rPr>
            </w:pPr>
            <w:r w:rsidRPr="00087F49">
              <w:rPr>
                <w:rFonts w:cs="Arial"/>
                <w:szCs w:val="18"/>
              </w:rPr>
              <w:t>Nombre / Razón social</w:t>
            </w:r>
          </w:p>
        </w:tc>
        <w:tc>
          <w:tcPr>
            <w:tcW w:w="5112" w:type="dxa"/>
            <w:tcMar>
              <w:top w:w="80" w:type="dxa"/>
              <w:left w:w="80" w:type="dxa"/>
              <w:bottom w:w="80" w:type="dxa"/>
              <w:right w:w="80" w:type="dxa"/>
            </w:tcMar>
          </w:tcPr>
          <w:p w14:paraId="2C9BB0D2"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27A49D07" w14:textId="77777777">
        <w:trPr>
          <w:jc w:val="center"/>
        </w:trPr>
        <w:tc>
          <w:tcPr>
            <w:tcW w:w="5112" w:type="dxa"/>
            <w:tcMar>
              <w:top w:w="80" w:type="dxa"/>
              <w:left w:w="80" w:type="dxa"/>
              <w:bottom w:w="80" w:type="dxa"/>
              <w:right w:w="80" w:type="dxa"/>
            </w:tcMar>
          </w:tcPr>
          <w:p w14:paraId="51EA072C" w14:textId="77777777" w:rsidR="004C398A" w:rsidRPr="00087F49" w:rsidRDefault="00000000" w:rsidP="00A217B4">
            <w:pPr>
              <w:jc w:val="both"/>
              <w:rPr>
                <w:rFonts w:cs="Arial"/>
                <w:szCs w:val="18"/>
              </w:rPr>
            </w:pPr>
            <w:r w:rsidRPr="00087F49">
              <w:rPr>
                <w:rFonts w:cs="Arial"/>
                <w:szCs w:val="18"/>
              </w:rPr>
              <w:t>C.C. / NIT</w:t>
            </w:r>
          </w:p>
        </w:tc>
        <w:tc>
          <w:tcPr>
            <w:tcW w:w="5112" w:type="dxa"/>
            <w:tcMar>
              <w:top w:w="80" w:type="dxa"/>
              <w:left w:w="80" w:type="dxa"/>
              <w:bottom w:w="80" w:type="dxa"/>
              <w:right w:w="80" w:type="dxa"/>
            </w:tcMar>
          </w:tcPr>
          <w:p w14:paraId="1A220EF5"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32B83342" w14:textId="77777777">
        <w:trPr>
          <w:jc w:val="center"/>
        </w:trPr>
        <w:tc>
          <w:tcPr>
            <w:tcW w:w="5112" w:type="dxa"/>
            <w:tcMar>
              <w:top w:w="80" w:type="dxa"/>
              <w:left w:w="80" w:type="dxa"/>
              <w:bottom w:w="80" w:type="dxa"/>
              <w:right w:w="80" w:type="dxa"/>
            </w:tcMar>
          </w:tcPr>
          <w:p w14:paraId="7128EF14" w14:textId="77777777" w:rsidR="004C398A" w:rsidRPr="00087F49" w:rsidRDefault="00000000" w:rsidP="00A217B4">
            <w:pPr>
              <w:jc w:val="both"/>
              <w:rPr>
                <w:rFonts w:cs="Arial"/>
                <w:szCs w:val="18"/>
              </w:rPr>
            </w:pPr>
            <w:r w:rsidRPr="00087F49">
              <w:rPr>
                <w:rFonts w:cs="Arial"/>
                <w:szCs w:val="18"/>
              </w:rPr>
              <w:t>Correo electrónico</w:t>
            </w:r>
          </w:p>
        </w:tc>
        <w:tc>
          <w:tcPr>
            <w:tcW w:w="5112" w:type="dxa"/>
            <w:tcMar>
              <w:top w:w="80" w:type="dxa"/>
              <w:left w:w="80" w:type="dxa"/>
              <w:bottom w:w="80" w:type="dxa"/>
              <w:right w:w="80" w:type="dxa"/>
            </w:tcMar>
          </w:tcPr>
          <w:p w14:paraId="4A68D4CA"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25107F1B" w14:textId="77777777">
        <w:trPr>
          <w:jc w:val="center"/>
        </w:trPr>
        <w:tc>
          <w:tcPr>
            <w:tcW w:w="5112" w:type="dxa"/>
            <w:tcMar>
              <w:top w:w="80" w:type="dxa"/>
              <w:left w:w="80" w:type="dxa"/>
              <w:bottom w:w="80" w:type="dxa"/>
              <w:right w:w="80" w:type="dxa"/>
            </w:tcMar>
          </w:tcPr>
          <w:p w14:paraId="5F9337B4" w14:textId="77777777" w:rsidR="004C398A" w:rsidRPr="00087F49" w:rsidRDefault="00000000" w:rsidP="00A217B4">
            <w:pPr>
              <w:jc w:val="both"/>
              <w:rPr>
                <w:rFonts w:cs="Arial"/>
                <w:szCs w:val="18"/>
              </w:rPr>
            </w:pPr>
            <w:r w:rsidRPr="00087F49">
              <w:rPr>
                <w:rFonts w:cs="Arial"/>
                <w:szCs w:val="18"/>
              </w:rPr>
              <w:t>Firma</w:t>
            </w:r>
          </w:p>
        </w:tc>
        <w:tc>
          <w:tcPr>
            <w:tcW w:w="5112" w:type="dxa"/>
            <w:tcMar>
              <w:top w:w="80" w:type="dxa"/>
              <w:left w:w="80" w:type="dxa"/>
              <w:bottom w:w="80" w:type="dxa"/>
              <w:right w:w="80" w:type="dxa"/>
            </w:tcMar>
          </w:tcPr>
          <w:p w14:paraId="2DCCCE3B" w14:textId="77777777" w:rsidR="004C398A" w:rsidRPr="00087F49" w:rsidRDefault="00000000" w:rsidP="00A217B4">
            <w:pPr>
              <w:jc w:val="both"/>
              <w:rPr>
                <w:rFonts w:cs="Arial"/>
                <w:szCs w:val="18"/>
              </w:rPr>
            </w:pPr>
            <w:r w:rsidRPr="00087F49">
              <w:rPr>
                <w:rFonts w:cs="Arial"/>
                <w:szCs w:val="18"/>
              </w:rPr>
              <w:t>____________________________________________</w:t>
            </w:r>
          </w:p>
        </w:tc>
      </w:tr>
    </w:tbl>
    <w:p w14:paraId="04E90834" w14:textId="77777777" w:rsidR="004C398A" w:rsidRPr="00087F49" w:rsidRDefault="00000000" w:rsidP="00A217B4">
      <w:pPr>
        <w:jc w:val="both"/>
        <w:rPr>
          <w:rFonts w:cs="Arial"/>
          <w:szCs w:val="18"/>
        </w:rPr>
      </w:pPr>
      <w:r w:rsidRPr="00087F49">
        <w:rPr>
          <w:rFonts w:cs="Arial"/>
          <w:szCs w:val="18"/>
        </w:rPr>
        <w:br w:type="page"/>
      </w:r>
    </w:p>
    <w:p w14:paraId="7AEC5AC0" w14:textId="77777777" w:rsidR="004C398A" w:rsidRPr="00087F49" w:rsidRDefault="00000000" w:rsidP="00A217B4">
      <w:pPr>
        <w:jc w:val="center"/>
        <w:rPr>
          <w:rFonts w:cs="Arial"/>
          <w:szCs w:val="18"/>
        </w:rPr>
      </w:pPr>
      <w:r w:rsidRPr="00087F49">
        <w:rPr>
          <w:rFonts w:cs="Arial"/>
          <w:b/>
          <w:szCs w:val="18"/>
        </w:rPr>
        <w:lastRenderedPageBreak/>
        <w:t>FORMATO No. 8</w:t>
      </w:r>
      <w:r w:rsidRPr="00087F49">
        <w:rPr>
          <w:rFonts w:cs="Arial"/>
          <w:b/>
          <w:szCs w:val="18"/>
        </w:rPr>
        <w:br/>
        <w:t>BENEFICIARIO DE CUENTA</w:t>
      </w:r>
    </w:p>
    <w:p w14:paraId="3555BD9D" w14:textId="77777777" w:rsidR="00A217B4" w:rsidRPr="00087F49" w:rsidRDefault="00A217B4" w:rsidP="00A217B4">
      <w:pPr>
        <w:jc w:val="both"/>
        <w:rPr>
          <w:rFonts w:cs="Arial"/>
          <w:b/>
          <w:szCs w:val="18"/>
        </w:rPr>
      </w:pPr>
    </w:p>
    <w:p w14:paraId="586269DD" w14:textId="6C05CB50"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528435B3" w14:textId="26E23A43" w:rsidR="004C398A" w:rsidRPr="00087F49" w:rsidRDefault="00000000" w:rsidP="00A217B4">
      <w:pPr>
        <w:jc w:val="both"/>
        <w:rPr>
          <w:rFonts w:cs="Arial"/>
          <w:szCs w:val="18"/>
        </w:rPr>
      </w:pPr>
      <w:r w:rsidRPr="00087F49">
        <w:rPr>
          <w:rFonts w:cs="Arial"/>
          <w:b/>
          <w:szCs w:val="18"/>
        </w:rPr>
        <w:t xml:space="preserve">OBJETO: </w:t>
      </w:r>
      <w:r w:rsidR="002B3815"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r w:rsidRPr="00087F49">
        <w:rPr>
          <w:rFonts w:cs="Arial"/>
          <w:szCs w:val="18"/>
        </w:rPr>
        <w:t>.</w:t>
      </w:r>
    </w:p>
    <w:tbl>
      <w:tblPr>
        <w:tblStyle w:val="Tablaconcuadrcula"/>
        <w:tblW w:w="0" w:type="auto"/>
        <w:jc w:val="center"/>
        <w:tblLook w:val="04A0" w:firstRow="1" w:lastRow="0" w:firstColumn="1" w:lastColumn="0" w:noHBand="0" w:noVBand="1"/>
      </w:tblPr>
      <w:tblGrid>
        <w:gridCol w:w="5107"/>
        <w:gridCol w:w="5107"/>
      </w:tblGrid>
      <w:tr w:rsidR="004C398A" w:rsidRPr="00087F49" w14:paraId="64A98FBB" w14:textId="77777777">
        <w:trPr>
          <w:jc w:val="center"/>
        </w:trPr>
        <w:tc>
          <w:tcPr>
            <w:tcW w:w="5112" w:type="dxa"/>
            <w:shd w:val="clear" w:color="auto" w:fill="D9EAF7"/>
            <w:tcMar>
              <w:top w:w="80" w:type="dxa"/>
              <w:left w:w="80" w:type="dxa"/>
              <w:bottom w:w="80" w:type="dxa"/>
              <w:right w:w="80" w:type="dxa"/>
            </w:tcMar>
          </w:tcPr>
          <w:p w14:paraId="350CFBE1" w14:textId="77777777" w:rsidR="004C398A" w:rsidRPr="00087F49" w:rsidRDefault="00000000" w:rsidP="00A217B4">
            <w:pPr>
              <w:jc w:val="both"/>
              <w:rPr>
                <w:rFonts w:cs="Arial"/>
                <w:szCs w:val="18"/>
              </w:rPr>
            </w:pPr>
            <w:r w:rsidRPr="00087F49">
              <w:rPr>
                <w:rFonts w:cs="Arial"/>
                <w:szCs w:val="18"/>
              </w:rPr>
              <w:t>Razón social / Nombre completo</w:t>
            </w:r>
          </w:p>
        </w:tc>
        <w:tc>
          <w:tcPr>
            <w:tcW w:w="5112" w:type="dxa"/>
            <w:tcMar>
              <w:top w:w="80" w:type="dxa"/>
              <w:left w:w="80" w:type="dxa"/>
              <w:bottom w:w="80" w:type="dxa"/>
              <w:right w:w="80" w:type="dxa"/>
            </w:tcMar>
          </w:tcPr>
          <w:p w14:paraId="4E27B723" w14:textId="77777777" w:rsidR="004C398A" w:rsidRPr="00087F49" w:rsidRDefault="004C398A" w:rsidP="00A217B4">
            <w:pPr>
              <w:jc w:val="both"/>
              <w:rPr>
                <w:rFonts w:cs="Arial"/>
                <w:szCs w:val="18"/>
              </w:rPr>
            </w:pPr>
          </w:p>
        </w:tc>
      </w:tr>
      <w:tr w:rsidR="004C398A" w:rsidRPr="00087F49" w14:paraId="669A1308" w14:textId="77777777">
        <w:trPr>
          <w:jc w:val="center"/>
        </w:trPr>
        <w:tc>
          <w:tcPr>
            <w:tcW w:w="5112" w:type="dxa"/>
            <w:shd w:val="clear" w:color="auto" w:fill="D9EAF7"/>
            <w:tcMar>
              <w:top w:w="80" w:type="dxa"/>
              <w:left w:w="80" w:type="dxa"/>
              <w:bottom w:w="80" w:type="dxa"/>
              <w:right w:w="80" w:type="dxa"/>
            </w:tcMar>
          </w:tcPr>
          <w:p w14:paraId="57FBE6DA" w14:textId="77777777" w:rsidR="004C398A" w:rsidRPr="00087F49" w:rsidRDefault="00000000" w:rsidP="00A217B4">
            <w:pPr>
              <w:jc w:val="both"/>
              <w:rPr>
                <w:rFonts w:cs="Arial"/>
                <w:szCs w:val="18"/>
              </w:rPr>
            </w:pPr>
            <w:r w:rsidRPr="00087F49">
              <w:rPr>
                <w:rFonts w:cs="Arial"/>
                <w:szCs w:val="18"/>
              </w:rPr>
              <w:t>NIT / C.C.</w:t>
            </w:r>
          </w:p>
        </w:tc>
        <w:tc>
          <w:tcPr>
            <w:tcW w:w="5112" w:type="dxa"/>
            <w:tcMar>
              <w:top w:w="80" w:type="dxa"/>
              <w:left w:w="80" w:type="dxa"/>
              <w:bottom w:w="80" w:type="dxa"/>
              <w:right w:w="80" w:type="dxa"/>
            </w:tcMar>
          </w:tcPr>
          <w:p w14:paraId="75D424F0" w14:textId="77777777" w:rsidR="004C398A" w:rsidRPr="00087F49" w:rsidRDefault="004C398A" w:rsidP="00A217B4">
            <w:pPr>
              <w:jc w:val="both"/>
              <w:rPr>
                <w:rFonts w:cs="Arial"/>
                <w:szCs w:val="18"/>
              </w:rPr>
            </w:pPr>
          </w:p>
        </w:tc>
      </w:tr>
      <w:tr w:rsidR="004C398A" w:rsidRPr="00087F49" w14:paraId="022FF321" w14:textId="77777777">
        <w:trPr>
          <w:jc w:val="center"/>
        </w:trPr>
        <w:tc>
          <w:tcPr>
            <w:tcW w:w="5112" w:type="dxa"/>
            <w:shd w:val="clear" w:color="auto" w:fill="D9EAF7"/>
            <w:tcMar>
              <w:top w:w="80" w:type="dxa"/>
              <w:left w:w="80" w:type="dxa"/>
              <w:bottom w:w="80" w:type="dxa"/>
              <w:right w:w="80" w:type="dxa"/>
            </w:tcMar>
          </w:tcPr>
          <w:p w14:paraId="3FD8FFE2" w14:textId="77777777" w:rsidR="004C398A" w:rsidRPr="00087F49" w:rsidRDefault="00000000" w:rsidP="00A217B4">
            <w:pPr>
              <w:jc w:val="both"/>
              <w:rPr>
                <w:rFonts w:cs="Arial"/>
                <w:szCs w:val="18"/>
              </w:rPr>
            </w:pPr>
            <w:r w:rsidRPr="00087F49">
              <w:rPr>
                <w:rFonts w:cs="Arial"/>
                <w:szCs w:val="18"/>
              </w:rPr>
              <w:t>Tipo de persona</w:t>
            </w:r>
          </w:p>
        </w:tc>
        <w:tc>
          <w:tcPr>
            <w:tcW w:w="5112" w:type="dxa"/>
            <w:tcMar>
              <w:top w:w="80" w:type="dxa"/>
              <w:left w:w="80" w:type="dxa"/>
              <w:bottom w:w="80" w:type="dxa"/>
              <w:right w:w="80" w:type="dxa"/>
            </w:tcMar>
          </w:tcPr>
          <w:p w14:paraId="02DD631D" w14:textId="77777777" w:rsidR="004C398A" w:rsidRPr="00087F49" w:rsidRDefault="004C398A" w:rsidP="00A217B4">
            <w:pPr>
              <w:jc w:val="both"/>
              <w:rPr>
                <w:rFonts w:cs="Arial"/>
                <w:szCs w:val="18"/>
              </w:rPr>
            </w:pPr>
          </w:p>
        </w:tc>
      </w:tr>
      <w:tr w:rsidR="004C398A" w:rsidRPr="00087F49" w14:paraId="4B3081FA" w14:textId="77777777">
        <w:trPr>
          <w:jc w:val="center"/>
        </w:trPr>
        <w:tc>
          <w:tcPr>
            <w:tcW w:w="5112" w:type="dxa"/>
            <w:shd w:val="clear" w:color="auto" w:fill="D9EAF7"/>
            <w:tcMar>
              <w:top w:w="80" w:type="dxa"/>
              <w:left w:w="80" w:type="dxa"/>
              <w:bottom w:w="80" w:type="dxa"/>
              <w:right w:w="80" w:type="dxa"/>
            </w:tcMar>
          </w:tcPr>
          <w:p w14:paraId="048EF72F" w14:textId="77777777" w:rsidR="004C398A" w:rsidRPr="00087F49" w:rsidRDefault="00000000" w:rsidP="00A217B4">
            <w:pPr>
              <w:jc w:val="both"/>
              <w:rPr>
                <w:rFonts w:cs="Arial"/>
                <w:szCs w:val="18"/>
              </w:rPr>
            </w:pPr>
            <w:r w:rsidRPr="00087F49">
              <w:rPr>
                <w:rFonts w:cs="Arial"/>
                <w:szCs w:val="18"/>
              </w:rPr>
              <w:t>Entidad bancaria</w:t>
            </w:r>
          </w:p>
        </w:tc>
        <w:tc>
          <w:tcPr>
            <w:tcW w:w="5112" w:type="dxa"/>
            <w:tcMar>
              <w:top w:w="80" w:type="dxa"/>
              <w:left w:w="80" w:type="dxa"/>
              <w:bottom w:w="80" w:type="dxa"/>
              <w:right w:w="80" w:type="dxa"/>
            </w:tcMar>
          </w:tcPr>
          <w:p w14:paraId="7BAD8767" w14:textId="77777777" w:rsidR="004C398A" w:rsidRPr="00087F49" w:rsidRDefault="004C398A" w:rsidP="00A217B4">
            <w:pPr>
              <w:jc w:val="both"/>
              <w:rPr>
                <w:rFonts w:cs="Arial"/>
                <w:szCs w:val="18"/>
              </w:rPr>
            </w:pPr>
          </w:p>
        </w:tc>
      </w:tr>
      <w:tr w:rsidR="004C398A" w:rsidRPr="00087F49" w14:paraId="7E8F0D49" w14:textId="77777777">
        <w:trPr>
          <w:jc w:val="center"/>
        </w:trPr>
        <w:tc>
          <w:tcPr>
            <w:tcW w:w="5112" w:type="dxa"/>
            <w:shd w:val="clear" w:color="auto" w:fill="D9EAF7"/>
            <w:tcMar>
              <w:top w:w="80" w:type="dxa"/>
              <w:left w:w="80" w:type="dxa"/>
              <w:bottom w:w="80" w:type="dxa"/>
              <w:right w:w="80" w:type="dxa"/>
            </w:tcMar>
          </w:tcPr>
          <w:p w14:paraId="1EF734B4" w14:textId="77777777" w:rsidR="004C398A" w:rsidRPr="00087F49" w:rsidRDefault="00000000" w:rsidP="00A217B4">
            <w:pPr>
              <w:jc w:val="both"/>
              <w:rPr>
                <w:rFonts w:cs="Arial"/>
                <w:szCs w:val="18"/>
              </w:rPr>
            </w:pPr>
            <w:r w:rsidRPr="00087F49">
              <w:rPr>
                <w:rFonts w:cs="Arial"/>
                <w:szCs w:val="18"/>
              </w:rPr>
              <w:t>Tipo de cuenta</w:t>
            </w:r>
          </w:p>
        </w:tc>
        <w:tc>
          <w:tcPr>
            <w:tcW w:w="5112" w:type="dxa"/>
            <w:tcMar>
              <w:top w:w="80" w:type="dxa"/>
              <w:left w:w="80" w:type="dxa"/>
              <w:bottom w:w="80" w:type="dxa"/>
              <w:right w:w="80" w:type="dxa"/>
            </w:tcMar>
          </w:tcPr>
          <w:p w14:paraId="0CADB1EA" w14:textId="77777777" w:rsidR="004C398A" w:rsidRPr="00087F49" w:rsidRDefault="004C398A" w:rsidP="00A217B4">
            <w:pPr>
              <w:jc w:val="both"/>
              <w:rPr>
                <w:rFonts w:cs="Arial"/>
                <w:szCs w:val="18"/>
              </w:rPr>
            </w:pPr>
          </w:p>
        </w:tc>
      </w:tr>
      <w:tr w:rsidR="004C398A" w:rsidRPr="00087F49" w14:paraId="1523E7AC" w14:textId="77777777">
        <w:trPr>
          <w:jc w:val="center"/>
        </w:trPr>
        <w:tc>
          <w:tcPr>
            <w:tcW w:w="5112" w:type="dxa"/>
            <w:shd w:val="clear" w:color="auto" w:fill="D9EAF7"/>
            <w:tcMar>
              <w:top w:w="80" w:type="dxa"/>
              <w:left w:w="80" w:type="dxa"/>
              <w:bottom w:w="80" w:type="dxa"/>
              <w:right w:w="80" w:type="dxa"/>
            </w:tcMar>
          </w:tcPr>
          <w:p w14:paraId="50FD9AF6" w14:textId="77777777" w:rsidR="004C398A" w:rsidRPr="00087F49" w:rsidRDefault="00000000" w:rsidP="00A217B4">
            <w:pPr>
              <w:jc w:val="both"/>
              <w:rPr>
                <w:rFonts w:cs="Arial"/>
                <w:szCs w:val="18"/>
              </w:rPr>
            </w:pPr>
            <w:r w:rsidRPr="00087F49">
              <w:rPr>
                <w:rFonts w:cs="Arial"/>
                <w:szCs w:val="18"/>
              </w:rPr>
              <w:t>Número de cuenta</w:t>
            </w:r>
          </w:p>
        </w:tc>
        <w:tc>
          <w:tcPr>
            <w:tcW w:w="5112" w:type="dxa"/>
            <w:tcMar>
              <w:top w:w="80" w:type="dxa"/>
              <w:left w:w="80" w:type="dxa"/>
              <w:bottom w:w="80" w:type="dxa"/>
              <w:right w:w="80" w:type="dxa"/>
            </w:tcMar>
          </w:tcPr>
          <w:p w14:paraId="2C2EA95C" w14:textId="77777777" w:rsidR="004C398A" w:rsidRPr="00087F49" w:rsidRDefault="004C398A" w:rsidP="00A217B4">
            <w:pPr>
              <w:jc w:val="both"/>
              <w:rPr>
                <w:rFonts w:cs="Arial"/>
                <w:szCs w:val="18"/>
              </w:rPr>
            </w:pPr>
          </w:p>
        </w:tc>
      </w:tr>
      <w:tr w:rsidR="004C398A" w:rsidRPr="00087F49" w14:paraId="3EE274B5" w14:textId="77777777">
        <w:trPr>
          <w:jc w:val="center"/>
        </w:trPr>
        <w:tc>
          <w:tcPr>
            <w:tcW w:w="5112" w:type="dxa"/>
            <w:shd w:val="clear" w:color="auto" w:fill="D9EAF7"/>
            <w:tcMar>
              <w:top w:w="80" w:type="dxa"/>
              <w:left w:w="80" w:type="dxa"/>
              <w:bottom w:w="80" w:type="dxa"/>
              <w:right w:w="80" w:type="dxa"/>
            </w:tcMar>
          </w:tcPr>
          <w:p w14:paraId="1D7B5C45" w14:textId="77777777" w:rsidR="004C398A" w:rsidRPr="00087F49" w:rsidRDefault="00000000" w:rsidP="00A217B4">
            <w:pPr>
              <w:jc w:val="both"/>
              <w:rPr>
                <w:rFonts w:cs="Arial"/>
                <w:szCs w:val="18"/>
              </w:rPr>
            </w:pPr>
            <w:r w:rsidRPr="00087F49">
              <w:rPr>
                <w:rFonts w:cs="Arial"/>
                <w:szCs w:val="18"/>
              </w:rPr>
              <w:t>Titular de la cuenta</w:t>
            </w:r>
          </w:p>
        </w:tc>
        <w:tc>
          <w:tcPr>
            <w:tcW w:w="5112" w:type="dxa"/>
            <w:tcMar>
              <w:top w:w="80" w:type="dxa"/>
              <w:left w:w="80" w:type="dxa"/>
              <w:bottom w:w="80" w:type="dxa"/>
              <w:right w:w="80" w:type="dxa"/>
            </w:tcMar>
          </w:tcPr>
          <w:p w14:paraId="208F920B" w14:textId="77777777" w:rsidR="004C398A" w:rsidRPr="00087F49" w:rsidRDefault="004C398A" w:rsidP="00A217B4">
            <w:pPr>
              <w:jc w:val="both"/>
              <w:rPr>
                <w:rFonts w:cs="Arial"/>
                <w:szCs w:val="18"/>
              </w:rPr>
            </w:pPr>
          </w:p>
        </w:tc>
      </w:tr>
      <w:tr w:rsidR="004C398A" w:rsidRPr="00087F49" w14:paraId="0D9AC39A" w14:textId="77777777">
        <w:trPr>
          <w:jc w:val="center"/>
        </w:trPr>
        <w:tc>
          <w:tcPr>
            <w:tcW w:w="5112" w:type="dxa"/>
            <w:shd w:val="clear" w:color="auto" w:fill="D9EAF7"/>
            <w:tcMar>
              <w:top w:w="80" w:type="dxa"/>
              <w:left w:w="80" w:type="dxa"/>
              <w:bottom w:w="80" w:type="dxa"/>
              <w:right w:w="80" w:type="dxa"/>
            </w:tcMar>
          </w:tcPr>
          <w:p w14:paraId="10A40CE3" w14:textId="77777777" w:rsidR="004C398A" w:rsidRPr="00087F49" w:rsidRDefault="00000000" w:rsidP="00A217B4">
            <w:pPr>
              <w:jc w:val="both"/>
              <w:rPr>
                <w:rFonts w:cs="Arial"/>
                <w:szCs w:val="18"/>
              </w:rPr>
            </w:pPr>
            <w:r w:rsidRPr="00087F49">
              <w:rPr>
                <w:rFonts w:cs="Arial"/>
                <w:szCs w:val="18"/>
              </w:rPr>
              <w:t>Correo electrónico</w:t>
            </w:r>
          </w:p>
        </w:tc>
        <w:tc>
          <w:tcPr>
            <w:tcW w:w="5112" w:type="dxa"/>
            <w:tcMar>
              <w:top w:w="80" w:type="dxa"/>
              <w:left w:w="80" w:type="dxa"/>
              <w:bottom w:w="80" w:type="dxa"/>
              <w:right w:w="80" w:type="dxa"/>
            </w:tcMar>
          </w:tcPr>
          <w:p w14:paraId="008F1EBC" w14:textId="77777777" w:rsidR="004C398A" w:rsidRPr="00087F49" w:rsidRDefault="004C398A" w:rsidP="00A217B4">
            <w:pPr>
              <w:jc w:val="both"/>
              <w:rPr>
                <w:rFonts w:cs="Arial"/>
                <w:szCs w:val="18"/>
              </w:rPr>
            </w:pPr>
          </w:p>
        </w:tc>
      </w:tr>
      <w:tr w:rsidR="004C398A" w:rsidRPr="00087F49" w14:paraId="70FBEEBC" w14:textId="77777777">
        <w:trPr>
          <w:jc w:val="center"/>
        </w:trPr>
        <w:tc>
          <w:tcPr>
            <w:tcW w:w="5112" w:type="dxa"/>
            <w:shd w:val="clear" w:color="auto" w:fill="D9EAF7"/>
            <w:tcMar>
              <w:top w:w="80" w:type="dxa"/>
              <w:left w:w="80" w:type="dxa"/>
              <w:bottom w:w="80" w:type="dxa"/>
              <w:right w:w="80" w:type="dxa"/>
            </w:tcMar>
          </w:tcPr>
          <w:p w14:paraId="054EB25B" w14:textId="77777777" w:rsidR="004C398A" w:rsidRPr="00087F49" w:rsidRDefault="00000000" w:rsidP="00A217B4">
            <w:pPr>
              <w:jc w:val="both"/>
              <w:rPr>
                <w:rFonts w:cs="Arial"/>
                <w:szCs w:val="18"/>
              </w:rPr>
            </w:pPr>
            <w:r w:rsidRPr="00087F49">
              <w:rPr>
                <w:rFonts w:cs="Arial"/>
                <w:szCs w:val="18"/>
              </w:rPr>
              <w:t>Teléfono</w:t>
            </w:r>
          </w:p>
        </w:tc>
        <w:tc>
          <w:tcPr>
            <w:tcW w:w="5112" w:type="dxa"/>
            <w:tcMar>
              <w:top w:w="80" w:type="dxa"/>
              <w:left w:w="80" w:type="dxa"/>
              <w:bottom w:w="80" w:type="dxa"/>
              <w:right w:w="80" w:type="dxa"/>
            </w:tcMar>
          </w:tcPr>
          <w:p w14:paraId="371D1002" w14:textId="77777777" w:rsidR="004C398A" w:rsidRPr="00087F49" w:rsidRDefault="004C398A" w:rsidP="00A217B4">
            <w:pPr>
              <w:jc w:val="both"/>
              <w:rPr>
                <w:rFonts w:cs="Arial"/>
                <w:szCs w:val="18"/>
              </w:rPr>
            </w:pPr>
          </w:p>
        </w:tc>
      </w:tr>
      <w:tr w:rsidR="004C398A" w:rsidRPr="00087F49" w14:paraId="07B9CC31" w14:textId="77777777">
        <w:trPr>
          <w:jc w:val="center"/>
        </w:trPr>
        <w:tc>
          <w:tcPr>
            <w:tcW w:w="5112" w:type="dxa"/>
            <w:shd w:val="clear" w:color="auto" w:fill="D9EAF7"/>
            <w:tcMar>
              <w:top w:w="80" w:type="dxa"/>
              <w:left w:w="80" w:type="dxa"/>
              <w:bottom w:w="80" w:type="dxa"/>
              <w:right w:w="80" w:type="dxa"/>
            </w:tcMar>
          </w:tcPr>
          <w:p w14:paraId="0C0287E7" w14:textId="77777777" w:rsidR="004C398A" w:rsidRPr="00087F49" w:rsidRDefault="00000000" w:rsidP="00A217B4">
            <w:pPr>
              <w:jc w:val="both"/>
              <w:rPr>
                <w:rFonts w:cs="Arial"/>
                <w:szCs w:val="18"/>
              </w:rPr>
            </w:pPr>
            <w:r w:rsidRPr="00087F49">
              <w:rPr>
                <w:rFonts w:cs="Arial"/>
                <w:szCs w:val="18"/>
              </w:rPr>
              <w:t>Dirección</w:t>
            </w:r>
          </w:p>
        </w:tc>
        <w:tc>
          <w:tcPr>
            <w:tcW w:w="5112" w:type="dxa"/>
            <w:tcMar>
              <w:top w:w="80" w:type="dxa"/>
              <w:left w:w="80" w:type="dxa"/>
              <w:bottom w:w="80" w:type="dxa"/>
              <w:right w:w="80" w:type="dxa"/>
            </w:tcMar>
          </w:tcPr>
          <w:p w14:paraId="58246815" w14:textId="77777777" w:rsidR="004C398A" w:rsidRPr="00087F49" w:rsidRDefault="004C398A" w:rsidP="00A217B4">
            <w:pPr>
              <w:jc w:val="both"/>
              <w:rPr>
                <w:rFonts w:cs="Arial"/>
                <w:szCs w:val="18"/>
              </w:rPr>
            </w:pPr>
          </w:p>
        </w:tc>
      </w:tr>
    </w:tbl>
    <w:p w14:paraId="7DDB301D" w14:textId="77777777" w:rsidR="004C398A" w:rsidRPr="00087F49" w:rsidRDefault="00000000" w:rsidP="00A217B4">
      <w:pPr>
        <w:jc w:val="both"/>
        <w:rPr>
          <w:rFonts w:cs="Arial"/>
          <w:szCs w:val="18"/>
        </w:rPr>
      </w:pPr>
      <w:r w:rsidRPr="00087F49">
        <w:rPr>
          <w:rFonts w:cs="Arial"/>
          <w:szCs w:val="18"/>
        </w:rPr>
        <w:t>Declaro que la información bancaria aquí consignada es correcta y autorizo al Departamento del Valle del Cauca para utilizarla exclusivamente para los pagos derivados del contrato, en caso de resultar adjudicatario. Se deberá anexar certificación bancaria vigente.</w:t>
      </w:r>
    </w:p>
    <w:p w14:paraId="5CD1D134" w14:textId="77777777" w:rsidR="004C398A" w:rsidRPr="00087F49" w:rsidRDefault="00000000" w:rsidP="00A217B4">
      <w:pPr>
        <w:jc w:val="both"/>
        <w:rPr>
          <w:rFonts w:cs="Arial"/>
          <w:szCs w:val="18"/>
        </w:rPr>
      </w:pPr>
      <w:r w:rsidRPr="00087F49">
        <w:rPr>
          <w:rFonts w:cs="Arial"/>
          <w:szCs w:val="18"/>
        </w:rPr>
        <w:br/>
        <w:t>Atentamente,</w:t>
      </w:r>
    </w:p>
    <w:tbl>
      <w:tblPr>
        <w:tblW w:w="0" w:type="auto"/>
        <w:jc w:val="center"/>
        <w:tblLook w:val="04A0" w:firstRow="1" w:lastRow="0" w:firstColumn="1" w:lastColumn="0" w:noHBand="0" w:noVBand="1"/>
      </w:tblPr>
      <w:tblGrid>
        <w:gridCol w:w="5112"/>
        <w:gridCol w:w="5112"/>
      </w:tblGrid>
      <w:tr w:rsidR="004C398A" w:rsidRPr="00087F49" w14:paraId="4F903634" w14:textId="77777777">
        <w:trPr>
          <w:jc w:val="center"/>
        </w:trPr>
        <w:tc>
          <w:tcPr>
            <w:tcW w:w="5112" w:type="dxa"/>
            <w:tcMar>
              <w:top w:w="80" w:type="dxa"/>
              <w:left w:w="80" w:type="dxa"/>
              <w:bottom w:w="80" w:type="dxa"/>
              <w:right w:w="80" w:type="dxa"/>
            </w:tcMar>
          </w:tcPr>
          <w:p w14:paraId="78539DB7" w14:textId="77777777" w:rsidR="004C398A" w:rsidRPr="00087F49" w:rsidRDefault="00000000" w:rsidP="00A217B4">
            <w:pPr>
              <w:jc w:val="both"/>
              <w:rPr>
                <w:rFonts w:cs="Arial"/>
                <w:szCs w:val="18"/>
              </w:rPr>
            </w:pPr>
            <w:r w:rsidRPr="00087F49">
              <w:rPr>
                <w:rFonts w:cs="Arial"/>
                <w:szCs w:val="18"/>
              </w:rPr>
              <w:t>Nombre / Razón social</w:t>
            </w:r>
          </w:p>
        </w:tc>
        <w:tc>
          <w:tcPr>
            <w:tcW w:w="5112" w:type="dxa"/>
            <w:tcMar>
              <w:top w:w="80" w:type="dxa"/>
              <w:left w:w="80" w:type="dxa"/>
              <w:bottom w:w="80" w:type="dxa"/>
              <w:right w:w="80" w:type="dxa"/>
            </w:tcMar>
          </w:tcPr>
          <w:p w14:paraId="3AD66FEA"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69C30427" w14:textId="77777777">
        <w:trPr>
          <w:jc w:val="center"/>
        </w:trPr>
        <w:tc>
          <w:tcPr>
            <w:tcW w:w="5112" w:type="dxa"/>
            <w:tcMar>
              <w:top w:w="80" w:type="dxa"/>
              <w:left w:w="80" w:type="dxa"/>
              <w:bottom w:w="80" w:type="dxa"/>
              <w:right w:w="80" w:type="dxa"/>
            </w:tcMar>
          </w:tcPr>
          <w:p w14:paraId="6A7C4CB1" w14:textId="77777777" w:rsidR="004C398A" w:rsidRPr="00087F49" w:rsidRDefault="00000000" w:rsidP="00A217B4">
            <w:pPr>
              <w:jc w:val="both"/>
              <w:rPr>
                <w:rFonts w:cs="Arial"/>
                <w:szCs w:val="18"/>
              </w:rPr>
            </w:pPr>
            <w:r w:rsidRPr="00087F49">
              <w:rPr>
                <w:rFonts w:cs="Arial"/>
                <w:szCs w:val="18"/>
              </w:rPr>
              <w:t>C.C. / NIT</w:t>
            </w:r>
          </w:p>
        </w:tc>
        <w:tc>
          <w:tcPr>
            <w:tcW w:w="5112" w:type="dxa"/>
            <w:tcMar>
              <w:top w:w="80" w:type="dxa"/>
              <w:left w:w="80" w:type="dxa"/>
              <w:bottom w:w="80" w:type="dxa"/>
              <w:right w:w="80" w:type="dxa"/>
            </w:tcMar>
          </w:tcPr>
          <w:p w14:paraId="3D972068"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26A1D2AF" w14:textId="77777777">
        <w:trPr>
          <w:jc w:val="center"/>
        </w:trPr>
        <w:tc>
          <w:tcPr>
            <w:tcW w:w="5112" w:type="dxa"/>
            <w:tcMar>
              <w:top w:w="80" w:type="dxa"/>
              <w:left w:w="80" w:type="dxa"/>
              <w:bottom w:w="80" w:type="dxa"/>
              <w:right w:w="80" w:type="dxa"/>
            </w:tcMar>
          </w:tcPr>
          <w:p w14:paraId="79834C38" w14:textId="77777777" w:rsidR="004C398A" w:rsidRPr="00087F49" w:rsidRDefault="00000000" w:rsidP="00A217B4">
            <w:pPr>
              <w:jc w:val="both"/>
              <w:rPr>
                <w:rFonts w:cs="Arial"/>
                <w:szCs w:val="18"/>
              </w:rPr>
            </w:pPr>
            <w:r w:rsidRPr="00087F49">
              <w:rPr>
                <w:rFonts w:cs="Arial"/>
                <w:szCs w:val="18"/>
              </w:rPr>
              <w:t>Correo electrónico</w:t>
            </w:r>
          </w:p>
        </w:tc>
        <w:tc>
          <w:tcPr>
            <w:tcW w:w="5112" w:type="dxa"/>
            <w:tcMar>
              <w:top w:w="80" w:type="dxa"/>
              <w:left w:w="80" w:type="dxa"/>
              <w:bottom w:w="80" w:type="dxa"/>
              <w:right w:w="80" w:type="dxa"/>
            </w:tcMar>
          </w:tcPr>
          <w:p w14:paraId="3D0FEA71"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3EC4E724" w14:textId="77777777">
        <w:trPr>
          <w:jc w:val="center"/>
        </w:trPr>
        <w:tc>
          <w:tcPr>
            <w:tcW w:w="5112" w:type="dxa"/>
            <w:tcMar>
              <w:top w:w="80" w:type="dxa"/>
              <w:left w:w="80" w:type="dxa"/>
              <w:bottom w:w="80" w:type="dxa"/>
              <w:right w:w="80" w:type="dxa"/>
            </w:tcMar>
          </w:tcPr>
          <w:p w14:paraId="291C510D" w14:textId="77777777" w:rsidR="004C398A" w:rsidRPr="00087F49" w:rsidRDefault="00000000" w:rsidP="00A217B4">
            <w:pPr>
              <w:jc w:val="both"/>
              <w:rPr>
                <w:rFonts w:cs="Arial"/>
                <w:szCs w:val="18"/>
              </w:rPr>
            </w:pPr>
            <w:r w:rsidRPr="00087F49">
              <w:rPr>
                <w:rFonts w:cs="Arial"/>
                <w:szCs w:val="18"/>
              </w:rPr>
              <w:t>Firma</w:t>
            </w:r>
          </w:p>
        </w:tc>
        <w:tc>
          <w:tcPr>
            <w:tcW w:w="5112" w:type="dxa"/>
            <w:tcMar>
              <w:top w:w="80" w:type="dxa"/>
              <w:left w:w="80" w:type="dxa"/>
              <w:bottom w:w="80" w:type="dxa"/>
              <w:right w:w="80" w:type="dxa"/>
            </w:tcMar>
          </w:tcPr>
          <w:p w14:paraId="3E5E3285" w14:textId="77777777" w:rsidR="004C398A" w:rsidRPr="00087F49" w:rsidRDefault="00000000" w:rsidP="00A217B4">
            <w:pPr>
              <w:jc w:val="both"/>
              <w:rPr>
                <w:rFonts w:cs="Arial"/>
                <w:szCs w:val="18"/>
              </w:rPr>
            </w:pPr>
            <w:r w:rsidRPr="00087F49">
              <w:rPr>
                <w:rFonts w:cs="Arial"/>
                <w:szCs w:val="18"/>
              </w:rPr>
              <w:t>____________________________________________</w:t>
            </w:r>
          </w:p>
        </w:tc>
      </w:tr>
    </w:tbl>
    <w:p w14:paraId="22E42D37" w14:textId="77777777" w:rsidR="004C398A" w:rsidRPr="00087F49" w:rsidRDefault="00000000" w:rsidP="00A217B4">
      <w:pPr>
        <w:jc w:val="both"/>
        <w:rPr>
          <w:rFonts w:cs="Arial"/>
          <w:szCs w:val="18"/>
        </w:rPr>
      </w:pPr>
      <w:r w:rsidRPr="00087F49">
        <w:rPr>
          <w:rFonts w:cs="Arial"/>
          <w:szCs w:val="18"/>
        </w:rPr>
        <w:br w:type="page"/>
      </w:r>
    </w:p>
    <w:p w14:paraId="26A7685B" w14:textId="77777777" w:rsidR="004C398A" w:rsidRPr="00087F49" w:rsidRDefault="00000000" w:rsidP="00A217B4">
      <w:pPr>
        <w:jc w:val="center"/>
        <w:rPr>
          <w:rFonts w:cs="Arial"/>
          <w:b/>
          <w:szCs w:val="18"/>
        </w:rPr>
      </w:pPr>
      <w:r w:rsidRPr="00087F49">
        <w:rPr>
          <w:rFonts w:cs="Arial"/>
          <w:b/>
          <w:szCs w:val="18"/>
        </w:rPr>
        <w:lastRenderedPageBreak/>
        <w:t>FORMATO No. 9</w:t>
      </w:r>
      <w:r w:rsidRPr="00087F49">
        <w:rPr>
          <w:rFonts w:cs="Arial"/>
          <w:b/>
          <w:szCs w:val="18"/>
        </w:rPr>
        <w:br/>
        <w:t>CERTIFICACIÓN DE LISTAS RESTRICTIVAS Y ORIGEN LÍCITO DE RECURSOS</w:t>
      </w:r>
    </w:p>
    <w:p w14:paraId="09E8F278" w14:textId="77777777" w:rsidR="00A217B4" w:rsidRPr="00087F49" w:rsidRDefault="00A217B4" w:rsidP="00A217B4">
      <w:pPr>
        <w:jc w:val="center"/>
        <w:rPr>
          <w:rFonts w:cs="Arial"/>
          <w:szCs w:val="18"/>
        </w:rPr>
      </w:pPr>
    </w:p>
    <w:p w14:paraId="7F5B2892" w14:textId="77777777" w:rsidR="004C398A" w:rsidRPr="00087F49" w:rsidRDefault="00000000" w:rsidP="00A217B4">
      <w:pPr>
        <w:jc w:val="both"/>
        <w:rPr>
          <w:rFonts w:cs="Arial"/>
          <w:szCs w:val="18"/>
        </w:rPr>
      </w:pPr>
      <w:r w:rsidRPr="00087F49">
        <w:rPr>
          <w:rFonts w:cs="Arial"/>
          <w:b/>
          <w:szCs w:val="18"/>
        </w:rPr>
        <w:t xml:space="preserve">PROCESO: </w:t>
      </w:r>
      <w:r w:rsidRPr="00087F49">
        <w:rPr>
          <w:rFonts w:cs="Arial"/>
          <w:szCs w:val="18"/>
        </w:rPr>
        <w:t>Selección Abreviada de Menor Cuantía No. SETIC-SAMC-002-2026</w:t>
      </w:r>
    </w:p>
    <w:p w14:paraId="67306E1C" w14:textId="77777777" w:rsidR="004C398A" w:rsidRPr="00087F49" w:rsidRDefault="00000000" w:rsidP="00A217B4">
      <w:pPr>
        <w:jc w:val="both"/>
        <w:rPr>
          <w:rFonts w:cs="Arial"/>
          <w:szCs w:val="18"/>
        </w:rPr>
      </w:pPr>
      <w:r w:rsidRPr="00087F49">
        <w:rPr>
          <w:rFonts w:cs="Arial"/>
          <w:b/>
          <w:szCs w:val="18"/>
        </w:rPr>
        <w:t xml:space="preserve">OBJETO: </w:t>
      </w:r>
      <w:r w:rsidRPr="00087F49">
        <w:rPr>
          <w:rFonts w:cs="Arial"/>
          <w:szCs w:val="18"/>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47FD18CA" w14:textId="77777777" w:rsidR="004C398A" w:rsidRPr="00087F49" w:rsidRDefault="00000000" w:rsidP="00A217B4">
      <w:pPr>
        <w:jc w:val="both"/>
        <w:rPr>
          <w:rFonts w:cs="Arial"/>
          <w:szCs w:val="18"/>
        </w:rPr>
      </w:pPr>
      <w:r w:rsidRPr="00087F49">
        <w:rPr>
          <w:rFonts w:cs="Arial"/>
          <w:szCs w:val="18"/>
        </w:rPr>
        <w:t>Yo, ________________________________________, identificado con C.C. No. ____________________, actuando en nombre propio / como representante legal de ________________________________________, NIT ____________________, declaro bajo la gravedad del juramento que:</w:t>
      </w:r>
    </w:p>
    <w:p w14:paraId="53ACD772" w14:textId="77777777" w:rsidR="004C398A" w:rsidRPr="00087F49" w:rsidRDefault="00000000" w:rsidP="00A217B4">
      <w:pPr>
        <w:pStyle w:val="Listaconvietas"/>
        <w:jc w:val="both"/>
        <w:rPr>
          <w:rFonts w:cs="Arial"/>
          <w:szCs w:val="18"/>
        </w:rPr>
      </w:pPr>
      <w:r w:rsidRPr="00087F49">
        <w:rPr>
          <w:rFonts w:cs="Arial"/>
          <w:szCs w:val="18"/>
        </w:rPr>
        <w:t>Los recursos, bienes y fondos vinculados a la sociedad y a la eventual ejecución del contrato tienen origen lícito.</w:t>
      </w:r>
    </w:p>
    <w:p w14:paraId="28D216FE" w14:textId="77777777" w:rsidR="004C398A" w:rsidRPr="00087F49" w:rsidRDefault="00000000" w:rsidP="00A217B4">
      <w:pPr>
        <w:pStyle w:val="Listaconvietas"/>
        <w:jc w:val="both"/>
        <w:rPr>
          <w:rFonts w:cs="Arial"/>
          <w:szCs w:val="18"/>
        </w:rPr>
      </w:pPr>
      <w:r w:rsidRPr="00087F49">
        <w:rPr>
          <w:rFonts w:cs="Arial"/>
          <w:szCs w:val="18"/>
        </w:rPr>
        <w:t>La persona natural o jurídica, sus administradores y beneficiarios finales no se encuentran, a mi conocimiento y previa verificación razonable, incluidos en listas restrictivas o vinculantes aplicables en Colombia que impidan contratar o recibir pagos.</w:t>
      </w:r>
    </w:p>
    <w:p w14:paraId="1EC8DB4D" w14:textId="77777777" w:rsidR="004C398A" w:rsidRPr="00087F49" w:rsidRDefault="00000000" w:rsidP="00A217B4">
      <w:pPr>
        <w:pStyle w:val="Listaconvietas"/>
        <w:jc w:val="both"/>
        <w:rPr>
          <w:rFonts w:cs="Arial"/>
          <w:szCs w:val="18"/>
        </w:rPr>
      </w:pPr>
      <w:r w:rsidRPr="00087F49">
        <w:rPr>
          <w:rFonts w:cs="Arial"/>
          <w:szCs w:val="18"/>
        </w:rPr>
        <w:t>No utilizaremos el contrato para la realización, ocultamiento, manejo, inversión o aprovechamiento de dineros provenientes de actividades ilícitas.</w:t>
      </w:r>
    </w:p>
    <w:p w14:paraId="1A91E853" w14:textId="77777777" w:rsidR="004C398A" w:rsidRPr="00087F49" w:rsidRDefault="00000000" w:rsidP="00A217B4">
      <w:pPr>
        <w:pStyle w:val="Listaconvietas"/>
        <w:jc w:val="both"/>
        <w:rPr>
          <w:rFonts w:cs="Arial"/>
          <w:szCs w:val="18"/>
        </w:rPr>
      </w:pPr>
      <w:r w:rsidRPr="00087F49">
        <w:rPr>
          <w:rFonts w:cs="Arial"/>
          <w:szCs w:val="18"/>
        </w:rPr>
        <w:t>Autorizamos a la Entidad para efectuar las verificaciones de debida diligencia, SARLAFT y consulta de listas que resulten aplicables.</w:t>
      </w:r>
    </w:p>
    <w:p w14:paraId="6A8A7956" w14:textId="77777777" w:rsidR="004C398A" w:rsidRPr="00087F49" w:rsidRDefault="00000000" w:rsidP="00A217B4">
      <w:pPr>
        <w:pStyle w:val="Listaconvietas"/>
        <w:jc w:val="both"/>
        <w:rPr>
          <w:rFonts w:cs="Arial"/>
          <w:szCs w:val="18"/>
        </w:rPr>
      </w:pPr>
      <w:r w:rsidRPr="00087F49">
        <w:rPr>
          <w:rFonts w:cs="Arial"/>
          <w:szCs w:val="18"/>
        </w:rPr>
        <w:t>Nos comprometemos a informar cualquier modificación relevante de esta declaración durante el proceso y la ejecución contractual.</w:t>
      </w:r>
    </w:p>
    <w:p w14:paraId="5D5DD97E" w14:textId="77777777" w:rsidR="004C398A" w:rsidRPr="00087F49" w:rsidRDefault="00000000" w:rsidP="00A217B4">
      <w:pPr>
        <w:jc w:val="both"/>
        <w:rPr>
          <w:rFonts w:cs="Arial"/>
          <w:szCs w:val="18"/>
        </w:rPr>
      </w:pPr>
      <w:r w:rsidRPr="00087F49">
        <w:rPr>
          <w:rFonts w:cs="Arial"/>
          <w:szCs w:val="18"/>
        </w:rPr>
        <w:br/>
        <w:t>Atentamente,</w:t>
      </w:r>
    </w:p>
    <w:tbl>
      <w:tblPr>
        <w:tblW w:w="0" w:type="auto"/>
        <w:jc w:val="center"/>
        <w:tblLook w:val="04A0" w:firstRow="1" w:lastRow="0" w:firstColumn="1" w:lastColumn="0" w:noHBand="0" w:noVBand="1"/>
      </w:tblPr>
      <w:tblGrid>
        <w:gridCol w:w="5112"/>
        <w:gridCol w:w="5112"/>
      </w:tblGrid>
      <w:tr w:rsidR="004C398A" w:rsidRPr="00087F49" w14:paraId="663DE8BD" w14:textId="77777777">
        <w:trPr>
          <w:jc w:val="center"/>
        </w:trPr>
        <w:tc>
          <w:tcPr>
            <w:tcW w:w="5112" w:type="dxa"/>
            <w:tcMar>
              <w:top w:w="80" w:type="dxa"/>
              <w:left w:w="80" w:type="dxa"/>
              <w:bottom w:w="80" w:type="dxa"/>
              <w:right w:w="80" w:type="dxa"/>
            </w:tcMar>
          </w:tcPr>
          <w:p w14:paraId="746D9D46" w14:textId="77777777" w:rsidR="004C398A" w:rsidRPr="00087F49" w:rsidRDefault="00000000" w:rsidP="00A217B4">
            <w:pPr>
              <w:jc w:val="both"/>
              <w:rPr>
                <w:rFonts w:cs="Arial"/>
                <w:szCs w:val="18"/>
              </w:rPr>
            </w:pPr>
            <w:r w:rsidRPr="00087F49">
              <w:rPr>
                <w:rFonts w:cs="Arial"/>
                <w:szCs w:val="18"/>
              </w:rPr>
              <w:t>Nombre / Razón social</w:t>
            </w:r>
          </w:p>
        </w:tc>
        <w:tc>
          <w:tcPr>
            <w:tcW w:w="5112" w:type="dxa"/>
            <w:tcMar>
              <w:top w:w="80" w:type="dxa"/>
              <w:left w:w="80" w:type="dxa"/>
              <w:bottom w:w="80" w:type="dxa"/>
              <w:right w:w="80" w:type="dxa"/>
            </w:tcMar>
          </w:tcPr>
          <w:p w14:paraId="2C3772DA"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13829DD2" w14:textId="77777777">
        <w:trPr>
          <w:jc w:val="center"/>
        </w:trPr>
        <w:tc>
          <w:tcPr>
            <w:tcW w:w="5112" w:type="dxa"/>
            <w:tcMar>
              <w:top w:w="80" w:type="dxa"/>
              <w:left w:w="80" w:type="dxa"/>
              <w:bottom w:w="80" w:type="dxa"/>
              <w:right w:w="80" w:type="dxa"/>
            </w:tcMar>
          </w:tcPr>
          <w:p w14:paraId="701688CD" w14:textId="77777777" w:rsidR="004C398A" w:rsidRPr="00087F49" w:rsidRDefault="00000000" w:rsidP="00A217B4">
            <w:pPr>
              <w:jc w:val="both"/>
              <w:rPr>
                <w:rFonts w:cs="Arial"/>
                <w:szCs w:val="18"/>
              </w:rPr>
            </w:pPr>
            <w:r w:rsidRPr="00087F49">
              <w:rPr>
                <w:rFonts w:cs="Arial"/>
                <w:szCs w:val="18"/>
              </w:rPr>
              <w:t>C.C. / NIT</w:t>
            </w:r>
          </w:p>
        </w:tc>
        <w:tc>
          <w:tcPr>
            <w:tcW w:w="5112" w:type="dxa"/>
            <w:tcMar>
              <w:top w:w="80" w:type="dxa"/>
              <w:left w:w="80" w:type="dxa"/>
              <w:bottom w:w="80" w:type="dxa"/>
              <w:right w:w="80" w:type="dxa"/>
            </w:tcMar>
          </w:tcPr>
          <w:p w14:paraId="2B8B2120"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7640F35A" w14:textId="77777777">
        <w:trPr>
          <w:jc w:val="center"/>
        </w:trPr>
        <w:tc>
          <w:tcPr>
            <w:tcW w:w="5112" w:type="dxa"/>
            <w:tcMar>
              <w:top w:w="80" w:type="dxa"/>
              <w:left w:w="80" w:type="dxa"/>
              <w:bottom w:w="80" w:type="dxa"/>
              <w:right w:w="80" w:type="dxa"/>
            </w:tcMar>
          </w:tcPr>
          <w:p w14:paraId="14ED48EC" w14:textId="77777777" w:rsidR="004C398A" w:rsidRPr="00087F49" w:rsidRDefault="00000000" w:rsidP="00A217B4">
            <w:pPr>
              <w:jc w:val="both"/>
              <w:rPr>
                <w:rFonts w:cs="Arial"/>
                <w:szCs w:val="18"/>
              </w:rPr>
            </w:pPr>
            <w:r w:rsidRPr="00087F49">
              <w:rPr>
                <w:rFonts w:cs="Arial"/>
                <w:szCs w:val="18"/>
              </w:rPr>
              <w:t>Correo electrónico</w:t>
            </w:r>
          </w:p>
        </w:tc>
        <w:tc>
          <w:tcPr>
            <w:tcW w:w="5112" w:type="dxa"/>
            <w:tcMar>
              <w:top w:w="80" w:type="dxa"/>
              <w:left w:w="80" w:type="dxa"/>
              <w:bottom w:w="80" w:type="dxa"/>
              <w:right w:w="80" w:type="dxa"/>
            </w:tcMar>
          </w:tcPr>
          <w:p w14:paraId="6E135215" w14:textId="77777777" w:rsidR="004C398A" w:rsidRPr="00087F49" w:rsidRDefault="00000000" w:rsidP="00A217B4">
            <w:pPr>
              <w:jc w:val="both"/>
              <w:rPr>
                <w:rFonts w:cs="Arial"/>
                <w:szCs w:val="18"/>
              </w:rPr>
            </w:pPr>
            <w:r w:rsidRPr="00087F49">
              <w:rPr>
                <w:rFonts w:cs="Arial"/>
                <w:szCs w:val="18"/>
              </w:rPr>
              <w:t>____________________________________________</w:t>
            </w:r>
          </w:p>
        </w:tc>
      </w:tr>
      <w:tr w:rsidR="004C398A" w:rsidRPr="00087F49" w14:paraId="2464EC2A" w14:textId="77777777">
        <w:trPr>
          <w:jc w:val="center"/>
        </w:trPr>
        <w:tc>
          <w:tcPr>
            <w:tcW w:w="5112" w:type="dxa"/>
            <w:tcMar>
              <w:top w:w="80" w:type="dxa"/>
              <w:left w:w="80" w:type="dxa"/>
              <w:bottom w:w="80" w:type="dxa"/>
              <w:right w:w="80" w:type="dxa"/>
            </w:tcMar>
          </w:tcPr>
          <w:p w14:paraId="34C4A9F9" w14:textId="77777777" w:rsidR="004C398A" w:rsidRPr="00087F49" w:rsidRDefault="00000000" w:rsidP="00A217B4">
            <w:pPr>
              <w:jc w:val="both"/>
              <w:rPr>
                <w:rFonts w:cs="Arial"/>
                <w:szCs w:val="18"/>
              </w:rPr>
            </w:pPr>
            <w:r w:rsidRPr="00087F49">
              <w:rPr>
                <w:rFonts w:cs="Arial"/>
                <w:szCs w:val="18"/>
              </w:rPr>
              <w:t>Firma</w:t>
            </w:r>
          </w:p>
        </w:tc>
        <w:tc>
          <w:tcPr>
            <w:tcW w:w="5112" w:type="dxa"/>
            <w:tcMar>
              <w:top w:w="80" w:type="dxa"/>
              <w:left w:w="80" w:type="dxa"/>
              <w:bottom w:w="80" w:type="dxa"/>
              <w:right w:w="80" w:type="dxa"/>
            </w:tcMar>
          </w:tcPr>
          <w:p w14:paraId="77B98D0C" w14:textId="77777777" w:rsidR="004C398A" w:rsidRPr="00087F49" w:rsidRDefault="00000000" w:rsidP="00A217B4">
            <w:pPr>
              <w:jc w:val="both"/>
              <w:rPr>
                <w:rFonts w:cs="Arial"/>
                <w:szCs w:val="18"/>
              </w:rPr>
            </w:pPr>
            <w:r w:rsidRPr="00087F49">
              <w:rPr>
                <w:rFonts w:cs="Arial"/>
                <w:szCs w:val="18"/>
              </w:rPr>
              <w:t>____________________________________________</w:t>
            </w:r>
          </w:p>
        </w:tc>
      </w:tr>
    </w:tbl>
    <w:p w14:paraId="7020A2AC" w14:textId="71287F3E" w:rsidR="004C398A" w:rsidRPr="00087F49" w:rsidRDefault="004C398A" w:rsidP="00A217B4">
      <w:pPr>
        <w:jc w:val="both"/>
        <w:rPr>
          <w:rFonts w:cs="Arial"/>
          <w:szCs w:val="18"/>
        </w:rPr>
      </w:pPr>
    </w:p>
    <w:sectPr w:rsidR="004C398A" w:rsidRPr="00087F49" w:rsidSect="00034616">
      <w:footerReference w:type="default" r:id="rId8"/>
      <w:pgSz w:w="12240" w:h="15840"/>
      <w:pgMar w:top="864" w:right="1008" w:bottom="86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64A1D" w14:textId="77777777" w:rsidR="002E2F64" w:rsidRPr="00087F49" w:rsidRDefault="002E2F64">
      <w:pPr>
        <w:spacing w:after="0" w:line="240" w:lineRule="auto"/>
      </w:pPr>
      <w:r w:rsidRPr="00087F49">
        <w:separator/>
      </w:r>
    </w:p>
  </w:endnote>
  <w:endnote w:type="continuationSeparator" w:id="0">
    <w:p w14:paraId="55FAE230" w14:textId="77777777" w:rsidR="002E2F64" w:rsidRPr="00087F49" w:rsidRDefault="002E2F64">
      <w:pPr>
        <w:spacing w:after="0" w:line="240" w:lineRule="auto"/>
      </w:pPr>
      <w:r w:rsidRPr="00087F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E012" w14:textId="5AC29A38" w:rsidR="004C398A" w:rsidRPr="00087F49" w:rsidRDefault="004C398A">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64610" w14:textId="77777777" w:rsidR="002E2F64" w:rsidRPr="00087F49" w:rsidRDefault="002E2F64">
      <w:pPr>
        <w:spacing w:after="0" w:line="240" w:lineRule="auto"/>
      </w:pPr>
      <w:r w:rsidRPr="00087F49">
        <w:separator/>
      </w:r>
    </w:p>
  </w:footnote>
  <w:footnote w:type="continuationSeparator" w:id="0">
    <w:p w14:paraId="0E7765B4" w14:textId="77777777" w:rsidR="002E2F64" w:rsidRPr="00087F49" w:rsidRDefault="002E2F64">
      <w:pPr>
        <w:spacing w:after="0" w:line="240" w:lineRule="auto"/>
      </w:pPr>
      <w:r w:rsidRPr="00087F4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757797428">
    <w:abstractNumId w:val="8"/>
  </w:num>
  <w:num w:numId="2" w16cid:durableId="108353055">
    <w:abstractNumId w:val="6"/>
  </w:num>
  <w:num w:numId="3" w16cid:durableId="2026710734">
    <w:abstractNumId w:val="5"/>
  </w:num>
  <w:num w:numId="4" w16cid:durableId="428892857">
    <w:abstractNumId w:val="4"/>
  </w:num>
  <w:num w:numId="5" w16cid:durableId="136536014">
    <w:abstractNumId w:val="7"/>
  </w:num>
  <w:num w:numId="6" w16cid:durableId="1655602927">
    <w:abstractNumId w:val="3"/>
  </w:num>
  <w:num w:numId="7" w16cid:durableId="1695643936">
    <w:abstractNumId w:val="2"/>
  </w:num>
  <w:num w:numId="8" w16cid:durableId="1344550304">
    <w:abstractNumId w:val="1"/>
  </w:num>
  <w:num w:numId="9" w16cid:durableId="1462650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7F49"/>
    <w:rsid w:val="0015074B"/>
    <w:rsid w:val="00192DBA"/>
    <w:rsid w:val="0029639D"/>
    <w:rsid w:val="002B3815"/>
    <w:rsid w:val="002C109A"/>
    <w:rsid w:val="002E2F64"/>
    <w:rsid w:val="00326F90"/>
    <w:rsid w:val="00445546"/>
    <w:rsid w:val="004C398A"/>
    <w:rsid w:val="00595BBE"/>
    <w:rsid w:val="00684086"/>
    <w:rsid w:val="00694CE0"/>
    <w:rsid w:val="00750C1A"/>
    <w:rsid w:val="00832D4F"/>
    <w:rsid w:val="00A217B4"/>
    <w:rsid w:val="00A53B91"/>
    <w:rsid w:val="00A55B32"/>
    <w:rsid w:val="00A95092"/>
    <w:rsid w:val="00AA1D8D"/>
    <w:rsid w:val="00AF4D4F"/>
    <w:rsid w:val="00B47730"/>
    <w:rsid w:val="00C456BC"/>
    <w:rsid w:val="00CA0D4E"/>
    <w:rsid w:val="00CB0664"/>
    <w:rsid w:val="00DA3B02"/>
    <w:rsid w:val="00EF57E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B09119"/>
  <w14:defaultImageDpi w14:val="300"/>
  <w15:docId w15:val="{8919E2D5-A352-A84C-9502-10E527906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sz w:val="18"/>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aconcuadrculaclara">
    <w:name w:val="Grid Table Light"/>
    <w:basedOn w:val="Tablanormal"/>
    <w:uiPriority w:val="99"/>
    <w:rsid w:val="00A217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2492</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Marcela Martinez Domínguez</cp:lastModifiedBy>
  <cp:revision>16</cp:revision>
  <dcterms:created xsi:type="dcterms:W3CDTF">2026-10-17T19:00:00Z</dcterms:created>
  <dcterms:modified xsi:type="dcterms:W3CDTF">2026-10-17T20:03:00Z</dcterms:modified>
  <cp:category/>
</cp:coreProperties>
</file>