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55692" w14:textId="45BAB36E" w:rsidR="0063683B" w:rsidRDefault="0063683B">
      <w:pPr>
        <w:spacing w:after="360"/>
      </w:pPr>
    </w:p>
    <w:p w14:paraId="45E70EFB" w14:textId="77777777" w:rsidR="0063683B" w:rsidRPr="001A3AA4" w:rsidRDefault="00DE4186">
      <w:pPr>
        <w:spacing w:after="360"/>
        <w:jc w:val="center"/>
        <w:rPr>
          <w:lang w:val="es-CO"/>
        </w:rPr>
      </w:pPr>
      <w:r w:rsidRPr="001A3AA4">
        <w:rPr>
          <w:rFonts w:ascii="Arial" w:hAnsi="Arial" w:cs="Arial"/>
          <w:b/>
          <w:sz w:val="24"/>
          <w:lang w:val="es-CO"/>
        </w:rPr>
        <w:t>FORMATO 10 – VINCULACIÓN DE PERSONAS CON DISCAPACIDAD</w:t>
      </w:r>
    </w:p>
    <w:p w14:paraId="4C369B42" w14:textId="77777777" w:rsidR="0063683B" w:rsidRPr="001A3AA4" w:rsidRDefault="00DE4186">
      <w:pPr>
        <w:spacing w:after="40"/>
        <w:rPr>
          <w:lang w:val="es-CO"/>
        </w:rPr>
      </w:pPr>
      <w:r w:rsidRPr="001A3AA4">
        <w:rPr>
          <w:rFonts w:ascii="Arial" w:hAnsi="Arial" w:cs="Arial"/>
          <w:lang w:val="es-CO"/>
        </w:rPr>
        <w:t>Señores</w:t>
      </w:r>
    </w:p>
    <w:p w14:paraId="65EF1847" w14:textId="77777777" w:rsidR="0063683B" w:rsidRPr="001A3AA4" w:rsidRDefault="00DE4186">
      <w:pPr>
        <w:spacing w:after="40"/>
        <w:rPr>
          <w:lang w:val="es-CO"/>
        </w:rPr>
      </w:pPr>
      <w:r w:rsidRPr="001A3AA4">
        <w:rPr>
          <w:rFonts w:ascii="Arial" w:hAnsi="Arial" w:cs="Arial"/>
          <w:b/>
          <w:lang w:val="es-CO"/>
        </w:rPr>
        <w:t>DISTRISEGURIDAD</w:t>
      </w:r>
    </w:p>
    <w:p w14:paraId="20834BD0" w14:textId="77777777" w:rsidR="0063683B" w:rsidRPr="001A3AA4" w:rsidRDefault="00DE4186">
      <w:pPr>
        <w:spacing w:after="40"/>
        <w:rPr>
          <w:lang w:val="es-CO"/>
        </w:rPr>
      </w:pPr>
      <w:r w:rsidRPr="001A3AA4">
        <w:rPr>
          <w:rFonts w:ascii="Arial" w:hAnsi="Arial" w:cs="Arial"/>
          <w:lang w:val="es-CO"/>
        </w:rPr>
        <w:t>Distrito Turístico y Cultural de Cartagena de Indias</w:t>
      </w:r>
    </w:p>
    <w:p w14:paraId="6800333E" w14:textId="77777777" w:rsidR="0063683B" w:rsidRPr="001A3AA4" w:rsidRDefault="00DE4186">
      <w:pPr>
        <w:spacing w:after="40"/>
        <w:rPr>
          <w:lang w:val="es-CO"/>
        </w:rPr>
      </w:pPr>
      <w:r w:rsidRPr="001A3AA4">
        <w:rPr>
          <w:rFonts w:ascii="Arial" w:hAnsi="Arial" w:cs="Arial"/>
          <w:lang w:val="es-CO"/>
        </w:rPr>
        <w:t>Carrera 13B # 26-78, Edificio Inteligente, Playón del Blanco</w:t>
      </w:r>
    </w:p>
    <w:p w14:paraId="6ABAB2B4" w14:textId="77777777" w:rsidR="0063683B" w:rsidRPr="001A3AA4" w:rsidRDefault="00DE4186">
      <w:pPr>
        <w:spacing w:after="40"/>
        <w:rPr>
          <w:lang w:val="es-CO"/>
        </w:rPr>
      </w:pPr>
      <w:r w:rsidRPr="001A3AA4">
        <w:rPr>
          <w:rFonts w:ascii="Arial" w:hAnsi="Arial" w:cs="Arial"/>
          <w:lang w:val="es-CO"/>
        </w:rPr>
        <w:t>Cartagena de Indias, D.T. y C.</w:t>
      </w:r>
    </w:p>
    <w:p w14:paraId="176693C9" w14:textId="77777777" w:rsidR="0063683B" w:rsidRPr="001A3AA4" w:rsidRDefault="00DE4186">
      <w:pPr>
        <w:spacing w:after="320"/>
        <w:rPr>
          <w:lang w:val="es-CO"/>
        </w:rPr>
      </w:pPr>
      <w:r w:rsidRPr="001A3AA4">
        <w:rPr>
          <w:rFonts w:ascii="Arial" w:hAnsi="Arial" w:cs="Arial"/>
          <w:lang w:val="es-CO"/>
        </w:rPr>
        <w:t>Colombia</w:t>
      </w:r>
    </w:p>
    <w:p w14:paraId="55404B2D" w14:textId="77777777" w:rsidR="0063683B" w:rsidRPr="001A3AA4" w:rsidRDefault="00DE4186">
      <w:pPr>
        <w:spacing w:after="80"/>
        <w:rPr>
          <w:lang w:val="es-CO"/>
        </w:rPr>
      </w:pPr>
      <w:r w:rsidRPr="001A3AA4">
        <w:rPr>
          <w:rFonts w:ascii="Arial" w:hAnsi="Arial" w:cs="Arial"/>
          <w:b/>
          <w:lang w:val="es-CO"/>
        </w:rPr>
        <w:t xml:space="preserve">REFERENCIA: </w:t>
      </w:r>
      <w:r w:rsidRPr="001A3AA4">
        <w:rPr>
          <w:rFonts w:ascii="Arial" w:hAnsi="Arial" w:cs="Arial"/>
          <w:lang w:val="es-CO"/>
        </w:rPr>
        <w:t>Proceso de Selección No._____________________</w:t>
      </w:r>
    </w:p>
    <w:p w14:paraId="1E90F04A" w14:textId="77777777" w:rsidR="0063683B" w:rsidRPr="001A3AA4" w:rsidRDefault="00DE4186" w:rsidP="008D1A97">
      <w:pPr>
        <w:spacing w:before="200" w:after="320"/>
        <w:jc w:val="both"/>
        <w:rPr>
          <w:lang w:val="es-CO"/>
        </w:rPr>
      </w:pPr>
      <w:r w:rsidRPr="001A3AA4">
        <w:rPr>
          <w:rFonts w:ascii="Arial" w:hAnsi="Arial" w:cs="Arial"/>
          <w:b/>
          <w:lang w:val="es-CO"/>
        </w:rPr>
        <w:t>OBJETO: PRESTACIÓN DE SERVICIOS PARA LA DEPURACIÓN, ORGANIZACIÓN, PRESERVACIÓN, DISPOSICIÓN FINAL Y VALORACIÓN DEL SISTEMA DE GESTIÓN DOCUMENTAL DE DISTRISEGURIDAD EN EL MARCO DEL PROYECTO FORTALECIMIENTO DE LA SEGURIDAD EN LAS PLAYAS DEL DISTRITO DE CARTAGENA DE INDIAS BPIN 2024130010023</w:t>
      </w:r>
    </w:p>
    <w:p w14:paraId="395F12C9" w14:textId="77777777" w:rsidR="0063683B" w:rsidRPr="001A3AA4" w:rsidRDefault="00DE4186" w:rsidP="008D1A97">
      <w:pPr>
        <w:jc w:val="both"/>
        <w:rPr>
          <w:lang w:val="es-CO"/>
        </w:rPr>
      </w:pPr>
      <w:r w:rsidRPr="001A3AA4">
        <w:rPr>
          <w:rFonts w:ascii="Arial" w:hAnsi="Arial" w:cs="Arial"/>
          <w:lang w:val="es-CO"/>
        </w:rPr>
        <w:t>Estimados señores:</w:t>
      </w:r>
    </w:p>
    <w:p w14:paraId="0F6082F0" w14:textId="77777777" w:rsidR="0063683B" w:rsidRPr="001A3AA4" w:rsidRDefault="00DE4186" w:rsidP="008D1A97">
      <w:pPr>
        <w:spacing w:after="280"/>
        <w:jc w:val="both"/>
        <w:rPr>
          <w:lang w:val="es-CO"/>
        </w:rPr>
      </w:pPr>
      <w:r w:rsidRPr="001A3AA4">
        <w:rPr>
          <w:rFonts w:ascii="Arial" w:hAnsi="Arial" w:cs="Arial"/>
          <w:shd w:val="clear" w:color="auto" w:fill="D9D9D9"/>
          <w:lang w:val="es-CO"/>
        </w:rPr>
        <w:t>[Incluir el nombre de la persona natural, el representante legal de la persona jurídica o el revisor fiscal, según corresponda]</w:t>
      </w:r>
      <w:r w:rsidRPr="001A3AA4">
        <w:rPr>
          <w:rFonts w:ascii="Arial" w:hAnsi="Arial" w:cs="Arial"/>
          <w:lang w:val="es-CO"/>
        </w:rPr>
        <w:t xml:space="preserve"> identificado con </w:t>
      </w:r>
      <w:r w:rsidRPr="001A3AA4">
        <w:rPr>
          <w:rFonts w:ascii="Arial" w:hAnsi="Arial" w:cs="Arial"/>
          <w:shd w:val="clear" w:color="auto" w:fill="D9D9D9"/>
          <w:lang w:val="es-CO"/>
        </w:rPr>
        <w:t>[Incluir el número de identificación]</w:t>
      </w:r>
      <w:r w:rsidRPr="001A3AA4">
        <w:rPr>
          <w:rFonts w:ascii="Arial" w:hAnsi="Arial" w:cs="Arial"/>
          <w:lang w:val="es-CO"/>
        </w:rPr>
        <w:t xml:space="preserve">, en mi condición de </w:t>
      </w:r>
      <w:r w:rsidRPr="001A3AA4">
        <w:rPr>
          <w:rFonts w:ascii="Arial" w:hAnsi="Arial" w:cs="Arial"/>
          <w:shd w:val="clear" w:color="auto" w:fill="D9D9D9"/>
          <w:lang w:val="es-CO"/>
        </w:rPr>
        <w:t>[Indicar si actúa como representante legal o revisor fiscal]</w:t>
      </w:r>
      <w:r w:rsidRPr="001A3AA4">
        <w:rPr>
          <w:rFonts w:ascii="Arial" w:hAnsi="Arial" w:cs="Arial"/>
          <w:lang w:val="es-CO"/>
        </w:rPr>
        <w:t xml:space="preserve"> de </w:t>
      </w:r>
      <w:r w:rsidRPr="001A3AA4">
        <w:rPr>
          <w:rFonts w:ascii="Arial" w:hAnsi="Arial" w:cs="Arial"/>
          <w:shd w:val="clear" w:color="auto" w:fill="D9D9D9"/>
          <w:lang w:val="es-CO"/>
        </w:rPr>
        <w:t>[Incluir la razón social de la persona jurídica]</w:t>
      </w:r>
      <w:r w:rsidRPr="001A3AA4">
        <w:rPr>
          <w:rFonts w:ascii="Arial" w:hAnsi="Arial" w:cs="Arial"/>
          <w:lang w:val="es-CO"/>
        </w:rPr>
        <w:t xml:space="preserve"> identificada con el NIT </w:t>
      </w:r>
      <w:r w:rsidRPr="001A3AA4">
        <w:rPr>
          <w:rFonts w:ascii="Arial" w:hAnsi="Arial" w:cs="Arial"/>
          <w:shd w:val="clear" w:color="auto" w:fill="D9D9D9"/>
          <w:lang w:val="es-CO"/>
        </w:rPr>
        <w:t>[Incluir el NIT]</w:t>
      </w:r>
      <w:r w:rsidRPr="001A3AA4">
        <w:rPr>
          <w:rFonts w:ascii="Arial" w:hAnsi="Arial" w:cs="Arial"/>
          <w:lang w:val="es-CO"/>
        </w:rPr>
        <w:t xml:space="preserve"> certifico que el número total de trabajadores vinculados a la planta de personal a la fecha de cierre del Proceso de Selección es el que se relaciona a continuación: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63683B" w:rsidRPr="001A3AA4" w14:paraId="37EBFA1A" w14:textId="77777777">
        <w:trPr>
          <w:jc w:val="center"/>
        </w:trPr>
        <w:tc>
          <w:tcPr>
            <w:tcW w:w="4680" w:type="dxa"/>
          </w:tcPr>
          <w:p w14:paraId="048BE378" w14:textId="77777777" w:rsidR="0063683B" w:rsidRPr="001A3AA4" w:rsidRDefault="00DE4186" w:rsidP="008D1A97">
            <w:pPr>
              <w:jc w:val="both"/>
              <w:rPr>
                <w:lang w:val="es-CO"/>
              </w:rPr>
            </w:pPr>
            <w:r w:rsidRPr="001A3AA4">
              <w:rPr>
                <w:rFonts w:ascii="Arial" w:hAnsi="Arial" w:cs="Arial"/>
                <w:b/>
                <w:lang w:val="es-CO"/>
              </w:rPr>
              <w:t>Número total de trabajadores</w:t>
            </w:r>
            <w:r w:rsidRPr="001A3AA4">
              <w:rPr>
                <w:rFonts w:ascii="Arial" w:hAnsi="Arial" w:cs="Arial"/>
                <w:b/>
                <w:lang w:val="es-CO"/>
              </w:rPr>
              <w:br/>
              <w:t>vinculados a la planta de personal</w:t>
            </w:r>
          </w:p>
        </w:tc>
        <w:tc>
          <w:tcPr>
            <w:tcW w:w="4680" w:type="dxa"/>
          </w:tcPr>
          <w:p w14:paraId="05A22181" w14:textId="77777777" w:rsidR="0063683B" w:rsidRPr="001A3AA4" w:rsidRDefault="00DE4186" w:rsidP="008D1A97">
            <w:pPr>
              <w:jc w:val="both"/>
              <w:rPr>
                <w:lang w:val="es-CO"/>
              </w:rPr>
            </w:pPr>
            <w:r w:rsidRPr="001A3AA4">
              <w:rPr>
                <w:rFonts w:ascii="Arial" w:hAnsi="Arial" w:cs="Arial"/>
                <w:b/>
                <w:lang w:val="es-CO"/>
              </w:rPr>
              <w:t>Número de personas con</w:t>
            </w:r>
            <w:r w:rsidRPr="001A3AA4">
              <w:rPr>
                <w:rFonts w:ascii="Arial" w:hAnsi="Arial" w:cs="Arial"/>
                <w:b/>
                <w:lang w:val="es-CO"/>
              </w:rPr>
              <w:br/>
              <w:t>discapacidad en la planta de personal</w:t>
            </w:r>
          </w:p>
        </w:tc>
      </w:tr>
      <w:tr w:rsidR="0063683B" w:rsidRPr="001A3AA4" w14:paraId="5DF34FF5" w14:textId="77777777">
        <w:trPr>
          <w:jc w:val="center"/>
        </w:trPr>
        <w:tc>
          <w:tcPr>
            <w:tcW w:w="4680" w:type="dxa"/>
          </w:tcPr>
          <w:p w14:paraId="72E67FAC" w14:textId="77777777" w:rsidR="0063683B" w:rsidRPr="001A3AA4" w:rsidRDefault="00DE4186" w:rsidP="008D1A97">
            <w:pPr>
              <w:jc w:val="both"/>
              <w:rPr>
                <w:lang w:val="es-CO"/>
              </w:rPr>
            </w:pPr>
            <w:r w:rsidRPr="001A3AA4">
              <w:rPr>
                <w:rFonts w:ascii="Arial" w:hAnsi="Arial" w:cs="Arial"/>
                <w:lang w:val="es-CO"/>
              </w:rPr>
              <w:t xml:space="preserve"> </w:t>
            </w:r>
          </w:p>
        </w:tc>
        <w:tc>
          <w:tcPr>
            <w:tcW w:w="4680" w:type="dxa"/>
          </w:tcPr>
          <w:p w14:paraId="0FBCED96" w14:textId="77777777" w:rsidR="0063683B" w:rsidRPr="001A3AA4" w:rsidRDefault="00DE4186" w:rsidP="008D1A97">
            <w:pPr>
              <w:jc w:val="both"/>
              <w:rPr>
                <w:lang w:val="es-CO"/>
              </w:rPr>
            </w:pPr>
            <w:r w:rsidRPr="001A3AA4">
              <w:rPr>
                <w:rFonts w:ascii="Arial" w:hAnsi="Arial" w:cs="Arial"/>
                <w:lang w:val="es-CO"/>
              </w:rPr>
              <w:t xml:space="preserve"> </w:t>
            </w:r>
          </w:p>
        </w:tc>
      </w:tr>
    </w:tbl>
    <w:p w14:paraId="5A4F5A3F" w14:textId="77777777" w:rsidR="0063683B" w:rsidRPr="001A3AA4" w:rsidRDefault="0063683B" w:rsidP="008D1A97">
      <w:pPr>
        <w:spacing w:after="120"/>
        <w:jc w:val="both"/>
        <w:rPr>
          <w:lang w:val="es-CO"/>
        </w:rPr>
      </w:pPr>
    </w:p>
    <w:p w14:paraId="31460079" w14:textId="77777777" w:rsidR="0063683B" w:rsidRPr="001A3AA4" w:rsidRDefault="00DE4186" w:rsidP="008D1A97">
      <w:pPr>
        <w:spacing w:before="200" w:after="320"/>
        <w:jc w:val="both"/>
        <w:rPr>
          <w:lang w:val="es-CO"/>
        </w:rPr>
      </w:pPr>
      <w:r w:rsidRPr="001A3AA4">
        <w:rPr>
          <w:rFonts w:ascii="Arial" w:hAnsi="Arial" w:cs="Arial"/>
          <w:i/>
          <w:shd w:val="clear" w:color="auto" w:fill="D9D9D9"/>
          <w:lang w:val="es-CO"/>
        </w:rPr>
        <w:t>[El Proponente para acreditar el número de personas con discapacidad en su planta de personal, tendrá que aportar el certificado expedido por el Ministerio de Trabajo, el cual deberá estar vigente a la fecha de cierre del Proceso de Contratación.]</w:t>
      </w:r>
    </w:p>
    <w:p w14:paraId="658CF6C6" w14:textId="77777777" w:rsidR="0063683B" w:rsidRPr="001A3AA4" w:rsidRDefault="00DE4186" w:rsidP="008D1A97">
      <w:pPr>
        <w:spacing w:before="200" w:after="800"/>
        <w:jc w:val="both"/>
        <w:rPr>
          <w:lang w:val="es-CO"/>
        </w:rPr>
      </w:pPr>
      <w:r w:rsidRPr="001A3AA4">
        <w:rPr>
          <w:rFonts w:ascii="Arial" w:hAnsi="Arial" w:cs="Arial"/>
          <w:lang w:val="es-CO"/>
        </w:rPr>
        <w:t>En constancia, se firma en _______________, a los ____ días del mes de _________ de 20__.</w:t>
      </w:r>
    </w:p>
    <w:p w14:paraId="6BE3FB72" w14:textId="77777777" w:rsidR="0063683B" w:rsidRPr="001A3AA4" w:rsidRDefault="00DE4186" w:rsidP="008D1A97">
      <w:pPr>
        <w:spacing w:after="40"/>
        <w:jc w:val="center"/>
        <w:rPr>
          <w:lang w:val="es-CO"/>
        </w:rPr>
      </w:pPr>
      <w:r w:rsidRPr="001A3AA4">
        <w:rPr>
          <w:rFonts w:ascii="Arial" w:hAnsi="Arial" w:cs="Arial"/>
          <w:lang w:val="es-CO"/>
        </w:rPr>
        <w:t>_______________________________________</w:t>
      </w:r>
    </w:p>
    <w:p w14:paraId="32D08926" w14:textId="44C49806" w:rsidR="0063683B" w:rsidRPr="001A3AA4" w:rsidRDefault="00DE4186" w:rsidP="008D1A97">
      <w:pPr>
        <w:spacing w:after="800"/>
        <w:jc w:val="center"/>
        <w:rPr>
          <w:lang w:val="es-CO"/>
        </w:rPr>
      </w:pPr>
      <w:r w:rsidRPr="001A3AA4">
        <w:rPr>
          <w:rFonts w:ascii="Arial" w:hAnsi="Arial" w:cs="Arial"/>
          <w:lang w:val="es-CO"/>
        </w:rPr>
        <w:t>[Nombre y firma de la persona natural, el representante legal de la persona jurídica o el revisor fiscal, según corresponda]</w:t>
      </w:r>
    </w:p>
    <w:sectPr w:rsidR="0063683B" w:rsidRPr="001A3AA4" w:rsidSect="0003461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F3267" w14:textId="77777777" w:rsidR="00DE017E" w:rsidRDefault="00DE017E" w:rsidP="008D1A97">
      <w:pPr>
        <w:spacing w:after="0" w:line="240" w:lineRule="auto"/>
      </w:pPr>
      <w:r>
        <w:separator/>
      </w:r>
    </w:p>
  </w:endnote>
  <w:endnote w:type="continuationSeparator" w:id="0">
    <w:p w14:paraId="55DD6829" w14:textId="77777777" w:rsidR="00DE017E" w:rsidRDefault="00DE017E" w:rsidP="008D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E6F91" w14:textId="77777777" w:rsidR="00DE017E" w:rsidRDefault="00DE017E" w:rsidP="008D1A97">
      <w:pPr>
        <w:spacing w:after="0" w:line="240" w:lineRule="auto"/>
      </w:pPr>
      <w:r>
        <w:separator/>
      </w:r>
    </w:p>
  </w:footnote>
  <w:footnote w:type="continuationSeparator" w:id="0">
    <w:p w14:paraId="35D33E60" w14:textId="77777777" w:rsidR="00DE017E" w:rsidRDefault="00DE017E" w:rsidP="008D1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91721362">
    <w:abstractNumId w:val="8"/>
  </w:num>
  <w:num w:numId="2" w16cid:durableId="433403341">
    <w:abstractNumId w:val="6"/>
  </w:num>
  <w:num w:numId="3" w16cid:durableId="1446730455">
    <w:abstractNumId w:val="5"/>
  </w:num>
  <w:num w:numId="4" w16cid:durableId="581833727">
    <w:abstractNumId w:val="4"/>
  </w:num>
  <w:num w:numId="5" w16cid:durableId="1957562475">
    <w:abstractNumId w:val="7"/>
  </w:num>
  <w:num w:numId="6" w16cid:durableId="2043510220">
    <w:abstractNumId w:val="3"/>
  </w:num>
  <w:num w:numId="7" w16cid:durableId="430273094">
    <w:abstractNumId w:val="2"/>
  </w:num>
  <w:num w:numId="8" w16cid:durableId="518936843">
    <w:abstractNumId w:val="1"/>
  </w:num>
  <w:num w:numId="9" w16cid:durableId="1234967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44C7"/>
    <w:rsid w:val="001A3AA4"/>
    <w:rsid w:val="0029639D"/>
    <w:rsid w:val="00326F90"/>
    <w:rsid w:val="0063683B"/>
    <w:rsid w:val="006F5ED8"/>
    <w:rsid w:val="008D1A97"/>
    <w:rsid w:val="00AA1D8D"/>
    <w:rsid w:val="00B47730"/>
    <w:rsid w:val="00C347D2"/>
    <w:rsid w:val="00CB0664"/>
    <w:rsid w:val="00DE017E"/>
    <w:rsid w:val="00DE41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5C3608"/>
  <w14:defaultImageDpi w14:val="300"/>
  <w15:docId w15:val="{D8F6D34A-520C-4C8C-BC20-A80D8783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>generated by python-docx</dc:description>
  <cp:lastModifiedBy>Edgard Martinez Cogollo</cp:lastModifiedBy>
  <cp:revision>3</cp:revision>
  <dcterms:created xsi:type="dcterms:W3CDTF">2026-10-01T23:09:00Z</dcterms:created>
  <dcterms:modified xsi:type="dcterms:W3CDTF">2026-10-13T19:55:00Z</dcterms:modified>
  <cp:category/>
</cp:coreProperties>
</file>