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03B5F" w14:textId="0F7437D7" w:rsidR="002765BD" w:rsidRDefault="002765BD">
      <w:pPr>
        <w:spacing w:after="280"/>
      </w:pPr>
    </w:p>
    <w:p w14:paraId="1E9292D7" w14:textId="77777777" w:rsidR="002765BD" w:rsidRPr="002E2BA4" w:rsidRDefault="000816D7">
      <w:pPr>
        <w:spacing w:after="40"/>
        <w:jc w:val="center"/>
        <w:rPr>
          <w:lang w:val="es-CO"/>
        </w:rPr>
      </w:pPr>
      <w:r w:rsidRPr="002E2BA4">
        <w:rPr>
          <w:rFonts w:ascii="Arial" w:eastAsia="Arial" w:hAnsi="Arial" w:cs="Arial"/>
          <w:b/>
          <w:sz w:val="24"/>
          <w:lang w:val="es-CO"/>
        </w:rPr>
        <w:t>FORMATO – APOYO A LA INDUSTRIA NACIONAL</w:t>
      </w:r>
    </w:p>
    <w:p w14:paraId="78180829" w14:textId="77777777" w:rsidR="002765BD" w:rsidRPr="002E2BA4" w:rsidRDefault="000816D7">
      <w:pPr>
        <w:spacing w:after="240"/>
        <w:jc w:val="center"/>
        <w:rPr>
          <w:lang w:val="es-CO"/>
        </w:rPr>
      </w:pPr>
      <w:r w:rsidRPr="002E2BA4">
        <w:rPr>
          <w:rFonts w:ascii="Arial" w:eastAsia="Arial" w:hAnsi="Arial" w:cs="Arial"/>
          <w:i/>
          <w:sz w:val="20"/>
          <w:lang w:val="es-CO"/>
        </w:rPr>
        <w:t>Promoción de servicios nacionales o con Trato Nacional (hasta 10 puntos)</w:t>
      </w:r>
    </w:p>
    <w:p w14:paraId="4CFE06BA" w14:textId="77777777" w:rsidR="002765BD" w:rsidRPr="002E2BA4" w:rsidRDefault="000816D7">
      <w:pPr>
        <w:spacing w:after="280"/>
        <w:jc w:val="both"/>
        <w:rPr>
          <w:lang w:val="es-CO"/>
        </w:rPr>
      </w:pPr>
      <w:r w:rsidRPr="002E2BA4">
        <w:rPr>
          <w:rFonts w:ascii="Arial" w:eastAsia="Arial" w:hAnsi="Arial" w:cs="Arial"/>
          <w:i/>
          <w:sz w:val="20"/>
          <w:shd w:val="clear" w:color="auto" w:fill="D9D9D9"/>
          <w:lang w:val="es-CO"/>
        </w:rPr>
        <w:t>[Este formato lo diligencia el proponente que aspire al puntaje por Promoción de Servicios Nacionales o con Trato Nacional. El proponente extranjero sin derecho a Trato Nacional que opte por incorporar personal calificado de origen colombiano debe diligenciar, en su lugar, el formato “Incorporación de Componente Nacional”. La Entidad no otorga simultáneamente ambos puntajes.]</w:t>
      </w:r>
    </w:p>
    <w:p w14:paraId="4854F4E5" w14:textId="77777777" w:rsidR="002765BD" w:rsidRPr="002E2BA4" w:rsidRDefault="000816D7">
      <w:pPr>
        <w:spacing w:after="40"/>
        <w:rPr>
          <w:lang w:val="es-CO"/>
        </w:rPr>
      </w:pPr>
      <w:r w:rsidRPr="002E2BA4">
        <w:rPr>
          <w:rFonts w:ascii="Arial" w:eastAsia="Arial" w:hAnsi="Arial" w:cs="Arial"/>
          <w:lang w:val="es-CO"/>
        </w:rPr>
        <w:t>Señores</w:t>
      </w:r>
    </w:p>
    <w:p w14:paraId="7E43E189" w14:textId="77777777" w:rsidR="002765BD" w:rsidRPr="002E2BA4" w:rsidRDefault="000816D7">
      <w:pPr>
        <w:spacing w:after="40"/>
        <w:rPr>
          <w:lang w:val="es-CO"/>
        </w:rPr>
      </w:pPr>
      <w:r w:rsidRPr="002E2BA4">
        <w:rPr>
          <w:rFonts w:ascii="Arial" w:eastAsia="Arial" w:hAnsi="Arial" w:cs="Arial"/>
          <w:b/>
          <w:lang w:val="es-CO"/>
        </w:rPr>
        <w:t>DISTRISEGURIDAD</w:t>
      </w:r>
    </w:p>
    <w:p w14:paraId="0D3037A3" w14:textId="77777777" w:rsidR="002765BD" w:rsidRPr="002E2BA4" w:rsidRDefault="000816D7">
      <w:pPr>
        <w:spacing w:after="40"/>
        <w:rPr>
          <w:lang w:val="es-CO"/>
        </w:rPr>
      </w:pPr>
      <w:r w:rsidRPr="002E2BA4">
        <w:rPr>
          <w:rFonts w:ascii="Arial" w:eastAsia="Arial" w:hAnsi="Arial" w:cs="Arial"/>
          <w:lang w:val="es-CO"/>
        </w:rPr>
        <w:t>Distrito Turístico y Cultural de Cartagena de Indias</w:t>
      </w:r>
    </w:p>
    <w:p w14:paraId="0DD32D3A" w14:textId="77777777" w:rsidR="002765BD" w:rsidRPr="002E2BA4" w:rsidRDefault="000816D7">
      <w:pPr>
        <w:spacing w:after="40"/>
        <w:rPr>
          <w:lang w:val="es-CO"/>
        </w:rPr>
      </w:pPr>
      <w:r w:rsidRPr="002E2BA4">
        <w:rPr>
          <w:rFonts w:ascii="Arial" w:eastAsia="Arial" w:hAnsi="Arial" w:cs="Arial"/>
          <w:lang w:val="es-CO"/>
        </w:rPr>
        <w:t>Carrera 13B # 26-78, Edificio Inteligente, Playón del Blanco</w:t>
      </w:r>
    </w:p>
    <w:p w14:paraId="797AC8B5" w14:textId="77777777" w:rsidR="002765BD" w:rsidRPr="002E2BA4" w:rsidRDefault="000816D7">
      <w:pPr>
        <w:spacing w:after="40"/>
        <w:rPr>
          <w:lang w:val="es-CO"/>
        </w:rPr>
      </w:pPr>
      <w:r w:rsidRPr="002E2BA4">
        <w:rPr>
          <w:rFonts w:ascii="Arial" w:eastAsia="Arial" w:hAnsi="Arial" w:cs="Arial"/>
          <w:lang w:val="es-CO"/>
        </w:rPr>
        <w:t>Cartagena de Indias, D.T. y C.</w:t>
      </w:r>
    </w:p>
    <w:p w14:paraId="7672C242" w14:textId="77777777" w:rsidR="002765BD" w:rsidRPr="002E2BA4" w:rsidRDefault="000816D7">
      <w:pPr>
        <w:spacing w:after="280"/>
        <w:rPr>
          <w:lang w:val="es-CO"/>
        </w:rPr>
      </w:pPr>
      <w:r w:rsidRPr="002E2BA4">
        <w:rPr>
          <w:rFonts w:ascii="Arial" w:eastAsia="Arial" w:hAnsi="Arial" w:cs="Arial"/>
          <w:lang w:val="es-CO"/>
        </w:rPr>
        <w:t>Colombia</w:t>
      </w:r>
    </w:p>
    <w:p w14:paraId="2B935D95" w14:textId="77777777" w:rsidR="002765BD" w:rsidRPr="002E2BA4" w:rsidRDefault="000816D7">
      <w:pPr>
        <w:spacing w:after="80"/>
        <w:rPr>
          <w:lang w:val="es-CO"/>
        </w:rPr>
      </w:pPr>
      <w:r w:rsidRPr="002E2BA4">
        <w:rPr>
          <w:rFonts w:ascii="Arial" w:eastAsia="Arial" w:hAnsi="Arial" w:cs="Arial"/>
          <w:b/>
          <w:lang w:val="es-CO"/>
        </w:rPr>
        <w:t xml:space="preserve">REFERENCIA: </w:t>
      </w:r>
      <w:r w:rsidRPr="002E2BA4">
        <w:rPr>
          <w:rFonts w:ascii="Arial" w:eastAsia="Arial" w:hAnsi="Arial" w:cs="Arial"/>
          <w:lang w:val="es-CO"/>
        </w:rPr>
        <w:t>Proceso de Selección No._____________________</w:t>
      </w:r>
    </w:p>
    <w:p w14:paraId="4F79DD7E" w14:textId="77777777" w:rsidR="002765BD" w:rsidRPr="002E2BA4" w:rsidRDefault="000816D7">
      <w:pPr>
        <w:spacing w:before="160" w:after="280"/>
        <w:jc w:val="both"/>
        <w:rPr>
          <w:lang w:val="es-CO"/>
        </w:rPr>
      </w:pPr>
      <w:r w:rsidRPr="002E2BA4">
        <w:rPr>
          <w:rFonts w:ascii="Arial" w:eastAsia="Arial" w:hAnsi="Arial" w:cs="Arial"/>
          <w:b/>
          <w:lang w:val="es-CO"/>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113305BD" w14:textId="77777777" w:rsidR="002765BD" w:rsidRPr="002E2BA4" w:rsidRDefault="000816D7">
      <w:pPr>
        <w:spacing w:after="160"/>
        <w:rPr>
          <w:lang w:val="es-CO"/>
        </w:rPr>
      </w:pPr>
      <w:r w:rsidRPr="002E2BA4">
        <w:rPr>
          <w:rFonts w:ascii="Arial" w:eastAsia="Arial" w:hAnsi="Arial" w:cs="Arial"/>
          <w:lang w:val="es-CO"/>
        </w:rPr>
        <w:t>Estimados señores:</w:t>
      </w:r>
    </w:p>
    <w:p w14:paraId="6D6FEAC4" w14:textId="77777777" w:rsidR="002765BD" w:rsidRPr="002E2BA4" w:rsidRDefault="000816D7">
      <w:pPr>
        <w:jc w:val="both"/>
        <w:rPr>
          <w:lang w:val="es-CO"/>
        </w:rPr>
      </w:pPr>
      <w:r w:rsidRPr="002E2BA4">
        <w:rPr>
          <w:rFonts w:ascii="Arial" w:eastAsia="Arial" w:hAnsi="Arial" w:cs="Arial"/>
          <w:shd w:val="clear" w:color="auto" w:fill="D9D9D9"/>
          <w:lang w:val="es-CO"/>
        </w:rPr>
        <w:t>[Incluir el nombre del representante legal o apoderado del proponente]</w:t>
      </w:r>
      <w:r w:rsidRPr="002E2BA4">
        <w:rPr>
          <w:rFonts w:ascii="Arial" w:eastAsia="Arial" w:hAnsi="Arial" w:cs="Arial"/>
          <w:lang w:val="es-CO"/>
        </w:rPr>
        <w:t xml:space="preserve"> identificado con </w:t>
      </w:r>
      <w:r w:rsidRPr="002E2BA4">
        <w:rPr>
          <w:rFonts w:ascii="Arial" w:eastAsia="Arial" w:hAnsi="Arial" w:cs="Arial"/>
          <w:shd w:val="clear" w:color="auto" w:fill="D9D9D9"/>
          <w:lang w:val="es-CO"/>
        </w:rPr>
        <w:t>[Incluir el número de identificación]</w:t>
      </w:r>
      <w:r w:rsidRPr="002E2BA4">
        <w:rPr>
          <w:rFonts w:ascii="Arial" w:eastAsia="Arial" w:hAnsi="Arial" w:cs="Arial"/>
          <w:lang w:val="es-CO"/>
        </w:rPr>
        <w:t xml:space="preserve">, en mi condición de </w:t>
      </w:r>
      <w:r w:rsidRPr="002E2BA4">
        <w:rPr>
          <w:rFonts w:ascii="Arial" w:eastAsia="Arial" w:hAnsi="Arial" w:cs="Arial"/>
          <w:shd w:val="clear" w:color="auto" w:fill="D9D9D9"/>
          <w:lang w:val="es-CO"/>
        </w:rPr>
        <w:t>[Indicar si actúa como representante legal o apoderado]</w:t>
      </w:r>
      <w:r w:rsidRPr="002E2BA4">
        <w:rPr>
          <w:rFonts w:ascii="Arial" w:eastAsia="Arial" w:hAnsi="Arial" w:cs="Arial"/>
          <w:lang w:val="es-CO"/>
        </w:rPr>
        <w:t xml:space="preserve"> de </w:t>
      </w:r>
      <w:r w:rsidRPr="002E2BA4">
        <w:rPr>
          <w:rFonts w:ascii="Arial" w:eastAsia="Arial" w:hAnsi="Arial" w:cs="Arial"/>
          <w:shd w:val="clear" w:color="auto" w:fill="D9D9D9"/>
          <w:lang w:val="es-CO"/>
        </w:rPr>
        <w:t>[Incluir la razón social del proponente]</w:t>
      </w:r>
      <w:r w:rsidRPr="002E2BA4">
        <w:rPr>
          <w:rFonts w:ascii="Arial" w:eastAsia="Arial" w:hAnsi="Arial" w:cs="Arial"/>
          <w:lang w:val="es-CO"/>
        </w:rPr>
        <w:t xml:space="preserve"> identificado con </w:t>
      </w:r>
      <w:r w:rsidRPr="002E2BA4">
        <w:rPr>
          <w:rFonts w:ascii="Arial" w:eastAsia="Arial" w:hAnsi="Arial" w:cs="Arial"/>
          <w:shd w:val="clear" w:color="auto" w:fill="D9D9D9"/>
          <w:lang w:val="es-CO"/>
        </w:rPr>
        <w:t>[Incluir el NIT o documento equivalente en el país de origen]</w:t>
      </w:r>
      <w:r w:rsidRPr="002E2BA4">
        <w:rPr>
          <w:rFonts w:ascii="Arial" w:eastAsia="Arial" w:hAnsi="Arial" w:cs="Arial"/>
          <w:lang w:val="es-CO"/>
        </w:rPr>
        <w:t>, manifiesto bajo la gravedad de juramento, que se entiende prestado con la firma del presente documento, que para efectos de la asignación del puntaje por Promoción de Servicios Nacionales o con Trato Nacional previsto en el Pliego de Condiciones del proceso de la referencia, el proponente se encuentra en la siguiente condición (marcar con una X una sola opción):</w:t>
      </w:r>
    </w:p>
    <w:tbl>
      <w:tblPr>
        <w:tblStyle w:val="Tablaconcuadrcula"/>
        <w:tblW w:w="0" w:type="auto"/>
        <w:jc w:val="center"/>
        <w:tblLayout w:type="fixed"/>
        <w:tblLook w:val="04A0" w:firstRow="1" w:lastRow="0" w:firstColumn="1" w:lastColumn="0" w:noHBand="0" w:noVBand="1"/>
      </w:tblPr>
      <w:tblGrid>
        <w:gridCol w:w="1008"/>
        <w:gridCol w:w="3312"/>
        <w:gridCol w:w="5040"/>
      </w:tblGrid>
      <w:tr w:rsidR="002765BD" w:rsidRPr="002E2BA4" w14:paraId="7EB151D1" w14:textId="77777777">
        <w:trPr>
          <w:cantSplit/>
          <w:tblHeader/>
          <w:jc w:val="center"/>
        </w:trPr>
        <w:tc>
          <w:tcPr>
            <w:tcW w:w="1008" w:type="dxa"/>
          </w:tcPr>
          <w:p w14:paraId="798E4980" w14:textId="77777777" w:rsidR="002765BD" w:rsidRDefault="000816D7">
            <w:pPr>
              <w:jc w:val="center"/>
            </w:pPr>
            <w:r>
              <w:rPr>
                <w:rFonts w:ascii="Arial" w:eastAsia="Arial" w:hAnsi="Arial" w:cs="Arial"/>
                <w:b/>
                <w:sz w:val="20"/>
              </w:rPr>
              <w:t>Marque</w:t>
            </w:r>
          </w:p>
        </w:tc>
        <w:tc>
          <w:tcPr>
            <w:tcW w:w="3312" w:type="dxa"/>
          </w:tcPr>
          <w:p w14:paraId="62A6ADB5" w14:textId="77777777" w:rsidR="002765BD" w:rsidRDefault="000816D7">
            <w:pPr>
              <w:jc w:val="center"/>
            </w:pPr>
            <w:r>
              <w:rPr>
                <w:rFonts w:ascii="Arial" w:eastAsia="Arial" w:hAnsi="Arial" w:cs="Arial"/>
                <w:b/>
                <w:sz w:val="20"/>
              </w:rPr>
              <w:t>Condición del proponente</w:t>
            </w:r>
          </w:p>
        </w:tc>
        <w:tc>
          <w:tcPr>
            <w:tcW w:w="5040" w:type="dxa"/>
          </w:tcPr>
          <w:p w14:paraId="2F62DC7C" w14:textId="77777777" w:rsidR="002765BD" w:rsidRPr="002E2BA4" w:rsidRDefault="000816D7">
            <w:pPr>
              <w:jc w:val="center"/>
              <w:rPr>
                <w:lang w:val="es-CO"/>
              </w:rPr>
            </w:pPr>
            <w:r w:rsidRPr="002E2BA4">
              <w:rPr>
                <w:rFonts w:ascii="Arial" w:eastAsia="Arial" w:hAnsi="Arial" w:cs="Arial"/>
                <w:b/>
                <w:sz w:val="20"/>
                <w:lang w:val="es-CO"/>
              </w:rPr>
              <w:t>Documento que se aporta con la oferta</w:t>
            </w:r>
          </w:p>
        </w:tc>
      </w:tr>
      <w:tr w:rsidR="002765BD" w:rsidRPr="002E2BA4" w14:paraId="4CD45522" w14:textId="77777777">
        <w:trPr>
          <w:cantSplit/>
          <w:jc w:val="center"/>
        </w:trPr>
        <w:tc>
          <w:tcPr>
            <w:tcW w:w="1008" w:type="dxa"/>
          </w:tcPr>
          <w:p w14:paraId="739CB7C8" w14:textId="77777777" w:rsidR="002765BD" w:rsidRDefault="000816D7">
            <w:pPr>
              <w:jc w:val="center"/>
            </w:pPr>
            <w:r>
              <w:rPr>
                <w:rFonts w:ascii="Arial" w:eastAsia="Arial" w:hAnsi="Arial" w:cs="Arial"/>
                <w:sz w:val="20"/>
              </w:rPr>
              <w:t>☐</w:t>
            </w:r>
          </w:p>
        </w:tc>
        <w:tc>
          <w:tcPr>
            <w:tcW w:w="3312" w:type="dxa"/>
          </w:tcPr>
          <w:p w14:paraId="5E437368" w14:textId="77777777" w:rsidR="002765BD" w:rsidRDefault="000816D7">
            <w:r>
              <w:rPr>
                <w:rFonts w:ascii="Arial" w:eastAsia="Arial" w:hAnsi="Arial" w:cs="Arial"/>
                <w:sz w:val="20"/>
              </w:rPr>
              <w:t>Persona natural colombiana</w:t>
            </w:r>
          </w:p>
        </w:tc>
        <w:tc>
          <w:tcPr>
            <w:tcW w:w="5040" w:type="dxa"/>
          </w:tcPr>
          <w:p w14:paraId="5CAF5171" w14:textId="77777777" w:rsidR="002765BD" w:rsidRPr="002E2BA4" w:rsidRDefault="000816D7">
            <w:pPr>
              <w:rPr>
                <w:lang w:val="es-CO"/>
              </w:rPr>
            </w:pPr>
            <w:r w:rsidRPr="002E2BA4">
              <w:rPr>
                <w:rFonts w:ascii="Arial" w:eastAsia="Arial" w:hAnsi="Arial" w:cs="Arial"/>
                <w:sz w:val="20"/>
                <w:lang w:val="es-CO"/>
              </w:rPr>
              <w:t>Cédula de ciudadanía del proponente.</w:t>
            </w:r>
          </w:p>
        </w:tc>
      </w:tr>
      <w:tr w:rsidR="002765BD" w:rsidRPr="002E2BA4" w14:paraId="15C1DAB6" w14:textId="77777777">
        <w:trPr>
          <w:cantSplit/>
          <w:jc w:val="center"/>
        </w:trPr>
        <w:tc>
          <w:tcPr>
            <w:tcW w:w="1008" w:type="dxa"/>
          </w:tcPr>
          <w:p w14:paraId="08D2E793" w14:textId="77777777" w:rsidR="002765BD" w:rsidRDefault="000816D7">
            <w:pPr>
              <w:jc w:val="center"/>
            </w:pPr>
            <w:r>
              <w:rPr>
                <w:rFonts w:ascii="Arial" w:eastAsia="Arial" w:hAnsi="Arial" w:cs="Arial"/>
                <w:sz w:val="20"/>
              </w:rPr>
              <w:t>☐</w:t>
            </w:r>
          </w:p>
        </w:tc>
        <w:tc>
          <w:tcPr>
            <w:tcW w:w="3312" w:type="dxa"/>
          </w:tcPr>
          <w:p w14:paraId="1E0AAD4C" w14:textId="77777777" w:rsidR="002765BD" w:rsidRPr="002E2BA4" w:rsidRDefault="000816D7">
            <w:pPr>
              <w:rPr>
                <w:lang w:val="es-CO"/>
              </w:rPr>
            </w:pPr>
            <w:r w:rsidRPr="002E2BA4">
              <w:rPr>
                <w:rFonts w:ascii="Arial" w:eastAsia="Arial" w:hAnsi="Arial" w:cs="Arial"/>
                <w:sz w:val="20"/>
                <w:lang w:val="es-CO"/>
              </w:rPr>
              <w:t>Persona natural extranjera residente en Colombia</w:t>
            </w:r>
          </w:p>
        </w:tc>
        <w:tc>
          <w:tcPr>
            <w:tcW w:w="5040" w:type="dxa"/>
          </w:tcPr>
          <w:p w14:paraId="1AA70D9C" w14:textId="77777777" w:rsidR="002765BD" w:rsidRPr="002E2BA4" w:rsidRDefault="000816D7">
            <w:pPr>
              <w:rPr>
                <w:lang w:val="es-CO"/>
              </w:rPr>
            </w:pPr>
            <w:r w:rsidRPr="002E2BA4">
              <w:rPr>
                <w:rFonts w:ascii="Arial" w:eastAsia="Arial" w:hAnsi="Arial" w:cs="Arial"/>
                <w:sz w:val="20"/>
                <w:lang w:val="es-CO"/>
              </w:rPr>
              <w:t>Visa de residencia que le permita la ejecución del objeto contractual de conformidad con la ley.</w:t>
            </w:r>
          </w:p>
        </w:tc>
      </w:tr>
      <w:tr w:rsidR="002765BD" w:rsidRPr="002E2BA4" w14:paraId="548F5A82" w14:textId="77777777">
        <w:trPr>
          <w:cantSplit/>
          <w:jc w:val="center"/>
        </w:trPr>
        <w:tc>
          <w:tcPr>
            <w:tcW w:w="1008" w:type="dxa"/>
          </w:tcPr>
          <w:p w14:paraId="48F04511" w14:textId="77777777" w:rsidR="002765BD" w:rsidRDefault="000816D7">
            <w:pPr>
              <w:jc w:val="center"/>
            </w:pPr>
            <w:r>
              <w:rPr>
                <w:rFonts w:ascii="Arial" w:eastAsia="Arial" w:hAnsi="Arial" w:cs="Arial"/>
                <w:sz w:val="20"/>
              </w:rPr>
              <w:t>☐</w:t>
            </w:r>
          </w:p>
        </w:tc>
        <w:tc>
          <w:tcPr>
            <w:tcW w:w="3312" w:type="dxa"/>
          </w:tcPr>
          <w:p w14:paraId="44968BEB" w14:textId="77777777" w:rsidR="002765BD" w:rsidRPr="002E2BA4" w:rsidRDefault="000816D7">
            <w:pPr>
              <w:rPr>
                <w:lang w:val="es-CO"/>
              </w:rPr>
            </w:pPr>
            <w:r w:rsidRPr="002E2BA4">
              <w:rPr>
                <w:rFonts w:ascii="Arial" w:eastAsia="Arial" w:hAnsi="Arial" w:cs="Arial"/>
                <w:sz w:val="20"/>
                <w:lang w:val="es-CO"/>
              </w:rPr>
              <w:t>Persona jurídica constituida en Colombia</w:t>
            </w:r>
          </w:p>
        </w:tc>
        <w:tc>
          <w:tcPr>
            <w:tcW w:w="5040" w:type="dxa"/>
          </w:tcPr>
          <w:p w14:paraId="5E82A20B" w14:textId="77777777" w:rsidR="002765BD" w:rsidRPr="002E2BA4" w:rsidRDefault="000816D7">
            <w:pPr>
              <w:rPr>
                <w:lang w:val="es-CO"/>
              </w:rPr>
            </w:pPr>
            <w:r w:rsidRPr="002E2BA4">
              <w:rPr>
                <w:rFonts w:ascii="Arial" w:eastAsia="Arial" w:hAnsi="Arial" w:cs="Arial"/>
                <w:sz w:val="20"/>
                <w:lang w:val="es-CO"/>
              </w:rPr>
              <w:t>Certificado de existencia y representación legal expedido por la Cámara de Comercio.</w:t>
            </w:r>
          </w:p>
        </w:tc>
      </w:tr>
      <w:tr w:rsidR="002765BD" w:rsidRPr="002E2BA4" w14:paraId="47E952BB" w14:textId="77777777">
        <w:trPr>
          <w:cantSplit/>
          <w:jc w:val="center"/>
        </w:trPr>
        <w:tc>
          <w:tcPr>
            <w:tcW w:w="1008" w:type="dxa"/>
          </w:tcPr>
          <w:p w14:paraId="1A901741" w14:textId="77777777" w:rsidR="002765BD" w:rsidRDefault="000816D7">
            <w:pPr>
              <w:jc w:val="center"/>
            </w:pPr>
            <w:r>
              <w:rPr>
                <w:rFonts w:ascii="Arial" w:eastAsia="Arial" w:hAnsi="Arial" w:cs="Arial"/>
                <w:sz w:val="20"/>
              </w:rPr>
              <w:t>☐</w:t>
            </w:r>
          </w:p>
        </w:tc>
        <w:tc>
          <w:tcPr>
            <w:tcW w:w="3312" w:type="dxa"/>
          </w:tcPr>
          <w:p w14:paraId="24D8CCEA" w14:textId="77777777" w:rsidR="002765BD" w:rsidRPr="002E2BA4" w:rsidRDefault="000816D7">
            <w:pPr>
              <w:rPr>
                <w:lang w:val="es-CO"/>
              </w:rPr>
            </w:pPr>
            <w:r w:rsidRPr="002E2BA4">
              <w:rPr>
                <w:rFonts w:ascii="Arial" w:eastAsia="Arial" w:hAnsi="Arial" w:cs="Arial"/>
                <w:sz w:val="20"/>
                <w:lang w:val="es-CO"/>
              </w:rPr>
              <w:t>Proponente extranjero con derecho a Trato Nacional</w:t>
            </w:r>
          </w:p>
        </w:tc>
        <w:tc>
          <w:tcPr>
            <w:tcW w:w="5040" w:type="dxa"/>
          </w:tcPr>
          <w:p w14:paraId="2C39FE9B" w14:textId="77777777" w:rsidR="002765BD" w:rsidRPr="002E2BA4" w:rsidRDefault="000816D7">
            <w:pPr>
              <w:rPr>
                <w:lang w:val="es-CO"/>
              </w:rPr>
            </w:pPr>
            <w:r w:rsidRPr="002E2BA4">
              <w:rPr>
                <w:rFonts w:ascii="Arial" w:eastAsia="Arial" w:hAnsi="Arial" w:cs="Arial"/>
                <w:sz w:val="20"/>
                <w:lang w:val="es-CO"/>
              </w:rPr>
              <w:t>Documentos aportados para acreditar su domicilio, con los que se acredita que los servicios son originarios de alguno de los Estados relacionados en la sección de acuerdos comerciales aplicables al proceso.</w:t>
            </w:r>
          </w:p>
        </w:tc>
      </w:tr>
    </w:tbl>
    <w:p w14:paraId="5D17A247" w14:textId="77777777" w:rsidR="002765BD" w:rsidRPr="002E2BA4" w:rsidRDefault="002765BD">
      <w:pPr>
        <w:spacing w:after="40"/>
        <w:rPr>
          <w:lang w:val="es-CO"/>
        </w:rPr>
      </w:pPr>
    </w:p>
    <w:p w14:paraId="6EB96F88" w14:textId="77777777" w:rsidR="002765BD" w:rsidRPr="002E2BA4" w:rsidRDefault="000816D7">
      <w:pPr>
        <w:spacing w:after="120"/>
        <w:ind w:left="504" w:hanging="504"/>
        <w:jc w:val="both"/>
        <w:rPr>
          <w:lang w:val="es-CO"/>
        </w:rPr>
      </w:pPr>
      <w:r w:rsidRPr="002E2BA4">
        <w:rPr>
          <w:rFonts w:ascii="Arial" w:eastAsia="Arial" w:hAnsi="Arial" w:cs="Arial"/>
          <w:lang w:val="es-CO"/>
        </w:rPr>
        <w:lastRenderedPageBreak/>
        <w:t>1.</w:t>
      </w:r>
      <w:r w:rsidRPr="002E2BA4">
        <w:rPr>
          <w:rFonts w:ascii="Arial" w:eastAsia="Arial" w:hAnsi="Arial" w:cs="Arial"/>
          <w:lang w:val="es-CO"/>
        </w:rPr>
        <w:tab/>
        <w:t>Que los documentos señalados para la condición marcada se adjuntan a la oferta y que la información aquí consignada corresponde a la realidad.</w:t>
      </w:r>
    </w:p>
    <w:p w14:paraId="5AF8AA44" w14:textId="77777777" w:rsidR="002765BD" w:rsidRPr="002E2BA4" w:rsidRDefault="000816D7">
      <w:pPr>
        <w:spacing w:after="120"/>
        <w:ind w:left="504" w:hanging="504"/>
        <w:jc w:val="both"/>
        <w:rPr>
          <w:lang w:val="es-CO"/>
        </w:rPr>
      </w:pPr>
      <w:r w:rsidRPr="002E2BA4">
        <w:rPr>
          <w:rFonts w:ascii="Arial" w:eastAsia="Arial" w:hAnsi="Arial" w:cs="Arial"/>
          <w:lang w:val="es-CO"/>
        </w:rPr>
        <w:t>2.</w:t>
      </w:r>
      <w:r w:rsidRPr="002E2BA4">
        <w:rPr>
          <w:rFonts w:ascii="Arial" w:eastAsia="Arial" w:hAnsi="Arial" w:cs="Arial"/>
          <w:lang w:val="es-CO"/>
        </w:rPr>
        <w:tab/>
        <w:t>Que conozco que la falta de presentación de la cédula de ciudadanía o del certificado de existencia y representación legal puede subsanarse para acreditar la capacidad jurídica, pero no para la asignación del puntaje por Servicios Nacionales o con Trato Nacional.</w:t>
      </w:r>
    </w:p>
    <w:p w14:paraId="10A8E845" w14:textId="77777777" w:rsidR="002765BD" w:rsidRPr="002E2BA4" w:rsidRDefault="000816D7">
      <w:pPr>
        <w:spacing w:after="120"/>
        <w:ind w:left="504" w:hanging="504"/>
        <w:jc w:val="both"/>
        <w:rPr>
          <w:lang w:val="es-CO"/>
        </w:rPr>
      </w:pPr>
      <w:r w:rsidRPr="002E2BA4">
        <w:rPr>
          <w:rFonts w:ascii="Arial" w:eastAsia="Arial" w:hAnsi="Arial" w:cs="Arial"/>
          <w:lang w:val="es-CO"/>
        </w:rPr>
        <w:t>3.</w:t>
      </w:r>
      <w:r w:rsidRPr="002E2BA4">
        <w:rPr>
          <w:rFonts w:ascii="Arial" w:eastAsia="Arial" w:hAnsi="Arial" w:cs="Arial"/>
          <w:lang w:val="es-CO"/>
        </w:rPr>
        <w:tab/>
        <w:t>Que conozco que, por tratarse de la contratación de un servicio, la Entidad no asigna puntaje por bienes nacionales, y que no otorga simultáneamente el puntaje por Servicios Nacionales o con Trato Nacional y el de incorporación de componente nacional.</w:t>
      </w:r>
    </w:p>
    <w:p w14:paraId="3AE35251" w14:textId="77777777" w:rsidR="002765BD" w:rsidRDefault="000816D7">
      <w:pPr>
        <w:keepNext/>
        <w:spacing w:after="160"/>
        <w:jc w:val="both"/>
      </w:pPr>
      <w:r w:rsidRPr="002E2BA4">
        <w:rPr>
          <w:rFonts w:ascii="Arial" w:eastAsia="Arial" w:hAnsi="Arial" w:cs="Arial"/>
          <w:shd w:val="clear" w:color="auto" w:fill="D9D9D9"/>
          <w:lang w:val="es-CO"/>
        </w:rPr>
        <w:t xml:space="preserve">[Proponentes plurales: la Entidad asignará diez (10) puntos cuando todos sus integrantes cumplan las condiciones anteriores; si alguno no las cumple, el proponente plural no obtendrá puntaje por Servicios Nacionales o con Trato Nacional. </w:t>
      </w:r>
      <w:r>
        <w:rPr>
          <w:rFonts w:ascii="Arial" w:eastAsia="Arial" w:hAnsi="Arial" w:cs="Arial"/>
          <w:shd w:val="clear" w:color="auto" w:fill="D9D9D9"/>
        </w:rPr>
        <w:t>En este caso, relacione a continuación a cada integrante.]</w:t>
      </w:r>
    </w:p>
    <w:tbl>
      <w:tblPr>
        <w:tblStyle w:val="Tablaconcuadrcula"/>
        <w:tblW w:w="0" w:type="auto"/>
        <w:jc w:val="center"/>
        <w:tblLook w:val="04A0" w:firstRow="1" w:lastRow="0" w:firstColumn="1" w:lastColumn="0" w:noHBand="0" w:noVBand="1"/>
      </w:tblPr>
      <w:tblGrid>
        <w:gridCol w:w="3116"/>
        <w:gridCol w:w="3117"/>
        <w:gridCol w:w="3117"/>
      </w:tblGrid>
      <w:tr w:rsidR="002765BD" w14:paraId="351E1913" w14:textId="77777777">
        <w:trPr>
          <w:cantSplit/>
          <w:tblHeader/>
          <w:jc w:val="center"/>
        </w:trPr>
        <w:tc>
          <w:tcPr>
            <w:tcW w:w="3120" w:type="dxa"/>
          </w:tcPr>
          <w:p w14:paraId="3DD9D08E" w14:textId="77777777" w:rsidR="002765BD" w:rsidRDefault="000816D7">
            <w:pPr>
              <w:keepNext/>
              <w:jc w:val="center"/>
            </w:pPr>
            <w:r>
              <w:rPr>
                <w:rFonts w:ascii="Arial" w:eastAsia="Arial" w:hAnsi="Arial" w:cs="Arial"/>
                <w:b/>
                <w:sz w:val="20"/>
              </w:rPr>
              <w:t>Integrante</w:t>
            </w:r>
          </w:p>
        </w:tc>
        <w:tc>
          <w:tcPr>
            <w:tcW w:w="3120" w:type="dxa"/>
          </w:tcPr>
          <w:p w14:paraId="6822BD56" w14:textId="77777777" w:rsidR="002765BD" w:rsidRPr="002E2BA4" w:rsidRDefault="000816D7">
            <w:pPr>
              <w:keepNext/>
              <w:jc w:val="center"/>
              <w:rPr>
                <w:lang w:val="es-CO"/>
              </w:rPr>
            </w:pPr>
            <w:r w:rsidRPr="002E2BA4">
              <w:rPr>
                <w:rFonts w:ascii="Arial" w:eastAsia="Arial" w:hAnsi="Arial" w:cs="Arial"/>
                <w:b/>
                <w:sz w:val="20"/>
                <w:lang w:val="es-CO"/>
              </w:rPr>
              <w:t>Condición (según el cuadro anterior)</w:t>
            </w:r>
          </w:p>
        </w:tc>
        <w:tc>
          <w:tcPr>
            <w:tcW w:w="3120" w:type="dxa"/>
          </w:tcPr>
          <w:p w14:paraId="17C67FB6" w14:textId="77777777" w:rsidR="002765BD" w:rsidRDefault="000816D7">
            <w:pPr>
              <w:keepNext/>
              <w:jc w:val="center"/>
            </w:pPr>
            <w:r>
              <w:rPr>
                <w:rFonts w:ascii="Arial" w:eastAsia="Arial" w:hAnsi="Arial" w:cs="Arial"/>
                <w:b/>
                <w:sz w:val="20"/>
              </w:rPr>
              <w:t>Documento aportado</w:t>
            </w:r>
          </w:p>
        </w:tc>
      </w:tr>
      <w:tr w:rsidR="002765BD" w14:paraId="02E34474" w14:textId="77777777">
        <w:trPr>
          <w:cantSplit/>
          <w:jc w:val="center"/>
        </w:trPr>
        <w:tc>
          <w:tcPr>
            <w:tcW w:w="3120" w:type="dxa"/>
          </w:tcPr>
          <w:p w14:paraId="5EB4AAF8" w14:textId="77777777" w:rsidR="002765BD" w:rsidRDefault="000816D7">
            <w:pPr>
              <w:keepNext/>
              <w:jc w:val="center"/>
            </w:pPr>
            <w:r>
              <w:rPr>
                <w:rFonts w:ascii="Arial" w:eastAsia="Arial" w:hAnsi="Arial" w:cs="Arial"/>
                <w:sz w:val="20"/>
              </w:rPr>
              <w:t xml:space="preserve"> </w:t>
            </w:r>
          </w:p>
        </w:tc>
        <w:tc>
          <w:tcPr>
            <w:tcW w:w="3120" w:type="dxa"/>
          </w:tcPr>
          <w:p w14:paraId="540FC75B" w14:textId="77777777" w:rsidR="002765BD" w:rsidRDefault="000816D7">
            <w:pPr>
              <w:keepNext/>
              <w:jc w:val="center"/>
            </w:pPr>
            <w:r>
              <w:rPr>
                <w:rFonts w:ascii="Arial" w:eastAsia="Arial" w:hAnsi="Arial" w:cs="Arial"/>
                <w:sz w:val="20"/>
              </w:rPr>
              <w:t xml:space="preserve"> </w:t>
            </w:r>
          </w:p>
        </w:tc>
        <w:tc>
          <w:tcPr>
            <w:tcW w:w="3120" w:type="dxa"/>
          </w:tcPr>
          <w:p w14:paraId="7C5FD109" w14:textId="77777777" w:rsidR="002765BD" w:rsidRDefault="000816D7">
            <w:pPr>
              <w:keepNext/>
              <w:jc w:val="center"/>
            </w:pPr>
            <w:r>
              <w:rPr>
                <w:rFonts w:ascii="Arial" w:eastAsia="Arial" w:hAnsi="Arial" w:cs="Arial"/>
                <w:sz w:val="20"/>
              </w:rPr>
              <w:t xml:space="preserve"> </w:t>
            </w:r>
          </w:p>
        </w:tc>
      </w:tr>
      <w:tr w:rsidR="002765BD" w14:paraId="215747D2" w14:textId="77777777">
        <w:trPr>
          <w:cantSplit/>
          <w:jc w:val="center"/>
        </w:trPr>
        <w:tc>
          <w:tcPr>
            <w:tcW w:w="3120" w:type="dxa"/>
          </w:tcPr>
          <w:p w14:paraId="63C5C51E" w14:textId="77777777" w:rsidR="002765BD" w:rsidRDefault="000816D7">
            <w:pPr>
              <w:keepNext/>
              <w:jc w:val="center"/>
            </w:pPr>
            <w:r>
              <w:rPr>
                <w:rFonts w:ascii="Arial" w:eastAsia="Arial" w:hAnsi="Arial" w:cs="Arial"/>
                <w:sz w:val="20"/>
              </w:rPr>
              <w:t xml:space="preserve"> </w:t>
            </w:r>
          </w:p>
        </w:tc>
        <w:tc>
          <w:tcPr>
            <w:tcW w:w="3120" w:type="dxa"/>
          </w:tcPr>
          <w:p w14:paraId="35280BD5" w14:textId="77777777" w:rsidR="002765BD" w:rsidRDefault="000816D7">
            <w:pPr>
              <w:keepNext/>
              <w:jc w:val="center"/>
            </w:pPr>
            <w:r>
              <w:rPr>
                <w:rFonts w:ascii="Arial" w:eastAsia="Arial" w:hAnsi="Arial" w:cs="Arial"/>
                <w:sz w:val="20"/>
              </w:rPr>
              <w:t xml:space="preserve"> </w:t>
            </w:r>
          </w:p>
        </w:tc>
        <w:tc>
          <w:tcPr>
            <w:tcW w:w="3120" w:type="dxa"/>
          </w:tcPr>
          <w:p w14:paraId="5C5AC57E" w14:textId="77777777" w:rsidR="002765BD" w:rsidRDefault="000816D7">
            <w:pPr>
              <w:keepNext/>
              <w:jc w:val="center"/>
            </w:pPr>
            <w:r>
              <w:rPr>
                <w:rFonts w:ascii="Arial" w:eastAsia="Arial" w:hAnsi="Arial" w:cs="Arial"/>
                <w:sz w:val="20"/>
              </w:rPr>
              <w:t xml:space="preserve"> </w:t>
            </w:r>
          </w:p>
        </w:tc>
      </w:tr>
      <w:tr w:rsidR="002765BD" w14:paraId="6A572E41" w14:textId="77777777">
        <w:trPr>
          <w:cantSplit/>
          <w:jc w:val="center"/>
        </w:trPr>
        <w:tc>
          <w:tcPr>
            <w:tcW w:w="3120" w:type="dxa"/>
          </w:tcPr>
          <w:p w14:paraId="2C6AFCFC" w14:textId="77777777" w:rsidR="002765BD" w:rsidRDefault="000816D7">
            <w:pPr>
              <w:keepNext/>
              <w:jc w:val="center"/>
            </w:pPr>
            <w:r>
              <w:rPr>
                <w:rFonts w:ascii="Arial" w:eastAsia="Arial" w:hAnsi="Arial" w:cs="Arial"/>
                <w:sz w:val="20"/>
              </w:rPr>
              <w:t xml:space="preserve"> </w:t>
            </w:r>
          </w:p>
        </w:tc>
        <w:tc>
          <w:tcPr>
            <w:tcW w:w="3120" w:type="dxa"/>
          </w:tcPr>
          <w:p w14:paraId="1F782425" w14:textId="77777777" w:rsidR="002765BD" w:rsidRDefault="000816D7">
            <w:pPr>
              <w:keepNext/>
              <w:jc w:val="center"/>
            </w:pPr>
            <w:r>
              <w:rPr>
                <w:rFonts w:ascii="Arial" w:eastAsia="Arial" w:hAnsi="Arial" w:cs="Arial"/>
                <w:sz w:val="20"/>
              </w:rPr>
              <w:t xml:space="preserve"> </w:t>
            </w:r>
          </w:p>
        </w:tc>
        <w:tc>
          <w:tcPr>
            <w:tcW w:w="3120" w:type="dxa"/>
          </w:tcPr>
          <w:p w14:paraId="5F0F55B0" w14:textId="77777777" w:rsidR="002765BD" w:rsidRDefault="000816D7">
            <w:pPr>
              <w:keepNext/>
              <w:jc w:val="center"/>
            </w:pPr>
            <w:r>
              <w:rPr>
                <w:rFonts w:ascii="Arial" w:eastAsia="Arial" w:hAnsi="Arial" w:cs="Arial"/>
                <w:sz w:val="20"/>
              </w:rPr>
              <w:t xml:space="preserve"> </w:t>
            </w:r>
          </w:p>
        </w:tc>
      </w:tr>
    </w:tbl>
    <w:p w14:paraId="2D967457" w14:textId="77777777" w:rsidR="002765BD" w:rsidRDefault="002765BD">
      <w:pPr>
        <w:spacing w:after="40"/>
      </w:pPr>
    </w:p>
    <w:p w14:paraId="7FFA09B0" w14:textId="77777777" w:rsidR="002765BD" w:rsidRPr="002E2BA4" w:rsidRDefault="000816D7">
      <w:pPr>
        <w:spacing w:before="120" w:after="680"/>
        <w:rPr>
          <w:lang w:val="es-CO"/>
        </w:rPr>
      </w:pPr>
      <w:r w:rsidRPr="002E2BA4">
        <w:rPr>
          <w:rFonts w:ascii="Arial" w:eastAsia="Arial" w:hAnsi="Arial" w:cs="Arial"/>
          <w:lang w:val="es-CO"/>
        </w:rPr>
        <w:t>En constancia, se firma en _______________, a los ____ días del mes de _________ de 20__.</w:t>
      </w:r>
    </w:p>
    <w:p w14:paraId="3652AE35" w14:textId="77777777" w:rsidR="002765BD" w:rsidRPr="002E2BA4" w:rsidRDefault="000816D7">
      <w:pPr>
        <w:spacing w:after="40"/>
        <w:jc w:val="center"/>
        <w:rPr>
          <w:lang w:val="es-CO"/>
        </w:rPr>
      </w:pPr>
      <w:r w:rsidRPr="002E2BA4">
        <w:rPr>
          <w:rFonts w:ascii="Arial" w:eastAsia="Arial" w:hAnsi="Arial" w:cs="Arial"/>
          <w:lang w:val="es-CO"/>
        </w:rPr>
        <w:t>_______________________________________</w:t>
      </w:r>
    </w:p>
    <w:p w14:paraId="1CF1F81B" w14:textId="77777777" w:rsidR="002765BD" w:rsidRPr="002E2BA4" w:rsidRDefault="000816D7">
      <w:pPr>
        <w:jc w:val="center"/>
        <w:rPr>
          <w:lang w:val="es-CO"/>
        </w:rPr>
      </w:pPr>
      <w:r w:rsidRPr="002E2BA4">
        <w:rPr>
          <w:rFonts w:ascii="Arial" w:eastAsia="Arial" w:hAnsi="Arial" w:cs="Arial"/>
          <w:lang w:val="es-CO"/>
        </w:rPr>
        <w:t>[Nombre, firma y número de identificación del representante legal o apoderado del proponente]</w:t>
      </w:r>
    </w:p>
    <w:sectPr w:rsidR="002765BD" w:rsidRPr="002E2BA4" w:rsidSect="00034616">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25695" w14:textId="77777777" w:rsidR="009B61A8" w:rsidRDefault="009B61A8" w:rsidP="00CE309F">
      <w:pPr>
        <w:spacing w:after="0" w:line="240" w:lineRule="auto"/>
      </w:pPr>
      <w:r>
        <w:separator/>
      </w:r>
    </w:p>
  </w:endnote>
  <w:endnote w:type="continuationSeparator" w:id="0">
    <w:p w14:paraId="35D0F7AE" w14:textId="77777777" w:rsidR="009B61A8" w:rsidRDefault="009B61A8" w:rsidP="00CE3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329E8" w14:textId="77777777" w:rsidR="009B61A8" w:rsidRDefault="009B61A8" w:rsidP="00CE309F">
      <w:pPr>
        <w:spacing w:after="0" w:line="240" w:lineRule="auto"/>
      </w:pPr>
      <w:r>
        <w:separator/>
      </w:r>
    </w:p>
  </w:footnote>
  <w:footnote w:type="continuationSeparator" w:id="0">
    <w:p w14:paraId="2636949B" w14:textId="77777777" w:rsidR="009B61A8" w:rsidRDefault="009B61A8" w:rsidP="00CE3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625621039">
    <w:abstractNumId w:val="8"/>
  </w:num>
  <w:num w:numId="2" w16cid:durableId="1010836037">
    <w:abstractNumId w:val="6"/>
  </w:num>
  <w:num w:numId="3" w16cid:durableId="140579965">
    <w:abstractNumId w:val="5"/>
  </w:num>
  <w:num w:numId="4" w16cid:durableId="718481151">
    <w:abstractNumId w:val="4"/>
  </w:num>
  <w:num w:numId="5" w16cid:durableId="1895390108">
    <w:abstractNumId w:val="7"/>
  </w:num>
  <w:num w:numId="6" w16cid:durableId="330060333">
    <w:abstractNumId w:val="3"/>
  </w:num>
  <w:num w:numId="7" w16cid:durableId="211813890">
    <w:abstractNumId w:val="2"/>
  </w:num>
  <w:num w:numId="8" w16cid:durableId="855652095">
    <w:abstractNumId w:val="1"/>
  </w:num>
  <w:num w:numId="9" w16cid:durableId="1143278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16D7"/>
    <w:rsid w:val="00105405"/>
    <w:rsid w:val="0015074B"/>
    <w:rsid w:val="002765BD"/>
    <w:rsid w:val="0029639D"/>
    <w:rsid w:val="002E2BA4"/>
    <w:rsid w:val="00326F90"/>
    <w:rsid w:val="0043508A"/>
    <w:rsid w:val="009B61A8"/>
    <w:rsid w:val="00AA1D8D"/>
    <w:rsid w:val="00B47730"/>
    <w:rsid w:val="00CB0664"/>
    <w:rsid w:val="00CE309F"/>
    <w:rsid w:val="00D15B2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F2E702"/>
  <w14:defaultImageDpi w14:val="300"/>
  <w15:docId w15:val="{F99A4C62-D68E-4424-84D3-EB42D2CF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572</Words>
  <Characters>3149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DISTRISEGURIDAD</dc:creator>
  <cp:keywords/>
  <dc:description>generated by python-docx</dc:description>
  <cp:lastModifiedBy>Edgard Martinez Cogollo</cp:lastModifiedBy>
  <cp:revision>3</cp:revision>
  <dcterms:created xsi:type="dcterms:W3CDTF">2026-10-05T22:44:00Z</dcterms:created>
  <dcterms:modified xsi:type="dcterms:W3CDTF">2026-10-13T19:55:00Z</dcterms:modified>
  <cp:category/>
</cp:coreProperties>
</file>