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458F" w14:textId="75D06496" w:rsidR="00B4637B" w:rsidRDefault="00B4637B">
      <w:pPr>
        <w:spacing w:after="280"/>
      </w:pPr>
    </w:p>
    <w:p w14:paraId="5548818C" w14:textId="77777777" w:rsidR="00B4637B" w:rsidRPr="004F0ABC" w:rsidRDefault="009239B1">
      <w:pPr>
        <w:spacing w:after="40"/>
        <w:jc w:val="center"/>
        <w:rPr>
          <w:lang w:val="es-CO"/>
        </w:rPr>
      </w:pPr>
      <w:r w:rsidRPr="004F0ABC">
        <w:rPr>
          <w:rFonts w:ascii="Arial" w:eastAsia="Arial" w:hAnsi="Arial" w:cs="Arial"/>
          <w:b/>
          <w:sz w:val="24"/>
          <w:lang w:val="es-CO"/>
        </w:rPr>
        <w:t>FORMATO – AUTORIZACIÓN PARA EL TRATAMIENTO DE DATOS PERSONALES</w:t>
      </w:r>
    </w:p>
    <w:p w14:paraId="599EC8C6" w14:textId="77777777" w:rsidR="00B4637B" w:rsidRPr="004F0ABC" w:rsidRDefault="009239B1">
      <w:pPr>
        <w:spacing w:after="240"/>
        <w:jc w:val="center"/>
        <w:rPr>
          <w:lang w:val="es-CO"/>
        </w:rPr>
      </w:pPr>
      <w:r w:rsidRPr="004F0ABC">
        <w:rPr>
          <w:rFonts w:ascii="Arial" w:eastAsia="Arial" w:hAnsi="Arial" w:cs="Arial"/>
          <w:i/>
          <w:sz w:val="20"/>
          <w:lang w:val="es-CO"/>
        </w:rPr>
        <w:t>Factores de desempate – datos sensibles</w:t>
      </w:r>
    </w:p>
    <w:p w14:paraId="3B8949DE" w14:textId="77777777" w:rsidR="00B4637B" w:rsidRPr="004F0ABC" w:rsidRDefault="009239B1">
      <w:pPr>
        <w:spacing w:after="280"/>
        <w:jc w:val="both"/>
        <w:rPr>
          <w:lang w:val="es-CO"/>
        </w:rPr>
      </w:pPr>
      <w:r w:rsidRPr="004F0ABC">
        <w:rPr>
          <w:rFonts w:ascii="Arial" w:eastAsia="Arial" w:hAnsi="Arial" w:cs="Arial"/>
          <w:i/>
          <w:sz w:val="18"/>
          <w:shd w:val="clear" w:color="auto" w:fill="D9D9D9"/>
          <w:lang w:val="es-CO"/>
        </w:rPr>
        <w:t>[El presente Formato lo diligenciará toda persona (Proponente, socio o trabajador) que al momento de presentar su oferta contenga datos sensibles, para que la Entidad Estatal garantice el tratamiento adecuado a esos datos]</w:t>
      </w:r>
    </w:p>
    <w:p w14:paraId="1CE39FBE" w14:textId="77777777" w:rsidR="00B4637B" w:rsidRPr="004F0ABC" w:rsidRDefault="009239B1">
      <w:pPr>
        <w:spacing w:after="40"/>
        <w:rPr>
          <w:lang w:val="es-CO"/>
        </w:rPr>
      </w:pPr>
      <w:r w:rsidRPr="004F0ABC">
        <w:rPr>
          <w:rFonts w:ascii="Arial" w:eastAsia="Arial" w:hAnsi="Arial" w:cs="Arial"/>
          <w:sz w:val="20"/>
          <w:lang w:val="es-CO"/>
        </w:rPr>
        <w:t>Señores</w:t>
      </w:r>
    </w:p>
    <w:p w14:paraId="63740A8C" w14:textId="77777777" w:rsidR="00B4637B" w:rsidRPr="004F0ABC" w:rsidRDefault="009239B1">
      <w:pPr>
        <w:spacing w:after="40"/>
        <w:rPr>
          <w:lang w:val="es-CO"/>
        </w:rPr>
      </w:pPr>
      <w:r w:rsidRPr="004F0ABC">
        <w:rPr>
          <w:rFonts w:ascii="Arial" w:eastAsia="Arial" w:hAnsi="Arial" w:cs="Arial"/>
          <w:b/>
          <w:sz w:val="20"/>
          <w:lang w:val="es-CO"/>
        </w:rPr>
        <w:t>DISTRISEGURIDAD</w:t>
      </w:r>
    </w:p>
    <w:p w14:paraId="75C5847B" w14:textId="77777777" w:rsidR="00B4637B" w:rsidRPr="004F0ABC" w:rsidRDefault="009239B1">
      <w:pPr>
        <w:spacing w:after="40"/>
        <w:rPr>
          <w:lang w:val="es-CO"/>
        </w:rPr>
      </w:pPr>
      <w:r w:rsidRPr="004F0ABC">
        <w:rPr>
          <w:rFonts w:ascii="Arial" w:eastAsia="Arial" w:hAnsi="Arial" w:cs="Arial"/>
          <w:sz w:val="20"/>
          <w:lang w:val="es-CO"/>
        </w:rPr>
        <w:t>Distrito Turístico y Cultural de Cartagena de Indias</w:t>
      </w:r>
    </w:p>
    <w:p w14:paraId="35786AE7" w14:textId="77777777" w:rsidR="00B4637B" w:rsidRPr="004F0ABC" w:rsidRDefault="009239B1">
      <w:pPr>
        <w:spacing w:after="40"/>
        <w:rPr>
          <w:lang w:val="es-CO"/>
        </w:rPr>
      </w:pPr>
      <w:r w:rsidRPr="004F0ABC">
        <w:rPr>
          <w:rFonts w:ascii="Arial" w:eastAsia="Arial" w:hAnsi="Arial" w:cs="Arial"/>
          <w:sz w:val="20"/>
          <w:lang w:val="es-CO"/>
        </w:rPr>
        <w:t>Carrera 13B # 26-78, Edificio Inteligente, Playón del Blanco</w:t>
      </w:r>
    </w:p>
    <w:p w14:paraId="67AA0272" w14:textId="77777777" w:rsidR="00B4637B" w:rsidRPr="004F0ABC" w:rsidRDefault="009239B1">
      <w:pPr>
        <w:spacing w:after="40"/>
        <w:rPr>
          <w:lang w:val="es-CO"/>
        </w:rPr>
      </w:pPr>
      <w:r w:rsidRPr="004F0ABC">
        <w:rPr>
          <w:rFonts w:ascii="Arial" w:eastAsia="Arial" w:hAnsi="Arial" w:cs="Arial"/>
          <w:sz w:val="20"/>
          <w:lang w:val="es-CO"/>
        </w:rPr>
        <w:t>Cartagena de Indias, D.T. y C.</w:t>
      </w:r>
    </w:p>
    <w:p w14:paraId="002CCA27" w14:textId="77777777" w:rsidR="00B4637B" w:rsidRPr="004F0ABC" w:rsidRDefault="009239B1">
      <w:pPr>
        <w:spacing w:after="280"/>
        <w:rPr>
          <w:lang w:val="es-CO"/>
        </w:rPr>
      </w:pPr>
      <w:r w:rsidRPr="004F0ABC">
        <w:rPr>
          <w:rFonts w:ascii="Arial" w:eastAsia="Arial" w:hAnsi="Arial" w:cs="Arial"/>
          <w:sz w:val="20"/>
          <w:lang w:val="es-CO"/>
        </w:rPr>
        <w:t>Colombia</w:t>
      </w:r>
    </w:p>
    <w:p w14:paraId="5153DB83" w14:textId="77777777" w:rsidR="00B4637B" w:rsidRPr="004F0ABC" w:rsidRDefault="009239B1">
      <w:pPr>
        <w:spacing w:after="80"/>
        <w:rPr>
          <w:lang w:val="es-CO"/>
        </w:rPr>
      </w:pPr>
      <w:r w:rsidRPr="004F0ABC">
        <w:rPr>
          <w:rFonts w:ascii="Arial" w:eastAsia="Arial" w:hAnsi="Arial" w:cs="Arial"/>
          <w:b/>
          <w:sz w:val="20"/>
          <w:lang w:val="es-CO"/>
        </w:rPr>
        <w:t xml:space="preserve">REFERENCIA: </w:t>
      </w:r>
      <w:r w:rsidRPr="004F0ABC">
        <w:rPr>
          <w:rFonts w:ascii="Arial" w:eastAsia="Arial" w:hAnsi="Arial" w:cs="Arial"/>
          <w:sz w:val="20"/>
          <w:lang w:val="es-CO"/>
        </w:rPr>
        <w:t>Proceso de Selección No._____________________</w:t>
      </w:r>
    </w:p>
    <w:p w14:paraId="191903EA" w14:textId="77777777" w:rsidR="00B4637B" w:rsidRPr="004F0ABC" w:rsidRDefault="009239B1">
      <w:pPr>
        <w:spacing w:before="160" w:after="280"/>
        <w:jc w:val="both"/>
        <w:rPr>
          <w:lang w:val="es-CO"/>
        </w:rPr>
      </w:pPr>
      <w:r w:rsidRPr="004F0ABC">
        <w:rPr>
          <w:rFonts w:ascii="Arial" w:eastAsia="Arial" w:hAnsi="Arial" w:cs="Arial"/>
          <w:b/>
          <w:sz w:val="20"/>
          <w:lang w:val="es-CO"/>
        </w:rPr>
        <w:t>OBJETO: PRESTACIÓN DE SERVICIOS PARA LA DEPURACIÓN, ORGANIZACIÓN, PRESERVACIÓN, DISPOSICIÓN FINAL Y VALORACIÓN DEL SISTEMA DE GESTIÓN DOCUMENTAL DE DISTRISEGURIDAD EN EL MARCO DEL PROYECTO CONSTRUCCIÓN Y DOTACIÓN PARA LOS ORGANISMOS DE SEGURIDAD, SOCORRO, JUSTICIA Y CONVIVENCIA EN CARTAGENA DE INDIAS CON BPIN 2024130010032</w:t>
      </w:r>
    </w:p>
    <w:p w14:paraId="6FB7E945" w14:textId="77777777" w:rsidR="00B4637B" w:rsidRPr="004F0ABC" w:rsidRDefault="009239B1">
      <w:pPr>
        <w:spacing w:after="160"/>
        <w:jc w:val="both"/>
        <w:rPr>
          <w:lang w:val="es-CO"/>
        </w:rPr>
      </w:pPr>
      <w:r w:rsidRPr="004F0ABC">
        <w:rPr>
          <w:rFonts w:ascii="Arial" w:eastAsia="Arial" w:hAnsi="Arial" w:cs="Arial"/>
          <w:sz w:val="20"/>
          <w:lang w:val="es-CO"/>
        </w:rPr>
        <w:t>Cumpliendo lo dispuesto en la Ley 1581 de 2012 “Por el cual se dictan disposiciones para la protección de datos personales” y de conformidad con lo señalado en el Decreto 1377 de 2013, con la firma de este documento manifiesto que he sido informado por DISTRISEGURIDAD de lo siguiente:</w:t>
      </w:r>
    </w:p>
    <w:p w14:paraId="7D7CDDEB" w14:textId="77777777" w:rsidR="00B4637B" w:rsidRPr="004F0ABC" w:rsidRDefault="009239B1">
      <w:pPr>
        <w:keepNext/>
        <w:spacing w:after="120"/>
        <w:ind w:left="504" w:hanging="504"/>
        <w:jc w:val="both"/>
        <w:rPr>
          <w:lang w:val="es-CO"/>
        </w:rPr>
      </w:pPr>
      <w:r w:rsidRPr="004F0ABC">
        <w:rPr>
          <w:rFonts w:ascii="Arial" w:eastAsia="Arial" w:hAnsi="Arial" w:cs="Arial"/>
          <w:sz w:val="20"/>
          <w:lang w:val="es-CO"/>
        </w:rPr>
        <w:t>1.</w:t>
      </w:r>
      <w:r w:rsidRPr="004F0ABC">
        <w:rPr>
          <w:rFonts w:ascii="Arial" w:eastAsia="Arial" w:hAnsi="Arial" w:cs="Arial"/>
          <w:sz w:val="20"/>
          <w:lang w:val="es-CO"/>
        </w:rPr>
        <w:tab/>
        <w:t>DISTRISEGURIDAD actuará como responsable del tratamiento de datos personales de los cuales soy titular y que, conjunta o separadamente podrá recolectar, almacenar y usar mis datos personales para hacer efectivo el factor de desempate previsto en el numeral “Criterios de Desempate” del Pliego de Condiciones, relacionados con la acreditación de ser mujer víctima de violencia intrafamiliar, persona en proceso de reintegración o reincorporación, o persona perteneciente a la población indígena, negra, afrocolombiana, raizal, palenquera, Rrom o gitana.</w:t>
      </w:r>
    </w:p>
    <w:tbl>
      <w:tblPr>
        <w:tblStyle w:val="Tablaconcuadrcula"/>
        <w:tblW w:w="0" w:type="auto"/>
        <w:jc w:val="center"/>
        <w:tblLayout w:type="fixed"/>
        <w:tblLook w:val="04A0" w:firstRow="1" w:lastRow="0" w:firstColumn="1" w:lastColumn="0" w:noHBand="0" w:noVBand="1"/>
      </w:tblPr>
      <w:tblGrid>
        <w:gridCol w:w="6336"/>
        <w:gridCol w:w="1512"/>
        <w:gridCol w:w="1512"/>
      </w:tblGrid>
      <w:tr w:rsidR="00B4637B" w14:paraId="786857E1" w14:textId="77777777">
        <w:trPr>
          <w:cantSplit/>
          <w:tblHeader/>
          <w:jc w:val="center"/>
        </w:trPr>
        <w:tc>
          <w:tcPr>
            <w:tcW w:w="6336" w:type="dxa"/>
          </w:tcPr>
          <w:p w14:paraId="3A5A8944" w14:textId="77777777" w:rsidR="00B4637B" w:rsidRDefault="009239B1">
            <w:pPr>
              <w:keepNext/>
              <w:jc w:val="center"/>
            </w:pPr>
            <w:r>
              <w:rPr>
                <w:rFonts w:ascii="Arial" w:eastAsia="Arial" w:hAnsi="Arial" w:cs="Arial"/>
                <w:b/>
                <w:sz w:val="20"/>
              </w:rPr>
              <w:t>Finalidad</w:t>
            </w:r>
          </w:p>
        </w:tc>
        <w:tc>
          <w:tcPr>
            <w:tcW w:w="1512" w:type="dxa"/>
          </w:tcPr>
          <w:p w14:paraId="3E50CA26" w14:textId="77777777" w:rsidR="00B4637B" w:rsidRDefault="009239B1">
            <w:pPr>
              <w:keepNext/>
              <w:jc w:val="center"/>
            </w:pPr>
            <w:r>
              <w:rPr>
                <w:rFonts w:ascii="Arial" w:eastAsia="Arial" w:hAnsi="Arial" w:cs="Arial"/>
                <w:b/>
                <w:sz w:val="20"/>
              </w:rPr>
              <w:t>Autoriza SÍ</w:t>
            </w:r>
          </w:p>
        </w:tc>
        <w:tc>
          <w:tcPr>
            <w:tcW w:w="1512" w:type="dxa"/>
          </w:tcPr>
          <w:p w14:paraId="3C67E27B" w14:textId="77777777" w:rsidR="00B4637B" w:rsidRDefault="009239B1">
            <w:pPr>
              <w:keepNext/>
              <w:jc w:val="center"/>
            </w:pPr>
            <w:r>
              <w:rPr>
                <w:rFonts w:ascii="Arial" w:eastAsia="Arial" w:hAnsi="Arial" w:cs="Arial"/>
                <w:b/>
                <w:sz w:val="20"/>
              </w:rPr>
              <w:t>Autoriza NO</w:t>
            </w:r>
          </w:p>
        </w:tc>
      </w:tr>
      <w:tr w:rsidR="00B4637B" w14:paraId="63B931B2" w14:textId="77777777">
        <w:trPr>
          <w:cantSplit/>
          <w:jc w:val="center"/>
        </w:trPr>
        <w:tc>
          <w:tcPr>
            <w:tcW w:w="6336" w:type="dxa"/>
          </w:tcPr>
          <w:p w14:paraId="560052B7" w14:textId="77777777" w:rsidR="00B4637B" w:rsidRPr="004F0ABC" w:rsidRDefault="009239B1">
            <w:pPr>
              <w:keepNext/>
              <w:rPr>
                <w:lang w:val="es-CO"/>
              </w:rPr>
            </w:pPr>
            <w:r w:rsidRPr="004F0ABC">
              <w:rPr>
                <w:rFonts w:ascii="Arial" w:eastAsia="Arial" w:hAnsi="Arial" w:cs="Arial"/>
                <w:sz w:val="20"/>
                <w:lang w:val="es-CO"/>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1512" w:type="dxa"/>
          </w:tcPr>
          <w:p w14:paraId="6572199C" w14:textId="77777777" w:rsidR="00B4637B" w:rsidRDefault="009239B1">
            <w:pPr>
              <w:keepNext/>
              <w:jc w:val="center"/>
            </w:pPr>
            <w:r>
              <w:rPr>
                <w:rFonts w:ascii="Arial" w:eastAsia="Arial" w:hAnsi="Arial" w:cs="Arial"/>
                <w:sz w:val="20"/>
              </w:rPr>
              <w:t>☐</w:t>
            </w:r>
          </w:p>
        </w:tc>
        <w:tc>
          <w:tcPr>
            <w:tcW w:w="1512" w:type="dxa"/>
          </w:tcPr>
          <w:p w14:paraId="654D5B6C" w14:textId="77777777" w:rsidR="00B4637B" w:rsidRDefault="009239B1">
            <w:pPr>
              <w:keepNext/>
              <w:jc w:val="center"/>
            </w:pPr>
            <w:r>
              <w:rPr>
                <w:rFonts w:ascii="Arial" w:eastAsia="Arial" w:hAnsi="Arial" w:cs="Arial"/>
                <w:sz w:val="20"/>
              </w:rPr>
              <w:t>☐</w:t>
            </w:r>
          </w:p>
        </w:tc>
      </w:tr>
    </w:tbl>
    <w:p w14:paraId="52B47658" w14:textId="77777777" w:rsidR="00B4637B" w:rsidRDefault="00B4637B">
      <w:pPr>
        <w:spacing w:after="0"/>
      </w:pPr>
    </w:p>
    <w:p w14:paraId="702CF165" w14:textId="77777777" w:rsidR="00B4637B" w:rsidRPr="004F0ABC" w:rsidRDefault="009239B1">
      <w:pPr>
        <w:spacing w:after="120"/>
        <w:ind w:left="504" w:hanging="504"/>
        <w:jc w:val="both"/>
        <w:rPr>
          <w:lang w:val="es-CO"/>
        </w:rPr>
      </w:pPr>
      <w:r w:rsidRPr="004F0ABC">
        <w:rPr>
          <w:rFonts w:ascii="Arial" w:eastAsia="Arial" w:hAnsi="Arial" w:cs="Arial"/>
          <w:sz w:val="20"/>
          <w:lang w:val="es-CO"/>
        </w:rPr>
        <w:t>2.</w:t>
      </w:r>
      <w:r w:rsidRPr="004F0ABC">
        <w:rPr>
          <w:rFonts w:ascii="Arial" w:eastAsia="Arial" w:hAnsi="Arial" w:cs="Arial"/>
          <w:sz w:val="20"/>
          <w:lang w:val="es-CO"/>
        </w:rPr>
        <w:tab/>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0735B152" w14:textId="77777777" w:rsidR="00B4637B" w:rsidRPr="004F0ABC" w:rsidRDefault="009239B1">
      <w:pPr>
        <w:spacing w:after="160"/>
        <w:ind w:left="504" w:hanging="504"/>
        <w:jc w:val="both"/>
        <w:rPr>
          <w:lang w:val="es-CO"/>
        </w:rPr>
      </w:pPr>
      <w:r w:rsidRPr="004F0ABC">
        <w:rPr>
          <w:rFonts w:ascii="Arial" w:eastAsia="Arial" w:hAnsi="Arial" w:cs="Arial"/>
          <w:sz w:val="20"/>
          <w:lang w:val="es-CO"/>
        </w:rPr>
        <w:t>3.</w:t>
      </w:r>
      <w:r w:rsidRPr="004F0ABC">
        <w:rPr>
          <w:rFonts w:ascii="Arial" w:eastAsia="Arial" w:hAnsi="Arial" w:cs="Arial"/>
          <w:sz w:val="20"/>
          <w:lang w:val="es-CO"/>
        </w:rPr>
        <w:tab/>
        <w:t>Manifiesto que me informaron que los datos sensibles que se recolectarán serán utilizados para hacer efectivo el criterio de desempate previsto en el numeral “Criterios de Desempate” del Pliego de Condiciones, relacionados con la acreditación de ser mujer víctima de violencia intrafamiliar, integrante de la población indígena, negra, afrocolombiana, raizal, palenquera, Rrom o gitana, o persona en proceso de reintegración o reincorporación.</w:t>
      </w:r>
    </w:p>
    <w:p w14:paraId="31E0538F" w14:textId="77777777" w:rsidR="00B4637B" w:rsidRPr="004F0ABC" w:rsidRDefault="009239B1">
      <w:pPr>
        <w:keepNext/>
        <w:spacing w:before="80" w:after="80"/>
        <w:rPr>
          <w:lang w:val="es-CO"/>
        </w:rPr>
      </w:pPr>
      <w:r w:rsidRPr="004F0ABC">
        <w:rPr>
          <w:rFonts w:ascii="Arial" w:eastAsia="Arial" w:hAnsi="Arial" w:cs="Arial"/>
          <w:b/>
          <w:sz w:val="20"/>
          <w:lang w:val="es-CO"/>
        </w:rPr>
        <w:lastRenderedPageBreak/>
        <w:t>Derechos del titular</w:t>
      </w:r>
    </w:p>
    <w:p w14:paraId="05F25458" w14:textId="77777777" w:rsidR="00B4637B" w:rsidRPr="004F0ABC" w:rsidRDefault="009239B1">
      <w:pPr>
        <w:spacing w:after="80"/>
        <w:jc w:val="both"/>
        <w:rPr>
          <w:lang w:val="es-CO"/>
        </w:rPr>
      </w:pPr>
      <w:r w:rsidRPr="004F0ABC">
        <w:rPr>
          <w:rFonts w:ascii="Arial" w:eastAsia="Arial" w:hAnsi="Arial" w:cs="Arial"/>
          <w:sz w:val="20"/>
          <w:lang w:val="es-CO"/>
        </w:rPr>
        <w:t>Mis derechos como titular de los datos son los previstos en la Constitución y en la Ley 1581 de 2012, especialmente los siguientes:</w:t>
      </w:r>
    </w:p>
    <w:p w14:paraId="3C9A5AB5" w14:textId="77777777" w:rsidR="00B4637B" w:rsidRPr="004F0ABC" w:rsidRDefault="009239B1">
      <w:pPr>
        <w:spacing w:after="40"/>
        <w:ind w:left="864" w:hanging="432"/>
        <w:jc w:val="both"/>
        <w:rPr>
          <w:lang w:val="es-CO"/>
        </w:rPr>
      </w:pPr>
      <w:r w:rsidRPr="004F0ABC">
        <w:rPr>
          <w:rFonts w:ascii="Arial" w:eastAsia="Arial" w:hAnsi="Arial" w:cs="Arial"/>
          <w:sz w:val="20"/>
          <w:lang w:val="es-CO"/>
        </w:rPr>
        <w:t>a)</w:t>
      </w:r>
      <w:r w:rsidRPr="004F0ABC">
        <w:rPr>
          <w:rFonts w:ascii="Arial" w:eastAsia="Arial" w:hAnsi="Arial" w:cs="Arial"/>
          <w:sz w:val="20"/>
          <w:lang w:val="es-CO"/>
        </w:rPr>
        <w:tab/>
        <w:t>Acceder en forma gratuita a los datos proporcionados que hayan sido objeto de tratamiento.</w:t>
      </w:r>
    </w:p>
    <w:p w14:paraId="0896A813" w14:textId="77777777" w:rsidR="00B4637B" w:rsidRPr="004F0ABC" w:rsidRDefault="009239B1">
      <w:pPr>
        <w:spacing w:after="40"/>
        <w:ind w:left="864" w:hanging="432"/>
        <w:jc w:val="both"/>
        <w:rPr>
          <w:lang w:val="es-CO"/>
        </w:rPr>
      </w:pPr>
      <w:r w:rsidRPr="004F0ABC">
        <w:rPr>
          <w:rFonts w:ascii="Arial" w:eastAsia="Arial" w:hAnsi="Arial" w:cs="Arial"/>
          <w:sz w:val="20"/>
          <w:lang w:val="es-CO"/>
        </w:rPr>
        <w:t>b)</w:t>
      </w:r>
      <w:r w:rsidRPr="004F0ABC">
        <w:rPr>
          <w:rFonts w:ascii="Arial" w:eastAsia="Arial" w:hAnsi="Arial" w:cs="Arial"/>
          <w:sz w:val="20"/>
          <w:lang w:val="es-CO"/>
        </w:rPr>
        <w:tab/>
        <w:t>Solicitar la actualización y rectificación de mi información frente a los datos parciales, inexactos o incompletos.</w:t>
      </w:r>
    </w:p>
    <w:p w14:paraId="16BA9DF9" w14:textId="77777777" w:rsidR="00B4637B" w:rsidRPr="004F0ABC" w:rsidRDefault="009239B1">
      <w:pPr>
        <w:spacing w:after="40"/>
        <w:ind w:left="864" w:hanging="432"/>
        <w:jc w:val="both"/>
        <w:rPr>
          <w:lang w:val="es-CO"/>
        </w:rPr>
      </w:pPr>
      <w:r w:rsidRPr="004F0ABC">
        <w:rPr>
          <w:rFonts w:ascii="Arial" w:eastAsia="Arial" w:hAnsi="Arial" w:cs="Arial"/>
          <w:sz w:val="20"/>
          <w:lang w:val="es-CO"/>
        </w:rPr>
        <w:t>c)</w:t>
      </w:r>
      <w:r w:rsidRPr="004F0ABC">
        <w:rPr>
          <w:rFonts w:ascii="Arial" w:eastAsia="Arial" w:hAnsi="Arial" w:cs="Arial"/>
          <w:sz w:val="20"/>
          <w:lang w:val="es-CO"/>
        </w:rPr>
        <w:tab/>
        <w:t>Solicitar prueba de la autorización otorgada.</w:t>
      </w:r>
    </w:p>
    <w:p w14:paraId="104B0E5C" w14:textId="77777777" w:rsidR="00B4637B" w:rsidRPr="004F0ABC" w:rsidRDefault="009239B1">
      <w:pPr>
        <w:spacing w:after="40"/>
        <w:ind w:left="864" w:hanging="432"/>
        <w:jc w:val="both"/>
        <w:rPr>
          <w:lang w:val="es-CO"/>
        </w:rPr>
      </w:pPr>
      <w:r w:rsidRPr="004F0ABC">
        <w:rPr>
          <w:rFonts w:ascii="Arial" w:eastAsia="Arial" w:hAnsi="Arial" w:cs="Arial"/>
          <w:sz w:val="20"/>
          <w:lang w:val="es-CO"/>
        </w:rPr>
        <w:t>d)</w:t>
      </w:r>
      <w:r w:rsidRPr="004F0ABC">
        <w:rPr>
          <w:rFonts w:ascii="Arial" w:eastAsia="Arial" w:hAnsi="Arial" w:cs="Arial"/>
          <w:sz w:val="20"/>
          <w:lang w:val="es-CO"/>
        </w:rPr>
        <w:tab/>
        <w:t>Presentar ante la Superintendencia de Industria y Comercio quejas por infracciones a lo dispuesto en la normatividad vigente.</w:t>
      </w:r>
    </w:p>
    <w:p w14:paraId="2A729C0A" w14:textId="77777777" w:rsidR="00B4637B" w:rsidRPr="004F0ABC" w:rsidRDefault="009239B1">
      <w:pPr>
        <w:spacing w:after="40"/>
        <w:ind w:left="864" w:hanging="432"/>
        <w:jc w:val="both"/>
        <w:rPr>
          <w:lang w:val="es-CO"/>
        </w:rPr>
      </w:pPr>
      <w:r w:rsidRPr="004F0ABC">
        <w:rPr>
          <w:rFonts w:ascii="Arial" w:eastAsia="Arial" w:hAnsi="Arial" w:cs="Arial"/>
          <w:sz w:val="20"/>
          <w:lang w:val="es-CO"/>
        </w:rPr>
        <w:t>e)</w:t>
      </w:r>
      <w:r w:rsidRPr="004F0ABC">
        <w:rPr>
          <w:rFonts w:ascii="Arial" w:eastAsia="Arial" w:hAnsi="Arial" w:cs="Arial"/>
          <w:sz w:val="20"/>
          <w:lang w:val="es-CO"/>
        </w:rPr>
        <w:tab/>
        <w:t>Revocar la autorización y/o solicitar la supresión del dato, a menos que exista un deber legal o contractual que haga imperativo conservar la información.</w:t>
      </w:r>
    </w:p>
    <w:p w14:paraId="09D90374" w14:textId="77777777" w:rsidR="00B4637B" w:rsidRPr="004F0ABC" w:rsidRDefault="009239B1">
      <w:pPr>
        <w:spacing w:after="40"/>
        <w:ind w:left="864" w:hanging="432"/>
        <w:jc w:val="both"/>
        <w:rPr>
          <w:lang w:val="es-CO"/>
        </w:rPr>
      </w:pPr>
      <w:r w:rsidRPr="004F0ABC">
        <w:rPr>
          <w:rFonts w:ascii="Arial" w:eastAsia="Arial" w:hAnsi="Arial" w:cs="Arial"/>
          <w:sz w:val="20"/>
          <w:lang w:val="es-CO"/>
        </w:rPr>
        <w:t>f)</w:t>
      </w:r>
      <w:r w:rsidRPr="004F0ABC">
        <w:rPr>
          <w:rFonts w:ascii="Arial" w:eastAsia="Arial" w:hAnsi="Arial" w:cs="Arial"/>
          <w:sz w:val="20"/>
          <w:lang w:val="es-CO"/>
        </w:rPr>
        <w:tab/>
        <w:t>Abstenerme de responder las preguntas sobre datos sensibles o sobre datos de las niñas, niños y adolescentes.</w:t>
      </w:r>
    </w:p>
    <w:p w14:paraId="6566281E" w14:textId="77777777" w:rsidR="00B4637B" w:rsidRPr="004F0ABC" w:rsidRDefault="009239B1">
      <w:pPr>
        <w:spacing w:after="160"/>
        <w:jc w:val="both"/>
        <w:rPr>
          <w:lang w:val="es-CO"/>
        </w:rPr>
      </w:pPr>
      <w:r w:rsidRPr="004F0ABC">
        <w:rPr>
          <w:rFonts w:ascii="Arial" w:eastAsia="Arial" w:hAnsi="Arial" w:cs="Arial"/>
          <w:sz w:val="20"/>
          <w:lang w:val="es-CO"/>
        </w:rPr>
        <w:t xml:space="preserve">Estos derechos los podré ejercer mediante los canales o medios dispuestos por DISTRISEGURIDAD para la atención al público: el correo electrónico atencionalciudadano@distriseguridad.gov.co, </w:t>
      </w:r>
      <w:r w:rsidRPr="004F0ABC">
        <w:rPr>
          <w:rFonts w:ascii="Arial" w:eastAsia="Arial" w:hAnsi="Arial" w:cs="Arial"/>
          <w:sz w:val="20"/>
          <w:shd w:val="clear" w:color="auto" w:fill="D9D9D9"/>
          <w:lang w:val="es-CO"/>
        </w:rPr>
        <w:t>[la línea de atención ______________]</w:t>
      </w:r>
      <w:r w:rsidRPr="004F0ABC">
        <w:rPr>
          <w:rFonts w:ascii="Arial" w:eastAsia="Arial" w:hAnsi="Arial" w:cs="Arial"/>
          <w:sz w:val="20"/>
          <w:lang w:val="es-CO"/>
        </w:rPr>
        <w:t xml:space="preserve"> y las instalaciones ubicadas en la Carrera 13B # 26-78, Edificio Inteligente, Cartagena de Indias, cuya información puedo consultar en </w:t>
      </w:r>
      <w:r w:rsidRPr="004F0ABC">
        <w:rPr>
          <w:rFonts w:ascii="Arial" w:eastAsia="Arial" w:hAnsi="Arial" w:cs="Arial"/>
          <w:sz w:val="20"/>
          <w:shd w:val="clear" w:color="auto" w:fill="D9D9D9"/>
          <w:lang w:val="es-CO"/>
        </w:rPr>
        <w:t>[sitio web de la Entidad]</w:t>
      </w:r>
      <w:r w:rsidRPr="004F0ABC">
        <w:rPr>
          <w:rFonts w:ascii="Arial" w:eastAsia="Arial" w:hAnsi="Arial" w:cs="Arial"/>
          <w:sz w:val="20"/>
          <w:lang w:val="es-CO"/>
        </w:rPr>
        <w:t xml:space="preserve">, en el horario de </w:t>
      </w:r>
      <w:r w:rsidRPr="004F0ABC">
        <w:rPr>
          <w:rFonts w:ascii="Arial" w:eastAsia="Arial" w:hAnsi="Arial" w:cs="Arial"/>
          <w:sz w:val="20"/>
          <w:shd w:val="clear" w:color="auto" w:fill="D9D9D9"/>
          <w:lang w:val="es-CO"/>
        </w:rPr>
        <w:t>[horario de atención]</w:t>
      </w:r>
      <w:r w:rsidRPr="004F0ABC">
        <w:rPr>
          <w:rFonts w:ascii="Arial" w:eastAsia="Arial" w:hAnsi="Arial" w:cs="Arial"/>
          <w:sz w:val="20"/>
          <w:lang w:val="es-CO"/>
        </w:rPr>
        <w:t>.</w:t>
      </w:r>
    </w:p>
    <w:p w14:paraId="1B1E02D5" w14:textId="77777777" w:rsidR="00B4637B" w:rsidRPr="004F0ABC" w:rsidRDefault="009239B1">
      <w:pPr>
        <w:spacing w:after="120"/>
        <w:jc w:val="both"/>
        <w:rPr>
          <w:lang w:val="es-CO"/>
        </w:rPr>
      </w:pPr>
      <w:r w:rsidRPr="004F0ABC">
        <w:rPr>
          <w:rFonts w:ascii="Arial" w:eastAsia="Arial" w:hAnsi="Arial" w:cs="Arial"/>
          <w:sz w:val="20"/>
          <w:lang w:val="es-CO"/>
        </w:rPr>
        <w:t xml:space="preserve">Por todo lo anterior, he otorgado mi consentimiento a DISTRISEGURIDAD para que trate mi información personal de acuerdo con la Política de Tratamiento de Datos Personales dispuesta en </w:t>
      </w:r>
      <w:r w:rsidRPr="004F0ABC">
        <w:rPr>
          <w:rFonts w:ascii="Arial" w:eastAsia="Arial" w:hAnsi="Arial" w:cs="Arial"/>
          <w:sz w:val="20"/>
          <w:shd w:val="clear" w:color="auto" w:fill="D9D9D9"/>
          <w:lang w:val="es-CO"/>
        </w:rPr>
        <w:t>[indicar el enlace donde se encuentra la Política de Tratamiento de Datos Personales]</w:t>
      </w:r>
      <w:r w:rsidRPr="004F0ABC">
        <w:rPr>
          <w:rFonts w:ascii="Arial" w:eastAsia="Arial" w:hAnsi="Arial" w:cs="Arial"/>
          <w:sz w:val="20"/>
          <w:lang w:val="es-CO"/>
        </w:rPr>
        <w:t>, que me dio a conocer antes de recolectar mis datos personales.</w:t>
      </w:r>
    </w:p>
    <w:p w14:paraId="695F697D" w14:textId="77777777" w:rsidR="00B4637B" w:rsidRPr="004F0ABC" w:rsidRDefault="009239B1">
      <w:pPr>
        <w:jc w:val="both"/>
        <w:rPr>
          <w:lang w:val="es-CO"/>
        </w:rPr>
      </w:pPr>
      <w:r w:rsidRPr="004F0ABC">
        <w:rPr>
          <w:rFonts w:ascii="Arial" w:eastAsia="Arial" w:hAnsi="Arial" w:cs="Arial"/>
          <w:sz w:val="20"/>
          <w:lang w:val="es-CO"/>
        </w:rPr>
        <w:t>Manifiesto que la presente autorización me fue solicitada y puesta de presente antes de entregar mis datos y que la suscribo de forma libre y voluntaria una vez leída en su totalidad.</w:t>
      </w:r>
    </w:p>
    <w:p w14:paraId="0C5EBE86" w14:textId="77777777" w:rsidR="00B4637B" w:rsidRPr="004F0ABC" w:rsidRDefault="009239B1">
      <w:pPr>
        <w:spacing w:after="100"/>
        <w:rPr>
          <w:lang w:val="es-CO"/>
        </w:rPr>
      </w:pPr>
      <w:r w:rsidRPr="004F0ABC">
        <w:rPr>
          <w:rFonts w:ascii="Arial" w:eastAsia="Arial" w:hAnsi="Arial" w:cs="Arial"/>
          <w:sz w:val="20"/>
          <w:lang w:val="es-CO"/>
        </w:rPr>
        <w:t>Nombre: ________________________________________</w:t>
      </w:r>
    </w:p>
    <w:p w14:paraId="29BFD38D" w14:textId="77777777" w:rsidR="00B4637B" w:rsidRPr="004F0ABC" w:rsidRDefault="009239B1">
      <w:pPr>
        <w:spacing w:after="100"/>
        <w:rPr>
          <w:lang w:val="es-CO"/>
        </w:rPr>
      </w:pPr>
      <w:r w:rsidRPr="004F0ABC">
        <w:rPr>
          <w:rFonts w:ascii="Arial" w:eastAsia="Arial" w:hAnsi="Arial" w:cs="Arial"/>
          <w:sz w:val="20"/>
          <w:lang w:val="es-CO"/>
        </w:rPr>
        <w:t>Firma: ________________________________________</w:t>
      </w:r>
    </w:p>
    <w:p w14:paraId="3F239CE4" w14:textId="77777777" w:rsidR="00B4637B" w:rsidRPr="004F0ABC" w:rsidRDefault="009239B1">
      <w:pPr>
        <w:spacing w:after="100"/>
        <w:rPr>
          <w:lang w:val="es-CO"/>
        </w:rPr>
      </w:pPr>
      <w:r w:rsidRPr="004F0ABC">
        <w:rPr>
          <w:rFonts w:ascii="Arial" w:eastAsia="Arial" w:hAnsi="Arial" w:cs="Arial"/>
          <w:sz w:val="20"/>
          <w:lang w:val="es-CO"/>
        </w:rPr>
        <w:t>Identificación: ________________________________________</w:t>
      </w:r>
    </w:p>
    <w:p w14:paraId="5446BA68" w14:textId="77777777" w:rsidR="00B4637B" w:rsidRPr="004F0ABC" w:rsidRDefault="009239B1">
      <w:pPr>
        <w:spacing w:after="100"/>
        <w:rPr>
          <w:lang w:val="es-CO"/>
        </w:rPr>
      </w:pPr>
      <w:r w:rsidRPr="004F0ABC">
        <w:rPr>
          <w:rFonts w:ascii="Arial" w:eastAsia="Arial" w:hAnsi="Arial" w:cs="Arial"/>
          <w:sz w:val="20"/>
          <w:lang w:val="es-CO"/>
        </w:rPr>
        <w:t>Fecha en que se puso de presente la autorización y entregó sus datos: ________________________________________</w:t>
      </w:r>
    </w:p>
    <w:sectPr w:rsidR="00B4637B" w:rsidRPr="004F0ABC" w:rsidSect="00034616">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79C48" w14:textId="77777777" w:rsidR="001D48B5" w:rsidRDefault="001D48B5" w:rsidP="00806E29">
      <w:pPr>
        <w:spacing w:after="0" w:line="240" w:lineRule="auto"/>
      </w:pPr>
      <w:r>
        <w:separator/>
      </w:r>
    </w:p>
  </w:endnote>
  <w:endnote w:type="continuationSeparator" w:id="0">
    <w:p w14:paraId="1D60BB50" w14:textId="77777777" w:rsidR="001D48B5" w:rsidRDefault="001D48B5" w:rsidP="0080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723E6" w14:textId="77777777" w:rsidR="001D48B5" w:rsidRDefault="001D48B5" w:rsidP="00806E29">
      <w:pPr>
        <w:spacing w:after="0" w:line="240" w:lineRule="auto"/>
      </w:pPr>
      <w:r>
        <w:separator/>
      </w:r>
    </w:p>
  </w:footnote>
  <w:footnote w:type="continuationSeparator" w:id="0">
    <w:p w14:paraId="1D6CCEBF" w14:textId="77777777" w:rsidR="001D48B5" w:rsidRDefault="001D48B5" w:rsidP="00806E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700088691">
    <w:abstractNumId w:val="8"/>
  </w:num>
  <w:num w:numId="2" w16cid:durableId="498009273">
    <w:abstractNumId w:val="6"/>
  </w:num>
  <w:num w:numId="3" w16cid:durableId="1052537365">
    <w:abstractNumId w:val="5"/>
  </w:num>
  <w:num w:numId="4" w16cid:durableId="594096004">
    <w:abstractNumId w:val="4"/>
  </w:num>
  <w:num w:numId="5" w16cid:durableId="714037914">
    <w:abstractNumId w:val="7"/>
  </w:num>
  <w:num w:numId="6" w16cid:durableId="268898516">
    <w:abstractNumId w:val="3"/>
  </w:num>
  <w:num w:numId="7" w16cid:durableId="1209998182">
    <w:abstractNumId w:val="2"/>
  </w:num>
  <w:num w:numId="8" w16cid:durableId="797069017">
    <w:abstractNumId w:val="1"/>
  </w:num>
  <w:num w:numId="9" w16cid:durableId="2141023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48B5"/>
    <w:rsid w:val="0029639D"/>
    <w:rsid w:val="00326F90"/>
    <w:rsid w:val="003B1F9D"/>
    <w:rsid w:val="004F0ABC"/>
    <w:rsid w:val="00806E29"/>
    <w:rsid w:val="009239B1"/>
    <w:rsid w:val="0093698B"/>
    <w:rsid w:val="00AA1D8D"/>
    <w:rsid w:val="00B4637B"/>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ACB546"/>
  <w14:defaultImageDpi w14:val="300"/>
  <w15:docId w15:val="{F99A4C62-D68E-4424-84D3-EB42D2CF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779</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DISTRISEGURIDAD</dc:creator>
  <cp:keywords/>
  <dc:description>generated by python-docx</dc:description>
  <cp:lastModifiedBy>Edgard Martinez Cogollo</cp:lastModifiedBy>
  <cp:revision>3</cp:revision>
  <dcterms:created xsi:type="dcterms:W3CDTF">2026-10-06T03:22:00Z</dcterms:created>
  <dcterms:modified xsi:type="dcterms:W3CDTF">2026-10-13T19:55:00Z</dcterms:modified>
  <cp:category/>
</cp:coreProperties>
</file>