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C800D" w14:textId="5C331A58" w:rsidR="00D86B82" w:rsidRDefault="00D86B82">
      <w:pPr>
        <w:spacing w:after="280"/>
      </w:pPr>
    </w:p>
    <w:p w14:paraId="28494CDD" w14:textId="77777777" w:rsidR="00D86B82" w:rsidRDefault="002F17D7">
      <w:pPr>
        <w:spacing w:after="40"/>
        <w:jc w:val="center"/>
      </w:pPr>
      <w:r>
        <w:rPr>
          <w:rFonts w:ascii="Arial" w:eastAsia="Arial" w:hAnsi="Arial" w:cs="Arial"/>
          <w:b/>
          <w:sz w:val="24"/>
        </w:rPr>
        <w:t>FORMATO – INCORPORACIÓN DE COMPONENTE NACIONAL</w:t>
      </w:r>
    </w:p>
    <w:p w14:paraId="1F168178" w14:textId="77777777" w:rsidR="00D86B82" w:rsidRDefault="002F17D7">
      <w:pPr>
        <w:spacing w:after="240"/>
        <w:jc w:val="center"/>
      </w:pPr>
      <w:r>
        <w:rPr>
          <w:rFonts w:ascii="Arial" w:eastAsia="Arial" w:hAnsi="Arial" w:cs="Arial"/>
          <w:i/>
          <w:sz w:val="20"/>
        </w:rPr>
        <w:t>Apoyo a la industria nacional en servicios extranjeros (5 puntos)</w:t>
      </w:r>
    </w:p>
    <w:p w14:paraId="3D71A180" w14:textId="77777777" w:rsidR="00D86B82" w:rsidRDefault="002F17D7">
      <w:pPr>
        <w:spacing w:after="280"/>
        <w:jc w:val="both"/>
      </w:pPr>
      <w:r>
        <w:rPr>
          <w:rFonts w:ascii="Arial" w:eastAsia="Arial" w:hAnsi="Arial" w:cs="Arial"/>
          <w:i/>
          <w:sz w:val="20"/>
          <w:shd w:val="clear" w:color="auto" w:fill="D9D9D9"/>
        </w:rPr>
        <w:t>[Este formato únicamente debe ser diligenciado por los proponentes extranjeros sin derecho a Trato Nacional que opten por incorporar personal calificado de origen colombiano en la ejecución del contrato. Los proponentes nacionales y los extranjeros con Trato Nacional NO deben presentarlo: acreditan el puntaje por Servicios Nacionales o con Trato Nacional con los documentos señalados en el numeral “Apoyo a la Industria Nacional” del Pliego de Condiciones.]</w:t>
      </w:r>
    </w:p>
    <w:p w14:paraId="4B4D7B39" w14:textId="77777777" w:rsidR="00D86B82" w:rsidRDefault="002F17D7">
      <w:pPr>
        <w:spacing w:after="40"/>
      </w:pPr>
      <w:r>
        <w:rPr>
          <w:rFonts w:ascii="Arial" w:eastAsia="Arial" w:hAnsi="Arial" w:cs="Arial"/>
        </w:rPr>
        <w:t>Señores</w:t>
      </w:r>
    </w:p>
    <w:p w14:paraId="767D1DBC" w14:textId="77777777" w:rsidR="00D86B82" w:rsidRDefault="002F17D7">
      <w:pPr>
        <w:spacing w:after="40"/>
      </w:pPr>
      <w:r>
        <w:rPr>
          <w:rFonts w:ascii="Arial" w:eastAsia="Arial" w:hAnsi="Arial" w:cs="Arial"/>
          <w:b/>
        </w:rPr>
        <w:t>DISTRISEGURIDAD</w:t>
      </w:r>
    </w:p>
    <w:p w14:paraId="38EAA1F2" w14:textId="77777777" w:rsidR="00D86B82" w:rsidRDefault="002F17D7">
      <w:pPr>
        <w:spacing w:after="40"/>
      </w:pPr>
      <w:r>
        <w:rPr>
          <w:rFonts w:ascii="Arial" w:eastAsia="Arial" w:hAnsi="Arial" w:cs="Arial"/>
        </w:rPr>
        <w:t>Distrito Turístico y Cultural de Cartagena de Indias</w:t>
      </w:r>
    </w:p>
    <w:p w14:paraId="1C538314" w14:textId="77777777" w:rsidR="00D86B82" w:rsidRDefault="002F17D7">
      <w:pPr>
        <w:spacing w:after="40"/>
      </w:pPr>
      <w:r>
        <w:rPr>
          <w:rFonts w:ascii="Arial" w:eastAsia="Arial" w:hAnsi="Arial" w:cs="Arial"/>
        </w:rPr>
        <w:t>Carrera 13B # 26-78, Edificio Inteligente, Playón del Blanco</w:t>
      </w:r>
    </w:p>
    <w:p w14:paraId="4AD858A7" w14:textId="77777777" w:rsidR="00D86B82" w:rsidRDefault="002F17D7">
      <w:pPr>
        <w:spacing w:after="40"/>
      </w:pPr>
      <w:r>
        <w:rPr>
          <w:rFonts w:ascii="Arial" w:eastAsia="Arial" w:hAnsi="Arial" w:cs="Arial"/>
        </w:rPr>
        <w:t>Cartagena de Indias, D.T. y C.</w:t>
      </w:r>
    </w:p>
    <w:p w14:paraId="68CDD5F5" w14:textId="77777777" w:rsidR="00D86B82" w:rsidRDefault="002F17D7">
      <w:pPr>
        <w:spacing w:after="280"/>
      </w:pPr>
      <w:r>
        <w:rPr>
          <w:rFonts w:ascii="Arial" w:eastAsia="Arial" w:hAnsi="Arial" w:cs="Arial"/>
        </w:rPr>
        <w:t>Colombia</w:t>
      </w:r>
    </w:p>
    <w:p w14:paraId="3B96094C" w14:textId="77777777" w:rsidR="00D86B82" w:rsidRDefault="002F17D7">
      <w:pPr>
        <w:spacing w:after="80"/>
      </w:pPr>
      <w:r>
        <w:rPr>
          <w:rFonts w:ascii="Arial" w:eastAsia="Arial" w:hAnsi="Arial" w:cs="Arial"/>
          <w:b/>
        </w:rPr>
        <w:t xml:space="preserve">REFERENCIA: </w:t>
      </w:r>
      <w:r>
        <w:rPr>
          <w:rFonts w:ascii="Arial" w:eastAsia="Arial" w:hAnsi="Arial" w:cs="Arial"/>
        </w:rPr>
        <w:t>Proceso de Selección No._____________________</w:t>
      </w:r>
    </w:p>
    <w:p w14:paraId="05EF74AA" w14:textId="77777777" w:rsidR="00D86B82" w:rsidRDefault="002F17D7">
      <w:pPr>
        <w:spacing w:before="160" w:after="280"/>
        <w:jc w:val="both"/>
      </w:pPr>
      <w:r>
        <w:rPr>
          <w:rFonts w:ascii="Arial" w:eastAsia="Arial" w:hAnsi="Arial" w:cs="Arial"/>
          <w:b/>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4E5B5F3F" w14:textId="77777777" w:rsidR="00D86B82" w:rsidRDefault="002F17D7">
      <w:pPr>
        <w:spacing w:after="160"/>
      </w:pPr>
      <w:r>
        <w:rPr>
          <w:rFonts w:ascii="Arial" w:eastAsia="Arial" w:hAnsi="Arial" w:cs="Arial"/>
        </w:rPr>
        <w:t>Estimados señores:</w:t>
      </w:r>
    </w:p>
    <w:p w14:paraId="2261C449" w14:textId="77777777" w:rsidR="00D86B82" w:rsidRDefault="002F17D7">
      <w:pPr>
        <w:jc w:val="both"/>
      </w:pPr>
      <w:r>
        <w:rPr>
          <w:rFonts w:ascii="Arial" w:eastAsia="Arial" w:hAnsi="Arial" w:cs="Arial"/>
          <w:shd w:val="clear" w:color="auto" w:fill="D9D9D9"/>
        </w:rPr>
        <w:t>[Incluir el nombre del representante legal o apoderado del proponente]</w:t>
      </w:r>
      <w:r>
        <w:rPr>
          <w:rFonts w:ascii="Arial" w:eastAsia="Arial" w:hAnsi="Arial" w:cs="Arial"/>
        </w:rPr>
        <w:t xml:space="preserve"> identificado con </w:t>
      </w:r>
      <w:r>
        <w:rPr>
          <w:rFonts w:ascii="Arial" w:eastAsia="Arial" w:hAnsi="Arial" w:cs="Arial"/>
          <w:shd w:val="clear" w:color="auto" w:fill="D9D9D9"/>
        </w:rPr>
        <w:t>[Incluir el número de identificación]</w:t>
      </w:r>
      <w:r>
        <w:rPr>
          <w:rFonts w:ascii="Arial" w:eastAsia="Arial" w:hAnsi="Arial" w:cs="Arial"/>
        </w:rPr>
        <w:t xml:space="preserve">, en mi condición de </w:t>
      </w:r>
      <w:r>
        <w:rPr>
          <w:rFonts w:ascii="Arial" w:eastAsia="Arial" w:hAnsi="Arial" w:cs="Arial"/>
          <w:shd w:val="clear" w:color="auto" w:fill="D9D9D9"/>
        </w:rPr>
        <w:t>[Indicar si actúa como representante legal o apoderado]</w:t>
      </w:r>
      <w:r>
        <w:rPr>
          <w:rFonts w:ascii="Arial" w:eastAsia="Arial" w:hAnsi="Arial" w:cs="Arial"/>
        </w:rPr>
        <w:t xml:space="preserve"> de </w:t>
      </w:r>
      <w:r>
        <w:rPr>
          <w:rFonts w:ascii="Arial" w:eastAsia="Arial" w:hAnsi="Arial" w:cs="Arial"/>
          <w:shd w:val="clear" w:color="auto" w:fill="D9D9D9"/>
        </w:rPr>
        <w:t>[Incluir la razón social del proponente]</w:t>
      </w:r>
      <w:r>
        <w:rPr>
          <w:rFonts w:ascii="Arial" w:eastAsia="Arial" w:hAnsi="Arial" w:cs="Arial"/>
        </w:rPr>
        <w:t xml:space="preserve"> identificado con </w:t>
      </w:r>
      <w:r>
        <w:rPr>
          <w:rFonts w:ascii="Arial" w:eastAsia="Arial" w:hAnsi="Arial" w:cs="Arial"/>
          <w:shd w:val="clear" w:color="auto" w:fill="D9D9D9"/>
        </w:rPr>
        <w:t>[Incluir el NIT o documento equivalente en el país de origen]</w:t>
      </w:r>
      <w:r>
        <w:rPr>
          <w:rFonts w:ascii="Arial" w:eastAsia="Arial" w:hAnsi="Arial" w:cs="Arial"/>
        </w:rPr>
        <w:t>, manifiesto bajo la gravedad de juramento, que se entiende prestado con la firma del presente documento, para efectos de la asignación del puntaje por incorporación de componente nacional en servicios extranjeros previsto en el Pliego de Condiciones del proceso de la referencia, lo siguiente:</w:t>
      </w:r>
    </w:p>
    <w:p w14:paraId="1BB3FA8A" w14:textId="77777777" w:rsidR="00D86B82" w:rsidRDefault="002F17D7">
      <w:pPr>
        <w:spacing w:after="120"/>
        <w:ind w:left="504" w:hanging="504"/>
        <w:jc w:val="both"/>
      </w:pPr>
      <w:r>
        <w:rPr>
          <w:rFonts w:ascii="Arial" w:eastAsia="Arial" w:hAnsi="Arial" w:cs="Arial"/>
        </w:rPr>
        <w:t>1.</w:t>
      </w:r>
      <w:r>
        <w:rPr>
          <w:rFonts w:ascii="Arial" w:eastAsia="Arial" w:hAnsi="Arial" w:cs="Arial"/>
        </w:rPr>
        <w:tab/>
        <w:t>Que el proponente es extranjero y no cuenta con derecho a Trato Nacional en el presente proceso de contratación, conforme a la sección de acuerdos comerciales aplicables al proceso.</w:t>
      </w:r>
    </w:p>
    <w:p w14:paraId="629F47B0" w14:textId="77777777" w:rsidR="00D86B82" w:rsidRDefault="002F17D7">
      <w:pPr>
        <w:keepNext/>
        <w:spacing w:after="160"/>
        <w:ind w:left="504" w:hanging="504"/>
        <w:jc w:val="both"/>
      </w:pPr>
      <w:r>
        <w:rPr>
          <w:rFonts w:ascii="Arial" w:eastAsia="Arial" w:hAnsi="Arial" w:cs="Arial"/>
        </w:rPr>
        <w:t>2.</w:t>
      </w:r>
      <w:r>
        <w:rPr>
          <w:rFonts w:ascii="Arial" w:eastAsia="Arial" w:hAnsi="Arial" w:cs="Arial"/>
        </w:rPr>
        <w:tab/>
        <w:t>Que, en caso de resultar adjudicatario, incorporará a la ejecución del contrato personal calificado de origen colombiano en la proporción que se relaciona en el siguiente cuadro, calculada sobre el total del personal calificado ofrecido para la ejecución del contrato:</w:t>
      </w:r>
    </w:p>
    <w:tbl>
      <w:tblPr>
        <w:tblStyle w:val="Tablaconcuadrcula"/>
        <w:tblW w:w="0" w:type="auto"/>
        <w:jc w:val="center"/>
        <w:tblLook w:val="04A0" w:firstRow="1" w:lastRow="0" w:firstColumn="1" w:lastColumn="0" w:noHBand="0" w:noVBand="1"/>
      </w:tblPr>
      <w:tblGrid>
        <w:gridCol w:w="3116"/>
        <w:gridCol w:w="3117"/>
        <w:gridCol w:w="3117"/>
      </w:tblGrid>
      <w:tr w:rsidR="00D86B82" w14:paraId="03F2ABF4" w14:textId="77777777">
        <w:trPr>
          <w:cantSplit/>
          <w:tblHeader/>
          <w:jc w:val="center"/>
        </w:trPr>
        <w:tc>
          <w:tcPr>
            <w:tcW w:w="3120" w:type="dxa"/>
          </w:tcPr>
          <w:p w14:paraId="138E16B0" w14:textId="77777777" w:rsidR="00D86B82" w:rsidRDefault="002F17D7">
            <w:pPr>
              <w:keepNext/>
              <w:jc w:val="center"/>
            </w:pPr>
            <w:r>
              <w:rPr>
                <w:rFonts w:ascii="Arial" w:eastAsia="Arial" w:hAnsi="Arial" w:cs="Arial"/>
                <w:b/>
                <w:sz w:val="20"/>
              </w:rPr>
              <w:t>Total de personal calificado ofrecido para la ejecución del contrato (N.°)</w:t>
            </w:r>
          </w:p>
        </w:tc>
        <w:tc>
          <w:tcPr>
            <w:tcW w:w="3120" w:type="dxa"/>
          </w:tcPr>
          <w:p w14:paraId="4D09190E" w14:textId="77777777" w:rsidR="00D86B82" w:rsidRDefault="002F17D7">
            <w:pPr>
              <w:keepNext/>
              <w:jc w:val="center"/>
            </w:pPr>
            <w:r>
              <w:rPr>
                <w:rFonts w:ascii="Arial" w:eastAsia="Arial" w:hAnsi="Arial" w:cs="Arial"/>
                <w:b/>
                <w:sz w:val="20"/>
              </w:rPr>
              <w:t>Personal calificado de origen colombiano (N.°)</w:t>
            </w:r>
          </w:p>
        </w:tc>
        <w:tc>
          <w:tcPr>
            <w:tcW w:w="3120" w:type="dxa"/>
          </w:tcPr>
          <w:p w14:paraId="711313FC" w14:textId="77777777" w:rsidR="00D86B82" w:rsidRDefault="002F17D7">
            <w:pPr>
              <w:keepNext/>
              <w:jc w:val="center"/>
            </w:pPr>
            <w:r>
              <w:rPr>
                <w:rFonts w:ascii="Arial" w:eastAsia="Arial" w:hAnsi="Arial" w:cs="Arial"/>
                <w:b/>
                <w:sz w:val="20"/>
              </w:rPr>
              <w:t>Porcentaje de personal calificado de origen colombiano (%)</w:t>
            </w:r>
          </w:p>
        </w:tc>
      </w:tr>
      <w:tr w:rsidR="00D86B82" w14:paraId="217EBB8F" w14:textId="77777777">
        <w:trPr>
          <w:cantSplit/>
          <w:jc w:val="center"/>
        </w:trPr>
        <w:tc>
          <w:tcPr>
            <w:tcW w:w="3120" w:type="dxa"/>
          </w:tcPr>
          <w:p w14:paraId="0FBB576E" w14:textId="77777777" w:rsidR="00D86B82" w:rsidRDefault="002F17D7">
            <w:pPr>
              <w:keepNext/>
              <w:jc w:val="center"/>
            </w:pPr>
            <w:r>
              <w:rPr>
                <w:rFonts w:ascii="Arial" w:eastAsia="Arial" w:hAnsi="Arial" w:cs="Arial"/>
                <w:sz w:val="20"/>
              </w:rPr>
              <w:t xml:space="preserve"> </w:t>
            </w:r>
          </w:p>
        </w:tc>
        <w:tc>
          <w:tcPr>
            <w:tcW w:w="3120" w:type="dxa"/>
          </w:tcPr>
          <w:p w14:paraId="2115DBBF" w14:textId="77777777" w:rsidR="00D86B82" w:rsidRDefault="002F17D7">
            <w:pPr>
              <w:keepNext/>
              <w:jc w:val="center"/>
            </w:pPr>
            <w:r>
              <w:rPr>
                <w:rFonts w:ascii="Arial" w:eastAsia="Arial" w:hAnsi="Arial" w:cs="Arial"/>
                <w:sz w:val="20"/>
              </w:rPr>
              <w:t xml:space="preserve"> </w:t>
            </w:r>
          </w:p>
        </w:tc>
        <w:tc>
          <w:tcPr>
            <w:tcW w:w="3120" w:type="dxa"/>
          </w:tcPr>
          <w:p w14:paraId="5E9BFE7C" w14:textId="77777777" w:rsidR="00D86B82" w:rsidRDefault="002F17D7">
            <w:pPr>
              <w:keepNext/>
              <w:jc w:val="center"/>
            </w:pPr>
            <w:r>
              <w:rPr>
                <w:rFonts w:ascii="Arial" w:eastAsia="Arial" w:hAnsi="Arial" w:cs="Arial"/>
                <w:sz w:val="20"/>
              </w:rPr>
              <w:t xml:space="preserve"> </w:t>
            </w:r>
          </w:p>
        </w:tc>
      </w:tr>
    </w:tbl>
    <w:p w14:paraId="15EE0EA1" w14:textId="77777777" w:rsidR="00D86B82" w:rsidRDefault="00D86B82">
      <w:pPr>
        <w:spacing w:after="40"/>
      </w:pPr>
    </w:p>
    <w:p w14:paraId="68B3FA5F" w14:textId="77777777" w:rsidR="00D86B82" w:rsidRDefault="002F17D7">
      <w:pPr>
        <w:jc w:val="both"/>
      </w:pPr>
      <w:r>
        <w:rPr>
          <w:rFonts w:ascii="Arial" w:eastAsia="Arial" w:hAnsi="Arial" w:cs="Arial"/>
          <w:i/>
          <w:sz w:val="20"/>
          <w:shd w:val="clear" w:color="auto" w:fill="D9D9D9"/>
        </w:rPr>
        <w:lastRenderedPageBreak/>
        <w:t>[La Entidad asignará cinco (5) puntos al proponente extranjero sin derecho a Trato Nacional que incorpore a la ejecución del contrato más del noventa por ciento (90%) de personal calificado de origen colombiano. En caso de no efectuar ningún ofrecimiento, el puntaje por este factor será de cero (0).]</w:t>
      </w:r>
    </w:p>
    <w:p w14:paraId="5B98FE14" w14:textId="77777777" w:rsidR="00D86B82" w:rsidRDefault="002F17D7">
      <w:pPr>
        <w:spacing w:after="120"/>
        <w:ind w:left="504" w:hanging="504"/>
        <w:jc w:val="both"/>
      </w:pPr>
      <w:r>
        <w:rPr>
          <w:rFonts w:ascii="Arial" w:eastAsia="Arial" w:hAnsi="Arial" w:cs="Arial"/>
        </w:rPr>
        <w:t>3.</w:t>
      </w:r>
      <w:r>
        <w:rPr>
          <w:rFonts w:ascii="Arial" w:eastAsia="Arial" w:hAnsi="Arial" w:cs="Arial"/>
        </w:rPr>
        <w:tab/>
        <w:t>Que entiendo por personal calificado aquel que requiere de un título universitario otorgado por una institución de educación superior, conforme a la Ley 749 de 2002, para ejercer determinada profesión.</w:t>
      </w:r>
    </w:p>
    <w:p w14:paraId="175830DE" w14:textId="77777777" w:rsidR="00D86B82" w:rsidRDefault="002F17D7">
      <w:pPr>
        <w:spacing w:after="120"/>
        <w:ind w:left="504" w:hanging="504"/>
        <w:jc w:val="both"/>
      </w:pPr>
      <w:r>
        <w:rPr>
          <w:rFonts w:ascii="Arial" w:eastAsia="Arial" w:hAnsi="Arial" w:cs="Arial"/>
        </w:rPr>
        <w:t>4.</w:t>
      </w:r>
      <w:r>
        <w:rPr>
          <w:rFonts w:ascii="Arial" w:eastAsia="Arial" w:hAnsi="Arial" w:cs="Arial"/>
        </w:rPr>
        <w:tab/>
        <w:t>Que me comprometo a vincular efectivamente a la ejecución del contrato el personal calificado de origen colombiano aquí ofrecido, en caso de resultar adjudicatario del proceso.</w:t>
      </w:r>
    </w:p>
    <w:p w14:paraId="2D5761D5" w14:textId="77777777" w:rsidR="00D86B82" w:rsidRDefault="002F17D7">
      <w:pPr>
        <w:spacing w:after="120"/>
        <w:ind w:left="504" w:hanging="504"/>
        <w:jc w:val="both"/>
      </w:pPr>
      <w:r>
        <w:rPr>
          <w:rFonts w:ascii="Arial" w:eastAsia="Arial" w:hAnsi="Arial" w:cs="Arial"/>
        </w:rPr>
        <w:t>5.</w:t>
      </w:r>
      <w:r>
        <w:rPr>
          <w:rFonts w:ascii="Arial" w:eastAsia="Arial" w:hAnsi="Arial" w:cs="Arial"/>
        </w:rPr>
        <w:tab/>
        <w:t>Que conozco que el incumplimiento de este ofrecimiento, que sirve de base para la obtención de puntaje, dará lugar a la aplicación de las medidas contractuales, sancionatorias y pecuniarias previstas en el Pliego de Condiciones, en el contrato y en la normativa vigente.</w:t>
      </w:r>
    </w:p>
    <w:p w14:paraId="0C50F02A" w14:textId="77777777" w:rsidR="00D86B82" w:rsidRDefault="002F17D7">
      <w:pPr>
        <w:spacing w:after="120"/>
        <w:ind w:left="504" w:hanging="504"/>
        <w:jc w:val="both"/>
      </w:pPr>
      <w:r>
        <w:rPr>
          <w:rFonts w:ascii="Arial" w:eastAsia="Arial" w:hAnsi="Arial" w:cs="Arial"/>
        </w:rPr>
        <w:t>6.</w:t>
      </w:r>
      <w:r>
        <w:rPr>
          <w:rFonts w:ascii="Arial" w:eastAsia="Arial" w:hAnsi="Arial" w:cs="Arial"/>
        </w:rPr>
        <w:tab/>
        <w:t>Que conozco que la Entidad únicamente otorgará el puntaje por incorporación de componente nacional cuando el proponente no haya recibido puntaje alguno por Promoción de Servicios Nacionales o con Trato Nacional, y que en ningún caso se otorgan simultáneamente ambos puntajes.</w:t>
      </w:r>
    </w:p>
    <w:p w14:paraId="181A2F30" w14:textId="77777777" w:rsidR="00D86B82" w:rsidRDefault="002F17D7">
      <w:pPr>
        <w:spacing w:before="120"/>
        <w:jc w:val="both"/>
      </w:pPr>
      <w:r>
        <w:rPr>
          <w:rFonts w:ascii="Arial" w:eastAsia="Arial" w:hAnsi="Arial" w:cs="Arial"/>
          <w:i/>
          <w:sz w:val="20"/>
          <w:shd w:val="clear" w:color="auto" w:fill="D9D9D9"/>
        </w:rPr>
        <w:t>[Tratándose de proponentes plurales conformados por integrantes nacionales o extranjeros con derecho a Trato Nacional e integrantes extranjeros sin derecho a Trato Nacional, el presente formato podrá ser diligenciado por el representante del proponente plural para optar por la incorporación de componente nacional, de acuerdo con las reglas del Pliego de Condiciones.]</w:t>
      </w:r>
    </w:p>
    <w:p w14:paraId="3F90F331" w14:textId="77777777" w:rsidR="00D86B82" w:rsidRDefault="002F17D7">
      <w:pPr>
        <w:spacing w:before="120" w:after="680"/>
      </w:pPr>
      <w:r>
        <w:rPr>
          <w:rFonts w:ascii="Arial" w:eastAsia="Arial" w:hAnsi="Arial" w:cs="Arial"/>
        </w:rPr>
        <w:t>En constancia, se firma en _______________, a los ____ días del mes de _________ de 20__.</w:t>
      </w:r>
    </w:p>
    <w:p w14:paraId="36CE85D4" w14:textId="77777777" w:rsidR="00D86B82" w:rsidRDefault="002F17D7">
      <w:pPr>
        <w:spacing w:after="40"/>
        <w:jc w:val="center"/>
      </w:pPr>
      <w:r>
        <w:rPr>
          <w:rFonts w:ascii="Arial" w:eastAsia="Arial" w:hAnsi="Arial" w:cs="Arial"/>
        </w:rPr>
        <w:t>_______________________________________</w:t>
      </w:r>
    </w:p>
    <w:p w14:paraId="2BF0E67D" w14:textId="77777777" w:rsidR="00D86B82" w:rsidRDefault="002F17D7">
      <w:pPr>
        <w:jc w:val="center"/>
      </w:pPr>
      <w:r>
        <w:rPr>
          <w:rFonts w:ascii="Arial" w:eastAsia="Arial" w:hAnsi="Arial" w:cs="Arial"/>
        </w:rPr>
        <w:t>[Nombre, firma y número de identificación del representante legal o apoderado del proponente]</w:t>
      </w:r>
    </w:p>
    <w:sectPr w:rsidR="00D86B82" w:rsidSect="0003461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5F92A" w14:textId="77777777" w:rsidR="008A1584" w:rsidRDefault="008A1584" w:rsidP="00F5504F">
      <w:pPr>
        <w:spacing w:after="0" w:line="240" w:lineRule="auto"/>
      </w:pPr>
      <w:r>
        <w:separator/>
      </w:r>
    </w:p>
  </w:endnote>
  <w:endnote w:type="continuationSeparator" w:id="0">
    <w:p w14:paraId="13A5CE65" w14:textId="77777777" w:rsidR="008A1584" w:rsidRDefault="008A1584" w:rsidP="00F55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66558" w14:textId="77777777" w:rsidR="008A1584" w:rsidRDefault="008A1584" w:rsidP="00F5504F">
      <w:pPr>
        <w:spacing w:after="0" w:line="240" w:lineRule="auto"/>
      </w:pPr>
      <w:r>
        <w:separator/>
      </w:r>
    </w:p>
  </w:footnote>
  <w:footnote w:type="continuationSeparator" w:id="0">
    <w:p w14:paraId="5D9B51FF" w14:textId="77777777" w:rsidR="008A1584" w:rsidRDefault="008A1584" w:rsidP="00F55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509716518">
    <w:abstractNumId w:val="8"/>
  </w:num>
  <w:num w:numId="2" w16cid:durableId="705065260">
    <w:abstractNumId w:val="6"/>
  </w:num>
  <w:num w:numId="3" w16cid:durableId="1030767026">
    <w:abstractNumId w:val="5"/>
  </w:num>
  <w:num w:numId="4" w16cid:durableId="445546414">
    <w:abstractNumId w:val="4"/>
  </w:num>
  <w:num w:numId="5" w16cid:durableId="1467310539">
    <w:abstractNumId w:val="7"/>
  </w:num>
  <w:num w:numId="6" w16cid:durableId="856389779">
    <w:abstractNumId w:val="3"/>
  </w:num>
  <w:num w:numId="7" w16cid:durableId="542519080">
    <w:abstractNumId w:val="2"/>
  </w:num>
  <w:num w:numId="8" w16cid:durableId="441192111">
    <w:abstractNumId w:val="1"/>
  </w:num>
  <w:num w:numId="9" w16cid:durableId="50124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17D7"/>
    <w:rsid w:val="00326F90"/>
    <w:rsid w:val="004F7FA7"/>
    <w:rsid w:val="008A1584"/>
    <w:rsid w:val="00AA1D8D"/>
    <w:rsid w:val="00B47730"/>
    <w:rsid w:val="00B51B70"/>
    <w:rsid w:val="00CB0664"/>
    <w:rsid w:val="00D86B82"/>
    <w:rsid w:val="00F5504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E0145E"/>
  <w14:defaultImageDpi w14:val="300"/>
  <w15:docId w15:val="{F99A4C62-D68E-4424-84D3-EB42D2CF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DISTRISEGURIDAD</dc:creator>
  <cp:keywords/>
  <dc:description>generated by python-docx</dc:description>
  <cp:lastModifiedBy>Edgard Martinez Cogollo</cp:lastModifiedBy>
  <cp:revision>3</cp:revision>
  <dcterms:created xsi:type="dcterms:W3CDTF">2026-10-05T22:46:00Z</dcterms:created>
  <dcterms:modified xsi:type="dcterms:W3CDTF">2026-10-13T19:54:00Z</dcterms:modified>
  <cp:category/>
</cp:coreProperties>
</file>