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E6E1B" w14:textId="35E0A3BB" w:rsidR="00C05B90" w:rsidRDefault="00C05B90">
      <w:pPr>
        <w:spacing w:after="120"/>
      </w:pPr>
    </w:p>
    <w:p w14:paraId="5622E5FD" w14:textId="77777777" w:rsidR="00C05B90" w:rsidRDefault="00D76B03">
      <w:pPr>
        <w:spacing w:after="40"/>
        <w:jc w:val="center"/>
      </w:pPr>
      <w:r>
        <w:rPr>
          <w:rFonts w:ascii="Arial" w:eastAsia="Arial" w:hAnsi="Arial" w:cs="Arial"/>
          <w:b/>
          <w:sz w:val="24"/>
        </w:rPr>
        <w:t>FORMATO – FACTORES DE DESEMPATE</w:t>
      </w:r>
    </w:p>
    <w:p w14:paraId="13DDEF22" w14:textId="77777777" w:rsidR="00C05B90" w:rsidRDefault="00D76B03">
      <w:pPr>
        <w:spacing w:after="240"/>
        <w:jc w:val="center"/>
      </w:pPr>
      <w:r>
        <w:rPr>
          <w:rFonts w:ascii="Arial" w:eastAsia="Arial" w:hAnsi="Arial" w:cs="Arial"/>
          <w:b/>
        </w:rPr>
        <w:t>A – PARTICIPACIÓN MAYORITARIA DE MUJERES CABEZA DE FAMILIA Y/O MUJERES VÍCTIMAS DE VIOLENCIA INTRAFAMILIAR (PERSONA JURÍDICA)</w:t>
      </w:r>
    </w:p>
    <w:p w14:paraId="442BA51F" w14:textId="77777777" w:rsidR="00C05B90" w:rsidRDefault="00D76B03">
      <w:pPr>
        <w:spacing w:after="280"/>
        <w:jc w:val="both"/>
      </w:pPr>
      <w:r>
        <w:rPr>
          <w:rFonts w:ascii="Arial" w:eastAsia="Arial" w:hAnsi="Arial" w:cs="Arial"/>
          <w:i/>
          <w:sz w:val="17"/>
          <w:shd w:val="clear" w:color="auto" w:fill="D9D9D9"/>
        </w:rPr>
        <w:t>[Este formato se diligencia por el representante legal o el revisor fiscal, según corresponda, de la persona jurídica en el que mayoritariamente participen mujeres cabeza de familia y/o mujeres víctimas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596A71D3" w14:textId="77777777" w:rsidR="00C05B90" w:rsidRDefault="00D76B03">
      <w:pPr>
        <w:spacing w:after="0"/>
      </w:pPr>
      <w:r>
        <w:rPr>
          <w:rFonts w:ascii="Arial" w:eastAsia="Arial" w:hAnsi="Arial" w:cs="Arial"/>
          <w:sz w:val="20"/>
        </w:rPr>
        <w:t>Señores</w:t>
      </w:r>
    </w:p>
    <w:p w14:paraId="639D8424" w14:textId="77777777" w:rsidR="00C05B90" w:rsidRDefault="00D76B03">
      <w:pPr>
        <w:spacing w:after="0"/>
      </w:pPr>
      <w:r>
        <w:rPr>
          <w:rFonts w:ascii="Arial" w:eastAsia="Arial" w:hAnsi="Arial" w:cs="Arial"/>
          <w:b/>
          <w:sz w:val="20"/>
        </w:rPr>
        <w:t>DISTRISEGURIDAD</w:t>
      </w:r>
    </w:p>
    <w:p w14:paraId="2CE346C6" w14:textId="77777777" w:rsidR="00C05B90" w:rsidRDefault="00D76B03">
      <w:pPr>
        <w:spacing w:after="0"/>
      </w:pPr>
      <w:r>
        <w:rPr>
          <w:rFonts w:ascii="Arial" w:eastAsia="Arial" w:hAnsi="Arial" w:cs="Arial"/>
          <w:sz w:val="20"/>
        </w:rPr>
        <w:t>Carrera 13B # 26-78, Edificio Inteligente, Playón del Blanco</w:t>
      </w:r>
    </w:p>
    <w:p w14:paraId="261EF0C6" w14:textId="77777777" w:rsidR="00C05B90" w:rsidRDefault="00D76B03">
      <w:pPr>
        <w:spacing w:after="160"/>
      </w:pPr>
      <w:r>
        <w:rPr>
          <w:rFonts w:ascii="Arial" w:eastAsia="Arial" w:hAnsi="Arial" w:cs="Arial"/>
          <w:sz w:val="20"/>
        </w:rPr>
        <w:t>Cartagena de Indias, D.T. y C., Colombia</w:t>
      </w:r>
    </w:p>
    <w:p w14:paraId="0C07A36A" w14:textId="77777777" w:rsidR="00C05B90" w:rsidRDefault="00D76B03">
      <w:pPr>
        <w:spacing w:after="80"/>
      </w:pPr>
      <w:r>
        <w:rPr>
          <w:rFonts w:ascii="Arial" w:eastAsia="Arial" w:hAnsi="Arial" w:cs="Arial"/>
          <w:b/>
          <w:sz w:val="20"/>
        </w:rPr>
        <w:t xml:space="preserve">REFERENCIA: </w:t>
      </w:r>
      <w:r>
        <w:rPr>
          <w:rFonts w:ascii="Arial" w:eastAsia="Arial" w:hAnsi="Arial" w:cs="Arial"/>
          <w:sz w:val="20"/>
        </w:rPr>
        <w:t>Proceso de Selección No._____________________</w:t>
      </w:r>
    </w:p>
    <w:p w14:paraId="1C14D7ED" w14:textId="77777777" w:rsidR="00C05B90" w:rsidRDefault="00D76B03">
      <w:pPr>
        <w:spacing w:before="80" w:after="120"/>
        <w:jc w:val="both"/>
      </w:pPr>
      <w:r>
        <w:rPr>
          <w:rFonts w:ascii="Arial" w:eastAsia="Arial" w:hAnsi="Arial" w:cs="Arial"/>
          <w:b/>
          <w:sz w:val="18"/>
        </w:rPr>
        <w:t>OBJETO: PRESTACIÓN DE SERVICIOS PARA LA DEPURACIÓN, ORGANIZACIÓN, PRESERVACIÓN, DISPOSICIÓN FINAL Y VALORACIÓN DEL SISTEMA DE GESTIÓN DOCUMENTAL DE DISTRISEGURIDAD EN EL MARCO DEL PROYECTO CONSTRUCCIÓN Y DOTACIÓN PARA LOS ORGANISMOS DE SEGURIDAD, SOCORRO, JUSTICIA Y CONVIVENCIA EN CARTAGENA DE INDIAS CON BPIN 2024130010032</w:t>
      </w:r>
    </w:p>
    <w:p w14:paraId="66AC5E56" w14:textId="77777777" w:rsidR="00C05B90" w:rsidRDefault="00D76B03">
      <w:pPr>
        <w:spacing w:after="160"/>
      </w:pPr>
      <w:r>
        <w:rPr>
          <w:rFonts w:ascii="Arial" w:eastAsia="Arial" w:hAnsi="Arial" w:cs="Arial"/>
          <w:sz w:val="20"/>
        </w:rPr>
        <w:t>Estimados señores:</w:t>
      </w:r>
    </w:p>
    <w:p w14:paraId="7DABEEC4" w14:textId="77777777" w:rsidR="00C05B90" w:rsidRDefault="00D76B03">
      <w:pPr>
        <w:spacing w:after="80"/>
        <w:jc w:val="both"/>
      </w:pPr>
      <w:r>
        <w:rPr>
          <w:rFonts w:ascii="Arial" w:eastAsia="Arial" w:hAnsi="Arial" w:cs="Arial"/>
          <w:sz w:val="20"/>
          <w:shd w:val="clear" w:color="auto" w:fill="D9D9D9"/>
        </w:rPr>
        <w:t>[Incluir el nombre del representante legal de la persona jurídica o del revisor fiscal, según corresponda]</w:t>
      </w:r>
      <w:r>
        <w:rPr>
          <w:rFonts w:ascii="Arial" w:eastAsia="Arial" w:hAnsi="Arial" w:cs="Arial"/>
          <w:sz w:val="20"/>
        </w:rPr>
        <w:t xml:space="preserve"> identificado con </w:t>
      </w:r>
      <w:r>
        <w:rPr>
          <w:rFonts w:ascii="Arial" w:eastAsia="Arial" w:hAnsi="Arial" w:cs="Arial"/>
          <w:sz w:val="20"/>
          <w:shd w:val="clear" w:color="auto" w:fill="D9D9D9"/>
        </w:rPr>
        <w:t>[Incluir el número de identificación]</w:t>
      </w:r>
      <w:r>
        <w:rPr>
          <w:rFonts w:ascii="Arial" w:eastAsia="Arial" w:hAnsi="Arial" w:cs="Arial"/>
          <w:sz w:val="20"/>
        </w:rPr>
        <w:t xml:space="preserve">, en mi condición de </w:t>
      </w:r>
      <w:r>
        <w:rPr>
          <w:rFonts w:ascii="Arial" w:eastAsia="Arial" w:hAnsi="Arial" w:cs="Arial"/>
          <w:sz w:val="20"/>
          <w:shd w:val="clear" w:color="auto" w:fill="D9D9D9"/>
        </w:rPr>
        <w:t>[Indicar si actúa como representante legal o revisor fiscal]</w:t>
      </w:r>
      <w:r>
        <w:rPr>
          <w:rFonts w:ascii="Arial" w:eastAsia="Arial" w:hAnsi="Arial" w:cs="Arial"/>
          <w:sz w:val="20"/>
        </w:rPr>
        <w:t xml:space="preserve"> de </w:t>
      </w:r>
      <w:r>
        <w:rPr>
          <w:rFonts w:ascii="Arial" w:eastAsia="Arial" w:hAnsi="Arial" w:cs="Arial"/>
          <w:sz w:val="20"/>
          <w:shd w:val="clear" w:color="auto" w:fill="D9D9D9"/>
        </w:rPr>
        <w:t>[Incluir la razón social de la persona jurídica]</w:t>
      </w:r>
      <w:r>
        <w:rPr>
          <w:rFonts w:ascii="Arial" w:eastAsia="Arial" w:hAnsi="Arial" w:cs="Arial"/>
          <w:sz w:val="20"/>
        </w:rPr>
        <w:t xml:space="preserve"> identificada con el NIT </w:t>
      </w:r>
      <w:r>
        <w:rPr>
          <w:rFonts w:ascii="Arial" w:eastAsia="Arial" w:hAnsi="Arial" w:cs="Arial"/>
          <w:sz w:val="20"/>
          <w:shd w:val="clear" w:color="auto" w:fill="D9D9D9"/>
        </w:rPr>
        <w:t>[Incluir el NIT]</w:t>
      </w:r>
      <w:r>
        <w:rPr>
          <w:rFonts w:ascii="Arial" w:eastAsia="Arial" w:hAnsi="Arial" w:cs="Arial"/>
          <w:sz w:val="20"/>
        </w:rPr>
        <w:t>, certifico bajo la gravedad del juramento que más del cincuenta por ciento (50 %)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w:t>
      </w:r>
    </w:p>
    <w:p w14:paraId="47F3DA20" w14:textId="77777777" w:rsidR="00C05B90" w:rsidRDefault="00D76B03">
      <w:pPr>
        <w:keepNext/>
        <w:spacing w:after="80"/>
        <w:jc w:val="both"/>
      </w:pPr>
      <w:r>
        <w:rPr>
          <w:rFonts w:ascii="Arial" w:eastAsia="Arial" w:hAnsi="Arial" w:cs="Arial"/>
          <w:sz w:val="20"/>
        </w:rPr>
        <w:t>En el siguiente cuadro señalo las mujeres cabeza de familia y/o mujeres víctimas de violencia intrafamiliar que participan mayoritariamente en la persona jurídica, junto con su respectivo porcentaje de participación:</w:t>
      </w:r>
    </w:p>
    <w:tbl>
      <w:tblPr>
        <w:tblStyle w:val="Tablaconcuadrcula"/>
        <w:tblW w:w="0" w:type="auto"/>
        <w:jc w:val="center"/>
        <w:tblLayout w:type="fixed"/>
        <w:tblLook w:val="04A0" w:firstRow="1" w:lastRow="0" w:firstColumn="1" w:lastColumn="0" w:noHBand="0" w:noVBand="1"/>
      </w:tblPr>
      <w:tblGrid>
        <w:gridCol w:w="4752"/>
        <w:gridCol w:w="4608"/>
      </w:tblGrid>
      <w:tr w:rsidR="00C05B90" w14:paraId="2DB63757" w14:textId="77777777">
        <w:trPr>
          <w:cantSplit/>
          <w:tblHeader/>
          <w:jc w:val="center"/>
        </w:trPr>
        <w:tc>
          <w:tcPr>
            <w:tcW w:w="4752" w:type="dxa"/>
          </w:tcPr>
          <w:p w14:paraId="7103E074" w14:textId="77777777" w:rsidR="00C05B90" w:rsidRDefault="00D76B03">
            <w:pPr>
              <w:keepNext/>
              <w:jc w:val="center"/>
            </w:pPr>
            <w:r>
              <w:rPr>
                <w:rFonts w:ascii="Arial" w:eastAsia="Arial" w:hAnsi="Arial" w:cs="Arial"/>
                <w:b/>
                <w:sz w:val="20"/>
              </w:rPr>
              <w:t>Identificación de las mujeres cabeza de familia y/o mujeres víctimas de violencia intrafamiliar que participan en la persona jurídica (incluir nombre y documento de identidad)</w:t>
            </w:r>
          </w:p>
        </w:tc>
        <w:tc>
          <w:tcPr>
            <w:tcW w:w="4608" w:type="dxa"/>
          </w:tcPr>
          <w:p w14:paraId="3CC6B262" w14:textId="77777777" w:rsidR="00C05B90" w:rsidRDefault="00D76B03">
            <w:pPr>
              <w:keepNext/>
              <w:jc w:val="center"/>
            </w:pPr>
            <w:r>
              <w:rPr>
                <w:rFonts w:ascii="Arial" w:eastAsia="Arial" w:hAnsi="Arial" w:cs="Arial"/>
                <w:b/>
                <w:sz w:val="20"/>
              </w:rPr>
              <w:t>Número de cuotas sociales, acciones que poseen o el alcance o condición de su participación en el caso de las personas jurídicas sin ánimo de lucro</w:t>
            </w:r>
          </w:p>
        </w:tc>
      </w:tr>
      <w:tr w:rsidR="00C05B90" w14:paraId="708FCF59" w14:textId="77777777">
        <w:trPr>
          <w:cantSplit/>
          <w:trHeight w:val="346"/>
          <w:jc w:val="center"/>
        </w:trPr>
        <w:tc>
          <w:tcPr>
            <w:tcW w:w="4752" w:type="dxa"/>
          </w:tcPr>
          <w:p w14:paraId="4275C0FF" w14:textId="77777777" w:rsidR="00C05B90" w:rsidRDefault="00D76B03">
            <w:pPr>
              <w:keepNext/>
              <w:jc w:val="center"/>
            </w:pPr>
            <w:r>
              <w:rPr>
                <w:rFonts w:ascii="Arial" w:eastAsia="Arial" w:hAnsi="Arial" w:cs="Arial"/>
                <w:sz w:val="20"/>
              </w:rPr>
              <w:t xml:space="preserve"> </w:t>
            </w:r>
          </w:p>
        </w:tc>
        <w:tc>
          <w:tcPr>
            <w:tcW w:w="4608" w:type="dxa"/>
          </w:tcPr>
          <w:p w14:paraId="3A79DFE9" w14:textId="77777777" w:rsidR="00C05B90" w:rsidRDefault="00D76B03">
            <w:pPr>
              <w:keepNext/>
              <w:jc w:val="center"/>
            </w:pPr>
            <w:r>
              <w:rPr>
                <w:rFonts w:ascii="Arial" w:eastAsia="Arial" w:hAnsi="Arial" w:cs="Arial"/>
                <w:sz w:val="20"/>
              </w:rPr>
              <w:t xml:space="preserve"> </w:t>
            </w:r>
          </w:p>
        </w:tc>
      </w:tr>
      <w:tr w:rsidR="00C05B90" w14:paraId="7258C62E" w14:textId="77777777">
        <w:trPr>
          <w:cantSplit/>
          <w:trHeight w:val="346"/>
          <w:jc w:val="center"/>
        </w:trPr>
        <w:tc>
          <w:tcPr>
            <w:tcW w:w="4752" w:type="dxa"/>
          </w:tcPr>
          <w:p w14:paraId="58128423" w14:textId="77777777" w:rsidR="00C05B90" w:rsidRDefault="00D76B03">
            <w:pPr>
              <w:keepNext/>
              <w:jc w:val="center"/>
            </w:pPr>
            <w:r>
              <w:rPr>
                <w:rFonts w:ascii="Arial" w:eastAsia="Arial" w:hAnsi="Arial" w:cs="Arial"/>
                <w:sz w:val="20"/>
              </w:rPr>
              <w:t xml:space="preserve"> </w:t>
            </w:r>
          </w:p>
        </w:tc>
        <w:tc>
          <w:tcPr>
            <w:tcW w:w="4608" w:type="dxa"/>
          </w:tcPr>
          <w:p w14:paraId="596427D4" w14:textId="77777777" w:rsidR="00C05B90" w:rsidRDefault="00D76B03">
            <w:pPr>
              <w:keepNext/>
              <w:jc w:val="center"/>
            </w:pPr>
            <w:r>
              <w:rPr>
                <w:rFonts w:ascii="Arial" w:eastAsia="Arial" w:hAnsi="Arial" w:cs="Arial"/>
                <w:sz w:val="20"/>
              </w:rPr>
              <w:t xml:space="preserve"> </w:t>
            </w:r>
          </w:p>
        </w:tc>
      </w:tr>
      <w:tr w:rsidR="00C05B90" w14:paraId="7184CACF" w14:textId="77777777">
        <w:trPr>
          <w:cantSplit/>
          <w:trHeight w:val="346"/>
          <w:jc w:val="center"/>
        </w:trPr>
        <w:tc>
          <w:tcPr>
            <w:tcW w:w="4752" w:type="dxa"/>
          </w:tcPr>
          <w:p w14:paraId="52B7CE91" w14:textId="77777777" w:rsidR="00C05B90" w:rsidRDefault="00D76B03">
            <w:pPr>
              <w:keepNext/>
              <w:jc w:val="center"/>
            </w:pPr>
            <w:r>
              <w:rPr>
                <w:rFonts w:ascii="Arial" w:eastAsia="Arial" w:hAnsi="Arial" w:cs="Arial"/>
                <w:sz w:val="20"/>
              </w:rPr>
              <w:t xml:space="preserve"> </w:t>
            </w:r>
          </w:p>
        </w:tc>
        <w:tc>
          <w:tcPr>
            <w:tcW w:w="4608" w:type="dxa"/>
          </w:tcPr>
          <w:p w14:paraId="707C7441" w14:textId="77777777" w:rsidR="00C05B90" w:rsidRDefault="00D76B03">
            <w:pPr>
              <w:keepNext/>
              <w:jc w:val="center"/>
            </w:pPr>
            <w:r>
              <w:rPr>
                <w:rFonts w:ascii="Arial" w:eastAsia="Arial" w:hAnsi="Arial" w:cs="Arial"/>
                <w:sz w:val="20"/>
              </w:rPr>
              <w:t xml:space="preserve"> </w:t>
            </w:r>
          </w:p>
        </w:tc>
      </w:tr>
    </w:tbl>
    <w:p w14:paraId="0E65684E" w14:textId="77777777" w:rsidR="00C05B90" w:rsidRDefault="00D76B03">
      <w:pPr>
        <w:spacing w:after="0"/>
      </w:pPr>
      <w:r>
        <w:rPr>
          <w:rFonts w:ascii="Arial" w:eastAsia="Arial" w:hAnsi="Arial" w:cs="Arial"/>
          <w:sz w:val="6"/>
        </w:rPr>
        <w:t xml:space="preserve"> </w:t>
      </w:r>
    </w:p>
    <w:p w14:paraId="635F2A9C" w14:textId="77777777" w:rsidR="00C05B90" w:rsidRDefault="00D76B03">
      <w:pPr>
        <w:spacing w:after="80"/>
        <w:jc w:val="both"/>
      </w:pPr>
      <w:r>
        <w:rPr>
          <w:rFonts w:ascii="Arial" w:eastAsia="Arial" w:hAnsi="Arial" w:cs="Arial"/>
          <w:sz w:val="20"/>
        </w:rPr>
        <w:t>Sin perjuicio de lo anterior, para probar la condición de cada una de las mujeres que participan en la sociedad, aporto los documentos de cada una de ellas, de acuerdo con el numeral “Criterios de Desempate” del Pliego de Condiciones.</w:t>
      </w:r>
    </w:p>
    <w:p w14:paraId="54F29E4D" w14:textId="77777777" w:rsidR="00C05B90" w:rsidRDefault="00D76B03">
      <w:pPr>
        <w:keepNext/>
        <w:spacing w:before="160" w:after="120"/>
      </w:pPr>
      <w:r>
        <w:rPr>
          <w:rFonts w:ascii="Arial" w:eastAsia="Arial" w:hAnsi="Arial" w:cs="Arial"/>
          <w:sz w:val="20"/>
        </w:rPr>
        <w:t>En constancia, se firma en _______________, a los ____ días del mes de _________ del 20__.</w:t>
      </w:r>
    </w:p>
    <w:p w14:paraId="7AAFE4EF" w14:textId="77777777" w:rsidR="00C05B90" w:rsidRDefault="00D76B03">
      <w:pPr>
        <w:spacing w:after="0"/>
      </w:pPr>
      <w:r>
        <w:rPr>
          <w:rFonts w:ascii="Arial" w:eastAsia="Arial" w:hAnsi="Arial" w:cs="Arial"/>
          <w:sz w:val="8"/>
        </w:rPr>
        <w:t xml:space="preserve"> </w:t>
      </w:r>
    </w:p>
    <w:p w14:paraId="48EE936B" w14:textId="77777777" w:rsidR="00C05B90" w:rsidRDefault="00D76B03">
      <w:pPr>
        <w:spacing w:after="40"/>
        <w:jc w:val="center"/>
      </w:pPr>
      <w:r>
        <w:rPr>
          <w:rFonts w:ascii="Arial" w:eastAsia="Arial" w:hAnsi="Arial" w:cs="Arial"/>
          <w:sz w:val="20"/>
        </w:rPr>
        <w:t>_______________________________________</w:t>
      </w:r>
    </w:p>
    <w:p w14:paraId="039A4D9C" w14:textId="77777777" w:rsidR="00C05B90" w:rsidRDefault="00D76B03">
      <w:pPr>
        <w:jc w:val="center"/>
      </w:pPr>
      <w:r>
        <w:rPr>
          <w:rFonts w:ascii="Arial" w:eastAsia="Arial" w:hAnsi="Arial" w:cs="Arial"/>
          <w:sz w:val="20"/>
        </w:rPr>
        <w:t>[Nombre y firma del representante legal de la persona jurídica o el revisor fiscal, según corresponda]</w:t>
      </w:r>
    </w:p>
    <w:p w14:paraId="51A01610" w14:textId="7BE6041C" w:rsidR="00C05B90" w:rsidRDefault="00C05B90">
      <w:pPr>
        <w:pageBreakBefore/>
        <w:spacing w:after="120"/>
      </w:pPr>
    </w:p>
    <w:p w14:paraId="057B4D17" w14:textId="77777777" w:rsidR="00C05B90" w:rsidRDefault="00D76B03">
      <w:pPr>
        <w:spacing w:after="40"/>
        <w:jc w:val="center"/>
      </w:pPr>
      <w:r>
        <w:rPr>
          <w:rFonts w:ascii="Arial" w:eastAsia="Arial" w:hAnsi="Arial" w:cs="Arial"/>
          <w:b/>
          <w:sz w:val="24"/>
        </w:rPr>
        <w:t>FORMATO – FACTORES DE DESEMPATE</w:t>
      </w:r>
    </w:p>
    <w:p w14:paraId="664926B2" w14:textId="77777777" w:rsidR="00C05B90" w:rsidRDefault="00D76B03">
      <w:pPr>
        <w:spacing w:after="240"/>
        <w:jc w:val="center"/>
      </w:pPr>
      <w:r>
        <w:rPr>
          <w:rFonts w:ascii="Arial" w:eastAsia="Arial" w:hAnsi="Arial" w:cs="Arial"/>
          <w:b/>
        </w:rPr>
        <w:t>B – VINCULACIÓN DE PERSONAS EN CONDICIÓN DE DISCAPACIDAD</w:t>
      </w:r>
    </w:p>
    <w:p w14:paraId="1F5E7579" w14:textId="77777777" w:rsidR="00C05B90" w:rsidRDefault="00D76B03">
      <w:pPr>
        <w:spacing w:after="280"/>
        <w:jc w:val="both"/>
      </w:pPr>
      <w:r>
        <w:rPr>
          <w:rFonts w:ascii="Arial" w:eastAsia="Arial" w:hAnsi="Arial" w:cs="Arial"/>
          <w:i/>
          <w:sz w:val="17"/>
          <w:shd w:val="clear" w:color="auto" w:fill="D9D9D9"/>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05CD71A3" w14:textId="77777777" w:rsidR="00C05B90" w:rsidRDefault="00D76B03">
      <w:pPr>
        <w:spacing w:after="0"/>
      </w:pPr>
      <w:r>
        <w:rPr>
          <w:rFonts w:ascii="Arial" w:eastAsia="Arial" w:hAnsi="Arial" w:cs="Arial"/>
          <w:sz w:val="20"/>
        </w:rPr>
        <w:t>Señores</w:t>
      </w:r>
    </w:p>
    <w:p w14:paraId="358D230D" w14:textId="77777777" w:rsidR="00C05B90" w:rsidRDefault="00D76B03">
      <w:pPr>
        <w:spacing w:after="0"/>
      </w:pPr>
      <w:r>
        <w:rPr>
          <w:rFonts w:ascii="Arial" w:eastAsia="Arial" w:hAnsi="Arial" w:cs="Arial"/>
          <w:b/>
          <w:sz w:val="20"/>
        </w:rPr>
        <w:t>DISTRISEGURIDAD</w:t>
      </w:r>
    </w:p>
    <w:p w14:paraId="02868357" w14:textId="77777777" w:rsidR="00C05B90" w:rsidRDefault="00D76B03">
      <w:pPr>
        <w:spacing w:after="0"/>
      </w:pPr>
      <w:r>
        <w:rPr>
          <w:rFonts w:ascii="Arial" w:eastAsia="Arial" w:hAnsi="Arial" w:cs="Arial"/>
          <w:sz w:val="20"/>
        </w:rPr>
        <w:t>Carrera 13B # 26-78, Edificio Inteligente, Playón del Blanco</w:t>
      </w:r>
    </w:p>
    <w:p w14:paraId="7D695D5E" w14:textId="77777777" w:rsidR="00C05B90" w:rsidRDefault="00D76B03">
      <w:pPr>
        <w:spacing w:after="160"/>
      </w:pPr>
      <w:r>
        <w:rPr>
          <w:rFonts w:ascii="Arial" w:eastAsia="Arial" w:hAnsi="Arial" w:cs="Arial"/>
          <w:sz w:val="20"/>
        </w:rPr>
        <w:t>Cartagena de Indias, D.T. y C., Colombia</w:t>
      </w:r>
    </w:p>
    <w:p w14:paraId="4E2FEB44" w14:textId="77777777" w:rsidR="00C05B90" w:rsidRDefault="00D76B03">
      <w:pPr>
        <w:spacing w:after="80"/>
      </w:pPr>
      <w:r>
        <w:rPr>
          <w:rFonts w:ascii="Arial" w:eastAsia="Arial" w:hAnsi="Arial" w:cs="Arial"/>
          <w:b/>
          <w:sz w:val="20"/>
        </w:rPr>
        <w:t xml:space="preserve">REFERENCIA: </w:t>
      </w:r>
      <w:r>
        <w:rPr>
          <w:rFonts w:ascii="Arial" w:eastAsia="Arial" w:hAnsi="Arial" w:cs="Arial"/>
          <w:sz w:val="20"/>
        </w:rPr>
        <w:t>Proceso de Selección No._____________________</w:t>
      </w:r>
    </w:p>
    <w:p w14:paraId="1F6173E2" w14:textId="77777777" w:rsidR="00C05B90" w:rsidRDefault="00D76B03">
      <w:pPr>
        <w:spacing w:before="80" w:after="120"/>
        <w:jc w:val="both"/>
      </w:pPr>
      <w:r>
        <w:rPr>
          <w:rFonts w:ascii="Arial" w:eastAsia="Arial" w:hAnsi="Arial" w:cs="Arial"/>
          <w:b/>
          <w:sz w:val="18"/>
        </w:rPr>
        <w:t>OBJETO: PRESTACIÓN DE SERVICIOS PARA LA DEPURACIÓN, ORGANIZACIÓN, PRESERVACIÓN, DISPOSICIÓN FINAL Y VALORACIÓN DEL SISTEMA DE GESTIÓN DOCUMENTAL DE DISTRISEGURIDAD EN EL MARCO DEL PROYECTO CONSTRUCCIÓN Y DOTACIÓN PARA LOS ORGANISMOS DE SEGURIDAD, SOCORRO, JUSTICIA Y CONVIVENCIA EN CARTAGENA DE INDIAS CON BPIN 2024130010032</w:t>
      </w:r>
    </w:p>
    <w:p w14:paraId="78A77951" w14:textId="77777777" w:rsidR="00C05B90" w:rsidRDefault="00D76B03">
      <w:pPr>
        <w:spacing w:after="160"/>
      </w:pPr>
      <w:r>
        <w:rPr>
          <w:rFonts w:ascii="Arial" w:eastAsia="Arial" w:hAnsi="Arial" w:cs="Arial"/>
          <w:sz w:val="20"/>
        </w:rPr>
        <w:t>Estimados señores:</w:t>
      </w:r>
    </w:p>
    <w:p w14:paraId="4BE61EEC" w14:textId="44E3E310" w:rsidR="00C05B90" w:rsidRDefault="00D76B03">
      <w:pPr>
        <w:spacing w:after="80"/>
        <w:jc w:val="both"/>
      </w:pPr>
      <w:r>
        <w:rPr>
          <w:rFonts w:ascii="Arial" w:eastAsia="Arial" w:hAnsi="Arial" w:cs="Arial"/>
          <w:sz w:val="20"/>
          <w:shd w:val="clear" w:color="auto" w:fill="D9D9D9"/>
        </w:rPr>
        <w:t>[Incluir el nombre de la persona natural, el representante legal de la persona jurídica o el revisor fiscal, según corresponda]</w:t>
      </w:r>
      <w:r>
        <w:rPr>
          <w:rFonts w:ascii="Arial" w:eastAsia="Arial" w:hAnsi="Arial" w:cs="Arial"/>
          <w:sz w:val="20"/>
        </w:rPr>
        <w:t xml:space="preserve"> identificado con </w:t>
      </w:r>
      <w:r>
        <w:rPr>
          <w:rFonts w:ascii="Arial" w:eastAsia="Arial" w:hAnsi="Arial" w:cs="Arial"/>
          <w:sz w:val="20"/>
          <w:shd w:val="clear" w:color="auto" w:fill="D9D9D9"/>
        </w:rPr>
        <w:t>[Incluir el número de identificación]</w:t>
      </w:r>
      <w:r>
        <w:rPr>
          <w:rFonts w:ascii="Arial" w:eastAsia="Arial" w:hAnsi="Arial" w:cs="Arial"/>
          <w:sz w:val="20"/>
        </w:rPr>
        <w:t xml:space="preserve">, en mi condición de </w:t>
      </w:r>
      <w:r>
        <w:rPr>
          <w:rFonts w:ascii="Arial" w:eastAsia="Arial" w:hAnsi="Arial" w:cs="Arial"/>
          <w:sz w:val="20"/>
          <w:shd w:val="clear" w:color="auto" w:fill="D9D9D9"/>
        </w:rPr>
        <w:t>[Indicar si actúa como persona natural (nombre propio), representante legal o revisor fiscal]</w:t>
      </w:r>
      <w:r>
        <w:rPr>
          <w:rFonts w:ascii="Arial" w:eastAsia="Arial" w:hAnsi="Arial" w:cs="Arial"/>
          <w:sz w:val="20"/>
        </w:rPr>
        <w:t xml:space="preserve"> de </w:t>
      </w:r>
      <w:r>
        <w:rPr>
          <w:rFonts w:ascii="Arial" w:eastAsia="Arial" w:hAnsi="Arial" w:cs="Arial"/>
          <w:sz w:val="20"/>
          <w:shd w:val="clear" w:color="auto" w:fill="D9D9D9"/>
        </w:rPr>
        <w:t>[Incluir la razón social de la persona jurídica (si aplica)]</w:t>
      </w:r>
      <w:r>
        <w:rPr>
          <w:rFonts w:ascii="Arial" w:eastAsia="Arial" w:hAnsi="Arial" w:cs="Arial"/>
          <w:sz w:val="20"/>
        </w:rPr>
        <w:t xml:space="preserve"> </w:t>
      </w:r>
      <w:r>
        <w:rPr>
          <w:rFonts w:ascii="Arial" w:eastAsia="Arial" w:hAnsi="Arial" w:cs="Arial"/>
          <w:sz w:val="20"/>
          <w:shd w:val="clear" w:color="auto" w:fill="D9D9D9"/>
        </w:rPr>
        <w:t>[identificada con el NIT (si aplica) __________]</w:t>
      </w:r>
      <w:r>
        <w:rPr>
          <w:rFonts w:ascii="Arial" w:eastAsia="Arial" w:hAnsi="Arial" w:cs="Arial"/>
          <w:sz w:val="20"/>
        </w:rPr>
        <w:t xml:space="preserve">, certifico que tengo vinculado en la planta de personal </w:t>
      </w:r>
      <w:r w:rsidR="00087312">
        <w:rPr>
          <w:rFonts w:ascii="Arial" w:eastAsia="Arial" w:hAnsi="Arial" w:cs="Arial"/>
          <w:sz w:val="20"/>
        </w:rPr>
        <w:t>a</w:t>
      </w:r>
      <w:r>
        <w:rPr>
          <w:rFonts w:ascii="Arial" w:eastAsia="Arial" w:hAnsi="Arial" w:cs="Arial"/>
          <w:sz w:val="20"/>
        </w:rPr>
        <w:t xml:space="preserve"> empleados en las condiciones de discapacidad enunciadas </w:t>
      </w:r>
      <w:r w:rsidR="00087312">
        <w:rPr>
          <w:rFonts w:ascii="Arial" w:eastAsia="Arial" w:hAnsi="Arial" w:cs="Arial"/>
          <w:sz w:val="20"/>
        </w:rPr>
        <w:t>e nek Decreto 0287 de 2026</w:t>
      </w:r>
      <w:r>
        <w:rPr>
          <w:rFonts w:ascii="Arial" w:eastAsia="Arial" w:hAnsi="Arial" w:cs="Arial"/>
          <w:sz w:val="20"/>
        </w:rPr>
        <w:t xml:space="preserve">, contratados </w:t>
      </w:r>
      <w:r>
        <w:rPr>
          <w:rFonts w:ascii="Arial" w:eastAsia="Arial" w:hAnsi="Arial" w:cs="Arial"/>
          <w:sz w:val="20"/>
          <w:shd w:val="clear" w:color="auto" w:fill="D9D9D9"/>
        </w:rPr>
        <w:t>[con una anterioridad no inferior a un año o desde la constitución de la sociedad -si aplica- (para sociedades con menos de un año de constitución)]</w:t>
      </w:r>
      <w:r>
        <w:rPr>
          <w:rFonts w:ascii="Arial" w:eastAsia="Arial" w:hAnsi="Arial" w:cs="Arial"/>
          <w:sz w:val="20"/>
        </w:rPr>
        <w:t>, para lo cual adjunto el certificado expedido por el Ministerio del Trabajo.</w:t>
      </w:r>
    </w:p>
    <w:p w14:paraId="563D1F5F" w14:textId="77777777" w:rsidR="00C05B90" w:rsidRDefault="00D76B03">
      <w:pPr>
        <w:spacing w:after="80"/>
        <w:jc w:val="both"/>
      </w:pPr>
      <w:r>
        <w:rPr>
          <w:rFonts w:ascii="Arial" w:eastAsia="Arial" w:hAnsi="Arial" w:cs="Arial"/>
          <w:sz w:val="20"/>
        </w:rPr>
        <w:t>Para acreditar el tiempo de vinculación de que trata el numeral “Criterios de Desempate” del Pliego de Condiciones, allego el certificado de aportes al Sistema de Seguridad Social del último año, en el que se demuestran los pagos realizados por el empleador.</w:t>
      </w:r>
    </w:p>
    <w:p w14:paraId="01E95EF9" w14:textId="77777777" w:rsidR="00C05B90" w:rsidRDefault="00D76B03">
      <w:pPr>
        <w:spacing w:after="80"/>
        <w:jc w:val="both"/>
      </w:pPr>
      <w:r>
        <w:rPr>
          <w:rFonts w:ascii="Arial" w:eastAsia="Arial" w:hAnsi="Arial" w:cs="Arial"/>
          <w:sz w:val="20"/>
        </w:rPr>
        <w:t>De igual manera me comprometo, en caso de resultar adjudicatario del Proceso de Contratación, a mantener vinculados a los empleados en condiciones de discapacidad por un lapso igual al del plazo de ejecución del contrato.</w:t>
      </w:r>
    </w:p>
    <w:p w14:paraId="57CA2C57" w14:textId="77777777" w:rsidR="00C05B90" w:rsidRDefault="00D76B03">
      <w:pPr>
        <w:keepNext/>
        <w:spacing w:before="160" w:after="120"/>
      </w:pPr>
      <w:r>
        <w:rPr>
          <w:rFonts w:ascii="Arial" w:eastAsia="Arial" w:hAnsi="Arial" w:cs="Arial"/>
          <w:sz w:val="20"/>
        </w:rPr>
        <w:t>En constancia, se firma en _______________, a los ____ días del mes de _________ del 20__.</w:t>
      </w:r>
    </w:p>
    <w:tbl>
      <w:tblPr>
        <w:tblW w:w="0" w:type="auto"/>
        <w:jc w:val="center"/>
        <w:tblLook w:val="04A0" w:firstRow="1" w:lastRow="0" w:firstColumn="1" w:lastColumn="0" w:noHBand="0" w:noVBand="1"/>
      </w:tblPr>
      <w:tblGrid>
        <w:gridCol w:w="4824"/>
        <w:gridCol w:w="4824"/>
      </w:tblGrid>
      <w:tr w:rsidR="00C05B90" w14:paraId="77DAC5A2" w14:textId="77777777">
        <w:trPr>
          <w:cantSplit/>
          <w:jc w:val="center"/>
        </w:trPr>
        <w:tc>
          <w:tcPr>
            <w:tcW w:w="4824" w:type="dxa"/>
          </w:tcPr>
          <w:p w14:paraId="0213E0A6" w14:textId="77777777" w:rsidR="00C05B90" w:rsidRDefault="00D76B03">
            <w:pPr>
              <w:keepNext/>
              <w:jc w:val="center"/>
            </w:pPr>
            <w:r>
              <w:rPr>
                <w:rFonts w:ascii="Arial" w:eastAsia="Arial" w:hAnsi="Arial" w:cs="Arial"/>
                <w:sz w:val="20"/>
              </w:rPr>
              <w:br/>
              <w:t>__________________________________</w:t>
            </w:r>
          </w:p>
        </w:tc>
        <w:tc>
          <w:tcPr>
            <w:tcW w:w="4824" w:type="dxa"/>
          </w:tcPr>
          <w:p w14:paraId="4F9DE804" w14:textId="77777777" w:rsidR="00C05B90" w:rsidRDefault="00D76B03">
            <w:pPr>
              <w:keepNext/>
              <w:jc w:val="center"/>
            </w:pPr>
            <w:r>
              <w:rPr>
                <w:rFonts w:ascii="Arial" w:eastAsia="Arial" w:hAnsi="Arial" w:cs="Arial"/>
                <w:sz w:val="20"/>
              </w:rPr>
              <w:br/>
              <w:t>__________________________________</w:t>
            </w:r>
          </w:p>
        </w:tc>
      </w:tr>
      <w:tr w:rsidR="00C05B90" w14:paraId="782D9459" w14:textId="77777777">
        <w:trPr>
          <w:cantSplit/>
          <w:jc w:val="center"/>
        </w:trPr>
        <w:tc>
          <w:tcPr>
            <w:tcW w:w="4824" w:type="dxa"/>
          </w:tcPr>
          <w:p w14:paraId="1EDCC314" w14:textId="77777777" w:rsidR="00C05B90" w:rsidRDefault="00D76B03">
            <w:pPr>
              <w:keepNext/>
              <w:jc w:val="center"/>
            </w:pPr>
            <w:r>
              <w:rPr>
                <w:rFonts w:ascii="Arial" w:eastAsia="Arial" w:hAnsi="Arial" w:cs="Arial"/>
                <w:sz w:val="20"/>
              </w:rPr>
              <w:t>[Nombre y firma de la persona natural]</w:t>
            </w:r>
          </w:p>
        </w:tc>
        <w:tc>
          <w:tcPr>
            <w:tcW w:w="4824" w:type="dxa"/>
          </w:tcPr>
          <w:p w14:paraId="1634870C" w14:textId="77777777" w:rsidR="00C05B90" w:rsidRDefault="00D76B03">
            <w:pPr>
              <w:keepNext/>
              <w:jc w:val="center"/>
            </w:pPr>
            <w:r>
              <w:rPr>
                <w:rFonts w:ascii="Arial" w:eastAsia="Arial" w:hAnsi="Arial" w:cs="Arial"/>
                <w:sz w:val="20"/>
              </w:rPr>
              <w:t>[Nombre y firma del representante legal de la persona jurídica o el revisor fiscal, según corresponda]</w:t>
            </w:r>
          </w:p>
        </w:tc>
      </w:tr>
    </w:tbl>
    <w:p w14:paraId="07A114FE" w14:textId="4238A686" w:rsidR="00C05B90" w:rsidRDefault="00C05B90">
      <w:pPr>
        <w:pageBreakBefore/>
        <w:spacing w:after="120"/>
      </w:pPr>
    </w:p>
    <w:p w14:paraId="49AF1516" w14:textId="77777777" w:rsidR="00C05B90" w:rsidRDefault="00D76B03">
      <w:pPr>
        <w:spacing w:after="40"/>
        <w:jc w:val="center"/>
      </w:pPr>
      <w:r>
        <w:rPr>
          <w:rFonts w:ascii="Arial" w:eastAsia="Arial" w:hAnsi="Arial" w:cs="Arial"/>
          <w:b/>
          <w:sz w:val="24"/>
        </w:rPr>
        <w:t>FORMATO – FACTORES DE DESEMPATE</w:t>
      </w:r>
    </w:p>
    <w:p w14:paraId="5CC8CB67" w14:textId="77777777" w:rsidR="00C05B90" w:rsidRDefault="00D76B03">
      <w:pPr>
        <w:spacing w:after="240"/>
        <w:jc w:val="center"/>
      </w:pPr>
      <w:r>
        <w:rPr>
          <w:rFonts w:ascii="Arial" w:eastAsia="Arial" w:hAnsi="Arial" w:cs="Arial"/>
          <w:b/>
        </w:rPr>
        <w:t>C – VINCULACIÓN DE PERSONAS NO BENEFICIARIAS DE LA PENSIÓN DE VEJEZ, FAMILIAR O SOBREVIVENCIA (EMPLEADOR – PROPONENTE)</w:t>
      </w:r>
    </w:p>
    <w:p w14:paraId="1E30032A" w14:textId="77777777" w:rsidR="00C05B90" w:rsidRDefault="00D76B03">
      <w:pPr>
        <w:spacing w:after="280"/>
        <w:jc w:val="both"/>
      </w:pPr>
      <w:r>
        <w:rPr>
          <w:rFonts w:ascii="Arial" w:eastAsia="Arial" w:hAnsi="Arial" w:cs="Arial"/>
          <w:i/>
          <w:sz w:val="17"/>
          <w:shd w:val="clear" w:color="auto" w:fill="D9D9D9"/>
        </w:rPr>
        <w:t>[Este formato lo diligencia la persona natural, el representante legal o el revisor fiscal de la persona jurídica que tenga dentro de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32F62672" w14:textId="77777777" w:rsidR="00C05B90" w:rsidRDefault="00D76B03">
      <w:pPr>
        <w:spacing w:after="0"/>
      </w:pPr>
      <w:r>
        <w:rPr>
          <w:rFonts w:ascii="Arial" w:eastAsia="Arial" w:hAnsi="Arial" w:cs="Arial"/>
          <w:sz w:val="20"/>
        </w:rPr>
        <w:t>Señores</w:t>
      </w:r>
    </w:p>
    <w:p w14:paraId="282DA221" w14:textId="77777777" w:rsidR="00C05B90" w:rsidRDefault="00D76B03">
      <w:pPr>
        <w:spacing w:after="0"/>
      </w:pPr>
      <w:r>
        <w:rPr>
          <w:rFonts w:ascii="Arial" w:eastAsia="Arial" w:hAnsi="Arial" w:cs="Arial"/>
          <w:b/>
          <w:sz w:val="20"/>
        </w:rPr>
        <w:t>DISTRISEGURIDAD</w:t>
      </w:r>
    </w:p>
    <w:p w14:paraId="79B1A719" w14:textId="77777777" w:rsidR="00C05B90" w:rsidRDefault="00D76B03">
      <w:pPr>
        <w:spacing w:after="0"/>
      </w:pPr>
      <w:r>
        <w:rPr>
          <w:rFonts w:ascii="Arial" w:eastAsia="Arial" w:hAnsi="Arial" w:cs="Arial"/>
          <w:sz w:val="20"/>
        </w:rPr>
        <w:t>Carrera 13B # 26-78, Edificio Inteligente, Playón del Blanco</w:t>
      </w:r>
    </w:p>
    <w:p w14:paraId="2F64657E" w14:textId="77777777" w:rsidR="00C05B90" w:rsidRDefault="00D76B03">
      <w:pPr>
        <w:spacing w:after="160"/>
      </w:pPr>
      <w:r>
        <w:rPr>
          <w:rFonts w:ascii="Arial" w:eastAsia="Arial" w:hAnsi="Arial" w:cs="Arial"/>
          <w:sz w:val="20"/>
        </w:rPr>
        <w:t>Cartagena de Indias, D.T. y C., Colombia</w:t>
      </w:r>
    </w:p>
    <w:p w14:paraId="39964C8B" w14:textId="77777777" w:rsidR="00C05B90" w:rsidRDefault="00D76B03">
      <w:pPr>
        <w:spacing w:after="80"/>
      </w:pPr>
      <w:r>
        <w:rPr>
          <w:rFonts w:ascii="Arial" w:eastAsia="Arial" w:hAnsi="Arial" w:cs="Arial"/>
          <w:b/>
          <w:sz w:val="20"/>
        </w:rPr>
        <w:t xml:space="preserve">REFERENCIA: </w:t>
      </w:r>
      <w:r>
        <w:rPr>
          <w:rFonts w:ascii="Arial" w:eastAsia="Arial" w:hAnsi="Arial" w:cs="Arial"/>
          <w:sz w:val="20"/>
        </w:rPr>
        <w:t>Proceso de Selección No._____________________</w:t>
      </w:r>
    </w:p>
    <w:p w14:paraId="56034C0F" w14:textId="77777777" w:rsidR="00C05B90" w:rsidRDefault="00D76B03">
      <w:pPr>
        <w:spacing w:before="80" w:after="120"/>
        <w:jc w:val="both"/>
      </w:pPr>
      <w:r>
        <w:rPr>
          <w:rFonts w:ascii="Arial" w:eastAsia="Arial" w:hAnsi="Arial" w:cs="Arial"/>
          <w:b/>
          <w:sz w:val="18"/>
        </w:rPr>
        <w:t>OBJETO: PRESTACIÓN DE SERVICIOS PARA LA DEPURACIÓN, ORGANIZACIÓN, PRESERVACIÓN, DISPOSICIÓN FINAL Y VALORACIÓN DEL SISTEMA DE GESTIÓN DOCUMENTAL DE DISTRISEGURIDAD EN EL MARCO DEL PROYECTO CONSTRUCCIÓN Y DOTACIÓN PARA LOS ORGANISMOS DE SEGURIDAD, SOCORRO, JUSTICIA Y CONVIVENCIA EN CARTAGENA DE INDIAS CON BPIN 2024130010032</w:t>
      </w:r>
    </w:p>
    <w:p w14:paraId="5789B3F0" w14:textId="77777777" w:rsidR="00C05B90" w:rsidRDefault="00D76B03">
      <w:pPr>
        <w:spacing w:after="160"/>
      </w:pPr>
      <w:r>
        <w:rPr>
          <w:rFonts w:ascii="Arial" w:eastAsia="Arial" w:hAnsi="Arial" w:cs="Arial"/>
          <w:sz w:val="20"/>
        </w:rPr>
        <w:t>Estimados señores:</w:t>
      </w:r>
    </w:p>
    <w:p w14:paraId="58C8EBE2" w14:textId="77777777" w:rsidR="00C05B90" w:rsidRDefault="00D76B03">
      <w:pPr>
        <w:keepNext/>
        <w:spacing w:after="80"/>
        <w:jc w:val="both"/>
      </w:pPr>
      <w:r>
        <w:rPr>
          <w:rFonts w:ascii="Arial" w:eastAsia="Arial" w:hAnsi="Arial" w:cs="Arial"/>
          <w:sz w:val="20"/>
          <w:shd w:val="clear" w:color="auto" w:fill="D9D9D9"/>
        </w:rPr>
        <w:t>[Incluir el nombre de la persona natural, el representante legal de la persona jurídica o el revisor fiscal, según corresponda, o el representante del Proponente Plural]</w:t>
      </w:r>
      <w:r>
        <w:rPr>
          <w:rFonts w:ascii="Arial" w:eastAsia="Arial" w:hAnsi="Arial" w:cs="Arial"/>
          <w:sz w:val="20"/>
        </w:rPr>
        <w:t xml:space="preserve"> identificado con </w:t>
      </w:r>
      <w:r>
        <w:rPr>
          <w:rFonts w:ascii="Arial" w:eastAsia="Arial" w:hAnsi="Arial" w:cs="Arial"/>
          <w:sz w:val="20"/>
          <w:shd w:val="clear" w:color="auto" w:fill="D9D9D9"/>
        </w:rPr>
        <w:t>[Incluir el número de identificación]</w:t>
      </w:r>
      <w:r>
        <w:rPr>
          <w:rFonts w:ascii="Arial" w:eastAsia="Arial" w:hAnsi="Arial" w:cs="Arial"/>
          <w:sz w:val="20"/>
        </w:rPr>
        <w:t xml:space="preserve">, en mi condición de </w:t>
      </w:r>
      <w:r>
        <w:rPr>
          <w:rFonts w:ascii="Arial" w:eastAsia="Arial" w:hAnsi="Arial" w:cs="Arial"/>
          <w:sz w:val="20"/>
          <w:shd w:val="clear" w:color="auto" w:fill="D9D9D9"/>
        </w:rPr>
        <w:t>[Indicar si actúa como persona natural (nombre propio), representante legal, revisor fiscal o representante del Proponente Plural]</w:t>
      </w:r>
      <w:r>
        <w:rPr>
          <w:rFonts w:ascii="Arial" w:eastAsia="Arial" w:hAnsi="Arial" w:cs="Arial"/>
          <w:sz w:val="20"/>
        </w:rPr>
        <w:t xml:space="preserve"> de </w:t>
      </w:r>
      <w:r>
        <w:rPr>
          <w:rFonts w:ascii="Arial" w:eastAsia="Arial" w:hAnsi="Arial" w:cs="Arial"/>
          <w:sz w:val="20"/>
          <w:shd w:val="clear" w:color="auto" w:fill="D9D9D9"/>
        </w:rPr>
        <w:t>[Incluir la razón social de la persona jurídica (si aplica)]</w:t>
      </w:r>
      <w:r>
        <w:rPr>
          <w:rFonts w:ascii="Arial" w:eastAsia="Arial" w:hAnsi="Arial" w:cs="Arial"/>
          <w:sz w:val="20"/>
        </w:rPr>
        <w:t xml:space="preserve"> </w:t>
      </w:r>
      <w:r>
        <w:rPr>
          <w:rFonts w:ascii="Arial" w:eastAsia="Arial" w:hAnsi="Arial" w:cs="Arial"/>
          <w:sz w:val="20"/>
          <w:shd w:val="clear" w:color="auto" w:fill="D9D9D9"/>
        </w:rPr>
        <w:t>[identificada con el NIT (si aplica) __________]</w:t>
      </w:r>
      <w:r>
        <w:rPr>
          <w:rFonts w:ascii="Arial" w:eastAsia="Arial" w:hAnsi="Arial" w:cs="Arial"/>
          <w:sz w:val="20"/>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tbl>
      <w:tblPr>
        <w:tblStyle w:val="Tablaconcuadrcula"/>
        <w:tblW w:w="0" w:type="auto"/>
        <w:jc w:val="center"/>
        <w:tblLayout w:type="fixed"/>
        <w:tblLook w:val="04A0" w:firstRow="1" w:lastRow="0" w:firstColumn="1" w:lastColumn="0" w:noHBand="0" w:noVBand="1"/>
      </w:tblPr>
      <w:tblGrid>
        <w:gridCol w:w="4608"/>
        <w:gridCol w:w="4752"/>
      </w:tblGrid>
      <w:tr w:rsidR="00C05B90" w14:paraId="46A2F178" w14:textId="77777777">
        <w:trPr>
          <w:cantSplit/>
          <w:tblHeader/>
          <w:jc w:val="center"/>
        </w:trPr>
        <w:tc>
          <w:tcPr>
            <w:tcW w:w="4608" w:type="dxa"/>
          </w:tcPr>
          <w:p w14:paraId="2F0E13F2" w14:textId="77777777" w:rsidR="00C05B90" w:rsidRDefault="00D76B03">
            <w:pPr>
              <w:keepNext/>
              <w:jc w:val="center"/>
            </w:pPr>
            <w:r>
              <w:rPr>
                <w:rFonts w:ascii="Arial" w:eastAsia="Arial" w:hAnsi="Arial" w:cs="Arial"/>
                <w:b/>
                <w:sz w:val="20"/>
              </w:rPr>
              <w:t>Número total de trabajadores vinculados a la planta de personal</w:t>
            </w:r>
          </w:p>
        </w:tc>
        <w:tc>
          <w:tcPr>
            <w:tcW w:w="4752" w:type="dxa"/>
          </w:tcPr>
          <w:p w14:paraId="4A1FF265" w14:textId="77777777" w:rsidR="00C05B90" w:rsidRDefault="00D76B03">
            <w:pPr>
              <w:keepNext/>
              <w:jc w:val="center"/>
            </w:pPr>
            <w:r>
              <w:rPr>
                <w:rFonts w:ascii="Arial" w:eastAsia="Arial" w:hAnsi="Arial" w:cs="Arial"/>
                <w:b/>
                <w:sz w:val="20"/>
              </w:rPr>
              <w:t>Número de personas mayores no beneficiarias de la pensión de vejez, familiar o de sobrevivencia y que hayan cumplido el requisito de pensión</w:t>
            </w:r>
          </w:p>
        </w:tc>
      </w:tr>
      <w:tr w:rsidR="00C05B90" w14:paraId="3F13B9F0" w14:textId="77777777">
        <w:trPr>
          <w:cantSplit/>
          <w:trHeight w:val="346"/>
          <w:jc w:val="center"/>
        </w:trPr>
        <w:tc>
          <w:tcPr>
            <w:tcW w:w="4608" w:type="dxa"/>
          </w:tcPr>
          <w:p w14:paraId="74166E32" w14:textId="77777777" w:rsidR="00C05B90" w:rsidRDefault="00D76B03">
            <w:pPr>
              <w:keepNext/>
              <w:jc w:val="center"/>
            </w:pPr>
            <w:r>
              <w:rPr>
                <w:rFonts w:ascii="Arial" w:eastAsia="Arial" w:hAnsi="Arial" w:cs="Arial"/>
                <w:sz w:val="20"/>
              </w:rPr>
              <w:t xml:space="preserve"> </w:t>
            </w:r>
          </w:p>
        </w:tc>
        <w:tc>
          <w:tcPr>
            <w:tcW w:w="4752" w:type="dxa"/>
          </w:tcPr>
          <w:p w14:paraId="1B8E59B2" w14:textId="77777777" w:rsidR="00C05B90" w:rsidRDefault="00D76B03">
            <w:pPr>
              <w:keepNext/>
              <w:jc w:val="center"/>
            </w:pPr>
            <w:r>
              <w:rPr>
                <w:rFonts w:ascii="Arial" w:eastAsia="Arial" w:hAnsi="Arial" w:cs="Arial"/>
                <w:sz w:val="20"/>
              </w:rPr>
              <w:t xml:space="preserve"> </w:t>
            </w:r>
          </w:p>
        </w:tc>
      </w:tr>
    </w:tbl>
    <w:p w14:paraId="72D0EF78" w14:textId="77777777" w:rsidR="00C05B90" w:rsidRDefault="00D76B03">
      <w:pPr>
        <w:spacing w:after="0"/>
      </w:pPr>
      <w:r>
        <w:rPr>
          <w:rFonts w:ascii="Arial" w:eastAsia="Arial" w:hAnsi="Arial" w:cs="Arial"/>
          <w:sz w:val="6"/>
        </w:rPr>
        <w:t xml:space="preserve"> </w:t>
      </w:r>
    </w:p>
    <w:p w14:paraId="547FD324" w14:textId="77777777" w:rsidR="00C05B90" w:rsidRDefault="00D76B03">
      <w:pPr>
        <w:spacing w:after="80"/>
        <w:jc w:val="both"/>
      </w:pPr>
      <w:r>
        <w:rPr>
          <w:rFonts w:ascii="Arial" w:eastAsia="Arial" w:hAnsi="Arial" w:cs="Arial"/>
          <w:i/>
          <w:sz w:val="17"/>
          <w:shd w:val="clear" w:color="auto" w:fill="D9D9D9"/>
        </w:rPr>
        <w:t>[Incluir el siguiente cuadro para los Proponentes Plurales]</w:t>
      </w:r>
    </w:p>
    <w:tbl>
      <w:tblPr>
        <w:tblStyle w:val="Tablaconcuadrcula"/>
        <w:tblW w:w="0" w:type="auto"/>
        <w:jc w:val="center"/>
        <w:tblLayout w:type="fixed"/>
        <w:tblLook w:val="04A0" w:firstRow="1" w:lastRow="0" w:firstColumn="1" w:lastColumn="0" w:noHBand="0" w:noVBand="1"/>
      </w:tblPr>
      <w:tblGrid>
        <w:gridCol w:w="4608"/>
        <w:gridCol w:w="4752"/>
      </w:tblGrid>
      <w:tr w:rsidR="00C05B90" w14:paraId="05F03B3D" w14:textId="77777777">
        <w:trPr>
          <w:cantSplit/>
          <w:tblHeader/>
          <w:jc w:val="center"/>
        </w:trPr>
        <w:tc>
          <w:tcPr>
            <w:tcW w:w="4608" w:type="dxa"/>
          </w:tcPr>
          <w:p w14:paraId="46D3F25B" w14:textId="77777777" w:rsidR="00C05B90" w:rsidRDefault="00D76B03">
            <w:pPr>
              <w:keepNext/>
              <w:jc w:val="center"/>
            </w:pPr>
            <w:r>
              <w:rPr>
                <w:rFonts w:ascii="Arial" w:eastAsia="Arial" w:hAnsi="Arial" w:cs="Arial"/>
                <w:b/>
                <w:sz w:val="20"/>
              </w:rPr>
              <w:t>Número total de trabajadores vinculados a la planta de personal de los integrantes del Proponente Plural</w:t>
            </w:r>
          </w:p>
        </w:tc>
        <w:tc>
          <w:tcPr>
            <w:tcW w:w="4752" w:type="dxa"/>
          </w:tcPr>
          <w:p w14:paraId="4C056493" w14:textId="77777777" w:rsidR="00C05B90" w:rsidRDefault="00D76B03">
            <w:pPr>
              <w:keepNext/>
              <w:jc w:val="center"/>
            </w:pPr>
            <w:r>
              <w:rPr>
                <w:rFonts w:ascii="Arial" w:eastAsia="Arial" w:hAnsi="Arial" w:cs="Arial"/>
                <w:b/>
                <w:sz w:val="20"/>
              </w:rPr>
              <w:t>Número de personas mayores, no beneficiarias de la pensión de vejez, familiar o de sobrevivencia y que hayan cumplido el requisito de pensión de los integrantes del Proponente Plural</w:t>
            </w:r>
          </w:p>
        </w:tc>
      </w:tr>
      <w:tr w:rsidR="00C05B90" w14:paraId="6F69C61B" w14:textId="77777777">
        <w:trPr>
          <w:cantSplit/>
          <w:trHeight w:val="346"/>
          <w:jc w:val="center"/>
        </w:trPr>
        <w:tc>
          <w:tcPr>
            <w:tcW w:w="4608" w:type="dxa"/>
          </w:tcPr>
          <w:p w14:paraId="6C1D52D9" w14:textId="77777777" w:rsidR="00C05B90" w:rsidRDefault="00D76B03">
            <w:pPr>
              <w:keepNext/>
              <w:jc w:val="center"/>
            </w:pPr>
            <w:r>
              <w:rPr>
                <w:rFonts w:ascii="Arial" w:eastAsia="Arial" w:hAnsi="Arial" w:cs="Arial"/>
                <w:sz w:val="20"/>
              </w:rPr>
              <w:t xml:space="preserve"> </w:t>
            </w:r>
          </w:p>
        </w:tc>
        <w:tc>
          <w:tcPr>
            <w:tcW w:w="4752" w:type="dxa"/>
          </w:tcPr>
          <w:p w14:paraId="3C0037CF" w14:textId="77777777" w:rsidR="00C05B90" w:rsidRDefault="00D76B03">
            <w:pPr>
              <w:keepNext/>
              <w:jc w:val="center"/>
            </w:pPr>
            <w:r>
              <w:rPr>
                <w:rFonts w:ascii="Arial" w:eastAsia="Arial" w:hAnsi="Arial" w:cs="Arial"/>
                <w:sz w:val="20"/>
              </w:rPr>
              <w:t xml:space="preserve"> </w:t>
            </w:r>
          </w:p>
        </w:tc>
      </w:tr>
    </w:tbl>
    <w:p w14:paraId="47E1E5B5" w14:textId="77777777" w:rsidR="00C05B90" w:rsidRDefault="00D76B03">
      <w:pPr>
        <w:spacing w:after="0"/>
      </w:pPr>
      <w:r>
        <w:rPr>
          <w:rFonts w:ascii="Arial" w:eastAsia="Arial" w:hAnsi="Arial" w:cs="Arial"/>
          <w:sz w:val="6"/>
        </w:rPr>
        <w:t xml:space="preserve"> </w:t>
      </w:r>
    </w:p>
    <w:p w14:paraId="403619CF" w14:textId="77777777" w:rsidR="00C05B90" w:rsidRDefault="00D76B03">
      <w:pPr>
        <w:spacing w:after="80"/>
        <w:jc w:val="both"/>
      </w:pPr>
      <w:r>
        <w:rPr>
          <w:rFonts w:ascii="Arial" w:eastAsia="Arial" w:hAnsi="Arial" w:cs="Arial"/>
          <w:i/>
          <w:sz w:val="17"/>
          <w:shd w:val="clear" w:color="auto" w:fill="D9D9D9"/>
        </w:rPr>
        <w:t>[El Proponente persona natural o jurídica incorporará una de las siguientes dos (2) opciones para manifestar el tiempo de vinculación de las personas anteriormente descritas.]</w:t>
      </w:r>
    </w:p>
    <w:p w14:paraId="7688F7DB" w14:textId="77777777" w:rsidR="00C05B90" w:rsidRDefault="00D76B03">
      <w:pPr>
        <w:spacing w:after="80"/>
        <w:jc w:val="both"/>
      </w:pPr>
      <w:r>
        <w:rPr>
          <w:rFonts w:ascii="Arial" w:eastAsia="Arial" w:hAnsi="Arial" w:cs="Arial"/>
          <w:i/>
          <w:sz w:val="17"/>
          <w:shd w:val="clear" w:color="auto" w:fill="D9D9D9"/>
        </w:rPr>
        <w:t>[Opción 1. Esta opción la incorporará el Proponente persona natural o el Proponente persona jurídica cuya constitución sea igual o mayor a un (1) año]</w:t>
      </w:r>
    </w:p>
    <w:p w14:paraId="7F998EB5" w14:textId="77777777" w:rsidR="00C05B90" w:rsidRDefault="00D76B03">
      <w:pPr>
        <w:spacing w:after="80"/>
        <w:jc w:val="both"/>
      </w:pPr>
      <w:r>
        <w:rPr>
          <w:rFonts w:ascii="Arial" w:eastAsia="Arial" w:hAnsi="Arial" w:cs="Arial"/>
          <w:sz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w:t>
      </w:r>
      <w:r>
        <w:rPr>
          <w:rFonts w:ascii="Arial" w:eastAsia="Arial" w:hAnsi="Arial" w:cs="Arial"/>
          <w:sz w:val="20"/>
        </w:rPr>
        <w:lastRenderedPageBreak/>
        <w:t>de Contratación. Para acreditar el tiempo de vinculación en la planta referida, allego el certificado de aportes al Sistema de Seguridad Social del último año, en el que se demuestran los pagos realizados por el empleador.</w:t>
      </w:r>
    </w:p>
    <w:p w14:paraId="4104A339" w14:textId="77777777" w:rsidR="00C05B90" w:rsidRDefault="00D76B03">
      <w:pPr>
        <w:spacing w:after="80"/>
        <w:jc w:val="both"/>
      </w:pPr>
      <w:r>
        <w:rPr>
          <w:rFonts w:ascii="Arial" w:eastAsia="Arial" w:hAnsi="Arial" w:cs="Arial"/>
          <w:i/>
          <w:sz w:val="17"/>
          <w:shd w:val="clear" w:color="auto" w:fill="D9D9D9"/>
        </w:rPr>
        <w:t>[Opción 2. Esta opción la incorporará el Proponente persona jurídica cuya constitución sea inferior a un (1) año]</w:t>
      </w:r>
    </w:p>
    <w:p w14:paraId="69F6AA14" w14:textId="77777777" w:rsidR="00C05B90" w:rsidRDefault="00D76B03">
      <w:pPr>
        <w:spacing w:after="80"/>
        <w:jc w:val="both"/>
      </w:pPr>
      <w:r>
        <w:rPr>
          <w:rFonts w:ascii="Arial" w:eastAsia="Arial" w:hAnsi="Arial" w:cs="Arial"/>
          <w:sz w:val="20"/>
        </w:rPr>
        <w:t>Asimismo, manifiesto que las personas mayores no beneficiarias de la pensión de vejez, familiar o de sobrevivencia y que han cumplido el requisito de edad de pensión, han estado vinculadas a la planta de personal desde el momento de la constitución de la persona jurídica. Para acreditar el tiempo de vinculación en la planta referida, allego el certificado de aportes al Sistema de Seguridad Social del tiempo de constitución de la persona jurídica, en el que se demuestran los pagos realizados por el empleador.</w:t>
      </w:r>
    </w:p>
    <w:p w14:paraId="36E7C271" w14:textId="77777777" w:rsidR="00C05B90" w:rsidRDefault="00D76B03">
      <w:pPr>
        <w:keepNext/>
        <w:spacing w:before="160" w:after="120"/>
      </w:pPr>
      <w:r>
        <w:rPr>
          <w:rFonts w:ascii="Arial" w:eastAsia="Arial" w:hAnsi="Arial" w:cs="Arial"/>
          <w:sz w:val="20"/>
        </w:rPr>
        <w:t>En constancia, se firma en _______________, a los ____ días del mes de _________ del 20__.</w:t>
      </w:r>
    </w:p>
    <w:tbl>
      <w:tblPr>
        <w:tblW w:w="0" w:type="auto"/>
        <w:jc w:val="center"/>
        <w:tblLook w:val="04A0" w:firstRow="1" w:lastRow="0" w:firstColumn="1" w:lastColumn="0" w:noHBand="0" w:noVBand="1"/>
      </w:tblPr>
      <w:tblGrid>
        <w:gridCol w:w="4824"/>
        <w:gridCol w:w="4824"/>
      </w:tblGrid>
      <w:tr w:rsidR="00C05B90" w14:paraId="38A1D5BB" w14:textId="77777777">
        <w:trPr>
          <w:cantSplit/>
          <w:jc w:val="center"/>
        </w:trPr>
        <w:tc>
          <w:tcPr>
            <w:tcW w:w="4824" w:type="dxa"/>
          </w:tcPr>
          <w:p w14:paraId="741B4895" w14:textId="77777777" w:rsidR="00C05B90" w:rsidRDefault="00D76B03">
            <w:pPr>
              <w:keepNext/>
              <w:jc w:val="center"/>
            </w:pPr>
            <w:r>
              <w:rPr>
                <w:rFonts w:ascii="Arial" w:eastAsia="Arial" w:hAnsi="Arial" w:cs="Arial"/>
                <w:sz w:val="20"/>
              </w:rPr>
              <w:br/>
              <w:t>__________________________________</w:t>
            </w:r>
          </w:p>
        </w:tc>
        <w:tc>
          <w:tcPr>
            <w:tcW w:w="4824" w:type="dxa"/>
          </w:tcPr>
          <w:p w14:paraId="55BC6CAC" w14:textId="77777777" w:rsidR="00C05B90" w:rsidRDefault="00D76B03">
            <w:pPr>
              <w:keepNext/>
              <w:jc w:val="center"/>
            </w:pPr>
            <w:r>
              <w:rPr>
                <w:rFonts w:ascii="Arial" w:eastAsia="Arial" w:hAnsi="Arial" w:cs="Arial"/>
                <w:sz w:val="20"/>
              </w:rPr>
              <w:br/>
              <w:t>__________________________________</w:t>
            </w:r>
          </w:p>
        </w:tc>
      </w:tr>
      <w:tr w:rsidR="00C05B90" w14:paraId="3FA4CF61" w14:textId="77777777">
        <w:trPr>
          <w:cantSplit/>
          <w:jc w:val="center"/>
        </w:trPr>
        <w:tc>
          <w:tcPr>
            <w:tcW w:w="4824" w:type="dxa"/>
          </w:tcPr>
          <w:p w14:paraId="33913935" w14:textId="77777777" w:rsidR="00C05B90" w:rsidRDefault="00D76B03">
            <w:pPr>
              <w:keepNext/>
              <w:jc w:val="center"/>
            </w:pPr>
            <w:r>
              <w:rPr>
                <w:rFonts w:ascii="Arial" w:eastAsia="Arial" w:hAnsi="Arial" w:cs="Arial"/>
                <w:sz w:val="20"/>
              </w:rPr>
              <w:t>[Nombre y firma de la persona natural]</w:t>
            </w:r>
          </w:p>
        </w:tc>
        <w:tc>
          <w:tcPr>
            <w:tcW w:w="4824" w:type="dxa"/>
          </w:tcPr>
          <w:p w14:paraId="654C6AA9" w14:textId="77777777" w:rsidR="00C05B90" w:rsidRDefault="00D76B03">
            <w:pPr>
              <w:keepNext/>
              <w:jc w:val="center"/>
            </w:pPr>
            <w:r>
              <w:rPr>
                <w:rFonts w:ascii="Arial" w:eastAsia="Arial" w:hAnsi="Arial" w:cs="Arial"/>
                <w:sz w:val="20"/>
              </w:rPr>
              <w:t>[Nombre y firma del representante legal, el revisor fiscal o el representante del Proponente Plural]</w:t>
            </w:r>
          </w:p>
        </w:tc>
      </w:tr>
    </w:tbl>
    <w:p w14:paraId="30B48AFD" w14:textId="1259425E" w:rsidR="00C05B90" w:rsidRDefault="00C05B90">
      <w:pPr>
        <w:pageBreakBefore/>
        <w:spacing w:after="120"/>
      </w:pPr>
    </w:p>
    <w:p w14:paraId="1944E215" w14:textId="77777777" w:rsidR="00C05B90" w:rsidRDefault="00D76B03">
      <w:pPr>
        <w:spacing w:after="40"/>
        <w:jc w:val="center"/>
      </w:pPr>
      <w:r>
        <w:rPr>
          <w:rFonts w:ascii="Arial" w:eastAsia="Arial" w:hAnsi="Arial" w:cs="Arial"/>
          <w:b/>
          <w:sz w:val="24"/>
        </w:rPr>
        <w:t>FORMATO – FACTORES DE DESEMPATE</w:t>
      </w:r>
    </w:p>
    <w:p w14:paraId="02A1EEC3" w14:textId="77777777" w:rsidR="00C05B90" w:rsidRDefault="00D76B03">
      <w:pPr>
        <w:spacing w:after="240"/>
        <w:jc w:val="center"/>
      </w:pPr>
      <w:r>
        <w:rPr>
          <w:rFonts w:ascii="Arial" w:eastAsia="Arial" w:hAnsi="Arial" w:cs="Arial"/>
          <w:b/>
        </w:rPr>
        <w:t>C – VINCULACIÓN DE PERSONAS NO BENEFICIARIAS DE LA PENSIÓN DE VEJEZ, FAMILIAR O SOBREVIVENCIA (TRABAJADOR)</w:t>
      </w:r>
    </w:p>
    <w:p w14:paraId="19516BFC" w14:textId="77777777" w:rsidR="00C05B90" w:rsidRDefault="00D76B03">
      <w:pPr>
        <w:spacing w:after="280"/>
        <w:jc w:val="both"/>
      </w:pPr>
      <w:r>
        <w:rPr>
          <w:rFonts w:ascii="Arial" w:eastAsia="Arial" w:hAnsi="Arial" w:cs="Arial"/>
          <w:i/>
          <w:sz w:val="17"/>
          <w:shd w:val="clear" w:color="auto" w:fill="D9D9D9"/>
        </w:rPr>
        <w:t>[Este formato lo diligencia el trabajador vinculado en la planta de personal del Proponente que presenta la oferta, que no sea beneficiario de la pensión de vejez, familiar o de sobrevivencia y que haya cumplido la edad de pensión]</w:t>
      </w:r>
    </w:p>
    <w:p w14:paraId="63A85E6A" w14:textId="77777777" w:rsidR="00C05B90" w:rsidRDefault="00D76B03">
      <w:pPr>
        <w:spacing w:after="0"/>
      </w:pPr>
      <w:r>
        <w:rPr>
          <w:rFonts w:ascii="Arial" w:eastAsia="Arial" w:hAnsi="Arial" w:cs="Arial"/>
          <w:sz w:val="20"/>
        </w:rPr>
        <w:t>Señores</w:t>
      </w:r>
    </w:p>
    <w:p w14:paraId="4D3AFE5F" w14:textId="77777777" w:rsidR="00C05B90" w:rsidRDefault="00D76B03">
      <w:pPr>
        <w:spacing w:after="0"/>
      </w:pPr>
      <w:r>
        <w:rPr>
          <w:rFonts w:ascii="Arial" w:eastAsia="Arial" w:hAnsi="Arial" w:cs="Arial"/>
          <w:b/>
          <w:sz w:val="20"/>
        </w:rPr>
        <w:t>DISTRISEGURIDAD</w:t>
      </w:r>
    </w:p>
    <w:p w14:paraId="6B3D51A2" w14:textId="77777777" w:rsidR="00C05B90" w:rsidRDefault="00D76B03">
      <w:pPr>
        <w:spacing w:after="0"/>
      </w:pPr>
      <w:r>
        <w:rPr>
          <w:rFonts w:ascii="Arial" w:eastAsia="Arial" w:hAnsi="Arial" w:cs="Arial"/>
          <w:sz w:val="20"/>
        </w:rPr>
        <w:t>Carrera 13B # 26-78, Edificio Inteligente, Playón del Blanco</w:t>
      </w:r>
    </w:p>
    <w:p w14:paraId="2A71ACDD" w14:textId="77777777" w:rsidR="00C05B90" w:rsidRDefault="00D76B03">
      <w:pPr>
        <w:spacing w:after="160"/>
      </w:pPr>
      <w:r>
        <w:rPr>
          <w:rFonts w:ascii="Arial" w:eastAsia="Arial" w:hAnsi="Arial" w:cs="Arial"/>
          <w:sz w:val="20"/>
        </w:rPr>
        <w:t>Cartagena de Indias, D.T. y C., Colombia</w:t>
      </w:r>
    </w:p>
    <w:p w14:paraId="66015B3F" w14:textId="77777777" w:rsidR="00C05B90" w:rsidRDefault="00D76B03">
      <w:pPr>
        <w:spacing w:after="80"/>
      </w:pPr>
      <w:r>
        <w:rPr>
          <w:rFonts w:ascii="Arial" w:eastAsia="Arial" w:hAnsi="Arial" w:cs="Arial"/>
          <w:b/>
          <w:sz w:val="20"/>
        </w:rPr>
        <w:t xml:space="preserve">REFERENCIA: </w:t>
      </w:r>
      <w:r>
        <w:rPr>
          <w:rFonts w:ascii="Arial" w:eastAsia="Arial" w:hAnsi="Arial" w:cs="Arial"/>
          <w:sz w:val="20"/>
        </w:rPr>
        <w:t>Proceso de Selección No._____________________</w:t>
      </w:r>
    </w:p>
    <w:p w14:paraId="5D166C3B" w14:textId="77777777" w:rsidR="00C05B90" w:rsidRDefault="00D76B03">
      <w:pPr>
        <w:spacing w:before="80" w:after="120"/>
        <w:jc w:val="both"/>
      </w:pPr>
      <w:r>
        <w:rPr>
          <w:rFonts w:ascii="Arial" w:eastAsia="Arial" w:hAnsi="Arial" w:cs="Arial"/>
          <w:b/>
          <w:sz w:val="18"/>
        </w:rPr>
        <w:t>OBJETO: PRESTACIÓN DE SERVICIOS PARA LA DEPURACIÓN, ORGANIZACIÓN, PRESERVACIÓN, DISPOSICIÓN FINAL Y VALORACIÓN DEL SISTEMA DE GESTIÓN DOCUMENTAL DE DISTRISEGURIDAD EN EL MARCO DEL PROYECTO CONSTRUCCIÓN Y DOTACIÓN PARA LOS ORGANISMOS DE SEGURIDAD, SOCORRO, JUSTICIA Y CONVIVENCIA EN CARTAGENA DE INDIAS CON BPIN 2024130010032</w:t>
      </w:r>
    </w:p>
    <w:p w14:paraId="4043064D" w14:textId="77777777" w:rsidR="00C05B90" w:rsidRDefault="00D76B03">
      <w:pPr>
        <w:spacing w:after="160"/>
      </w:pPr>
      <w:r>
        <w:rPr>
          <w:rFonts w:ascii="Arial" w:eastAsia="Arial" w:hAnsi="Arial" w:cs="Arial"/>
          <w:sz w:val="20"/>
        </w:rPr>
        <w:t>Estimados señores:</w:t>
      </w:r>
    </w:p>
    <w:p w14:paraId="66557CE8" w14:textId="77777777" w:rsidR="00C05B90" w:rsidRDefault="00D76B03">
      <w:pPr>
        <w:spacing w:after="80"/>
        <w:jc w:val="both"/>
      </w:pPr>
      <w:r>
        <w:rPr>
          <w:rFonts w:ascii="Arial" w:eastAsia="Arial" w:hAnsi="Arial" w:cs="Arial"/>
          <w:sz w:val="20"/>
          <w:shd w:val="clear" w:color="auto" w:fill="D9D9D9"/>
        </w:rPr>
        <w:t>[Incluir el nombre del trabajador vinculado en la planta de personal de la persona natural o de la persona jurídica]</w:t>
      </w:r>
      <w:r>
        <w:rPr>
          <w:rFonts w:ascii="Arial" w:eastAsia="Arial" w:hAnsi="Arial" w:cs="Arial"/>
          <w:sz w:val="20"/>
        </w:rPr>
        <w:t xml:space="preserve"> identificado con </w:t>
      </w:r>
      <w:r>
        <w:rPr>
          <w:rFonts w:ascii="Arial" w:eastAsia="Arial" w:hAnsi="Arial" w:cs="Arial"/>
          <w:sz w:val="20"/>
          <w:shd w:val="clear" w:color="auto" w:fill="D9D9D9"/>
        </w:rPr>
        <w:t>[Incluir el número de identificación]</w:t>
      </w:r>
      <w:r>
        <w:rPr>
          <w:rFonts w:ascii="Arial" w:eastAsia="Arial" w:hAnsi="Arial" w:cs="Arial"/>
          <w:sz w:val="20"/>
        </w:rPr>
        <w:t xml:space="preserve">, en mi condición de trabajador vinculado a </w:t>
      </w:r>
      <w:r>
        <w:rPr>
          <w:rFonts w:ascii="Arial" w:eastAsia="Arial" w:hAnsi="Arial" w:cs="Arial"/>
          <w:sz w:val="20"/>
          <w:shd w:val="clear" w:color="auto" w:fill="D9D9D9"/>
        </w:rPr>
        <w:t>[Indicar el nombre de la persona jurídica o persona natural]</w:t>
      </w:r>
      <w:r>
        <w:rPr>
          <w:rFonts w:ascii="Arial" w:eastAsia="Arial" w:hAnsi="Arial" w:cs="Arial"/>
          <w:sz w:val="20"/>
        </w:rPr>
        <w:t xml:space="preserve">, </w:t>
      </w:r>
      <w:r>
        <w:rPr>
          <w:rFonts w:ascii="Arial" w:eastAsia="Arial" w:hAnsi="Arial" w:cs="Arial"/>
          <w:sz w:val="20"/>
          <w:shd w:val="clear" w:color="auto" w:fill="D9D9D9"/>
        </w:rPr>
        <w:t>[identificada con NIT o C.C. __________]</w:t>
      </w:r>
      <w:r>
        <w:rPr>
          <w:rFonts w:ascii="Arial" w:eastAsia="Arial" w:hAnsi="Arial" w:cs="Arial"/>
          <w:sz w:val="20"/>
        </w:rPr>
        <w:t>, certifico bajo la gravedad del juramento que no soy beneficiario de la pensión de vejez, familiar o de sobrevivencia y ya cumplí la edad de pensión.</w:t>
      </w:r>
    </w:p>
    <w:p w14:paraId="78A5AE50" w14:textId="77777777" w:rsidR="00C05B90" w:rsidRDefault="00D76B03">
      <w:pPr>
        <w:spacing w:after="80"/>
        <w:jc w:val="both"/>
      </w:pPr>
      <w:r>
        <w:rPr>
          <w:rFonts w:ascii="Arial" w:eastAsia="Arial" w:hAnsi="Arial" w:cs="Arial"/>
          <w:sz w:val="20"/>
        </w:rPr>
        <w:t xml:space="preserve">Asimismo, manifiesto que me encuentro vinculado en la planta de personal </w:t>
      </w:r>
      <w:r>
        <w:rPr>
          <w:rFonts w:ascii="Arial" w:eastAsia="Arial" w:hAnsi="Arial" w:cs="Arial"/>
          <w:sz w:val="20"/>
          <w:shd w:val="clear" w:color="auto" w:fill="D9D9D9"/>
        </w:rPr>
        <w:t>[indicar si se trata de la persona natural, de la persona jurídica o del integrante del proponente plural]</w:t>
      </w:r>
      <w:r>
        <w:rPr>
          <w:rFonts w:ascii="Arial" w:eastAsia="Arial" w:hAnsi="Arial" w:cs="Arial"/>
          <w:sz w:val="20"/>
        </w:rPr>
        <w:t xml:space="preserve"> con una anterioridad </w:t>
      </w:r>
      <w:r>
        <w:rPr>
          <w:rFonts w:ascii="Arial" w:eastAsia="Arial" w:hAnsi="Arial" w:cs="Arial"/>
          <w:sz w:val="20"/>
          <w:shd w:val="clear" w:color="auto" w:fill="D9D9D9"/>
        </w:rPr>
        <w:t>[indicar si el tiempo de vinculación es igual o mayor a un (1) año contado a partir de la fecha del cierre del Proceso de Contratación o desde el momento de la constitución de la persona jurídica en los casos que esta tenga menos de un (1) año de constitución]</w:t>
      </w:r>
      <w:r>
        <w:rPr>
          <w:rFonts w:ascii="Arial" w:eastAsia="Arial" w:hAnsi="Arial" w:cs="Arial"/>
          <w:sz w:val="20"/>
        </w:rPr>
        <w:t>.</w:t>
      </w:r>
    </w:p>
    <w:p w14:paraId="071D31B2" w14:textId="77777777" w:rsidR="00C05B90" w:rsidRDefault="00D76B03">
      <w:pPr>
        <w:spacing w:after="80"/>
        <w:jc w:val="both"/>
      </w:pPr>
      <w:r>
        <w:rPr>
          <w:rFonts w:ascii="Arial" w:eastAsia="Arial" w:hAnsi="Arial" w:cs="Arial"/>
          <w:sz w:val="20"/>
        </w:rPr>
        <w:t>Adjunto a esta certificación mi documento de identificación, de acuerdo con el numeral “Criterios de Desempate” del Pliego de Condiciones.</w:t>
      </w:r>
    </w:p>
    <w:p w14:paraId="06082C3F" w14:textId="77777777" w:rsidR="00C05B90" w:rsidRDefault="00D76B03">
      <w:pPr>
        <w:keepNext/>
        <w:spacing w:before="160" w:after="120"/>
      </w:pPr>
      <w:r>
        <w:rPr>
          <w:rFonts w:ascii="Arial" w:eastAsia="Arial" w:hAnsi="Arial" w:cs="Arial"/>
          <w:sz w:val="20"/>
        </w:rPr>
        <w:t>En constancia, se firma en _______________, a los ____ días del mes de _________ del 20__.</w:t>
      </w:r>
    </w:p>
    <w:p w14:paraId="0296114E" w14:textId="77777777" w:rsidR="00C05B90" w:rsidRDefault="00D76B03">
      <w:pPr>
        <w:spacing w:after="0"/>
      </w:pPr>
      <w:r>
        <w:rPr>
          <w:rFonts w:ascii="Arial" w:eastAsia="Arial" w:hAnsi="Arial" w:cs="Arial"/>
          <w:sz w:val="8"/>
        </w:rPr>
        <w:t xml:space="preserve"> </w:t>
      </w:r>
    </w:p>
    <w:p w14:paraId="52229B73" w14:textId="77777777" w:rsidR="00C05B90" w:rsidRDefault="00D76B03">
      <w:pPr>
        <w:spacing w:after="40"/>
        <w:jc w:val="center"/>
      </w:pPr>
      <w:r>
        <w:rPr>
          <w:rFonts w:ascii="Arial" w:eastAsia="Arial" w:hAnsi="Arial" w:cs="Arial"/>
          <w:sz w:val="20"/>
        </w:rPr>
        <w:t>_______________________________________</w:t>
      </w:r>
    </w:p>
    <w:p w14:paraId="14B27AE0" w14:textId="77777777" w:rsidR="00C05B90" w:rsidRDefault="00D76B03">
      <w:pPr>
        <w:jc w:val="center"/>
      </w:pPr>
      <w:r>
        <w:rPr>
          <w:rFonts w:ascii="Arial" w:eastAsia="Arial" w:hAnsi="Arial" w:cs="Arial"/>
          <w:sz w:val="20"/>
        </w:rPr>
        <w:t>[Nombre y firma del trabajador vinculado a la persona natural o jurídica]</w:t>
      </w:r>
    </w:p>
    <w:p w14:paraId="1E20A3AA" w14:textId="0553C1E8" w:rsidR="00C05B90" w:rsidRDefault="00C05B90">
      <w:pPr>
        <w:pageBreakBefore/>
        <w:spacing w:after="120"/>
      </w:pPr>
    </w:p>
    <w:p w14:paraId="653384C0" w14:textId="77777777" w:rsidR="00C05B90" w:rsidRDefault="00D76B03">
      <w:pPr>
        <w:spacing w:after="40"/>
        <w:jc w:val="center"/>
      </w:pPr>
      <w:r>
        <w:rPr>
          <w:rFonts w:ascii="Arial" w:eastAsia="Arial" w:hAnsi="Arial" w:cs="Arial"/>
          <w:b/>
          <w:sz w:val="24"/>
        </w:rPr>
        <w:t>FORMATO – FACTORES DE DESEMPATE</w:t>
      </w:r>
    </w:p>
    <w:p w14:paraId="0478AB58" w14:textId="77777777" w:rsidR="00C05B90" w:rsidRDefault="00D76B03">
      <w:pPr>
        <w:spacing w:after="240"/>
        <w:jc w:val="center"/>
      </w:pPr>
      <w:r>
        <w:rPr>
          <w:rFonts w:ascii="Arial" w:eastAsia="Arial" w:hAnsi="Arial" w:cs="Arial"/>
          <w:b/>
        </w:rPr>
        <w:t>D – VINCULACIÓN DE POBLACIÓN INDÍGENA, NEGRA, AFROCOLOMBIANA, RAIZAL, PALENQUERA, RROM O GITANA</w:t>
      </w:r>
    </w:p>
    <w:p w14:paraId="24521088" w14:textId="77777777" w:rsidR="00C05B90" w:rsidRDefault="00D76B03">
      <w:pPr>
        <w:spacing w:after="280"/>
        <w:jc w:val="both"/>
      </w:pPr>
      <w:r>
        <w:rPr>
          <w:rFonts w:ascii="Arial" w:eastAsia="Arial" w:hAnsi="Arial" w:cs="Arial"/>
          <w:i/>
          <w:sz w:val="17"/>
          <w:shd w:val="clear" w:color="auto" w:fill="D9D9D9"/>
        </w:rPr>
        <w:t>[La información de este formato contiene datos sensibles los cuales están sujetos a reserva legal y por tanto no podrán publicarse en el SECOP I y II para su conocimiento]</w:t>
      </w:r>
    </w:p>
    <w:p w14:paraId="7B5108C5" w14:textId="77777777" w:rsidR="00C05B90" w:rsidRDefault="00D76B03">
      <w:pPr>
        <w:spacing w:after="0"/>
      </w:pPr>
      <w:r>
        <w:rPr>
          <w:rFonts w:ascii="Arial" w:eastAsia="Arial" w:hAnsi="Arial" w:cs="Arial"/>
          <w:sz w:val="20"/>
        </w:rPr>
        <w:t>Señores</w:t>
      </w:r>
    </w:p>
    <w:p w14:paraId="6ECA65D3" w14:textId="77777777" w:rsidR="00C05B90" w:rsidRDefault="00D76B03">
      <w:pPr>
        <w:spacing w:after="0"/>
      </w:pPr>
      <w:r>
        <w:rPr>
          <w:rFonts w:ascii="Arial" w:eastAsia="Arial" w:hAnsi="Arial" w:cs="Arial"/>
          <w:b/>
          <w:sz w:val="20"/>
        </w:rPr>
        <w:t>DISTRISEGURIDAD</w:t>
      </w:r>
    </w:p>
    <w:p w14:paraId="65B13E05" w14:textId="77777777" w:rsidR="00C05B90" w:rsidRDefault="00D76B03">
      <w:pPr>
        <w:spacing w:after="0"/>
      </w:pPr>
      <w:r>
        <w:rPr>
          <w:rFonts w:ascii="Arial" w:eastAsia="Arial" w:hAnsi="Arial" w:cs="Arial"/>
          <w:sz w:val="20"/>
        </w:rPr>
        <w:t>Carrera 13B # 26-78, Edificio Inteligente, Playón del Blanco</w:t>
      </w:r>
    </w:p>
    <w:p w14:paraId="5BA53515" w14:textId="77777777" w:rsidR="00C05B90" w:rsidRDefault="00D76B03">
      <w:pPr>
        <w:spacing w:after="160"/>
      </w:pPr>
      <w:r>
        <w:rPr>
          <w:rFonts w:ascii="Arial" w:eastAsia="Arial" w:hAnsi="Arial" w:cs="Arial"/>
          <w:sz w:val="20"/>
        </w:rPr>
        <w:t>Cartagena de Indias, D.T. y C., Colombia</w:t>
      </w:r>
    </w:p>
    <w:p w14:paraId="6BF25CB7" w14:textId="77777777" w:rsidR="00C05B90" w:rsidRDefault="00D76B03">
      <w:pPr>
        <w:spacing w:after="80"/>
      </w:pPr>
      <w:r>
        <w:rPr>
          <w:rFonts w:ascii="Arial" w:eastAsia="Arial" w:hAnsi="Arial" w:cs="Arial"/>
          <w:b/>
          <w:sz w:val="20"/>
        </w:rPr>
        <w:t xml:space="preserve">REFERENCIA: </w:t>
      </w:r>
      <w:r>
        <w:rPr>
          <w:rFonts w:ascii="Arial" w:eastAsia="Arial" w:hAnsi="Arial" w:cs="Arial"/>
          <w:sz w:val="20"/>
        </w:rPr>
        <w:t>Proceso de Selección No._____________________</w:t>
      </w:r>
    </w:p>
    <w:p w14:paraId="4BDBBC82" w14:textId="77777777" w:rsidR="00C05B90" w:rsidRDefault="00D76B03">
      <w:pPr>
        <w:spacing w:before="80" w:after="120"/>
        <w:jc w:val="both"/>
      </w:pPr>
      <w:r>
        <w:rPr>
          <w:rFonts w:ascii="Arial" w:eastAsia="Arial" w:hAnsi="Arial" w:cs="Arial"/>
          <w:b/>
          <w:sz w:val="18"/>
        </w:rPr>
        <w:t>OBJETO: PRESTACIÓN DE SERVICIOS PARA LA DEPURACIÓN, ORGANIZACIÓN, PRESERVACIÓN, DISPOSICIÓN FINAL Y VALORACIÓN DEL SISTEMA DE GESTIÓN DOCUMENTAL DE DISTRISEGURIDAD EN EL MARCO DEL PROYECTO CONSTRUCCIÓN Y DOTACIÓN PARA LOS ORGANISMOS DE SEGURIDAD, SOCORRO, JUSTICIA Y CONVIVENCIA EN CARTAGENA DE INDIAS CON BPIN 2024130010032</w:t>
      </w:r>
    </w:p>
    <w:p w14:paraId="47DBB3F3" w14:textId="77777777" w:rsidR="00C05B90" w:rsidRDefault="00D76B03">
      <w:pPr>
        <w:spacing w:after="160"/>
      </w:pPr>
      <w:r>
        <w:rPr>
          <w:rFonts w:ascii="Arial" w:eastAsia="Arial" w:hAnsi="Arial" w:cs="Arial"/>
          <w:sz w:val="20"/>
        </w:rPr>
        <w:t>Estimados señores:</w:t>
      </w:r>
    </w:p>
    <w:p w14:paraId="52933A42" w14:textId="77777777" w:rsidR="00C05B90" w:rsidRDefault="00D76B03">
      <w:pPr>
        <w:spacing w:after="80"/>
        <w:jc w:val="both"/>
      </w:pPr>
      <w:r>
        <w:rPr>
          <w:rFonts w:ascii="Arial" w:eastAsia="Arial" w:hAnsi="Arial" w:cs="Arial"/>
          <w:sz w:val="20"/>
          <w:shd w:val="clear" w:color="auto" w:fill="D9D9D9"/>
        </w:rPr>
        <w:t>[Incluir el nombre del Proponente persona natural o del representante legal de la persona jurídica o el revisor fiscal, según corresponda, o el representante del Proponente Plural]</w:t>
      </w:r>
      <w:r>
        <w:rPr>
          <w:rFonts w:ascii="Arial" w:eastAsia="Arial" w:hAnsi="Arial" w:cs="Arial"/>
          <w:sz w:val="20"/>
        </w:rPr>
        <w:t xml:space="preserve"> identificado con </w:t>
      </w:r>
      <w:r>
        <w:rPr>
          <w:rFonts w:ascii="Arial" w:eastAsia="Arial" w:hAnsi="Arial" w:cs="Arial"/>
          <w:sz w:val="20"/>
          <w:shd w:val="clear" w:color="auto" w:fill="D9D9D9"/>
        </w:rPr>
        <w:t>[Incluir el número de identificación]</w:t>
      </w:r>
      <w:r>
        <w:rPr>
          <w:rFonts w:ascii="Arial" w:eastAsia="Arial" w:hAnsi="Arial" w:cs="Arial"/>
          <w:sz w:val="20"/>
        </w:rPr>
        <w:t xml:space="preserve">, en mi condición de </w:t>
      </w:r>
      <w:r>
        <w:rPr>
          <w:rFonts w:ascii="Arial" w:eastAsia="Arial" w:hAnsi="Arial" w:cs="Arial"/>
          <w:sz w:val="20"/>
          <w:shd w:val="clear" w:color="auto" w:fill="D9D9D9"/>
        </w:rPr>
        <w:t>[Indicar si actúa como persona natural (nombre propio), representante legal o revisor fiscal]</w:t>
      </w:r>
      <w:r>
        <w:rPr>
          <w:rFonts w:ascii="Arial" w:eastAsia="Arial" w:hAnsi="Arial" w:cs="Arial"/>
          <w:sz w:val="20"/>
        </w:rPr>
        <w:t xml:space="preserve"> de </w:t>
      </w:r>
      <w:r>
        <w:rPr>
          <w:rFonts w:ascii="Arial" w:eastAsia="Arial" w:hAnsi="Arial" w:cs="Arial"/>
          <w:sz w:val="20"/>
          <w:shd w:val="clear" w:color="auto" w:fill="D9D9D9"/>
        </w:rPr>
        <w:t>[Incluir la razón social de la persona jurídica (si aplica)]</w:t>
      </w:r>
      <w:r>
        <w:rPr>
          <w:rFonts w:ascii="Arial" w:eastAsia="Arial" w:hAnsi="Arial" w:cs="Arial"/>
          <w:sz w:val="20"/>
        </w:rPr>
        <w:t xml:space="preserve">, </w:t>
      </w:r>
      <w:r>
        <w:rPr>
          <w:rFonts w:ascii="Arial" w:eastAsia="Arial" w:hAnsi="Arial" w:cs="Arial"/>
          <w:sz w:val="20"/>
          <w:shd w:val="clear" w:color="auto" w:fill="D9D9D9"/>
        </w:rPr>
        <w:t>[identificada con el NIT (si aplica) __________]</w:t>
      </w:r>
      <w:r>
        <w:rPr>
          <w:rFonts w:ascii="Arial" w:eastAsia="Arial" w:hAnsi="Arial" w:cs="Arial"/>
          <w:sz w:val="20"/>
        </w:rPr>
        <w:t>, certifico bajo la gravedad del juramento que:</w:t>
      </w:r>
    </w:p>
    <w:p w14:paraId="752ECCAA" w14:textId="77777777" w:rsidR="00C05B90" w:rsidRDefault="00D76B03">
      <w:pPr>
        <w:spacing w:after="80"/>
        <w:ind w:left="504" w:hanging="504"/>
        <w:jc w:val="both"/>
      </w:pPr>
      <w:r>
        <w:rPr>
          <w:rFonts w:ascii="Arial" w:eastAsia="Arial" w:hAnsi="Arial" w:cs="Arial"/>
          <w:sz w:val="20"/>
        </w:rPr>
        <w:t>i)</w:t>
      </w:r>
      <w:r>
        <w:rPr>
          <w:rFonts w:ascii="Arial" w:eastAsia="Arial" w:hAnsi="Arial" w:cs="Arial"/>
          <w:sz w:val="20"/>
        </w:rPr>
        <w:tab/>
        <w:t xml:space="preserve">El número total de trabajadores vinculados a la nómina corresponde a </w:t>
      </w:r>
      <w:r>
        <w:rPr>
          <w:rFonts w:ascii="Arial" w:eastAsia="Arial" w:hAnsi="Arial" w:cs="Arial"/>
          <w:sz w:val="20"/>
          <w:shd w:val="clear" w:color="auto" w:fill="D9D9D9"/>
        </w:rPr>
        <w:t>[diligenciar el número de trabajadores vinculados a la nómina]</w:t>
      </w:r>
      <w:r>
        <w:rPr>
          <w:rFonts w:ascii="Arial" w:eastAsia="Arial" w:hAnsi="Arial" w:cs="Arial"/>
          <w:sz w:val="20"/>
        </w:rPr>
        <w:t>.</w:t>
      </w:r>
    </w:p>
    <w:p w14:paraId="1F6E9C08" w14:textId="77777777" w:rsidR="00C05B90" w:rsidRDefault="00D76B03">
      <w:pPr>
        <w:keepNext/>
        <w:spacing w:after="80"/>
        <w:ind w:left="504" w:hanging="504"/>
        <w:jc w:val="both"/>
      </w:pPr>
      <w:r>
        <w:rPr>
          <w:rFonts w:ascii="Arial" w:eastAsia="Arial" w:hAnsi="Arial" w:cs="Arial"/>
          <w:sz w:val="20"/>
        </w:rPr>
        <w:t>ii)</w:t>
      </w:r>
      <w:r>
        <w:rPr>
          <w:rFonts w:ascii="Arial" w:eastAsia="Arial" w:hAnsi="Arial" w:cs="Arial"/>
          <w:sz w:val="20"/>
        </w:rPr>
        <w:tab/>
        <w:t>En la nómina están vinculadas las siguientes personas, respecto de las cuales se aportan las pruebas correspondientes para acreditar la pertenencia a población indígena, negra, afrocolombiana, raizal, palenquera, Rrom o gitana:</w:t>
      </w:r>
    </w:p>
    <w:tbl>
      <w:tblPr>
        <w:tblStyle w:val="Tablaconcuadrcula"/>
        <w:tblW w:w="0" w:type="auto"/>
        <w:jc w:val="center"/>
        <w:tblLayout w:type="fixed"/>
        <w:tblLook w:val="04A0" w:firstRow="1" w:lastRow="0" w:firstColumn="1" w:lastColumn="0" w:noHBand="0" w:noVBand="1"/>
      </w:tblPr>
      <w:tblGrid>
        <w:gridCol w:w="5040"/>
        <w:gridCol w:w="4320"/>
      </w:tblGrid>
      <w:tr w:rsidR="00C05B90" w14:paraId="0565B9FC" w14:textId="77777777">
        <w:trPr>
          <w:cantSplit/>
          <w:tblHeader/>
          <w:jc w:val="center"/>
        </w:trPr>
        <w:tc>
          <w:tcPr>
            <w:tcW w:w="5040" w:type="dxa"/>
          </w:tcPr>
          <w:p w14:paraId="7164A590" w14:textId="77777777" w:rsidR="00C05B90" w:rsidRDefault="00D76B03">
            <w:pPr>
              <w:keepNext/>
              <w:jc w:val="center"/>
            </w:pPr>
            <w:r>
              <w:rPr>
                <w:rFonts w:ascii="Arial" w:eastAsia="Arial" w:hAnsi="Arial" w:cs="Arial"/>
                <w:b/>
                <w:sz w:val="20"/>
              </w:rPr>
              <w:t>Nombre completo</w:t>
            </w:r>
          </w:p>
        </w:tc>
        <w:tc>
          <w:tcPr>
            <w:tcW w:w="4320" w:type="dxa"/>
          </w:tcPr>
          <w:p w14:paraId="3D306A2B" w14:textId="77777777" w:rsidR="00C05B90" w:rsidRDefault="00D76B03">
            <w:pPr>
              <w:keepNext/>
              <w:jc w:val="center"/>
            </w:pPr>
            <w:r>
              <w:rPr>
                <w:rFonts w:ascii="Arial" w:eastAsia="Arial" w:hAnsi="Arial" w:cs="Arial"/>
                <w:b/>
                <w:sz w:val="20"/>
              </w:rPr>
              <w:t>Número de identificación</w:t>
            </w:r>
          </w:p>
        </w:tc>
      </w:tr>
      <w:tr w:rsidR="00C05B90" w14:paraId="006EFA31" w14:textId="77777777">
        <w:trPr>
          <w:cantSplit/>
          <w:trHeight w:val="346"/>
          <w:jc w:val="center"/>
        </w:trPr>
        <w:tc>
          <w:tcPr>
            <w:tcW w:w="5040" w:type="dxa"/>
          </w:tcPr>
          <w:p w14:paraId="2A9C9B2A" w14:textId="77777777" w:rsidR="00C05B90" w:rsidRDefault="00D76B03">
            <w:pPr>
              <w:keepNext/>
              <w:jc w:val="center"/>
            </w:pPr>
            <w:r>
              <w:rPr>
                <w:rFonts w:ascii="Arial" w:eastAsia="Arial" w:hAnsi="Arial" w:cs="Arial"/>
                <w:sz w:val="20"/>
              </w:rPr>
              <w:t xml:space="preserve"> </w:t>
            </w:r>
          </w:p>
        </w:tc>
        <w:tc>
          <w:tcPr>
            <w:tcW w:w="4320" w:type="dxa"/>
          </w:tcPr>
          <w:p w14:paraId="54F970F3" w14:textId="77777777" w:rsidR="00C05B90" w:rsidRDefault="00D76B03">
            <w:pPr>
              <w:keepNext/>
              <w:jc w:val="center"/>
            </w:pPr>
            <w:r>
              <w:rPr>
                <w:rFonts w:ascii="Arial" w:eastAsia="Arial" w:hAnsi="Arial" w:cs="Arial"/>
                <w:sz w:val="20"/>
              </w:rPr>
              <w:t xml:space="preserve"> </w:t>
            </w:r>
          </w:p>
        </w:tc>
      </w:tr>
      <w:tr w:rsidR="00C05B90" w14:paraId="2EEEDC13" w14:textId="77777777">
        <w:trPr>
          <w:cantSplit/>
          <w:trHeight w:val="346"/>
          <w:jc w:val="center"/>
        </w:trPr>
        <w:tc>
          <w:tcPr>
            <w:tcW w:w="5040" w:type="dxa"/>
          </w:tcPr>
          <w:p w14:paraId="3C80CA18" w14:textId="77777777" w:rsidR="00C05B90" w:rsidRDefault="00D76B03">
            <w:pPr>
              <w:keepNext/>
              <w:jc w:val="center"/>
            </w:pPr>
            <w:r>
              <w:rPr>
                <w:rFonts w:ascii="Arial" w:eastAsia="Arial" w:hAnsi="Arial" w:cs="Arial"/>
                <w:sz w:val="20"/>
              </w:rPr>
              <w:t xml:space="preserve"> </w:t>
            </w:r>
          </w:p>
        </w:tc>
        <w:tc>
          <w:tcPr>
            <w:tcW w:w="4320" w:type="dxa"/>
          </w:tcPr>
          <w:p w14:paraId="33D5DF93" w14:textId="77777777" w:rsidR="00C05B90" w:rsidRDefault="00D76B03">
            <w:pPr>
              <w:keepNext/>
              <w:jc w:val="center"/>
            </w:pPr>
            <w:r>
              <w:rPr>
                <w:rFonts w:ascii="Arial" w:eastAsia="Arial" w:hAnsi="Arial" w:cs="Arial"/>
                <w:sz w:val="20"/>
              </w:rPr>
              <w:t xml:space="preserve"> </w:t>
            </w:r>
          </w:p>
        </w:tc>
      </w:tr>
    </w:tbl>
    <w:p w14:paraId="1C7D9E4B" w14:textId="77777777" w:rsidR="00C05B90" w:rsidRDefault="00D76B03">
      <w:pPr>
        <w:spacing w:after="0"/>
      </w:pPr>
      <w:r>
        <w:rPr>
          <w:rFonts w:ascii="Arial" w:eastAsia="Arial" w:hAnsi="Arial" w:cs="Arial"/>
          <w:sz w:val="6"/>
        </w:rPr>
        <w:t xml:space="preserve"> </w:t>
      </w:r>
    </w:p>
    <w:p w14:paraId="1A2E7179" w14:textId="77777777" w:rsidR="00C05B90" w:rsidRDefault="00D76B03">
      <w:pPr>
        <w:spacing w:after="80"/>
        <w:ind w:left="504" w:hanging="504"/>
        <w:jc w:val="both"/>
      </w:pPr>
      <w:r>
        <w:rPr>
          <w:rFonts w:ascii="Arial" w:eastAsia="Arial" w:hAnsi="Arial" w:cs="Arial"/>
          <w:sz w:val="20"/>
        </w:rPr>
        <w:t>iii)</w:t>
      </w:r>
      <w:r>
        <w:rPr>
          <w:rFonts w:ascii="Arial" w:eastAsia="Arial" w:hAnsi="Arial" w:cs="Arial"/>
          <w:sz w:val="20"/>
        </w:rPr>
        <w:tab/>
        <w:t xml:space="preserve">Así mismo declaramos que las personas señaladas anteriormente se encuentran vinculadas con una antigüedad igual o mayor a un año contado a partir de la fecha del cierre del presente Proceso de Contratación. </w:t>
      </w:r>
      <w:r>
        <w:rPr>
          <w:rFonts w:ascii="Arial" w:eastAsia="Arial" w:hAnsi="Arial" w:cs="Arial"/>
          <w:sz w:val="20"/>
          <w:shd w:val="clear" w:color="auto" w:fill="D9D9D9"/>
        </w:rPr>
        <w:t>[Para los casos de personas jurídicas constituidas con menos de un año, se tendrá que indicar que las personas señaladas se encuentran vinculadas desde el momento de constitución de esta]</w:t>
      </w:r>
      <w:r>
        <w:rPr>
          <w:rFonts w:ascii="Arial" w:eastAsia="Arial" w:hAnsi="Arial" w:cs="Arial"/>
          <w:sz w:val="20"/>
        </w:rPr>
        <w:t>.</w:t>
      </w:r>
    </w:p>
    <w:p w14:paraId="02C3FAB7" w14:textId="77777777" w:rsidR="00C05B90" w:rsidRDefault="00D76B03">
      <w:pPr>
        <w:spacing w:after="80"/>
        <w:jc w:val="both"/>
      </w:pPr>
      <w:r>
        <w:rPr>
          <w:rFonts w:ascii="Arial" w:eastAsia="Arial" w:hAnsi="Arial" w:cs="Arial"/>
          <w:sz w:val="20"/>
        </w:rPr>
        <w:t>Sin perjuicio de lo anterior, para probar la pertenencia a la población indígena, negra, afrocolombiana, raizal, palenquera, Rrom o gitana, aporto la certificación expedida por el Ministerio del Interior, de acuerdo con el numeral “Criterios de Desempate” del Pliego de Condiciones.</w:t>
      </w:r>
    </w:p>
    <w:p w14:paraId="3375E418" w14:textId="77777777" w:rsidR="00C05B90" w:rsidRDefault="00D76B03">
      <w:pPr>
        <w:keepNext/>
        <w:spacing w:before="160" w:after="120"/>
      </w:pPr>
      <w:r>
        <w:rPr>
          <w:rFonts w:ascii="Arial" w:eastAsia="Arial" w:hAnsi="Arial" w:cs="Arial"/>
          <w:sz w:val="20"/>
        </w:rPr>
        <w:t>En constancia, se firma en _______________, a los ____ días del mes de _________ del 20__.</w:t>
      </w:r>
    </w:p>
    <w:tbl>
      <w:tblPr>
        <w:tblW w:w="0" w:type="auto"/>
        <w:jc w:val="center"/>
        <w:tblLook w:val="04A0" w:firstRow="1" w:lastRow="0" w:firstColumn="1" w:lastColumn="0" w:noHBand="0" w:noVBand="1"/>
      </w:tblPr>
      <w:tblGrid>
        <w:gridCol w:w="4824"/>
        <w:gridCol w:w="4824"/>
      </w:tblGrid>
      <w:tr w:rsidR="00C05B90" w14:paraId="06BDE02D" w14:textId="77777777">
        <w:trPr>
          <w:cantSplit/>
          <w:jc w:val="center"/>
        </w:trPr>
        <w:tc>
          <w:tcPr>
            <w:tcW w:w="4824" w:type="dxa"/>
          </w:tcPr>
          <w:p w14:paraId="4CBC4D9A" w14:textId="77777777" w:rsidR="00C05B90" w:rsidRDefault="00D76B03">
            <w:pPr>
              <w:keepNext/>
              <w:jc w:val="center"/>
            </w:pPr>
            <w:r>
              <w:rPr>
                <w:rFonts w:ascii="Arial" w:eastAsia="Arial" w:hAnsi="Arial" w:cs="Arial"/>
                <w:sz w:val="20"/>
              </w:rPr>
              <w:br/>
              <w:t>__________________________________</w:t>
            </w:r>
          </w:p>
        </w:tc>
        <w:tc>
          <w:tcPr>
            <w:tcW w:w="4824" w:type="dxa"/>
          </w:tcPr>
          <w:p w14:paraId="6EF9F877" w14:textId="77777777" w:rsidR="00C05B90" w:rsidRDefault="00D76B03">
            <w:pPr>
              <w:keepNext/>
              <w:jc w:val="center"/>
            </w:pPr>
            <w:r>
              <w:rPr>
                <w:rFonts w:ascii="Arial" w:eastAsia="Arial" w:hAnsi="Arial" w:cs="Arial"/>
                <w:sz w:val="20"/>
              </w:rPr>
              <w:br/>
              <w:t>__________________________________</w:t>
            </w:r>
          </w:p>
        </w:tc>
      </w:tr>
      <w:tr w:rsidR="00C05B90" w14:paraId="54A7F6A9" w14:textId="77777777">
        <w:trPr>
          <w:cantSplit/>
          <w:jc w:val="center"/>
        </w:trPr>
        <w:tc>
          <w:tcPr>
            <w:tcW w:w="4824" w:type="dxa"/>
          </w:tcPr>
          <w:p w14:paraId="3D4DC409" w14:textId="77777777" w:rsidR="00C05B90" w:rsidRDefault="00D76B03">
            <w:pPr>
              <w:keepNext/>
              <w:jc w:val="center"/>
            </w:pPr>
            <w:r>
              <w:rPr>
                <w:rFonts w:ascii="Arial" w:eastAsia="Arial" w:hAnsi="Arial" w:cs="Arial"/>
                <w:sz w:val="20"/>
              </w:rPr>
              <w:t>[Nombre y firma de la persona natural]</w:t>
            </w:r>
          </w:p>
        </w:tc>
        <w:tc>
          <w:tcPr>
            <w:tcW w:w="4824" w:type="dxa"/>
          </w:tcPr>
          <w:p w14:paraId="6B66751E" w14:textId="77777777" w:rsidR="00C05B90" w:rsidRDefault="00D76B03">
            <w:pPr>
              <w:keepNext/>
              <w:jc w:val="center"/>
            </w:pPr>
            <w:r>
              <w:rPr>
                <w:rFonts w:ascii="Arial" w:eastAsia="Arial" w:hAnsi="Arial" w:cs="Arial"/>
                <w:sz w:val="20"/>
              </w:rPr>
              <w:t>[Nombre y firma del representante legal, el revisor fiscal o el representante del Proponente Plural]</w:t>
            </w:r>
          </w:p>
        </w:tc>
      </w:tr>
    </w:tbl>
    <w:p w14:paraId="4AAE877D" w14:textId="794285C5" w:rsidR="00C05B90" w:rsidRDefault="00C05B90">
      <w:pPr>
        <w:pageBreakBefore/>
        <w:spacing w:after="120"/>
      </w:pPr>
    </w:p>
    <w:p w14:paraId="249094F0" w14:textId="77777777" w:rsidR="00C05B90" w:rsidRDefault="00D76B03">
      <w:pPr>
        <w:spacing w:after="40"/>
        <w:jc w:val="center"/>
      </w:pPr>
      <w:r>
        <w:rPr>
          <w:rFonts w:ascii="Arial" w:eastAsia="Arial" w:hAnsi="Arial" w:cs="Arial"/>
          <w:b/>
          <w:sz w:val="24"/>
        </w:rPr>
        <w:t>FORMATO – FACTORES DE DESEMPATE</w:t>
      </w:r>
    </w:p>
    <w:p w14:paraId="59AE7C73" w14:textId="77777777" w:rsidR="00C05B90" w:rsidRDefault="00D76B03">
      <w:pPr>
        <w:spacing w:after="240"/>
        <w:jc w:val="center"/>
      </w:pPr>
      <w:r>
        <w:rPr>
          <w:rFonts w:ascii="Arial" w:eastAsia="Arial" w:hAnsi="Arial" w:cs="Arial"/>
          <w:b/>
        </w:rPr>
        <w:t>E – PARTICIPACIÓN MAYORITARIA DE PERSONAS EN PROCESO DE REINCORPORACIÓN Y/O REINTEGRACIÓN (PERSONAS JURÍDICAS)</w:t>
      </w:r>
    </w:p>
    <w:p w14:paraId="15E929A3" w14:textId="77777777" w:rsidR="00C05B90" w:rsidRDefault="00D76B03">
      <w:pPr>
        <w:spacing w:after="280"/>
        <w:jc w:val="both"/>
      </w:pPr>
      <w:r>
        <w:rPr>
          <w:rFonts w:ascii="Arial" w:eastAsia="Arial" w:hAnsi="Arial" w:cs="Arial"/>
          <w:i/>
          <w:sz w:val="17"/>
          <w:shd w:val="clear" w:color="auto" w:fill="D9D9D9"/>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p>
    <w:p w14:paraId="2CEF0E3C" w14:textId="77777777" w:rsidR="00C05B90" w:rsidRDefault="00D76B03">
      <w:pPr>
        <w:spacing w:after="0"/>
      </w:pPr>
      <w:r>
        <w:rPr>
          <w:rFonts w:ascii="Arial" w:eastAsia="Arial" w:hAnsi="Arial" w:cs="Arial"/>
          <w:sz w:val="20"/>
        </w:rPr>
        <w:t>Señores</w:t>
      </w:r>
    </w:p>
    <w:p w14:paraId="6A01DA3A" w14:textId="77777777" w:rsidR="00C05B90" w:rsidRDefault="00D76B03">
      <w:pPr>
        <w:spacing w:after="0"/>
      </w:pPr>
      <w:r>
        <w:rPr>
          <w:rFonts w:ascii="Arial" w:eastAsia="Arial" w:hAnsi="Arial" w:cs="Arial"/>
          <w:b/>
          <w:sz w:val="20"/>
        </w:rPr>
        <w:t>DISTRISEGURIDAD</w:t>
      </w:r>
    </w:p>
    <w:p w14:paraId="641DD961" w14:textId="77777777" w:rsidR="00C05B90" w:rsidRDefault="00D76B03">
      <w:pPr>
        <w:spacing w:after="0"/>
      </w:pPr>
      <w:r>
        <w:rPr>
          <w:rFonts w:ascii="Arial" w:eastAsia="Arial" w:hAnsi="Arial" w:cs="Arial"/>
          <w:sz w:val="20"/>
        </w:rPr>
        <w:t>Carrera 13B # 26-78, Edificio Inteligente, Playón del Blanco</w:t>
      </w:r>
    </w:p>
    <w:p w14:paraId="6829572C" w14:textId="77777777" w:rsidR="00C05B90" w:rsidRDefault="00D76B03">
      <w:pPr>
        <w:spacing w:after="160"/>
      </w:pPr>
      <w:r>
        <w:rPr>
          <w:rFonts w:ascii="Arial" w:eastAsia="Arial" w:hAnsi="Arial" w:cs="Arial"/>
          <w:sz w:val="20"/>
        </w:rPr>
        <w:t>Cartagena de Indias, D.T. y C., Colombia</w:t>
      </w:r>
    </w:p>
    <w:p w14:paraId="15021345" w14:textId="77777777" w:rsidR="00C05B90" w:rsidRDefault="00D76B03">
      <w:pPr>
        <w:spacing w:after="80"/>
      </w:pPr>
      <w:r>
        <w:rPr>
          <w:rFonts w:ascii="Arial" w:eastAsia="Arial" w:hAnsi="Arial" w:cs="Arial"/>
          <w:b/>
          <w:sz w:val="20"/>
        </w:rPr>
        <w:t xml:space="preserve">REFERENCIA: </w:t>
      </w:r>
      <w:r>
        <w:rPr>
          <w:rFonts w:ascii="Arial" w:eastAsia="Arial" w:hAnsi="Arial" w:cs="Arial"/>
          <w:sz w:val="20"/>
        </w:rPr>
        <w:t>Proceso de Selección No._____________________</w:t>
      </w:r>
    </w:p>
    <w:p w14:paraId="0BAA0135" w14:textId="77777777" w:rsidR="00C05B90" w:rsidRDefault="00D76B03">
      <w:pPr>
        <w:spacing w:before="80" w:after="120"/>
        <w:jc w:val="both"/>
      </w:pPr>
      <w:r>
        <w:rPr>
          <w:rFonts w:ascii="Arial" w:eastAsia="Arial" w:hAnsi="Arial" w:cs="Arial"/>
          <w:b/>
          <w:sz w:val="18"/>
        </w:rPr>
        <w:t>OBJETO: PRESTACIÓN DE SERVICIOS PARA LA DEPURACIÓN, ORGANIZACIÓN, PRESERVACIÓN, DISPOSICIÓN FINAL Y VALORACIÓN DEL SISTEMA DE GESTIÓN DOCUMENTAL DE DISTRISEGURIDAD EN EL MARCO DEL PROYECTO CONSTRUCCIÓN Y DOTACIÓN PARA LOS ORGANISMOS DE SEGURIDAD, SOCORRO, JUSTICIA Y CONVIVENCIA EN CARTAGENA DE INDIAS CON BPIN 2024130010032</w:t>
      </w:r>
    </w:p>
    <w:p w14:paraId="13FCF824" w14:textId="77777777" w:rsidR="00C05B90" w:rsidRDefault="00D76B03">
      <w:pPr>
        <w:spacing w:after="160"/>
      </w:pPr>
      <w:r>
        <w:rPr>
          <w:rFonts w:ascii="Arial" w:eastAsia="Arial" w:hAnsi="Arial" w:cs="Arial"/>
          <w:sz w:val="20"/>
        </w:rPr>
        <w:t>Estimados señores:</w:t>
      </w:r>
    </w:p>
    <w:p w14:paraId="6AC84528" w14:textId="77777777" w:rsidR="00C05B90" w:rsidRDefault="00D76B03">
      <w:pPr>
        <w:spacing w:after="80"/>
        <w:jc w:val="both"/>
      </w:pPr>
      <w:r>
        <w:rPr>
          <w:rFonts w:ascii="Arial" w:eastAsia="Arial" w:hAnsi="Arial" w:cs="Arial"/>
          <w:sz w:val="20"/>
          <w:shd w:val="clear" w:color="auto" w:fill="D9D9D9"/>
        </w:rPr>
        <w:t>[Incluir el nombre del representante legal de la persona jurídica y el revisor fiscal, si están obligados a tenerlo]</w:t>
      </w:r>
      <w:r>
        <w:rPr>
          <w:rFonts w:ascii="Arial" w:eastAsia="Arial" w:hAnsi="Arial" w:cs="Arial"/>
          <w:sz w:val="20"/>
        </w:rPr>
        <w:t xml:space="preserve"> identificado con </w:t>
      </w:r>
      <w:r>
        <w:rPr>
          <w:rFonts w:ascii="Arial" w:eastAsia="Arial" w:hAnsi="Arial" w:cs="Arial"/>
          <w:sz w:val="20"/>
          <w:shd w:val="clear" w:color="auto" w:fill="D9D9D9"/>
        </w:rPr>
        <w:t>[Incluir el número de identificación]</w:t>
      </w:r>
      <w:r>
        <w:rPr>
          <w:rFonts w:ascii="Arial" w:eastAsia="Arial" w:hAnsi="Arial" w:cs="Arial"/>
          <w:sz w:val="20"/>
        </w:rPr>
        <w:t xml:space="preserve">, en mi condición de </w:t>
      </w:r>
      <w:r>
        <w:rPr>
          <w:rFonts w:ascii="Arial" w:eastAsia="Arial" w:hAnsi="Arial" w:cs="Arial"/>
          <w:sz w:val="20"/>
          <w:shd w:val="clear" w:color="auto" w:fill="D9D9D9"/>
        </w:rPr>
        <w:t>[Indicar si actúa como representante legal o revisor fiscal o ambos]</w:t>
      </w:r>
      <w:r>
        <w:rPr>
          <w:rFonts w:ascii="Arial" w:eastAsia="Arial" w:hAnsi="Arial" w:cs="Arial"/>
          <w:sz w:val="20"/>
        </w:rPr>
        <w:t xml:space="preserve"> de </w:t>
      </w:r>
      <w:r>
        <w:rPr>
          <w:rFonts w:ascii="Arial" w:eastAsia="Arial" w:hAnsi="Arial" w:cs="Arial"/>
          <w:sz w:val="20"/>
          <w:shd w:val="clear" w:color="auto" w:fill="D9D9D9"/>
        </w:rPr>
        <w:t>[Incluir la razón social de la persona jurídica]</w:t>
      </w:r>
      <w:r>
        <w:rPr>
          <w:rFonts w:ascii="Arial" w:eastAsia="Arial" w:hAnsi="Arial" w:cs="Arial"/>
          <w:sz w:val="20"/>
        </w:rPr>
        <w:t xml:space="preserve">, </w:t>
      </w:r>
      <w:r>
        <w:rPr>
          <w:rFonts w:ascii="Arial" w:eastAsia="Arial" w:hAnsi="Arial" w:cs="Arial"/>
          <w:sz w:val="20"/>
          <w:shd w:val="clear" w:color="auto" w:fill="D9D9D9"/>
        </w:rPr>
        <w:t>[identificada con el NIT __________]</w:t>
      </w:r>
      <w:r>
        <w:rPr>
          <w:rFonts w:ascii="Arial" w:eastAsia="Arial" w:hAnsi="Arial" w:cs="Arial"/>
          <w:sz w:val="20"/>
        </w:rPr>
        <w:t>, certifico bajo gravedad del juramento que más del cincuenta por ciento (50 %) de la composición accionaria o cuota parte de la persona jurídica está constituida por personas en proceso de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p>
    <w:p w14:paraId="201205B2" w14:textId="77777777" w:rsidR="00C05B90" w:rsidRDefault="00D76B03">
      <w:pPr>
        <w:keepNext/>
        <w:spacing w:after="80"/>
        <w:jc w:val="both"/>
      </w:pPr>
      <w:r>
        <w:rPr>
          <w:rFonts w:ascii="Arial" w:eastAsia="Arial" w:hAnsi="Arial" w:cs="Arial"/>
          <w:sz w:val="20"/>
        </w:rPr>
        <w:t>En el siguiente cuadro señalo las personas en proceso de reincorporación o reintegración que participan mayoritariamente en la persona jurídica, junto con su respectivo porcentaje de participación:</w:t>
      </w:r>
    </w:p>
    <w:tbl>
      <w:tblPr>
        <w:tblStyle w:val="Tablaconcuadrcula"/>
        <w:tblW w:w="0" w:type="auto"/>
        <w:jc w:val="center"/>
        <w:tblLayout w:type="fixed"/>
        <w:tblLook w:val="04A0" w:firstRow="1" w:lastRow="0" w:firstColumn="1" w:lastColumn="0" w:noHBand="0" w:noVBand="1"/>
      </w:tblPr>
      <w:tblGrid>
        <w:gridCol w:w="4752"/>
        <w:gridCol w:w="4608"/>
      </w:tblGrid>
      <w:tr w:rsidR="00C05B90" w14:paraId="0F1AD8FF" w14:textId="77777777">
        <w:trPr>
          <w:cantSplit/>
          <w:tblHeader/>
          <w:jc w:val="center"/>
        </w:trPr>
        <w:tc>
          <w:tcPr>
            <w:tcW w:w="4752" w:type="dxa"/>
          </w:tcPr>
          <w:p w14:paraId="6E71425F" w14:textId="77777777" w:rsidR="00C05B90" w:rsidRDefault="00D76B03">
            <w:pPr>
              <w:keepNext/>
              <w:jc w:val="center"/>
            </w:pPr>
            <w:r>
              <w:rPr>
                <w:rFonts w:ascii="Arial" w:eastAsia="Arial" w:hAnsi="Arial" w:cs="Arial"/>
                <w:b/>
                <w:sz w:val="20"/>
              </w:rPr>
              <w:t>Identificación de las personas en proceso de reincorporación o reintegración (incluir nombre y documento de identidad)</w:t>
            </w:r>
          </w:p>
        </w:tc>
        <w:tc>
          <w:tcPr>
            <w:tcW w:w="4608" w:type="dxa"/>
          </w:tcPr>
          <w:p w14:paraId="0A0C2602" w14:textId="77777777" w:rsidR="00C05B90" w:rsidRDefault="00D76B03">
            <w:pPr>
              <w:keepNext/>
              <w:jc w:val="center"/>
            </w:pPr>
            <w:r>
              <w:rPr>
                <w:rFonts w:ascii="Arial" w:eastAsia="Arial" w:hAnsi="Arial" w:cs="Arial"/>
                <w:b/>
                <w:sz w:val="20"/>
              </w:rPr>
              <w:t>Número de cuotas sociales, acciones que poseen o el alcance o condición de su participación en el caso de las personas jurídicas sin ánimo de lucro</w:t>
            </w:r>
          </w:p>
        </w:tc>
      </w:tr>
      <w:tr w:rsidR="00C05B90" w14:paraId="5294FFD0" w14:textId="77777777">
        <w:trPr>
          <w:cantSplit/>
          <w:trHeight w:val="346"/>
          <w:jc w:val="center"/>
        </w:trPr>
        <w:tc>
          <w:tcPr>
            <w:tcW w:w="4752" w:type="dxa"/>
          </w:tcPr>
          <w:p w14:paraId="14035FF1" w14:textId="77777777" w:rsidR="00C05B90" w:rsidRDefault="00D76B03">
            <w:pPr>
              <w:keepNext/>
              <w:jc w:val="center"/>
            </w:pPr>
            <w:r>
              <w:rPr>
                <w:rFonts w:ascii="Arial" w:eastAsia="Arial" w:hAnsi="Arial" w:cs="Arial"/>
                <w:sz w:val="20"/>
              </w:rPr>
              <w:t xml:space="preserve"> </w:t>
            </w:r>
          </w:p>
        </w:tc>
        <w:tc>
          <w:tcPr>
            <w:tcW w:w="4608" w:type="dxa"/>
          </w:tcPr>
          <w:p w14:paraId="608467F5" w14:textId="77777777" w:rsidR="00C05B90" w:rsidRDefault="00D76B03">
            <w:pPr>
              <w:keepNext/>
              <w:jc w:val="center"/>
            </w:pPr>
            <w:r>
              <w:rPr>
                <w:rFonts w:ascii="Arial" w:eastAsia="Arial" w:hAnsi="Arial" w:cs="Arial"/>
                <w:sz w:val="20"/>
              </w:rPr>
              <w:t xml:space="preserve"> </w:t>
            </w:r>
          </w:p>
        </w:tc>
      </w:tr>
      <w:tr w:rsidR="00C05B90" w14:paraId="39AB8191" w14:textId="77777777">
        <w:trPr>
          <w:cantSplit/>
          <w:trHeight w:val="346"/>
          <w:jc w:val="center"/>
        </w:trPr>
        <w:tc>
          <w:tcPr>
            <w:tcW w:w="4752" w:type="dxa"/>
          </w:tcPr>
          <w:p w14:paraId="3926B849" w14:textId="77777777" w:rsidR="00C05B90" w:rsidRDefault="00D76B03">
            <w:pPr>
              <w:keepNext/>
              <w:jc w:val="center"/>
            </w:pPr>
            <w:r>
              <w:rPr>
                <w:rFonts w:ascii="Arial" w:eastAsia="Arial" w:hAnsi="Arial" w:cs="Arial"/>
                <w:sz w:val="20"/>
              </w:rPr>
              <w:t xml:space="preserve"> </w:t>
            </w:r>
          </w:p>
        </w:tc>
        <w:tc>
          <w:tcPr>
            <w:tcW w:w="4608" w:type="dxa"/>
          </w:tcPr>
          <w:p w14:paraId="1D78ADAD" w14:textId="77777777" w:rsidR="00C05B90" w:rsidRDefault="00D76B03">
            <w:pPr>
              <w:keepNext/>
              <w:jc w:val="center"/>
            </w:pPr>
            <w:r>
              <w:rPr>
                <w:rFonts w:ascii="Arial" w:eastAsia="Arial" w:hAnsi="Arial" w:cs="Arial"/>
                <w:sz w:val="20"/>
              </w:rPr>
              <w:t xml:space="preserve"> </w:t>
            </w:r>
          </w:p>
        </w:tc>
      </w:tr>
      <w:tr w:rsidR="00C05B90" w14:paraId="3B82E887" w14:textId="77777777">
        <w:trPr>
          <w:cantSplit/>
          <w:trHeight w:val="346"/>
          <w:jc w:val="center"/>
        </w:trPr>
        <w:tc>
          <w:tcPr>
            <w:tcW w:w="4752" w:type="dxa"/>
          </w:tcPr>
          <w:p w14:paraId="0396689A" w14:textId="77777777" w:rsidR="00C05B90" w:rsidRDefault="00D76B03">
            <w:pPr>
              <w:keepNext/>
              <w:jc w:val="center"/>
            </w:pPr>
            <w:r>
              <w:rPr>
                <w:rFonts w:ascii="Arial" w:eastAsia="Arial" w:hAnsi="Arial" w:cs="Arial"/>
                <w:sz w:val="20"/>
              </w:rPr>
              <w:t xml:space="preserve"> </w:t>
            </w:r>
          </w:p>
        </w:tc>
        <w:tc>
          <w:tcPr>
            <w:tcW w:w="4608" w:type="dxa"/>
          </w:tcPr>
          <w:p w14:paraId="3C379604" w14:textId="77777777" w:rsidR="00C05B90" w:rsidRDefault="00D76B03">
            <w:pPr>
              <w:keepNext/>
              <w:jc w:val="center"/>
            </w:pPr>
            <w:r>
              <w:rPr>
                <w:rFonts w:ascii="Arial" w:eastAsia="Arial" w:hAnsi="Arial" w:cs="Arial"/>
                <w:sz w:val="20"/>
              </w:rPr>
              <w:t xml:space="preserve"> </w:t>
            </w:r>
          </w:p>
        </w:tc>
      </w:tr>
    </w:tbl>
    <w:p w14:paraId="281F4B0D" w14:textId="77777777" w:rsidR="00C05B90" w:rsidRDefault="00D76B03">
      <w:pPr>
        <w:spacing w:after="0"/>
      </w:pPr>
      <w:r>
        <w:rPr>
          <w:rFonts w:ascii="Arial" w:eastAsia="Arial" w:hAnsi="Arial" w:cs="Arial"/>
          <w:sz w:val="6"/>
        </w:rPr>
        <w:t xml:space="preserve"> </w:t>
      </w:r>
    </w:p>
    <w:p w14:paraId="538EFA8D" w14:textId="77777777" w:rsidR="00C05B90" w:rsidRDefault="00D76B03">
      <w:pPr>
        <w:spacing w:after="80"/>
        <w:jc w:val="both"/>
      </w:pPr>
      <w:r>
        <w:rPr>
          <w:rFonts w:ascii="Arial" w:eastAsia="Arial" w:hAnsi="Arial" w:cs="Arial"/>
          <w:sz w:val="20"/>
        </w:rPr>
        <w:t>Adjunto a esta certificación aporto los documentos de identificación de las personas en proceso de reincorporación o reintegración, de acuerdo con el numeral “Criterios de Desempate” del Pliego de Condiciones.</w:t>
      </w:r>
    </w:p>
    <w:p w14:paraId="2F2EE258" w14:textId="77777777" w:rsidR="00C05B90" w:rsidRDefault="00D76B03">
      <w:pPr>
        <w:keepNext/>
        <w:spacing w:before="160" w:after="120"/>
      </w:pPr>
      <w:r>
        <w:rPr>
          <w:rFonts w:ascii="Arial" w:eastAsia="Arial" w:hAnsi="Arial" w:cs="Arial"/>
          <w:sz w:val="20"/>
        </w:rPr>
        <w:t>En constancia, se firma en _______________, a los ____ días del mes de _________ del 20__.</w:t>
      </w:r>
    </w:p>
    <w:p w14:paraId="34AE0BC2" w14:textId="77777777" w:rsidR="00C05B90" w:rsidRDefault="00D76B03">
      <w:pPr>
        <w:spacing w:after="0"/>
      </w:pPr>
      <w:r>
        <w:rPr>
          <w:rFonts w:ascii="Arial" w:eastAsia="Arial" w:hAnsi="Arial" w:cs="Arial"/>
          <w:sz w:val="8"/>
        </w:rPr>
        <w:t xml:space="preserve"> </w:t>
      </w:r>
    </w:p>
    <w:p w14:paraId="1405D763" w14:textId="77777777" w:rsidR="00C05B90" w:rsidRDefault="00D76B03">
      <w:pPr>
        <w:spacing w:after="40"/>
        <w:jc w:val="center"/>
      </w:pPr>
      <w:r>
        <w:rPr>
          <w:rFonts w:ascii="Arial" w:eastAsia="Arial" w:hAnsi="Arial" w:cs="Arial"/>
          <w:sz w:val="20"/>
        </w:rPr>
        <w:t>_______________________________________</w:t>
      </w:r>
    </w:p>
    <w:p w14:paraId="3F24B680" w14:textId="77777777" w:rsidR="00C05B90" w:rsidRDefault="00D76B03">
      <w:pPr>
        <w:jc w:val="center"/>
      </w:pPr>
      <w:r>
        <w:rPr>
          <w:rFonts w:ascii="Arial" w:eastAsia="Arial" w:hAnsi="Arial" w:cs="Arial"/>
          <w:sz w:val="20"/>
        </w:rPr>
        <w:t>[Nombre y firma del representante legal de la persona jurídica o revisor fiscal]</w:t>
      </w:r>
    </w:p>
    <w:p w14:paraId="7E7A158D" w14:textId="758ABCA5" w:rsidR="00C05B90" w:rsidRDefault="00C05B90">
      <w:pPr>
        <w:pageBreakBefore/>
        <w:spacing w:after="120"/>
      </w:pPr>
    </w:p>
    <w:p w14:paraId="2C99C63F" w14:textId="77777777" w:rsidR="00C05B90" w:rsidRDefault="00D76B03">
      <w:pPr>
        <w:spacing w:after="40"/>
        <w:jc w:val="center"/>
      </w:pPr>
      <w:r>
        <w:rPr>
          <w:rFonts w:ascii="Arial" w:eastAsia="Arial" w:hAnsi="Arial" w:cs="Arial"/>
          <w:b/>
          <w:sz w:val="24"/>
        </w:rPr>
        <w:t>FORMATO – FACTORES DE DESEMPATE</w:t>
      </w:r>
    </w:p>
    <w:p w14:paraId="22573AD3" w14:textId="77777777" w:rsidR="00C05B90" w:rsidRDefault="00D76B03">
      <w:pPr>
        <w:spacing w:after="240"/>
        <w:jc w:val="center"/>
      </w:pPr>
      <w:r>
        <w:rPr>
          <w:rFonts w:ascii="Arial" w:eastAsia="Arial" w:hAnsi="Arial" w:cs="Arial"/>
          <w:b/>
        </w:rPr>
        <w:t>E – PARTICIPACIÓN MAYORITARIA DE PERSONAS EN PROCESO DE REINCORPORACIÓN (PERSONA JURÍDICA INTEGRANTE DEL PROPONENTE PLURAL)</w:t>
      </w:r>
    </w:p>
    <w:p w14:paraId="077885A0" w14:textId="77777777" w:rsidR="00C05B90" w:rsidRDefault="00D76B03">
      <w:pPr>
        <w:spacing w:after="280"/>
        <w:jc w:val="both"/>
      </w:pPr>
      <w:r>
        <w:rPr>
          <w:rFonts w:ascii="Arial" w:eastAsia="Arial" w:hAnsi="Arial" w:cs="Arial"/>
          <w:i/>
          <w:sz w:val="17"/>
          <w:shd w:val="clear" w:color="auto" w:fill="D9D9D9"/>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p>
    <w:p w14:paraId="35AAFDDA" w14:textId="77777777" w:rsidR="00C05B90" w:rsidRDefault="00D76B03">
      <w:pPr>
        <w:spacing w:after="0"/>
      </w:pPr>
      <w:r>
        <w:rPr>
          <w:rFonts w:ascii="Arial" w:eastAsia="Arial" w:hAnsi="Arial" w:cs="Arial"/>
          <w:sz w:val="20"/>
        </w:rPr>
        <w:t>Señores</w:t>
      </w:r>
    </w:p>
    <w:p w14:paraId="7BD96CE8" w14:textId="77777777" w:rsidR="00C05B90" w:rsidRDefault="00D76B03">
      <w:pPr>
        <w:spacing w:after="0"/>
      </w:pPr>
      <w:r>
        <w:rPr>
          <w:rFonts w:ascii="Arial" w:eastAsia="Arial" w:hAnsi="Arial" w:cs="Arial"/>
          <w:b/>
          <w:sz w:val="20"/>
        </w:rPr>
        <w:t>DISTRISEGURIDAD</w:t>
      </w:r>
    </w:p>
    <w:p w14:paraId="5F3402E1" w14:textId="77777777" w:rsidR="00C05B90" w:rsidRDefault="00D76B03">
      <w:pPr>
        <w:spacing w:after="0"/>
      </w:pPr>
      <w:r>
        <w:rPr>
          <w:rFonts w:ascii="Arial" w:eastAsia="Arial" w:hAnsi="Arial" w:cs="Arial"/>
          <w:sz w:val="20"/>
        </w:rPr>
        <w:t>Carrera 13B # 26-78, Edificio Inteligente, Playón del Blanco</w:t>
      </w:r>
    </w:p>
    <w:p w14:paraId="695F62A7" w14:textId="77777777" w:rsidR="00C05B90" w:rsidRDefault="00D76B03">
      <w:pPr>
        <w:spacing w:after="160"/>
      </w:pPr>
      <w:r>
        <w:rPr>
          <w:rFonts w:ascii="Arial" w:eastAsia="Arial" w:hAnsi="Arial" w:cs="Arial"/>
          <w:sz w:val="20"/>
        </w:rPr>
        <w:t>Cartagena de Indias, D.T. y C., Colombia</w:t>
      </w:r>
    </w:p>
    <w:p w14:paraId="0B58969C" w14:textId="77777777" w:rsidR="00C05B90" w:rsidRDefault="00D76B03">
      <w:pPr>
        <w:spacing w:after="80"/>
      </w:pPr>
      <w:r>
        <w:rPr>
          <w:rFonts w:ascii="Arial" w:eastAsia="Arial" w:hAnsi="Arial" w:cs="Arial"/>
          <w:b/>
          <w:sz w:val="20"/>
        </w:rPr>
        <w:t xml:space="preserve">REFERENCIA: </w:t>
      </w:r>
      <w:r>
        <w:rPr>
          <w:rFonts w:ascii="Arial" w:eastAsia="Arial" w:hAnsi="Arial" w:cs="Arial"/>
          <w:sz w:val="20"/>
        </w:rPr>
        <w:t>Proceso de Selección No._____________________</w:t>
      </w:r>
    </w:p>
    <w:p w14:paraId="60968E66" w14:textId="77777777" w:rsidR="00C05B90" w:rsidRDefault="00D76B03">
      <w:pPr>
        <w:spacing w:before="80" w:after="120"/>
        <w:jc w:val="both"/>
      </w:pPr>
      <w:r>
        <w:rPr>
          <w:rFonts w:ascii="Arial" w:eastAsia="Arial" w:hAnsi="Arial" w:cs="Arial"/>
          <w:b/>
          <w:sz w:val="18"/>
        </w:rPr>
        <w:t>OBJETO: PRESTACIÓN DE SERVICIOS PARA LA DEPURACIÓN, ORGANIZACIÓN, PRESERVACIÓN, DISPOSICIÓN FINAL Y VALORACIÓN DEL SISTEMA DE GESTIÓN DOCUMENTAL DE DISTRISEGURIDAD EN EL MARCO DEL PROYECTO CONSTRUCCIÓN Y DOTACIÓN PARA LOS ORGANISMOS DE SEGURIDAD, SOCORRO, JUSTICIA Y CONVIVENCIA EN CARTAGENA DE INDIAS CON BPIN 2024130010032</w:t>
      </w:r>
    </w:p>
    <w:p w14:paraId="0AE1D3F2" w14:textId="77777777" w:rsidR="00C05B90" w:rsidRDefault="00D76B03">
      <w:pPr>
        <w:spacing w:after="160"/>
      </w:pPr>
      <w:r>
        <w:rPr>
          <w:rFonts w:ascii="Arial" w:eastAsia="Arial" w:hAnsi="Arial" w:cs="Arial"/>
          <w:sz w:val="20"/>
        </w:rPr>
        <w:t>Estimados señores:</w:t>
      </w:r>
    </w:p>
    <w:p w14:paraId="148CAC2E" w14:textId="77777777" w:rsidR="00C05B90" w:rsidRDefault="00D76B03">
      <w:pPr>
        <w:spacing w:after="80"/>
        <w:jc w:val="both"/>
      </w:pPr>
      <w:r>
        <w:rPr>
          <w:rFonts w:ascii="Arial" w:eastAsia="Arial" w:hAnsi="Arial" w:cs="Arial"/>
          <w:sz w:val="20"/>
          <w:shd w:val="clear" w:color="auto" w:fill="D9D9D9"/>
        </w:rPr>
        <w:t>[Incluir el nombre del representante legal de la persona jurídica o el revisor fiscal, si están obligados a tenerlo]</w:t>
      </w:r>
      <w:r>
        <w:rPr>
          <w:rFonts w:ascii="Arial" w:eastAsia="Arial" w:hAnsi="Arial" w:cs="Arial"/>
          <w:sz w:val="20"/>
        </w:rPr>
        <w:t xml:space="preserve"> identificado con </w:t>
      </w:r>
      <w:r>
        <w:rPr>
          <w:rFonts w:ascii="Arial" w:eastAsia="Arial" w:hAnsi="Arial" w:cs="Arial"/>
          <w:sz w:val="20"/>
          <w:shd w:val="clear" w:color="auto" w:fill="D9D9D9"/>
        </w:rPr>
        <w:t>[Incluir el número de identificación]</w:t>
      </w:r>
      <w:r>
        <w:rPr>
          <w:rFonts w:ascii="Arial" w:eastAsia="Arial" w:hAnsi="Arial" w:cs="Arial"/>
          <w:sz w:val="20"/>
        </w:rPr>
        <w:t xml:space="preserve">, en mi condición de </w:t>
      </w:r>
      <w:r>
        <w:rPr>
          <w:rFonts w:ascii="Arial" w:eastAsia="Arial" w:hAnsi="Arial" w:cs="Arial"/>
          <w:sz w:val="20"/>
          <w:shd w:val="clear" w:color="auto" w:fill="D9D9D9"/>
        </w:rPr>
        <w:t>[Indicar si actúa como representante legal o revisor fiscal o ambos]</w:t>
      </w:r>
      <w:r>
        <w:rPr>
          <w:rFonts w:ascii="Arial" w:eastAsia="Arial" w:hAnsi="Arial" w:cs="Arial"/>
          <w:sz w:val="20"/>
        </w:rPr>
        <w:t xml:space="preserve"> de </w:t>
      </w:r>
      <w:r>
        <w:rPr>
          <w:rFonts w:ascii="Arial" w:eastAsia="Arial" w:hAnsi="Arial" w:cs="Arial"/>
          <w:sz w:val="20"/>
          <w:shd w:val="clear" w:color="auto" w:fill="D9D9D9"/>
        </w:rPr>
        <w:t>[Incluir la razón social de la persona jurídica]</w:t>
      </w:r>
      <w:r>
        <w:rPr>
          <w:rFonts w:ascii="Arial" w:eastAsia="Arial" w:hAnsi="Arial" w:cs="Arial"/>
          <w:sz w:val="20"/>
        </w:rPr>
        <w:t xml:space="preserve">, </w:t>
      </w:r>
      <w:r>
        <w:rPr>
          <w:rFonts w:ascii="Arial" w:eastAsia="Arial" w:hAnsi="Arial" w:cs="Arial"/>
          <w:sz w:val="20"/>
          <w:shd w:val="clear" w:color="auto" w:fill="D9D9D9"/>
        </w:rPr>
        <w:t>[identificada con el NIT __________]</w:t>
      </w:r>
      <w:r>
        <w:rPr>
          <w:rFonts w:ascii="Arial" w:eastAsia="Arial" w:hAnsi="Arial" w:cs="Arial"/>
          <w:sz w:val="20"/>
        </w:rPr>
        <w:t>,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p>
    <w:p w14:paraId="73B61C34" w14:textId="77777777" w:rsidR="00C05B90" w:rsidRDefault="00D76B03">
      <w:pPr>
        <w:keepNext/>
        <w:spacing w:after="80"/>
        <w:jc w:val="both"/>
      </w:pPr>
      <w:r>
        <w:rPr>
          <w:rFonts w:ascii="Arial" w:eastAsia="Arial" w:hAnsi="Arial" w:cs="Arial"/>
          <w:sz w:val="20"/>
        </w:rPr>
        <w:t>En el siguiente cuadro señalo las personas en proceso de reincorporación que participan mayoritariamente en la persona jurídica, junto con su respectivo porcentaje de participación:</w:t>
      </w:r>
    </w:p>
    <w:tbl>
      <w:tblPr>
        <w:tblStyle w:val="Tablaconcuadrcula"/>
        <w:tblW w:w="0" w:type="auto"/>
        <w:jc w:val="center"/>
        <w:tblLayout w:type="fixed"/>
        <w:tblLook w:val="04A0" w:firstRow="1" w:lastRow="0" w:firstColumn="1" w:lastColumn="0" w:noHBand="0" w:noVBand="1"/>
      </w:tblPr>
      <w:tblGrid>
        <w:gridCol w:w="4752"/>
        <w:gridCol w:w="4608"/>
      </w:tblGrid>
      <w:tr w:rsidR="00C05B90" w14:paraId="1CF9861B" w14:textId="77777777">
        <w:trPr>
          <w:cantSplit/>
          <w:tblHeader/>
          <w:jc w:val="center"/>
        </w:trPr>
        <w:tc>
          <w:tcPr>
            <w:tcW w:w="4752" w:type="dxa"/>
          </w:tcPr>
          <w:p w14:paraId="2C64D946" w14:textId="77777777" w:rsidR="00C05B90" w:rsidRDefault="00D76B03">
            <w:pPr>
              <w:keepNext/>
              <w:jc w:val="center"/>
            </w:pPr>
            <w:r>
              <w:rPr>
                <w:rFonts w:ascii="Arial" w:eastAsia="Arial" w:hAnsi="Arial" w:cs="Arial"/>
                <w:b/>
                <w:sz w:val="20"/>
              </w:rPr>
              <w:t>Identificación de las personas en proceso de reincorporación (incluir nombre y documento de identidad)</w:t>
            </w:r>
          </w:p>
        </w:tc>
        <w:tc>
          <w:tcPr>
            <w:tcW w:w="4608" w:type="dxa"/>
          </w:tcPr>
          <w:p w14:paraId="33F018F0" w14:textId="77777777" w:rsidR="00C05B90" w:rsidRDefault="00D76B03">
            <w:pPr>
              <w:keepNext/>
              <w:jc w:val="center"/>
            </w:pPr>
            <w:r>
              <w:rPr>
                <w:rFonts w:ascii="Arial" w:eastAsia="Arial" w:hAnsi="Arial" w:cs="Arial"/>
                <w:b/>
                <w:sz w:val="20"/>
              </w:rPr>
              <w:t>Número de cuotas sociales, acciones que poseen o el alcance o condición de su participación en el caso de las personas jurídicas sin ánimo de lucro</w:t>
            </w:r>
          </w:p>
        </w:tc>
      </w:tr>
      <w:tr w:rsidR="00C05B90" w14:paraId="1E3F28D5" w14:textId="77777777">
        <w:trPr>
          <w:cantSplit/>
          <w:trHeight w:val="346"/>
          <w:jc w:val="center"/>
        </w:trPr>
        <w:tc>
          <w:tcPr>
            <w:tcW w:w="4752" w:type="dxa"/>
          </w:tcPr>
          <w:p w14:paraId="2B9A8843" w14:textId="77777777" w:rsidR="00C05B90" w:rsidRDefault="00D76B03">
            <w:pPr>
              <w:keepNext/>
              <w:jc w:val="center"/>
            </w:pPr>
            <w:r>
              <w:rPr>
                <w:rFonts w:ascii="Arial" w:eastAsia="Arial" w:hAnsi="Arial" w:cs="Arial"/>
                <w:sz w:val="20"/>
              </w:rPr>
              <w:t xml:space="preserve"> </w:t>
            </w:r>
          </w:p>
        </w:tc>
        <w:tc>
          <w:tcPr>
            <w:tcW w:w="4608" w:type="dxa"/>
          </w:tcPr>
          <w:p w14:paraId="626A2CA2" w14:textId="77777777" w:rsidR="00C05B90" w:rsidRDefault="00D76B03">
            <w:pPr>
              <w:keepNext/>
              <w:jc w:val="center"/>
            </w:pPr>
            <w:r>
              <w:rPr>
                <w:rFonts w:ascii="Arial" w:eastAsia="Arial" w:hAnsi="Arial" w:cs="Arial"/>
                <w:sz w:val="20"/>
              </w:rPr>
              <w:t xml:space="preserve"> </w:t>
            </w:r>
          </w:p>
        </w:tc>
      </w:tr>
      <w:tr w:rsidR="00C05B90" w14:paraId="4400D3FB" w14:textId="77777777">
        <w:trPr>
          <w:cantSplit/>
          <w:trHeight w:val="346"/>
          <w:jc w:val="center"/>
        </w:trPr>
        <w:tc>
          <w:tcPr>
            <w:tcW w:w="4752" w:type="dxa"/>
          </w:tcPr>
          <w:p w14:paraId="780E2F05" w14:textId="77777777" w:rsidR="00C05B90" w:rsidRDefault="00D76B03">
            <w:pPr>
              <w:keepNext/>
              <w:jc w:val="center"/>
            </w:pPr>
            <w:r>
              <w:rPr>
                <w:rFonts w:ascii="Arial" w:eastAsia="Arial" w:hAnsi="Arial" w:cs="Arial"/>
                <w:sz w:val="20"/>
              </w:rPr>
              <w:t xml:space="preserve"> </w:t>
            </w:r>
          </w:p>
        </w:tc>
        <w:tc>
          <w:tcPr>
            <w:tcW w:w="4608" w:type="dxa"/>
          </w:tcPr>
          <w:p w14:paraId="532EC322" w14:textId="77777777" w:rsidR="00C05B90" w:rsidRDefault="00D76B03">
            <w:pPr>
              <w:keepNext/>
              <w:jc w:val="center"/>
            </w:pPr>
            <w:r>
              <w:rPr>
                <w:rFonts w:ascii="Arial" w:eastAsia="Arial" w:hAnsi="Arial" w:cs="Arial"/>
                <w:sz w:val="20"/>
              </w:rPr>
              <w:t xml:space="preserve"> </w:t>
            </w:r>
          </w:p>
        </w:tc>
      </w:tr>
      <w:tr w:rsidR="00C05B90" w14:paraId="41AF8ED5" w14:textId="77777777">
        <w:trPr>
          <w:cantSplit/>
          <w:trHeight w:val="346"/>
          <w:jc w:val="center"/>
        </w:trPr>
        <w:tc>
          <w:tcPr>
            <w:tcW w:w="4752" w:type="dxa"/>
          </w:tcPr>
          <w:p w14:paraId="6ED11BD9" w14:textId="77777777" w:rsidR="00C05B90" w:rsidRDefault="00D76B03">
            <w:pPr>
              <w:keepNext/>
              <w:jc w:val="center"/>
            </w:pPr>
            <w:r>
              <w:rPr>
                <w:rFonts w:ascii="Arial" w:eastAsia="Arial" w:hAnsi="Arial" w:cs="Arial"/>
                <w:sz w:val="20"/>
              </w:rPr>
              <w:t xml:space="preserve"> </w:t>
            </w:r>
          </w:p>
        </w:tc>
        <w:tc>
          <w:tcPr>
            <w:tcW w:w="4608" w:type="dxa"/>
          </w:tcPr>
          <w:p w14:paraId="6726419A" w14:textId="77777777" w:rsidR="00C05B90" w:rsidRDefault="00D76B03">
            <w:pPr>
              <w:keepNext/>
              <w:jc w:val="center"/>
            </w:pPr>
            <w:r>
              <w:rPr>
                <w:rFonts w:ascii="Arial" w:eastAsia="Arial" w:hAnsi="Arial" w:cs="Arial"/>
                <w:sz w:val="20"/>
              </w:rPr>
              <w:t xml:space="preserve"> </w:t>
            </w:r>
          </w:p>
        </w:tc>
      </w:tr>
    </w:tbl>
    <w:p w14:paraId="07074BB6" w14:textId="77777777" w:rsidR="00C05B90" w:rsidRDefault="00D76B03">
      <w:pPr>
        <w:spacing w:after="0"/>
      </w:pPr>
      <w:r>
        <w:rPr>
          <w:rFonts w:ascii="Arial" w:eastAsia="Arial" w:hAnsi="Arial" w:cs="Arial"/>
          <w:sz w:val="6"/>
        </w:rPr>
        <w:t xml:space="preserve"> </w:t>
      </w:r>
    </w:p>
    <w:p w14:paraId="3DF03FC9" w14:textId="77777777" w:rsidR="00C05B90" w:rsidRDefault="00D76B03">
      <w:pPr>
        <w:spacing w:after="80"/>
        <w:jc w:val="both"/>
      </w:pPr>
      <w:r>
        <w:rPr>
          <w:rFonts w:ascii="Arial" w:eastAsia="Arial" w:hAnsi="Arial" w:cs="Arial"/>
          <w:sz w:val="20"/>
        </w:rPr>
        <w:t>Adjunto a esta certificación aporto los documentos de identificación de las personas en proceso de reincorporación o reintegración, de acuerdo con el numeral “Criterios de Desempate” del Pliego de Condiciones.</w:t>
      </w:r>
    </w:p>
    <w:p w14:paraId="44CBE47A" w14:textId="77777777" w:rsidR="00C05B90" w:rsidRDefault="00D76B03">
      <w:pPr>
        <w:keepNext/>
        <w:spacing w:before="160" w:after="120"/>
      </w:pPr>
      <w:r>
        <w:rPr>
          <w:rFonts w:ascii="Arial" w:eastAsia="Arial" w:hAnsi="Arial" w:cs="Arial"/>
          <w:sz w:val="20"/>
        </w:rPr>
        <w:t>En constancia, se firma en _______________, a los ____ días del mes de _________ del 20__.</w:t>
      </w:r>
    </w:p>
    <w:p w14:paraId="5D08E9B8" w14:textId="77777777" w:rsidR="00C05B90" w:rsidRDefault="00D76B03">
      <w:pPr>
        <w:spacing w:after="0"/>
      </w:pPr>
      <w:r>
        <w:rPr>
          <w:rFonts w:ascii="Arial" w:eastAsia="Arial" w:hAnsi="Arial" w:cs="Arial"/>
          <w:sz w:val="8"/>
        </w:rPr>
        <w:t xml:space="preserve"> </w:t>
      </w:r>
    </w:p>
    <w:p w14:paraId="39FB2A09" w14:textId="77777777" w:rsidR="00C05B90" w:rsidRDefault="00D76B03">
      <w:pPr>
        <w:spacing w:after="40"/>
        <w:jc w:val="center"/>
      </w:pPr>
      <w:r>
        <w:rPr>
          <w:rFonts w:ascii="Arial" w:eastAsia="Arial" w:hAnsi="Arial" w:cs="Arial"/>
          <w:sz w:val="20"/>
        </w:rPr>
        <w:t>_______________________________________</w:t>
      </w:r>
    </w:p>
    <w:p w14:paraId="73886E36" w14:textId="77777777" w:rsidR="00C05B90" w:rsidRDefault="00D76B03">
      <w:pPr>
        <w:jc w:val="center"/>
      </w:pPr>
      <w:r>
        <w:rPr>
          <w:rFonts w:ascii="Arial" w:eastAsia="Arial" w:hAnsi="Arial" w:cs="Arial"/>
          <w:sz w:val="20"/>
        </w:rPr>
        <w:t>[Nombre y firma del representante legal de la persona jurídica o revisor fiscal]</w:t>
      </w:r>
    </w:p>
    <w:p w14:paraId="53F910BE" w14:textId="0812C204" w:rsidR="00C05B90" w:rsidRDefault="00C05B90">
      <w:pPr>
        <w:pageBreakBefore/>
        <w:spacing w:after="120"/>
      </w:pPr>
    </w:p>
    <w:p w14:paraId="15041E12" w14:textId="77777777" w:rsidR="00C05B90" w:rsidRDefault="00D76B03">
      <w:pPr>
        <w:spacing w:after="40"/>
        <w:jc w:val="center"/>
      </w:pPr>
      <w:r>
        <w:rPr>
          <w:rFonts w:ascii="Arial" w:eastAsia="Arial" w:hAnsi="Arial" w:cs="Arial"/>
          <w:b/>
          <w:sz w:val="24"/>
        </w:rPr>
        <w:t>FORMATO – FACTORES DE DESEMPATE</w:t>
      </w:r>
    </w:p>
    <w:p w14:paraId="5A02523C" w14:textId="77777777" w:rsidR="00C05B90" w:rsidRDefault="00D76B03">
      <w:pPr>
        <w:spacing w:after="240"/>
        <w:jc w:val="center"/>
      </w:pPr>
      <w:r>
        <w:rPr>
          <w:rFonts w:ascii="Arial" w:eastAsia="Arial" w:hAnsi="Arial" w:cs="Arial"/>
          <w:b/>
        </w:rPr>
        <w:t>F – PARTICIPACIÓN MAYORITARIA DE MUJERES CABEZA DE FAMILIA Y/O PERSONAS EN PROCESO DE REINCORPORACIÓN Y/O REINTEGRACIÓN (PERSONAS JURÍDICAS)</w:t>
      </w:r>
    </w:p>
    <w:p w14:paraId="26199C65" w14:textId="77777777" w:rsidR="00C05B90" w:rsidRDefault="00D76B03">
      <w:pPr>
        <w:spacing w:after="280"/>
        <w:jc w:val="both"/>
      </w:pPr>
      <w:r>
        <w:rPr>
          <w:rFonts w:ascii="Arial" w:eastAsia="Arial" w:hAnsi="Arial" w:cs="Arial"/>
          <w:i/>
          <w:sz w:val="17"/>
          <w:shd w:val="clear" w:color="auto" w:fill="D9D9D9"/>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En el evento en el que participen personas en procesos de reintegración o reincorporación, teniendo en cuenta que la información de este formato contiene datos sensibles la cual está sujeta a reserva legal, no se podrá publicar en el SECOP I y II para su conocimiento]</w:t>
      </w:r>
    </w:p>
    <w:p w14:paraId="3F9184F1" w14:textId="77777777" w:rsidR="00C05B90" w:rsidRDefault="00D76B03">
      <w:pPr>
        <w:spacing w:after="0"/>
      </w:pPr>
      <w:r>
        <w:rPr>
          <w:rFonts w:ascii="Arial" w:eastAsia="Arial" w:hAnsi="Arial" w:cs="Arial"/>
          <w:sz w:val="20"/>
        </w:rPr>
        <w:t>Señores</w:t>
      </w:r>
    </w:p>
    <w:p w14:paraId="4CA5D882" w14:textId="77777777" w:rsidR="00C05B90" w:rsidRDefault="00D76B03">
      <w:pPr>
        <w:spacing w:after="0"/>
      </w:pPr>
      <w:r>
        <w:rPr>
          <w:rFonts w:ascii="Arial" w:eastAsia="Arial" w:hAnsi="Arial" w:cs="Arial"/>
          <w:b/>
          <w:sz w:val="20"/>
        </w:rPr>
        <w:t>DISTRISEGURIDAD</w:t>
      </w:r>
    </w:p>
    <w:p w14:paraId="116FCD98" w14:textId="77777777" w:rsidR="00C05B90" w:rsidRDefault="00D76B03">
      <w:pPr>
        <w:spacing w:after="0"/>
      </w:pPr>
      <w:r>
        <w:rPr>
          <w:rFonts w:ascii="Arial" w:eastAsia="Arial" w:hAnsi="Arial" w:cs="Arial"/>
          <w:sz w:val="20"/>
        </w:rPr>
        <w:t>Carrera 13B # 26-78, Edificio Inteligente, Playón del Blanco</w:t>
      </w:r>
    </w:p>
    <w:p w14:paraId="092EF5F2" w14:textId="77777777" w:rsidR="00C05B90" w:rsidRDefault="00D76B03">
      <w:pPr>
        <w:spacing w:after="160"/>
      </w:pPr>
      <w:r>
        <w:rPr>
          <w:rFonts w:ascii="Arial" w:eastAsia="Arial" w:hAnsi="Arial" w:cs="Arial"/>
          <w:sz w:val="20"/>
        </w:rPr>
        <w:t>Cartagena de Indias, D.T. y C., Colombia</w:t>
      </w:r>
    </w:p>
    <w:p w14:paraId="699E0174" w14:textId="77777777" w:rsidR="00C05B90" w:rsidRDefault="00D76B03">
      <w:pPr>
        <w:spacing w:after="80"/>
      </w:pPr>
      <w:r>
        <w:rPr>
          <w:rFonts w:ascii="Arial" w:eastAsia="Arial" w:hAnsi="Arial" w:cs="Arial"/>
          <w:b/>
          <w:sz w:val="20"/>
        </w:rPr>
        <w:t xml:space="preserve">REFERENCIA: </w:t>
      </w:r>
      <w:r>
        <w:rPr>
          <w:rFonts w:ascii="Arial" w:eastAsia="Arial" w:hAnsi="Arial" w:cs="Arial"/>
          <w:sz w:val="20"/>
        </w:rPr>
        <w:t>Proceso de Selección No._____________________</w:t>
      </w:r>
    </w:p>
    <w:p w14:paraId="6DAAB659" w14:textId="77777777" w:rsidR="00C05B90" w:rsidRDefault="00D76B03">
      <w:pPr>
        <w:spacing w:before="80" w:after="120"/>
        <w:jc w:val="both"/>
      </w:pPr>
      <w:r>
        <w:rPr>
          <w:rFonts w:ascii="Arial" w:eastAsia="Arial" w:hAnsi="Arial" w:cs="Arial"/>
          <w:b/>
          <w:sz w:val="18"/>
        </w:rPr>
        <w:t>OBJETO: PRESTACIÓN DE SERVICIOS PARA LA DEPURACIÓN, ORGANIZACIÓN, PRESERVACIÓN, DISPOSICIÓN FINAL Y VALORACIÓN DEL SISTEMA DE GESTIÓN DOCUMENTAL DE DISTRISEGURIDAD EN EL MARCO DEL PROYECTO CONSTRUCCIÓN Y DOTACIÓN PARA LOS ORGANISMOS DE SEGURIDAD, SOCORRO, JUSTICIA Y CONVIVENCIA EN CARTAGENA DE INDIAS CON BPIN 2024130010032</w:t>
      </w:r>
    </w:p>
    <w:p w14:paraId="49227429" w14:textId="77777777" w:rsidR="00C05B90" w:rsidRDefault="00D76B03">
      <w:pPr>
        <w:spacing w:after="160"/>
      </w:pPr>
      <w:r>
        <w:rPr>
          <w:rFonts w:ascii="Arial" w:eastAsia="Arial" w:hAnsi="Arial" w:cs="Arial"/>
          <w:sz w:val="20"/>
        </w:rPr>
        <w:t>Estimados señores:</w:t>
      </w:r>
    </w:p>
    <w:p w14:paraId="49CF1E3D" w14:textId="77777777" w:rsidR="00C05B90" w:rsidRDefault="00D76B03">
      <w:pPr>
        <w:spacing w:after="80"/>
        <w:jc w:val="both"/>
      </w:pPr>
      <w:r>
        <w:rPr>
          <w:rFonts w:ascii="Arial" w:eastAsia="Arial" w:hAnsi="Arial" w:cs="Arial"/>
          <w:sz w:val="20"/>
          <w:shd w:val="clear" w:color="auto" w:fill="D9D9D9"/>
        </w:rPr>
        <w:t>[Incluir el nombre del representante legal de la persona jurídica o del revisor fiscal, según corresponda]</w:t>
      </w:r>
      <w:r>
        <w:rPr>
          <w:rFonts w:ascii="Arial" w:eastAsia="Arial" w:hAnsi="Arial" w:cs="Arial"/>
          <w:sz w:val="20"/>
        </w:rPr>
        <w:t xml:space="preserve"> identificado con </w:t>
      </w:r>
      <w:r>
        <w:rPr>
          <w:rFonts w:ascii="Arial" w:eastAsia="Arial" w:hAnsi="Arial" w:cs="Arial"/>
          <w:sz w:val="20"/>
          <w:shd w:val="clear" w:color="auto" w:fill="D9D9D9"/>
        </w:rPr>
        <w:t>[Incluir el número de identificación]</w:t>
      </w:r>
      <w:r>
        <w:rPr>
          <w:rFonts w:ascii="Arial" w:eastAsia="Arial" w:hAnsi="Arial" w:cs="Arial"/>
          <w:sz w:val="20"/>
        </w:rPr>
        <w:t xml:space="preserve">, en mi condición de </w:t>
      </w:r>
      <w:r>
        <w:rPr>
          <w:rFonts w:ascii="Arial" w:eastAsia="Arial" w:hAnsi="Arial" w:cs="Arial"/>
          <w:sz w:val="20"/>
          <w:shd w:val="clear" w:color="auto" w:fill="D9D9D9"/>
        </w:rPr>
        <w:t>[Indicar si actúa como representante legal o revisor fiscal]</w:t>
      </w:r>
      <w:r>
        <w:rPr>
          <w:rFonts w:ascii="Arial" w:eastAsia="Arial" w:hAnsi="Arial" w:cs="Arial"/>
          <w:sz w:val="20"/>
        </w:rPr>
        <w:t xml:space="preserve"> de </w:t>
      </w:r>
      <w:r>
        <w:rPr>
          <w:rFonts w:ascii="Arial" w:eastAsia="Arial" w:hAnsi="Arial" w:cs="Arial"/>
          <w:sz w:val="20"/>
          <w:shd w:val="clear" w:color="auto" w:fill="D9D9D9"/>
        </w:rPr>
        <w:t>[Incluir la razón social de la persona jurídica]</w:t>
      </w:r>
      <w:r>
        <w:rPr>
          <w:rFonts w:ascii="Arial" w:eastAsia="Arial" w:hAnsi="Arial" w:cs="Arial"/>
          <w:sz w:val="20"/>
        </w:rPr>
        <w:t xml:space="preserve">, </w:t>
      </w:r>
      <w:r>
        <w:rPr>
          <w:rFonts w:ascii="Arial" w:eastAsia="Arial" w:hAnsi="Arial" w:cs="Arial"/>
          <w:sz w:val="20"/>
          <w:shd w:val="clear" w:color="auto" w:fill="D9D9D9"/>
        </w:rPr>
        <w:t>[identificada con el NIT __________]</w:t>
      </w:r>
      <w:r>
        <w:rPr>
          <w:rFonts w:ascii="Arial" w:eastAsia="Arial" w:hAnsi="Arial" w:cs="Arial"/>
          <w:sz w:val="20"/>
        </w:rPr>
        <w:t>, certifico bajo la gravedad del juramento que más del cincuenta por ciento (50 %) de la composición accionaria o cuota parte de la persona jurídica del Proponente Plural está constituida por madres cabeza de familia y/o personas en proceso de reintegración o reincorporación.</w:t>
      </w:r>
    </w:p>
    <w:p w14:paraId="29C7DFBB" w14:textId="77777777" w:rsidR="00C05B90" w:rsidRDefault="00D76B03">
      <w:pPr>
        <w:keepNext/>
        <w:spacing w:after="80"/>
        <w:jc w:val="both"/>
      </w:pPr>
      <w:r>
        <w:rPr>
          <w:rFonts w:ascii="Arial" w:eastAsia="Arial" w:hAnsi="Arial" w:cs="Arial"/>
          <w:sz w:val="20"/>
        </w:rPr>
        <w:t>En el siguiente cuadro señalo las madres cabeza de familia y/o personas en proceso de reincorporación o reintegración que participan mayoritariamente en la persona jurídica, junto con su respectivo porcentaje de participación:</w:t>
      </w:r>
    </w:p>
    <w:tbl>
      <w:tblPr>
        <w:tblStyle w:val="Tablaconcuadrcula"/>
        <w:tblW w:w="0" w:type="auto"/>
        <w:jc w:val="center"/>
        <w:tblLayout w:type="fixed"/>
        <w:tblLook w:val="04A0" w:firstRow="1" w:lastRow="0" w:firstColumn="1" w:lastColumn="0" w:noHBand="0" w:noVBand="1"/>
      </w:tblPr>
      <w:tblGrid>
        <w:gridCol w:w="4752"/>
        <w:gridCol w:w="4608"/>
      </w:tblGrid>
      <w:tr w:rsidR="00C05B90" w14:paraId="0136D40C" w14:textId="77777777">
        <w:trPr>
          <w:cantSplit/>
          <w:tblHeader/>
          <w:jc w:val="center"/>
        </w:trPr>
        <w:tc>
          <w:tcPr>
            <w:tcW w:w="4752" w:type="dxa"/>
          </w:tcPr>
          <w:p w14:paraId="73DECD0A" w14:textId="77777777" w:rsidR="00C05B90" w:rsidRDefault="00D76B03">
            <w:pPr>
              <w:keepNext/>
              <w:jc w:val="center"/>
            </w:pPr>
            <w:r>
              <w:rPr>
                <w:rFonts w:ascii="Arial" w:eastAsia="Arial" w:hAnsi="Arial" w:cs="Arial"/>
                <w:b/>
                <w:sz w:val="20"/>
              </w:rPr>
              <w:t>Identificación de las madres cabeza de familia o personas en proceso de reincorporación o reintegración (incluir nombre y documento de identidad)</w:t>
            </w:r>
          </w:p>
        </w:tc>
        <w:tc>
          <w:tcPr>
            <w:tcW w:w="4608" w:type="dxa"/>
          </w:tcPr>
          <w:p w14:paraId="456CFD1B" w14:textId="77777777" w:rsidR="00C05B90" w:rsidRDefault="00D76B03">
            <w:pPr>
              <w:keepNext/>
              <w:jc w:val="center"/>
            </w:pPr>
            <w:r>
              <w:rPr>
                <w:rFonts w:ascii="Arial" w:eastAsia="Arial" w:hAnsi="Arial" w:cs="Arial"/>
                <w:b/>
                <w:sz w:val="20"/>
              </w:rPr>
              <w:t>Número de cuotas sociales, acciones que poseen o el alcance o condición de su participación en el caso de las personas jurídicas sin ánimo de lucro</w:t>
            </w:r>
          </w:p>
        </w:tc>
      </w:tr>
      <w:tr w:rsidR="00C05B90" w14:paraId="35F98EF2" w14:textId="77777777">
        <w:trPr>
          <w:cantSplit/>
          <w:trHeight w:val="346"/>
          <w:jc w:val="center"/>
        </w:trPr>
        <w:tc>
          <w:tcPr>
            <w:tcW w:w="4752" w:type="dxa"/>
          </w:tcPr>
          <w:p w14:paraId="2F717EAB" w14:textId="77777777" w:rsidR="00C05B90" w:rsidRDefault="00D76B03">
            <w:pPr>
              <w:keepNext/>
              <w:jc w:val="center"/>
            </w:pPr>
            <w:r>
              <w:rPr>
                <w:rFonts w:ascii="Arial" w:eastAsia="Arial" w:hAnsi="Arial" w:cs="Arial"/>
                <w:sz w:val="20"/>
              </w:rPr>
              <w:t xml:space="preserve"> </w:t>
            </w:r>
          </w:p>
        </w:tc>
        <w:tc>
          <w:tcPr>
            <w:tcW w:w="4608" w:type="dxa"/>
          </w:tcPr>
          <w:p w14:paraId="30152357" w14:textId="77777777" w:rsidR="00C05B90" w:rsidRDefault="00D76B03">
            <w:pPr>
              <w:keepNext/>
              <w:jc w:val="center"/>
            </w:pPr>
            <w:r>
              <w:rPr>
                <w:rFonts w:ascii="Arial" w:eastAsia="Arial" w:hAnsi="Arial" w:cs="Arial"/>
                <w:sz w:val="20"/>
              </w:rPr>
              <w:t xml:space="preserve"> </w:t>
            </w:r>
          </w:p>
        </w:tc>
      </w:tr>
      <w:tr w:rsidR="00C05B90" w14:paraId="4E6BA8A3" w14:textId="77777777">
        <w:trPr>
          <w:cantSplit/>
          <w:trHeight w:val="346"/>
          <w:jc w:val="center"/>
        </w:trPr>
        <w:tc>
          <w:tcPr>
            <w:tcW w:w="4752" w:type="dxa"/>
          </w:tcPr>
          <w:p w14:paraId="41ED9CF0" w14:textId="77777777" w:rsidR="00C05B90" w:rsidRDefault="00D76B03">
            <w:pPr>
              <w:keepNext/>
              <w:jc w:val="center"/>
            </w:pPr>
            <w:r>
              <w:rPr>
                <w:rFonts w:ascii="Arial" w:eastAsia="Arial" w:hAnsi="Arial" w:cs="Arial"/>
                <w:sz w:val="20"/>
              </w:rPr>
              <w:t xml:space="preserve"> </w:t>
            </w:r>
          </w:p>
        </w:tc>
        <w:tc>
          <w:tcPr>
            <w:tcW w:w="4608" w:type="dxa"/>
          </w:tcPr>
          <w:p w14:paraId="53AA7C34" w14:textId="77777777" w:rsidR="00C05B90" w:rsidRDefault="00D76B03">
            <w:pPr>
              <w:keepNext/>
              <w:jc w:val="center"/>
            </w:pPr>
            <w:r>
              <w:rPr>
                <w:rFonts w:ascii="Arial" w:eastAsia="Arial" w:hAnsi="Arial" w:cs="Arial"/>
                <w:sz w:val="20"/>
              </w:rPr>
              <w:t xml:space="preserve"> </w:t>
            </w:r>
          </w:p>
        </w:tc>
      </w:tr>
    </w:tbl>
    <w:p w14:paraId="13315593" w14:textId="77777777" w:rsidR="00C05B90" w:rsidRDefault="00D76B03">
      <w:pPr>
        <w:spacing w:after="0"/>
      </w:pPr>
      <w:r>
        <w:rPr>
          <w:rFonts w:ascii="Arial" w:eastAsia="Arial" w:hAnsi="Arial" w:cs="Arial"/>
          <w:sz w:val="6"/>
        </w:rPr>
        <w:t xml:space="preserve"> </w:t>
      </w:r>
    </w:p>
    <w:p w14:paraId="66ACB281" w14:textId="77777777" w:rsidR="00C05B90" w:rsidRDefault="00D76B03">
      <w:pPr>
        <w:spacing w:after="80"/>
        <w:jc w:val="both"/>
      </w:pPr>
      <w:r>
        <w:rPr>
          <w:rFonts w:ascii="Arial" w:eastAsia="Arial" w:hAnsi="Arial" w:cs="Arial"/>
          <w:sz w:val="20"/>
        </w:rPr>
        <w:t>De igual manera acredito que la condición de madre cabeza de familia y/o de persona en proceso de reincorporación o reintegración se soporta de acuerdo con lo previsto en el numeral “Criterios de Desempate” del Pliego de Condiciones, para lo cual adjunto los documentos correspondientes.</w:t>
      </w:r>
    </w:p>
    <w:p w14:paraId="0A48F15B" w14:textId="77777777" w:rsidR="00C05B90" w:rsidRDefault="00D76B03">
      <w:pPr>
        <w:spacing w:after="80"/>
        <w:jc w:val="both"/>
      </w:pPr>
      <w:r>
        <w:rPr>
          <w:rFonts w:ascii="Arial" w:eastAsia="Arial" w:hAnsi="Arial" w:cs="Arial"/>
          <w:sz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B5FF884" w14:textId="77777777" w:rsidR="00C05B90" w:rsidRDefault="00D76B03">
      <w:pPr>
        <w:keepNext/>
        <w:spacing w:before="160" w:after="120"/>
      </w:pPr>
      <w:r>
        <w:rPr>
          <w:rFonts w:ascii="Arial" w:eastAsia="Arial" w:hAnsi="Arial" w:cs="Arial"/>
          <w:sz w:val="20"/>
        </w:rPr>
        <w:t>En constancia, se firma en _______________, a los ____ días del mes de _________ del 20__.</w:t>
      </w:r>
    </w:p>
    <w:p w14:paraId="1BCDAC3C" w14:textId="77777777" w:rsidR="00C05B90" w:rsidRDefault="00D76B03">
      <w:pPr>
        <w:spacing w:after="0"/>
      </w:pPr>
      <w:r>
        <w:rPr>
          <w:rFonts w:ascii="Arial" w:eastAsia="Arial" w:hAnsi="Arial" w:cs="Arial"/>
          <w:sz w:val="8"/>
        </w:rPr>
        <w:t xml:space="preserve"> </w:t>
      </w:r>
    </w:p>
    <w:p w14:paraId="3C5529D4" w14:textId="77777777" w:rsidR="00C05B90" w:rsidRDefault="00D76B03">
      <w:pPr>
        <w:spacing w:after="40"/>
        <w:jc w:val="center"/>
      </w:pPr>
      <w:r>
        <w:rPr>
          <w:rFonts w:ascii="Arial" w:eastAsia="Arial" w:hAnsi="Arial" w:cs="Arial"/>
          <w:sz w:val="20"/>
        </w:rPr>
        <w:t>_______________________________________</w:t>
      </w:r>
    </w:p>
    <w:p w14:paraId="2A326E0D" w14:textId="77777777" w:rsidR="00C05B90" w:rsidRDefault="00D76B03">
      <w:pPr>
        <w:jc w:val="center"/>
      </w:pPr>
      <w:r>
        <w:rPr>
          <w:rFonts w:ascii="Arial" w:eastAsia="Arial" w:hAnsi="Arial" w:cs="Arial"/>
          <w:sz w:val="20"/>
        </w:rPr>
        <w:t>[Nombre y firma del representante legal de la persona jurídica o revisor fiscal]</w:t>
      </w:r>
    </w:p>
    <w:p w14:paraId="6BB4BFDD" w14:textId="52A9D936" w:rsidR="00C05B90" w:rsidRDefault="00C05B90">
      <w:pPr>
        <w:pageBreakBefore/>
        <w:spacing w:after="120"/>
      </w:pPr>
    </w:p>
    <w:p w14:paraId="103164A5" w14:textId="77777777" w:rsidR="00C05B90" w:rsidRDefault="00D76B03">
      <w:pPr>
        <w:spacing w:after="40"/>
        <w:jc w:val="center"/>
      </w:pPr>
      <w:r>
        <w:rPr>
          <w:rFonts w:ascii="Arial" w:eastAsia="Arial" w:hAnsi="Arial" w:cs="Arial"/>
          <w:b/>
          <w:sz w:val="24"/>
        </w:rPr>
        <w:t>FORMATO – FACTORES DE DESEMPATE</w:t>
      </w:r>
    </w:p>
    <w:p w14:paraId="51EEBC06" w14:textId="77777777" w:rsidR="00C05B90" w:rsidRDefault="00D76B03">
      <w:pPr>
        <w:spacing w:after="240"/>
        <w:jc w:val="center"/>
      </w:pPr>
      <w:r>
        <w:rPr>
          <w:rFonts w:ascii="Arial" w:eastAsia="Arial" w:hAnsi="Arial" w:cs="Arial"/>
          <w:b/>
        </w:rPr>
        <w:t>G – PAGOS REALIZADOS A MIPYMES, COOPERATIVAS O ASOCIACIONES MUTUALES</w:t>
      </w:r>
    </w:p>
    <w:p w14:paraId="4EB000DB" w14:textId="77777777" w:rsidR="00C05B90" w:rsidRDefault="00D76B03">
      <w:pPr>
        <w:spacing w:after="0"/>
      </w:pPr>
      <w:r>
        <w:rPr>
          <w:rFonts w:ascii="Arial" w:eastAsia="Arial" w:hAnsi="Arial" w:cs="Arial"/>
          <w:sz w:val="20"/>
        </w:rPr>
        <w:t>Señores</w:t>
      </w:r>
    </w:p>
    <w:p w14:paraId="511DA0C2" w14:textId="77777777" w:rsidR="00C05B90" w:rsidRDefault="00D76B03">
      <w:pPr>
        <w:spacing w:after="0"/>
      </w:pPr>
      <w:r>
        <w:rPr>
          <w:rFonts w:ascii="Arial" w:eastAsia="Arial" w:hAnsi="Arial" w:cs="Arial"/>
          <w:b/>
          <w:sz w:val="20"/>
        </w:rPr>
        <w:t>DISTRISEGURIDAD</w:t>
      </w:r>
    </w:p>
    <w:p w14:paraId="78AD0C16" w14:textId="77777777" w:rsidR="00C05B90" w:rsidRDefault="00D76B03">
      <w:pPr>
        <w:spacing w:after="0"/>
      </w:pPr>
      <w:r>
        <w:rPr>
          <w:rFonts w:ascii="Arial" w:eastAsia="Arial" w:hAnsi="Arial" w:cs="Arial"/>
          <w:sz w:val="20"/>
        </w:rPr>
        <w:t>Carrera 13B # 26-78, Edificio Inteligente, Playón del Blanco</w:t>
      </w:r>
    </w:p>
    <w:p w14:paraId="21B5B17D" w14:textId="77777777" w:rsidR="00C05B90" w:rsidRDefault="00D76B03">
      <w:pPr>
        <w:spacing w:after="160"/>
      </w:pPr>
      <w:r>
        <w:rPr>
          <w:rFonts w:ascii="Arial" w:eastAsia="Arial" w:hAnsi="Arial" w:cs="Arial"/>
          <w:sz w:val="20"/>
        </w:rPr>
        <w:t>Cartagena de Indias, D.T. y C., Colombia</w:t>
      </w:r>
    </w:p>
    <w:p w14:paraId="5266C7E0" w14:textId="77777777" w:rsidR="00C05B90" w:rsidRDefault="00D76B03">
      <w:pPr>
        <w:spacing w:after="80"/>
      </w:pPr>
      <w:r>
        <w:rPr>
          <w:rFonts w:ascii="Arial" w:eastAsia="Arial" w:hAnsi="Arial" w:cs="Arial"/>
          <w:b/>
          <w:sz w:val="20"/>
        </w:rPr>
        <w:t xml:space="preserve">REFERENCIA: </w:t>
      </w:r>
      <w:r>
        <w:rPr>
          <w:rFonts w:ascii="Arial" w:eastAsia="Arial" w:hAnsi="Arial" w:cs="Arial"/>
          <w:sz w:val="20"/>
        </w:rPr>
        <w:t>Proceso de Selección No._____________________</w:t>
      </w:r>
    </w:p>
    <w:p w14:paraId="4C0EB072" w14:textId="77777777" w:rsidR="00C05B90" w:rsidRDefault="00D76B03">
      <w:pPr>
        <w:spacing w:before="80" w:after="120"/>
        <w:jc w:val="both"/>
      </w:pPr>
      <w:r>
        <w:rPr>
          <w:rFonts w:ascii="Arial" w:eastAsia="Arial" w:hAnsi="Arial" w:cs="Arial"/>
          <w:b/>
          <w:sz w:val="18"/>
        </w:rPr>
        <w:t>OBJETO: PRESTACIÓN DE SERVICIOS PARA LA DEPURACIÓN, ORGANIZACIÓN, PRESERVACIÓN, DISPOSICIÓN FINAL Y VALORACIÓN DEL SISTEMA DE GESTIÓN DOCUMENTAL DE DISTRISEGURIDAD EN EL MARCO DEL PROYECTO CONSTRUCCIÓN Y DOTACIÓN PARA LOS ORGANISMOS DE SEGURIDAD, SOCORRO, JUSTICIA Y CONVIVENCIA EN CARTAGENA DE INDIAS CON BPIN 2024130010032</w:t>
      </w:r>
    </w:p>
    <w:p w14:paraId="6A93D79C" w14:textId="77777777" w:rsidR="00C05B90" w:rsidRDefault="00D76B03">
      <w:pPr>
        <w:spacing w:after="160"/>
      </w:pPr>
      <w:r>
        <w:rPr>
          <w:rFonts w:ascii="Arial" w:eastAsia="Arial" w:hAnsi="Arial" w:cs="Arial"/>
          <w:sz w:val="20"/>
        </w:rPr>
        <w:t>Estimados señores:</w:t>
      </w:r>
    </w:p>
    <w:p w14:paraId="44C35F7A" w14:textId="77777777" w:rsidR="00C05B90" w:rsidRDefault="00D76B03">
      <w:pPr>
        <w:spacing w:after="80"/>
        <w:jc w:val="both"/>
      </w:pPr>
      <w:r>
        <w:rPr>
          <w:rFonts w:ascii="Arial" w:eastAsia="Arial" w:hAnsi="Arial" w:cs="Arial"/>
          <w:sz w:val="20"/>
          <w:shd w:val="clear" w:color="auto" w:fill="D9D9D9"/>
        </w:rPr>
        <w:t>[Incluir el nombre del Proponente persona natural y contador público, o el representante legal y revisor fiscal para las empresas obligadas por ley, o del representante legal y contador público, según corresponda]</w:t>
      </w:r>
      <w:r>
        <w:rPr>
          <w:rFonts w:ascii="Arial" w:eastAsia="Arial" w:hAnsi="Arial" w:cs="Arial"/>
          <w:sz w:val="20"/>
        </w:rPr>
        <w:t xml:space="preserve"> identificados con </w:t>
      </w:r>
      <w:r>
        <w:rPr>
          <w:rFonts w:ascii="Arial" w:eastAsia="Arial" w:hAnsi="Arial" w:cs="Arial"/>
          <w:sz w:val="20"/>
          <w:shd w:val="clear" w:color="auto" w:fill="D9D9D9"/>
        </w:rPr>
        <w:t>[Incluir el número de identificación]</w:t>
      </w:r>
      <w:r>
        <w:rPr>
          <w:rFonts w:ascii="Arial" w:eastAsia="Arial" w:hAnsi="Arial" w:cs="Arial"/>
          <w:sz w:val="20"/>
        </w:rPr>
        <w:t xml:space="preserve">, en nuestra condición de </w:t>
      </w:r>
      <w:r>
        <w:rPr>
          <w:rFonts w:ascii="Arial" w:eastAsia="Arial" w:hAnsi="Arial" w:cs="Arial"/>
          <w:sz w:val="20"/>
          <w:shd w:val="clear" w:color="auto" w:fill="D9D9D9"/>
        </w:rPr>
        <w:t>[Indicar si actúa como persona natural (nombre propio), representante legal o revisor fiscal]</w:t>
      </w:r>
      <w:r>
        <w:rPr>
          <w:rFonts w:ascii="Arial" w:eastAsia="Arial" w:hAnsi="Arial" w:cs="Arial"/>
          <w:sz w:val="20"/>
        </w:rPr>
        <w:t xml:space="preserve"> de </w:t>
      </w:r>
      <w:r>
        <w:rPr>
          <w:rFonts w:ascii="Arial" w:eastAsia="Arial" w:hAnsi="Arial" w:cs="Arial"/>
          <w:sz w:val="20"/>
          <w:shd w:val="clear" w:color="auto" w:fill="D9D9D9"/>
        </w:rPr>
        <w:t>[Incluir la razón social de la persona jurídica (si aplica)]</w:t>
      </w:r>
      <w:r>
        <w:rPr>
          <w:rFonts w:ascii="Arial" w:eastAsia="Arial" w:hAnsi="Arial" w:cs="Arial"/>
          <w:sz w:val="20"/>
        </w:rPr>
        <w:t xml:space="preserve">, </w:t>
      </w:r>
      <w:r>
        <w:rPr>
          <w:rFonts w:ascii="Arial" w:eastAsia="Arial" w:hAnsi="Arial" w:cs="Arial"/>
          <w:sz w:val="20"/>
          <w:shd w:val="clear" w:color="auto" w:fill="D9D9D9"/>
        </w:rPr>
        <w:t>[identificada con el NIT (si aplica) __________]</w:t>
      </w:r>
      <w:r>
        <w:rPr>
          <w:rFonts w:ascii="Arial" w:eastAsia="Arial" w:hAnsi="Arial" w:cs="Arial"/>
          <w:sz w:val="20"/>
        </w:rPr>
        <w:t>, declaramos bajo la gravedad del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632A310" w14:textId="77777777" w:rsidR="00C05B90" w:rsidRDefault="00D76B03">
      <w:pPr>
        <w:spacing w:after="120"/>
        <w:jc w:val="both"/>
      </w:pPr>
      <w:r>
        <w:rPr>
          <w:rFonts w:ascii="Arial" w:eastAsia="Arial" w:hAnsi="Arial" w:cs="Arial"/>
          <w:i/>
          <w:sz w:val="17"/>
          <w:shd w:val="clear" w:color="auto" w:fill="D9D9D9"/>
        </w:rPr>
        <w:t>[En el evento que sea un Proponente persona natural quien presente la oferta, firman el Proponente o integrante persona natural y el contador público. En el evento que sea un Proponente persona jurídica quien presente la oferta, firman el representante legal y el revisor fiscal para las empresas obligadas por ley, o el representante legal y el contador público, según corresponda.]</w:t>
      </w:r>
    </w:p>
    <w:p w14:paraId="2FA66B30" w14:textId="77777777" w:rsidR="00C05B90" w:rsidRDefault="00D76B03">
      <w:pPr>
        <w:keepNext/>
        <w:spacing w:before="160" w:after="120"/>
      </w:pPr>
      <w:r>
        <w:rPr>
          <w:rFonts w:ascii="Arial" w:eastAsia="Arial" w:hAnsi="Arial" w:cs="Arial"/>
          <w:sz w:val="20"/>
        </w:rPr>
        <w:t>En constancia, se firma en _______________, a los ____ días del mes de _________ del 20__.</w:t>
      </w:r>
    </w:p>
    <w:tbl>
      <w:tblPr>
        <w:tblW w:w="0" w:type="auto"/>
        <w:jc w:val="center"/>
        <w:tblLook w:val="04A0" w:firstRow="1" w:lastRow="0" w:firstColumn="1" w:lastColumn="0" w:noHBand="0" w:noVBand="1"/>
      </w:tblPr>
      <w:tblGrid>
        <w:gridCol w:w="4824"/>
        <w:gridCol w:w="4824"/>
      </w:tblGrid>
      <w:tr w:rsidR="00C05B90" w14:paraId="782915D6" w14:textId="77777777">
        <w:trPr>
          <w:cantSplit/>
          <w:jc w:val="center"/>
        </w:trPr>
        <w:tc>
          <w:tcPr>
            <w:tcW w:w="4824" w:type="dxa"/>
          </w:tcPr>
          <w:p w14:paraId="1E6AEA21" w14:textId="77777777" w:rsidR="00C05B90" w:rsidRDefault="00D76B03">
            <w:pPr>
              <w:keepNext/>
              <w:jc w:val="center"/>
            </w:pPr>
            <w:r>
              <w:rPr>
                <w:rFonts w:ascii="Arial" w:eastAsia="Arial" w:hAnsi="Arial" w:cs="Arial"/>
                <w:sz w:val="20"/>
              </w:rPr>
              <w:br/>
              <w:t>__________________________________</w:t>
            </w:r>
          </w:p>
        </w:tc>
        <w:tc>
          <w:tcPr>
            <w:tcW w:w="4824" w:type="dxa"/>
          </w:tcPr>
          <w:p w14:paraId="06A4B7BA" w14:textId="77777777" w:rsidR="00C05B90" w:rsidRDefault="00D76B03">
            <w:pPr>
              <w:keepNext/>
              <w:jc w:val="center"/>
            </w:pPr>
            <w:r>
              <w:rPr>
                <w:rFonts w:ascii="Arial" w:eastAsia="Arial" w:hAnsi="Arial" w:cs="Arial"/>
                <w:sz w:val="20"/>
              </w:rPr>
              <w:br/>
              <w:t>__________________________________</w:t>
            </w:r>
          </w:p>
        </w:tc>
      </w:tr>
      <w:tr w:rsidR="00C05B90" w14:paraId="3CDE36AA" w14:textId="77777777">
        <w:trPr>
          <w:cantSplit/>
          <w:jc w:val="center"/>
        </w:trPr>
        <w:tc>
          <w:tcPr>
            <w:tcW w:w="4824" w:type="dxa"/>
          </w:tcPr>
          <w:p w14:paraId="5B37A694" w14:textId="77777777" w:rsidR="00C05B90" w:rsidRDefault="00D76B03">
            <w:pPr>
              <w:keepNext/>
              <w:jc w:val="center"/>
            </w:pPr>
            <w:r>
              <w:rPr>
                <w:rFonts w:ascii="Arial" w:eastAsia="Arial" w:hAnsi="Arial" w:cs="Arial"/>
                <w:sz w:val="20"/>
              </w:rPr>
              <w:t>[Nombre y firma del Proponente o integrante persona natural / del representante legal]</w:t>
            </w:r>
          </w:p>
        </w:tc>
        <w:tc>
          <w:tcPr>
            <w:tcW w:w="4824" w:type="dxa"/>
          </w:tcPr>
          <w:p w14:paraId="00FE7514" w14:textId="77777777" w:rsidR="00C05B90" w:rsidRDefault="00D76B03">
            <w:pPr>
              <w:keepNext/>
              <w:jc w:val="center"/>
            </w:pPr>
            <w:r>
              <w:rPr>
                <w:rFonts w:ascii="Arial" w:eastAsia="Arial" w:hAnsi="Arial" w:cs="Arial"/>
                <w:sz w:val="20"/>
              </w:rPr>
              <w:t>[Nombre y firma del contador público / del revisor fiscal, según corresponda]</w:t>
            </w:r>
          </w:p>
        </w:tc>
      </w:tr>
    </w:tbl>
    <w:p w14:paraId="33E3ECA7" w14:textId="58FECA93" w:rsidR="00C05B90" w:rsidRDefault="00C05B90">
      <w:pPr>
        <w:pageBreakBefore/>
        <w:spacing w:after="120"/>
      </w:pPr>
    </w:p>
    <w:p w14:paraId="49FAA041" w14:textId="77777777" w:rsidR="00C05B90" w:rsidRDefault="00D76B03">
      <w:pPr>
        <w:spacing w:after="40"/>
        <w:jc w:val="center"/>
      </w:pPr>
      <w:r>
        <w:rPr>
          <w:rFonts w:ascii="Arial" w:eastAsia="Arial" w:hAnsi="Arial" w:cs="Arial"/>
          <w:b/>
          <w:sz w:val="24"/>
        </w:rPr>
        <w:t>FORMATO – FACTORES DE DESEMPATE</w:t>
      </w:r>
    </w:p>
    <w:p w14:paraId="2EE2B26F" w14:textId="77777777" w:rsidR="00C05B90" w:rsidRDefault="00D76B03">
      <w:pPr>
        <w:spacing w:after="240"/>
        <w:jc w:val="center"/>
      </w:pPr>
      <w:r>
        <w:rPr>
          <w:rFonts w:ascii="Arial" w:eastAsia="Arial" w:hAnsi="Arial" w:cs="Arial"/>
          <w:b/>
        </w:rPr>
        <w:t>H – ACREDITACIÓN MIPYME</w:t>
      </w:r>
    </w:p>
    <w:p w14:paraId="49E4177A" w14:textId="77777777" w:rsidR="00C05B90" w:rsidRDefault="00D76B03">
      <w:pPr>
        <w:spacing w:after="0"/>
      </w:pPr>
      <w:r>
        <w:rPr>
          <w:rFonts w:ascii="Arial" w:eastAsia="Arial" w:hAnsi="Arial" w:cs="Arial"/>
          <w:sz w:val="20"/>
        </w:rPr>
        <w:t>Señores</w:t>
      </w:r>
    </w:p>
    <w:p w14:paraId="4E658447" w14:textId="77777777" w:rsidR="00C05B90" w:rsidRDefault="00D76B03">
      <w:pPr>
        <w:spacing w:after="0"/>
      </w:pPr>
      <w:r>
        <w:rPr>
          <w:rFonts w:ascii="Arial" w:eastAsia="Arial" w:hAnsi="Arial" w:cs="Arial"/>
          <w:b/>
          <w:sz w:val="20"/>
        </w:rPr>
        <w:t>DISTRISEGURIDAD</w:t>
      </w:r>
    </w:p>
    <w:p w14:paraId="27907348" w14:textId="77777777" w:rsidR="00C05B90" w:rsidRDefault="00D76B03">
      <w:pPr>
        <w:spacing w:after="0"/>
      </w:pPr>
      <w:r>
        <w:rPr>
          <w:rFonts w:ascii="Arial" w:eastAsia="Arial" w:hAnsi="Arial" w:cs="Arial"/>
          <w:sz w:val="20"/>
        </w:rPr>
        <w:t>Carrera 13B # 26-78, Edificio Inteligente, Playón del Blanco</w:t>
      </w:r>
    </w:p>
    <w:p w14:paraId="6BA362AD" w14:textId="77777777" w:rsidR="00C05B90" w:rsidRDefault="00D76B03">
      <w:pPr>
        <w:spacing w:after="160"/>
      </w:pPr>
      <w:r>
        <w:rPr>
          <w:rFonts w:ascii="Arial" w:eastAsia="Arial" w:hAnsi="Arial" w:cs="Arial"/>
          <w:sz w:val="20"/>
        </w:rPr>
        <w:t>Cartagena de Indias, D.T. y C., Colombia</w:t>
      </w:r>
    </w:p>
    <w:p w14:paraId="760D78A9" w14:textId="77777777" w:rsidR="00C05B90" w:rsidRDefault="00D76B03">
      <w:pPr>
        <w:spacing w:after="80"/>
      </w:pPr>
      <w:r>
        <w:rPr>
          <w:rFonts w:ascii="Arial" w:eastAsia="Arial" w:hAnsi="Arial" w:cs="Arial"/>
          <w:b/>
          <w:sz w:val="20"/>
        </w:rPr>
        <w:t xml:space="preserve">REFERENCIA: </w:t>
      </w:r>
      <w:r>
        <w:rPr>
          <w:rFonts w:ascii="Arial" w:eastAsia="Arial" w:hAnsi="Arial" w:cs="Arial"/>
          <w:sz w:val="20"/>
        </w:rPr>
        <w:t>Proceso de Selección No._____________________</w:t>
      </w:r>
    </w:p>
    <w:p w14:paraId="7DDAE84C" w14:textId="77777777" w:rsidR="00C05B90" w:rsidRDefault="00D76B03">
      <w:pPr>
        <w:spacing w:before="80" w:after="120"/>
        <w:jc w:val="both"/>
      </w:pPr>
      <w:r>
        <w:rPr>
          <w:rFonts w:ascii="Arial" w:eastAsia="Arial" w:hAnsi="Arial" w:cs="Arial"/>
          <w:b/>
          <w:sz w:val="18"/>
        </w:rPr>
        <w:t>OBJETO: PRESTACIÓN DE SERVICIOS PARA LA DEPURACIÓN, ORGANIZACIÓN, PRESERVACIÓN, DISPOSICIÓN FINAL Y VALORACIÓN DEL SISTEMA DE GESTIÓN DOCUMENTAL DE DISTRISEGURIDAD EN EL MARCO DEL PROYECTO CONSTRUCCIÓN Y DOTACIÓN PARA LOS ORGANISMOS DE SEGURIDAD, SOCORRO, JUSTICIA Y CONVIVENCIA EN CARTAGENA DE INDIAS CON BPIN 2024130010032</w:t>
      </w:r>
    </w:p>
    <w:p w14:paraId="520EA405" w14:textId="77777777" w:rsidR="00C05B90" w:rsidRDefault="00D76B03">
      <w:pPr>
        <w:spacing w:after="160"/>
      </w:pPr>
      <w:r>
        <w:rPr>
          <w:rFonts w:ascii="Arial" w:eastAsia="Arial" w:hAnsi="Arial" w:cs="Arial"/>
          <w:sz w:val="20"/>
        </w:rPr>
        <w:t>Estimados señores:</w:t>
      </w:r>
    </w:p>
    <w:p w14:paraId="16B729C3" w14:textId="77777777" w:rsidR="00C05B90" w:rsidRDefault="00D76B03">
      <w:pPr>
        <w:spacing w:after="80"/>
        <w:jc w:val="both"/>
      </w:pPr>
      <w:r>
        <w:rPr>
          <w:rFonts w:ascii="Arial" w:eastAsia="Arial" w:hAnsi="Arial" w:cs="Arial"/>
          <w:sz w:val="20"/>
          <w:shd w:val="clear" w:color="auto" w:fill="D9D9D9"/>
        </w:rPr>
        <w:t>[Incluir el nombre o integrante persona natural y contador público o del representante legal de la persona jurídica y el revisor fiscal para las personas obligadas por ley o del representante legal y contador público, según corresponda]</w:t>
      </w:r>
      <w:r>
        <w:rPr>
          <w:rFonts w:ascii="Arial" w:eastAsia="Arial" w:hAnsi="Arial" w:cs="Arial"/>
          <w:sz w:val="20"/>
        </w:rPr>
        <w:t xml:space="preserve"> identificados con </w:t>
      </w:r>
      <w:r>
        <w:rPr>
          <w:rFonts w:ascii="Arial" w:eastAsia="Arial" w:hAnsi="Arial" w:cs="Arial"/>
          <w:sz w:val="20"/>
          <w:shd w:val="clear" w:color="auto" w:fill="D9D9D9"/>
        </w:rPr>
        <w:t>[Incluir el número de identificación]</w:t>
      </w:r>
      <w:r>
        <w:rPr>
          <w:rFonts w:ascii="Arial" w:eastAsia="Arial" w:hAnsi="Arial" w:cs="Arial"/>
          <w:sz w:val="20"/>
        </w:rPr>
        <w:t xml:space="preserve">, actuando en representación de </w:t>
      </w:r>
      <w:r>
        <w:rPr>
          <w:rFonts w:ascii="Arial" w:eastAsia="Arial" w:hAnsi="Arial" w:cs="Arial"/>
          <w:sz w:val="20"/>
          <w:shd w:val="clear" w:color="auto" w:fill="D9D9D9"/>
        </w:rPr>
        <w:t>[Indicar nombre del Proponente, o integrante de Proponente Plural]</w:t>
      </w:r>
      <w:r>
        <w:rPr>
          <w:rFonts w:ascii="Arial" w:eastAsia="Arial" w:hAnsi="Arial" w:cs="Arial"/>
          <w:sz w:val="20"/>
        </w:rPr>
        <w:t xml:space="preserve"> declaramos bajo la gravedad del juramento que la </w:t>
      </w:r>
      <w:r>
        <w:rPr>
          <w:rFonts w:ascii="Arial" w:eastAsia="Arial" w:hAnsi="Arial" w:cs="Arial"/>
          <w:sz w:val="20"/>
          <w:shd w:val="clear" w:color="auto" w:fill="D9D9D9"/>
        </w:rPr>
        <w:t>[indicar si es empresa o sociedad]</w:t>
      </w:r>
      <w:r>
        <w:rPr>
          <w:rFonts w:ascii="Arial" w:eastAsia="Arial" w:hAnsi="Arial" w:cs="Arial"/>
          <w:sz w:val="20"/>
        </w:rPr>
        <w:t xml:space="preserve"> se encuentra clasificada como: </w:t>
      </w:r>
      <w:r>
        <w:rPr>
          <w:rFonts w:ascii="Arial" w:eastAsia="Arial" w:hAnsi="Arial" w:cs="Arial"/>
          <w:sz w:val="20"/>
          <w:shd w:val="clear" w:color="auto" w:fill="D9D9D9"/>
        </w:rPr>
        <w:t>[indicar si es micro, pequeña o mediana empresa]</w:t>
      </w:r>
      <w:r>
        <w:rPr>
          <w:rFonts w:ascii="Arial" w:eastAsia="Arial" w:hAnsi="Arial" w:cs="Arial"/>
          <w:sz w:val="20"/>
        </w:rPr>
        <w:t xml:space="preserve"> de acuerdo con los criterios definidos por las normas legales vigentes.</w:t>
      </w:r>
    </w:p>
    <w:p w14:paraId="0BC9DE6E" w14:textId="77777777" w:rsidR="00C05B90" w:rsidRDefault="00D76B03">
      <w:pPr>
        <w:spacing w:after="80"/>
        <w:jc w:val="both"/>
      </w:pPr>
      <w:r>
        <w:rPr>
          <w:rFonts w:ascii="Arial" w:eastAsia="Arial" w:hAnsi="Arial" w:cs="Arial"/>
          <w:sz w:val="20"/>
        </w:rPr>
        <w:t>Adicionalmente, los abajo firmantes certificamos que ni la Mipyme, cooperativa o asociación mutual ni sus accionistas, socios o representantes legales son empleados, socios o accionistas de los miembros del Proponente Plural.</w:t>
      </w:r>
    </w:p>
    <w:p w14:paraId="5A66EB77" w14:textId="77777777" w:rsidR="00C05B90" w:rsidRDefault="00D76B03">
      <w:pPr>
        <w:spacing w:after="120"/>
        <w:jc w:val="both"/>
      </w:pPr>
      <w:r>
        <w:rPr>
          <w:rFonts w:ascii="Arial" w:eastAsia="Arial" w:hAnsi="Arial" w:cs="Arial"/>
          <w:i/>
          <w:sz w:val="17"/>
          <w:shd w:val="clear" w:color="auto" w:fill="D9D9D9"/>
        </w:rPr>
        <w:t>[En el evento que sea un Proponente persona natural quien presente la oferta, firman el Proponente o integrante persona natural y el contador público. En el evento que sea un Proponente persona jurídica quien presente la oferta, firman el representante legal y el revisor fiscal para las empresas obligadas por ley, o el representante legal y el contador público, según corresponda.]</w:t>
      </w:r>
    </w:p>
    <w:p w14:paraId="39641557" w14:textId="77777777" w:rsidR="00C05B90" w:rsidRDefault="00D76B03">
      <w:pPr>
        <w:keepNext/>
        <w:spacing w:before="160" w:after="120"/>
      </w:pPr>
      <w:r>
        <w:rPr>
          <w:rFonts w:ascii="Arial" w:eastAsia="Arial" w:hAnsi="Arial" w:cs="Arial"/>
          <w:sz w:val="20"/>
        </w:rPr>
        <w:t>En constancia, se firma en _______________, a los ____ días del mes de _________ del 20__.</w:t>
      </w:r>
    </w:p>
    <w:tbl>
      <w:tblPr>
        <w:tblW w:w="0" w:type="auto"/>
        <w:jc w:val="center"/>
        <w:tblLook w:val="04A0" w:firstRow="1" w:lastRow="0" w:firstColumn="1" w:lastColumn="0" w:noHBand="0" w:noVBand="1"/>
      </w:tblPr>
      <w:tblGrid>
        <w:gridCol w:w="4824"/>
        <w:gridCol w:w="4824"/>
      </w:tblGrid>
      <w:tr w:rsidR="00C05B90" w14:paraId="50DFF59F" w14:textId="77777777">
        <w:trPr>
          <w:cantSplit/>
          <w:jc w:val="center"/>
        </w:trPr>
        <w:tc>
          <w:tcPr>
            <w:tcW w:w="4824" w:type="dxa"/>
          </w:tcPr>
          <w:p w14:paraId="4F936DAA" w14:textId="77777777" w:rsidR="00C05B90" w:rsidRDefault="00D76B03">
            <w:pPr>
              <w:keepNext/>
              <w:jc w:val="center"/>
            </w:pPr>
            <w:r>
              <w:rPr>
                <w:rFonts w:ascii="Arial" w:eastAsia="Arial" w:hAnsi="Arial" w:cs="Arial"/>
                <w:sz w:val="20"/>
              </w:rPr>
              <w:br/>
              <w:t>__________________________________</w:t>
            </w:r>
          </w:p>
        </w:tc>
        <w:tc>
          <w:tcPr>
            <w:tcW w:w="4824" w:type="dxa"/>
          </w:tcPr>
          <w:p w14:paraId="65E30266" w14:textId="77777777" w:rsidR="00C05B90" w:rsidRDefault="00D76B03">
            <w:pPr>
              <w:keepNext/>
              <w:jc w:val="center"/>
            </w:pPr>
            <w:r>
              <w:rPr>
                <w:rFonts w:ascii="Arial" w:eastAsia="Arial" w:hAnsi="Arial" w:cs="Arial"/>
                <w:sz w:val="20"/>
              </w:rPr>
              <w:br/>
              <w:t>__________________________________</w:t>
            </w:r>
          </w:p>
        </w:tc>
      </w:tr>
      <w:tr w:rsidR="00C05B90" w14:paraId="5C3DD6FC" w14:textId="77777777">
        <w:trPr>
          <w:cantSplit/>
          <w:jc w:val="center"/>
        </w:trPr>
        <w:tc>
          <w:tcPr>
            <w:tcW w:w="4824" w:type="dxa"/>
          </w:tcPr>
          <w:p w14:paraId="3ADEA430" w14:textId="77777777" w:rsidR="00C05B90" w:rsidRDefault="00D76B03">
            <w:pPr>
              <w:keepNext/>
              <w:jc w:val="center"/>
            </w:pPr>
            <w:r>
              <w:rPr>
                <w:rFonts w:ascii="Arial" w:eastAsia="Arial" w:hAnsi="Arial" w:cs="Arial"/>
                <w:sz w:val="20"/>
              </w:rPr>
              <w:t>[Nombre y firma del Proponente o integrante persona natural / del representante legal]</w:t>
            </w:r>
          </w:p>
        </w:tc>
        <w:tc>
          <w:tcPr>
            <w:tcW w:w="4824" w:type="dxa"/>
          </w:tcPr>
          <w:p w14:paraId="0A4D8D99" w14:textId="77777777" w:rsidR="00C05B90" w:rsidRDefault="00D76B03">
            <w:pPr>
              <w:keepNext/>
              <w:jc w:val="center"/>
            </w:pPr>
            <w:r>
              <w:rPr>
                <w:rFonts w:ascii="Arial" w:eastAsia="Arial" w:hAnsi="Arial" w:cs="Arial"/>
                <w:sz w:val="20"/>
              </w:rPr>
              <w:t>[Nombre y firma del contador público / del revisor fiscal, según corresponda]</w:t>
            </w:r>
          </w:p>
        </w:tc>
      </w:tr>
    </w:tbl>
    <w:p w14:paraId="4B6D686C" w14:textId="77777777" w:rsidR="00D76B03" w:rsidRDefault="00D76B03"/>
    <w:sectPr w:rsidR="00D76B03" w:rsidSect="00034616">
      <w:pgSz w:w="12240" w:h="15840"/>
      <w:pgMar w:top="720" w:right="1296" w:bottom="72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CADD2" w14:textId="77777777" w:rsidR="00E402AF" w:rsidRDefault="00E402AF" w:rsidP="00087312">
      <w:pPr>
        <w:spacing w:after="0" w:line="240" w:lineRule="auto"/>
      </w:pPr>
      <w:r>
        <w:separator/>
      </w:r>
    </w:p>
  </w:endnote>
  <w:endnote w:type="continuationSeparator" w:id="0">
    <w:p w14:paraId="219CF1B8" w14:textId="77777777" w:rsidR="00E402AF" w:rsidRDefault="00E402AF" w:rsidP="00087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42175" w14:textId="77777777" w:rsidR="00E402AF" w:rsidRDefault="00E402AF" w:rsidP="00087312">
      <w:pPr>
        <w:spacing w:after="0" w:line="240" w:lineRule="auto"/>
      </w:pPr>
      <w:r>
        <w:separator/>
      </w:r>
    </w:p>
  </w:footnote>
  <w:footnote w:type="continuationSeparator" w:id="0">
    <w:p w14:paraId="57D2B479" w14:textId="77777777" w:rsidR="00E402AF" w:rsidRDefault="00E402AF" w:rsidP="000873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110902980">
    <w:abstractNumId w:val="8"/>
  </w:num>
  <w:num w:numId="2" w16cid:durableId="1866944364">
    <w:abstractNumId w:val="6"/>
  </w:num>
  <w:num w:numId="3" w16cid:durableId="204997563">
    <w:abstractNumId w:val="5"/>
  </w:num>
  <w:num w:numId="4" w16cid:durableId="1650012967">
    <w:abstractNumId w:val="4"/>
  </w:num>
  <w:num w:numId="5" w16cid:durableId="1511066074">
    <w:abstractNumId w:val="7"/>
  </w:num>
  <w:num w:numId="6" w16cid:durableId="657345724">
    <w:abstractNumId w:val="3"/>
  </w:num>
  <w:num w:numId="7" w16cid:durableId="3560510">
    <w:abstractNumId w:val="2"/>
  </w:num>
  <w:num w:numId="8" w16cid:durableId="104886388">
    <w:abstractNumId w:val="1"/>
  </w:num>
  <w:num w:numId="9" w16cid:durableId="1076904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7312"/>
    <w:rsid w:val="0015074B"/>
    <w:rsid w:val="0029639D"/>
    <w:rsid w:val="00326F90"/>
    <w:rsid w:val="00564ED4"/>
    <w:rsid w:val="00AA1D8D"/>
    <w:rsid w:val="00B47730"/>
    <w:rsid w:val="00C05B90"/>
    <w:rsid w:val="00CB0664"/>
    <w:rsid w:val="00D76B03"/>
    <w:rsid w:val="00E402AF"/>
    <w:rsid w:val="00EE54FC"/>
    <w:rsid w:val="00FC693F"/>
    <w:rsid w:val="00FD6E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CA038A"/>
  <w14:defaultImageDpi w14:val="300"/>
  <w15:docId w15:val="{F99A4C62-D68E-4424-84D3-EB42D2CFD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4473</Words>
  <Characters>24607</Characters>
  <Application>Microsoft Office Word</Application>
  <DocSecurity>0</DocSecurity>
  <Lines>205</Lines>
  <Paragraphs>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29022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DISTRISEGURIDAD</dc:creator>
  <cp:keywords/>
  <dc:description>generated by python-docx</dc:description>
  <cp:lastModifiedBy>Edgard Martinez Cogollo</cp:lastModifiedBy>
  <cp:revision>3</cp:revision>
  <dcterms:created xsi:type="dcterms:W3CDTF">2026-10-06T03:19:00Z</dcterms:created>
  <dcterms:modified xsi:type="dcterms:W3CDTF">2026-10-13T19:54:00Z</dcterms:modified>
  <cp:category/>
</cp:coreProperties>
</file>