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6D66A" w14:textId="4380D5EF" w:rsidR="00A971E8" w:rsidRDefault="00A971E8" w:rsidP="0039041F">
      <w:pPr>
        <w:spacing w:after="280"/>
        <w:jc w:val="center"/>
      </w:pPr>
    </w:p>
    <w:p w14:paraId="3A6C6BD0" w14:textId="77777777" w:rsidR="00A971E8" w:rsidRPr="00B35BDA" w:rsidRDefault="00C10633">
      <w:pPr>
        <w:spacing w:after="40"/>
        <w:jc w:val="center"/>
        <w:rPr>
          <w:lang w:val="es-CO"/>
        </w:rPr>
      </w:pPr>
      <w:r w:rsidRPr="00B35BDA">
        <w:rPr>
          <w:rFonts w:ascii="Arial" w:eastAsia="Arial" w:hAnsi="Arial" w:cs="Arial"/>
          <w:b/>
          <w:sz w:val="24"/>
          <w:lang w:val="es-CO"/>
        </w:rPr>
        <w:t>FORMATO – PARTICIPACIÓN EMPRENDIMIENTO Y EMPRESAS DE MUJERES</w:t>
      </w:r>
    </w:p>
    <w:p w14:paraId="6C70D317" w14:textId="77777777" w:rsidR="00A971E8" w:rsidRPr="00B35BDA" w:rsidRDefault="00C10633">
      <w:pPr>
        <w:spacing w:after="240"/>
        <w:jc w:val="center"/>
        <w:rPr>
          <w:lang w:val="es-CO"/>
        </w:rPr>
      </w:pPr>
      <w:r w:rsidRPr="00B35BDA">
        <w:rPr>
          <w:rFonts w:ascii="Arial" w:eastAsia="Arial" w:hAnsi="Arial" w:cs="Arial"/>
          <w:i/>
          <w:sz w:val="20"/>
          <w:lang w:val="es-CO"/>
        </w:rPr>
        <w:t>Certificación para la asignación de puntaje (0,25 puntos)</w:t>
      </w:r>
    </w:p>
    <w:p w14:paraId="3F5F12F7" w14:textId="77777777" w:rsidR="00A971E8" w:rsidRPr="00B35BDA" w:rsidRDefault="00C10633">
      <w:pPr>
        <w:spacing w:after="280"/>
        <w:jc w:val="both"/>
        <w:rPr>
          <w:lang w:val="es-CO"/>
        </w:rPr>
      </w:pPr>
      <w:r w:rsidRPr="00B35BDA">
        <w:rPr>
          <w:rFonts w:ascii="Arial" w:eastAsia="Arial" w:hAnsi="Arial" w:cs="Arial"/>
          <w:i/>
          <w:sz w:val="20"/>
          <w:shd w:val="clear" w:color="auto" w:fill="D9D9D9"/>
          <w:lang w:val="es-CO"/>
        </w:rPr>
        <w:t>[Este formato lo diligencia únicamente el proponente que aspire al puntaje por Participación de Emprendimiento y Empresas de Mujeres (0,25 puntos), conforme a los artículos 2.2.1.2.4.2.14 y 2.2.1.2.4.2.15 del Decreto 1860 de 2021 y al numeral correspondiente del Pliego de Condiciones. Marque el criterio con el que acredita su condición y diligencie únicamente la sección que le corresponda. Las certificaciones se expiden bajo la gravedad de juramento y con fecha de expedición no anterior a treinta (30) días calendario previos a la fecha de cierre del Proceso de Selección.]</w:t>
      </w:r>
    </w:p>
    <w:p w14:paraId="3D676014" w14:textId="77777777" w:rsidR="00A971E8" w:rsidRPr="00B35BDA" w:rsidRDefault="00C10633">
      <w:pPr>
        <w:spacing w:after="40"/>
        <w:rPr>
          <w:lang w:val="es-CO"/>
        </w:rPr>
      </w:pPr>
      <w:r w:rsidRPr="00B35BDA">
        <w:rPr>
          <w:rFonts w:ascii="Arial" w:eastAsia="Arial" w:hAnsi="Arial" w:cs="Arial"/>
          <w:lang w:val="es-CO"/>
        </w:rPr>
        <w:t>Señores</w:t>
      </w:r>
    </w:p>
    <w:p w14:paraId="41DDAAA5" w14:textId="77777777" w:rsidR="00A971E8" w:rsidRPr="00B35BDA" w:rsidRDefault="00C10633">
      <w:pPr>
        <w:spacing w:after="40"/>
        <w:rPr>
          <w:lang w:val="es-CO"/>
        </w:rPr>
      </w:pPr>
      <w:r w:rsidRPr="00B35BDA">
        <w:rPr>
          <w:rFonts w:ascii="Arial" w:eastAsia="Arial" w:hAnsi="Arial" w:cs="Arial"/>
          <w:b/>
          <w:lang w:val="es-CO"/>
        </w:rPr>
        <w:t>DISTRISEGURIDAD</w:t>
      </w:r>
    </w:p>
    <w:p w14:paraId="6FE84B70" w14:textId="77777777" w:rsidR="00A971E8" w:rsidRPr="00B35BDA" w:rsidRDefault="00C10633">
      <w:pPr>
        <w:spacing w:after="40"/>
        <w:rPr>
          <w:lang w:val="es-CO"/>
        </w:rPr>
      </w:pPr>
      <w:r w:rsidRPr="00B35BDA">
        <w:rPr>
          <w:rFonts w:ascii="Arial" w:eastAsia="Arial" w:hAnsi="Arial" w:cs="Arial"/>
          <w:lang w:val="es-CO"/>
        </w:rPr>
        <w:t>Distrito Turístico y Cultural de Cartagena de Indias</w:t>
      </w:r>
    </w:p>
    <w:p w14:paraId="3DA2FD2D" w14:textId="77777777" w:rsidR="00A971E8" w:rsidRPr="00B35BDA" w:rsidRDefault="00C10633">
      <w:pPr>
        <w:spacing w:after="40"/>
        <w:rPr>
          <w:lang w:val="es-CO"/>
        </w:rPr>
      </w:pPr>
      <w:r w:rsidRPr="00B35BDA">
        <w:rPr>
          <w:rFonts w:ascii="Arial" w:eastAsia="Arial" w:hAnsi="Arial" w:cs="Arial"/>
          <w:lang w:val="es-CO"/>
        </w:rPr>
        <w:t>Carrera 13B # 26-78, Edificio Inteligente, Playón del Blanco</w:t>
      </w:r>
    </w:p>
    <w:p w14:paraId="30D779FF" w14:textId="77777777" w:rsidR="00A971E8" w:rsidRPr="00B35BDA" w:rsidRDefault="00C10633">
      <w:pPr>
        <w:spacing w:after="40"/>
        <w:rPr>
          <w:lang w:val="es-CO"/>
        </w:rPr>
      </w:pPr>
      <w:r w:rsidRPr="00B35BDA">
        <w:rPr>
          <w:rFonts w:ascii="Arial" w:eastAsia="Arial" w:hAnsi="Arial" w:cs="Arial"/>
          <w:lang w:val="es-CO"/>
        </w:rPr>
        <w:t>Cartagena de Indias, D.T. y C.</w:t>
      </w:r>
    </w:p>
    <w:p w14:paraId="556FEC86" w14:textId="77777777" w:rsidR="00A971E8" w:rsidRPr="00B35BDA" w:rsidRDefault="00C10633">
      <w:pPr>
        <w:spacing w:after="280"/>
        <w:rPr>
          <w:lang w:val="es-CO"/>
        </w:rPr>
      </w:pPr>
      <w:r w:rsidRPr="00B35BDA">
        <w:rPr>
          <w:rFonts w:ascii="Arial" w:eastAsia="Arial" w:hAnsi="Arial" w:cs="Arial"/>
          <w:lang w:val="es-CO"/>
        </w:rPr>
        <w:t>Colombia</w:t>
      </w:r>
    </w:p>
    <w:p w14:paraId="41D1B60F" w14:textId="77777777" w:rsidR="00A971E8" w:rsidRPr="00B35BDA" w:rsidRDefault="00C10633">
      <w:pPr>
        <w:spacing w:after="80"/>
        <w:rPr>
          <w:lang w:val="es-CO"/>
        </w:rPr>
      </w:pPr>
      <w:r w:rsidRPr="00B35BDA">
        <w:rPr>
          <w:rFonts w:ascii="Arial" w:eastAsia="Arial" w:hAnsi="Arial" w:cs="Arial"/>
          <w:b/>
          <w:lang w:val="es-CO"/>
        </w:rPr>
        <w:t xml:space="preserve">REFERENCIA: </w:t>
      </w:r>
      <w:r w:rsidRPr="00B35BDA">
        <w:rPr>
          <w:rFonts w:ascii="Arial" w:eastAsia="Arial" w:hAnsi="Arial" w:cs="Arial"/>
          <w:lang w:val="es-CO"/>
        </w:rPr>
        <w:t>Proceso de Selección No._____________________</w:t>
      </w:r>
    </w:p>
    <w:p w14:paraId="25422E13" w14:textId="77777777" w:rsidR="00A971E8" w:rsidRPr="00B35BDA" w:rsidRDefault="00C10633">
      <w:pPr>
        <w:spacing w:before="160" w:after="280"/>
        <w:jc w:val="both"/>
        <w:rPr>
          <w:lang w:val="es-CO"/>
        </w:rPr>
      </w:pPr>
      <w:r w:rsidRPr="00B35BDA">
        <w:rPr>
          <w:rFonts w:ascii="Arial" w:eastAsia="Arial" w:hAnsi="Arial" w:cs="Arial"/>
          <w:b/>
          <w:lang w:val="es-CO"/>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76EE5375" w14:textId="77777777" w:rsidR="00A971E8" w:rsidRPr="00B35BDA" w:rsidRDefault="00C10633">
      <w:pPr>
        <w:spacing w:after="160"/>
        <w:rPr>
          <w:lang w:val="es-CO"/>
        </w:rPr>
      </w:pPr>
      <w:r w:rsidRPr="00B35BDA">
        <w:rPr>
          <w:rFonts w:ascii="Arial" w:eastAsia="Arial" w:hAnsi="Arial" w:cs="Arial"/>
          <w:lang w:val="es-CO"/>
        </w:rPr>
        <w:t>Estimados señores:</w:t>
      </w:r>
    </w:p>
    <w:p w14:paraId="3004B76D" w14:textId="77777777" w:rsidR="00A971E8" w:rsidRPr="00B35BDA" w:rsidRDefault="00C10633">
      <w:pPr>
        <w:jc w:val="both"/>
        <w:rPr>
          <w:lang w:val="es-CO"/>
        </w:rPr>
      </w:pPr>
      <w:r w:rsidRPr="00B35BDA">
        <w:rPr>
          <w:rFonts w:ascii="Arial" w:eastAsia="Arial" w:hAnsi="Arial" w:cs="Arial"/>
          <w:shd w:val="clear" w:color="auto" w:fill="D9D9D9"/>
          <w:lang w:val="es-CO"/>
        </w:rPr>
        <w:t>[Incluir el nombre de quien certifica]</w:t>
      </w:r>
      <w:r w:rsidRPr="00B35BDA">
        <w:rPr>
          <w:rFonts w:ascii="Arial" w:eastAsia="Arial" w:hAnsi="Arial" w:cs="Arial"/>
          <w:lang w:val="es-CO"/>
        </w:rPr>
        <w:t xml:space="preserve"> identificado con </w:t>
      </w:r>
      <w:r w:rsidRPr="00B35BDA">
        <w:rPr>
          <w:rFonts w:ascii="Arial" w:eastAsia="Arial" w:hAnsi="Arial" w:cs="Arial"/>
          <w:shd w:val="clear" w:color="auto" w:fill="D9D9D9"/>
          <w:lang w:val="es-CO"/>
        </w:rPr>
        <w:t>[Incluir el número de identificación]</w:t>
      </w:r>
      <w:r w:rsidRPr="00B35BDA">
        <w:rPr>
          <w:rFonts w:ascii="Arial" w:eastAsia="Arial" w:hAnsi="Arial" w:cs="Arial"/>
          <w:lang w:val="es-CO"/>
        </w:rPr>
        <w:t xml:space="preserve">, en mi condición de </w:t>
      </w:r>
      <w:r w:rsidRPr="00B35BDA">
        <w:rPr>
          <w:rFonts w:ascii="Arial" w:eastAsia="Arial" w:hAnsi="Arial" w:cs="Arial"/>
          <w:shd w:val="clear" w:color="auto" w:fill="D9D9D9"/>
          <w:lang w:val="es-CO"/>
        </w:rPr>
        <w:t>[Indicar si actúa como representante legal o como persona natural proponente]</w:t>
      </w:r>
      <w:r w:rsidRPr="00B35BDA">
        <w:rPr>
          <w:rFonts w:ascii="Arial" w:eastAsia="Arial" w:hAnsi="Arial" w:cs="Arial"/>
          <w:lang w:val="es-CO"/>
        </w:rPr>
        <w:t xml:space="preserve"> de </w:t>
      </w:r>
      <w:r w:rsidRPr="00B35BDA">
        <w:rPr>
          <w:rFonts w:ascii="Arial" w:eastAsia="Arial" w:hAnsi="Arial" w:cs="Arial"/>
          <w:shd w:val="clear" w:color="auto" w:fill="D9D9D9"/>
          <w:lang w:val="es-CO"/>
        </w:rPr>
        <w:t>[Incluir la razón social del proponente o el nombre de la persona natural]</w:t>
      </w:r>
      <w:r w:rsidRPr="00B35BDA">
        <w:rPr>
          <w:rFonts w:ascii="Arial" w:eastAsia="Arial" w:hAnsi="Arial" w:cs="Arial"/>
          <w:lang w:val="es-CO"/>
        </w:rPr>
        <w:t xml:space="preserve"> identificado con </w:t>
      </w:r>
      <w:r w:rsidRPr="00B35BDA">
        <w:rPr>
          <w:rFonts w:ascii="Arial" w:eastAsia="Arial" w:hAnsi="Arial" w:cs="Arial"/>
          <w:shd w:val="clear" w:color="auto" w:fill="D9D9D9"/>
          <w:lang w:val="es-CO"/>
        </w:rPr>
        <w:t>[Incluir el NIT o el número de documento de identidad]</w:t>
      </w:r>
      <w:r w:rsidRPr="00B35BDA">
        <w:rPr>
          <w:rFonts w:ascii="Arial" w:eastAsia="Arial" w:hAnsi="Arial" w:cs="Arial"/>
          <w:lang w:val="es-CO"/>
        </w:rPr>
        <w:t>, certifico bajo la gravedad de juramento, que se entiende prestado con la firma del presente documento, que el proponente es emprendimiento y empresa de mujeres, de acuerdo con el criterio que se marca a continuación (marcar con una X una sola opción):</w:t>
      </w:r>
    </w:p>
    <w:tbl>
      <w:tblPr>
        <w:tblStyle w:val="Tablaconcuadrcula"/>
        <w:tblW w:w="0" w:type="auto"/>
        <w:jc w:val="center"/>
        <w:tblLayout w:type="fixed"/>
        <w:tblLook w:val="04A0" w:firstRow="1" w:lastRow="0" w:firstColumn="1" w:lastColumn="0" w:noHBand="0" w:noVBand="1"/>
      </w:tblPr>
      <w:tblGrid>
        <w:gridCol w:w="1008"/>
        <w:gridCol w:w="4608"/>
        <w:gridCol w:w="3744"/>
      </w:tblGrid>
      <w:tr w:rsidR="00A971E8" w14:paraId="3148DBF5" w14:textId="77777777">
        <w:trPr>
          <w:cantSplit/>
          <w:tblHeader/>
          <w:jc w:val="center"/>
        </w:trPr>
        <w:tc>
          <w:tcPr>
            <w:tcW w:w="1008" w:type="dxa"/>
          </w:tcPr>
          <w:p w14:paraId="3FFD9741" w14:textId="77777777" w:rsidR="00A971E8" w:rsidRDefault="00C10633">
            <w:pPr>
              <w:jc w:val="center"/>
            </w:pPr>
            <w:r>
              <w:rPr>
                <w:rFonts w:ascii="Arial" w:eastAsia="Arial" w:hAnsi="Arial" w:cs="Arial"/>
                <w:b/>
                <w:sz w:val="20"/>
              </w:rPr>
              <w:t>Marque</w:t>
            </w:r>
          </w:p>
        </w:tc>
        <w:tc>
          <w:tcPr>
            <w:tcW w:w="4608" w:type="dxa"/>
          </w:tcPr>
          <w:p w14:paraId="7EA07D77" w14:textId="77777777" w:rsidR="00A971E8" w:rsidRPr="00B35BDA" w:rsidRDefault="00C10633">
            <w:pPr>
              <w:jc w:val="center"/>
              <w:rPr>
                <w:lang w:val="es-CO"/>
              </w:rPr>
            </w:pPr>
            <w:r w:rsidRPr="00B35BDA">
              <w:rPr>
                <w:rFonts w:ascii="Arial" w:eastAsia="Arial" w:hAnsi="Arial" w:cs="Arial"/>
                <w:b/>
                <w:sz w:val="20"/>
                <w:lang w:val="es-CO"/>
              </w:rPr>
              <w:t>Criterio con el que se acredita la condición</w:t>
            </w:r>
          </w:p>
        </w:tc>
        <w:tc>
          <w:tcPr>
            <w:tcW w:w="3744" w:type="dxa"/>
          </w:tcPr>
          <w:p w14:paraId="6DFA2ACD" w14:textId="77777777" w:rsidR="00A971E8" w:rsidRDefault="00C10633">
            <w:pPr>
              <w:jc w:val="center"/>
            </w:pPr>
            <w:r>
              <w:rPr>
                <w:rFonts w:ascii="Arial" w:eastAsia="Arial" w:hAnsi="Arial" w:cs="Arial"/>
                <w:b/>
                <w:sz w:val="20"/>
              </w:rPr>
              <w:t>Soportes que se anexan</w:t>
            </w:r>
          </w:p>
        </w:tc>
      </w:tr>
      <w:tr w:rsidR="00A971E8" w:rsidRPr="00B35BDA" w14:paraId="0397F3DB" w14:textId="77777777">
        <w:trPr>
          <w:cantSplit/>
          <w:jc w:val="center"/>
        </w:trPr>
        <w:tc>
          <w:tcPr>
            <w:tcW w:w="1008" w:type="dxa"/>
          </w:tcPr>
          <w:p w14:paraId="532B059E" w14:textId="77777777" w:rsidR="00A971E8" w:rsidRDefault="00C10633">
            <w:pPr>
              <w:jc w:val="center"/>
            </w:pPr>
            <w:r>
              <w:rPr>
                <w:rFonts w:ascii="Arial" w:eastAsia="Arial" w:hAnsi="Arial" w:cs="Arial"/>
                <w:sz w:val="20"/>
              </w:rPr>
              <w:t>☐</w:t>
            </w:r>
          </w:p>
        </w:tc>
        <w:tc>
          <w:tcPr>
            <w:tcW w:w="4608" w:type="dxa"/>
          </w:tcPr>
          <w:p w14:paraId="34836068" w14:textId="77777777" w:rsidR="00A971E8" w:rsidRPr="00B35BDA" w:rsidRDefault="00C10633">
            <w:pPr>
              <w:rPr>
                <w:lang w:val="es-CO"/>
              </w:rPr>
            </w:pPr>
            <w:r w:rsidRPr="00B35BDA">
              <w:rPr>
                <w:rFonts w:ascii="Arial" w:eastAsia="Arial" w:hAnsi="Arial" w:cs="Arial"/>
                <w:sz w:val="20"/>
                <w:lang w:val="es-CO"/>
              </w:rPr>
              <w:t>1. Persona jurídica en la que más del 50% de las acciones, partes de interés o cuotas de participación pertenecen a mujeres, y los derechos de propiedad les han pertenecido durante al menos el último año anterior a la fecha de cierre del Proceso de Selección.</w:t>
            </w:r>
          </w:p>
        </w:tc>
        <w:tc>
          <w:tcPr>
            <w:tcW w:w="3744" w:type="dxa"/>
          </w:tcPr>
          <w:p w14:paraId="2F163FBD" w14:textId="77777777" w:rsidR="00A971E8" w:rsidRPr="00B35BDA" w:rsidRDefault="00C10633">
            <w:pPr>
              <w:rPr>
                <w:lang w:val="es-CO"/>
              </w:rPr>
            </w:pPr>
            <w:r w:rsidRPr="00B35BDA">
              <w:rPr>
                <w:rFonts w:ascii="Arial" w:eastAsia="Arial" w:hAnsi="Arial" w:cs="Arial"/>
                <w:sz w:val="20"/>
                <w:lang w:val="es-CO"/>
              </w:rPr>
              <w:t>Certificación del representante legal y del revisor fiscal (cuando exista de acuerdo con la ley) o del contador, con la distribución de los derechos y el tiempo de participación (Sección A).</w:t>
            </w:r>
          </w:p>
        </w:tc>
      </w:tr>
      <w:tr w:rsidR="00A971E8" w:rsidRPr="00B35BDA" w14:paraId="5FDF0709" w14:textId="77777777">
        <w:trPr>
          <w:cantSplit/>
          <w:jc w:val="center"/>
        </w:trPr>
        <w:tc>
          <w:tcPr>
            <w:tcW w:w="1008" w:type="dxa"/>
          </w:tcPr>
          <w:p w14:paraId="7772C2E4" w14:textId="77777777" w:rsidR="00A971E8" w:rsidRDefault="00C10633">
            <w:pPr>
              <w:jc w:val="center"/>
            </w:pPr>
            <w:r>
              <w:rPr>
                <w:rFonts w:ascii="Arial" w:eastAsia="Arial" w:hAnsi="Arial" w:cs="Arial"/>
                <w:sz w:val="20"/>
              </w:rPr>
              <w:lastRenderedPageBreak/>
              <w:t>☐</w:t>
            </w:r>
          </w:p>
        </w:tc>
        <w:tc>
          <w:tcPr>
            <w:tcW w:w="4608" w:type="dxa"/>
          </w:tcPr>
          <w:p w14:paraId="08AB96B9" w14:textId="77777777" w:rsidR="00A971E8" w:rsidRPr="00B35BDA" w:rsidRDefault="00C10633">
            <w:pPr>
              <w:rPr>
                <w:lang w:val="es-CO"/>
              </w:rPr>
            </w:pPr>
            <w:r w:rsidRPr="00B35BDA">
              <w:rPr>
                <w:rFonts w:ascii="Arial" w:eastAsia="Arial" w:hAnsi="Arial" w:cs="Arial"/>
                <w:sz w:val="20"/>
                <w:lang w:val="es-CO"/>
              </w:rPr>
              <w:t>2. Persona jurídica en la que por lo menos el 50% de los empleos del nivel directivo son ejercidos por mujeres vinculadas a la empresa durante al menos el último año anterior a la fecha de cierre, en el mismo cargo u otro del mismo nivel.</w:t>
            </w:r>
          </w:p>
        </w:tc>
        <w:tc>
          <w:tcPr>
            <w:tcW w:w="3744" w:type="dxa"/>
          </w:tcPr>
          <w:p w14:paraId="39C1EE48" w14:textId="77777777" w:rsidR="00A971E8" w:rsidRPr="00B35BDA" w:rsidRDefault="00C10633">
            <w:pPr>
              <w:rPr>
                <w:lang w:val="es-CO"/>
              </w:rPr>
            </w:pPr>
            <w:r w:rsidRPr="00B35BDA">
              <w:rPr>
                <w:rFonts w:ascii="Arial" w:eastAsia="Arial" w:hAnsi="Arial" w:cs="Arial"/>
                <w:sz w:val="20"/>
                <w:lang w:val="es-CO"/>
              </w:rPr>
              <w:t>Certificación del representante legal y del revisor fiscal (cuando exista) o del contador (Sección B); copia de los documentos de identidad, de los contratos de trabajo o certificación laboral con las funciones, y certificado de aportes a seguridad social del último año.</w:t>
            </w:r>
          </w:p>
        </w:tc>
      </w:tr>
      <w:tr w:rsidR="00A971E8" w:rsidRPr="00B35BDA" w14:paraId="43594887" w14:textId="77777777">
        <w:trPr>
          <w:cantSplit/>
          <w:jc w:val="center"/>
        </w:trPr>
        <w:tc>
          <w:tcPr>
            <w:tcW w:w="1008" w:type="dxa"/>
          </w:tcPr>
          <w:p w14:paraId="0A1DDE08" w14:textId="77777777" w:rsidR="00A971E8" w:rsidRDefault="00C10633">
            <w:pPr>
              <w:jc w:val="center"/>
            </w:pPr>
            <w:r>
              <w:rPr>
                <w:rFonts w:ascii="Arial" w:eastAsia="Arial" w:hAnsi="Arial" w:cs="Arial"/>
                <w:sz w:val="20"/>
              </w:rPr>
              <w:t>☐</w:t>
            </w:r>
          </w:p>
        </w:tc>
        <w:tc>
          <w:tcPr>
            <w:tcW w:w="4608" w:type="dxa"/>
          </w:tcPr>
          <w:p w14:paraId="36DB92C0" w14:textId="77777777" w:rsidR="00A971E8" w:rsidRPr="00B35BDA" w:rsidRDefault="00C10633">
            <w:pPr>
              <w:rPr>
                <w:lang w:val="es-CO"/>
              </w:rPr>
            </w:pPr>
            <w:r w:rsidRPr="00B35BDA">
              <w:rPr>
                <w:rFonts w:ascii="Arial" w:eastAsia="Arial" w:hAnsi="Arial" w:cs="Arial"/>
                <w:sz w:val="20"/>
                <w:lang w:val="es-CO"/>
              </w:rPr>
              <w:t>3. Persona natural mujer que ha ejercido actividades comerciales a través de un establecimiento de comercio durante al menos el último año anterior a la fecha de cierre.</w:t>
            </w:r>
          </w:p>
        </w:tc>
        <w:tc>
          <w:tcPr>
            <w:tcW w:w="3744" w:type="dxa"/>
          </w:tcPr>
          <w:p w14:paraId="2099B248" w14:textId="77777777" w:rsidR="00A971E8" w:rsidRPr="00B35BDA" w:rsidRDefault="00C10633">
            <w:pPr>
              <w:rPr>
                <w:lang w:val="es-CO"/>
              </w:rPr>
            </w:pPr>
            <w:r w:rsidRPr="00B35BDA">
              <w:rPr>
                <w:rFonts w:ascii="Arial" w:eastAsia="Arial" w:hAnsi="Arial" w:cs="Arial"/>
                <w:sz w:val="20"/>
                <w:lang w:val="es-CO"/>
              </w:rPr>
              <w:t>Copia de la cédula de ciudadanía, cédula de extranjería o pasaporte, y copia del registro mercantil (Sección C).</w:t>
            </w:r>
          </w:p>
        </w:tc>
      </w:tr>
      <w:tr w:rsidR="00A971E8" w:rsidRPr="00B35BDA" w14:paraId="4E212AF2" w14:textId="77777777">
        <w:trPr>
          <w:cantSplit/>
          <w:jc w:val="center"/>
        </w:trPr>
        <w:tc>
          <w:tcPr>
            <w:tcW w:w="1008" w:type="dxa"/>
          </w:tcPr>
          <w:p w14:paraId="53402AC0" w14:textId="77777777" w:rsidR="00A971E8" w:rsidRDefault="00C10633">
            <w:pPr>
              <w:jc w:val="center"/>
            </w:pPr>
            <w:r>
              <w:rPr>
                <w:rFonts w:ascii="Arial" w:eastAsia="Arial" w:hAnsi="Arial" w:cs="Arial"/>
                <w:sz w:val="20"/>
              </w:rPr>
              <w:t>☐</w:t>
            </w:r>
          </w:p>
        </w:tc>
        <w:tc>
          <w:tcPr>
            <w:tcW w:w="4608" w:type="dxa"/>
          </w:tcPr>
          <w:p w14:paraId="5FB4DB12" w14:textId="77777777" w:rsidR="00A971E8" w:rsidRPr="00B35BDA" w:rsidRDefault="00C10633">
            <w:pPr>
              <w:rPr>
                <w:lang w:val="es-CO"/>
              </w:rPr>
            </w:pPr>
            <w:r w:rsidRPr="00B35BDA">
              <w:rPr>
                <w:rFonts w:ascii="Arial" w:eastAsia="Arial" w:hAnsi="Arial" w:cs="Arial"/>
                <w:sz w:val="20"/>
                <w:lang w:val="es-CO"/>
              </w:rPr>
              <w:t>4. Asociación o cooperativa en la que más del 50% de los asociados son mujeres, y su participación les ha correspondido durante al menos el último año anterior a la fecha de cierre.</w:t>
            </w:r>
          </w:p>
        </w:tc>
        <w:tc>
          <w:tcPr>
            <w:tcW w:w="3744" w:type="dxa"/>
          </w:tcPr>
          <w:p w14:paraId="38451AC8" w14:textId="77777777" w:rsidR="00A971E8" w:rsidRPr="00B35BDA" w:rsidRDefault="00C10633">
            <w:pPr>
              <w:rPr>
                <w:lang w:val="es-CO"/>
              </w:rPr>
            </w:pPr>
            <w:r w:rsidRPr="00B35BDA">
              <w:rPr>
                <w:rFonts w:ascii="Arial" w:eastAsia="Arial" w:hAnsi="Arial" w:cs="Arial"/>
                <w:sz w:val="20"/>
                <w:lang w:val="es-CO"/>
              </w:rPr>
              <w:t>Certificación del representante legal (Sección D).</w:t>
            </w:r>
          </w:p>
        </w:tc>
      </w:tr>
    </w:tbl>
    <w:p w14:paraId="697959E8" w14:textId="77777777" w:rsidR="00A971E8" w:rsidRPr="00B35BDA" w:rsidRDefault="00A971E8">
      <w:pPr>
        <w:spacing w:after="40"/>
        <w:rPr>
          <w:lang w:val="es-CO"/>
        </w:rPr>
      </w:pPr>
    </w:p>
    <w:p w14:paraId="6F7B0ADF" w14:textId="77777777" w:rsidR="00A971E8" w:rsidRPr="00B35BDA" w:rsidRDefault="00C10633">
      <w:pPr>
        <w:keepNext/>
        <w:spacing w:before="200" w:after="80"/>
        <w:rPr>
          <w:lang w:val="es-CO"/>
        </w:rPr>
      </w:pPr>
      <w:r w:rsidRPr="00B35BDA">
        <w:rPr>
          <w:rFonts w:ascii="Arial" w:eastAsia="Arial" w:hAnsi="Arial" w:cs="Arial"/>
          <w:b/>
          <w:lang w:val="es-CO"/>
        </w:rPr>
        <w:t>SECCIÓN A – Participación de mujeres en la propiedad (criterio 1)</w:t>
      </w:r>
    </w:p>
    <w:p w14:paraId="5E5CF4F0" w14:textId="77777777" w:rsidR="00A971E8" w:rsidRPr="00B35BDA" w:rsidRDefault="00C10633">
      <w:pPr>
        <w:spacing w:after="120"/>
        <w:jc w:val="both"/>
        <w:rPr>
          <w:lang w:val="es-CO"/>
        </w:rPr>
      </w:pPr>
      <w:r w:rsidRPr="00B35BDA">
        <w:rPr>
          <w:rFonts w:ascii="Arial" w:eastAsia="Arial" w:hAnsi="Arial" w:cs="Arial"/>
          <w:i/>
          <w:sz w:val="20"/>
          <w:shd w:val="clear" w:color="auto" w:fill="D9D9D9"/>
          <w:lang w:val="es-CO"/>
        </w:rPr>
        <w:t>[Diligencie solo si marcó el criterio 1. Relacione a todos los socios, accionistas o cuotapartistas.]</w:t>
      </w:r>
    </w:p>
    <w:tbl>
      <w:tblPr>
        <w:tblStyle w:val="Tablaconcuadrcula"/>
        <w:tblW w:w="0" w:type="auto"/>
        <w:jc w:val="center"/>
        <w:tblLayout w:type="fixed"/>
        <w:tblLook w:val="04A0" w:firstRow="1" w:lastRow="0" w:firstColumn="1" w:lastColumn="0" w:noHBand="0" w:noVBand="1"/>
      </w:tblPr>
      <w:tblGrid>
        <w:gridCol w:w="2736"/>
        <w:gridCol w:w="1872"/>
        <w:gridCol w:w="1152"/>
        <w:gridCol w:w="1728"/>
        <w:gridCol w:w="1872"/>
      </w:tblGrid>
      <w:tr w:rsidR="00A971E8" w:rsidRPr="00B35BDA" w14:paraId="1FA27D5F" w14:textId="77777777">
        <w:trPr>
          <w:cantSplit/>
          <w:tblHeader/>
          <w:jc w:val="center"/>
        </w:trPr>
        <w:tc>
          <w:tcPr>
            <w:tcW w:w="2736" w:type="dxa"/>
          </w:tcPr>
          <w:p w14:paraId="2F2D72A1" w14:textId="77777777" w:rsidR="00A971E8" w:rsidRPr="00B35BDA" w:rsidRDefault="00C10633">
            <w:pPr>
              <w:jc w:val="center"/>
              <w:rPr>
                <w:lang w:val="es-CO"/>
              </w:rPr>
            </w:pPr>
            <w:r w:rsidRPr="00B35BDA">
              <w:rPr>
                <w:rFonts w:ascii="Arial" w:eastAsia="Arial" w:hAnsi="Arial" w:cs="Arial"/>
                <w:b/>
                <w:sz w:val="20"/>
                <w:lang w:val="es-CO"/>
              </w:rPr>
              <w:t>Nombre del socio, accionista o cuotapartista</w:t>
            </w:r>
          </w:p>
        </w:tc>
        <w:tc>
          <w:tcPr>
            <w:tcW w:w="1872" w:type="dxa"/>
          </w:tcPr>
          <w:p w14:paraId="7D93635A" w14:textId="77777777" w:rsidR="00A971E8" w:rsidRDefault="00C10633">
            <w:pPr>
              <w:jc w:val="center"/>
            </w:pPr>
            <w:r>
              <w:rPr>
                <w:rFonts w:ascii="Arial" w:eastAsia="Arial" w:hAnsi="Arial" w:cs="Arial"/>
                <w:b/>
                <w:sz w:val="20"/>
              </w:rPr>
              <w:t>Documento de identidad</w:t>
            </w:r>
          </w:p>
        </w:tc>
        <w:tc>
          <w:tcPr>
            <w:tcW w:w="1152" w:type="dxa"/>
          </w:tcPr>
          <w:p w14:paraId="1A575DDF" w14:textId="77777777" w:rsidR="00A971E8" w:rsidRDefault="00C10633">
            <w:pPr>
              <w:jc w:val="center"/>
            </w:pPr>
            <w:r>
              <w:rPr>
                <w:rFonts w:ascii="Arial" w:eastAsia="Arial" w:hAnsi="Arial" w:cs="Arial"/>
                <w:b/>
                <w:sz w:val="20"/>
              </w:rPr>
              <w:t>¿Mujer? (Sí/No)</w:t>
            </w:r>
          </w:p>
        </w:tc>
        <w:tc>
          <w:tcPr>
            <w:tcW w:w="1728" w:type="dxa"/>
          </w:tcPr>
          <w:p w14:paraId="24B8F653" w14:textId="77777777" w:rsidR="00A971E8" w:rsidRDefault="00C10633">
            <w:pPr>
              <w:jc w:val="center"/>
            </w:pPr>
            <w:r>
              <w:rPr>
                <w:rFonts w:ascii="Arial" w:eastAsia="Arial" w:hAnsi="Arial" w:cs="Arial"/>
                <w:b/>
                <w:sz w:val="20"/>
              </w:rPr>
              <w:t>Participación (%)</w:t>
            </w:r>
          </w:p>
        </w:tc>
        <w:tc>
          <w:tcPr>
            <w:tcW w:w="1872" w:type="dxa"/>
          </w:tcPr>
          <w:p w14:paraId="66CE9E79" w14:textId="77777777" w:rsidR="00A971E8" w:rsidRPr="00B35BDA" w:rsidRDefault="00C10633">
            <w:pPr>
              <w:jc w:val="center"/>
              <w:rPr>
                <w:lang w:val="es-CO"/>
              </w:rPr>
            </w:pPr>
            <w:r w:rsidRPr="00B35BDA">
              <w:rPr>
                <w:rFonts w:ascii="Arial" w:eastAsia="Arial" w:hAnsi="Arial" w:cs="Arial"/>
                <w:b/>
                <w:sz w:val="20"/>
                <w:lang w:val="es-CO"/>
              </w:rPr>
              <w:t>Titular desde (dd/mm/aaaa)</w:t>
            </w:r>
          </w:p>
        </w:tc>
      </w:tr>
      <w:tr w:rsidR="00A971E8" w:rsidRPr="00B35BDA" w14:paraId="7EF48E01" w14:textId="77777777">
        <w:trPr>
          <w:cantSplit/>
          <w:trHeight w:val="432"/>
          <w:jc w:val="center"/>
        </w:trPr>
        <w:tc>
          <w:tcPr>
            <w:tcW w:w="2736" w:type="dxa"/>
          </w:tcPr>
          <w:p w14:paraId="37B07131"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06F329D0"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152" w:type="dxa"/>
          </w:tcPr>
          <w:p w14:paraId="3997CF34"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728" w:type="dxa"/>
          </w:tcPr>
          <w:p w14:paraId="0FF4D20A"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3E2A7C6F" w14:textId="77777777" w:rsidR="00A971E8" w:rsidRPr="00B35BDA" w:rsidRDefault="00C10633">
            <w:pPr>
              <w:jc w:val="center"/>
              <w:rPr>
                <w:lang w:val="es-CO"/>
              </w:rPr>
            </w:pPr>
            <w:r w:rsidRPr="00B35BDA">
              <w:rPr>
                <w:rFonts w:ascii="Arial" w:eastAsia="Arial" w:hAnsi="Arial" w:cs="Arial"/>
                <w:sz w:val="20"/>
                <w:lang w:val="es-CO"/>
              </w:rPr>
              <w:t xml:space="preserve"> </w:t>
            </w:r>
          </w:p>
        </w:tc>
      </w:tr>
      <w:tr w:rsidR="00A971E8" w:rsidRPr="00B35BDA" w14:paraId="767B0064" w14:textId="77777777">
        <w:trPr>
          <w:cantSplit/>
          <w:trHeight w:val="432"/>
          <w:jc w:val="center"/>
        </w:trPr>
        <w:tc>
          <w:tcPr>
            <w:tcW w:w="2736" w:type="dxa"/>
          </w:tcPr>
          <w:p w14:paraId="06F8BAD9"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0F24BB53"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152" w:type="dxa"/>
          </w:tcPr>
          <w:p w14:paraId="0F33243D"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728" w:type="dxa"/>
          </w:tcPr>
          <w:p w14:paraId="3801FDC5"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3F713E97" w14:textId="77777777" w:rsidR="00A971E8" w:rsidRPr="00B35BDA" w:rsidRDefault="00C10633">
            <w:pPr>
              <w:jc w:val="center"/>
              <w:rPr>
                <w:lang w:val="es-CO"/>
              </w:rPr>
            </w:pPr>
            <w:r w:rsidRPr="00B35BDA">
              <w:rPr>
                <w:rFonts w:ascii="Arial" w:eastAsia="Arial" w:hAnsi="Arial" w:cs="Arial"/>
                <w:sz w:val="20"/>
                <w:lang w:val="es-CO"/>
              </w:rPr>
              <w:t xml:space="preserve"> </w:t>
            </w:r>
          </w:p>
        </w:tc>
      </w:tr>
      <w:tr w:rsidR="00A971E8" w:rsidRPr="00B35BDA" w14:paraId="605C3B87" w14:textId="77777777">
        <w:trPr>
          <w:cantSplit/>
          <w:trHeight w:val="432"/>
          <w:jc w:val="center"/>
        </w:trPr>
        <w:tc>
          <w:tcPr>
            <w:tcW w:w="2736" w:type="dxa"/>
          </w:tcPr>
          <w:p w14:paraId="67CAFEDA"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719FDB37"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152" w:type="dxa"/>
          </w:tcPr>
          <w:p w14:paraId="1CA9CE02"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728" w:type="dxa"/>
          </w:tcPr>
          <w:p w14:paraId="3950F479"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71BFA650" w14:textId="77777777" w:rsidR="00A971E8" w:rsidRPr="00B35BDA" w:rsidRDefault="00C10633">
            <w:pPr>
              <w:jc w:val="center"/>
              <w:rPr>
                <w:lang w:val="es-CO"/>
              </w:rPr>
            </w:pPr>
            <w:r w:rsidRPr="00B35BDA">
              <w:rPr>
                <w:rFonts w:ascii="Arial" w:eastAsia="Arial" w:hAnsi="Arial" w:cs="Arial"/>
                <w:sz w:val="20"/>
                <w:lang w:val="es-CO"/>
              </w:rPr>
              <w:t xml:space="preserve"> </w:t>
            </w:r>
          </w:p>
        </w:tc>
      </w:tr>
      <w:tr w:rsidR="00A971E8" w:rsidRPr="00B35BDA" w14:paraId="2DB2446F" w14:textId="77777777">
        <w:trPr>
          <w:cantSplit/>
          <w:trHeight w:val="432"/>
          <w:jc w:val="center"/>
        </w:trPr>
        <w:tc>
          <w:tcPr>
            <w:tcW w:w="2736" w:type="dxa"/>
          </w:tcPr>
          <w:p w14:paraId="4D649C9C"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27D8DC19"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152" w:type="dxa"/>
          </w:tcPr>
          <w:p w14:paraId="4580733D"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728" w:type="dxa"/>
          </w:tcPr>
          <w:p w14:paraId="6BD1C1ED"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690987F9" w14:textId="77777777" w:rsidR="00A971E8" w:rsidRPr="00B35BDA" w:rsidRDefault="00C10633">
            <w:pPr>
              <w:jc w:val="center"/>
              <w:rPr>
                <w:lang w:val="es-CO"/>
              </w:rPr>
            </w:pPr>
            <w:r w:rsidRPr="00B35BDA">
              <w:rPr>
                <w:rFonts w:ascii="Arial" w:eastAsia="Arial" w:hAnsi="Arial" w:cs="Arial"/>
                <w:sz w:val="20"/>
                <w:lang w:val="es-CO"/>
              </w:rPr>
              <w:t xml:space="preserve"> </w:t>
            </w:r>
          </w:p>
        </w:tc>
      </w:tr>
    </w:tbl>
    <w:p w14:paraId="2AF81C29" w14:textId="77777777" w:rsidR="00A971E8" w:rsidRPr="00B35BDA" w:rsidRDefault="00A971E8">
      <w:pPr>
        <w:spacing w:after="40"/>
        <w:rPr>
          <w:lang w:val="es-CO"/>
        </w:rPr>
      </w:pPr>
    </w:p>
    <w:p w14:paraId="0B5D0F77" w14:textId="77777777" w:rsidR="00A971E8" w:rsidRPr="00B35BDA" w:rsidRDefault="00C10633">
      <w:pPr>
        <w:spacing w:after="120"/>
        <w:jc w:val="both"/>
        <w:rPr>
          <w:lang w:val="es-CO"/>
        </w:rPr>
      </w:pPr>
      <w:r w:rsidRPr="00B35BDA">
        <w:rPr>
          <w:rFonts w:ascii="Arial" w:eastAsia="Arial" w:hAnsi="Arial" w:cs="Arial"/>
          <w:lang w:val="es-CO"/>
        </w:rPr>
        <w:t>Total de participación de mujeres: ______ %.</w:t>
      </w:r>
    </w:p>
    <w:p w14:paraId="0C26EF0C" w14:textId="77777777" w:rsidR="00A971E8" w:rsidRPr="00B35BDA" w:rsidRDefault="00C10633">
      <w:pPr>
        <w:spacing w:after="120"/>
        <w:jc w:val="both"/>
        <w:rPr>
          <w:lang w:val="es-CO"/>
        </w:rPr>
      </w:pPr>
      <w:r w:rsidRPr="00B35BDA">
        <w:rPr>
          <w:rFonts w:ascii="Arial" w:eastAsia="Arial" w:hAnsi="Arial" w:cs="Arial"/>
          <w:lang w:val="es-CO"/>
        </w:rPr>
        <w:t>Certificamos que las mujeres relacionadas son titulares de más del cincuenta por ciento (50%) de las acciones, partes de interés o cuotas de participación de la persona jurídica, y que los derechos de propiedad les han pertenecido durante al menos el último año anterior a la fecha de cierre del Proceso de Selección.</w:t>
      </w:r>
    </w:p>
    <w:p w14:paraId="4CAD5648" w14:textId="77777777" w:rsidR="00A971E8" w:rsidRPr="00B35BDA" w:rsidRDefault="00C10633">
      <w:pPr>
        <w:keepNext/>
        <w:spacing w:before="200" w:after="80"/>
        <w:rPr>
          <w:lang w:val="es-CO"/>
        </w:rPr>
      </w:pPr>
      <w:r w:rsidRPr="00B35BDA">
        <w:rPr>
          <w:rFonts w:ascii="Arial" w:eastAsia="Arial" w:hAnsi="Arial" w:cs="Arial"/>
          <w:b/>
          <w:lang w:val="es-CO"/>
        </w:rPr>
        <w:t>SECCIÓN B – Mujeres en empleos del nivel directivo (criterio 2)</w:t>
      </w:r>
    </w:p>
    <w:p w14:paraId="30D3E777" w14:textId="77777777" w:rsidR="00A971E8" w:rsidRPr="00B35BDA" w:rsidRDefault="00C10633">
      <w:pPr>
        <w:spacing w:after="120"/>
        <w:jc w:val="both"/>
        <w:rPr>
          <w:lang w:val="es-CO"/>
        </w:rPr>
      </w:pPr>
      <w:r w:rsidRPr="00B35BDA">
        <w:rPr>
          <w:rFonts w:ascii="Arial" w:eastAsia="Arial" w:hAnsi="Arial" w:cs="Arial"/>
          <w:i/>
          <w:sz w:val="20"/>
          <w:shd w:val="clear" w:color="auto" w:fill="D9D9D9"/>
          <w:lang w:val="es-CO"/>
        </w:rPr>
        <w:t>[Diligencie solo si marcó el criterio 2. Relacione todos los cargos del nivel directivo. Se entiende por empleos del nivel directivo aquellos cuyas funciones están relacionadas con la dirección de áreas misionales de la empresa y la toma de decisiones a nivel estratégico, o que por su jerarquía representan al empleador.]</w:t>
      </w:r>
    </w:p>
    <w:tbl>
      <w:tblPr>
        <w:tblStyle w:val="Tablaconcuadrcula"/>
        <w:tblW w:w="0" w:type="auto"/>
        <w:jc w:val="center"/>
        <w:tblLayout w:type="fixed"/>
        <w:tblLook w:val="04A0" w:firstRow="1" w:lastRow="0" w:firstColumn="1" w:lastColumn="0" w:noHBand="0" w:noVBand="1"/>
      </w:tblPr>
      <w:tblGrid>
        <w:gridCol w:w="2160"/>
        <w:gridCol w:w="2736"/>
        <w:gridCol w:w="1872"/>
        <w:gridCol w:w="1008"/>
        <w:gridCol w:w="1584"/>
      </w:tblGrid>
      <w:tr w:rsidR="00A971E8" w:rsidRPr="00B35BDA" w14:paraId="4E89156C" w14:textId="77777777">
        <w:trPr>
          <w:cantSplit/>
          <w:tblHeader/>
          <w:jc w:val="center"/>
        </w:trPr>
        <w:tc>
          <w:tcPr>
            <w:tcW w:w="2160" w:type="dxa"/>
          </w:tcPr>
          <w:p w14:paraId="4C639BDE" w14:textId="77777777" w:rsidR="00A971E8" w:rsidRDefault="00C10633">
            <w:pPr>
              <w:jc w:val="center"/>
            </w:pPr>
            <w:r>
              <w:rPr>
                <w:rFonts w:ascii="Arial" w:eastAsia="Arial" w:hAnsi="Arial" w:cs="Arial"/>
                <w:b/>
                <w:sz w:val="20"/>
              </w:rPr>
              <w:t>Cargo directivo</w:t>
            </w:r>
          </w:p>
        </w:tc>
        <w:tc>
          <w:tcPr>
            <w:tcW w:w="2736" w:type="dxa"/>
          </w:tcPr>
          <w:p w14:paraId="245F731C" w14:textId="77777777" w:rsidR="00A971E8" w:rsidRDefault="00C10633">
            <w:pPr>
              <w:jc w:val="center"/>
            </w:pPr>
            <w:r>
              <w:rPr>
                <w:rFonts w:ascii="Arial" w:eastAsia="Arial" w:hAnsi="Arial" w:cs="Arial"/>
                <w:b/>
                <w:sz w:val="20"/>
              </w:rPr>
              <w:t>Nombre completo</w:t>
            </w:r>
          </w:p>
        </w:tc>
        <w:tc>
          <w:tcPr>
            <w:tcW w:w="1872" w:type="dxa"/>
          </w:tcPr>
          <w:p w14:paraId="7CCFBC61" w14:textId="77777777" w:rsidR="00A971E8" w:rsidRPr="00B35BDA" w:rsidRDefault="00C10633">
            <w:pPr>
              <w:jc w:val="center"/>
              <w:rPr>
                <w:lang w:val="es-CO"/>
              </w:rPr>
            </w:pPr>
            <w:r w:rsidRPr="00B35BDA">
              <w:rPr>
                <w:rFonts w:ascii="Arial" w:eastAsia="Arial" w:hAnsi="Arial" w:cs="Arial"/>
                <w:b/>
                <w:sz w:val="20"/>
                <w:lang w:val="es-CO"/>
              </w:rPr>
              <w:t>N.° de documento de identidad</w:t>
            </w:r>
          </w:p>
        </w:tc>
        <w:tc>
          <w:tcPr>
            <w:tcW w:w="1008" w:type="dxa"/>
          </w:tcPr>
          <w:p w14:paraId="487AD2D1" w14:textId="77777777" w:rsidR="00A971E8" w:rsidRDefault="00C10633">
            <w:pPr>
              <w:jc w:val="center"/>
            </w:pPr>
            <w:r>
              <w:rPr>
                <w:rFonts w:ascii="Arial" w:eastAsia="Arial" w:hAnsi="Arial" w:cs="Arial"/>
                <w:b/>
                <w:sz w:val="20"/>
              </w:rPr>
              <w:t>¿Mujer? (Sí/No)</w:t>
            </w:r>
          </w:p>
        </w:tc>
        <w:tc>
          <w:tcPr>
            <w:tcW w:w="1584" w:type="dxa"/>
          </w:tcPr>
          <w:p w14:paraId="2AF68640" w14:textId="77777777" w:rsidR="00A971E8" w:rsidRPr="00B35BDA" w:rsidRDefault="00C10633">
            <w:pPr>
              <w:jc w:val="center"/>
              <w:rPr>
                <w:lang w:val="es-CO"/>
              </w:rPr>
            </w:pPr>
            <w:r w:rsidRPr="00B35BDA">
              <w:rPr>
                <w:rFonts w:ascii="Arial" w:eastAsia="Arial" w:hAnsi="Arial" w:cs="Arial"/>
                <w:b/>
                <w:sz w:val="20"/>
                <w:lang w:val="es-CO"/>
              </w:rPr>
              <w:t>Vinculada desde (dd/mm/aaaa)</w:t>
            </w:r>
          </w:p>
        </w:tc>
      </w:tr>
      <w:tr w:rsidR="00A971E8" w:rsidRPr="00B35BDA" w14:paraId="35F7ED91" w14:textId="77777777">
        <w:trPr>
          <w:cantSplit/>
          <w:trHeight w:val="432"/>
          <w:jc w:val="center"/>
        </w:trPr>
        <w:tc>
          <w:tcPr>
            <w:tcW w:w="2160" w:type="dxa"/>
          </w:tcPr>
          <w:p w14:paraId="7C07B7B5"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2736" w:type="dxa"/>
          </w:tcPr>
          <w:p w14:paraId="4F1F9509"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09A564E5"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008" w:type="dxa"/>
          </w:tcPr>
          <w:p w14:paraId="291C6AE0"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584" w:type="dxa"/>
          </w:tcPr>
          <w:p w14:paraId="423CEA5E" w14:textId="77777777" w:rsidR="00A971E8" w:rsidRPr="00B35BDA" w:rsidRDefault="00C10633">
            <w:pPr>
              <w:jc w:val="center"/>
              <w:rPr>
                <w:lang w:val="es-CO"/>
              </w:rPr>
            </w:pPr>
            <w:r w:rsidRPr="00B35BDA">
              <w:rPr>
                <w:rFonts w:ascii="Arial" w:eastAsia="Arial" w:hAnsi="Arial" w:cs="Arial"/>
                <w:sz w:val="20"/>
                <w:lang w:val="es-CO"/>
              </w:rPr>
              <w:t xml:space="preserve"> </w:t>
            </w:r>
          </w:p>
        </w:tc>
      </w:tr>
      <w:tr w:rsidR="00A971E8" w:rsidRPr="00B35BDA" w14:paraId="5C4FF0D7" w14:textId="77777777">
        <w:trPr>
          <w:cantSplit/>
          <w:trHeight w:val="432"/>
          <w:jc w:val="center"/>
        </w:trPr>
        <w:tc>
          <w:tcPr>
            <w:tcW w:w="2160" w:type="dxa"/>
          </w:tcPr>
          <w:p w14:paraId="0361B037"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2736" w:type="dxa"/>
          </w:tcPr>
          <w:p w14:paraId="55B1EDF8"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26032195"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008" w:type="dxa"/>
          </w:tcPr>
          <w:p w14:paraId="612C067A"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584" w:type="dxa"/>
          </w:tcPr>
          <w:p w14:paraId="71015CBF" w14:textId="77777777" w:rsidR="00A971E8" w:rsidRPr="00B35BDA" w:rsidRDefault="00C10633">
            <w:pPr>
              <w:jc w:val="center"/>
              <w:rPr>
                <w:lang w:val="es-CO"/>
              </w:rPr>
            </w:pPr>
            <w:r w:rsidRPr="00B35BDA">
              <w:rPr>
                <w:rFonts w:ascii="Arial" w:eastAsia="Arial" w:hAnsi="Arial" w:cs="Arial"/>
                <w:sz w:val="20"/>
                <w:lang w:val="es-CO"/>
              </w:rPr>
              <w:t xml:space="preserve"> </w:t>
            </w:r>
          </w:p>
        </w:tc>
      </w:tr>
      <w:tr w:rsidR="00A971E8" w:rsidRPr="00B35BDA" w14:paraId="3DCF6519" w14:textId="77777777">
        <w:trPr>
          <w:cantSplit/>
          <w:trHeight w:val="432"/>
          <w:jc w:val="center"/>
        </w:trPr>
        <w:tc>
          <w:tcPr>
            <w:tcW w:w="2160" w:type="dxa"/>
          </w:tcPr>
          <w:p w14:paraId="01D73FDA"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2736" w:type="dxa"/>
          </w:tcPr>
          <w:p w14:paraId="39B93635"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116168F3"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008" w:type="dxa"/>
          </w:tcPr>
          <w:p w14:paraId="6103E6A7"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584" w:type="dxa"/>
          </w:tcPr>
          <w:p w14:paraId="6DB46D3B" w14:textId="77777777" w:rsidR="00A971E8" w:rsidRPr="00B35BDA" w:rsidRDefault="00C10633">
            <w:pPr>
              <w:jc w:val="center"/>
              <w:rPr>
                <w:lang w:val="es-CO"/>
              </w:rPr>
            </w:pPr>
            <w:r w:rsidRPr="00B35BDA">
              <w:rPr>
                <w:rFonts w:ascii="Arial" w:eastAsia="Arial" w:hAnsi="Arial" w:cs="Arial"/>
                <w:sz w:val="20"/>
                <w:lang w:val="es-CO"/>
              </w:rPr>
              <w:t xml:space="preserve"> </w:t>
            </w:r>
          </w:p>
        </w:tc>
      </w:tr>
      <w:tr w:rsidR="00A971E8" w:rsidRPr="00B35BDA" w14:paraId="67332348" w14:textId="77777777">
        <w:trPr>
          <w:cantSplit/>
          <w:trHeight w:val="432"/>
          <w:jc w:val="center"/>
        </w:trPr>
        <w:tc>
          <w:tcPr>
            <w:tcW w:w="2160" w:type="dxa"/>
          </w:tcPr>
          <w:p w14:paraId="586642E0" w14:textId="77777777" w:rsidR="00A971E8" w:rsidRPr="00B35BDA" w:rsidRDefault="00C10633">
            <w:pPr>
              <w:jc w:val="center"/>
              <w:rPr>
                <w:lang w:val="es-CO"/>
              </w:rPr>
            </w:pPr>
            <w:r w:rsidRPr="00B35BDA">
              <w:rPr>
                <w:rFonts w:ascii="Arial" w:eastAsia="Arial" w:hAnsi="Arial" w:cs="Arial"/>
                <w:sz w:val="20"/>
                <w:lang w:val="es-CO"/>
              </w:rPr>
              <w:lastRenderedPageBreak/>
              <w:t xml:space="preserve"> </w:t>
            </w:r>
          </w:p>
        </w:tc>
        <w:tc>
          <w:tcPr>
            <w:tcW w:w="2736" w:type="dxa"/>
          </w:tcPr>
          <w:p w14:paraId="66208090"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07F0F174"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008" w:type="dxa"/>
          </w:tcPr>
          <w:p w14:paraId="416B9A26"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584" w:type="dxa"/>
          </w:tcPr>
          <w:p w14:paraId="580587AF" w14:textId="77777777" w:rsidR="00A971E8" w:rsidRPr="00B35BDA" w:rsidRDefault="00C10633">
            <w:pPr>
              <w:jc w:val="center"/>
              <w:rPr>
                <w:lang w:val="es-CO"/>
              </w:rPr>
            </w:pPr>
            <w:r w:rsidRPr="00B35BDA">
              <w:rPr>
                <w:rFonts w:ascii="Arial" w:eastAsia="Arial" w:hAnsi="Arial" w:cs="Arial"/>
                <w:sz w:val="20"/>
                <w:lang w:val="es-CO"/>
              </w:rPr>
              <w:t xml:space="preserve"> </w:t>
            </w:r>
          </w:p>
        </w:tc>
      </w:tr>
      <w:tr w:rsidR="00A971E8" w:rsidRPr="00B35BDA" w14:paraId="4DDDEAA3" w14:textId="77777777">
        <w:trPr>
          <w:cantSplit/>
          <w:trHeight w:val="432"/>
          <w:jc w:val="center"/>
        </w:trPr>
        <w:tc>
          <w:tcPr>
            <w:tcW w:w="2160" w:type="dxa"/>
          </w:tcPr>
          <w:p w14:paraId="2FDD71C6"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2736" w:type="dxa"/>
          </w:tcPr>
          <w:p w14:paraId="5D6292FE"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872" w:type="dxa"/>
          </w:tcPr>
          <w:p w14:paraId="29AE00DA"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008" w:type="dxa"/>
          </w:tcPr>
          <w:p w14:paraId="1363783A"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1584" w:type="dxa"/>
          </w:tcPr>
          <w:p w14:paraId="6A07F20E" w14:textId="77777777" w:rsidR="00A971E8" w:rsidRPr="00B35BDA" w:rsidRDefault="00C10633">
            <w:pPr>
              <w:jc w:val="center"/>
              <w:rPr>
                <w:lang w:val="es-CO"/>
              </w:rPr>
            </w:pPr>
            <w:r w:rsidRPr="00B35BDA">
              <w:rPr>
                <w:rFonts w:ascii="Arial" w:eastAsia="Arial" w:hAnsi="Arial" w:cs="Arial"/>
                <w:sz w:val="20"/>
                <w:lang w:val="es-CO"/>
              </w:rPr>
              <w:t xml:space="preserve"> </w:t>
            </w:r>
          </w:p>
        </w:tc>
      </w:tr>
    </w:tbl>
    <w:p w14:paraId="557F4A1A" w14:textId="77777777" w:rsidR="00A971E8" w:rsidRPr="00B35BDA" w:rsidRDefault="00A971E8">
      <w:pPr>
        <w:spacing w:after="40"/>
        <w:rPr>
          <w:lang w:val="es-CO"/>
        </w:rPr>
      </w:pPr>
    </w:p>
    <w:p w14:paraId="0F4AADF3" w14:textId="77777777" w:rsidR="00A971E8" w:rsidRPr="00B35BDA" w:rsidRDefault="00C10633">
      <w:pPr>
        <w:spacing w:after="120"/>
        <w:jc w:val="both"/>
        <w:rPr>
          <w:lang w:val="es-CO"/>
        </w:rPr>
      </w:pPr>
      <w:r w:rsidRPr="00B35BDA">
        <w:rPr>
          <w:rFonts w:ascii="Arial" w:eastAsia="Arial" w:hAnsi="Arial" w:cs="Arial"/>
          <w:lang w:val="es-CO"/>
        </w:rPr>
        <w:t>Total de empleos del nivel directivo: ______. Empleos ejercidos por mujeres: ______ (______ %).</w:t>
      </w:r>
    </w:p>
    <w:p w14:paraId="3F000956" w14:textId="77777777" w:rsidR="00A971E8" w:rsidRPr="00B35BDA" w:rsidRDefault="00C10633">
      <w:pPr>
        <w:spacing w:after="120"/>
        <w:jc w:val="both"/>
        <w:rPr>
          <w:lang w:val="es-CO"/>
        </w:rPr>
      </w:pPr>
      <w:r w:rsidRPr="00B35BDA">
        <w:rPr>
          <w:rFonts w:ascii="Arial" w:eastAsia="Arial" w:hAnsi="Arial" w:cs="Arial"/>
          <w:lang w:val="es-CO"/>
        </w:rPr>
        <w:t>Certificamos que por lo menos el cincuenta por ciento (50%) de los empleos del nivel directivo de la persona jurídica son ejercidos por mujeres, quienes han estado vinculadas laboralmente a la empresa durante al menos el último año anterior a la fecha de cierre del Proceso de Selección, en el mismo cargo u otro del mismo nivel.</w:t>
      </w:r>
    </w:p>
    <w:p w14:paraId="7F72FBB5" w14:textId="77777777" w:rsidR="00A971E8" w:rsidRPr="00B35BDA" w:rsidRDefault="00C10633">
      <w:pPr>
        <w:keepNext/>
        <w:spacing w:before="200" w:after="80"/>
        <w:rPr>
          <w:lang w:val="es-CO"/>
        </w:rPr>
      </w:pPr>
      <w:r w:rsidRPr="00B35BDA">
        <w:rPr>
          <w:rFonts w:ascii="Arial" w:eastAsia="Arial" w:hAnsi="Arial" w:cs="Arial"/>
          <w:b/>
          <w:lang w:val="es-CO"/>
        </w:rPr>
        <w:t>SECCIÓN C – Persona natural con establecimiento de comercio (criterio 3)</w:t>
      </w:r>
    </w:p>
    <w:p w14:paraId="792F5C4A" w14:textId="77777777" w:rsidR="00A971E8" w:rsidRPr="00B35BDA" w:rsidRDefault="00C10633">
      <w:pPr>
        <w:spacing w:after="120"/>
        <w:jc w:val="both"/>
        <w:rPr>
          <w:lang w:val="es-CO"/>
        </w:rPr>
      </w:pPr>
      <w:r w:rsidRPr="00B35BDA">
        <w:rPr>
          <w:rFonts w:ascii="Arial" w:eastAsia="Arial" w:hAnsi="Arial" w:cs="Arial"/>
          <w:i/>
          <w:sz w:val="20"/>
          <w:shd w:val="clear" w:color="auto" w:fill="D9D9D9"/>
          <w:lang w:val="es-CO"/>
        </w:rPr>
        <w:t>[Diligencie solo si marcó el criterio 3.]</w:t>
      </w:r>
    </w:p>
    <w:tbl>
      <w:tblPr>
        <w:tblStyle w:val="Tablaconcuadrcula"/>
        <w:tblW w:w="0" w:type="auto"/>
        <w:jc w:val="center"/>
        <w:tblLayout w:type="fixed"/>
        <w:tblLook w:val="04A0" w:firstRow="1" w:lastRow="0" w:firstColumn="1" w:lastColumn="0" w:noHBand="0" w:noVBand="1"/>
      </w:tblPr>
      <w:tblGrid>
        <w:gridCol w:w="4752"/>
        <w:gridCol w:w="4608"/>
      </w:tblGrid>
      <w:tr w:rsidR="00A971E8" w14:paraId="73113C3C" w14:textId="77777777">
        <w:trPr>
          <w:cantSplit/>
          <w:tblHeader/>
          <w:jc w:val="center"/>
        </w:trPr>
        <w:tc>
          <w:tcPr>
            <w:tcW w:w="4752" w:type="dxa"/>
          </w:tcPr>
          <w:p w14:paraId="28F487BB" w14:textId="77777777" w:rsidR="00A971E8" w:rsidRDefault="00C10633">
            <w:pPr>
              <w:jc w:val="center"/>
            </w:pPr>
            <w:r>
              <w:rPr>
                <w:rFonts w:ascii="Arial" w:eastAsia="Arial" w:hAnsi="Arial" w:cs="Arial"/>
                <w:b/>
                <w:sz w:val="20"/>
              </w:rPr>
              <w:t>Dato</w:t>
            </w:r>
          </w:p>
        </w:tc>
        <w:tc>
          <w:tcPr>
            <w:tcW w:w="4608" w:type="dxa"/>
          </w:tcPr>
          <w:p w14:paraId="4807ECB8" w14:textId="77777777" w:rsidR="00A971E8" w:rsidRDefault="00C10633">
            <w:pPr>
              <w:jc w:val="center"/>
            </w:pPr>
            <w:r>
              <w:rPr>
                <w:rFonts w:ascii="Arial" w:eastAsia="Arial" w:hAnsi="Arial" w:cs="Arial"/>
                <w:b/>
                <w:sz w:val="20"/>
              </w:rPr>
              <w:t>Información</w:t>
            </w:r>
          </w:p>
        </w:tc>
      </w:tr>
      <w:tr w:rsidR="00A971E8" w:rsidRPr="00B35BDA" w14:paraId="165963E3" w14:textId="77777777">
        <w:trPr>
          <w:cantSplit/>
          <w:jc w:val="center"/>
        </w:trPr>
        <w:tc>
          <w:tcPr>
            <w:tcW w:w="4752" w:type="dxa"/>
          </w:tcPr>
          <w:p w14:paraId="7740D17D" w14:textId="77777777" w:rsidR="00A971E8" w:rsidRPr="00B35BDA" w:rsidRDefault="00C10633">
            <w:pPr>
              <w:rPr>
                <w:lang w:val="es-CO"/>
              </w:rPr>
            </w:pPr>
            <w:r w:rsidRPr="00B35BDA">
              <w:rPr>
                <w:rFonts w:ascii="Arial" w:eastAsia="Arial" w:hAnsi="Arial" w:cs="Arial"/>
                <w:sz w:val="20"/>
                <w:lang w:val="es-CO"/>
              </w:rPr>
              <w:t>Nombre de la persona natural proponente</w:t>
            </w:r>
          </w:p>
        </w:tc>
        <w:tc>
          <w:tcPr>
            <w:tcW w:w="4608" w:type="dxa"/>
          </w:tcPr>
          <w:p w14:paraId="0CB1A6D1" w14:textId="77777777" w:rsidR="00A971E8" w:rsidRPr="00B35BDA" w:rsidRDefault="00C10633">
            <w:pPr>
              <w:rPr>
                <w:lang w:val="es-CO"/>
              </w:rPr>
            </w:pPr>
            <w:r w:rsidRPr="00B35BDA">
              <w:rPr>
                <w:rFonts w:ascii="Arial" w:eastAsia="Arial" w:hAnsi="Arial" w:cs="Arial"/>
                <w:sz w:val="20"/>
                <w:lang w:val="es-CO"/>
              </w:rPr>
              <w:t xml:space="preserve"> </w:t>
            </w:r>
          </w:p>
        </w:tc>
      </w:tr>
      <w:tr w:rsidR="00A971E8" w:rsidRPr="00B35BDA" w14:paraId="768E414B" w14:textId="77777777">
        <w:trPr>
          <w:cantSplit/>
          <w:jc w:val="center"/>
        </w:trPr>
        <w:tc>
          <w:tcPr>
            <w:tcW w:w="4752" w:type="dxa"/>
          </w:tcPr>
          <w:p w14:paraId="7E59CBA2" w14:textId="77777777" w:rsidR="00A971E8" w:rsidRPr="00B35BDA" w:rsidRDefault="00C10633">
            <w:pPr>
              <w:rPr>
                <w:lang w:val="es-CO"/>
              </w:rPr>
            </w:pPr>
            <w:r w:rsidRPr="00B35BDA">
              <w:rPr>
                <w:rFonts w:ascii="Arial" w:eastAsia="Arial" w:hAnsi="Arial" w:cs="Arial"/>
                <w:sz w:val="20"/>
                <w:lang w:val="es-CO"/>
              </w:rPr>
              <w:t>Documento de identidad (C.C., C.E. o pasaporte) N.°</w:t>
            </w:r>
          </w:p>
        </w:tc>
        <w:tc>
          <w:tcPr>
            <w:tcW w:w="4608" w:type="dxa"/>
          </w:tcPr>
          <w:p w14:paraId="55E613B1" w14:textId="77777777" w:rsidR="00A971E8" w:rsidRPr="00B35BDA" w:rsidRDefault="00C10633">
            <w:pPr>
              <w:rPr>
                <w:lang w:val="es-CO"/>
              </w:rPr>
            </w:pPr>
            <w:r w:rsidRPr="00B35BDA">
              <w:rPr>
                <w:rFonts w:ascii="Arial" w:eastAsia="Arial" w:hAnsi="Arial" w:cs="Arial"/>
                <w:sz w:val="20"/>
                <w:lang w:val="es-CO"/>
              </w:rPr>
              <w:t xml:space="preserve"> </w:t>
            </w:r>
          </w:p>
        </w:tc>
      </w:tr>
      <w:tr w:rsidR="00A971E8" w:rsidRPr="00B35BDA" w14:paraId="1FF44F7D" w14:textId="77777777">
        <w:trPr>
          <w:cantSplit/>
          <w:jc w:val="center"/>
        </w:trPr>
        <w:tc>
          <w:tcPr>
            <w:tcW w:w="4752" w:type="dxa"/>
          </w:tcPr>
          <w:p w14:paraId="4A6BCBD6" w14:textId="77777777" w:rsidR="00A971E8" w:rsidRPr="00B35BDA" w:rsidRDefault="00C10633">
            <w:pPr>
              <w:rPr>
                <w:lang w:val="es-CO"/>
              </w:rPr>
            </w:pPr>
            <w:r w:rsidRPr="00B35BDA">
              <w:rPr>
                <w:rFonts w:ascii="Arial" w:eastAsia="Arial" w:hAnsi="Arial" w:cs="Arial"/>
                <w:sz w:val="20"/>
                <w:lang w:val="es-CO"/>
              </w:rPr>
              <w:t>Nombre del establecimiento de comercio</w:t>
            </w:r>
          </w:p>
        </w:tc>
        <w:tc>
          <w:tcPr>
            <w:tcW w:w="4608" w:type="dxa"/>
          </w:tcPr>
          <w:p w14:paraId="2477B8AB" w14:textId="77777777" w:rsidR="00A971E8" w:rsidRPr="00B35BDA" w:rsidRDefault="00C10633">
            <w:pPr>
              <w:rPr>
                <w:lang w:val="es-CO"/>
              </w:rPr>
            </w:pPr>
            <w:r w:rsidRPr="00B35BDA">
              <w:rPr>
                <w:rFonts w:ascii="Arial" w:eastAsia="Arial" w:hAnsi="Arial" w:cs="Arial"/>
                <w:sz w:val="20"/>
                <w:lang w:val="es-CO"/>
              </w:rPr>
              <w:t xml:space="preserve"> </w:t>
            </w:r>
          </w:p>
        </w:tc>
      </w:tr>
      <w:tr w:rsidR="00A971E8" w14:paraId="7EE6AEB6" w14:textId="77777777">
        <w:trPr>
          <w:cantSplit/>
          <w:jc w:val="center"/>
        </w:trPr>
        <w:tc>
          <w:tcPr>
            <w:tcW w:w="4752" w:type="dxa"/>
          </w:tcPr>
          <w:p w14:paraId="7A9A404E" w14:textId="77777777" w:rsidR="00A971E8" w:rsidRDefault="00C10633">
            <w:r>
              <w:rPr>
                <w:rFonts w:ascii="Arial" w:eastAsia="Arial" w:hAnsi="Arial" w:cs="Arial"/>
                <w:sz w:val="20"/>
              </w:rPr>
              <w:t>Matrícula mercantil N.°</w:t>
            </w:r>
          </w:p>
        </w:tc>
        <w:tc>
          <w:tcPr>
            <w:tcW w:w="4608" w:type="dxa"/>
          </w:tcPr>
          <w:p w14:paraId="0AA1DEA2" w14:textId="77777777" w:rsidR="00A971E8" w:rsidRDefault="00C10633">
            <w:r>
              <w:rPr>
                <w:rFonts w:ascii="Arial" w:eastAsia="Arial" w:hAnsi="Arial" w:cs="Arial"/>
                <w:sz w:val="20"/>
              </w:rPr>
              <w:t xml:space="preserve"> </w:t>
            </w:r>
          </w:p>
        </w:tc>
      </w:tr>
      <w:tr w:rsidR="00A971E8" w:rsidRPr="00B35BDA" w14:paraId="0C6DE3FE" w14:textId="77777777">
        <w:trPr>
          <w:cantSplit/>
          <w:jc w:val="center"/>
        </w:trPr>
        <w:tc>
          <w:tcPr>
            <w:tcW w:w="4752" w:type="dxa"/>
          </w:tcPr>
          <w:p w14:paraId="72C96F5B" w14:textId="77777777" w:rsidR="00A971E8" w:rsidRPr="00B35BDA" w:rsidRDefault="00C10633">
            <w:pPr>
              <w:rPr>
                <w:lang w:val="es-CO"/>
              </w:rPr>
            </w:pPr>
            <w:r w:rsidRPr="00B35BDA">
              <w:rPr>
                <w:rFonts w:ascii="Arial" w:eastAsia="Arial" w:hAnsi="Arial" w:cs="Arial"/>
                <w:sz w:val="20"/>
                <w:lang w:val="es-CO"/>
              </w:rPr>
              <w:t>Fecha de matrícula o de inicio de la actividad comercial (dd/mm/aaaa)</w:t>
            </w:r>
          </w:p>
        </w:tc>
        <w:tc>
          <w:tcPr>
            <w:tcW w:w="4608" w:type="dxa"/>
          </w:tcPr>
          <w:p w14:paraId="34C1DDFC" w14:textId="77777777" w:rsidR="00A971E8" w:rsidRPr="00B35BDA" w:rsidRDefault="00C10633">
            <w:pPr>
              <w:rPr>
                <w:lang w:val="es-CO"/>
              </w:rPr>
            </w:pPr>
            <w:r w:rsidRPr="00B35BDA">
              <w:rPr>
                <w:rFonts w:ascii="Arial" w:eastAsia="Arial" w:hAnsi="Arial" w:cs="Arial"/>
                <w:sz w:val="20"/>
                <w:lang w:val="es-CO"/>
              </w:rPr>
              <w:t xml:space="preserve"> </w:t>
            </w:r>
          </w:p>
        </w:tc>
      </w:tr>
    </w:tbl>
    <w:p w14:paraId="6ED039C6" w14:textId="77777777" w:rsidR="00A971E8" w:rsidRPr="00B35BDA" w:rsidRDefault="00A971E8">
      <w:pPr>
        <w:spacing w:after="40"/>
        <w:rPr>
          <w:lang w:val="es-CO"/>
        </w:rPr>
      </w:pPr>
    </w:p>
    <w:p w14:paraId="45454B1A" w14:textId="77777777" w:rsidR="00A971E8" w:rsidRPr="00B35BDA" w:rsidRDefault="00C10633">
      <w:pPr>
        <w:spacing w:after="120"/>
        <w:jc w:val="both"/>
        <w:rPr>
          <w:lang w:val="es-CO"/>
        </w:rPr>
      </w:pPr>
      <w:r w:rsidRPr="00B35BDA">
        <w:rPr>
          <w:rFonts w:ascii="Arial" w:eastAsia="Arial" w:hAnsi="Arial" w:cs="Arial"/>
          <w:lang w:val="es-CO"/>
        </w:rPr>
        <w:t>Declaro que, como mujer, he ejercido actividades comerciales a través del establecimiento de comercio indicado durante al menos el último año anterior a la fecha de cierre del Proceso de Selección.</w:t>
      </w:r>
    </w:p>
    <w:p w14:paraId="0E5F0D20" w14:textId="77777777" w:rsidR="00A971E8" w:rsidRPr="00B35BDA" w:rsidRDefault="00C10633">
      <w:pPr>
        <w:keepNext/>
        <w:spacing w:before="200" w:after="80"/>
        <w:rPr>
          <w:lang w:val="es-CO"/>
        </w:rPr>
      </w:pPr>
      <w:r w:rsidRPr="00B35BDA">
        <w:rPr>
          <w:rFonts w:ascii="Arial" w:eastAsia="Arial" w:hAnsi="Arial" w:cs="Arial"/>
          <w:b/>
          <w:lang w:val="es-CO"/>
        </w:rPr>
        <w:t>SECCIÓN D – Asociaciones y cooperativas (criterio 4)</w:t>
      </w:r>
    </w:p>
    <w:p w14:paraId="6F872E95" w14:textId="77777777" w:rsidR="00A971E8" w:rsidRPr="00B35BDA" w:rsidRDefault="00C10633">
      <w:pPr>
        <w:spacing w:after="120"/>
        <w:jc w:val="both"/>
        <w:rPr>
          <w:lang w:val="es-CO"/>
        </w:rPr>
      </w:pPr>
      <w:r w:rsidRPr="00B35BDA">
        <w:rPr>
          <w:rFonts w:ascii="Arial" w:eastAsia="Arial" w:hAnsi="Arial" w:cs="Arial"/>
          <w:i/>
          <w:sz w:val="20"/>
          <w:shd w:val="clear" w:color="auto" w:fill="D9D9D9"/>
          <w:lang w:val="es-CO"/>
        </w:rPr>
        <w:t>[Diligencie solo si marcó el criterio 4.]</w:t>
      </w:r>
    </w:p>
    <w:tbl>
      <w:tblPr>
        <w:tblStyle w:val="Tablaconcuadrcula"/>
        <w:tblW w:w="0" w:type="auto"/>
        <w:jc w:val="center"/>
        <w:tblLook w:val="04A0" w:firstRow="1" w:lastRow="0" w:firstColumn="1" w:lastColumn="0" w:noHBand="0" w:noVBand="1"/>
      </w:tblPr>
      <w:tblGrid>
        <w:gridCol w:w="2338"/>
        <w:gridCol w:w="2337"/>
        <w:gridCol w:w="2337"/>
        <w:gridCol w:w="2338"/>
      </w:tblGrid>
      <w:tr w:rsidR="00A971E8" w:rsidRPr="00B35BDA" w14:paraId="3EFB1C3C" w14:textId="77777777">
        <w:trPr>
          <w:cantSplit/>
          <w:tblHeader/>
          <w:jc w:val="center"/>
        </w:trPr>
        <w:tc>
          <w:tcPr>
            <w:tcW w:w="2340" w:type="dxa"/>
          </w:tcPr>
          <w:p w14:paraId="3012FF8B" w14:textId="77777777" w:rsidR="00A971E8" w:rsidRDefault="00C10633">
            <w:pPr>
              <w:jc w:val="center"/>
            </w:pPr>
            <w:r>
              <w:rPr>
                <w:rFonts w:ascii="Arial" w:eastAsia="Arial" w:hAnsi="Arial" w:cs="Arial"/>
                <w:b/>
                <w:sz w:val="20"/>
              </w:rPr>
              <w:t>Total de asociados (N.°)</w:t>
            </w:r>
          </w:p>
        </w:tc>
        <w:tc>
          <w:tcPr>
            <w:tcW w:w="2340" w:type="dxa"/>
          </w:tcPr>
          <w:p w14:paraId="63E2433F" w14:textId="77777777" w:rsidR="00A971E8" w:rsidRDefault="00C10633">
            <w:pPr>
              <w:jc w:val="center"/>
            </w:pPr>
            <w:r>
              <w:rPr>
                <w:rFonts w:ascii="Arial" w:eastAsia="Arial" w:hAnsi="Arial" w:cs="Arial"/>
                <w:b/>
                <w:sz w:val="20"/>
              </w:rPr>
              <w:t>Mujeres asociadas (N.°)</w:t>
            </w:r>
          </w:p>
        </w:tc>
        <w:tc>
          <w:tcPr>
            <w:tcW w:w="2340" w:type="dxa"/>
          </w:tcPr>
          <w:p w14:paraId="7A3ABA39" w14:textId="77777777" w:rsidR="00A971E8" w:rsidRDefault="00C10633">
            <w:pPr>
              <w:jc w:val="center"/>
            </w:pPr>
            <w:r>
              <w:rPr>
                <w:rFonts w:ascii="Arial" w:eastAsia="Arial" w:hAnsi="Arial" w:cs="Arial"/>
                <w:b/>
                <w:sz w:val="20"/>
              </w:rPr>
              <w:t>Porcentaje de mujeres (%)</w:t>
            </w:r>
          </w:p>
        </w:tc>
        <w:tc>
          <w:tcPr>
            <w:tcW w:w="2340" w:type="dxa"/>
          </w:tcPr>
          <w:p w14:paraId="3A0723F4" w14:textId="77777777" w:rsidR="00A971E8" w:rsidRPr="00B35BDA" w:rsidRDefault="00C10633">
            <w:pPr>
              <w:jc w:val="center"/>
              <w:rPr>
                <w:lang w:val="es-CO"/>
              </w:rPr>
            </w:pPr>
            <w:r w:rsidRPr="00B35BDA">
              <w:rPr>
                <w:rFonts w:ascii="Arial" w:eastAsia="Arial" w:hAnsi="Arial" w:cs="Arial"/>
                <w:b/>
                <w:sz w:val="20"/>
                <w:lang w:val="es-CO"/>
              </w:rPr>
              <w:t>Mujeres asociadas desde (dd/mm/aaaa)</w:t>
            </w:r>
          </w:p>
        </w:tc>
      </w:tr>
      <w:tr w:rsidR="00A971E8" w:rsidRPr="00B35BDA" w14:paraId="4919BC2A" w14:textId="77777777">
        <w:trPr>
          <w:cantSplit/>
          <w:jc w:val="center"/>
        </w:trPr>
        <w:tc>
          <w:tcPr>
            <w:tcW w:w="2340" w:type="dxa"/>
          </w:tcPr>
          <w:p w14:paraId="42770669"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2340" w:type="dxa"/>
          </w:tcPr>
          <w:p w14:paraId="6B3DB119"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2340" w:type="dxa"/>
          </w:tcPr>
          <w:p w14:paraId="38C00CCF" w14:textId="77777777" w:rsidR="00A971E8" w:rsidRPr="00B35BDA" w:rsidRDefault="00C10633">
            <w:pPr>
              <w:jc w:val="center"/>
              <w:rPr>
                <w:lang w:val="es-CO"/>
              </w:rPr>
            </w:pPr>
            <w:r w:rsidRPr="00B35BDA">
              <w:rPr>
                <w:rFonts w:ascii="Arial" w:eastAsia="Arial" w:hAnsi="Arial" w:cs="Arial"/>
                <w:sz w:val="20"/>
                <w:lang w:val="es-CO"/>
              </w:rPr>
              <w:t xml:space="preserve"> </w:t>
            </w:r>
          </w:p>
        </w:tc>
        <w:tc>
          <w:tcPr>
            <w:tcW w:w="2340" w:type="dxa"/>
          </w:tcPr>
          <w:p w14:paraId="3AB83D70" w14:textId="77777777" w:rsidR="00A971E8" w:rsidRPr="00B35BDA" w:rsidRDefault="00C10633">
            <w:pPr>
              <w:jc w:val="center"/>
              <w:rPr>
                <w:lang w:val="es-CO"/>
              </w:rPr>
            </w:pPr>
            <w:r w:rsidRPr="00B35BDA">
              <w:rPr>
                <w:rFonts w:ascii="Arial" w:eastAsia="Arial" w:hAnsi="Arial" w:cs="Arial"/>
                <w:sz w:val="20"/>
                <w:lang w:val="es-CO"/>
              </w:rPr>
              <w:t xml:space="preserve"> </w:t>
            </w:r>
          </w:p>
        </w:tc>
      </w:tr>
    </w:tbl>
    <w:p w14:paraId="7B548639" w14:textId="77777777" w:rsidR="00A971E8" w:rsidRPr="00B35BDA" w:rsidRDefault="00A971E8">
      <w:pPr>
        <w:spacing w:after="40"/>
        <w:rPr>
          <w:lang w:val="es-CO"/>
        </w:rPr>
      </w:pPr>
    </w:p>
    <w:p w14:paraId="74AE3948" w14:textId="77777777" w:rsidR="00A971E8" w:rsidRPr="00B35BDA" w:rsidRDefault="00C10633">
      <w:pPr>
        <w:spacing w:after="160"/>
        <w:jc w:val="both"/>
        <w:rPr>
          <w:lang w:val="es-CO"/>
        </w:rPr>
      </w:pPr>
      <w:r w:rsidRPr="00B35BDA">
        <w:rPr>
          <w:rFonts w:ascii="Arial" w:eastAsia="Arial" w:hAnsi="Arial" w:cs="Arial"/>
          <w:lang w:val="es-CO"/>
        </w:rPr>
        <w:t>Certifico que más del cincuenta por ciento (50%) de los asociados son mujeres y que su participación les ha correspondido durante al menos el último año anterior a la fecha de cierre del Proceso de Selección.</w:t>
      </w:r>
    </w:p>
    <w:p w14:paraId="5AD873AB" w14:textId="77777777" w:rsidR="00A971E8" w:rsidRPr="00B35BDA" w:rsidRDefault="00C10633">
      <w:pPr>
        <w:keepNext/>
        <w:spacing w:before="200" w:after="80"/>
        <w:rPr>
          <w:lang w:val="es-CO"/>
        </w:rPr>
      </w:pPr>
      <w:r w:rsidRPr="00B35BDA">
        <w:rPr>
          <w:rFonts w:ascii="Arial" w:eastAsia="Arial" w:hAnsi="Arial" w:cs="Arial"/>
          <w:b/>
          <w:lang w:val="es-CO"/>
        </w:rPr>
        <w:t>DECLARACIONES FINALES</w:t>
      </w:r>
    </w:p>
    <w:p w14:paraId="3CDA5258" w14:textId="77777777" w:rsidR="00A971E8" w:rsidRPr="00B35BDA" w:rsidRDefault="00C10633">
      <w:pPr>
        <w:spacing w:after="120"/>
        <w:ind w:left="504" w:hanging="504"/>
        <w:jc w:val="both"/>
        <w:rPr>
          <w:lang w:val="es-CO"/>
        </w:rPr>
      </w:pPr>
      <w:r w:rsidRPr="00B35BDA">
        <w:rPr>
          <w:rFonts w:ascii="Arial" w:eastAsia="Arial" w:hAnsi="Arial" w:cs="Arial"/>
          <w:lang w:val="es-CO"/>
        </w:rPr>
        <w:t>1.</w:t>
      </w:r>
      <w:r w:rsidRPr="00B35BDA">
        <w:rPr>
          <w:rFonts w:ascii="Arial" w:eastAsia="Arial" w:hAnsi="Arial" w:cs="Arial"/>
          <w:lang w:val="es-CO"/>
        </w:rPr>
        <w:tab/>
        <w:t>Que la presente certificación se expide con fecha ____ / ____ / ________, la cual no es anterior a treinta (30) días calendario previos a la fecha de cierre del Proceso de Selección.</w:t>
      </w:r>
    </w:p>
    <w:p w14:paraId="1E95D10A" w14:textId="77777777" w:rsidR="00A971E8" w:rsidRPr="00B35BDA" w:rsidRDefault="00C10633">
      <w:pPr>
        <w:spacing w:after="120"/>
        <w:ind w:left="504" w:hanging="504"/>
        <w:jc w:val="both"/>
        <w:rPr>
          <w:lang w:val="es-CO"/>
        </w:rPr>
      </w:pPr>
      <w:r w:rsidRPr="00B35BDA">
        <w:rPr>
          <w:rFonts w:ascii="Arial" w:eastAsia="Arial" w:hAnsi="Arial" w:cs="Arial"/>
          <w:lang w:val="es-CO"/>
        </w:rPr>
        <w:t>2.</w:t>
      </w:r>
      <w:r w:rsidRPr="00B35BDA">
        <w:rPr>
          <w:rFonts w:ascii="Arial" w:eastAsia="Arial" w:hAnsi="Arial" w:cs="Arial"/>
          <w:lang w:val="es-CO"/>
        </w:rPr>
        <w:tab/>
        <w:t>Que la información aquí consignada es veraz y puede ser verificada por la Entidad en cualquier momento, y que los soportes relacionados se adjuntan a la oferta.</w:t>
      </w:r>
    </w:p>
    <w:p w14:paraId="748122A7" w14:textId="77777777" w:rsidR="00A971E8" w:rsidRPr="00B35BDA" w:rsidRDefault="00C10633">
      <w:pPr>
        <w:keepNext/>
        <w:keepLines/>
        <w:spacing w:before="120"/>
        <w:jc w:val="both"/>
        <w:rPr>
          <w:lang w:val="es-CO"/>
        </w:rPr>
      </w:pPr>
      <w:r w:rsidRPr="00B35BDA">
        <w:rPr>
          <w:rFonts w:ascii="Arial" w:eastAsia="Arial" w:hAnsi="Arial" w:cs="Arial"/>
          <w:i/>
          <w:sz w:val="20"/>
          <w:shd w:val="clear" w:color="auto" w:fill="D9D9D9"/>
          <w:lang w:val="es-CO"/>
        </w:rPr>
        <w:lastRenderedPageBreak/>
        <w:t>[Proponentes plurales: el puntaje se asigna únicamente si por lo menos uno de los integrantes acredita que es emprendimiento y empresa de mujeres bajo los criterios anteriores y tiene una participación igual o superior al diez por ciento (10%) en el consorcio o la unión temporal. Integrante que acredita la condición: ______________________ . Participación en el proponente plural: ______ %.]</w:t>
      </w:r>
    </w:p>
    <w:p w14:paraId="191B5F73" w14:textId="77777777" w:rsidR="00A971E8" w:rsidRPr="00B35BDA" w:rsidRDefault="00C10633">
      <w:pPr>
        <w:keepNext/>
        <w:keepLines/>
        <w:spacing w:after="80"/>
        <w:jc w:val="both"/>
        <w:rPr>
          <w:lang w:val="es-CO"/>
        </w:rPr>
      </w:pPr>
      <w:r w:rsidRPr="00B35BDA">
        <w:rPr>
          <w:rFonts w:ascii="Arial" w:eastAsia="Arial" w:hAnsi="Arial" w:cs="Arial"/>
          <w:i/>
          <w:sz w:val="20"/>
          <w:shd w:val="clear" w:color="auto" w:fill="D9D9D9"/>
          <w:lang w:val="es-CO"/>
        </w:rPr>
        <w:t>[Firman: criterios 1 y 2, el representante legal y el revisor fiscal (cuando exista de acuerdo con la ley) o el contador; criterio 3, la persona natural; criterio 4, el representante legal.]</w:t>
      </w:r>
    </w:p>
    <w:p w14:paraId="4A297F24" w14:textId="77777777" w:rsidR="00A971E8" w:rsidRPr="00B35BDA" w:rsidRDefault="00C10633">
      <w:pPr>
        <w:keepNext/>
        <w:rPr>
          <w:lang w:val="es-CO"/>
        </w:rPr>
      </w:pPr>
      <w:r w:rsidRPr="00B35BDA">
        <w:rPr>
          <w:rFonts w:ascii="Arial" w:eastAsia="Arial" w:hAnsi="Arial" w:cs="Arial"/>
          <w:lang w:val="es-CO"/>
        </w:rPr>
        <w:t>En constancia, se firma en _______________, a los ____ días del mes de _________ de 20__.</w:t>
      </w:r>
    </w:p>
    <w:tbl>
      <w:tblPr>
        <w:tblW w:w="0" w:type="auto"/>
        <w:jc w:val="center"/>
        <w:tblLook w:val="04A0" w:firstRow="1" w:lastRow="0" w:firstColumn="1" w:lastColumn="0" w:noHBand="0" w:noVBand="1"/>
      </w:tblPr>
      <w:tblGrid>
        <w:gridCol w:w="4680"/>
        <w:gridCol w:w="4680"/>
      </w:tblGrid>
      <w:tr w:rsidR="00A971E8" w14:paraId="191821C0" w14:textId="77777777">
        <w:trPr>
          <w:cantSplit/>
          <w:jc w:val="center"/>
        </w:trPr>
        <w:tc>
          <w:tcPr>
            <w:tcW w:w="4680" w:type="dxa"/>
          </w:tcPr>
          <w:p w14:paraId="34FF630B" w14:textId="77777777" w:rsidR="00A971E8" w:rsidRDefault="00C10633">
            <w:pPr>
              <w:keepNext/>
              <w:jc w:val="center"/>
            </w:pPr>
            <w:r w:rsidRPr="00B35BDA">
              <w:rPr>
                <w:rFonts w:ascii="Arial" w:eastAsia="Arial" w:hAnsi="Arial" w:cs="Arial"/>
                <w:lang w:val="es-CO"/>
              </w:rPr>
              <w:br/>
            </w:r>
            <w:r w:rsidRPr="00B35BDA">
              <w:rPr>
                <w:rFonts w:ascii="Arial" w:eastAsia="Arial" w:hAnsi="Arial" w:cs="Arial"/>
                <w:lang w:val="es-CO"/>
              </w:rPr>
              <w:br/>
            </w:r>
            <w:r>
              <w:rPr>
                <w:rFonts w:ascii="Arial" w:eastAsia="Arial" w:hAnsi="Arial" w:cs="Arial"/>
              </w:rPr>
              <w:t>__________________________________</w:t>
            </w:r>
          </w:p>
        </w:tc>
        <w:tc>
          <w:tcPr>
            <w:tcW w:w="4680" w:type="dxa"/>
          </w:tcPr>
          <w:p w14:paraId="4487641A" w14:textId="77777777" w:rsidR="00A971E8" w:rsidRDefault="00C10633">
            <w:pPr>
              <w:keepNext/>
              <w:jc w:val="center"/>
            </w:pPr>
            <w:r>
              <w:rPr>
                <w:rFonts w:ascii="Arial" w:eastAsia="Arial" w:hAnsi="Arial" w:cs="Arial"/>
              </w:rPr>
              <w:br/>
            </w:r>
            <w:r>
              <w:rPr>
                <w:rFonts w:ascii="Arial" w:eastAsia="Arial" w:hAnsi="Arial" w:cs="Arial"/>
              </w:rPr>
              <w:br/>
              <w:t>__________________________________</w:t>
            </w:r>
          </w:p>
        </w:tc>
      </w:tr>
      <w:tr w:rsidR="00A971E8" w:rsidRPr="00B35BDA" w14:paraId="706A1B28" w14:textId="77777777">
        <w:trPr>
          <w:cantSplit/>
          <w:jc w:val="center"/>
        </w:trPr>
        <w:tc>
          <w:tcPr>
            <w:tcW w:w="4680" w:type="dxa"/>
          </w:tcPr>
          <w:p w14:paraId="4DD3703B" w14:textId="77777777" w:rsidR="00A971E8" w:rsidRPr="00B35BDA" w:rsidRDefault="00C10633">
            <w:pPr>
              <w:keepNext/>
              <w:jc w:val="center"/>
              <w:rPr>
                <w:lang w:val="es-CO"/>
              </w:rPr>
            </w:pPr>
            <w:r w:rsidRPr="00B35BDA">
              <w:rPr>
                <w:rFonts w:ascii="Arial" w:eastAsia="Arial" w:hAnsi="Arial" w:cs="Arial"/>
                <w:sz w:val="20"/>
                <w:lang w:val="es-CO"/>
              </w:rPr>
              <w:t>[Nombre y firma del representante legal o de la persona natural proponente]</w:t>
            </w:r>
          </w:p>
        </w:tc>
        <w:tc>
          <w:tcPr>
            <w:tcW w:w="4680" w:type="dxa"/>
          </w:tcPr>
          <w:p w14:paraId="43856B17" w14:textId="77777777" w:rsidR="00A971E8" w:rsidRPr="00B35BDA" w:rsidRDefault="00C10633">
            <w:pPr>
              <w:keepNext/>
              <w:jc w:val="center"/>
              <w:rPr>
                <w:lang w:val="es-CO"/>
              </w:rPr>
            </w:pPr>
            <w:r w:rsidRPr="00B35BDA">
              <w:rPr>
                <w:rFonts w:ascii="Arial" w:eastAsia="Arial" w:hAnsi="Arial" w:cs="Arial"/>
                <w:sz w:val="20"/>
                <w:lang w:val="es-CO"/>
              </w:rPr>
              <w:t>[Nombre, firma y T.P. N.° del revisor fiscal o contador público]</w:t>
            </w:r>
          </w:p>
        </w:tc>
      </w:tr>
    </w:tbl>
    <w:p w14:paraId="31A0CA83" w14:textId="77777777" w:rsidR="00C10633" w:rsidRPr="00B35BDA" w:rsidRDefault="00C10633">
      <w:pPr>
        <w:rPr>
          <w:lang w:val="es-CO"/>
        </w:rPr>
      </w:pPr>
    </w:p>
    <w:sectPr w:rsidR="00C10633" w:rsidRPr="00B35BDA" w:rsidSect="00034616">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4A2DF" w14:textId="77777777" w:rsidR="00FD7CE2" w:rsidRDefault="00FD7CE2" w:rsidP="0039041F">
      <w:pPr>
        <w:spacing w:after="0" w:line="240" w:lineRule="auto"/>
      </w:pPr>
      <w:r>
        <w:separator/>
      </w:r>
    </w:p>
  </w:endnote>
  <w:endnote w:type="continuationSeparator" w:id="0">
    <w:p w14:paraId="550EA247" w14:textId="77777777" w:rsidR="00FD7CE2" w:rsidRDefault="00FD7CE2" w:rsidP="00390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0F88C" w14:textId="77777777" w:rsidR="00FD7CE2" w:rsidRDefault="00FD7CE2" w:rsidP="0039041F">
      <w:pPr>
        <w:spacing w:after="0" w:line="240" w:lineRule="auto"/>
      </w:pPr>
      <w:r>
        <w:separator/>
      </w:r>
    </w:p>
  </w:footnote>
  <w:footnote w:type="continuationSeparator" w:id="0">
    <w:p w14:paraId="1FBE6B0C" w14:textId="77777777" w:rsidR="00FD7CE2" w:rsidRDefault="00FD7CE2" w:rsidP="00390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065487557">
    <w:abstractNumId w:val="8"/>
  </w:num>
  <w:num w:numId="2" w16cid:durableId="2073431737">
    <w:abstractNumId w:val="6"/>
  </w:num>
  <w:num w:numId="3" w16cid:durableId="501818565">
    <w:abstractNumId w:val="5"/>
  </w:num>
  <w:num w:numId="4" w16cid:durableId="2012483494">
    <w:abstractNumId w:val="4"/>
  </w:num>
  <w:num w:numId="5" w16cid:durableId="422845199">
    <w:abstractNumId w:val="7"/>
  </w:num>
  <w:num w:numId="6" w16cid:durableId="1119761733">
    <w:abstractNumId w:val="3"/>
  </w:num>
  <w:num w:numId="7" w16cid:durableId="719088241">
    <w:abstractNumId w:val="2"/>
  </w:num>
  <w:num w:numId="8" w16cid:durableId="1852060004">
    <w:abstractNumId w:val="1"/>
  </w:num>
  <w:num w:numId="9" w16cid:durableId="390471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6668"/>
    <w:rsid w:val="0015074B"/>
    <w:rsid w:val="0029639D"/>
    <w:rsid w:val="00326F90"/>
    <w:rsid w:val="0039041F"/>
    <w:rsid w:val="00A971E8"/>
    <w:rsid w:val="00AA1D8D"/>
    <w:rsid w:val="00B35BDA"/>
    <w:rsid w:val="00B47730"/>
    <w:rsid w:val="00C10633"/>
    <w:rsid w:val="00CB0664"/>
    <w:rsid w:val="00FC693F"/>
    <w:rsid w:val="00FD7C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DEC7D0"/>
  <w14:defaultImageDpi w14:val="300"/>
  <w15:docId w15:val="{F99A4C62-D68E-4424-84D3-EB42D2CF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1136</Words>
  <Characters>6252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DISTRISEGURIDAD</dc:creator>
  <cp:keywords/>
  <dc:description>generated by python-docx</dc:description>
  <cp:lastModifiedBy>Edgard Martinez Cogollo</cp:lastModifiedBy>
  <cp:revision>3</cp:revision>
  <dcterms:created xsi:type="dcterms:W3CDTF">2026-10-05T22:48:00Z</dcterms:created>
  <dcterms:modified xsi:type="dcterms:W3CDTF">2026-10-13T19:54:00Z</dcterms:modified>
  <cp:category/>
</cp:coreProperties>
</file>